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spacing w:before="0" w:after="60" w:line="264" w:lineRule="exact"/>
        <w:ind w:left="0" w:right="0" w:firstLine="0"/>
        <w:jc w:val="center"/>
      </w:pPr>
      <w:r>
        <w:rPr>
          <w:rFonts w:ascii="EB Garamond" w:hAnsi="EB Garamond"/>
          <w:sz w:val="20"/>
        </w:rPr>
        <w:t>CHAPTER ONE</w:t>
      </w:r>
    </w:p>
    <w:p>
      <w:pPr>
        <w:keepNext/>
        <w:spacing w:before="0" w:after="360" w:line="264" w:lineRule="exact"/>
        <w:ind w:left="0" w:right="0" w:firstLine="0"/>
        <w:jc w:val="center"/>
      </w:pPr>
      <w:r>
        <w:rPr>
          <w:rFonts w:ascii="EB Garamond" w:hAnsi="EB Garamond"/>
          <w:sz w:val="36"/>
        </w:rPr>
        <w:t>Fine</w:t>
      </w:r>
    </w:p>
    <w:p>
      <w:pPr>
        <w:keepNext w:val="0"/>
        <w:spacing w:before="0" w:after="0" w:line="264" w:lineRule="exact"/>
        <w:ind w:left="0" w:right="0" w:firstLine="0"/>
      </w:pPr>
      <w:r>
        <w:rPr>
          <w:rFonts w:ascii="EB Garamond" w:hAnsi="EB Garamond"/>
          <w:sz w:val="22"/>
        </w:rPr>
        <w:t>Elsie Carter had discovered there were at least fourteen different ways to say fine.</w:t>
      </w:r>
    </w:p>
    <w:p>
      <w:pPr>
        <w:keepNext w:val="0"/>
        <w:spacing w:before="0" w:after="0" w:line="264" w:lineRule="exact"/>
        <w:ind w:left="0" w:right="0" w:firstLine="0"/>
      </w:pPr>
      <w:r>
        <w:rPr>
          <w:rFonts w:ascii="EB Garamond" w:hAnsi="EB Garamond"/>
          <w:sz w:val="22"/>
        </w:rPr>
        <w:t>Fine Number One was the one you gave your mother when she asked how school was.</w:t>
      </w:r>
    </w:p>
    <w:p>
      <w:pPr>
        <w:keepNext w:val="0"/>
        <w:spacing w:before="0" w:after="0" w:line="264" w:lineRule="exact"/>
        <w:ind w:left="0" w:right="0" w:firstLine="0"/>
      </w:pPr>
      <w:r>
        <w:rPr>
          <w:rFonts w:ascii="EB Garamond" w:hAnsi="EB Garamond"/>
          <w:sz w:val="22"/>
        </w:rPr>
        <w:t>“Fine.”</w:t>
      </w:r>
    </w:p>
    <w:p>
      <w:pPr>
        <w:keepNext w:val="0"/>
        <w:spacing w:before="0" w:after="0" w:line="264" w:lineRule="exact"/>
        <w:ind w:left="0" w:right="0" w:firstLine="0"/>
      </w:pPr>
      <w:r>
        <w:rPr>
          <w:rFonts w:ascii="EB Garamond" w:hAnsi="EB Garamond"/>
          <w:sz w:val="22"/>
        </w:rPr>
        <w:t>Fine Number Six was for teachers who crouched beside your desk and quietly asked if you understood the assignment, even though you’d been staring at the same paragraph for eleven minutes.</w:t>
      </w:r>
    </w:p>
    <w:p>
      <w:pPr>
        <w:keepNext w:val="0"/>
        <w:spacing w:before="0" w:after="0" w:line="264" w:lineRule="exact"/>
        <w:ind w:left="0" w:right="0" w:firstLine="0"/>
      </w:pPr>
      <w:r>
        <w:rPr>
          <w:rFonts w:ascii="EB Garamond" w:hAnsi="EB Garamond"/>
          <w:sz w:val="22"/>
        </w:rPr>
        <w:t>“Yep. Fine.”</w:t>
      </w:r>
    </w:p>
    <w:p>
      <w:pPr>
        <w:keepNext w:val="0"/>
        <w:spacing w:before="0" w:after="0" w:line="264" w:lineRule="exact"/>
        <w:ind w:left="0" w:right="0" w:firstLine="0"/>
      </w:pPr>
      <w:r>
        <w:rPr>
          <w:rFonts w:ascii="EB Garamond" w:hAnsi="EB Garamond"/>
          <w:sz w:val="22"/>
        </w:rPr>
        <w:t>There was the slightly higher-pitched fine that meant you absolutely were not fine but wanted the person asking to understand that continuing the conversation would be dangerous.</w:t>
      </w:r>
    </w:p>
    <w:p>
      <w:pPr>
        <w:keepNext w:val="0"/>
        <w:spacing w:before="0" w:after="0" w:line="264" w:lineRule="exact"/>
        <w:ind w:left="0" w:right="0" w:firstLine="0"/>
      </w:pPr>
      <w:r>
        <w:rPr>
          <w:rFonts w:ascii="EB Garamond" w:hAnsi="EB Garamond"/>
          <w:sz w:val="22"/>
        </w:rPr>
        <w:t>And then there was Fine Number Fourteen.</w:t>
      </w:r>
    </w:p>
    <w:p>
      <w:pPr>
        <w:keepNext w:val="0"/>
        <w:spacing w:before="0" w:after="0" w:line="264" w:lineRule="exact"/>
        <w:ind w:left="0" w:right="0" w:firstLine="0"/>
      </w:pPr>
      <w:r>
        <w:rPr>
          <w:rFonts w:ascii="EB Garamond" w:hAnsi="EB Garamond"/>
          <w:sz w:val="22"/>
        </w:rPr>
        <w:t>Elsie’s specialty.</w:t>
      </w:r>
    </w:p>
    <w:p>
      <w:pPr>
        <w:keepNext w:val="0"/>
        <w:spacing w:before="0" w:after="0" w:line="264" w:lineRule="exact"/>
        <w:ind w:left="0" w:right="0" w:firstLine="0"/>
      </w:pPr>
      <w:r>
        <w:rPr>
          <w:rFonts w:ascii="EB Garamond" w:hAnsi="EB Garamond"/>
          <w:sz w:val="22"/>
        </w:rPr>
        <w:t>The convincing fine.</w:t>
      </w:r>
    </w:p>
    <w:p>
      <w:pPr>
        <w:keepNext w:val="0"/>
        <w:spacing w:before="0" w:after="0" w:line="264" w:lineRule="exact"/>
        <w:ind w:left="0" w:right="0" w:firstLine="0"/>
      </w:pPr>
      <w:r>
        <w:rPr>
          <w:rFonts w:ascii="EB Garamond" w:hAnsi="EB Garamond"/>
          <w:sz w:val="22"/>
        </w:rPr>
        <w:t>She had gotten very good at that one.</w:t>
      </w:r>
    </w:p>
    <w:p>
      <w:pPr>
        <w:keepNext w:val="0"/>
        <w:spacing w:before="0" w:after="0" w:line="264" w:lineRule="exact"/>
        <w:ind w:left="0" w:right="0" w:firstLine="0"/>
      </w:pPr>
      <w:r>
        <w:rPr>
          <w:rFonts w:ascii="EB Garamond" w:hAnsi="EB Garamond"/>
          <w:sz w:val="22"/>
        </w:rPr>
        <w:t>“Elsie?”</w:t>
      </w:r>
    </w:p>
    <w:p>
      <w:pPr>
        <w:keepNext w:val="0"/>
        <w:spacing w:before="0" w:after="0" w:line="264" w:lineRule="exact"/>
        <w:ind w:left="0" w:right="0" w:firstLine="0"/>
      </w:pPr>
      <w:r>
        <w:rPr>
          <w:rFonts w:ascii="EB Garamond" w:hAnsi="EB Garamond"/>
          <w:sz w:val="22"/>
        </w:rPr>
        <w:t>She looked up.</w:t>
      </w:r>
    </w:p>
    <w:p>
      <w:pPr>
        <w:keepNext w:val="0"/>
        <w:spacing w:before="0" w:after="0" w:line="264" w:lineRule="exact"/>
        <w:ind w:left="0" w:right="0" w:firstLine="0"/>
      </w:pPr>
      <w:r>
        <w:rPr>
          <w:rFonts w:ascii="EB Garamond" w:hAnsi="EB Garamond"/>
          <w:sz w:val="22"/>
        </w:rPr>
        <w:t>Mrs. Bennett was standing beside her desk.</w:t>
      </w:r>
    </w:p>
    <w:p>
      <w:pPr>
        <w:keepNext w:val="0"/>
        <w:spacing w:before="0" w:after="0" w:line="264" w:lineRule="exact"/>
        <w:ind w:left="0" w:right="0" w:firstLine="0"/>
      </w:pPr>
      <w:r>
        <w:rPr>
          <w:rFonts w:ascii="EB Garamond" w:hAnsi="EB Garamond"/>
          <w:sz w:val="22"/>
        </w:rPr>
        <w:t>Twenty-seven other heads were bent over notebooks and laptops, which meant there was at least a reasonable chance nobody had noticed Elsie had been staring out the window instead of taking notes.</w:t>
      </w:r>
    </w:p>
    <w:p>
      <w:pPr>
        <w:keepNext w:val="0"/>
        <w:spacing w:before="0" w:after="0" w:line="264" w:lineRule="exact"/>
        <w:ind w:left="0" w:right="0" w:firstLine="0"/>
      </w:pPr>
      <w:r>
        <w:rPr>
          <w:rFonts w:ascii="EB Garamond" w:hAnsi="EB Garamond"/>
          <w:sz w:val="22"/>
        </w:rPr>
        <w:t>Mrs. Bennett raised an eyebrow.</w:t>
      </w:r>
    </w:p>
    <w:p>
      <w:pPr>
        <w:keepNext w:val="0"/>
        <w:spacing w:before="0" w:after="0" w:line="264" w:lineRule="exact"/>
        <w:ind w:left="0" w:right="0" w:firstLine="0"/>
      </w:pPr>
      <w:r>
        <w:rPr>
          <w:rFonts w:ascii="EB Garamond" w:hAnsi="EB Garamond"/>
          <w:sz w:val="22"/>
        </w:rPr>
        <w:t>“You with us?”</w:t>
      </w:r>
    </w:p>
    <w:p>
      <w:pPr>
        <w:keepNext w:val="0"/>
        <w:spacing w:before="0" w:after="0" w:line="264" w:lineRule="exact"/>
        <w:ind w:left="0" w:right="0" w:firstLine="0"/>
      </w:pPr>
      <w:r>
        <w:rPr>
          <w:rFonts w:ascii="EB Garamond" w:hAnsi="EB Garamond"/>
          <w:sz w:val="22"/>
        </w:rPr>
        <w:t>“Yep.”</w:t>
      </w:r>
    </w:p>
    <w:p>
      <w:pPr>
        <w:keepNext w:val="0"/>
        <w:spacing w:before="0" w:after="0" w:line="264" w:lineRule="exact"/>
        <w:ind w:left="0" w:right="0" w:firstLine="0"/>
      </w:pPr>
      <w:r>
        <w:rPr>
          <w:rFonts w:ascii="EB Garamond" w:hAnsi="EB Garamond"/>
          <w:sz w:val="22"/>
        </w:rPr>
        <w:t>“Where?”</w:t>
      </w:r>
    </w:p>
    <w:p>
      <w:pPr>
        <w:keepNext w:val="0"/>
        <w:spacing w:before="0" w:after="0" w:line="264" w:lineRule="exact"/>
        <w:ind w:left="0" w:right="0" w:firstLine="0"/>
      </w:pPr>
      <w:r>
        <w:rPr>
          <w:rFonts w:ascii="EB Garamond" w:hAnsi="EB Garamond"/>
          <w:sz w:val="22"/>
        </w:rPr>
        <w:t>Elsie blinked.</w:t>
      </w:r>
    </w:p>
    <w:p>
      <w:pPr>
        <w:keepNext w:val="0"/>
        <w:spacing w:before="0" w:after="0" w:line="264" w:lineRule="exact"/>
        <w:ind w:left="0" w:right="0" w:firstLine="0"/>
      </w:pPr>
      <w:r>
        <w:rPr>
          <w:rFonts w:ascii="EB Garamond" w:hAnsi="EB Garamond"/>
          <w:sz w:val="22"/>
        </w:rPr>
        <w:t>A few people laughed.</w:t>
      </w:r>
    </w:p>
    <w:p>
      <w:pPr>
        <w:keepNext w:val="0"/>
        <w:spacing w:before="0" w:after="0" w:line="264" w:lineRule="exact"/>
        <w:ind w:left="0" w:right="0" w:firstLine="0"/>
      </w:pPr>
      <w:r>
        <w:rPr>
          <w:rFonts w:ascii="EB Garamond" w:hAnsi="EB Garamond"/>
          <w:sz w:val="22"/>
        </w:rPr>
        <w:t>“Here?”</w:t>
      </w:r>
    </w:p>
    <w:p>
      <w:pPr>
        <w:keepNext w:val="0"/>
        <w:spacing w:before="0" w:after="0" w:line="264" w:lineRule="exact"/>
        <w:ind w:left="0" w:right="0" w:firstLine="0"/>
      </w:pPr>
      <w:r>
        <w:rPr>
          <w:rFonts w:ascii="EB Garamond" w:hAnsi="EB Garamond"/>
          <w:sz w:val="22"/>
        </w:rPr>
        <w:t>More laughter.</w:t>
      </w:r>
    </w:p>
    <w:p>
      <w:pPr>
        <w:keepNext w:val="0"/>
        <w:spacing w:before="0" w:after="0" w:line="264" w:lineRule="exact"/>
        <w:ind w:left="0" w:right="0" w:firstLine="0"/>
      </w:pPr>
      <w:r>
        <w:rPr>
          <w:rFonts w:ascii="EB Garamond" w:hAnsi="EB Garamond"/>
          <w:sz w:val="22"/>
        </w:rPr>
        <w:t>Mrs. Bennett smiled. “Glad we narrowed that down.”</w:t>
      </w:r>
    </w:p>
    <w:p>
      <w:pPr>
        <w:keepNext w:val="0"/>
        <w:spacing w:before="0" w:after="0" w:line="264" w:lineRule="exact"/>
        <w:ind w:left="0" w:right="0" w:firstLine="0"/>
      </w:pPr>
      <w:r>
        <w:rPr>
          <w:rFonts w:ascii="EB Garamond" w:hAnsi="EB Garamond"/>
          <w:sz w:val="22"/>
        </w:rPr>
        <w:t>Elsie felt heat crawl up her neck.</w:t>
      </w:r>
    </w:p>
    <w:p>
      <w:pPr>
        <w:keepNext w:val="0"/>
        <w:spacing w:before="0" w:after="0" w:line="264" w:lineRule="exact"/>
        <w:ind w:left="0" w:right="0" w:firstLine="0"/>
      </w:pPr>
      <w:r>
        <w:rPr>
          <w:rFonts w:ascii="EB Garamond" w:hAnsi="EB Garamond"/>
          <w:sz w:val="22"/>
        </w:rPr>
        <w:t>She looked at the board.</w:t>
      </w:r>
    </w:p>
    <w:p>
      <w:pPr>
        <w:keepNext w:val="0"/>
        <w:spacing w:before="0" w:after="0" w:line="264" w:lineRule="exact"/>
        <w:ind w:left="0" w:right="0" w:firstLine="0"/>
      </w:pPr>
      <w:r>
        <w:rPr>
          <w:rFonts w:ascii="EB Garamond" w:hAnsi="EB Garamond"/>
          <w:b/>
          <w:i w:val="0"/>
          <w:sz w:val="22"/>
        </w:rPr>
        <w:t>PERSONAL NARRATIVE — WHO ARE YOU?</w:t>
      </w:r>
    </w:p>
    <w:p>
      <w:pPr>
        <w:keepNext w:val="0"/>
        <w:spacing w:before="0" w:after="0" w:line="264" w:lineRule="exact"/>
        <w:ind w:left="0" w:right="0" w:firstLine="0"/>
      </w:pPr>
      <w:r>
        <w:rPr>
          <w:rFonts w:ascii="EB Garamond" w:hAnsi="EB Garamond"/>
          <w:sz w:val="22"/>
        </w:rPr>
        <w:t>Fantastic.</w:t>
      </w:r>
    </w:p>
    <w:p>
      <w:pPr>
        <w:keepNext w:val="0"/>
        <w:spacing w:before="0" w:after="0" w:line="264" w:lineRule="exact"/>
        <w:ind w:left="0" w:right="0" w:firstLine="0"/>
      </w:pPr>
      <w:r>
        <w:rPr>
          <w:rFonts w:ascii="EB Garamond" w:hAnsi="EB Garamond"/>
          <w:sz w:val="22"/>
        </w:rPr>
        <w:t>Of all the questions she could have missed, it had to be the one she couldn’t answer.</w:t>
      </w:r>
    </w:p>
    <w:p>
      <w:pPr>
        <w:keepNext w:val="0"/>
        <w:spacing w:before="0" w:after="0" w:line="264" w:lineRule="exact"/>
        <w:ind w:left="0" w:right="0" w:firstLine="0"/>
      </w:pPr>
      <w:r>
        <w:rPr>
          <w:rFonts w:ascii="EB Garamond" w:hAnsi="EB Garamond"/>
          <w:sz w:val="22"/>
        </w:rPr>
        <w:t>Mrs. Bennett tapped the paper on Elsie’s desk.</w:t>
      </w:r>
    </w:p>
    <w:p>
      <w:pPr>
        <w:keepNext w:val="0"/>
        <w:spacing w:before="0" w:after="0" w:line="264" w:lineRule="exact"/>
        <w:ind w:left="0" w:right="0" w:firstLine="0"/>
      </w:pPr>
      <w:r>
        <w:rPr>
          <w:rFonts w:ascii="EB Garamond" w:hAnsi="EB Garamond"/>
          <w:sz w:val="22"/>
        </w:rPr>
        <w:t>“Monday.”</w:t>
      </w:r>
    </w:p>
    <w:p>
      <w:pPr>
        <w:keepNext w:val="0"/>
        <w:spacing w:before="0" w:after="0" w:line="264" w:lineRule="exact"/>
        <w:ind w:left="0" w:right="0" w:firstLine="0"/>
      </w:pPr>
      <w:r>
        <w:rPr>
          <w:rFonts w:ascii="EB Garamond" w:hAnsi="EB Garamond"/>
          <w:sz w:val="22"/>
        </w:rPr>
        <w:t>“I know.”</w:t>
      </w:r>
    </w:p>
    <w:p>
      <w:pPr>
        <w:keepNext w:val="0"/>
        <w:spacing w:before="0" w:after="0" w:line="264" w:lineRule="exact"/>
        <w:ind w:left="0" w:right="0" w:firstLine="0"/>
      </w:pPr>
      <w:r>
        <w:rPr>
          <w:rFonts w:ascii="EB Garamond" w:hAnsi="EB Garamond"/>
          <w:sz w:val="22"/>
        </w:rPr>
        <w:t>“And I want you in this one.”</w:t>
      </w:r>
    </w:p>
    <w:p>
      <w:pPr>
        <w:keepNext w:val="0"/>
        <w:spacing w:before="0" w:after="0" w:line="264" w:lineRule="exact"/>
        <w:ind w:left="0" w:right="0" w:firstLine="0"/>
      </w:pPr>
      <w:r>
        <w:rPr>
          <w:rFonts w:ascii="EB Garamond" w:hAnsi="EB Garamond"/>
          <w:sz w:val="22"/>
        </w:rPr>
        <w:t>Elsie glanced at the blank page.</w:t>
      </w:r>
    </w:p>
    <w:p>
      <w:pPr>
        <w:keepNext w:val="0"/>
        <w:spacing w:before="0" w:after="0" w:line="264" w:lineRule="exact"/>
        <w:ind w:left="0" w:right="0" w:firstLine="0"/>
      </w:pPr>
      <w:r>
        <w:rPr>
          <w:rFonts w:ascii="EB Garamond" w:hAnsi="EB Garamond"/>
          <w:sz w:val="22"/>
        </w:rPr>
        <w:t>“My name is at the top.”</w:t>
      </w:r>
    </w:p>
    <w:p>
      <w:pPr>
        <w:keepNext w:val="0"/>
        <w:spacing w:before="0" w:after="0" w:line="264" w:lineRule="exact"/>
        <w:ind w:left="0" w:right="0" w:firstLine="0"/>
      </w:pPr>
      <w:r>
        <w:rPr>
          <w:rFonts w:ascii="EB Garamond" w:hAnsi="EB Garamond"/>
          <w:sz w:val="22"/>
        </w:rPr>
        <w:t>The boy behind her snorted.</w:t>
      </w:r>
    </w:p>
    <w:p>
      <w:pPr>
        <w:keepNext w:val="0"/>
        <w:spacing w:before="0" w:after="0" w:line="264" w:lineRule="exact"/>
        <w:ind w:left="0" w:right="0" w:firstLine="0"/>
      </w:pPr>
      <w:r>
        <w:rPr>
          <w:rFonts w:ascii="EB Garamond" w:hAnsi="EB Garamond"/>
          <w:sz w:val="22"/>
        </w:rPr>
        <w:t>Mrs. Bennett didn’t.</w:t>
      </w:r>
    </w:p>
    <w:p>
      <w:pPr>
        <w:keepNext w:val="0"/>
        <w:spacing w:before="0" w:after="0" w:line="264" w:lineRule="exact"/>
        <w:ind w:left="0" w:right="0" w:firstLine="0"/>
      </w:pPr>
      <w:r>
        <w:rPr>
          <w:rFonts w:ascii="EB Garamond" w:hAnsi="EB Garamond"/>
          <w:sz w:val="22"/>
        </w:rPr>
        <w:t>“You know what I mean, Elsie.”</w:t>
      </w:r>
    </w:p>
    <w:p>
      <w:pPr>
        <w:keepNext w:val="0"/>
        <w:spacing w:before="0" w:after="0" w:line="264" w:lineRule="exact"/>
        <w:ind w:left="0" w:right="0" w:firstLine="0"/>
      </w:pPr>
      <w:r>
        <w:rPr>
          <w:rFonts w:ascii="EB Garamond" w:hAnsi="EB Garamond"/>
          <w:sz w:val="22"/>
        </w:rPr>
        <w:t>Unfortunately, Elsie did.</w:t>
      </w:r>
    </w:p>
    <w:p>
      <w:pPr>
        <w:keepNext w:val="0"/>
        <w:spacing w:before="0" w:after="0" w:line="264" w:lineRule="exact"/>
        <w:ind w:left="0" w:right="0" w:firstLine="0"/>
      </w:pPr>
      <w:r>
        <w:rPr>
          <w:rFonts w:ascii="EB Garamond" w:hAnsi="EB Garamond"/>
          <w:sz w:val="22"/>
        </w:rPr>
        <w:t>Mrs. Bennett moved on.</w:t>
      </w:r>
    </w:p>
    <w:p>
      <w:pPr>
        <w:keepNext w:val="0"/>
        <w:spacing w:before="0" w:after="0" w:line="264" w:lineRule="exact"/>
        <w:ind w:left="0" w:right="0" w:firstLine="0"/>
      </w:pPr>
      <w:r>
        <w:rPr>
          <w:rFonts w:ascii="EB Garamond" w:hAnsi="EB Garamond"/>
          <w:sz w:val="22"/>
        </w:rPr>
        <w:t>Elsie stared at the assignment.</w:t>
      </w:r>
    </w:p>
    <w:p>
      <w:pPr>
        <w:keepNext w:val="0"/>
        <w:spacing w:before="0" w:after="0" w:line="264" w:lineRule="exact"/>
        <w:ind w:left="0" w:right="0" w:firstLine="0"/>
      </w:pPr>
      <w:r>
        <w:rPr>
          <w:rFonts w:ascii="EB Garamond" w:hAnsi="EB Garamond"/>
          <w:b/>
          <w:i w:val="0"/>
          <w:sz w:val="22"/>
        </w:rPr>
        <w:t>WHO ARE YOU?</w:t>
      </w:r>
    </w:p>
    <w:p>
      <w:pPr>
        <w:keepNext w:val="0"/>
        <w:spacing w:before="0" w:after="0" w:line="264" w:lineRule="exact"/>
        <w:ind w:left="0" w:right="0" w:firstLine="0"/>
      </w:pPr>
      <w:r>
        <w:rPr>
          <w:rFonts w:ascii="EB Garamond" w:hAnsi="EB Garamond"/>
          <w:sz w:val="22"/>
        </w:rPr>
        <w:t>She hated questions like that.</w:t>
      </w:r>
    </w:p>
    <w:p>
      <w:pPr>
        <w:keepNext w:val="0"/>
        <w:spacing w:before="0" w:after="0" w:line="264" w:lineRule="exact"/>
        <w:ind w:left="0" w:right="0" w:firstLine="0"/>
      </w:pPr>
      <w:r>
        <w:rPr>
          <w:rFonts w:ascii="EB Garamond" w:hAnsi="EB Garamond"/>
          <w:b w:val="0"/>
          <w:i/>
          <w:sz w:val="22"/>
        </w:rPr>
        <w:t>Who are you?</w:t>
      </w:r>
    </w:p>
    <w:p>
      <w:pPr>
        <w:keepNext w:val="0"/>
        <w:spacing w:before="0" w:after="0" w:line="264" w:lineRule="exact"/>
        <w:ind w:left="0" w:right="0" w:firstLine="0"/>
      </w:pPr>
      <w:r>
        <w:rPr>
          <w:rFonts w:ascii="EB Garamond" w:hAnsi="EB Garamond"/>
          <w:b w:val="0"/>
          <w:i/>
          <w:sz w:val="22"/>
        </w:rPr>
        <w:t>What are you passionate about?</w:t>
      </w:r>
    </w:p>
    <w:p>
      <w:pPr>
        <w:keepNext w:val="0"/>
        <w:spacing w:before="0" w:after="0" w:line="264" w:lineRule="exact"/>
        <w:ind w:left="0" w:right="0" w:firstLine="0"/>
      </w:pPr>
      <w:r>
        <w:rPr>
          <w:rFonts w:ascii="EB Garamond" w:hAnsi="EB Garamond"/>
          <w:b w:val="0"/>
          <w:i/>
          <w:sz w:val="22"/>
        </w:rPr>
        <w:t>Where do you see yourself in five years?</w:t>
      </w:r>
    </w:p>
    <w:p>
      <w:pPr>
        <w:keepNext w:val="0"/>
        <w:spacing w:before="0" w:after="0" w:line="264" w:lineRule="exact"/>
        <w:ind w:left="0" w:right="0" w:firstLine="0"/>
      </w:pPr>
      <w:r>
        <w:rPr>
          <w:rFonts w:ascii="EB Garamond" w:hAnsi="EB Garamond"/>
          <w:b w:val="0"/>
          <w:i/>
          <w:sz w:val="22"/>
        </w:rPr>
        <w:t>What do you want to do with your life?</w:t>
      </w:r>
    </w:p>
    <w:p>
      <w:pPr>
        <w:keepNext w:val="0"/>
        <w:spacing w:before="0" w:after="0" w:line="264" w:lineRule="exact"/>
        <w:ind w:left="0" w:right="0" w:firstLine="0"/>
      </w:pPr>
      <w:r>
        <w:rPr>
          <w:rFonts w:ascii="EB Garamond" w:hAnsi="EB Garamond"/>
          <w:sz w:val="22"/>
        </w:rPr>
        <w:t>Elsie was sixteen.</w:t>
      </w:r>
    </w:p>
    <w:p>
      <w:pPr>
        <w:keepNext w:val="0"/>
        <w:spacing w:before="0" w:after="0" w:line="264" w:lineRule="exact"/>
        <w:ind w:left="0" w:right="0" w:firstLine="0"/>
      </w:pPr>
      <w:r>
        <w:rPr>
          <w:rFonts w:ascii="EB Garamond" w:hAnsi="EB Garamond"/>
          <w:sz w:val="22"/>
        </w:rPr>
        <w:t>Five years ago, she had wanted to be a veterinarian because she liked puppies.</w:t>
      </w:r>
    </w:p>
    <w:p>
      <w:pPr>
        <w:keepNext w:val="0"/>
        <w:spacing w:before="0" w:after="0" w:line="264" w:lineRule="exact"/>
        <w:ind w:left="0" w:right="0" w:firstLine="0"/>
      </w:pPr>
      <w:r>
        <w:rPr>
          <w:rFonts w:ascii="EB Garamond" w:hAnsi="EB Garamond"/>
          <w:sz w:val="22"/>
        </w:rPr>
        <w:t>Three years ago, she had wanted to be an architect after watching somebody remodel a mansion on television.</w:t>
      </w:r>
    </w:p>
    <w:p>
      <w:pPr>
        <w:keepNext w:val="0"/>
        <w:spacing w:before="0" w:after="0" w:line="264" w:lineRule="exact"/>
        <w:ind w:left="0" w:right="0" w:firstLine="0"/>
      </w:pPr>
      <w:r>
        <w:rPr>
          <w:rFonts w:ascii="EB Garamond" w:hAnsi="EB Garamond"/>
          <w:sz w:val="22"/>
        </w:rPr>
        <w:t>Last year, physical therapist.</w:t>
      </w:r>
    </w:p>
    <w:p>
      <w:pPr>
        <w:keepNext w:val="0"/>
        <w:spacing w:before="0" w:after="0" w:line="264" w:lineRule="exact"/>
        <w:ind w:left="0" w:right="0" w:firstLine="0"/>
      </w:pPr>
      <w:r>
        <w:rPr>
          <w:rFonts w:ascii="EB Garamond" w:hAnsi="EB Garamond"/>
          <w:sz w:val="22"/>
        </w:rPr>
        <w:t>Two months ago, marketing sounded interesting.</w:t>
      </w:r>
    </w:p>
    <w:p>
      <w:pPr>
        <w:keepNext w:val="0"/>
        <w:spacing w:before="0" w:after="0" w:line="264" w:lineRule="exact"/>
        <w:ind w:left="0" w:right="0" w:firstLine="0"/>
      </w:pPr>
      <w:r>
        <w:rPr>
          <w:rFonts w:ascii="EB Garamond" w:hAnsi="EB Garamond"/>
          <w:sz w:val="22"/>
        </w:rPr>
        <w:t>Last Tuesday, she had taken an online quiz titled</w:t>
      </w:r>
    </w:p>
    <w:p>
      <w:pPr>
        <w:keepNext w:val="0"/>
        <w:spacing w:before="0" w:after="0" w:line="264" w:lineRule="exact"/>
        <w:ind w:left="0" w:right="0" w:firstLine="0"/>
      </w:pPr>
      <w:r>
        <w:rPr>
          <w:rFonts w:ascii="EB Garamond" w:hAnsi="EB Garamond"/>
          <w:b/>
          <w:i w:val="0"/>
          <w:sz w:val="22"/>
        </w:rPr>
        <w:t>WHAT CAREER ACTUALLY MATCHES YOUR PERSONALITY?</w:t>
      </w:r>
    </w:p>
    <w:p>
      <w:pPr>
        <w:keepNext w:val="0"/>
        <w:spacing w:before="0" w:after="0" w:line="264" w:lineRule="exact"/>
        <w:ind w:left="0" w:right="0" w:firstLine="0"/>
      </w:pPr>
      <w:r>
        <w:rPr>
          <w:rFonts w:ascii="EB Garamond" w:hAnsi="EB Garamond"/>
          <w:sz w:val="22"/>
        </w:rPr>
        <w:t>It told her she should be a park ranger.</w:t>
      </w:r>
    </w:p>
    <w:p>
      <w:pPr>
        <w:keepNext w:val="0"/>
        <w:spacing w:before="0" w:after="0" w:line="264" w:lineRule="exact"/>
        <w:ind w:left="0" w:right="0" w:firstLine="0"/>
      </w:pPr>
      <w:r>
        <w:rPr>
          <w:rFonts w:ascii="EB Garamond" w:hAnsi="EB Garamond"/>
          <w:sz w:val="22"/>
        </w:rPr>
        <w:t>Elsie hated camping.</w:t>
      </w:r>
    </w:p>
    <w:p>
      <w:pPr>
        <w:keepNext w:val="0"/>
        <w:spacing w:before="0" w:after="0" w:line="264" w:lineRule="exact"/>
        <w:ind w:left="0" w:right="0" w:firstLine="0"/>
      </w:pPr>
      <w:r>
        <w:rPr>
          <w:rFonts w:ascii="EB Garamond" w:hAnsi="EB Garamond"/>
          <w:sz w:val="22"/>
        </w:rPr>
        <w:t>She wrote her name darker at the top of the page.</w:t>
      </w:r>
    </w:p>
    <w:p>
      <w:pPr>
        <w:keepNext w:val="0"/>
        <w:spacing w:before="0" w:after="0" w:line="264" w:lineRule="exact"/>
        <w:ind w:left="0" w:right="0" w:firstLine="0"/>
      </w:pPr>
      <w:r>
        <w:rPr>
          <w:rFonts w:ascii="EB Garamond" w:hAnsi="EB Garamond"/>
          <w:b/>
          <w:i w:val="0"/>
          <w:sz w:val="22"/>
        </w:rPr>
        <w:t>ELSIE CARTER</w:t>
      </w:r>
    </w:p>
    <w:p>
      <w:pPr>
        <w:keepNext w:val="0"/>
        <w:spacing w:before="0" w:after="0" w:line="264" w:lineRule="exact"/>
        <w:ind w:left="0" w:right="0" w:firstLine="0"/>
      </w:pPr>
      <w:r>
        <w:rPr>
          <w:rFonts w:ascii="EB Garamond" w:hAnsi="EB Garamond"/>
          <w:sz w:val="22"/>
        </w:rPr>
        <w:t>There.</w:t>
      </w:r>
    </w:p>
    <w:p>
      <w:pPr>
        <w:keepNext w:val="0"/>
        <w:spacing w:before="0" w:after="0" w:line="264" w:lineRule="exact"/>
        <w:ind w:left="0" w:right="0" w:firstLine="0"/>
      </w:pPr>
      <w:r>
        <w:rPr>
          <w:rFonts w:ascii="EB Garamond" w:hAnsi="EB Garamond"/>
          <w:sz w:val="22"/>
        </w:rPr>
        <w:t>One question answered.</w:t>
      </w:r>
    </w:p>
    <w:p>
      <w:pPr>
        <w:keepNext w:val="0"/>
        <w:spacing w:before="0" w:after="0" w:line="264" w:lineRule="exact"/>
        <w:ind w:left="0" w:right="0" w:firstLine="0"/>
      </w:pPr>
      <w:r>
        <w:rPr>
          <w:rFonts w:ascii="EB Garamond" w:hAnsi="EB Garamond"/>
          <w:sz w:val="22"/>
        </w:rPr>
        <w:t>Her phone buzzed against her thigh.</w:t>
      </w:r>
    </w:p>
    <w:p>
      <w:pPr>
        <w:keepNext w:val="0"/>
        <w:spacing w:before="0" w:after="0" w:line="264" w:lineRule="exact"/>
        <w:ind w:left="0" w:right="0" w:firstLine="0"/>
      </w:pPr>
      <w:r>
        <w:rPr>
          <w:rFonts w:ascii="EB Garamond" w:hAnsi="EB Garamond"/>
          <w:sz w:val="22"/>
        </w:rPr>
        <w:t>She slid it halfway out from beneath her leg.</w:t>
      </w:r>
    </w:p>
    <w:p>
      <w:pPr>
        <w:keepNext w:val="0"/>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lunch outside???</w:t>
      </w:r>
    </w:p>
    <w:p>
      <w:pPr>
        <w:keepNext w:val="0"/>
        <w:spacing w:before="0" w:after="0" w:line="264" w:lineRule="exact"/>
        <w:ind w:left="0" w:right="0" w:firstLine="0"/>
      </w:pPr>
      <w:r>
        <w:rPr>
          <w:rFonts w:ascii="EB Garamond" w:hAnsi="EB Garamond"/>
          <w:sz w:val="22"/>
        </w:rPr>
        <w:t>Then another.</w:t>
      </w:r>
    </w:p>
    <w:p>
      <w:pPr>
        <w:keepNext w:val="0"/>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ava says mason is sitting with us</w:t>
      </w:r>
    </w:p>
    <w:p>
      <w:pPr>
        <w:keepNext w:val="0"/>
        <w:spacing w:before="0" w:after="0" w:line="264" w:lineRule="exact"/>
        <w:ind w:left="0" w:right="0" w:firstLine="0"/>
      </w:pPr>
      <w:r>
        <w:rPr>
          <w:rFonts w:ascii="EB Garamond" w:hAnsi="EB Garamond"/>
          <w:sz w:val="22"/>
        </w:rPr>
        <w:t>Elsie’s stomach did something embarrassing.</w:t>
      </w:r>
    </w:p>
    <w:p>
      <w:pPr>
        <w:keepNext w:val="0"/>
        <w:spacing w:before="0" w:after="0" w:line="264" w:lineRule="exact"/>
        <w:ind w:left="0" w:right="0" w:firstLine="0"/>
      </w:pPr>
      <w:r>
        <w:rPr>
          <w:rFonts w:ascii="EB Garamond" w:hAnsi="EB Garamond"/>
          <w:b/>
          <w:i w:val="0"/>
          <w:sz w:val="22"/>
        </w:rPr>
        <w:t>Elsie:</w:t>
      </w:r>
      <w:r>
        <w:rPr>
          <w:rFonts w:ascii="EB Garamond" w:hAnsi="EB Garamond"/>
          <w:b w:val="0"/>
          <w:i w:val="0"/>
          <w:sz w:val="22"/>
        </w:rPr>
        <w:t xml:space="preserve"> obviously</w:t>
      </w:r>
    </w:p>
    <w:p>
      <w:pPr>
        <w:keepNext w:val="0"/>
        <w:spacing w:before="0" w:after="0" w:line="264" w:lineRule="exact"/>
        <w:ind w:left="0" w:right="0" w:firstLine="0"/>
      </w:pPr>
      <w:r>
        <w:rPr>
          <w:rFonts w:ascii="EB Garamond" w:hAnsi="EB Garamond"/>
          <w:sz w:val="22"/>
        </w:rPr>
        <w:t>Three dots appeared.</w:t>
      </w:r>
    </w:p>
    <w:p>
      <w:pPr>
        <w:keepNext w:val="0"/>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don’t be weird</w:t>
      </w:r>
    </w:p>
    <w:p>
      <w:pPr>
        <w:keepNext w:val="0"/>
        <w:spacing w:before="0" w:after="0" w:line="264" w:lineRule="exact"/>
        <w:ind w:left="0" w:right="0" w:firstLine="0"/>
      </w:pPr>
      <w:r>
        <w:rPr>
          <w:rFonts w:ascii="EB Garamond" w:hAnsi="EB Garamond"/>
          <w:sz w:val="22"/>
        </w:rPr>
        <w:t>Elsie smiled despite herself.</w:t>
      </w:r>
    </w:p>
    <w:p>
      <w:pPr>
        <w:keepNext w:val="0"/>
        <w:spacing w:before="0" w:after="0" w:line="264" w:lineRule="exact"/>
        <w:ind w:left="0" w:right="0" w:firstLine="0"/>
      </w:pPr>
      <w:r>
        <w:rPr>
          <w:rFonts w:ascii="EB Garamond" w:hAnsi="EB Garamond"/>
          <w:b/>
          <w:i w:val="0"/>
          <w:sz w:val="22"/>
        </w:rPr>
        <w:t>Elsie:</w:t>
      </w:r>
      <w:r>
        <w:rPr>
          <w:rFonts w:ascii="EB Garamond" w:hAnsi="EB Garamond"/>
          <w:b w:val="0"/>
          <w:i w:val="0"/>
          <w:sz w:val="22"/>
        </w:rPr>
        <w:t xml:space="preserve"> literally never weird</w:t>
      </w:r>
    </w:p>
    <w:p>
      <w:pPr>
        <w:keepNext w:val="0"/>
        <w:spacing w:before="0" w:after="0" w:line="264" w:lineRule="exact"/>
        <w:ind w:left="0" w:right="0" w:firstLine="0"/>
      </w:pPr>
      <w:r>
        <w:rPr>
          <w:rFonts w:ascii="EB Garamond" w:hAnsi="EB Garamond"/>
          <w:sz w:val="22"/>
        </w:rPr>
        <w:t>That was a lie.</w:t>
      </w:r>
    </w:p>
    <w:p>
      <w:pPr>
        <w:keepNext w:val="0"/>
        <w:spacing w:before="0" w:after="0" w:line="264" w:lineRule="exact"/>
        <w:ind w:left="0" w:right="0" w:firstLine="0"/>
      </w:pPr>
      <w:r>
        <w:rPr>
          <w:rFonts w:ascii="EB Garamond" w:hAnsi="EB Garamond"/>
          <w:sz w:val="22"/>
        </w:rPr>
        <w:t>Elsie was weird constantly.</w:t>
      </w:r>
    </w:p>
    <w:p>
      <w:pPr>
        <w:keepNext w:val="0"/>
        <w:spacing w:before="0" w:after="0" w:line="264" w:lineRule="exact"/>
        <w:ind w:left="0" w:right="0" w:firstLine="0"/>
      </w:pPr>
      <w:r>
        <w:rPr>
          <w:rFonts w:ascii="EB Garamond" w:hAnsi="EB Garamond"/>
          <w:sz w:val="22"/>
        </w:rPr>
        <w:t>She was just careful about witnesses.</w:t>
      </w:r>
    </w:p>
    <w:p>
      <w:pPr>
        <w:keepNext w:val="0"/>
        <w:spacing w:before="0" w:after="0" w:line="264" w:lineRule="exact"/>
        <w:ind w:left="0" w:right="0" w:firstLine="0"/>
      </w:pPr>
      <w:r>
        <w:rPr>
          <w:rFonts w:ascii="EB Garamond" w:hAnsi="EB Garamond"/>
          <w:sz w:val="22"/>
        </w:rPr>
        <w:t>The bell rang, and the room exploded into zippers, chair legs, voices, and backpacks.</w:t>
      </w:r>
    </w:p>
    <w:p>
      <w:pPr>
        <w:keepNext w:val="0"/>
        <w:spacing w:before="0" w:after="0" w:line="264" w:lineRule="exact"/>
        <w:ind w:left="0" w:right="0" w:firstLine="0"/>
      </w:pPr>
      <w:r>
        <w:rPr>
          <w:rFonts w:ascii="EB Garamond" w:hAnsi="EB Garamond"/>
          <w:sz w:val="22"/>
        </w:rPr>
        <w:t>Elsie shoved the blank assignment into her binder.</w:t>
      </w:r>
    </w:p>
    <w:p>
      <w:pPr>
        <w:keepNext w:val="0"/>
        <w:spacing w:before="0" w:after="0" w:line="264" w:lineRule="exact"/>
        <w:ind w:left="0" w:right="0" w:firstLine="0"/>
      </w:pPr>
      <w:r>
        <w:rPr>
          <w:rFonts w:ascii="EB Garamond" w:hAnsi="EB Garamond"/>
          <w:sz w:val="22"/>
        </w:rPr>
        <w:t>“Elsie.”</w:t>
      </w:r>
    </w:p>
    <w:p>
      <w:pPr>
        <w:keepNext w:val="0"/>
        <w:spacing w:before="0" w:after="0" w:line="264" w:lineRule="exact"/>
        <w:ind w:left="0" w:right="0" w:firstLine="0"/>
      </w:pPr>
      <w:r>
        <w:rPr>
          <w:rFonts w:ascii="EB Garamond" w:hAnsi="EB Garamond"/>
          <w:sz w:val="22"/>
        </w:rPr>
        <w:t>She turned.</w:t>
      </w:r>
    </w:p>
    <w:p>
      <w:pPr>
        <w:keepNext w:val="0"/>
        <w:spacing w:before="0" w:after="0" w:line="264" w:lineRule="exact"/>
        <w:ind w:left="0" w:right="0" w:firstLine="0"/>
      </w:pPr>
      <w:r>
        <w:rPr>
          <w:rFonts w:ascii="EB Garamond" w:hAnsi="EB Garamond"/>
          <w:sz w:val="22"/>
        </w:rPr>
        <w:t>Mrs. Bennett was leaning against her desk.</w:t>
      </w:r>
    </w:p>
    <w:p>
      <w:pPr>
        <w:keepNext w:val="0"/>
        <w:spacing w:before="0" w:after="0" w:line="264" w:lineRule="exact"/>
        <w:ind w:left="0" w:right="0" w:firstLine="0"/>
      </w:pPr>
      <w:r>
        <w:rPr>
          <w:rFonts w:ascii="EB Garamond" w:hAnsi="EB Garamond"/>
          <w:sz w:val="22"/>
        </w:rPr>
        <w:t>“You okay?”</w:t>
      </w:r>
    </w:p>
    <w:p>
      <w:pPr>
        <w:keepNext w:val="0"/>
        <w:spacing w:before="0" w:after="0" w:line="264" w:lineRule="exact"/>
        <w:ind w:left="0" w:right="0" w:firstLine="0"/>
      </w:pPr>
      <w:r>
        <w:rPr>
          <w:rFonts w:ascii="EB Garamond" w:hAnsi="EB Garamond"/>
          <w:sz w:val="22"/>
        </w:rPr>
        <w:t>There it was.</w:t>
      </w:r>
    </w:p>
    <w:p>
      <w:pPr>
        <w:keepNext w:val="0"/>
        <w:spacing w:before="0" w:after="0" w:line="264" w:lineRule="exact"/>
        <w:ind w:left="0" w:right="0" w:firstLine="0"/>
      </w:pPr>
      <w:r>
        <w:rPr>
          <w:rFonts w:ascii="EB Garamond" w:hAnsi="EB Garamond"/>
          <w:sz w:val="22"/>
        </w:rPr>
        <w:t>Fine Number Six.</w:t>
      </w:r>
    </w:p>
    <w:p>
      <w:pPr>
        <w:keepNext w:val="0"/>
        <w:spacing w:before="0" w:after="0" w:line="264" w:lineRule="exact"/>
        <w:ind w:left="0" w:right="0" w:firstLine="0"/>
      </w:pPr>
      <w:r>
        <w:rPr>
          <w:rFonts w:ascii="EB Garamond" w:hAnsi="EB Garamond"/>
          <w:sz w:val="22"/>
        </w:rPr>
        <w:t>“Yeah. I’m fine.”</w:t>
      </w:r>
    </w:p>
    <w:p>
      <w:pPr>
        <w:keepNext w:val="0"/>
        <w:spacing w:before="0" w:after="0" w:line="264" w:lineRule="exact"/>
        <w:ind w:left="0" w:right="0" w:firstLine="0"/>
      </w:pPr>
      <w:r>
        <w:rPr>
          <w:rFonts w:ascii="EB Garamond" w:hAnsi="EB Garamond"/>
          <w:sz w:val="22"/>
        </w:rPr>
        <w:t>Mrs. Bennett studied her for half a second too long.</w:t>
      </w:r>
    </w:p>
    <w:p>
      <w:pPr>
        <w:keepNext w:val="0"/>
        <w:spacing w:before="0" w:after="0" w:line="264" w:lineRule="exact"/>
        <w:ind w:left="0" w:right="0" w:firstLine="0"/>
      </w:pPr>
      <w:r>
        <w:rPr>
          <w:rFonts w:ascii="EB Garamond" w:hAnsi="EB Garamond"/>
          <w:sz w:val="22"/>
        </w:rPr>
        <w:t>Elsie smiled.</w:t>
      </w:r>
    </w:p>
    <w:p>
      <w:pPr>
        <w:keepNext w:val="0"/>
        <w:spacing w:before="0" w:after="0" w:line="264" w:lineRule="exact"/>
        <w:ind w:left="0" w:right="0" w:firstLine="0"/>
      </w:pPr>
      <w:r>
        <w:rPr>
          <w:rFonts w:ascii="EB Garamond" w:hAnsi="EB Garamond"/>
          <w:sz w:val="22"/>
        </w:rPr>
        <w:t>That usually ended things.</w:t>
      </w:r>
    </w:p>
    <w:p>
      <w:pPr>
        <w:keepNext w:val="0"/>
        <w:spacing w:before="0" w:after="0" w:line="264" w:lineRule="exact"/>
        <w:ind w:left="0" w:right="0" w:firstLine="0"/>
      </w:pPr>
      <w:r>
        <w:rPr>
          <w:rFonts w:ascii="EB Garamond" w:hAnsi="EB Garamond"/>
          <w:sz w:val="22"/>
        </w:rPr>
        <w:t>It did.</w:t>
      </w:r>
    </w:p>
    <w:p>
      <w:pPr>
        <w:keepNext w:val="0"/>
        <w:spacing w:before="0" w:after="0" w:line="264" w:lineRule="exact"/>
        <w:ind w:left="0" w:right="0" w:firstLine="0"/>
      </w:pPr>
      <w:r>
        <w:rPr>
          <w:rFonts w:ascii="EB Garamond" w:hAnsi="EB Garamond"/>
          <w:sz w:val="22"/>
        </w:rPr>
        <w:t>“Monday,” Mrs. Bennett reminded her.</w:t>
      </w:r>
    </w:p>
    <w:p>
      <w:pPr>
        <w:keepNext w:val="0"/>
        <w:spacing w:before="0" w:after="0" w:line="264" w:lineRule="exact"/>
        <w:ind w:left="0" w:right="0" w:firstLine="0"/>
      </w:pPr>
      <w:r>
        <w:rPr>
          <w:rFonts w:ascii="EB Garamond" w:hAnsi="EB Garamond"/>
          <w:sz w:val="22"/>
        </w:rPr>
        <w:t>Elsie lifted the assignment. “Who I am. Can’t wait to find out.”</w:t>
      </w:r>
    </w:p>
    <w:p>
      <w:pPr>
        <w:keepNext w:val="0"/>
        <w:spacing w:before="0" w:after="0" w:line="264" w:lineRule="exact"/>
        <w:ind w:left="0" w:right="0" w:firstLine="0"/>
      </w:pPr>
      <w:r>
        <w:rPr>
          <w:rFonts w:ascii="EB Garamond" w:hAnsi="EB Garamond"/>
          <w:sz w:val="22"/>
        </w:rPr>
        <w:t>Mrs. Bennett laughed.</w:t>
      </w:r>
    </w:p>
    <w:p>
      <w:pPr>
        <w:keepNext w:val="0"/>
        <w:spacing w:before="0" w:after="0" w:line="264" w:lineRule="exact"/>
        <w:ind w:left="0" w:right="0" w:firstLine="0"/>
      </w:pPr>
      <w:r>
        <w:rPr>
          <w:rFonts w:ascii="EB Garamond" w:hAnsi="EB Garamond"/>
          <w:sz w:val="22"/>
        </w:rPr>
        <w:t>Elsie didn’t.</w:t>
      </w:r>
    </w:p>
    <w:p>
      <w:pPr>
        <w:keepNext w:val="0"/>
        <w:spacing w:before="0" w:after="0" w:line="264" w:lineRule="exact"/>
        <w:ind w:left="0" w:right="0" w:firstLine="0"/>
      </w:pPr>
      <w:r>
        <w:rPr>
          <w:rFonts w:ascii="EB Garamond" w:hAnsi="EB Garamond"/>
          <w:sz w:val="22"/>
        </w:rPr>
        <w:t>By lunch, she had become three different people.</w:t>
      </w:r>
    </w:p>
    <w:p>
      <w:pPr>
        <w:keepNext w:val="0"/>
        <w:spacing w:before="0" w:after="0" w:line="264" w:lineRule="exact"/>
        <w:ind w:left="0" w:right="0" w:firstLine="0"/>
      </w:pPr>
      <w:r>
        <w:rPr>
          <w:rFonts w:ascii="EB Garamond" w:hAnsi="EB Garamond"/>
          <w:sz w:val="22"/>
        </w:rPr>
        <w:t>With Maddie, she was loud.</w:t>
      </w:r>
    </w:p>
    <w:p>
      <w:pPr>
        <w:keepNext w:val="0"/>
        <w:spacing w:before="0" w:after="0" w:line="264" w:lineRule="exact"/>
        <w:ind w:left="0" w:right="0" w:firstLine="0"/>
      </w:pPr>
      <w:r>
        <w:rPr>
          <w:rFonts w:ascii="EB Garamond" w:hAnsi="EB Garamond"/>
          <w:sz w:val="22"/>
        </w:rPr>
        <w:t>With Ava, slightly less loud, because Ava had a way of making everything feel like an audition.</w:t>
      </w:r>
    </w:p>
    <w:p>
      <w:pPr>
        <w:keepNext w:val="0"/>
        <w:spacing w:before="0" w:after="0" w:line="264" w:lineRule="exact"/>
        <w:ind w:left="0" w:right="0" w:firstLine="0"/>
      </w:pPr>
      <w:r>
        <w:rPr>
          <w:rFonts w:ascii="EB Garamond" w:hAnsi="EB Garamond"/>
          <w:sz w:val="22"/>
        </w:rPr>
        <w:t>With Mason, she was apparently a person who didn’t know what to do with her hands.</w:t>
      </w:r>
    </w:p>
    <w:p>
      <w:pPr>
        <w:keepNext w:val="0"/>
        <w:spacing w:before="0" w:after="0" w:line="264" w:lineRule="exact"/>
        <w:ind w:left="0" w:right="0" w:firstLine="0"/>
      </w:pPr>
      <w:r>
        <w:rPr>
          <w:rFonts w:ascii="EB Garamond" w:hAnsi="EB Garamond"/>
          <w:sz w:val="22"/>
        </w:rPr>
        <w:t>She tried holding her phone.</w:t>
      </w:r>
    </w:p>
    <w:p>
      <w:pPr>
        <w:keepNext w:val="0"/>
        <w:spacing w:before="0" w:after="0" w:line="264" w:lineRule="exact"/>
        <w:ind w:left="0" w:right="0" w:firstLine="0"/>
      </w:pPr>
      <w:r>
        <w:rPr>
          <w:rFonts w:ascii="EB Garamond" w:hAnsi="EB Garamond"/>
          <w:sz w:val="22"/>
        </w:rPr>
        <w:t>Too obvious.</w:t>
      </w:r>
    </w:p>
    <w:p>
      <w:pPr>
        <w:keepNext w:val="0"/>
        <w:spacing w:before="0" w:after="0" w:line="264" w:lineRule="exact"/>
        <w:ind w:left="0" w:right="0" w:firstLine="0"/>
      </w:pPr>
      <w:r>
        <w:rPr>
          <w:rFonts w:ascii="EB Garamond" w:hAnsi="EB Garamond"/>
          <w:sz w:val="22"/>
        </w:rPr>
        <w:t>Crossing her arms.</w:t>
      </w:r>
    </w:p>
    <w:p>
      <w:pPr>
        <w:keepNext w:val="0"/>
        <w:spacing w:before="0" w:after="0" w:line="264" w:lineRule="exact"/>
        <w:ind w:left="0" w:right="0" w:firstLine="0"/>
      </w:pPr>
      <w:r>
        <w:rPr>
          <w:rFonts w:ascii="EB Garamond" w:hAnsi="EB Garamond"/>
          <w:sz w:val="22"/>
        </w:rPr>
        <w:t>Too angry.</w:t>
      </w:r>
    </w:p>
    <w:p>
      <w:pPr>
        <w:keepNext w:val="0"/>
        <w:spacing w:before="0" w:after="0" w:line="264" w:lineRule="exact"/>
        <w:ind w:left="0" w:right="0" w:firstLine="0"/>
      </w:pPr>
      <w:r>
        <w:rPr>
          <w:rFonts w:ascii="EB Garamond" w:hAnsi="EB Garamond"/>
          <w:sz w:val="22"/>
        </w:rPr>
        <w:t>Hands in her sweatshirt pocket.</w:t>
      </w:r>
    </w:p>
    <w:p>
      <w:pPr>
        <w:keepNext w:val="0"/>
        <w:spacing w:before="0" w:after="0" w:line="264" w:lineRule="exact"/>
        <w:ind w:left="0" w:right="0" w:firstLine="0"/>
      </w:pPr>
      <w:r>
        <w:rPr>
          <w:rFonts w:ascii="EB Garamond" w:hAnsi="EB Garamond"/>
          <w:sz w:val="22"/>
        </w:rPr>
        <w:t>Too casual.</w:t>
      </w:r>
    </w:p>
    <w:p>
      <w:pPr>
        <w:keepNext w:val="0"/>
        <w:spacing w:before="0" w:after="0" w:line="264" w:lineRule="exact"/>
        <w:ind w:left="0" w:right="0" w:firstLine="0"/>
      </w:pPr>
      <w:r>
        <w:rPr>
          <w:rFonts w:ascii="EB Garamond" w:hAnsi="EB Garamond"/>
          <w:sz w:val="22"/>
        </w:rPr>
        <w:t>She settled for picking the label off her water bottle while pretending not to notice him across the table.</w:t>
      </w:r>
    </w:p>
    <w:p>
      <w:pPr>
        <w:keepNext w:val="0"/>
        <w:spacing w:before="0" w:after="0" w:line="264" w:lineRule="exact"/>
        <w:ind w:left="0" w:right="0" w:firstLine="0"/>
      </w:pPr>
      <w:r>
        <w:rPr>
          <w:rFonts w:ascii="EB Garamond" w:hAnsi="EB Garamond"/>
          <w:sz w:val="22"/>
        </w:rPr>
        <w:t>“I swear she does it on purpose,” Ava was saying.</w:t>
      </w:r>
    </w:p>
    <w:p>
      <w:pPr>
        <w:keepNext w:val="0"/>
        <w:spacing w:before="0" w:after="0" w:line="264" w:lineRule="exact"/>
        <w:ind w:left="0" w:right="0" w:firstLine="0"/>
      </w:pPr>
      <w:r>
        <w:rPr>
          <w:rFonts w:ascii="EB Garamond" w:hAnsi="EB Garamond"/>
          <w:sz w:val="22"/>
        </w:rPr>
        <w:t>Maddie leaned forward. “She absolutely does.”</w:t>
      </w:r>
    </w:p>
    <w:p>
      <w:pPr>
        <w:keepNext w:val="0"/>
        <w:spacing w:before="0" w:after="0" w:line="264" w:lineRule="exact"/>
        <w:ind w:left="0" w:right="0" w:firstLine="0"/>
      </w:pPr>
      <w:r>
        <w:rPr>
          <w:rFonts w:ascii="EB Garamond" w:hAnsi="EB Garamond"/>
          <w:sz w:val="22"/>
        </w:rPr>
        <w:t>“Does what?” Elsie asked.</w:t>
      </w:r>
    </w:p>
    <w:p>
      <w:pPr>
        <w:keepNext w:val="0"/>
        <w:spacing w:before="0" w:after="0" w:line="264" w:lineRule="exact"/>
        <w:ind w:left="0" w:right="0" w:firstLine="0"/>
      </w:pPr>
      <w:r>
        <w:rPr>
          <w:rFonts w:ascii="EB Garamond" w:hAnsi="EB Garamond"/>
          <w:sz w:val="22"/>
        </w:rPr>
        <w:t>Three faces turned toward her.</w:t>
      </w:r>
    </w:p>
    <w:p>
      <w:pPr>
        <w:keepNext w:val="0"/>
        <w:spacing w:before="0" w:after="0" w:line="264" w:lineRule="exact"/>
        <w:ind w:left="0" w:right="0" w:firstLine="0"/>
      </w:pPr>
      <w:r>
        <w:rPr>
          <w:rFonts w:ascii="EB Garamond" w:hAnsi="EB Garamond"/>
          <w:sz w:val="22"/>
        </w:rPr>
        <w:t>Maddie frowned. “Were you even listening?”</w:t>
      </w:r>
    </w:p>
    <w:p>
      <w:pPr>
        <w:keepNext w:val="0"/>
        <w:spacing w:before="0" w:after="0" w:line="264" w:lineRule="exact"/>
        <w:ind w:left="0" w:right="0" w:firstLine="0"/>
      </w:pPr>
      <w:r>
        <w:rPr>
          <w:rFonts w:ascii="EB Garamond" w:hAnsi="EB Garamond"/>
          <w:sz w:val="22"/>
        </w:rPr>
        <w:t>“Obviously.”</w:t>
      </w:r>
    </w:p>
    <w:p>
      <w:pPr>
        <w:keepNext w:val="0"/>
        <w:spacing w:before="0" w:after="0" w:line="264" w:lineRule="exact"/>
        <w:ind w:left="0" w:right="0" w:firstLine="0"/>
      </w:pPr>
      <w:r>
        <w:rPr>
          <w:rFonts w:ascii="EB Garamond" w:hAnsi="EB Garamond"/>
          <w:sz w:val="22"/>
        </w:rPr>
        <w:t>“What did I say?”</w:t>
      </w:r>
    </w:p>
    <w:p>
      <w:pPr>
        <w:keepNext w:val="0"/>
        <w:spacing w:before="0" w:after="0" w:line="264" w:lineRule="exact"/>
        <w:ind w:left="0" w:right="0" w:firstLine="0"/>
      </w:pPr>
      <w:r>
        <w:rPr>
          <w:rFonts w:ascii="EB Garamond" w:hAnsi="EB Garamond"/>
          <w:sz w:val="22"/>
        </w:rPr>
        <w:t>Elsie took a bite of a french fry.</w:t>
      </w:r>
    </w:p>
    <w:p>
      <w:pPr>
        <w:keepNext w:val="0"/>
        <w:spacing w:before="0" w:after="0" w:line="264" w:lineRule="exact"/>
        <w:ind w:left="0" w:right="0" w:firstLine="0"/>
      </w:pPr>
      <w:r>
        <w:rPr>
          <w:rFonts w:ascii="EB Garamond" w:hAnsi="EB Garamond"/>
          <w:sz w:val="22"/>
        </w:rPr>
        <w:t>“Something judgmental.”</w:t>
      </w:r>
    </w:p>
    <w:p>
      <w:pPr>
        <w:keepNext w:val="0"/>
        <w:spacing w:before="0" w:after="0" w:line="264" w:lineRule="exact"/>
        <w:ind w:left="0" w:right="0" w:firstLine="0"/>
      </w:pPr>
      <w:r>
        <w:rPr>
          <w:rFonts w:ascii="EB Garamond" w:hAnsi="EB Garamond"/>
          <w:sz w:val="22"/>
        </w:rPr>
        <w:t>Mason laughed.</w:t>
      </w:r>
    </w:p>
    <w:p>
      <w:pPr>
        <w:keepNext w:val="0"/>
        <w:spacing w:before="0" w:after="0" w:line="264" w:lineRule="exact"/>
        <w:ind w:left="0" w:right="0" w:firstLine="0"/>
      </w:pPr>
      <w:r>
        <w:rPr>
          <w:rFonts w:ascii="EB Garamond" w:hAnsi="EB Garamond"/>
          <w:sz w:val="22"/>
        </w:rPr>
        <w:t>Small victory.</w:t>
      </w:r>
    </w:p>
    <w:p>
      <w:pPr>
        <w:keepNext w:val="0"/>
        <w:spacing w:before="0" w:after="0" w:line="264" w:lineRule="exact"/>
        <w:ind w:left="0" w:right="0" w:firstLine="0"/>
      </w:pPr>
      <w:r>
        <w:rPr>
          <w:rFonts w:ascii="EB Garamond" w:hAnsi="EB Garamond"/>
          <w:sz w:val="22"/>
        </w:rPr>
        <w:t>Elsie took it.</w:t>
      </w:r>
    </w:p>
    <w:p>
      <w:pPr>
        <w:keepNext w:val="0"/>
        <w:spacing w:before="0" w:after="0" w:line="264" w:lineRule="exact"/>
        <w:ind w:left="0" w:right="0" w:firstLine="0"/>
      </w:pPr>
      <w:r>
        <w:rPr>
          <w:rFonts w:ascii="EB Garamond" w:hAnsi="EB Garamond"/>
          <w:sz w:val="22"/>
        </w:rPr>
        <w:t>Ava rolled her eyes. “I’m talking about Nora.”</w:t>
      </w:r>
    </w:p>
    <w:p>
      <w:pPr>
        <w:keepNext w:val="0"/>
        <w:spacing w:before="0" w:after="0" w:line="264" w:lineRule="exact"/>
        <w:ind w:left="0" w:right="0" w:firstLine="0"/>
      </w:pPr>
      <w:r>
        <w:rPr>
          <w:rFonts w:ascii="EB Garamond" w:hAnsi="EB Garamond"/>
          <w:sz w:val="22"/>
        </w:rPr>
        <w:t>“Oh.”</w:t>
      </w:r>
    </w:p>
    <w:p>
      <w:pPr>
        <w:keepNext w:val="0"/>
        <w:spacing w:before="0" w:after="0" w:line="264" w:lineRule="exact"/>
        <w:ind w:left="0" w:right="0" w:firstLine="0"/>
      </w:pPr>
      <w:r>
        <w:rPr>
          <w:rFonts w:ascii="EB Garamond" w:hAnsi="EB Garamond"/>
          <w:sz w:val="22"/>
        </w:rPr>
        <w:t>That changed things.</w:t>
      </w:r>
    </w:p>
    <w:p>
      <w:pPr>
        <w:keepNext w:val="0"/>
        <w:spacing w:before="0" w:after="0" w:line="264" w:lineRule="exact"/>
        <w:ind w:left="0" w:right="0" w:firstLine="0"/>
      </w:pPr>
      <w:r>
        <w:rPr>
          <w:rFonts w:ascii="EB Garamond" w:hAnsi="EB Garamond"/>
          <w:sz w:val="22"/>
        </w:rPr>
        <w:t>Nora Bell sat two tables away with two girls from choir. She had a messy bun on top of her head and was wearing the same oversized gray sweatshirt she’d worn Monday.</w:t>
      </w:r>
    </w:p>
    <w:p>
      <w:pPr>
        <w:keepNext w:val="0"/>
        <w:spacing w:before="0" w:after="0" w:line="264" w:lineRule="exact"/>
        <w:ind w:left="0" w:right="0" w:firstLine="0"/>
      </w:pPr>
      <w:r>
        <w:rPr>
          <w:rFonts w:ascii="EB Garamond" w:hAnsi="EB Garamond"/>
          <w:sz w:val="22"/>
        </w:rPr>
        <w:t>Maybe Tuesday too.</w:t>
      </w:r>
    </w:p>
    <w:p>
      <w:pPr>
        <w:keepNext w:val="0"/>
        <w:spacing w:before="0" w:after="0" w:line="264" w:lineRule="exact"/>
        <w:ind w:left="0" w:right="0" w:firstLine="0"/>
      </w:pPr>
      <w:r>
        <w:rPr>
          <w:rFonts w:ascii="EB Garamond" w:hAnsi="EB Garamond"/>
          <w:sz w:val="22"/>
        </w:rPr>
        <w:t>Elsie wasn’t sure.</w:t>
      </w:r>
    </w:p>
    <w:p>
      <w:pPr>
        <w:keepNext w:val="0"/>
        <w:spacing w:before="0" w:after="0" w:line="264" w:lineRule="exact"/>
        <w:ind w:left="0" w:right="0" w:firstLine="0"/>
      </w:pPr>
      <w:r>
        <w:rPr>
          <w:rFonts w:ascii="EB Garamond" w:hAnsi="EB Garamond"/>
          <w:sz w:val="22"/>
        </w:rPr>
        <w:t>“She posted another one last night,” Ava said.</w:t>
      </w:r>
    </w:p>
    <w:p>
      <w:pPr>
        <w:keepNext w:val="0"/>
        <w:spacing w:before="0" w:after="0" w:line="264" w:lineRule="exact"/>
        <w:ind w:left="0" w:right="0" w:firstLine="0"/>
      </w:pPr>
      <w:r>
        <w:rPr>
          <w:rFonts w:ascii="EB Garamond" w:hAnsi="EB Garamond"/>
          <w:sz w:val="22"/>
        </w:rPr>
        <w:t>Maddie groaned. “The Bible verse?”</w:t>
      </w:r>
    </w:p>
    <w:p>
      <w:pPr>
        <w:keepNext w:val="0"/>
        <w:spacing w:before="0" w:after="0" w:line="264" w:lineRule="exact"/>
        <w:ind w:left="0" w:right="0" w:firstLine="0"/>
      </w:pPr>
      <w:r>
        <w:rPr>
          <w:rFonts w:ascii="EB Garamond" w:hAnsi="EB Garamond"/>
          <w:sz w:val="22"/>
        </w:rPr>
        <w:t>“Three slides.”</w:t>
      </w:r>
    </w:p>
    <w:p>
      <w:pPr>
        <w:keepNext w:val="0"/>
        <w:spacing w:before="0" w:after="0" w:line="264" w:lineRule="exact"/>
        <w:ind w:left="0" w:right="0" w:firstLine="0"/>
      </w:pPr>
      <w:r>
        <w:rPr>
          <w:rFonts w:ascii="EB Garamond" w:hAnsi="EB Garamond"/>
          <w:sz w:val="22"/>
        </w:rPr>
        <w:t>“Three?”</w:t>
      </w:r>
    </w:p>
    <w:p>
      <w:pPr>
        <w:keepNext w:val="0"/>
        <w:spacing w:before="0" w:after="0" w:line="264" w:lineRule="exact"/>
        <w:ind w:left="0" w:right="0" w:firstLine="0"/>
      </w:pPr>
      <w:r>
        <w:rPr>
          <w:rFonts w:ascii="EB Garamond" w:hAnsi="EB Garamond"/>
          <w:sz w:val="22"/>
        </w:rPr>
        <w:t>“Three.”</w:t>
      </w:r>
    </w:p>
    <w:p>
      <w:pPr>
        <w:keepNext w:val="0"/>
        <w:spacing w:before="0" w:after="0" w:line="264" w:lineRule="exact"/>
        <w:ind w:left="0" w:right="0" w:firstLine="0"/>
      </w:pPr>
      <w:r>
        <w:rPr>
          <w:rFonts w:ascii="EB Garamond" w:hAnsi="EB Garamond"/>
          <w:sz w:val="22"/>
        </w:rPr>
        <w:t>Mason looked up from his phone. “What, is there a limit?”</w:t>
      </w:r>
    </w:p>
    <w:p>
      <w:pPr>
        <w:keepNext w:val="0"/>
        <w:spacing w:before="0" w:after="0" w:line="264" w:lineRule="exact"/>
        <w:ind w:left="0" w:right="0" w:firstLine="0"/>
      </w:pPr>
      <w:r>
        <w:rPr>
          <w:rFonts w:ascii="EB Garamond" w:hAnsi="EB Garamond"/>
          <w:sz w:val="22"/>
        </w:rPr>
        <w:t>Ava gave him a look. “It’s just a lot.”</w:t>
      </w:r>
    </w:p>
    <w:p>
      <w:pPr>
        <w:keepNext w:val="0"/>
        <w:spacing w:before="0" w:after="0" w:line="264" w:lineRule="exact"/>
        <w:ind w:left="0" w:right="0" w:firstLine="0"/>
      </w:pPr>
      <w:r>
        <w:rPr>
          <w:rFonts w:ascii="EB Garamond" w:hAnsi="EB Garamond"/>
          <w:sz w:val="22"/>
        </w:rPr>
        <w:t>Elsie glanced toward Nora.</w:t>
      </w:r>
    </w:p>
    <w:p>
      <w:pPr>
        <w:keepNext w:val="0"/>
        <w:spacing w:before="0" w:after="0" w:line="264" w:lineRule="exact"/>
        <w:ind w:left="0" w:right="0" w:firstLine="0"/>
      </w:pPr>
      <w:r>
        <w:rPr>
          <w:rFonts w:ascii="EB Garamond" w:hAnsi="EB Garamond"/>
          <w:sz w:val="22"/>
        </w:rPr>
        <w:t>She knew exactly which post they meant.</w:t>
      </w:r>
    </w:p>
    <w:p>
      <w:pPr>
        <w:keepNext w:val="0"/>
        <w:spacing w:before="0" w:after="0" w:line="264" w:lineRule="exact"/>
        <w:ind w:left="0" w:right="0" w:firstLine="0"/>
      </w:pPr>
      <w:r>
        <w:rPr>
          <w:rFonts w:ascii="EB Garamond" w:hAnsi="EB Garamond"/>
          <w:sz w:val="22"/>
        </w:rPr>
        <w:t>She had seen it.</w:t>
      </w:r>
    </w:p>
    <w:p>
      <w:pPr>
        <w:keepNext w:val="0"/>
        <w:spacing w:before="0" w:after="0" w:line="264" w:lineRule="exact"/>
        <w:ind w:left="0" w:right="0" w:firstLine="0"/>
      </w:pPr>
      <w:r>
        <w:rPr>
          <w:rFonts w:ascii="EB Garamond" w:hAnsi="EB Garamond"/>
          <w:sz w:val="22"/>
        </w:rPr>
        <w:t>Actually, she’d read all three slides.</w:t>
      </w:r>
    </w:p>
    <w:p>
      <w:pPr>
        <w:keepNext w:val="0"/>
        <w:spacing w:before="0" w:after="0" w:line="264" w:lineRule="exact"/>
        <w:ind w:left="0" w:right="0" w:firstLine="0"/>
      </w:pPr>
      <w:r>
        <w:rPr>
          <w:rFonts w:ascii="EB Garamond" w:hAnsi="EB Garamond"/>
          <w:sz w:val="22"/>
        </w:rPr>
        <w:t>The first was a picture of the sunset over the football field.</w:t>
      </w:r>
    </w:p>
    <w:p>
      <w:pPr>
        <w:keepNext w:val="0"/>
        <w:spacing w:before="0" w:after="0" w:line="264" w:lineRule="exact"/>
        <w:ind w:left="0" w:right="0" w:firstLine="0"/>
      </w:pPr>
      <w:r>
        <w:rPr>
          <w:rFonts w:ascii="EB Garamond" w:hAnsi="EB Garamond"/>
          <w:sz w:val="22"/>
        </w:rPr>
        <w:t>The second was a Bible verse.</w:t>
      </w:r>
    </w:p>
    <w:p>
      <w:pPr>
        <w:keepNext w:val="0"/>
        <w:spacing w:before="0" w:after="0" w:line="264" w:lineRule="exact"/>
        <w:ind w:left="0" w:right="0" w:firstLine="0"/>
      </w:pPr>
      <w:r>
        <w:rPr>
          <w:rFonts w:ascii="EB Garamond" w:hAnsi="EB Garamond"/>
          <w:sz w:val="22"/>
        </w:rPr>
        <w:t>The third was something Nora had written about trusting God when you didn’t understand what He was doing.</w:t>
      </w:r>
    </w:p>
    <w:p>
      <w:pPr>
        <w:keepNext w:val="0"/>
        <w:spacing w:before="0" w:after="0" w:line="264" w:lineRule="exact"/>
        <w:ind w:left="0" w:right="0" w:firstLine="0"/>
      </w:pPr>
      <w:r>
        <w:rPr>
          <w:rFonts w:ascii="EB Garamond" w:hAnsi="EB Garamond"/>
          <w:sz w:val="22"/>
        </w:rPr>
        <w:t>Elsie had almost liked it.</w:t>
      </w:r>
    </w:p>
    <w:p>
      <w:pPr>
        <w:keepNext w:val="0"/>
        <w:spacing w:before="0" w:after="0" w:line="264" w:lineRule="exact"/>
        <w:ind w:left="0" w:right="0" w:firstLine="0"/>
      </w:pPr>
      <w:r>
        <w:rPr>
          <w:rFonts w:ascii="EB Garamond" w:hAnsi="EB Garamond"/>
          <w:sz w:val="22"/>
        </w:rPr>
        <w:t>Then she noticed only thirty-eight other people had.</w:t>
      </w:r>
    </w:p>
    <w:p>
      <w:pPr>
        <w:keepNext w:val="0"/>
        <w:spacing w:before="0" w:after="0" w:line="264" w:lineRule="exact"/>
        <w:ind w:left="0" w:right="0" w:firstLine="0"/>
      </w:pPr>
      <w:r>
        <w:rPr>
          <w:rFonts w:ascii="EB Garamond" w:hAnsi="EB Garamond"/>
          <w:sz w:val="22"/>
        </w:rPr>
        <w:t>So she didn’t.</w:t>
      </w:r>
    </w:p>
    <w:p>
      <w:pPr>
        <w:keepNext w:val="0"/>
        <w:spacing w:before="0" w:after="0" w:line="264" w:lineRule="exact"/>
        <w:ind w:left="0" w:right="0" w:firstLine="0"/>
      </w:pPr>
      <w:r>
        <w:rPr>
          <w:rFonts w:ascii="EB Garamond" w:hAnsi="EB Garamond"/>
          <w:sz w:val="22"/>
        </w:rPr>
        <w:t>“She’s nice,” Mason said.</w:t>
      </w:r>
    </w:p>
    <w:p>
      <w:pPr>
        <w:keepNext w:val="0"/>
        <w:spacing w:before="0" w:after="0" w:line="264" w:lineRule="exact"/>
        <w:ind w:left="0" w:right="0" w:firstLine="0"/>
      </w:pPr>
      <w:r>
        <w:rPr>
          <w:rFonts w:ascii="EB Garamond" w:hAnsi="EB Garamond"/>
          <w:sz w:val="22"/>
        </w:rPr>
        <w:t>Ava looked at him. “I didn’t say she wasn’t nice.”</w:t>
      </w:r>
    </w:p>
    <w:p>
      <w:pPr>
        <w:keepNext w:val="0"/>
        <w:spacing w:before="0" w:after="0" w:line="264" w:lineRule="exact"/>
        <w:ind w:left="0" w:right="0" w:firstLine="0"/>
      </w:pPr>
      <w:r>
        <w:rPr>
          <w:rFonts w:ascii="EB Garamond" w:hAnsi="EB Garamond"/>
          <w:sz w:val="22"/>
        </w:rPr>
        <w:t>“You kind of did.”</w:t>
      </w:r>
    </w:p>
    <w:p>
      <w:pPr>
        <w:keepNext w:val="0"/>
        <w:spacing w:before="0" w:after="0" w:line="264" w:lineRule="exact"/>
        <w:ind w:left="0" w:right="0" w:firstLine="0"/>
      </w:pPr>
      <w:r>
        <w:rPr>
          <w:rFonts w:ascii="EB Garamond" w:hAnsi="EB Garamond"/>
          <w:sz w:val="22"/>
        </w:rPr>
        <w:t>“No, I said she was intense.”</w:t>
      </w:r>
    </w:p>
    <w:p>
      <w:pPr>
        <w:keepNext w:val="0"/>
        <w:spacing w:before="0" w:after="0" w:line="264" w:lineRule="exact"/>
        <w:ind w:left="0" w:right="0" w:firstLine="0"/>
      </w:pPr>
      <w:r>
        <w:rPr>
          <w:rFonts w:ascii="EB Garamond" w:hAnsi="EB Garamond"/>
          <w:sz w:val="22"/>
        </w:rPr>
        <w:t>Maddie looked at Elsie. “Didn’t she invite you to that Bible thing?”</w:t>
      </w:r>
    </w:p>
    <w:p>
      <w:pPr>
        <w:keepNext w:val="0"/>
        <w:spacing w:before="0" w:after="0" w:line="264" w:lineRule="exact"/>
        <w:ind w:left="0" w:right="0" w:firstLine="0"/>
      </w:pPr>
      <w:r>
        <w:rPr>
          <w:rFonts w:ascii="EB Garamond" w:hAnsi="EB Garamond"/>
          <w:sz w:val="22"/>
        </w:rPr>
        <w:t>Elsie peeled another strip from her water bottle.</w:t>
      </w:r>
    </w:p>
    <w:p>
      <w:pPr>
        <w:keepNext w:val="0"/>
        <w:spacing w:before="0" w:after="0" w:line="264" w:lineRule="exact"/>
        <w:ind w:left="0" w:right="0" w:firstLine="0"/>
      </w:pPr>
      <w:r>
        <w:rPr>
          <w:rFonts w:ascii="EB Garamond" w:hAnsi="EB Garamond"/>
          <w:sz w:val="22"/>
        </w:rPr>
        <w:t>“Like a year ago.”</w:t>
      </w:r>
    </w:p>
    <w:p>
      <w:pPr>
        <w:keepNext w:val="0"/>
        <w:spacing w:before="0" w:after="0" w:line="264" w:lineRule="exact"/>
        <w:ind w:left="0" w:right="0" w:firstLine="0"/>
      </w:pPr>
      <w:r>
        <w:rPr>
          <w:rFonts w:ascii="EB Garamond" w:hAnsi="EB Garamond"/>
          <w:sz w:val="22"/>
        </w:rPr>
        <w:t>“You went, didn’t you?”</w:t>
      </w:r>
    </w:p>
    <w:p>
      <w:pPr>
        <w:keepNext w:val="0"/>
        <w:spacing w:before="0" w:after="0" w:line="264" w:lineRule="exact"/>
        <w:ind w:left="0" w:right="0" w:firstLine="0"/>
      </w:pPr>
      <w:r>
        <w:rPr>
          <w:rFonts w:ascii="EB Garamond" w:hAnsi="EB Garamond"/>
          <w:sz w:val="22"/>
        </w:rPr>
        <w:t>Elsie felt it.</w:t>
      </w:r>
    </w:p>
    <w:p>
      <w:pPr>
        <w:keepNext w:val="0"/>
        <w:spacing w:before="0" w:after="0" w:line="264" w:lineRule="exact"/>
        <w:ind w:left="0" w:right="0" w:firstLine="0"/>
      </w:pPr>
      <w:r>
        <w:rPr>
          <w:rFonts w:ascii="EB Garamond" w:hAnsi="EB Garamond"/>
          <w:sz w:val="22"/>
        </w:rPr>
        <w:t>Tiny.</w:t>
      </w:r>
    </w:p>
    <w:p>
      <w:pPr>
        <w:keepNext w:val="0"/>
        <w:spacing w:before="0" w:after="0" w:line="264" w:lineRule="exact"/>
        <w:ind w:left="0" w:right="0" w:firstLine="0"/>
      </w:pPr>
      <w:r>
        <w:rPr>
          <w:rFonts w:ascii="EB Garamond" w:hAnsi="EB Garamond"/>
          <w:sz w:val="22"/>
        </w:rPr>
        <w:t>Stupid.</w:t>
      </w:r>
    </w:p>
    <w:p>
      <w:pPr>
        <w:keepNext w:val="0"/>
        <w:spacing w:before="0" w:after="0" w:line="264" w:lineRule="exact"/>
        <w:ind w:left="0" w:right="0" w:firstLine="0"/>
      </w:pPr>
      <w:r>
        <w:rPr>
          <w:rFonts w:ascii="EB Garamond" w:hAnsi="EB Garamond"/>
          <w:sz w:val="22"/>
        </w:rPr>
        <w:t>The shift in the air that probably wasn’t even there.</w:t>
      </w:r>
    </w:p>
    <w:p>
      <w:pPr>
        <w:keepNext w:val="0"/>
        <w:spacing w:before="0" w:after="0" w:line="264" w:lineRule="exact"/>
        <w:ind w:left="0" w:right="0" w:firstLine="0"/>
      </w:pPr>
      <w:r>
        <w:rPr>
          <w:rFonts w:ascii="EB Garamond" w:hAnsi="EB Garamond"/>
          <w:sz w:val="22"/>
        </w:rPr>
        <w:t>She could have said yes.</w:t>
      </w:r>
    </w:p>
    <w:p>
      <w:pPr>
        <w:keepNext w:val="0"/>
        <w:spacing w:before="0" w:after="0" w:line="264" w:lineRule="exact"/>
        <w:ind w:left="0" w:right="0" w:firstLine="0"/>
      </w:pPr>
      <w:r>
        <w:rPr>
          <w:rFonts w:ascii="EB Garamond" w:hAnsi="EB Garamond"/>
          <w:sz w:val="22"/>
        </w:rPr>
        <w:t>She had gone.</w:t>
      </w:r>
    </w:p>
    <w:p>
      <w:pPr>
        <w:keepNext w:val="0"/>
        <w:spacing w:before="0" w:after="0" w:line="264" w:lineRule="exact"/>
        <w:ind w:left="0" w:right="0" w:firstLine="0"/>
      </w:pPr>
      <w:r>
        <w:rPr>
          <w:rFonts w:ascii="EB Garamond" w:hAnsi="EB Garamond"/>
          <w:sz w:val="22"/>
        </w:rPr>
        <w:t>Twice.</w:t>
      </w:r>
    </w:p>
    <w:p>
      <w:pPr>
        <w:keepNext w:val="0"/>
        <w:spacing w:before="0" w:after="0" w:line="264" w:lineRule="exact"/>
        <w:ind w:left="0" w:right="0" w:firstLine="0"/>
      </w:pPr>
      <w:r>
        <w:rPr>
          <w:rFonts w:ascii="EB Garamond" w:hAnsi="EB Garamond"/>
          <w:sz w:val="22"/>
        </w:rPr>
        <w:t>Nora’s youth group met on Wednesday nights. They had eaten pizza and played some ridiculous game involving balloons. Elsie remembered laughing so hard her stomach hurt.</w:t>
      </w:r>
    </w:p>
    <w:p>
      <w:pPr>
        <w:keepNext w:val="0"/>
        <w:spacing w:before="0" w:after="0" w:line="264" w:lineRule="exact"/>
        <w:ind w:left="0" w:right="0" w:firstLine="0"/>
      </w:pPr>
      <w:r>
        <w:rPr>
          <w:rFonts w:ascii="EB Garamond" w:hAnsi="EB Garamond"/>
          <w:sz w:val="22"/>
        </w:rPr>
        <w:t>She also remembered the last fifteen minutes.</w:t>
      </w:r>
    </w:p>
    <w:p>
      <w:pPr>
        <w:keepNext w:val="0"/>
        <w:spacing w:before="0" w:after="0" w:line="264" w:lineRule="exact"/>
        <w:ind w:left="0" w:right="0" w:firstLine="0"/>
      </w:pPr>
      <w:r>
        <w:rPr>
          <w:rFonts w:ascii="EB Garamond" w:hAnsi="EB Garamond"/>
          <w:sz w:val="22"/>
        </w:rPr>
        <w:t>They had sat in a circle while a college girl named Hannah talked about how exhausting it was to let everyone else decide who you were.</w:t>
      </w:r>
    </w:p>
    <w:p>
      <w:pPr>
        <w:keepNext w:val="0"/>
        <w:spacing w:before="0" w:after="0" w:line="264" w:lineRule="exact"/>
        <w:ind w:left="0" w:right="0" w:firstLine="0"/>
      </w:pPr>
      <w:r>
        <w:rPr>
          <w:rFonts w:ascii="EB Garamond" w:hAnsi="EB Garamond"/>
          <w:sz w:val="22"/>
        </w:rPr>
        <w:t>Elsie had thought about that conversation more times than she wanted to admit.</w:t>
      </w:r>
    </w:p>
    <w:p>
      <w:pPr>
        <w:keepNext w:val="0"/>
        <w:spacing w:before="0" w:after="0" w:line="264" w:lineRule="exact"/>
        <w:ind w:left="0" w:right="0" w:firstLine="0"/>
      </w:pPr>
      <w:r>
        <w:rPr>
          <w:rFonts w:ascii="EB Garamond" w:hAnsi="EB Garamond"/>
          <w:sz w:val="22"/>
        </w:rPr>
        <w:t>“No,” she said.</w:t>
      </w:r>
    </w:p>
    <w:p>
      <w:pPr>
        <w:keepNext w:val="0"/>
        <w:spacing w:before="0" w:after="0" w:line="264" w:lineRule="exact"/>
        <w:ind w:left="0" w:right="0" w:firstLine="0"/>
      </w:pPr>
      <w:r>
        <w:rPr>
          <w:rFonts w:ascii="EB Garamond" w:hAnsi="EB Garamond"/>
          <w:sz w:val="22"/>
        </w:rPr>
        <w:t>The word came easily.</w:t>
      </w:r>
    </w:p>
    <w:p>
      <w:pPr>
        <w:keepNext w:val="0"/>
        <w:spacing w:before="0" w:after="0" w:line="264" w:lineRule="exact"/>
        <w:ind w:left="0" w:right="0" w:firstLine="0"/>
      </w:pPr>
      <w:r>
        <w:rPr>
          <w:rFonts w:ascii="EB Garamond" w:hAnsi="EB Garamond"/>
          <w:sz w:val="22"/>
        </w:rPr>
        <w:t>Too easily.</w:t>
      </w:r>
    </w:p>
    <w:p>
      <w:pPr>
        <w:keepNext w:val="0"/>
        <w:spacing w:before="0" w:after="0" w:line="264" w:lineRule="exact"/>
        <w:ind w:left="0" w:right="0" w:firstLine="0"/>
      </w:pPr>
      <w:r>
        <w:rPr>
          <w:rFonts w:ascii="EB Garamond" w:hAnsi="EB Garamond"/>
          <w:sz w:val="22"/>
        </w:rPr>
        <w:t>“Nora asked me, though.”</w:t>
      </w:r>
    </w:p>
    <w:p>
      <w:pPr>
        <w:keepNext w:val="0"/>
        <w:spacing w:before="0" w:after="0" w:line="264" w:lineRule="exact"/>
        <w:ind w:left="0" w:right="0" w:firstLine="0"/>
      </w:pPr>
      <w:r>
        <w:rPr>
          <w:rFonts w:ascii="EB Garamond" w:hAnsi="EB Garamond"/>
          <w:sz w:val="22"/>
        </w:rPr>
        <w:t>Maddie nodded.</w:t>
      </w:r>
    </w:p>
    <w:p>
      <w:pPr>
        <w:keepNext w:val="0"/>
        <w:spacing w:before="0" w:after="0" w:line="264" w:lineRule="exact"/>
        <w:ind w:left="0" w:right="0" w:firstLine="0"/>
      </w:pPr>
      <w:r>
        <w:rPr>
          <w:rFonts w:ascii="EB Garamond" w:hAnsi="EB Garamond"/>
          <w:sz w:val="22"/>
        </w:rPr>
        <w:t>Conversation over.</w:t>
      </w:r>
    </w:p>
    <w:p>
      <w:pPr>
        <w:keepNext w:val="0"/>
        <w:spacing w:before="0" w:after="0" w:line="264" w:lineRule="exact"/>
        <w:ind w:left="0" w:right="0" w:firstLine="0"/>
      </w:pPr>
      <w:r>
        <w:rPr>
          <w:rFonts w:ascii="EB Garamond" w:hAnsi="EB Garamond"/>
          <w:sz w:val="22"/>
        </w:rPr>
        <w:t>Nobody cared.</w:t>
      </w:r>
    </w:p>
    <w:p>
      <w:pPr>
        <w:keepNext w:val="0"/>
        <w:spacing w:before="0" w:after="0" w:line="264" w:lineRule="exact"/>
        <w:ind w:left="0" w:right="0" w:firstLine="0"/>
      </w:pPr>
      <w:r>
        <w:rPr>
          <w:rFonts w:ascii="EB Garamond" w:hAnsi="EB Garamond"/>
          <w:sz w:val="22"/>
        </w:rPr>
        <w:t>Nobody interrogated her.</w:t>
      </w:r>
    </w:p>
    <w:p>
      <w:pPr>
        <w:keepNext w:val="0"/>
        <w:spacing w:before="0" w:after="0" w:line="264" w:lineRule="exact"/>
        <w:ind w:left="0" w:right="0" w:firstLine="0"/>
      </w:pPr>
      <w:r>
        <w:rPr>
          <w:rFonts w:ascii="EB Garamond" w:hAnsi="EB Garamond"/>
          <w:sz w:val="22"/>
        </w:rPr>
        <w:t>Nobody announced that Elsie Carter had narrowly escaped social destruction by denying attendance at two Wednesday-night youth group meetings fourteen months ago.</w:t>
      </w:r>
    </w:p>
    <w:p>
      <w:pPr>
        <w:keepNext w:val="0"/>
        <w:spacing w:before="0" w:after="0" w:line="264" w:lineRule="exact"/>
        <w:ind w:left="0" w:right="0" w:firstLine="0"/>
      </w:pPr>
      <w:r>
        <w:rPr>
          <w:rFonts w:ascii="EB Garamond" w:hAnsi="EB Garamond"/>
          <w:sz w:val="22"/>
        </w:rPr>
        <w:t>Ava started talking about homecoming dresses.</w:t>
      </w:r>
    </w:p>
    <w:p>
      <w:pPr>
        <w:keepNext w:val="0"/>
        <w:spacing w:before="0" w:after="0" w:line="264" w:lineRule="exact"/>
        <w:ind w:left="0" w:right="0" w:firstLine="0"/>
      </w:pPr>
      <w:r>
        <w:rPr>
          <w:rFonts w:ascii="EB Garamond" w:hAnsi="EB Garamond"/>
          <w:sz w:val="22"/>
        </w:rPr>
        <w:t>Mason looked at his phone.</w:t>
      </w:r>
    </w:p>
    <w:p>
      <w:pPr>
        <w:keepNext w:val="0"/>
        <w:spacing w:before="0" w:after="0" w:line="264" w:lineRule="exact"/>
        <w:ind w:left="0" w:right="0" w:firstLine="0"/>
      </w:pPr>
      <w:r>
        <w:rPr>
          <w:rFonts w:ascii="EB Garamond" w:hAnsi="EB Garamond"/>
          <w:sz w:val="22"/>
        </w:rPr>
        <w:t>The world continued spinning.</w:t>
      </w:r>
    </w:p>
    <w:p>
      <w:pPr>
        <w:keepNext w:val="0"/>
        <w:spacing w:before="0" w:after="0" w:line="264" w:lineRule="exact"/>
        <w:ind w:left="0" w:right="0" w:firstLine="0"/>
      </w:pPr>
      <w:r>
        <w:rPr>
          <w:rFonts w:ascii="EB Garamond" w:hAnsi="EB Garamond"/>
          <w:sz w:val="22"/>
        </w:rPr>
        <w:t>But Elsie stared at the little pile of paper she’d peeled from her water bottle.</w:t>
      </w:r>
    </w:p>
    <w:p>
      <w:pPr>
        <w:keepNext w:val="0"/>
        <w:spacing w:before="0" w:after="0" w:line="264" w:lineRule="exact"/>
        <w:ind w:left="0" w:right="0" w:firstLine="0"/>
      </w:pPr>
      <w:r>
        <w:rPr>
          <w:rFonts w:ascii="EB Garamond" w:hAnsi="EB Garamond"/>
          <w:sz w:val="22"/>
        </w:rPr>
        <w:t>Something uncomfortable settled in her chest.</w:t>
      </w:r>
    </w:p>
    <w:p>
      <w:pPr>
        <w:keepNext w:val="0"/>
        <w:spacing w:before="0" w:after="0" w:line="264" w:lineRule="exact"/>
        <w:ind w:left="0" w:right="0" w:firstLine="0"/>
      </w:pPr>
      <w:r>
        <w:rPr>
          <w:rFonts w:ascii="EB Garamond" w:hAnsi="EB Garamond"/>
          <w:sz w:val="22"/>
        </w:rPr>
        <w:t>Not guilt exactly.</w:t>
      </w:r>
    </w:p>
    <w:p>
      <w:pPr>
        <w:keepNext w:val="0"/>
        <w:spacing w:before="0" w:after="0" w:line="264" w:lineRule="exact"/>
        <w:ind w:left="0" w:right="0" w:firstLine="0"/>
      </w:pPr>
      <w:r>
        <w:rPr>
          <w:rFonts w:ascii="EB Garamond" w:hAnsi="EB Garamond"/>
          <w:sz w:val="22"/>
        </w:rPr>
        <w:t>That would’ve been dramatic.</w:t>
      </w:r>
    </w:p>
    <w:p>
      <w:pPr>
        <w:keepNext w:val="0"/>
        <w:spacing w:before="0" w:after="0" w:line="264" w:lineRule="exact"/>
        <w:ind w:left="0" w:right="0" w:firstLine="0"/>
      </w:pPr>
      <w:r>
        <w:rPr>
          <w:rFonts w:ascii="EB Garamond" w:hAnsi="EB Garamond"/>
          <w:sz w:val="22"/>
        </w:rPr>
        <w:t>Just…</w:t>
      </w:r>
    </w:p>
    <w:p>
      <w:pPr>
        <w:keepNext w:val="0"/>
        <w:spacing w:before="0" w:after="0" w:line="264" w:lineRule="exact"/>
        <w:ind w:left="0" w:right="0" w:firstLine="0"/>
      </w:pPr>
      <w:r>
        <w:rPr>
          <w:rFonts w:ascii="EB Garamond" w:hAnsi="EB Garamond"/>
          <w:sz w:val="22"/>
        </w:rPr>
        <w:t>Something.</w:t>
      </w:r>
    </w:p>
    <w:p>
      <w:pPr>
        <w:keepNext w:val="0"/>
        <w:spacing w:before="0" w:after="0" w:line="264" w:lineRule="exact"/>
        <w:ind w:left="0" w:right="0" w:firstLine="0"/>
      </w:pPr>
      <w:r>
        <w:rPr>
          <w:rFonts w:ascii="EB Garamond" w:hAnsi="EB Garamond"/>
          <w:sz w:val="22"/>
        </w:rPr>
        <w:t>She looked toward Nora again.</w:t>
      </w:r>
    </w:p>
    <w:p>
      <w:pPr>
        <w:keepNext w:val="0"/>
        <w:spacing w:before="0" w:after="0" w:line="264" w:lineRule="exact"/>
        <w:ind w:left="0" w:right="0" w:firstLine="0"/>
      </w:pPr>
      <w:r>
        <w:rPr>
          <w:rFonts w:ascii="EB Garamond" w:hAnsi="EB Garamond"/>
          <w:sz w:val="22"/>
        </w:rPr>
        <w:t>Nora was laughing.</w:t>
      </w:r>
    </w:p>
    <w:p>
      <w:pPr>
        <w:keepNext w:val="0"/>
        <w:spacing w:before="0" w:after="0" w:line="264" w:lineRule="exact"/>
        <w:ind w:left="0" w:right="0" w:firstLine="0"/>
      </w:pPr>
      <w:r>
        <w:rPr>
          <w:rFonts w:ascii="EB Garamond" w:hAnsi="EB Garamond"/>
          <w:sz w:val="22"/>
        </w:rPr>
        <w:t>Elsie looked away before Nora could catch her.</w:t>
      </w:r>
    </w:p>
    <w:p>
      <w:pPr>
        <w:keepNext w:val="0"/>
        <w:spacing w:before="0" w:after="0" w:line="264" w:lineRule="exact"/>
        <w:ind w:left="0" w:right="0" w:firstLine="0"/>
      </w:pPr>
      <w:r>
        <w:rPr>
          <w:rFonts w:ascii="EB Garamond" w:hAnsi="EB Garamond"/>
          <w:sz w:val="22"/>
        </w:rPr>
        <w:t>Her mother was waiting at the kitchen island when Elsie got home.</w:t>
      </w:r>
    </w:p>
    <w:p>
      <w:pPr>
        <w:keepNext w:val="0"/>
        <w:spacing w:before="0" w:after="0" w:line="264" w:lineRule="exact"/>
        <w:ind w:left="0" w:right="0" w:firstLine="0"/>
      </w:pPr>
      <w:r>
        <w:rPr>
          <w:rFonts w:ascii="EB Garamond" w:hAnsi="EB Garamond"/>
          <w:sz w:val="22"/>
        </w:rPr>
        <w:t>That was never a good sign.</w:t>
      </w:r>
    </w:p>
    <w:p>
      <w:pPr>
        <w:keepNext w:val="0"/>
        <w:spacing w:before="0" w:after="0" w:line="264" w:lineRule="exact"/>
        <w:ind w:left="0" w:right="0" w:firstLine="0"/>
      </w:pPr>
      <w:r>
        <w:rPr>
          <w:rFonts w:ascii="EB Garamond" w:hAnsi="EB Garamond"/>
          <w:sz w:val="22"/>
        </w:rPr>
        <w:t>Not because her mother was scary.</w:t>
      </w:r>
    </w:p>
    <w:p>
      <w:pPr>
        <w:keepNext w:val="0"/>
        <w:spacing w:before="0" w:after="0" w:line="264" w:lineRule="exact"/>
        <w:ind w:left="0" w:right="0" w:firstLine="0"/>
      </w:pPr>
      <w:r>
        <w:rPr>
          <w:rFonts w:ascii="EB Garamond" w:hAnsi="EB Garamond"/>
          <w:sz w:val="22"/>
        </w:rPr>
        <w:t>Her mother was five-foot-three and currently wearing fuzzy socks with pumpkins on them.</w:t>
      </w:r>
    </w:p>
    <w:p>
      <w:pPr>
        <w:keepNext w:val="0"/>
        <w:spacing w:before="0" w:after="0" w:line="264" w:lineRule="exact"/>
        <w:ind w:left="0" w:right="0" w:firstLine="0"/>
      </w:pPr>
      <w:r>
        <w:rPr>
          <w:rFonts w:ascii="EB Garamond" w:hAnsi="EB Garamond"/>
          <w:sz w:val="22"/>
        </w:rPr>
        <w:t>But parents waiting at kitchen islands had agendas.</w:t>
      </w:r>
    </w:p>
    <w:p>
      <w:pPr>
        <w:keepNext w:val="0"/>
        <w:spacing w:before="0" w:after="0" w:line="264" w:lineRule="exact"/>
        <w:ind w:left="0" w:right="0" w:firstLine="0"/>
      </w:pPr>
      <w:r>
        <w:rPr>
          <w:rFonts w:ascii="EB Garamond" w:hAnsi="EB Garamond"/>
          <w:sz w:val="22"/>
        </w:rPr>
        <w:t>“How was school?”</w:t>
      </w:r>
    </w:p>
    <w:p>
      <w:pPr>
        <w:keepNext w:val="0"/>
        <w:spacing w:before="0" w:after="0" w:line="264" w:lineRule="exact"/>
        <w:ind w:left="0" w:right="0" w:firstLine="0"/>
      </w:pPr>
      <w:r>
        <w:rPr>
          <w:rFonts w:ascii="EB Garamond" w:hAnsi="EB Garamond"/>
          <w:sz w:val="22"/>
        </w:rPr>
        <w:t>Fine Number One.</w:t>
      </w:r>
    </w:p>
    <w:p>
      <w:pPr>
        <w:keepNext w:val="0"/>
        <w:spacing w:before="0" w:after="0" w:line="264" w:lineRule="exact"/>
        <w:ind w:left="0" w:right="0" w:firstLine="0"/>
      </w:pPr>
      <w:r>
        <w:rPr>
          <w:rFonts w:ascii="EB Garamond" w:hAnsi="EB Garamond"/>
          <w:sz w:val="22"/>
        </w:rPr>
        <w:t>“Fine.”</w:t>
      </w:r>
    </w:p>
    <w:p>
      <w:pPr>
        <w:keepNext w:val="0"/>
        <w:spacing w:before="0" w:after="0" w:line="264" w:lineRule="exact"/>
        <w:ind w:left="0" w:right="0" w:firstLine="0"/>
      </w:pPr>
      <w:r>
        <w:rPr>
          <w:rFonts w:ascii="EB Garamond" w:hAnsi="EB Garamond"/>
          <w:sz w:val="22"/>
        </w:rPr>
        <w:t>Perfect delivery.</w:t>
      </w:r>
    </w:p>
    <w:p>
      <w:pPr>
        <w:keepNext w:val="0"/>
        <w:spacing w:before="0" w:after="0" w:line="264" w:lineRule="exact"/>
        <w:ind w:left="0" w:right="0" w:firstLine="0"/>
      </w:pPr>
      <w:r>
        <w:rPr>
          <w:rFonts w:ascii="EB Garamond" w:hAnsi="EB Garamond"/>
          <w:sz w:val="22"/>
        </w:rPr>
        <w:t>“Anything happen?”</w:t>
      </w:r>
    </w:p>
    <w:p>
      <w:pPr>
        <w:keepNext w:val="0"/>
        <w:spacing w:before="0" w:after="0" w:line="264" w:lineRule="exact"/>
        <w:ind w:left="0" w:right="0" w:firstLine="0"/>
      </w:pPr>
      <w:r>
        <w:rPr>
          <w:rFonts w:ascii="EB Garamond" w:hAnsi="EB Garamond"/>
          <w:sz w:val="22"/>
        </w:rPr>
        <w:t>“Nope.”</w:t>
      </w:r>
    </w:p>
    <w:p>
      <w:pPr>
        <w:keepNext w:val="0"/>
        <w:spacing w:before="0" w:after="0" w:line="264" w:lineRule="exact"/>
        <w:ind w:left="0" w:right="0" w:firstLine="0"/>
      </w:pPr>
      <w:r>
        <w:rPr>
          <w:rFonts w:ascii="EB Garamond" w:hAnsi="EB Garamond"/>
          <w:sz w:val="22"/>
        </w:rPr>
        <w:t>That one was technically a lie.</w:t>
      </w:r>
    </w:p>
    <w:p>
      <w:pPr>
        <w:keepNext w:val="0"/>
        <w:spacing w:before="0" w:after="0" w:line="264" w:lineRule="exact"/>
        <w:ind w:left="0" w:right="0" w:firstLine="0"/>
      </w:pPr>
      <w:r>
        <w:rPr>
          <w:rFonts w:ascii="EB Garamond" w:hAnsi="EB Garamond"/>
          <w:sz w:val="22"/>
        </w:rPr>
        <w:t>Things had happened.</w:t>
      </w:r>
    </w:p>
    <w:p>
      <w:pPr>
        <w:keepNext w:val="0"/>
        <w:spacing w:before="0" w:after="0" w:line="264" w:lineRule="exact"/>
        <w:ind w:left="0" w:right="0" w:firstLine="0"/>
      </w:pPr>
      <w:r>
        <w:rPr>
          <w:rFonts w:ascii="EB Garamond" w:hAnsi="EB Garamond"/>
          <w:sz w:val="22"/>
        </w:rPr>
        <w:t>Nothing worth reporting.</w:t>
      </w:r>
    </w:p>
    <w:p>
      <w:pPr>
        <w:keepNext w:val="0"/>
        <w:spacing w:before="0" w:after="0" w:line="264" w:lineRule="exact"/>
        <w:ind w:left="0" w:right="0" w:firstLine="0"/>
      </w:pPr>
      <w:r>
        <w:rPr>
          <w:rFonts w:ascii="EB Garamond" w:hAnsi="EB Garamond"/>
          <w:sz w:val="22"/>
        </w:rPr>
        <w:t>Her mother slid a bowl of grapes toward her.</w:t>
      </w:r>
    </w:p>
    <w:p>
      <w:pPr>
        <w:keepNext w:val="0"/>
        <w:spacing w:before="0" w:after="0" w:line="264" w:lineRule="exact"/>
        <w:ind w:left="0" w:right="0" w:firstLine="0"/>
      </w:pPr>
      <w:r>
        <w:rPr>
          <w:rFonts w:ascii="EB Garamond" w:hAnsi="EB Garamond"/>
          <w:sz w:val="22"/>
        </w:rPr>
        <w:t>“How’s Maddie?”</w:t>
      </w:r>
    </w:p>
    <w:p>
      <w:pPr>
        <w:keepNext w:val="0"/>
        <w:spacing w:before="0" w:after="0" w:line="264" w:lineRule="exact"/>
        <w:ind w:left="0" w:right="0" w:firstLine="0"/>
      </w:pPr>
      <w:r>
        <w:rPr>
          <w:rFonts w:ascii="EB Garamond" w:hAnsi="EB Garamond"/>
          <w:sz w:val="22"/>
        </w:rPr>
        <w:t>“Fine.”</w:t>
      </w:r>
    </w:p>
    <w:p>
      <w:pPr>
        <w:keepNext w:val="0"/>
        <w:spacing w:before="0" w:after="0" w:line="264" w:lineRule="exact"/>
        <w:ind w:left="0" w:right="0" w:firstLine="0"/>
      </w:pPr>
      <w:r>
        <w:rPr>
          <w:rFonts w:ascii="EB Garamond" w:hAnsi="EB Garamond"/>
          <w:sz w:val="22"/>
        </w:rPr>
        <w:t>“Mason?”</w:t>
      </w:r>
    </w:p>
    <w:p>
      <w:pPr>
        <w:keepNext w:val="0"/>
        <w:spacing w:before="0" w:after="0" w:line="264" w:lineRule="exact"/>
        <w:ind w:left="0" w:right="0" w:firstLine="0"/>
      </w:pPr>
      <w:r>
        <w:rPr>
          <w:rFonts w:ascii="EB Garamond" w:hAnsi="EB Garamond"/>
          <w:sz w:val="22"/>
        </w:rPr>
        <w:t>Elsie’s head snapped up.</w:t>
      </w:r>
    </w:p>
    <w:p>
      <w:pPr>
        <w:keepNext w:val="0"/>
        <w:spacing w:before="0" w:after="0" w:line="264" w:lineRule="exact"/>
        <w:ind w:left="0" w:right="0" w:firstLine="0"/>
      </w:pPr>
      <w:r>
        <w:rPr>
          <w:rFonts w:ascii="EB Garamond" w:hAnsi="EB Garamond"/>
          <w:sz w:val="22"/>
        </w:rPr>
        <w:t>Her mother smiled.</w:t>
      </w:r>
    </w:p>
    <w:p>
      <w:pPr>
        <w:keepNext w:val="0"/>
        <w:spacing w:before="0" w:after="0" w:line="264" w:lineRule="exact"/>
        <w:ind w:left="0" w:right="0" w:firstLine="0"/>
      </w:pPr>
      <w:r>
        <w:rPr>
          <w:rFonts w:ascii="EB Garamond" w:hAnsi="EB Garamond"/>
          <w:sz w:val="22"/>
        </w:rPr>
        <w:t>“I don’t know what you’re talking about.”</w:t>
      </w:r>
    </w:p>
    <w:p>
      <w:pPr>
        <w:keepNext w:val="0"/>
        <w:spacing w:before="0" w:after="0" w:line="264" w:lineRule="exact"/>
        <w:ind w:left="0" w:right="0" w:firstLine="0"/>
      </w:pPr>
      <w:r>
        <w:rPr>
          <w:rFonts w:ascii="EB Garamond" w:hAnsi="EB Garamond"/>
          <w:sz w:val="22"/>
        </w:rPr>
        <w:t>“Of course not.”</w:t>
      </w:r>
    </w:p>
    <w:p>
      <w:pPr>
        <w:keepNext w:val="0"/>
        <w:spacing w:before="0" w:after="0" w:line="264" w:lineRule="exact"/>
        <w:ind w:left="0" w:right="0" w:firstLine="0"/>
      </w:pPr>
      <w:r>
        <w:rPr>
          <w:rFonts w:ascii="EB Garamond" w:hAnsi="EB Garamond"/>
          <w:sz w:val="22"/>
        </w:rPr>
        <w:t>“Mom.”</w:t>
      </w:r>
    </w:p>
    <w:p>
      <w:pPr>
        <w:keepNext w:val="0"/>
        <w:spacing w:before="0" w:after="0" w:line="264" w:lineRule="exact"/>
        <w:ind w:left="0" w:right="0" w:firstLine="0"/>
      </w:pPr>
      <w:r>
        <w:rPr>
          <w:rFonts w:ascii="EB Garamond" w:hAnsi="EB Garamond"/>
          <w:sz w:val="22"/>
        </w:rPr>
        <w:t>“What?”</w:t>
      </w:r>
    </w:p>
    <w:p>
      <w:pPr>
        <w:keepNext w:val="0"/>
        <w:spacing w:before="0" w:after="0" w:line="264" w:lineRule="exact"/>
        <w:ind w:left="0" w:right="0" w:firstLine="0"/>
      </w:pPr>
      <w:r>
        <w:rPr>
          <w:rFonts w:ascii="EB Garamond" w:hAnsi="EB Garamond"/>
          <w:sz w:val="22"/>
        </w:rPr>
        <w:t>“You make everything weird.”</w:t>
      </w:r>
    </w:p>
    <w:p>
      <w:pPr>
        <w:keepNext w:val="0"/>
        <w:spacing w:before="0" w:after="0" w:line="264" w:lineRule="exact"/>
        <w:ind w:left="0" w:right="0" w:firstLine="0"/>
      </w:pPr>
      <w:r>
        <w:rPr>
          <w:rFonts w:ascii="EB Garamond" w:hAnsi="EB Garamond"/>
          <w:sz w:val="22"/>
        </w:rPr>
        <w:t>“I asked one name.”</w:t>
      </w:r>
    </w:p>
    <w:p>
      <w:pPr>
        <w:keepNext w:val="0"/>
        <w:spacing w:before="0" w:after="0" w:line="264" w:lineRule="exact"/>
        <w:ind w:left="0" w:right="0" w:firstLine="0"/>
      </w:pPr>
      <w:r>
        <w:rPr>
          <w:rFonts w:ascii="EB Garamond" w:hAnsi="EB Garamond"/>
          <w:sz w:val="22"/>
        </w:rPr>
        <w:t>“You asked it weird.”</w:t>
      </w:r>
    </w:p>
    <w:p>
      <w:pPr>
        <w:keepNext w:val="0"/>
        <w:spacing w:before="0" w:after="0" w:line="264" w:lineRule="exact"/>
        <w:ind w:left="0" w:right="0" w:firstLine="0"/>
      </w:pPr>
      <w:r>
        <w:rPr>
          <w:rFonts w:ascii="EB Garamond" w:hAnsi="EB Garamond"/>
          <w:sz w:val="22"/>
        </w:rPr>
        <w:t>Her mother laughed and walked toward the sink.</w:t>
      </w:r>
    </w:p>
    <w:p>
      <w:pPr>
        <w:keepNext w:val="0"/>
        <w:spacing w:before="0" w:after="0" w:line="264" w:lineRule="exact"/>
        <w:ind w:left="0" w:right="0" w:firstLine="0"/>
      </w:pPr>
      <w:r>
        <w:rPr>
          <w:rFonts w:ascii="EB Garamond" w:hAnsi="EB Garamond"/>
          <w:sz w:val="22"/>
        </w:rPr>
        <w:t>Elsie grabbed a handful of grapes.</w:t>
      </w:r>
    </w:p>
    <w:p>
      <w:pPr>
        <w:keepNext w:val="0"/>
        <w:spacing w:before="0" w:after="0" w:line="264" w:lineRule="exact"/>
        <w:ind w:left="0" w:right="0" w:firstLine="0"/>
      </w:pPr>
      <w:r>
        <w:rPr>
          <w:rFonts w:ascii="EB Garamond" w:hAnsi="EB Garamond"/>
          <w:sz w:val="22"/>
        </w:rPr>
        <w:t>“Oh,” her mother said. “Your grandmother called.”</w:t>
      </w:r>
    </w:p>
    <w:p>
      <w:pPr>
        <w:keepNext w:val="0"/>
        <w:spacing w:before="0" w:after="0" w:line="264" w:lineRule="exact"/>
        <w:ind w:left="0" w:right="0" w:firstLine="0"/>
      </w:pPr>
      <w:r>
        <w:rPr>
          <w:rFonts w:ascii="EB Garamond" w:hAnsi="EB Garamond"/>
          <w:sz w:val="22"/>
        </w:rPr>
        <w:t>“Is she okay?”</w:t>
      </w:r>
    </w:p>
    <w:p>
      <w:pPr>
        <w:keepNext w:val="0"/>
        <w:spacing w:before="0" w:after="0" w:line="264" w:lineRule="exact"/>
        <w:ind w:left="0" w:right="0" w:firstLine="0"/>
      </w:pPr>
      <w:r>
        <w:rPr>
          <w:rFonts w:ascii="EB Garamond" w:hAnsi="EB Garamond"/>
          <w:sz w:val="22"/>
        </w:rPr>
        <w:t>“She needs help tomorrow.”</w:t>
      </w:r>
    </w:p>
    <w:p>
      <w:pPr>
        <w:keepNext w:val="0"/>
        <w:spacing w:before="0" w:after="0" w:line="264" w:lineRule="exact"/>
        <w:ind w:left="0" w:right="0" w:firstLine="0"/>
      </w:pPr>
      <w:r>
        <w:rPr>
          <w:rFonts w:ascii="EB Garamond" w:hAnsi="EB Garamond"/>
          <w:sz w:val="22"/>
        </w:rPr>
        <w:t>Elsie groaned before hearing what the help was.</w:t>
      </w:r>
    </w:p>
    <w:p>
      <w:pPr>
        <w:keepNext w:val="0"/>
        <w:spacing w:before="0" w:after="0" w:line="264" w:lineRule="exact"/>
        <w:ind w:left="0" w:right="0" w:firstLine="0"/>
      </w:pPr>
      <w:r>
        <w:rPr>
          <w:rFonts w:ascii="EB Garamond" w:hAnsi="EB Garamond"/>
          <w:sz w:val="22"/>
        </w:rPr>
        <w:t>Her mother turned.</w:t>
      </w:r>
    </w:p>
    <w:p>
      <w:pPr>
        <w:keepNext w:val="0"/>
        <w:spacing w:before="0" w:after="0" w:line="264" w:lineRule="exact"/>
        <w:ind w:left="0" w:right="0" w:firstLine="0"/>
      </w:pPr>
      <w:r>
        <w:rPr>
          <w:rFonts w:ascii="EB Garamond" w:hAnsi="EB Garamond"/>
          <w:sz w:val="22"/>
        </w:rPr>
        <w:t>“You don’t even know what I’m going to say.”</w:t>
      </w:r>
    </w:p>
    <w:p>
      <w:pPr>
        <w:keepNext w:val="0"/>
        <w:spacing w:before="0" w:after="0" w:line="264" w:lineRule="exact"/>
        <w:ind w:left="0" w:right="0" w:firstLine="0"/>
      </w:pPr>
      <w:r>
        <w:rPr>
          <w:rFonts w:ascii="EB Garamond" w:hAnsi="EB Garamond"/>
          <w:sz w:val="22"/>
        </w:rPr>
        <w:t>“Tomorrow is Saturday.”</w:t>
      </w:r>
    </w:p>
    <w:p>
      <w:pPr>
        <w:keepNext w:val="0"/>
        <w:spacing w:before="0" w:after="0" w:line="264" w:lineRule="exact"/>
        <w:ind w:left="0" w:right="0" w:firstLine="0"/>
      </w:pPr>
      <w:r>
        <w:rPr>
          <w:rFonts w:ascii="EB Garamond" w:hAnsi="EB Garamond"/>
          <w:sz w:val="22"/>
        </w:rPr>
        <w:t>“Excellent observation.”</w:t>
      </w:r>
    </w:p>
    <w:p>
      <w:pPr>
        <w:keepNext w:val="0"/>
        <w:spacing w:before="0" w:after="0" w:line="264" w:lineRule="exact"/>
        <w:ind w:left="0" w:right="0" w:firstLine="0"/>
      </w:pPr>
      <w:r>
        <w:rPr>
          <w:rFonts w:ascii="EB Garamond" w:hAnsi="EB Garamond"/>
          <w:sz w:val="22"/>
        </w:rPr>
        <w:t>“Saturday is my only day.”</w:t>
      </w:r>
    </w:p>
    <w:p>
      <w:pPr>
        <w:keepNext w:val="0"/>
        <w:spacing w:before="0" w:after="0" w:line="264" w:lineRule="exact"/>
        <w:ind w:left="0" w:right="0" w:firstLine="0"/>
      </w:pPr>
      <w:r>
        <w:rPr>
          <w:rFonts w:ascii="EB Garamond" w:hAnsi="EB Garamond"/>
          <w:sz w:val="22"/>
        </w:rPr>
        <w:t>“Your only day for what?”</w:t>
      </w:r>
    </w:p>
    <w:p>
      <w:pPr>
        <w:keepNext w:val="0"/>
        <w:spacing w:before="0" w:after="0" w:line="264" w:lineRule="exact"/>
        <w:ind w:left="0" w:right="0" w:firstLine="0"/>
      </w:pPr>
      <w:r>
        <w:rPr>
          <w:rFonts w:ascii="EB Garamond" w:hAnsi="EB Garamond"/>
          <w:sz w:val="22"/>
        </w:rPr>
        <w:t>Elsie opened her mouth.</w:t>
      </w:r>
    </w:p>
    <w:p>
      <w:pPr>
        <w:keepNext w:val="0"/>
        <w:spacing w:before="0" w:after="0" w:line="264" w:lineRule="exact"/>
        <w:ind w:left="0" w:right="0" w:firstLine="0"/>
      </w:pPr>
      <w:r>
        <w:rPr>
          <w:rFonts w:ascii="EB Garamond" w:hAnsi="EB Garamond"/>
          <w:sz w:val="22"/>
        </w:rPr>
        <w:t>Nothing arrived.</w:t>
      </w:r>
    </w:p>
    <w:p>
      <w:pPr>
        <w:keepNext w:val="0"/>
        <w:spacing w:before="0" w:after="0" w:line="264" w:lineRule="exact"/>
        <w:ind w:left="0" w:right="0" w:firstLine="0"/>
      </w:pPr>
      <w:r>
        <w:rPr>
          <w:rFonts w:ascii="EB Garamond" w:hAnsi="EB Garamond"/>
          <w:sz w:val="22"/>
        </w:rPr>
        <w:t>Her mother waited.</w:t>
      </w:r>
    </w:p>
    <w:p>
      <w:pPr>
        <w:keepNext w:val="0"/>
        <w:spacing w:before="0" w:after="0" w:line="264" w:lineRule="exact"/>
        <w:ind w:left="0" w:right="0" w:firstLine="0"/>
      </w:pPr>
      <w:r>
        <w:rPr>
          <w:rFonts w:ascii="EB Garamond" w:hAnsi="EB Garamond"/>
          <w:sz w:val="22"/>
        </w:rPr>
        <w:t>“Things.”</w:t>
      </w:r>
    </w:p>
    <w:p>
      <w:pPr>
        <w:keepNext w:val="0"/>
        <w:spacing w:before="0" w:after="0" w:line="264" w:lineRule="exact"/>
        <w:ind w:left="0" w:right="0" w:firstLine="0"/>
      </w:pPr>
      <w:r>
        <w:rPr>
          <w:rFonts w:ascii="EB Garamond" w:hAnsi="EB Garamond"/>
          <w:sz w:val="22"/>
        </w:rPr>
        <w:t>“Grandma’s cleaning out the upstairs closet. She asked if you’d help her for a couple of hours.”</w:t>
      </w:r>
    </w:p>
    <w:p>
      <w:pPr>
        <w:keepNext w:val="0"/>
        <w:spacing w:before="0" w:after="0" w:line="264" w:lineRule="exact"/>
        <w:ind w:left="0" w:right="0" w:firstLine="0"/>
      </w:pPr>
      <w:r>
        <w:rPr>
          <w:rFonts w:ascii="EB Garamond" w:hAnsi="EB Garamond"/>
          <w:sz w:val="22"/>
        </w:rPr>
        <w:t>“The scary closet?”</w:t>
      </w:r>
    </w:p>
    <w:p>
      <w:pPr>
        <w:keepNext w:val="0"/>
        <w:spacing w:before="0" w:after="0" w:line="264" w:lineRule="exact"/>
        <w:ind w:left="0" w:right="0" w:firstLine="0"/>
      </w:pPr>
      <w:r>
        <w:rPr>
          <w:rFonts w:ascii="EB Garamond" w:hAnsi="EB Garamond"/>
          <w:sz w:val="22"/>
        </w:rPr>
        <w:t>“The storage closet.”</w:t>
      </w:r>
    </w:p>
    <w:p>
      <w:pPr>
        <w:keepNext w:val="0"/>
        <w:spacing w:before="0" w:after="0" w:line="264" w:lineRule="exact"/>
        <w:ind w:left="0" w:right="0" w:firstLine="0"/>
      </w:pPr>
      <w:r>
        <w:rPr>
          <w:rFonts w:ascii="EB Garamond" w:hAnsi="EB Garamond"/>
          <w:sz w:val="22"/>
        </w:rPr>
        <w:t>“There are dolls in there that have been watching people since 1974.”</w:t>
      </w:r>
    </w:p>
    <w:p>
      <w:pPr>
        <w:keepNext w:val="0"/>
        <w:spacing w:before="0" w:after="0" w:line="264" w:lineRule="exact"/>
        <w:ind w:left="0" w:right="0" w:firstLine="0"/>
      </w:pPr>
      <w:r>
        <w:rPr>
          <w:rFonts w:ascii="EB Garamond" w:hAnsi="EB Garamond"/>
          <w:sz w:val="22"/>
        </w:rPr>
        <w:t>“They’re porcelain.”</w:t>
      </w:r>
    </w:p>
    <w:p>
      <w:pPr>
        <w:keepNext w:val="0"/>
        <w:spacing w:before="0" w:after="0" w:line="264" w:lineRule="exact"/>
        <w:ind w:left="0" w:right="0" w:firstLine="0"/>
      </w:pPr>
      <w:r>
        <w:rPr>
          <w:rFonts w:ascii="EB Garamond" w:hAnsi="EB Garamond"/>
          <w:sz w:val="22"/>
        </w:rPr>
        <w:t>“They’re haunted.”</w:t>
      </w:r>
    </w:p>
    <w:p>
      <w:pPr>
        <w:keepNext w:val="0"/>
        <w:spacing w:before="0" w:after="0" w:line="264" w:lineRule="exact"/>
        <w:ind w:left="0" w:right="0" w:firstLine="0"/>
      </w:pPr>
      <w:r>
        <w:rPr>
          <w:rFonts w:ascii="EB Garamond" w:hAnsi="EB Garamond"/>
          <w:sz w:val="22"/>
        </w:rPr>
        <w:t>Her mother smiled. “Ten o’clock.”</w:t>
      </w:r>
    </w:p>
    <w:p>
      <w:pPr>
        <w:keepNext w:val="0"/>
        <w:spacing w:before="0" w:after="0" w:line="264" w:lineRule="exact"/>
        <w:ind w:left="0" w:right="0" w:firstLine="0"/>
      </w:pPr>
      <w:r>
        <w:rPr>
          <w:rFonts w:ascii="EB Garamond" w:hAnsi="EB Garamond"/>
          <w:sz w:val="22"/>
        </w:rPr>
        <w:t>Elsie dropped her forehead onto the counter.</w:t>
      </w:r>
    </w:p>
    <w:p>
      <w:pPr>
        <w:keepNext w:val="0"/>
        <w:spacing w:before="0" w:after="0" w:line="264" w:lineRule="exact"/>
        <w:ind w:left="0" w:right="0" w:firstLine="0"/>
      </w:pPr>
      <w:r>
        <w:rPr>
          <w:rFonts w:ascii="EB Garamond" w:hAnsi="EB Garamond"/>
          <w:sz w:val="22"/>
        </w:rPr>
        <w:t>“God gives His toughest battles to His strongest soldiers.”</w:t>
      </w:r>
    </w:p>
    <w:p>
      <w:pPr>
        <w:keepNext w:val="0"/>
        <w:spacing w:before="0" w:after="0" w:line="264" w:lineRule="exact"/>
        <w:ind w:left="0" w:right="0" w:firstLine="0"/>
      </w:pPr>
      <w:r>
        <w:rPr>
          <w:rFonts w:ascii="EB Garamond" w:hAnsi="EB Garamond"/>
          <w:sz w:val="22"/>
        </w:rPr>
        <w:t>Her mother snorted.</w:t>
      </w:r>
    </w:p>
    <w:p>
      <w:pPr>
        <w:keepNext w:val="0"/>
        <w:spacing w:before="0" w:after="0" w:line="264" w:lineRule="exact"/>
        <w:ind w:left="0" w:right="0" w:firstLine="0"/>
      </w:pPr>
      <w:r>
        <w:rPr>
          <w:rFonts w:ascii="EB Garamond" w:hAnsi="EB Garamond"/>
          <w:sz w:val="22"/>
        </w:rPr>
        <w:t>“That’s not in the Bible.”</w:t>
      </w:r>
    </w:p>
    <w:p>
      <w:pPr>
        <w:keepNext w:val="0"/>
        <w:spacing w:before="0" w:after="0" w:line="264" w:lineRule="exact"/>
        <w:ind w:left="0" w:right="0" w:firstLine="0"/>
      </w:pPr>
      <w:r>
        <w:rPr>
          <w:rFonts w:ascii="EB Garamond" w:hAnsi="EB Garamond"/>
          <w:sz w:val="22"/>
        </w:rPr>
        <w:t>Elsie lifted her head.</w:t>
      </w:r>
    </w:p>
    <w:p>
      <w:pPr>
        <w:keepNext w:val="0"/>
        <w:spacing w:before="0" w:after="0" w:line="264" w:lineRule="exact"/>
        <w:ind w:left="0" w:right="0" w:firstLine="0"/>
      </w:pPr>
      <w:r>
        <w:rPr>
          <w:rFonts w:ascii="EB Garamond" w:hAnsi="EB Garamond"/>
          <w:sz w:val="22"/>
        </w:rPr>
        <w:t>“It’s not?”</w:t>
      </w:r>
    </w:p>
    <w:p>
      <w:pPr>
        <w:keepNext w:val="0"/>
        <w:spacing w:before="0" w:after="0" w:line="264" w:lineRule="exact"/>
        <w:ind w:left="0" w:right="0" w:firstLine="0"/>
      </w:pPr>
      <w:r>
        <w:rPr>
          <w:rFonts w:ascii="EB Garamond" w:hAnsi="EB Garamond"/>
          <w:sz w:val="22"/>
        </w:rPr>
        <w:t>“No.”</w:t>
      </w:r>
    </w:p>
    <w:p>
      <w:pPr>
        <w:keepNext w:val="0"/>
        <w:spacing w:before="0" w:after="0" w:line="264" w:lineRule="exact"/>
        <w:ind w:left="0" w:right="0" w:firstLine="0"/>
      </w:pPr>
      <w:r>
        <w:rPr>
          <w:rFonts w:ascii="EB Garamond" w:hAnsi="EB Garamond"/>
          <w:sz w:val="22"/>
        </w:rPr>
        <w:t>“Are you sure?”</w:t>
      </w:r>
    </w:p>
    <w:p>
      <w:pPr>
        <w:keepNext w:val="0"/>
        <w:spacing w:before="0" w:after="0" w:line="264" w:lineRule="exact"/>
        <w:ind w:left="0" w:right="0" w:firstLine="0"/>
      </w:pPr>
      <w:r>
        <w:rPr>
          <w:rFonts w:ascii="EB Garamond" w:hAnsi="EB Garamond"/>
          <w:sz w:val="22"/>
        </w:rPr>
        <w:t>“Very.”</w:t>
      </w:r>
    </w:p>
    <w:p>
      <w:pPr>
        <w:keepNext w:val="0"/>
        <w:spacing w:before="0" w:after="0" w:line="264" w:lineRule="exact"/>
        <w:ind w:left="0" w:right="0" w:firstLine="0"/>
      </w:pPr>
      <w:r>
        <w:rPr>
          <w:rFonts w:ascii="EB Garamond" w:hAnsi="EB Garamond"/>
          <w:sz w:val="22"/>
        </w:rPr>
        <w:t>“Huh.”</w:t>
      </w:r>
    </w:p>
    <w:p>
      <w:pPr>
        <w:keepNext w:val="0"/>
        <w:spacing w:before="0" w:after="0" w:line="264" w:lineRule="exact"/>
        <w:ind w:left="0" w:right="0" w:firstLine="0"/>
      </w:pPr>
      <w:r>
        <w:rPr>
          <w:rFonts w:ascii="EB Garamond" w:hAnsi="EB Garamond"/>
          <w:sz w:val="22"/>
        </w:rPr>
        <w:t>Elsie ate another grape.</w:t>
      </w:r>
    </w:p>
    <w:p>
      <w:pPr>
        <w:keepNext w:val="0"/>
        <w:spacing w:before="0" w:after="0" w:line="264" w:lineRule="exact"/>
        <w:ind w:left="0" w:right="0" w:firstLine="0"/>
      </w:pPr>
      <w:r>
        <w:rPr>
          <w:rFonts w:ascii="EB Garamond" w:hAnsi="EB Garamond"/>
          <w:sz w:val="22"/>
        </w:rPr>
        <w:t>That seemed suspicious.</w:t>
      </w:r>
    </w:p>
    <w:p>
      <w:pPr>
        <w:keepNext w:val="0"/>
        <w:spacing w:before="0" w:after="0" w:line="264" w:lineRule="exact"/>
        <w:ind w:left="0" w:right="0" w:firstLine="0"/>
      </w:pPr>
      <w:r>
        <w:rPr>
          <w:rFonts w:ascii="EB Garamond" w:hAnsi="EB Garamond"/>
          <w:sz w:val="22"/>
        </w:rPr>
        <w:t>People put it on signs.</w:t>
      </w:r>
    </w:p>
    <w:p>
      <w:pPr>
        <w:keepNext w:val="0"/>
        <w:spacing w:before="0" w:after="0" w:line="264" w:lineRule="exact"/>
        <w:ind w:left="0" w:right="0" w:firstLine="0"/>
      </w:pPr>
      <w:r>
        <w:rPr>
          <w:rFonts w:ascii="EB Garamond" w:hAnsi="EB Garamond"/>
          <w:sz w:val="22"/>
        </w:rPr>
        <w:t>Her mother pointed toward the stairs.</w:t>
      </w:r>
    </w:p>
    <w:p>
      <w:pPr>
        <w:keepNext w:val="0"/>
        <w:spacing w:before="0" w:after="0" w:line="264" w:lineRule="exact"/>
        <w:ind w:left="0" w:right="0" w:firstLine="0"/>
      </w:pPr>
      <w:r>
        <w:rPr>
          <w:rFonts w:ascii="EB Garamond" w:hAnsi="EB Garamond"/>
          <w:sz w:val="22"/>
        </w:rPr>
        <w:t>“Homework.”</w:t>
      </w:r>
    </w:p>
    <w:p>
      <w:pPr>
        <w:keepNext w:val="0"/>
        <w:spacing w:before="0" w:after="0" w:line="264" w:lineRule="exact"/>
        <w:ind w:left="0" w:right="0" w:firstLine="0"/>
      </w:pPr>
      <w:r>
        <w:rPr>
          <w:rFonts w:ascii="EB Garamond" w:hAnsi="EB Garamond"/>
          <w:sz w:val="22"/>
        </w:rPr>
        <w:t>“Love you too.”</w:t>
      </w:r>
    </w:p>
    <w:p>
      <w:pPr>
        <w:keepNext w:val="0"/>
        <w:spacing w:before="0" w:after="0" w:line="264" w:lineRule="exact"/>
        <w:ind w:left="0" w:right="0" w:firstLine="0"/>
      </w:pPr>
      <w:r>
        <w:rPr>
          <w:rFonts w:ascii="EB Garamond" w:hAnsi="EB Garamond"/>
          <w:sz w:val="22"/>
        </w:rPr>
        <w:t>“Love you more.”</w:t>
      </w:r>
    </w:p>
    <w:p>
      <w:pPr>
        <w:keepNext w:val="0"/>
        <w:spacing w:before="0" w:after="0" w:line="264" w:lineRule="exact"/>
        <w:ind w:left="0" w:right="0" w:firstLine="0"/>
      </w:pPr>
      <w:r>
        <w:rPr>
          <w:rFonts w:ascii="EB Garamond" w:hAnsi="EB Garamond"/>
          <w:sz w:val="22"/>
        </w:rPr>
        <w:t>Elsie took her backpack upstairs.</w:t>
      </w:r>
    </w:p>
    <w:p>
      <w:pPr>
        <w:keepNext w:val="0"/>
        <w:spacing w:before="0" w:after="0" w:line="264" w:lineRule="exact"/>
        <w:ind w:left="0" w:right="0" w:firstLine="0"/>
      </w:pPr>
      <w:r>
        <w:rPr>
          <w:rFonts w:ascii="EB Garamond" w:hAnsi="EB Garamond"/>
          <w:sz w:val="22"/>
        </w:rPr>
        <w:t>At 11:43 that night, Elsie was lying upside down across her bed.</w:t>
      </w:r>
    </w:p>
    <w:p>
      <w:pPr>
        <w:keepNext w:val="0"/>
        <w:spacing w:before="0" w:after="0" w:line="264" w:lineRule="exact"/>
        <w:ind w:left="0" w:right="0" w:firstLine="0"/>
      </w:pPr>
      <w:r>
        <w:rPr>
          <w:rFonts w:ascii="EB Garamond" w:hAnsi="EB Garamond"/>
          <w:sz w:val="22"/>
        </w:rPr>
        <w:t>Her English assignment was still blank.</w:t>
      </w:r>
    </w:p>
    <w:p>
      <w:pPr>
        <w:keepNext w:val="0"/>
        <w:spacing w:before="0" w:after="0" w:line="264" w:lineRule="exact"/>
        <w:ind w:left="0" w:right="0" w:firstLine="0"/>
      </w:pPr>
      <w:r>
        <w:rPr>
          <w:rFonts w:ascii="EB Garamond" w:hAnsi="EB Garamond"/>
          <w:sz w:val="22"/>
        </w:rPr>
        <w:t>Her chemistry assignment was half finished.</w:t>
      </w:r>
    </w:p>
    <w:p>
      <w:pPr>
        <w:keepNext w:val="0"/>
        <w:spacing w:before="0" w:after="0" w:line="264" w:lineRule="exact"/>
        <w:ind w:left="0" w:right="0" w:firstLine="0"/>
      </w:pPr>
      <w:r>
        <w:rPr>
          <w:rFonts w:ascii="EB Garamond" w:hAnsi="EB Garamond"/>
          <w:sz w:val="22"/>
        </w:rPr>
        <w:t>Her phone battery was at twelve percent.</w:t>
      </w:r>
    </w:p>
    <w:p>
      <w:pPr>
        <w:keepNext w:val="0"/>
        <w:spacing w:before="0" w:after="0" w:line="264" w:lineRule="exact"/>
        <w:ind w:left="0" w:right="0" w:firstLine="0"/>
      </w:pPr>
      <w:r>
        <w:rPr>
          <w:rFonts w:ascii="EB Garamond" w:hAnsi="EB Garamond"/>
          <w:sz w:val="22"/>
        </w:rPr>
        <w:t>She had watched forty-six videos from people she didn’t know, learned that someone’s boyfriend in Ohio had cheated on her, saved a recipe she would never make, watched a golden retriever refuse to leave a bathtub, and discovered that apparently everybody her age except her had already been accepted into college.</w:t>
      </w:r>
    </w:p>
    <w:p>
      <w:pPr>
        <w:keepNext w:val="0"/>
        <w:spacing w:before="0" w:after="0" w:line="264" w:lineRule="exact"/>
        <w:ind w:left="0" w:right="0" w:firstLine="0"/>
      </w:pPr>
      <w:r>
        <w:rPr>
          <w:rFonts w:ascii="EB Garamond" w:hAnsi="EB Garamond"/>
          <w:sz w:val="22"/>
        </w:rPr>
        <w:t>Which was impressive considering most of them were juniors.</w:t>
      </w:r>
    </w:p>
    <w:p>
      <w:pPr>
        <w:keepNext w:val="0"/>
        <w:spacing w:before="0" w:after="0" w:line="264" w:lineRule="exact"/>
        <w:ind w:left="0" w:right="0" w:firstLine="0"/>
      </w:pPr>
      <w:r>
        <w:rPr>
          <w:rFonts w:ascii="EB Garamond" w:hAnsi="EB Garamond"/>
          <w:sz w:val="22"/>
        </w:rPr>
        <w:t>She opened Instagram again.</w:t>
      </w:r>
    </w:p>
    <w:p>
      <w:pPr>
        <w:keepNext w:val="0"/>
        <w:spacing w:before="0" w:after="0" w:line="264" w:lineRule="exact"/>
        <w:ind w:left="0" w:right="0" w:firstLine="0"/>
      </w:pPr>
      <w:r>
        <w:rPr>
          <w:rFonts w:ascii="EB Garamond" w:hAnsi="EB Garamond"/>
          <w:sz w:val="22"/>
        </w:rPr>
        <w:t>Maddie had posted pictures from lunch.</w:t>
      </w:r>
    </w:p>
    <w:p>
      <w:pPr>
        <w:keepNext w:val="0"/>
        <w:spacing w:before="0" w:after="0" w:line="264" w:lineRule="exact"/>
        <w:ind w:left="0" w:right="0" w:firstLine="0"/>
      </w:pPr>
      <w:r>
        <w:rPr>
          <w:rFonts w:ascii="EB Garamond" w:hAnsi="EB Garamond"/>
          <w:sz w:val="22"/>
        </w:rPr>
        <w:t>Elsie swiped.</w:t>
      </w:r>
    </w:p>
    <w:p>
      <w:pPr>
        <w:keepNext w:val="0"/>
        <w:spacing w:before="0" w:after="0" w:line="264" w:lineRule="exact"/>
        <w:ind w:left="0" w:right="0" w:firstLine="0"/>
      </w:pPr>
      <w:r>
        <w:rPr>
          <w:rFonts w:ascii="EB Garamond" w:hAnsi="EB Garamond"/>
          <w:sz w:val="22"/>
        </w:rPr>
        <w:t>First picture: Ava.</w:t>
      </w:r>
    </w:p>
    <w:p>
      <w:pPr>
        <w:keepNext w:val="0"/>
        <w:spacing w:before="0" w:after="0" w:line="264" w:lineRule="exact"/>
        <w:ind w:left="0" w:right="0" w:firstLine="0"/>
      </w:pPr>
      <w:r>
        <w:rPr>
          <w:rFonts w:ascii="EB Garamond" w:hAnsi="EB Garamond"/>
          <w:sz w:val="22"/>
        </w:rPr>
        <w:t>Second: Maddie and Mason.</w:t>
      </w:r>
    </w:p>
    <w:p>
      <w:pPr>
        <w:keepNext w:val="0"/>
        <w:spacing w:before="0" w:after="0" w:line="264" w:lineRule="exact"/>
        <w:ind w:left="0" w:right="0" w:firstLine="0"/>
      </w:pPr>
      <w:r>
        <w:rPr>
          <w:rFonts w:ascii="EB Garamond" w:hAnsi="EB Garamond"/>
          <w:sz w:val="22"/>
        </w:rPr>
        <w:t>Third: all four of them.</w:t>
      </w:r>
    </w:p>
    <w:p>
      <w:pPr>
        <w:keepNext w:val="0"/>
        <w:spacing w:before="0" w:after="0" w:line="264" w:lineRule="exact"/>
        <w:ind w:left="0" w:right="0" w:firstLine="0"/>
      </w:pPr>
      <w:r>
        <w:rPr>
          <w:rFonts w:ascii="EB Garamond" w:hAnsi="EB Garamond"/>
          <w:sz w:val="22"/>
        </w:rPr>
        <w:t>Elsie zoomed in.</w:t>
      </w:r>
    </w:p>
    <w:p>
      <w:pPr>
        <w:keepNext w:val="0"/>
        <w:spacing w:before="0" w:after="0" w:line="264" w:lineRule="exact"/>
        <w:ind w:left="0" w:right="0" w:firstLine="0"/>
      </w:pPr>
      <w:r>
        <w:rPr>
          <w:rFonts w:ascii="EB Garamond" w:hAnsi="EB Garamond"/>
          <w:sz w:val="22"/>
        </w:rPr>
        <w:t>Why did her face look like that?</w:t>
      </w:r>
    </w:p>
    <w:p>
      <w:pPr>
        <w:keepNext w:val="0"/>
        <w:spacing w:before="0" w:after="0" w:line="264" w:lineRule="exact"/>
        <w:ind w:left="0" w:right="0" w:firstLine="0"/>
      </w:pPr>
      <w:r>
        <w:rPr>
          <w:rFonts w:ascii="EB Garamond" w:hAnsi="EB Garamond"/>
          <w:sz w:val="22"/>
        </w:rPr>
        <w:t>She unzoomed.</w:t>
      </w:r>
    </w:p>
    <w:p>
      <w:pPr>
        <w:keepNext w:val="0"/>
        <w:spacing w:before="0" w:after="0" w:line="264" w:lineRule="exact"/>
        <w:ind w:left="0" w:right="0" w:firstLine="0"/>
      </w:pPr>
      <w:r>
        <w:rPr>
          <w:rFonts w:ascii="EB Garamond" w:hAnsi="EB Garamond"/>
          <w:sz w:val="22"/>
        </w:rPr>
        <w:t>Zoomed again.</w:t>
      </w:r>
    </w:p>
    <w:p>
      <w:pPr>
        <w:keepNext w:val="0"/>
        <w:spacing w:before="0" w:after="0" w:line="264" w:lineRule="exact"/>
        <w:ind w:left="0" w:right="0" w:firstLine="0"/>
      </w:pPr>
      <w:r>
        <w:rPr>
          <w:rFonts w:ascii="EB Garamond" w:hAnsi="EB Garamond"/>
          <w:sz w:val="22"/>
        </w:rPr>
        <w:t>Her left eye looked smaller.</w:t>
      </w:r>
    </w:p>
    <w:p>
      <w:pPr>
        <w:keepNext w:val="0"/>
        <w:spacing w:before="0" w:after="0" w:line="264" w:lineRule="exact"/>
        <w:ind w:left="0" w:right="0" w:firstLine="0"/>
      </w:pPr>
      <w:r>
        <w:rPr>
          <w:rFonts w:ascii="EB Garamond" w:hAnsi="EB Garamond"/>
          <w:sz w:val="22"/>
        </w:rPr>
        <w:t>Was her left eye always smaller?</w:t>
      </w:r>
    </w:p>
    <w:p>
      <w:pPr>
        <w:keepNext w:val="0"/>
        <w:spacing w:before="0" w:after="0" w:line="264" w:lineRule="exact"/>
        <w:ind w:left="0" w:right="0" w:firstLine="0"/>
      </w:pPr>
      <w:r>
        <w:rPr>
          <w:rFonts w:ascii="EB Garamond" w:hAnsi="EB Garamond"/>
          <w:sz w:val="22"/>
        </w:rPr>
        <w:t>She opened her camera.</w:t>
      </w:r>
    </w:p>
    <w:p>
      <w:pPr>
        <w:keepNext w:val="0"/>
        <w:spacing w:before="0" w:after="0" w:line="264" w:lineRule="exact"/>
        <w:ind w:left="0" w:right="0" w:firstLine="0"/>
      </w:pPr>
      <w:r>
        <w:rPr>
          <w:rFonts w:ascii="EB Garamond" w:hAnsi="EB Garamond"/>
          <w:sz w:val="22"/>
        </w:rPr>
        <w:t>Front camera.</w:t>
      </w:r>
    </w:p>
    <w:p>
      <w:pPr>
        <w:keepNext w:val="0"/>
        <w:spacing w:before="0" w:after="0" w:line="264" w:lineRule="exact"/>
        <w:ind w:left="0" w:right="0" w:firstLine="0"/>
      </w:pPr>
      <w:r>
        <w:rPr>
          <w:rFonts w:ascii="EB Garamond" w:hAnsi="EB Garamond"/>
          <w:sz w:val="22"/>
        </w:rPr>
        <w:t>Stared.</w:t>
      </w:r>
    </w:p>
    <w:p>
      <w:pPr>
        <w:keepNext w:val="0"/>
        <w:spacing w:before="0" w:after="0" w:line="264" w:lineRule="exact"/>
        <w:ind w:left="0" w:right="0" w:firstLine="0"/>
      </w:pPr>
      <w:r>
        <w:rPr>
          <w:rFonts w:ascii="EB Garamond" w:hAnsi="EB Garamond"/>
          <w:sz w:val="22"/>
        </w:rPr>
        <w:t>Definitely smaller.</w:t>
      </w:r>
    </w:p>
    <w:p>
      <w:pPr>
        <w:keepNext w:val="0"/>
        <w:spacing w:before="0" w:after="0" w:line="264" w:lineRule="exact"/>
        <w:ind w:left="0" w:right="0" w:firstLine="0"/>
      </w:pPr>
      <w:r>
        <w:rPr>
          <w:rFonts w:ascii="EB Garamond" w:hAnsi="EB Garamond"/>
          <w:sz w:val="22"/>
        </w:rPr>
        <w:t>She turned her face.</w:t>
      </w:r>
    </w:p>
    <w:p>
      <w:pPr>
        <w:keepNext w:val="0"/>
        <w:spacing w:before="0" w:after="0" w:line="264" w:lineRule="exact"/>
        <w:ind w:left="0" w:right="0" w:firstLine="0"/>
      </w:pPr>
      <w:r>
        <w:rPr>
          <w:rFonts w:ascii="EB Garamond" w:hAnsi="EB Garamond"/>
          <w:sz w:val="22"/>
        </w:rPr>
        <w:t>Maybe not.</w:t>
      </w:r>
    </w:p>
    <w:p>
      <w:pPr>
        <w:keepNext w:val="0"/>
        <w:spacing w:before="0" w:after="0" w:line="264" w:lineRule="exact"/>
        <w:ind w:left="0" w:right="0" w:firstLine="0"/>
      </w:pPr>
      <w:r>
        <w:rPr>
          <w:rFonts w:ascii="EB Garamond" w:hAnsi="EB Garamond"/>
          <w:sz w:val="22"/>
        </w:rPr>
        <w:t>Back to Instagram.</w:t>
      </w:r>
    </w:p>
    <w:p>
      <w:pPr>
        <w:keepNext w:val="0"/>
        <w:spacing w:before="0" w:after="0" w:line="264" w:lineRule="exact"/>
        <w:ind w:left="0" w:right="0" w:firstLine="0"/>
      </w:pPr>
      <w:r>
        <w:rPr>
          <w:rFonts w:ascii="EB Garamond" w:hAnsi="EB Garamond"/>
          <w:sz w:val="22"/>
        </w:rPr>
        <w:t>She checked who had liked Maddie’s post.</w:t>
      </w:r>
    </w:p>
    <w:p>
      <w:pPr>
        <w:keepNext w:val="0"/>
        <w:spacing w:before="0" w:after="0" w:line="264" w:lineRule="exact"/>
        <w:ind w:left="0" w:right="0" w:firstLine="0"/>
      </w:pPr>
      <w:r>
        <w:rPr>
          <w:rFonts w:ascii="EB Garamond" w:hAnsi="EB Garamond"/>
          <w:sz w:val="22"/>
        </w:rPr>
        <w:t>Then, without consciously deciding to, searched Nora.</w:t>
      </w:r>
    </w:p>
    <w:p>
      <w:pPr>
        <w:keepNext w:val="0"/>
        <w:spacing w:before="0" w:after="0" w:line="264" w:lineRule="exact"/>
        <w:ind w:left="0" w:right="0" w:firstLine="0"/>
      </w:pPr>
      <w:r>
        <w:rPr>
          <w:rFonts w:ascii="EB Garamond" w:hAnsi="EB Garamond"/>
          <w:sz w:val="22"/>
        </w:rPr>
        <w:t>The sunset was still there.</w:t>
      </w:r>
    </w:p>
    <w:p>
      <w:pPr>
        <w:keepNext w:val="0"/>
        <w:spacing w:before="0" w:after="0" w:line="264" w:lineRule="exact"/>
        <w:ind w:left="0" w:right="0" w:firstLine="0"/>
      </w:pPr>
      <w:r>
        <w:rPr>
          <w:rFonts w:ascii="EB Garamond" w:hAnsi="EB Garamond"/>
          <w:sz w:val="22"/>
        </w:rPr>
        <w:t>Three slides.</w:t>
      </w:r>
    </w:p>
    <w:p>
      <w:pPr>
        <w:keepNext w:val="0"/>
        <w:spacing w:before="0" w:after="0" w:line="264" w:lineRule="exact"/>
        <w:ind w:left="0" w:right="0" w:firstLine="0"/>
      </w:pPr>
      <w:r>
        <w:rPr>
          <w:rFonts w:ascii="EB Garamond" w:hAnsi="EB Garamond"/>
          <w:sz w:val="22"/>
        </w:rPr>
        <w:t>Elsie opened the second.</w:t>
      </w:r>
    </w:p>
    <w:p>
      <w:pPr>
        <w:keepNext w:val="0"/>
        <w:spacing w:before="0" w:after="0" w:line="264" w:lineRule="exact"/>
        <w:ind w:left="0" w:right="0" w:firstLine="0"/>
      </w:pPr>
      <w:r>
        <w:rPr>
          <w:rFonts w:ascii="EB Garamond" w:hAnsi="EB Garamond"/>
          <w:b w:val="0"/>
          <w:i/>
          <w:sz w:val="22"/>
        </w:rPr>
        <w:t>For I know the plans I have for you…</w:t>
      </w:r>
    </w:p>
    <w:p>
      <w:pPr>
        <w:keepNext w:val="0"/>
        <w:spacing w:before="0" w:after="0" w:line="264" w:lineRule="exact"/>
        <w:ind w:left="0" w:right="0" w:firstLine="0"/>
      </w:pPr>
      <w:r>
        <w:rPr>
          <w:rFonts w:ascii="EB Garamond" w:hAnsi="EB Garamond"/>
          <w:sz w:val="22"/>
        </w:rPr>
        <w:t>She knew that one.</w:t>
      </w:r>
    </w:p>
    <w:p>
      <w:pPr>
        <w:keepNext w:val="0"/>
        <w:spacing w:before="0" w:after="0" w:line="264" w:lineRule="exact"/>
        <w:ind w:left="0" w:right="0" w:firstLine="0"/>
      </w:pPr>
      <w:r>
        <w:rPr>
          <w:rFonts w:ascii="EB Garamond" w:hAnsi="EB Garamond"/>
          <w:sz w:val="22"/>
        </w:rPr>
        <w:t>Everybody knew that one.</w:t>
      </w:r>
    </w:p>
    <w:p>
      <w:pPr>
        <w:keepNext w:val="0"/>
        <w:spacing w:before="0" w:after="0" w:line="264" w:lineRule="exact"/>
        <w:ind w:left="0" w:right="0" w:firstLine="0"/>
      </w:pPr>
      <w:r>
        <w:rPr>
          <w:rFonts w:ascii="EB Garamond" w:hAnsi="EB Garamond"/>
          <w:sz w:val="22"/>
        </w:rPr>
        <w:t>It was on graduation cards and coffee mugs and probably somebody’s bathroom wall.</w:t>
      </w:r>
    </w:p>
    <w:p>
      <w:pPr>
        <w:keepNext w:val="0"/>
        <w:spacing w:before="0" w:after="0" w:line="264" w:lineRule="exact"/>
        <w:ind w:left="0" w:right="0" w:firstLine="0"/>
      </w:pPr>
      <w:r>
        <w:rPr>
          <w:rFonts w:ascii="EB Garamond" w:hAnsi="EB Garamond"/>
          <w:sz w:val="22"/>
        </w:rPr>
        <w:t>She swiped.</w:t>
      </w:r>
    </w:p>
    <w:p>
      <w:pPr>
        <w:keepNext w:val="0"/>
        <w:spacing w:before="0" w:after="0" w:line="264" w:lineRule="exact"/>
        <w:ind w:left="0" w:right="0" w:firstLine="0"/>
      </w:pPr>
      <w:r>
        <w:rPr>
          <w:rFonts w:ascii="EB Garamond" w:hAnsi="EB Garamond"/>
          <w:sz w:val="22"/>
        </w:rPr>
        <w:t>Nora had written:</w:t>
      </w:r>
    </w:p>
    <w:p>
      <w:pPr>
        <w:keepNext w:val="0"/>
        <w:spacing w:before="0" w:after="0" w:line="264" w:lineRule="exact"/>
        <w:ind w:left="0" w:right="0" w:firstLine="0"/>
      </w:pPr>
      <w:r>
        <w:rPr>
          <w:rFonts w:ascii="EB Garamond" w:hAnsi="EB Garamond"/>
          <w:b w:val="0"/>
          <w:i/>
          <w:sz w:val="22"/>
        </w:rPr>
        <w:t>Maybe not knowing what’s next doesn’t mean you’re lost.</w:t>
      </w:r>
    </w:p>
    <w:p>
      <w:pPr>
        <w:keepNext w:val="0"/>
        <w:spacing w:before="0" w:after="0" w:line="264" w:lineRule="exact"/>
        <w:ind w:left="0" w:right="0" w:firstLine="0"/>
      </w:pPr>
      <w:r>
        <w:rPr>
          <w:rFonts w:ascii="EB Garamond" w:hAnsi="EB Garamond"/>
          <w:sz w:val="22"/>
        </w:rPr>
        <w:t>Elsie stared at it.</w:t>
      </w:r>
    </w:p>
    <w:p>
      <w:pPr>
        <w:keepNext w:val="0"/>
        <w:spacing w:before="0" w:after="0" w:line="264" w:lineRule="exact"/>
        <w:ind w:left="0" w:right="0" w:firstLine="0"/>
      </w:pPr>
      <w:r>
        <w:rPr>
          <w:rFonts w:ascii="EB Garamond" w:hAnsi="EB Garamond"/>
          <w:sz w:val="22"/>
        </w:rPr>
        <w:t>Then rolled her eyes.</w:t>
      </w:r>
    </w:p>
    <w:p>
      <w:pPr>
        <w:keepNext w:val="0"/>
        <w:spacing w:before="0" w:after="0" w:line="264" w:lineRule="exact"/>
        <w:ind w:left="0" w:right="0" w:firstLine="0"/>
      </w:pPr>
      <w:r>
        <w:rPr>
          <w:rFonts w:ascii="EB Garamond" w:hAnsi="EB Garamond"/>
          <w:sz w:val="22"/>
        </w:rPr>
        <w:t>At nobody.</w:t>
      </w:r>
    </w:p>
    <w:p>
      <w:pPr>
        <w:keepNext w:val="0"/>
        <w:spacing w:before="0" w:after="0" w:line="264" w:lineRule="exact"/>
        <w:ind w:left="0" w:right="0" w:firstLine="0"/>
      </w:pPr>
      <w:r>
        <w:rPr>
          <w:rFonts w:ascii="EB Garamond" w:hAnsi="EB Garamond"/>
          <w:sz w:val="22"/>
        </w:rPr>
        <w:t>“Okay, Nora.”</w:t>
      </w:r>
    </w:p>
    <w:p>
      <w:pPr>
        <w:keepNext w:val="0"/>
        <w:spacing w:before="0" w:after="0" w:line="264" w:lineRule="exact"/>
        <w:ind w:left="0" w:right="0" w:firstLine="0"/>
      </w:pPr>
      <w:r>
        <w:rPr>
          <w:rFonts w:ascii="EB Garamond" w:hAnsi="EB Garamond"/>
          <w:sz w:val="22"/>
        </w:rPr>
        <w:t>She closed Instagram.</w:t>
      </w:r>
    </w:p>
    <w:p>
      <w:pPr>
        <w:keepNext w:val="0"/>
        <w:spacing w:before="0" w:after="0" w:line="264" w:lineRule="exact"/>
        <w:ind w:left="0" w:right="0" w:firstLine="0"/>
      </w:pPr>
      <w:r>
        <w:rPr>
          <w:rFonts w:ascii="EB Garamond" w:hAnsi="EB Garamond"/>
          <w:sz w:val="22"/>
        </w:rPr>
        <w:t>Her English assignment waited beside her.</w:t>
      </w:r>
    </w:p>
    <w:p>
      <w:pPr>
        <w:keepNext w:val="0"/>
        <w:spacing w:before="0" w:after="0" w:line="264" w:lineRule="exact"/>
        <w:ind w:left="0" w:right="0" w:firstLine="0"/>
      </w:pPr>
      <w:r>
        <w:rPr>
          <w:rFonts w:ascii="EB Garamond" w:hAnsi="EB Garamond"/>
          <w:b/>
          <w:i w:val="0"/>
          <w:sz w:val="22"/>
        </w:rPr>
        <w:t>WHO ARE YOU?</w:t>
      </w:r>
    </w:p>
    <w:p>
      <w:pPr>
        <w:keepNext w:val="0"/>
        <w:spacing w:before="0" w:after="0" w:line="264" w:lineRule="exact"/>
        <w:ind w:left="0" w:right="0" w:firstLine="0"/>
      </w:pPr>
      <w:r>
        <w:rPr>
          <w:rFonts w:ascii="EB Garamond" w:hAnsi="EB Garamond"/>
          <w:sz w:val="22"/>
        </w:rPr>
        <w:t>“Shut up,” Elsie told it.</w:t>
      </w:r>
    </w:p>
    <w:p>
      <w:pPr>
        <w:keepNext w:val="0"/>
        <w:spacing w:before="0" w:after="0" w:line="264" w:lineRule="exact"/>
        <w:ind w:left="0" w:right="0" w:firstLine="0"/>
      </w:pPr>
      <w:r>
        <w:rPr>
          <w:rFonts w:ascii="EB Garamond" w:hAnsi="EB Garamond"/>
          <w:sz w:val="22"/>
        </w:rPr>
        <w:t>She rolled onto her stomach.</w:t>
      </w:r>
    </w:p>
    <w:p>
      <w:pPr>
        <w:keepNext w:val="0"/>
        <w:spacing w:before="0" w:after="0" w:line="264" w:lineRule="exact"/>
        <w:ind w:left="0" w:right="0" w:firstLine="0"/>
      </w:pPr>
      <w:r>
        <w:rPr>
          <w:rFonts w:ascii="EB Garamond" w:hAnsi="EB Garamond"/>
          <w:sz w:val="22"/>
        </w:rPr>
        <w:t>Something caught her eye from across the room.</w:t>
      </w:r>
    </w:p>
    <w:p>
      <w:pPr>
        <w:keepNext w:val="0"/>
        <w:spacing w:before="0" w:after="0" w:line="264" w:lineRule="exact"/>
        <w:ind w:left="0" w:right="0" w:firstLine="0"/>
      </w:pPr>
      <w:r>
        <w:rPr>
          <w:rFonts w:ascii="EB Garamond" w:hAnsi="EB Garamond"/>
          <w:sz w:val="22"/>
        </w:rPr>
        <w:t>Blue leather.</w:t>
      </w:r>
    </w:p>
    <w:p>
      <w:pPr>
        <w:keepNext w:val="0"/>
        <w:spacing w:before="0" w:after="0" w:line="264" w:lineRule="exact"/>
        <w:ind w:left="0" w:right="0" w:firstLine="0"/>
      </w:pPr>
      <w:r>
        <w:rPr>
          <w:rFonts w:ascii="EB Garamond" w:hAnsi="EB Garamond"/>
          <w:sz w:val="22"/>
        </w:rPr>
        <w:t>Gold letters.</w:t>
      </w:r>
    </w:p>
    <w:p>
      <w:pPr>
        <w:keepNext w:val="0"/>
        <w:spacing w:before="0" w:after="0" w:line="264" w:lineRule="exact"/>
        <w:ind w:left="0" w:right="0" w:firstLine="0"/>
      </w:pPr>
      <w:r>
        <w:rPr>
          <w:rFonts w:ascii="EB Garamond" w:hAnsi="EB Garamond"/>
          <w:sz w:val="22"/>
        </w:rPr>
        <w:t>Her Bible.</w:t>
      </w:r>
    </w:p>
    <w:p>
      <w:pPr>
        <w:keepNext w:val="0"/>
        <w:spacing w:before="0" w:after="0" w:line="264" w:lineRule="exact"/>
        <w:ind w:left="0" w:right="0" w:firstLine="0"/>
      </w:pPr>
      <w:r>
        <w:rPr>
          <w:rFonts w:ascii="EB Garamond" w:hAnsi="EB Garamond"/>
          <w:sz w:val="22"/>
        </w:rPr>
        <w:t>Elsie stared at it.</w:t>
      </w:r>
    </w:p>
    <w:p>
      <w:pPr>
        <w:keepNext w:val="0"/>
        <w:spacing w:before="0" w:after="0" w:line="264" w:lineRule="exact"/>
        <w:ind w:left="0" w:right="0" w:firstLine="0"/>
      </w:pPr>
      <w:r>
        <w:rPr>
          <w:rFonts w:ascii="EB Garamond" w:hAnsi="EB Garamond"/>
          <w:sz w:val="22"/>
        </w:rPr>
        <w:t>She couldn’t remember the last time she’d opened it.</w:t>
      </w:r>
    </w:p>
    <w:p>
      <w:pPr>
        <w:keepNext w:val="0"/>
        <w:spacing w:before="0" w:after="0" w:line="264" w:lineRule="exact"/>
        <w:ind w:left="0" w:right="0" w:firstLine="0"/>
      </w:pPr>
      <w:r>
        <w:rPr>
          <w:rFonts w:ascii="EB Garamond" w:hAnsi="EB Garamond"/>
          <w:sz w:val="22"/>
        </w:rPr>
        <w:t>Christmas Eve?</w:t>
      </w:r>
    </w:p>
    <w:p>
      <w:pPr>
        <w:keepNext w:val="0"/>
        <w:spacing w:before="0" w:after="0" w:line="264" w:lineRule="exact"/>
        <w:ind w:left="0" w:right="0" w:firstLine="0"/>
      </w:pPr>
      <w:r>
        <w:rPr>
          <w:rFonts w:ascii="EB Garamond" w:hAnsi="EB Garamond"/>
          <w:sz w:val="22"/>
        </w:rPr>
        <w:t>Maybe Easter.</w:t>
      </w:r>
    </w:p>
    <w:p>
      <w:pPr>
        <w:keepNext w:val="0"/>
        <w:spacing w:before="0" w:after="0" w:line="264" w:lineRule="exact"/>
        <w:ind w:left="0" w:right="0" w:firstLine="0"/>
      </w:pPr>
      <w:r>
        <w:rPr>
          <w:rFonts w:ascii="EB Garamond" w:hAnsi="EB Garamond"/>
          <w:sz w:val="22"/>
        </w:rPr>
        <w:t>Did opening an app count?</w:t>
      </w:r>
    </w:p>
    <w:p>
      <w:pPr>
        <w:keepNext w:val="0"/>
        <w:spacing w:before="0" w:after="0" w:line="264" w:lineRule="exact"/>
        <w:ind w:left="0" w:right="0" w:firstLine="0"/>
      </w:pPr>
      <w:r>
        <w:rPr>
          <w:rFonts w:ascii="EB Garamond" w:hAnsi="EB Garamond"/>
          <w:sz w:val="22"/>
        </w:rPr>
        <w:t>She walked over and picked it up.</w:t>
      </w:r>
    </w:p>
    <w:p>
      <w:pPr>
        <w:keepNext w:val="0"/>
        <w:spacing w:before="0" w:after="0" w:line="264" w:lineRule="exact"/>
        <w:ind w:left="0" w:right="0" w:firstLine="0"/>
      </w:pPr>
      <w:r>
        <w:rPr>
          <w:rFonts w:ascii="EB Garamond" w:hAnsi="EB Garamond"/>
          <w:sz w:val="22"/>
        </w:rPr>
        <w:t>She sat on the edge of the bed.</w:t>
      </w:r>
    </w:p>
    <w:p>
      <w:pPr>
        <w:keepNext w:val="0"/>
        <w:spacing w:before="0" w:after="0" w:line="264" w:lineRule="exact"/>
        <w:ind w:left="0" w:right="0" w:firstLine="0"/>
      </w:pPr>
      <w:r>
        <w:rPr>
          <w:rFonts w:ascii="EB Garamond" w:hAnsi="EB Garamond"/>
          <w:sz w:val="22"/>
        </w:rPr>
        <w:t>A folded piece of notebook paper stuck out from the bottom.</w:t>
      </w:r>
    </w:p>
    <w:p>
      <w:pPr>
        <w:keepNext w:val="0"/>
        <w:spacing w:before="0" w:after="0" w:line="264" w:lineRule="exact"/>
        <w:ind w:left="0" w:right="0" w:firstLine="0"/>
      </w:pPr>
      <w:r>
        <w:rPr>
          <w:rFonts w:ascii="EB Garamond" w:hAnsi="EB Garamond"/>
          <w:sz w:val="22"/>
        </w:rPr>
        <w:t>She pulled it free.</w:t>
      </w:r>
    </w:p>
    <w:p>
      <w:pPr>
        <w:keepNext w:val="0"/>
        <w:spacing w:before="0" w:after="0" w:line="264" w:lineRule="exact"/>
        <w:ind w:left="0" w:right="0" w:firstLine="0"/>
      </w:pPr>
      <w:r>
        <w:rPr>
          <w:rFonts w:ascii="EB Garamond" w:hAnsi="EB Garamond"/>
          <w:sz w:val="22"/>
        </w:rPr>
        <w:t>The handwriting wasn’t hers.</w:t>
      </w:r>
    </w:p>
    <w:p>
      <w:pPr>
        <w:keepNext w:val="0"/>
        <w:spacing w:before="0" w:after="0" w:line="264" w:lineRule="exact"/>
        <w:ind w:left="0" w:right="0" w:firstLine="0"/>
      </w:pPr>
      <w:r>
        <w:rPr>
          <w:rFonts w:ascii="EB Garamond" w:hAnsi="EB Garamond"/>
          <w:sz w:val="22"/>
        </w:rPr>
        <w:t>It was Grandma’s.</w:t>
      </w:r>
    </w:p>
    <w:p>
      <w:pPr>
        <w:keepNext w:val="0"/>
        <w:spacing w:before="0" w:after="0" w:line="264" w:lineRule="exact"/>
        <w:ind w:left="0" w:right="0" w:firstLine="0"/>
      </w:pPr>
      <w:r>
        <w:rPr>
          <w:rFonts w:ascii="EB Garamond" w:hAnsi="EB Garamond"/>
          <w:sz w:val="22"/>
        </w:rPr>
        <w:t>At the top, she had written:</w:t>
      </w:r>
    </w:p>
    <w:p>
      <w:pPr>
        <w:keepNext w:val="0"/>
        <w:spacing w:before="0" w:after="0" w:line="264" w:lineRule="exact"/>
        <w:ind w:left="0" w:right="0" w:firstLine="0"/>
      </w:pPr>
      <w:r>
        <w:rPr>
          <w:rFonts w:ascii="EB Garamond" w:hAnsi="EB Garamond"/>
          <w:b/>
          <w:i w:val="0"/>
          <w:sz w:val="22"/>
        </w:rPr>
        <w:t>God has never required perfect people.</w:t>
      </w:r>
    </w:p>
    <w:p>
      <w:pPr>
        <w:keepNext w:val="0"/>
        <w:spacing w:before="0" w:after="0" w:line="264" w:lineRule="exact"/>
        <w:ind w:left="0" w:right="0" w:firstLine="0"/>
      </w:pPr>
      <w:r>
        <w:rPr>
          <w:rFonts w:ascii="EB Garamond" w:hAnsi="EB Garamond"/>
          <w:sz w:val="22"/>
        </w:rPr>
        <w:t>Underneath was a list.</w:t>
      </w:r>
    </w:p>
    <w:p>
      <w:pPr>
        <w:keepNext w:val="0"/>
        <w:spacing w:before="0" w:after="0" w:line="264" w:lineRule="exact"/>
        <w:ind w:left="0" w:right="0" w:firstLine="0"/>
      </w:pPr>
      <w:r>
        <w:rPr>
          <w:rFonts w:ascii="EB Garamond" w:hAnsi="EB Garamond"/>
          <w:b/>
          <w:i w:val="0"/>
          <w:sz w:val="22"/>
        </w:rPr>
        <w:t>Moses — Killed a man and couldn’t speak.</w:t>
      </w:r>
    </w:p>
    <w:p>
      <w:pPr>
        <w:keepNext w:val="0"/>
        <w:spacing w:before="0" w:after="0" w:line="264" w:lineRule="exact"/>
        <w:ind w:left="0" w:right="0" w:firstLine="0"/>
      </w:pPr>
      <w:r>
        <w:rPr>
          <w:rFonts w:ascii="EB Garamond" w:hAnsi="EB Garamond"/>
          <w:b/>
          <w:i w:val="0"/>
          <w:sz w:val="22"/>
        </w:rPr>
        <w:t>Gideon — Afraid.</w:t>
      </w:r>
    </w:p>
    <w:p>
      <w:pPr>
        <w:keepNext w:val="0"/>
        <w:spacing w:before="0" w:after="0" w:line="264" w:lineRule="exact"/>
        <w:ind w:left="0" w:right="0" w:firstLine="0"/>
      </w:pPr>
      <w:r>
        <w:rPr>
          <w:rFonts w:ascii="EB Garamond" w:hAnsi="EB Garamond"/>
          <w:b/>
          <w:i w:val="0"/>
          <w:sz w:val="22"/>
        </w:rPr>
        <w:t>Jonah — Ran from God.</w:t>
      </w:r>
    </w:p>
    <w:p>
      <w:pPr>
        <w:keepNext w:val="0"/>
        <w:spacing w:before="0" w:after="0" w:line="264" w:lineRule="exact"/>
        <w:ind w:left="0" w:right="0" w:firstLine="0"/>
      </w:pPr>
      <w:r>
        <w:rPr>
          <w:rFonts w:ascii="EB Garamond" w:hAnsi="EB Garamond"/>
          <w:b/>
          <w:i w:val="0"/>
          <w:sz w:val="22"/>
        </w:rPr>
        <w:t>Peter — Denied Jesus.</w:t>
      </w:r>
    </w:p>
    <w:p>
      <w:pPr>
        <w:keepNext w:val="0"/>
        <w:spacing w:before="0" w:after="0" w:line="264" w:lineRule="exact"/>
        <w:ind w:left="0" w:right="0" w:firstLine="0"/>
      </w:pPr>
      <w:r>
        <w:rPr>
          <w:rFonts w:ascii="EB Garamond" w:hAnsi="EB Garamond"/>
          <w:b/>
          <w:i w:val="0"/>
          <w:sz w:val="22"/>
        </w:rPr>
        <w:t>Martha — Worried.</w:t>
      </w:r>
    </w:p>
    <w:p>
      <w:pPr>
        <w:keepNext w:val="0"/>
        <w:spacing w:before="0" w:after="0" w:line="264" w:lineRule="exact"/>
        <w:ind w:left="0" w:right="0" w:firstLine="0"/>
      </w:pPr>
      <w:r>
        <w:rPr>
          <w:rFonts w:ascii="EB Garamond" w:hAnsi="EB Garamond"/>
          <w:b/>
          <w:i w:val="0"/>
          <w:sz w:val="22"/>
        </w:rPr>
        <w:t>Thomas — Doubted.</w:t>
      </w:r>
    </w:p>
    <w:p>
      <w:pPr>
        <w:keepNext w:val="0"/>
        <w:spacing w:before="0" w:after="0" w:line="264" w:lineRule="exact"/>
        <w:ind w:left="0" w:right="0" w:firstLine="0"/>
      </w:pPr>
      <w:r>
        <w:rPr>
          <w:rFonts w:ascii="EB Garamond" w:hAnsi="EB Garamond"/>
          <w:b/>
          <w:i w:val="0"/>
          <w:sz w:val="22"/>
        </w:rPr>
        <w:t>David — Made terrible choices.</w:t>
      </w:r>
    </w:p>
    <w:p>
      <w:pPr>
        <w:keepNext w:val="0"/>
        <w:spacing w:before="0" w:after="0" w:line="264" w:lineRule="exact"/>
        <w:ind w:left="0" w:right="0" w:firstLine="0"/>
      </w:pPr>
      <w:r>
        <w:rPr>
          <w:rFonts w:ascii="EB Garamond" w:hAnsi="EB Garamond"/>
          <w:b/>
          <w:i w:val="0"/>
          <w:sz w:val="22"/>
        </w:rPr>
        <w:t>Rahab — Had a past people could easily use against her.</w:t>
      </w:r>
    </w:p>
    <w:p>
      <w:pPr>
        <w:keepNext w:val="0"/>
        <w:spacing w:before="0" w:after="0" w:line="264" w:lineRule="exact"/>
        <w:ind w:left="0" w:right="0" w:firstLine="0"/>
      </w:pPr>
      <w:r>
        <w:rPr>
          <w:rFonts w:ascii="EB Garamond" w:hAnsi="EB Garamond"/>
          <w:b/>
          <w:i w:val="0"/>
          <w:sz w:val="22"/>
        </w:rPr>
        <w:t>Jeremiah — Thought he was too young.</w:t>
      </w:r>
    </w:p>
    <w:p>
      <w:pPr>
        <w:keepNext w:val="0"/>
        <w:spacing w:before="0" w:after="0" w:line="264" w:lineRule="exact"/>
        <w:ind w:left="0" w:right="0" w:firstLine="0"/>
      </w:pPr>
      <w:r>
        <w:rPr>
          <w:rFonts w:ascii="EB Garamond" w:hAnsi="EB Garamond"/>
          <w:b/>
          <w:i w:val="0"/>
          <w:sz w:val="22"/>
        </w:rPr>
        <w:t>Leah — Was ugly.</w:t>
      </w:r>
    </w:p>
    <w:p>
      <w:pPr>
        <w:keepNext w:val="0"/>
        <w:spacing w:before="0" w:after="0" w:line="264" w:lineRule="exact"/>
        <w:ind w:left="0" w:right="0" w:firstLine="0"/>
      </w:pPr>
      <w:r>
        <w:rPr>
          <w:rFonts w:ascii="EB Garamond" w:hAnsi="EB Garamond"/>
          <w:sz w:val="22"/>
        </w:rPr>
        <w:t>And at the very bottom:</w:t>
      </w:r>
    </w:p>
    <w:p>
      <w:pPr>
        <w:keepNext w:val="0"/>
        <w:spacing w:before="0" w:after="0" w:line="264" w:lineRule="exact"/>
        <w:ind w:left="0" w:right="0" w:firstLine="0"/>
      </w:pPr>
      <w:r>
        <w:rPr>
          <w:rFonts w:ascii="EB Garamond" w:hAnsi="EB Garamond"/>
          <w:b/>
          <w:i w:val="0"/>
          <w:sz w:val="22"/>
        </w:rPr>
        <w:t>Lazarus — Was dead.</w:t>
      </w:r>
    </w:p>
    <w:p>
      <w:pPr>
        <w:keepNext w:val="0"/>
        <w:spacing w:before="0" w:after="0" w:line="264" w:lineRule="exact"/>
        <w:ind w:left="0" w:right="0" w:firstLine="0"/>
      </w:pPr>
      <w:r>
        <w:rPr>
          <w:rFonts w:ascii="EB Garamond" w:hAnsi="EB Garamond"/>
          <w:sz w:val="22"/>
        </w:rPr>
        <w:t>Elsie laughed.</w:t>
      </w:r>
    </w:p>
    <w:p>
      <w:pPr>
        <w:keepNext w:val="0"/>
        <w:spacing w:before="0" w:after="0" w:line="264" w:lineRule="exact"/>
        <w:ind w:left="0" w:right="0" w:firstLine="0"/>
      </w:pPr>
      <w:r>
        <w:rPr>
          <w:rFonts w:ascii="EB Garamond" w:hAnsi="EB Garamond"/>
          <w:sz w:val="22"/>
        </w:rPr>
        <w:t>An actual laugh.</w:t>
      </w:r>
    </w:p>
    <w:p>
      <w:pPr>
        <w:keepNext w:val="0"/>
        <w:spacing w:before="0" w:after="0" w:line="264" w:lineRule="exact"/>
        <w:ind w:left="0" w:right="0" w:firstLine="0"/>
      </w:pPr>
      <w:r>
        <w:rPr>
          <w:rFonts w:ascii="EB Garamond" w:hAnsi="EB Garamond"/>
          <w:sz w:val="22"/>
        </w:rPr>
        <w:t>“Okay, that’s cheating.”</w:t>
      </w:r>
    </w:p>
    <w:p>
      <w:pPr>
        <w:keepNext w:val="0"/>
        <w:spacing w:before="0" w:after="0" w:line="264" w:lineRule="exact"/>
        <w:ind w:left="0" w:right="0" w:firstLine="0"/>
      </w:pPr>
      <w:r>
        <w:rPr>
          <w:rFonts w:ascii="EB Garamond" w:hAnsi="EB Garamond"/>
          <w:sz w:val="22"/>
        </w:rPr>
        <w:t>Because really.</w:t>
      </w:r>
    </w:p>
    <w:p>
      <w:pPr>
        <w:keepNext w:val="0"/>
        <w:spacing w:before="0" w:after="0" w:line="264" w:lineRule="exact"/>
        <w:ind w:left="0" w:right="0" w:firstLine="0"/>
      </w:pPr>
      <w:r>
        <w:rPr>
          <w:rFonts w:ascii="EB Garamond" w:hAnsi="EB Garamond"/>
          <w:sz w:val="22"/>
        </w:rPr>
        <w:t>Everybody on the list had issues.</w:t>
      </w:r>
    </w:p>
    <w:p>
      <w:pPr>
        <w:keepNext w:val="0"/>
        <w:spacing w:before="0" w:after="0" w:line="264" w:lineRule="exact"/>
        <w:ind w:left="0" w:right="0" w:firstLine="0"/>
      </w:pPr>
      <w:r>
        <w:rPr>
          <w:rFonts w:ascii="EB Garamond" w:hAnsi="EB Garamond"/>
          <w:sz w:val="22"/>
        </w:rPr>
        <w:t>Lazarus had been dead.</w:t>
      </w:r>
    </w:p>
    <w:p>
      <w:pPr>
        <w:keepNext w:val="0"/>
        <w:spacing w:before="0" w:after="0" w:line="264" w:lineRule="exact"/>
        <w:ind w:left="0" w:right="0" w:firstLine="0"/>
      </w:pPr>
      <w:r>
        <w:rPr>
          <w:rFonts w:ascii="EB Garamond" w:hAnsi="EB Garamond"/>
          <w:sz w:val="22"/>
        </w:rPr>
        <w:t>Hard to have an identity crisis when you didn’t have a pulse.</w:t>
      </w:r>
    </w:p>
    <w:p>
      <w:pPr>
        <w:keepNext w:val="0"/>
        <w:spacing w:before="0" w:after="0" w:line="264" w:lineRule="exact"/>
        <w:ind w:left="0" w:right="0" w:firstLine="0"/>
      </w:pPr>
      <w:r>
        <w:rPr>
          <w:rFonts w:ascii="EB Garamond" w:hAnsi="EB Garamond"/>
          <w:sz w:val="22"/>
        </w:rPr>
        <w:t>She read it again.</w:t>
      </w:r>
    </w:p>
    <w:p>
      <w:pPr>
        <w:keepNext w:val="0"/>
        <w:spacing w:before="0" w:after="0" w:line="264" w:lineRule="exact"/>
        <w:ind w:left="0" w:right="0" w:firstLine="0"/>
      </w:pPr>
      <w:r>
        <w:rPr>
          <w:rFonts w:ascii="EB Garamond" w:hAnsi="EB Garamond"/>
          <w:sz w:val="22"/>
        </w:rPr>
        <w:t>Then again.</w:t>
      </w:r>
    </w:p>
    <w:p>
      <w:pPr>
        <w:keepNext w:val="0"/>
        <w:spacing w:before="0" w:after="0" w:line="264" w:lineRule="exact"/>
        <w:ind w:left="0" w:right="0" w:firstLine="0"/>
      </w:pPr>
      <w:r>
        <w:rPr>
          <w:rFonts w:ascii="EB Garamond" w:hAnsi="EB Garamond"/>
          <w:sz w:val="22"/>
        </w:rPr>
        <w:t>Her eyes stopped on one.</w:t>
      </w:r>
    </w:p>
    <w:p>
      <w:pPr>
        <w:keepNext w:val="0"/>
        <w:spacing w:before="0" w:after="0" w:line="264" w:lineRule="exact"/>
        <w:ind w:left="0" w:right="0" w:firstLine="0"/>
      </w:pPr>
      <w:r>
        <w:rPr>
          <w:rFonts w:ascii="EB Garamond" w:hAnsi="EB Garamond"/>
          <w:b/>
          <w:i w:val="0"/>
          <w:sz w:val="22"/>
        </w:rPr>
        <w:t>Peter — Denied Jesus.</w:t>
      </w:r>
    </w:p>
    <w:p>
      <w:pPr>
        <w:keepNext w:val="0"/>
        <w:spacing w:before="0" w:after="0" w:line="264" w:lineRule="exact"/>
        <w:ind w:left="0" w:right="0" w:firstLine="0"/>
      </w:pPr>
      <w:r>
        <w:rPr>
          <w:rFonts w:ascii="EB Garamond" w:hAnsi="EB Garamond"/>
          <w:sz w:val="22"/>
        </w:rPr>
        <w:t>Something flickered uncomfortably in her stomach.</w:t>
      </w:r>
    </w:p>
    <w:p>
      <w:pPr>
        <w:keepNext w:val="0"/>
        <w:spacing w:before="0" w:after="0" w:line="264" w:lineRule="exact"/>
        <w:ind w:left="0" w:right="0" w:firstLine="0"/>
      </w:pPr>
      <w:r>
        <w:rPr>
          <w:rFonts w:ascii="EB Garamond" w:hAnsi="EB Garamond"/>
          <w:b w:val="0"/>
          <w:i/>
          <w:sz w:val="22"/>
        </w:rPr>
        <w:t>You went, didn’t you?</w:t>
      </w:r>
    </w:p>
    <w:p>
      <w:pPr>
        <w:keepNext w:val="0"/>
        <w:spacing w:before="0" w:after="0" w:line="264" w:lineRule="exact"/>
        <w:ind w:left="0" w:right="0" w:firstLine="0"/>
      </w:pPr>
      <w:r>
        <w:rPr>
          <w:rFonts w:ascii="EB Garamond" w:hAnsi="EB Garamond"/>
          <w:b w:val="0"/>
          <w:i/>
          <w:sz w:val="22"/>
        </w:rPr>
        <w:t>No.</w:t>
      </w:r>
    </w:p>
    <w:p>
      <w:pPr>
        <w:keepNext w:val="0"/>
        <w:spacing w:before="0" w:after="0" w:line="264" w:lineRule="exact"/>
        <w:ind w:left="0" w:right="0" w:firstLine="0"/>
      </w:pPr>
      <w:r>
        <w:rPr>
          <w:rFonts w:ascii="EB Garamond" w:hAnsi="EB Garamond"/>
          <w:sz w:val="22"/>
        </w:rPr>
        <w:t>Elsie folded the paper.</w:t>
      </w:r>
    </w:p>
    <w:p>
      <w:pPr>
        <w:keepNext w:val="0"/>
        <w:spacing w:before="0" w:after="0" w:line="264" w:lineRule="exact"/>
        <w:ind w:left="0" w:right="0" w:firstLine="0"/>
      </w:pPr>
      <w:r>
        <w:rPr>
          <w:rFonts w:ascii="EB Garamond" w:hAnsi="EB Garamond"/>
          <w:sz w:val="22"/>
        </w:rPr>
        <w:t>Then unfolded it.</w:t>
      </w:r>
    </w:p>
    <w:p>
      <w:pPr>
        <w:keepNext w:val="0"/>
        <w:spacing w:before="0" w:after="0" w:line="264" w:lineRule="exact"/>
        <w:ind w:left="0" w:right="0" w:firstLine="0"/>
      </w:pPr>
      <w:r>
        <w:rPr>
          <w:rFonts w:ascii="EB Garamond" w:hAnsi="EB Garamond"/>
          <w:sz w:val="22"/>
        </w:rPr>
        <w:t>She looked at the blue Bible in her lap.</w:t>
      </w:r>
    </w:p>
    <w:p>
      <w:pPr>
        <w:keepNext w:val="0"/>
        <w:spacing w:before="0" w:after="0" w:line="264" w:lineRule="exact"/>
        <w:ind w:left="0" w:right="0" w:firstLine="0"/>
      </w:pPr>
      <w:r>
        <w:rPr>
          <w:rFonts w:ascii="EB Garamond" w:hAnsi="EB Garamond"/>
          <w:sz w:val="22"/>
        </w:rPr>
        <w:t>“No.”</w:t>
      </w:r>
    </w:p>
    <w:p>
      <w:pPr>
        <w:keepNext w:val="0"/>
        <w:spacing w:before="0" w:after="0" w:line="264" w:lineRule="exact"/>
        <w:ind w:left="0" w:right="0" w:firstLine="0"/>
      </w:pPr>
      <w:r>
        <w:rPr>
          <w:rFonts w:ascii="EB Garamond" w:hAnsi="EB Garamond"/>
          <w:sz w:val="22"/>
        </w:rPr>
        <w:t>Absolutely not.</w:t>
      </w:r>
    </w:p>
    <w:p>
      <w:pPr>
        <w:keepNext w:val="0"/>
        <w:spacing w:before="0" w:after="0" w:line="264" w:lineRule="exact"/>
        <w:ind w:left="0" w:right="0" w:firstLine="0"/>
      </w:pPr>
      <w:r>
        <w:rPr>
          <w:rFonts w:ascii="EB Garamond" w:hAnsi="EB Garamond"/>
          <w:sz w:val="22"/>
        </w:rPr>
        <w:t>She was not about to have some weird spiritual awakening because she lied about youth group in front of Mason Reed.</w:t>
      </w:r>
    </w:p>
    <w:p>
      <w:pPr>
        <w:keepNext w:val="0"/>
        <w:spacing w:before="0" w:after="0" w:line="264" w:lineRule="exact"/>
        <w:ind w:left="0" w:right="0" w:firstLine="0"/>
      </w:pPr>
      <w:r>
        <w:rPr>
          <w:rFonts w:ascii="EB Garamond" w:hAnsi="EB Garamond"/>
          <w:sz w:val="22"/>
        </w:rPr>
        <w:t>She shoved the paper back inside the Bible, closed it, and put it on her nightstand.</w:t>
      </w:r>
    </w:p>
    <w:p>
      <w:pPr>
        <w:keepNext w:val="0"/>
        <w:spacing w:before="0" w:after="0" w:line="264" w:lineRule="exact"/>
        <w:ind w:left="0" w:right="0" w:firstLine="0"/>
      </w:pPr>
      <w:r>
        <w:rPr>
          <w:rFonts w:ascii="EB Garamond" w:hAnsi="EB Garamond"/>
          <w:sz w:val="22"/>
        </w:rPr>
        <w:t>Then picked up her phone.</w:t>
      </w:r>
    </w:p>
    <w:p>
      <w:pPr>
        <w:keepNext w:val="0"/>
        <w:spacing w:before="0" w:after="0" w:line="264" w:lineRule="exact"/>
        <w:ind w:left="0" w:right="0" w:firstLine="0"/>
      </w:pPr>
      <w:r>
        <w:rPr>
          <w:rFonts w:ascii="EB Garamond" w:hAnsi="EB Garamond"/>
          <w:sz w:val="22"/>
        </w:rPr>
        <w:t>Eleven percent.</w:t>
      </w:r>
    </w:p>
    <w:p>
      <w:pPr>
        <w:keepNext w:val="0"/>
        <w:spacing w:before="0" w:after="0" w:line="264" w:lineRule="exact"/>
        <w:ind w:left="0" w:right="0" w:firstLine="0"/>
      </w:pPr>
      <w:r>
        <w:rPr>
          <w:rFonts w:ascii="EB Garamond" w:hAnsi="EB Garamond"/>
          <w:sz w:val="22"/>
        </w:rPr>
        <w:t>Instagram.</w:t>
      </w:r>
    </w:p>
    <w:p>
      <w:pPr>
        <w:keepNext w:val="0"/>
        <w:spacing w:before="0" w:after="0" w:line="264" w:lineRule="exact"/>
        <w:ind w:left="0" w:right="0" w:firstLine="0"/>
      </w:pPr>
      <w:r>
        <w:rPr>
          <w:rFonts w:ascii="EB Garamond" w:hAnsi="EB Garamond"/>
          <w:sz w:val="22"/>
        </w:rPr>
        <w:t>Closed it.</w:t>
      </w:r>
    </w:p>
    <w:p>
      <w:pPr>
        <w:keepNext w:val="0"/>
        <w:spacing w:before="0" w:after="0" w:line="264" w:lineRule="exact"/>
        <w:ind w:left="0" w:right="0" w:firstLine="0"/>
      </w:pPr>
      <w:r>
        <w:rPr>
          <w:rFonts w:ascii="EB Garamond" w:hAnsi="EB Garamond"/>
          <w:sz w:val="22"/>
        </w:rPr>
        <w:t>TikTok.</w:t>
      </w:r>
    </w:p>
    <w:p>
      <w:pPr>
        <w:keepNext w:val="0"/>
        <w:spacing w:before="0" w:after="0" w:line="264" w:lineRule="exact"/>
        <w:ind w:left="0" w:right="0" w:firstLine="0"/>
      </w:pPr>
      <w:r>
        <w:rPr>
          <w:rFonts w:ascii="EB Garamond" w:hAnsi="EB Garamond"/>
          <w:sz w:val="22"/>
        </w:rPr>
        <w:t>Closed that too.</w:t>
      </w:r>
    </w:p>
    <w:p>
      <w:pPr>
        <w:keepNext w:val="0"/>
        <w:spacing w:before="0" w:after="0" w:line="264" w:lineRule="exact"/>
        <w:ind w:left="0" w:right="0" w:firstLine="0"/>
      </w:pPr>
      <w:r>
        <w:rPr>
          <w:rFonts w:ascii="EB Garamond" w:hAnsi="EB Garamond"/>
          <w:sz w:val="22"/>
        </w:rPr>
        <w:t>Her eyes drifted toward the Bible.</w:t>
      </w:r>
    </w:p>
    <w:p>
      <w:pPr>
        <w:keepNext w:val="0"/>
        <w:spacing w:before="0" w:after="0" w:line="264" w:lineRule="exact"/>
        <w:ind w:left="0" w:right="0" w:firstLine="0"/>
      </w:pPr>
      <w:r>
        <w:rPr>
          <w:rFonts w:ascii="EB Garamond" w:hAnsi="EB Garamond"/>
          <w:sz w:val="22"/>
        </w:rPr>
        <w:t>“No.”</w:t>
      </w:r>
    </w:p>
    <w:p>
      <w:pPr>
        <w:keepNext w:val="0"/>
        <w:spacing w:before="0" w:after="0" w:line="264" w:lineRule="exact"/>
        <w:ind w:left="0" w:right="0" w:firstLine="0"/>
      </w:pPr>
      <w:r>
        <w:rPr>
          <w:rFonts w:ascii="EB Garamond" w:hAnsi="EB Garamond"/>
          <w:sz w:val="22"/>
        </w:rPr>
        <w:t>She lasted twenty-three seconds.</w:t>
      </w:r>
    </w:p>
    <w:p>
      <w:pPr>
        <w:keepNext w:val="0"/>
        <w:spacing w:before="0" w:after="0" w:line="264" w:lineRule="exact"/>
        <w:ind w:left="0" w:right="0" w:firstLine="0"/>
      </w:pPr>
      <w:r>
        <w:rPr>
          <w:rFonts w:ascii="EB Garamond" w:hAnsi="EB Garamond"/>
          <w:sz w:val="22"/>
        </w:rPr>
        <w:t>Elsie grabbed it.</w:t>
      </w:r>
    </w:p>
    <w:p>
      <w:pPr>
        <w:keepNext w:val="0"/>
        <w:spacing w:before="0" w:after="0" w:line="264" w:lineRule="exact"/>
        <w:ind w:left="0" w:right="0" w:firstLine="0"/>
      </w:pPr>
      <w:r>
        <w:rPr>
          <w:rFonts w:ascii="EB Garamond" w:hAnsi="EB Garamond"/>
          <w:sz w:val="22"/>
        </w:rPr>
        <w:t>She had no idea where Peter was.</w:t>
      </w:r>
    </w:p>
    <w:p>
      <w:pPr>
        <w:keepNext w:val="0"/>
        <w:spacing w:before="0" w:after="0" w:line="264" w:lineRule="exact"/>
        <w:ind w:left="0" w:right="0" w:firstLine="0"/>
      </w:pPr>
      <w:r>
        <w:rPr>
          <w:rFonts w:ascii="EB Garamond" w:hAnsi="EB Garamond"/>
          <w:sz w:val="22"/>
        </w:rPr>
        <w:t>There was probably an index.</w:t>
      </w:r>
    </w:p>
    <w:p>
      <w:pPr>
        <w:keepNext w:val="0"/>
        <w:spacing w:before="0" w:after="0" w:line="264" w:lineRule="exact"/>
        <w:ind w:left="0" w:right="0" w:firstLine="0"/>
      </w:pPr>
      <w:r>
        <w:rPr>
          <w:rFonts w:ascii="EB Garamond" w:hAnsi="EB Garamond"/>
          <w:sz w:val="22"/>
        </w:rPr>
        <w:t>Or she could Google it.</w:t>
      </w:r>
    </w:p>
    <w:p>
      <w:pPr>
        <w:keepNext w:val="0"/>
        <w:spacing w:before="0" w:after="0" w:line="264" w:lineRule="exact"/>
        <w:ind w:left="0" w:right="0" w:firstLine="0"/>
      </w:pPr>
      <w:r>
        <w:rPr>
          <w:rFonts w:ascii="EB Garamond" w:hAnsi="EB Garamond"/>
          <w:sz w:val="22"/>
        </w:rPr>
        <w:t>She Googled it.</w:t>
      </w:r>
    </w:p>
    <w:p>
      <w:pPr>
        <w:keepNext w:val="0"/>
        <w:spacing w:before="0" w:after="0" w:line="264" w:lineRule="exact"/>
        <w:ind w:left="0" w:right="0" w:firstLine="0"/>
      </w:pPr>
      <w:r>
        <w:rPr>
          <w:rFonts w:ascii="EB Garamond" w:hAnsi="EB Garamond"/>
          <w:sz w:val="22"/>
        </w:rPr>
        <w:t>A minute later, she found the passage.</w:t>
      </w:r>
    </w:p>
    <w:p>
      <w:pPr>
        <w:keepNext w:val="0"/>
        <w:spacing w:before="0" w:after="0" w:line="264" w:lineRule="exact"/>
        <w:ind w:left="0" w:right="0" w:firstLine="0"/>
      </w:pPr>
      <w:r>
        <w:rPr>
          <w:rFonts w:ascii="EB Garamond" w:hAnsi="EB Garamond"/>
          <w:sz w:val="22"/>
        </w:rPr>
        <w:t>A courtyard.</w:t>
      </w:r>
    </w:p>
    <w:p>
      <w:pPr>
        <w:keepNext w:val="0"/>
        <w:spacing w:before="0" w:after="0" w:line="264" w:lineRule="exact"/>
        <w:ind w:left="0" w:right="0" w:firstLine="0"/>
      </w:pPr>
      <w:r>
        <w:rPr>
          <w:rFonts w:ascii="EB Garamond" w:hAnsi="EB Garamond"/>
          <w:sz w:val="22"/>
        </w:rPr>
        <w:t>A servant girl.</w:t>
      </w:r>
    </w:p>
    <w:p>
      <w:pPr>
        <w:keepNext w:val="0"/>
        <w:spacing w:before="0" w:after="0" w:line="264" w:lineRule="exact"/>
        <w:ind w:left="0" w:right="0" w:firstLine="0"/>
      </w:pPr>
      <w:r>
        <w:rPr>
          <w:rFonts w:ascii="EB Garamond" w:hAnsi="EB Garamond"/>
          <w:sz w:val="22"/>
        </w:rPr>
        <w:t>A question.</w:t>
      </w:r>
    </w:p>
    <w:p>
      <w:pPr>
        <w:keepNext w:val="0"/>
        <w:spacing w:before="0" w:after="0" w:line="264" w:lineRule="exact"/>
        <w:ind w:left="0" w:right="0" w:firstLine="0"/>
      </w:pPr>
      <w:r>
        <w:rPr>
          <w:rFonts w:ascii="EB Garamond" w:hAnsi="EB Garamond"/>
          <w:sz w:val="22"/>
        </w:rPr>
        <w:t>A denial.</w:t>
      </w:r>
    </w:p>
    <w:p>
      <w:pPr>
        <w:keepNext w:val="0"/>
        <w:spacing w:before="0" w:after="0" w:line="264" w:lineRule="exact"/>
        <w:ind w:left="0" w:right="0" w:firstLine="0"/>
      </w:pPr>
      <w:r>
        <w:rPr>
          <w:rFonts w:ascii="EB Garamond" w:hAnsi="EB Garamond"/>
          <w:sz w:val="22"/>
        </w:rPr>
        <w:t>Another question.</w:t>
      </w:r>
    </w:p>
    <w:p>
      <w:pPr>
        <w:keepNext w:val="0"/>
        <w:spacing w:before="0" w:after="0" w:line="264" w:lineRule="exact"/>
        <w:ind w:left="0" w:right="0" w:firstLine="0"/>
      </w:pPr>
      <w:r>
        <w:rPr>
          <w:rFonts w:ascii="EB Garamond" w:hAnsi="EB Garamond"/>
          <w:sz w:val="22"/>
        </w:rPr>
        <w:t>Another denial.</w:t>
      </w:r>
    </w:p>
    <w:p>
      <w:pPr>
        <w:keepNext w:val="0"/>
        <w:spacing w:before="0" w:after="0" w:line="264" w:lineRule="exact"/>
        <w:ind w:left="0" w:right="0" w:firstLine="0"/>
      </w:pPr>
      <w:r>
        <w:rPr>
          <w:rFonts w:ascii="EB Garamond" w:hAnsi="EB Garamond"/>
          <w:sz w:val="22"/>
        </w:rPr>
        <w:t>And then another.</w:t>
      </w:r>
    </w:p>
    <w:p>
      <w:pPr>
        <w:keepNext w:val="0"/>
        <w:spacing w:before="0" w:after="0" w:line="264" w:lineRule="exact"/>
        <w:ind w:left="0" w:right="0" w:firstLine="0"/>
      </w:pPr>
      <w:r>
        <w:rPr>
          <w:rFonts w:ascii="EB Garamond" w:hAnsi="EB Garamond"/>
          <w:sz w:val="22"/>
        </w:rPr>
        <w:t>Three times.</w:t>
      </w:r>
    </w:p>
    <w:p>
      <w:pPr>
        <w:keepNext w:val="0"/>
        <w:spacing w:before="0" w:after="0" w:line="264" w:lineRule="exact"/>
        <w:ind w:left="0" w:right="0" w:firstLine="0"/>
      </w:pPr>
      <w:r>
        <w:rPr>
          <w:rFonts w:ascii="EB Garamond" w:hAnsi="EB Garamond"/>
          <w:sz w:val="22"/>
        </w:rPr>
        <w:t>Elsie frowned.</w:t>
      </w:r>
    </w:p>
    <w:p>
      <w:pPr>
        <w:keepNext w:val="0"/>
        <w:spacing w:before="0" w:after="0" w:line="264" w:lineRule="exact"/>
        <w:ind w:left="0" w:right="0" w:firstLine="0"/>
      </w:pPr>
      <w:r>
        <w:rPr>
          <w:rFonts w:ascii="EB Garamond" w:hAnsi="EB Garamond"/>
          <w:sz w:val="22"/>
        </w:rPr>
        <w:t>She read it again.</w:t>
      </w:r>
    </w:p>
    <w:p>
      <w:pPr>
        <w:keepNext w:val="0"/>
        <w:spacing w:before="0" w:after="0" w:line="264" w:lineRule="exact"/>
        <w:ind w:left="0" w:right="0" w:firstLine="0"/>
      </w:pPr>
      <w:r>
        <w:rPr>
          <w:rFonts w:ascii="EB Garamond" w:hAnsi="EB Garamond"/>
          <w:sz w:val="22"/>
        </w:rPr>
        <w:t>Peter hadn’t denied Jesus because he didn’t know Him.</w:t>
      </w:r>
    </w:p>
    <w:p>
      <w:pPr>
        <w:keepNext w:val="0"/>
        <w:spacing w:before="0" w:after="0" w:line="264" w:lineRule="exact"/>
        <w:ind w:left="0" w:right="0" w:firstLine="0"/>
      </w:pPr>
      <w:r>
        <w:rPr>
          <w:rFonts w:ascii="EB Garamond" w:hAnsi="EB Garamond"/>
          <w:sz w:val="22"/>
        </w:rPr>
        <w:t>He denied Him because admitting he did was suddenly going to cost him something.</w:t>
      </w:r>
    </w:p>
    <w:p>
      <w:pPr>
        <w:keepNext w:val="0"/>
        <w:spacing w:before="0" w:after="0" w:line="264" w:lineRule="exact"/>
        <w:ind w:left="0" w:right="0" w:firstLine="0"/>
      </w:pPr>
      <w:r>
        <w:rPr>
          <w:rFonts w:ascii="EB Garamond" w:hAnsi="EB Garamond"/>
          <w:sz w:val="22"/>
        </w:rPr>
        <w:t>Elsie stopped.</w:t>
      </w:r>
    </w:p>
    <w:p>
      <w:pPr>
        <w:keepNext w:val="0"/>
        <w:spacing w:before="0" w:after="0" w:line="264" w:lineRule="exact"/>
        <w:ind w:left="0" w:right="0" w:firstLine="0"/>
      </w:pPr>
      <w:r>
        <w:rPr>
          <w:rFonts w:ascii="EB Garamond" w:hAnsi="EB Garamond"/>
          <w:sz w:val="22"/>
        </w:rPr>
        <w:t>The room felt strangely quiet.</w:t>
      </w:r>
    </w:p>
    <w:p>
      <w:pPr>
        <w:keepNext w:val="0"/>
        <w:spacing w:before="0" w:after="0" w:line="264" w:lineRule="exact"/>
        <w:ind w:left="0" w:right="0" w:firstLine="0"/>
      </w:pPr>
      <w:r>
        <w:rPr>
          <w:rFonts w:ascii="EB Garamond" w:hAnsi="EB Garamond"/>
          <w:sz w:val="22"/>
        </w:rPr>
        <w:t>Her phone screen went dark.</w:t>
      </w:r>
    </w:p>
    <w:p>
      <w:pPr>
        <w:keepNext w:val="0"/>
        <w:spacing w:before="0" w:after="0" w:line="264" w:lineRule="exact"/>
        <w:ind w:left="0" w:right="0" w:firstLine="0"/>
      </w:pPr>
      <w:r>
        <w:rPr>
          <w:rFonts w:ascii="EB Garamond" w:hAnsi="EB Garamond"/>
          <w:sz w:val="22"/>
        </w:rPr>
        <w:t>She looked down at the Bible.</w:t>
      </w:r>
    </w:p>
    <w:p>
      <w:pPr>
        <w:keepNext w:val="0"/>
        <w:spacing w:before="0" w:after="0" w:line="264" w:lineRule="exact"/>
        <w:ind w:left="0" w:right="0" w:firstLine="0"/>
      </w:pPr>
      <w:r>
        <w:rPr>
          <w:rFonts w:ascii="EB Garamond" w:hAnsi="EB Garamond"/>
          <w:sz w:val="22"/>
        </w:rPr>
        <w:t>Then at Grandma’s folded paper.</w:t>
      </w:r>
    </w:p>
    <w:p>
      <w:pPr>
        <w:keepNext w:val="0"/>
        <w:spacing w:before="0" w:after="0" w:line="264" w:lineRule="exact"/>
        <w:ind w:left="0" w:right="0" w:firstLine="0"/>
      </w:pPr>
      <w:r>
        <w:rPr>
          <w:rFonts w:ascii="EB Garamond" w:hAnsi="EB Garamond"/>
          <w:sz w:val="22"/>
        </w:rPr>
        <w:t>Then back at the Bible.</w:t>
      </w:r>
    </w:p>
    <w:p>
      <w:pPr>
        <w:keepNext w:val="0"/>
        <w:spacing w:before="0" w:after="0" w:line="264" w:lineRule="exact"/>
        <w:ind w:left="0" w:right="0" w:firstLine="0"/>
      </w:pPr>
      <w:r>
        <w:rPr>
          <w:rFonts w:ascii="EB Garamond" w:hAnsi="EB Garamond"/>
          <w:sz w:val="22"/>
        </w:rPr>
        <w:t>“Oh.”</w:t>
      </w:r>
    </w:p>
    <w:p>
      <w:pPr>
        <w:keepNext w:val="0"/>
        <w:spacing w:before="0" w:after="0" w:line="264" w:lineRule="exact"/>
        <w:ind w:left="0" w:right="0" w:firstLine="0"/>
      </w:pPr>
      <w:r>
        <w:rPr>
          <w:rFonts w:ascii="EB Garamond" w:hAnsi="EB Garamond"/>
          <w:sz w:val="22"/>
        </w:rPr>
        <w:t>It was the smallest word she’d said all day.</w:t>
      </w:r>
    </w:p>
    <w:p>
      <w:pPr>
        <w:keepNext w:val="0"/>
        <w:spacing w:before="0" w:after="0" w:line="264" w:lineRule="exact"/>
        <w:ind w:left="0" w:right="0" w:firstLine="0"/>
      </w:pPr>
      <w:r>
        <w:rPr>
          <w:rFonts w:ascii="EB Garamond" w:hAnsi="EB Garamond"/>
          <w:sz w:val="22"/>
        </w:rPr>
        <w:t>But for the first time in a long time, Elsie wasn’t thinking about what Maddie thought.</w:t>
      </w:r>
    </w:p>
    <w:p>
      <w:pPr>
        <w:keepNext w:val="0"/>
        <w:spacing w:before="0" w:after="0" w:line="264" w:lineRule="exact"/>
        <w:ind w:left="0" w:right="0" w:firstLine="0"/>
      </w:pPr>
      <w:r>
        <w:rPr>
          <w:rFonts w:ascii="EB Garamond" w:hAnsi="EB Garamond"/>
          <w:sz w:val="22"/>
        </w:rPr>
        <w:t>Or Ava.</w:t>
      </w:r>
    </w:p>
    <w:p>
      <w:pPr>
        <w:keepNext w:val="0"/>
        <w:spacing w:before="0" w:after="0" w:line="264" w:lineRule="exact"/>
        <w:ind w:left="0" w:right="0" w:firstLine="0"/>
      </w:pPr>
      <w:r>
        <w:rPr>
          <w:rFonts w:ascii="EB Garamond" w:hAnsi="EB Garamond"/>
          <w:sz w:val="22"/>
        </w:rPr>
        <w:t>Or Mason.</w:t>
      </w:r>
    </w:p>
    <w:p>
      <w:pPr>
        <w:keepNext w:val="0"/>
        <w:spacing w:before="0" w:after="0" w:line="264" w:lineRule="exact"/>
        <w:ind w:left="0" w:right="0" w:firstLine="0"/>
      </w:pPr>
      <w:r>
        <w:rPr>
          <w:rFonts w:ascii="EB Garamond" w:hAnsi="EB Garamond"/>
          <w:sz w:val="22"/>
        </w:rPr>
        <w:t>Or Mrs. Bennett’s stupid assignment.</w:t>
      </w:r>
    </w:p>
    <w:p>
      <w:pPr>
        <w:keepNext w:val="0"/>
        <w:spacing w:before="0" w:after="0" w:line="264" w:lineRule="exact"/>
        <w:ind w:left="0" w:right="0" w:firstLine="0"/>
      </w:pPr>
      <w:r>
        <w:rPr>
          <w:rFonts w:ascii="EB Garamond" w:hAnsi="EB Garamond"/>
          <w:sz w:val="22"/>
        </w:rPr>
        <w:t>She was thinking about a man who had lived two thousand years ago and had apparently been scared enough of what other people thought to pretend he wasn’t who he was.</w:t>
      </w:r>
    </w:p>
    <w:p>
      <w:pPr>
        <w:keepNext w:val="0"/>
        <w:spacing w:before="0" w:after="0" w:line="264" w:lineRule="exact"/>
        <w:ind w:left="0" w:right="0" w:firstLine="0"/>
      </w:pPr>
      <w:r>
        <w:rPr>
          <w:rFonts w:ascii="EB Garamond" w:hAnsi="EB Garamond"/>
          <w:sz w:val="22"/>
        </w:rPr>
        <w:t>Elsie reached for her English paper.</w:t>
      </w:r>
    </w:p>
    <w:p>
      <w:pPr>
        <w:keepNext w:val="0"/>
        <w:spacing w:before="0" w:after="0" w:line="264" w:lineRule="exact"/>
        <w:ind w:left="0" w:right="0" w:firstLine="0"/>
      </w:pPr>
      <w:r>
        <w:rPr>
          <w:rFonts w:ascii="EB Garamond" w:hAnsi="EB Garamond"/>
          <w:b/>
          <w:i w:val="0"/>
          <w:sz w:val="22"/>
        </w:rPr>
        <w:t>WHO ARE YOU?</w:t>
      </w:r>
    </w:p>
    <w:p>
      <w:pPr>
        <w:keepNext w:val="0"/>
        <w:spacing w:before="0" w:after="0" w:line="264" w:lineRule="exact"/>
        <w:ind w:left="0" w:right="0" w:firstLine="0"/>
      </w:pPr>
      <w:r>
        <w:rPr>
          <w:rFonts w:ascii="EB Garamond" w:hAnsi="EB Garamond"/>
          <w:sz w:val="22"/>
        </w:rPr>
        <w:t>For once, she didn’t immediately hate the question.</w:t>
      </w:r>
    </w:p>
    <w:p>
      <w:pPr>
        <w:keepNext w:val="0"/>
        <w:spacing w:before="0" w:after="0" w:line="264" w:lineRule="exact"/>
        <w:ind w:left="0" w:right="0" w:firstLine="0"/>
      </w:pPr>
      <w:r>
        <w:rPr>
          <w:rFonts w:ascii="EB Garamond" w:hAnsi="EB Garamond"/>
          <w:sz w:val="22"/>
        </w:rPr>
        <w:t>She picked up her pen.</w:t>
      </w:r>
    </w:p>
    <w:p>
      <w:pPr>
        <w:keepNext w:val="0"/>
        <w:spacing w:before="0" w:after="0" w:line="264" w:lineRule="exact"/>
        <w:ind w:left="0" w:right="0" w:firstLine="0"/>
      </w:pPr>
      <w:r>
        <w:rPr>
          <w:rFonts w:ascii="EB Garamond" w:hAnsi="EB Garamond"/>
          <w:sz w:val="22"/>
        </w:rPr>
        <w:t>Then stopped.</w:t>
      </w:r>
    </w:p>
    <w:p>
      <w:pPr>
        <w:keepNext w:val="0"/>
        <w:spacing w:before="0" w:after="0" w:line="264" w:lineRule="exact"/>
        <w:ind w:left="0" w:right="0" w:firstLine="0"/>
      </w:pPr>
      <w:r>
        <w:rPr>
          <w:rFonts w:ascii="EB Garamond" w:hAnsi="EB Garamond"/>
          <w:sz w:val="22"/>
        </w:rPr>
        <w:t>She still didn’t have an answer.</w:t>
      </w:r>
    </w:p>
    <w:p>
      <w:pPr>
        <w:keepNext w:val="0"/>
        <w:spacing w:before="0" w:after="0" w:line="264" w:lineRule="exact"/>
        <w:ind w:left="0" w:right="0" w:firstLine="0"/>
      </w:pPr>
      <w:r>
        <w:rPr>
          <w:rFonts w:ascii="EB Garamond" w:hAnsi="EB Garamond"/>
          <w:sz w:val="22"/>
        </w:rPr>
        <w:t>But underneath the question, in very small letters, she wrote:</w:t>
      </w:r>
    </w:p>
    <w:p>
      <w:pPr>
        <w:keepNext w:val="0"/>
        <w:spacing w:before="0" w:after="0" w:line="264" w:lineRule="exact"/>
        <w:ind w:left="0" w:right="0" w:firstLine="0"/>
      </w:pPr>
      <w:r>
        <w:rPr>
          <w:rFonts w:ascii="EB Garamond" w:hAnsi="EB Garamond"/>
          <w:b w:val="0"/>
          <w:i/>
          <w:sz w:val="22"/>
        </w:rPr>
        <w:t>Maybe that’s not the same thing as being lost.</w:t>
      </w:r>
    </w:p>
    <w:p>
      <w:pPr>
        <w:keepNext w:val="0"/>
        <w:spacing w:before="0" w:after="0" w:line="264" w:lineRule="exact"/>
        <w:ind w:left="0" w:right="0" w:firstLine="0"/>
      </w:pPr>
      <w:r>
        <w:rPr>
          <w:rFonts w:ascii="EB Garamond" w:hAnsi="EB Garamond"/>
          <w:sz w:val="22"/>
        </w:rPr>
        <w:t>Elsie stared at the sentence.</w:t>
      </w:r>
    </w:p>
    <w:p>
      <w:pPr>
        <w:keepNext w:val="0"/>
        <w:spacing w:before="0" w:after="0" w:line="264" w:lineRule="exact"/>
        <w:ind w:left="0" w:right="0" w:firstLine="0"/>
      </w:pPr>
      <w:r>
        <w:rPr>
          <w:rFonts w:ascii="EB Garamond" w:hAnsi="EB Garamond"/>
          <w:sz w:val="22"/>
        </w:rPr>
        <w:t>Then at the open Bible beside her.</w:t>
      </w:r>
    </w:p>
    <w:p>
      <w:pPr>
        <w:keepNext w:val="0"/>
        <w:spacing w:before="0" w:after="0" w:line="264" w:lineRule="exact"/>
        <w:ind w:left="0" w:right="0" w:firstLine="0"/>
      </w:pPr>
      <w:r>
        <w:rPr>
          <w:rFonts w:ascii="EB Garamond" w:hAnsi="EB Garamond"/>
          <w:sz w:val="22"/>
        </w:rPr>
        <w:t>Tomorrow, she decided, she would look up Lazarus.</w:t>
      </w:r>
    </w:p>
    <w:p>
      <w:pPr>
        <w:keepNext w:val="0"/>
        <w:spacing w:before="0" w:after="0" w:line="264" w:lineRule="exact"/>
        <w:ind w:left="0" w:right="0" w:firstLine="0"/>
      </w:pPr>
      <w:r>
        <w:rPr>
          <w:rFonts w:ascii="EB Garamond" w:hAnsi="EB Garamond"/>
          <w:sz w:val="22"/>
        </w:rPr>
        <w:t>Mostly because being dead still seemed like an unfair addition to Grandma’s list.</w:t>
      </w:r>
    </w:p>
    <w:p>
      <w:pPr>
        <w:keepNext w:val="0"/>
        <w:spacing w:before="0" w:after="0" w:line="264" w:lineRule="exact"/>
        <w:ind w:left="0" w:right="0" w:firstLine="0"/>
      </w:pPr>
      <w:r>
        <w:rPr>
          <w:rFonts w:ascii="EB Garamond" w:hAnsi="EB Garamond"/>
          <w:sz w:val="22"/>
        </w:rPr>
        <w:t>She turned off her lamp.</w:t>
      </w:r>
    </w:p>
    <w:p>
      <w:pPr>
        <w:keepNext w:val="0"/>
        <w:spacing w:before="0" w:after="0" w:line="264" w:lineRule="exact"/>
        <w:ind w:left="0" w:right="0" w:firstLine="0"/>
      </w:pPr>
      <w:r>
        <w:rPr>
          <w:rFonts w:ascii="EB Garamond" w:hAnsi="EB Garamond"/>
          <w:sz w:val="22"/>
        </w:rPr>
        <w:t>The room went dark.</w:t>
      </w:r>
    </w:p>
    <w:p>
      <w:pPr>
        <w:keepNext w:val="0"/>
        <w:spacing w:before="0" w:after="0" w:line="264" w:lineRule="exact"/>
        <w:ind w:left="0" w:right="0" w:firstLine="0"/>
      </w:pPr>
      <w:r>
        <w:rPr>
          <w:rFonts w:ascii="EB Garamond" w:hAnsi="EB Garamond"/>
          <w:sz w:val="22"/>
        </w:rPr>
        <w:t>And on the nightstand beside her, for the first time in months, the Bible stayed open.</w:t>
      </w:r>
    </w:p>
    <w:p>
      <w:r>
        <w:br w:type="page"/>
      </w:r>
    </w:p>
    <w:p>
      <w:pPr>
        <w:keepNext/>
        <w:spacing w:before="0" w:after="60" w:line="264" w:lineRule="exact"/>
        <w:ind w:left="0" w:right="0" w:firstLine="0"/>
        <w:jc w:val="center"/>
      </w:pPr>
      <w:r>
        <w:rPr>
          <w:rFonts w:ascii="EB Garamond" w:hAnsi="EB Garamond"/>
          <w:sz w:val="20"/>
        </w:rPr>
        <w:t>CHAPTER TWO</w:t>
      </w:r>
    </w:p>
    <w:p>
      <w:pPr>
        <w:keepNext/>
        <w:spacing w:before="0" w:after="360" w:line="264" w:lineRule="exact"/>
        <w:ind w:left="0" w:right="0" w:firstLine="0"/>
        <w:jc w:val="center"/>
      </w:pPr>
      <w:r>
        <w:rPr>
          <w:rFonts w:ascii="EB Garamond" w:hAnsi="EB Garamond"/>
          <w:sz w:val="36"/>
        </w:rPr>
        <w:t>The Scary Closet</w:t>
      </w:r>
    </w:p>
    <w:p>
      <w:pPr>
        <w:spacing w:before="0" w:after="0" w:line="264" w:lineRule="exact"/>
        <w:ind w:left="0" w:right="0" w:firstLine="0"/>
      </w:pPr>
      <w:r>
        <w:rPr>
          <w:rFonts w:ascii="EB Garamond" w:hAnsi="EB Garamond"/>
          <w:b w:val="0"/>
          <w:i w:val="0"/>
          <w:sz w:val="22"/>
        </w:rPr>
        <w:t>Lazarus had been dead for four days.</w:t>
      </w:r>
    </w:p>
    <w:p>
      <w:pPr>
        <w:spacing w:before="0" w:after="0" w:line="264" w:lineRule="exact"/>
        <w:ind w:left="0" w:right="0" w:firstLine="0"/>
      </w:pPr>
      <w:r>
        <w:rPr>
          <w:rFonts w:ascii="EB Garamond" w:hAnsi="EB Garamond"/>
          <w:b w:val="0"/>
          <w:i w:val="0"/>
          <w:sz w:val="22"/>
        </w:rPr>
        <w:t>Elsie learned this at 12:17 a.m.</w:t>
      </w:r>
    </w:p>
    <w:p>
      <w:pPr>
        <w:spacing w:before="0" w:after="0" w:line="264" w:lineRule="exact"/>
        <w:ind w:left="0" w:right="0" w:firstLine="0"/>
      </w:pPr>
      <w:r>
        <w:rPr>
          <w:rFonts w:ascii="EB Garamond" w:hAnsi="EB Garamond"/>
          <w:b w:val="0"/>
          <w:i w:val="0"/>
          <w:sz w:val="22"/>
        </w:rPr>
        <w:t>Which felt excessive.</w:t>
      </w:r>
    </w:p>
    <w:p>
      <w:pPr>
        <w:spacing w:before="0" w:after="0" w:line="264" w:lineRule="exact"/>
        <w:ind w:left="0" w:right="0" w:firstLine="0"/>
      </w:pPr>
      <w:r>
        <w:rPr>
          <w:rFonts w:ascii="EB Garamond" w:hAnsi="EB Garamond"/>
          <w:b w:val="0"/>
          <w:i w:val="0"/>
          <w:sz w:val="22"/>
        </w:rPr>
        <w:t>Dead was dead.</w:t>
      </w:r>
    </w:p>
    <w:p>
      <w:pPr>
        <w:spacing w:before="0" w:after="0" w:line="264" w:lineRule="exact"/>
        <w:ind w:left="0" w:right="0" w:firstLine="0"/>
      </w:pPr>
      <w:r>
        <w:rPr>
          <w:rFonts w:ascii="EB Garamond" w:hAnsi="EB Garamond"/>
          <w:b w:val="0"/>
          <w:i w:val="0"/>
          <w:sz w:val="22"/>
        </w:rPr>
        <w:t>Four days seemed like the Bible was making a point.</w:t>
      </w:r>
    </w:p>
    <w:p>
      <w:pPr>
        <w:spacing w:before="0" w:after="0" w:line="264" w:lineRule="exact"/>
        <w:ind w:left="0" w:right="0" w:firstLine="0"/>
      </w:pPr>
      <w:r>
        <w:rPr>
          <w:rFonts w:ascii="EB Garamond" w:hAnsi="EB Garamond"/>
          <w:b w:val="0"/>
          <w:i w:val="0"/>
          <w:sz w:val="22"/>
        </w:rPr>
        <w:t xml:space="preserve">She had Googled him immediately after turning off her lamp, because apparently </w:t>
      </w:r>
      <w:r>
        <w:rPr>
          <w:rFonts w:ascii="EB Garamond" w:hAnsi="EB Garamond"/>
          <w:b w:val="0"/>
          <w:i/>
          <w:sz w:val="22"/>
        </w:rPr>
        <w:t>tomorrow</w:t>
      </w:r>
      <w:r>
        <w:rPr>
          <w:rFonts w:ascii="EB Garamond" w:hAnsi="EB Garamond"/>
          <w:b w:val="0"/>
          <w:i w:val="0"/>
          <w:sz w:val="22"/>
        </w:rPr>
        <w:t xml:space="preserve"> meant twenty-seven seconds later when you had anxiety and Wi-Fi.</w:t>
      </w:r>
    </w:p>
    <w:p>
      <w:pPr>
        <w:spacing w:before="0" w:after="0" w:line="264" w:lineRule="exact"/>
        <w:ind w:left="0" w:right="0" w:firstLine="0"/>
      </w:pPr>
      <w:r>
        <w:rPr>
          <w:rFonts w:ascii="EB Garamond" w:hAnsi="EB Garamond"/>
          <w:b w:val="0"/>
          <w:i w:val="0"/>
          <w:sz w:val="22"/>
        </w:rPr>
        <w:t>She read the story twice.</w:t>
      </w:r>
    </w:p>
    <w:p>
      <w:pPr>
        <w:spacing w:before="0" w:after="0" w:line="264" w:lineRule="exact"/>
        <w:ind w:left="0" w:right="0" w:firstLine="0"/>
      </w:pPr>
      <w:r>
        <w:rPr>
          <w:rFonts w:ascii="EB Garamond" w:hAnsi="EB Garamond"/>
          <w:b w:val="0"/>
          <w:i w:val="0"/>
          <w:sz w:val="22"/>
        </w:rPr>
        <w:t>Then she Googled:</w:t>
      </w:r>
    </w:p>
    <w:p>
      <w:pPr>
        <w:spacing w:before="0" w:after="0" w:line="264" w:lineRule="exact"/>
        <w:ind w:left="0" w:right="0" w:firstLine="0"/>
      </w:pPr>
      <w:r>
        <w:rPr>
          <w:rFonts w:ascii="EB Garamond" w:hAnsi="EB Garamond"/>
          <w:b w:val="0"/>
          <w:i/>
          <w:sz w:val="22"/>
        </w:rPr>
        <w:t>Why did Jesus wait four days for Lazarus</w:t>
      </w:r>
    </w:p>
    <w:p>
      <w:pPr>
        <w:spacing w:before="0" w:after="0" w:line="264" w:lineRule="exact"/>
        <w:ind w:left="0" w:right="0" w:firstLine="0"/>
      </w:pPr>
      <w:r>
        <w:rPr>
          <w:rFonts w:ascii="EB Garamond" w:hAnsi="EB Garamond"/>
          <w:b w:val="0"/>
          <w:i w:val="0"/>
          <w:sz w:val="22"/>
        </w:rPr>
        <w:t>That had been a mistake.</w:t>
      </w:r>
    </w:p>
    <w:p>
      <w:pPr>
        <w:spacing w:before="0" w:after="0" w:line="264" w:lineRule="exact"/>
        <w:ind w:left="0" w:right="0" w:firstLine="0"/>
      </w:pPr>
      <w:r>
        <w:rPr>
          <w:rFonts w:ascii="EB Garamond" w:hAnsi="EB Garamond"/>
          <w:b w:val="0"/>
          <w:i w:val="0"/>
          <w:sz w:val="22"/>
        </w:rPr>
        <w:t>There were approximately nine million opinions.</w:t>
      </w:r>
    </w:p>
    <w:p>
      <w:pPr>
        <w:spacing w:before="0" w:after="0" w:line="264" w:lineRule="exact"/>
        <w:ind w:left="0" w:right="0" w:firstLine="0"/>
      </w:pPr>
      <w:r>
        <w:rPr>
          <w:rFonts w:ascii="EB Garamond" w:hAnsi="EB Garamond"/>
          <w:b w:val="0"/>
          <w:i w:val="0"/>
          <w:sz w:val="22"/>
        </w:rPr>
        <w:t>Someone had even made a forty-eight-minute YouTube video.</w:t>
      </w:r>
    </w:p>
    <w:p>
      <w:pPr>
        <w:spacing w:before="0" w:after="0" w:line="264" w:lineRule="exact"/>
        <w:ind w:left="0" w:right="0" w:firstLine="0"/>
      </w:pPr>
      <w:r>
        <w:rPr>
          <w:rFonts w:ascii="EB Garamond" w:hAnsi="EB Garamond"/>
          <w:b w:val="0"/>
          <w:i w:val="0"/>
          <w:sz w:val="22"/>
        </w:rPr>
        <w:t>Elsie wasn’t that curious.</w:t>
      </w:r>
    </w:p>
    <w:p>
      <w:pPr>
        <w:spacing w:before="0" w:after="0" w:line="264" w:lineRule="exact"/>
        <w:ind w:left="0" w:right="0" w:firstLine="0"/>
      </w:pPr>
      <w:r>
        <w:rPr>
          <w:rFonts w:ascii="EB Garamond" w:hAnsi="EB Garamond"/>
          <w:b w:val="0"/>
          <w:i w:val="0"/>
          <w:sz w:val="22"/>
        </w:rPr>
        <w:t>She settled on the part she actually understood.</w:t>
      </w:r>
    </w:p>
    <w:p>
      <w:pPr>
        <w:spacing w:before="0" w:after="0" w:line="264" w:lineRule="exact"/>
        <w:ind w:left="0" w:right="0" w:firstLine="0"/>
      </w:pPr>
      <w:r>
        <w:rPr>
          <w:rFonts w:ascii="EB Garamond" w:hAnsi="EB Garamond"/>
          <w:b w:val="0"/>
          <w:i w:val="0"/>
          <w:sz w:val="22"/>
        </w:rPr>
        <w:t>Lazarus was sick.</w:t>
      </w:r>
    </w:p>
    <w:p>
      <w:pPr>
        <w:spacing w:before="0" w:after="0" w:line="264" w:lineRule="exact"/>
        <w:ind w:left="0" w:right="0" w:firstLine="0"/>
      </w:pPr>
      <w:r>
        <w:rPr>
          <w:rFonts w:ascii="EB Garamond" w:hAnsi="EB Garamond"/>
          <w:b w:val="0"/>
          <w:i w:val="0"/>
          <w:sz w:val="22"/>
        </w:rPr>
        <w:t>His sisters sent for Jesus.</w:t>
      </w:r>
    </w:p>
    <w:p>
      <w:pPr>
        <w:spacing w:before="0" w:after="0" w:line="264" w:lineRule="exact"/>
        <w:ind w:left="0" w:right="0" w:firstLine="0"/>
      </w:pPr>
      <w:r>
        <w:rPr>
          <w:rFonts w:ascii="EB Garamond" w:hAnsi="EB Garamond"/>
          <w:b w:val="0"/>
          <w:i w:val="0"/>
          <w:sz w:val="22"/>
        </w:rPr>
        <w:t>Jesus loved them.</w:t>
      </w:r>
    </w:p>
    <w:p>
      <w:pPr>
        <w:spacing w:before="0" w:after="0" w:line="264" w:lineRule="exact"/>
        <w:ind w:left="0" w:right="0" w:firstLine="0"/>
      </w:pPr>
      <w:r>
        <w:rPr>
          <w:rFonts w:ascii="EB Garamond" w:hAnsi="EB Garamond"/>
          <w:b w:val="0"/>
          <w:i w:val="0"/>
          <w:sz w:val="22"/>
        </w:rPr>
        <w:t>Jesus didn’t come.</w:t>
      </w:r>
    </w:p>
    <w:p>
      <w:pPr>
        <w:spacing w:before="0" w:after="0" w:line="264" w:lineRule="exact"/>
        <w:ind w:left="0" w:right="0" w:firstLine="0"/>
      </w:pPr>
      <w:r>
        <w:rPr>
          <w:rFonts w:ascii="EB Garamond" w:hAnsi="EB Garamond"/>
          <w:b w:val="0"/>
          <w:i w:val="0"/>
          <w:sz w:val="22"/>
        </w:rPr>
        <w:t>Lazarus died.</w:t>
      </w:r>
    </w:p>
    <w:p>
      <w:pPr>
        <w:spacing w:before="0" w:after="0" w:line="264" w:lineRule="exact"/>
        <w:ind w:left="0" w:right="0" w:firstLine="0"/>
      </w:pPr>
      <w:r>
        <w:rPr>
          <w:rFonts w:ascii="EB Garamond" w:hAnsi="EB Garamond"/>
          <w:b w:val="0"/>
          <w:i w:val="0"/>
          <w:sz w:val="22"/>
        </w:rPr>
        <w:t>Then Jesus showed up.</w:t>
      </w:r>
    </w:p>
    <w:p>
      <w:pPr>
        <w:spacing w:before="0" w:after="0" w:line="264" w:lineRule="exact"/>
        <w:ind w:left="0" w:right="0" w:firstLine="0"/>
      </w:pPr>
      <w:r>
        <w:rPr>
          <w:rFonts w:ascii="EB Garamond" w:hAnsi="EB Garamond"/>
          <w:b w:val="0"/>
          <w:i w:val="0"/>
          <w:sz w:val="22"/>
        </w:rPr>
        <w:t>Late.</w:t>
      </w:r>
    </w:p>
    <w:p>
      <w:pPr>
        <w:spacing w:before="0" w:after="0" w:line="264" w:lineRule="exact"/>
        <w:ind w:left="0" w:right="0" w:firstLine="0"/>
      </w:pPr>
      <w:r>
        <w:rPr>
          <w:rFonts w:ascii="EB Garamond" w:hAnsi="EB Garamond"/>
          <w:b w:val="0"/>
          <w:i w:val="0"/>
          <w:sz w:val="22"/>
        </w:rPr>
        <w:t>That part bothered her.</w:t>
      </w:r>
    </w:p>
    <w:p>
      <w:pPr>
        <w:spacing w:before="0" w:after="0" w:line="264" w:lineRule="exact"/>
        <w:ind w:left="0" w:right="0" w:firstLine="0"/>
      </w:pPr>
      <w:r>
        <w:rPr>
          <w:rFonts w:ascii="EB Garamond" w:hAnsi="EB Garamond"/>
          <w:b w:val="0"/>
          <w:i w:val="0"/>
          <w:sz w:val="22"/>
        </w:rPr>
        <w:t>She wasn’t sure why.</w:t>
      </w:r>
    </w:p>
    <w:p>
      <w:pPr>
        <w:spacing w:before="0" w:after="0" w:line="264" w:lineRule="exact"/>
        <w:ind w:left="0" w:right="0" w:firstLine="0"/>
      </w:pPr>
      <w:r>
        <w:rPr>
          <w:rFonts w:ascii="EB Garamond" w:hAnsi="EB Garamond"/>
          <w:b w:val="0"/>
          <w:i w:val="0"/>
          <w:sz w:val="22"/>
        </w:rPr>
        <w:t>Maybe because she’d always heard the story as:</w:t>
      </w:r>
    </w:p>
    <w:p>
      <w:pPr>
        <w:spacing w:before="0" w:after="0" w:line="264" w:lineRule="exact"/>
        <w:ind w:left="0" w:right="0" w:firstLine="0"/>
      </w:pPr>
      <w:r>
        <w:rPr>
          <w:rFonts w:ascii="EB Garamond" w:hAnsi="EB Garamond"/>
          <w:b w:val="0"/>
          <w:i/>
          <w:sz w:val="22"/>
        </w:rPr>
        <w:t>Lazarus died. Jesus raised him. Everybody was happy.</w:t>
      </w:r>
    </w:p>
    <w:p>
      <w:pPr>
        <w:spacing w:before="0" w:after="0" w:line="264" w:lineRule="exact"/>
        <w:ind w:left="0" w:right="0" w:firstLine="0"/>
      </w:pPr>
      <w:r>
        <w:rPr>
          <w:rFonts w:ascii="EB Garamond" w:hAnsi="EB Garamond"/>
          <w:b w:val="0"/>
          <w:i w:val="0"/>
          <w:sz w:val="22"/>
        </w:rPr>
        <w:t>Nobody mentioned the waiting.</w:t>
      </w:r>
    </w:p>
    <w:p>
      <w:pPr>
        <w:spacing w:before="0" w:after="0" w:line="264" w:lineRule="exact"/>
        <w:ind w:left="0" w:right="0" w:firstLine="0"/>
      </w:pPr>
      <w:r>
        <w:rPr>
          <w:rFonts w:ascii="EB Garamond" w:hAnsi="EB Garamond"/>
          <w:b w:val="0"/>
          <w:i w:val="0"/>
          <w:sz w:val="22"/>
        </w:rPr>
        <w:t xml:space="preserve">Nobody mentioned that Martha had gone out to meet Jesus and basically said, </w:t>
      </w:r>
      <w:r>
        <w:rPr>
          <w:rFonts w:ascii="EB Garamond" w:hAnsi="EB Garamond"/>
          <w:b w:val="0"/>
          <w:i/>
          <w:sz w:val="22"/>
        </w:rPr>
        <w:t>If you’d been here, this wouldn’t have happened.</w:t>
      </w:r>
    </w:p>
    <w:p>
      <w:pPr>
        <w:spacing w:before="0" w:after="0" w:line="264" w:lineRule="exact"/>
        <w:ind w:left="0" w:right="0" w:firstLine="0"/>
      </w:pPr>
      <w:r>
        <w:rPr>
          <w:rFonts w:ascii="EB Garamond" w:hAnsi="EB Garamond"/>
          <w:b w:val="0"/>
          <w:i w:val="0"/>
          <w:sz w:val="22"/>
        </w:rPr>
        <w:t>Elsie liked Martha immediately.</w:t>
      </w:r>
    </w:p>
    <w:p>
      <w:pPr>
        <w:spacing w:before="0" w:after="0" w:line="264" w:lineRule="exact"/>
        <w:ind w:left="0" w:right="0" w:firstLine="0"/>
      </w:pPr>
      <w:r>
        <w:rPr>
          <w:rFonts w:ascii="EB Garamond" w:hAnsi="EB Garamond"/>
          <w:b w:val="0"/>
          <w:i w:val="0"/>
          <w:sz w:val="22"/>
        </w:rPr>
        <w:t>That seemed like something she would say.</w:t>
      </w:r>
    </w:p>
    <w:p>
      <w:pPr>
        <w:spacing w:before="0" w:after="0" w:line="264" w:lineRule="exact"/>
        <w:ind w:left="0" w:right="0" w:firstLine="0"/>
      </w:pPr>
      <w:r>
        <w:rPr>
          <w:rFonts w:ascii="EB Garamond" w:hAnsi="EB Garamond"/>
          <w:b w:val="0"/>
          <w:i w:val="0"/>
          <w:sz w:val="22"/>
        </w:rPr>
        <w:t>She eventually fell asleep with her phone on her chest and woke Saturday morning to three missed alarms and a text from Grandma.</w:t>
      </w:r>
    </w:p>
    <w:p>
      <w:pPr>
        <w:spacing w:before="0" w:after="0" w:line="264" w:lineRule="exact"/>
        <w:ind w:left="0" w:right="0" w:firstLine="0"/>
      </w:pPr>
      <w:r>
        <w:rPr>
          <w:rFonts w:ascii="EB Garamond" w:hAnsi="EB Garamond"/>
          <w:b/>
          <w:i w:val="0"/>
          <w:sz w:val="22"/>
        </w:rPr>
        <w:t>Grandma:</w:t>
      </w:r>
      <w:r>
        <w:rPr>
          <w:rFonts w:ascii="EB Garamond" w:hAnsi="EB Garamond"/>
          <w:b w:val="0"/>
          <w:i w:val="0"/>
          <w:sz w:val="22"/>
        </w:rPr>
        <w:t xml:space="preserve"> 10:00 means 10:00 even in the Bible.</w:t>
      </w:r>
    </w:p>
    <w:p>
      <w:pPr>
        <w:spacing w:before="0" w:after="0" w:line="264" w:lineRule="exact"/>
        <w:ind w:left="0" w:right="0" w:firstLine="0"/>
      </w:pPr>
      <w:r>
        <w:rPr>
          <w:rFonts w:ascii="EB Garamond" w:hAnsi="EB Garamond"/>
          <w:b w:val="0"/>
          <w:i w:val="0"/>
          <w:sz w:val="22"/>
        </w:rPr>
        <w:t>Elsie squinted at the screen.</w:t>
      </w:r>
    </w:p>
    <w:p>
      <w:pPr>
        <w:spacing w:before="0" w:after="0" w:line="264" w:lineRule="exact"/>
        <w:ind w:left="0" w:right="0" w:firstLine="0"/>
      </w:pPr>
      <w:r>
        <w:rPr>
          <w:rFonts w:ascii="EB Garamond" w:hAnsi="EB Garamond"/>
          <w:b w:val="0"/>
          <w:i w:val="0"/>
          <w:sz w:val="22"/>
        </w:rPr>
        <w:t>9:52.</w:t>
      </w:r>
    </w:p>
    <w:p>
      <w:pPr>
        <w:spacing w:before="0" w:after="0" w:line="264" w:lineRule="exact"/>
        <w:ind w:left="0" w:right="0" w:firstLine="0"/>
      </w:pPr>
      <w:r>
        <w:rPr>
          <w:rFonts w:ascii="EB Garamond" w:hAnsi="EB Garamond"/>
          <w:b w:val="0"/>
          <w:i w:val="0"/>
          <w:sz w:val="22"/>
        </w:rPr>
        <w:t>“Oh, crap.”</w:t>
      </w:r>
    </w:p>
    <w:p>
      <w:pPr>
        <w:spacing w:before="0" w:after="0" w:line="264" w:lineRule="exact"/>
        <w:ind w:left="0" w:right="0" w:firstLine="0"/>
      </w:pPr>
      <w:r>
        <w:rPr>
          <w:rFonts w:ascii="EB Garamond" w:hAnsi="EB Garamond"/>
          <w:b w:val="0"/>
          <w:i w:val="0"/>
          <w:sz w:val="22"/>
        </w:rPr>
        <w:t>Grandma lived twelve minutes away.</w:t>
      </w:r>
    </w:p>
    <w:p>
      <w:pPr>
        <w:spacing w:before="0" w:after="0" w:line="264" w:lineRule="exact"/>
        <w:ind w:left="0" w:right="0" w:firstLine="0"/>
      </w:pPr>
      <w:r>
        <w:rPr>
          <w:rFonts w:ascii="EB Garamond" w:hAnsi="EB Garamond"/>
          <w:b w:val="0"/>
          <w:i w:val="0"/>
          <w:sz w:val="22"/>
        </w:rPr>
        <w:t>Elsie made it in eleven.</w:t>
      </w:r>
    </w:p>
    <w:p>
      <w:pPr>
        <w:spacing w:before="0" w:after="0" w:line="264" w:lineRule="exact"/>
        <w:ind w:left="0" w:right="0" w:firstLine="0"/>
      </w:pPr>
      <w:r>
        <w:rPr>
          <w:rFonts w:ascii="EB Garamond" w:hAnsi="EB Garamond"/>
          <w:b w:val="0"/>
          <w:i w:val="0"/>
          <w:sz w:val="22"/>
        </w:rPr>
        <w:t>Technically, her mother made it in eleven because Elsie only had a driver’s permit and therefore did not yet possess the kind of license that allowed her to casually commit traffic violations.</w:t>
      </w:r>
    </w:p>
    <w:p>
      <w:pPr>
        <w:spacing w:before="0" w:after="0" w:line="264" w:lineRule="exact"/>
        <w:ind w:left="0" w:right="0" w:firstLine="0"/>
      </w:pPr>
      <w:r>
        <w:rPr>
          <w:rFonts w:ascii="EB Garamond" w:hAnsi="EB Garamond"/>
          <w:b w:val="0"/>
          <w:i w:val="0"/>
          <w:sz w:val="22"/>
        </w:rPr>
        <w:t>“You know,” her mother said as Elsie unbuckled, “most people say thank you when someone gives them a ride.”</w:t>
      </w:r>
    </w:p>
    <w:p>
      <w:pPr>
        <w:spacing w:before="0" w:after="0" w:line="264" w:lineRule="exact"/>
        <w:ind w:left="0" w:right="0" w:firstLine="0"/>
      </w:pPr>
      <w:r>
        <w:rPr>
          <w:rFonts w:ascii="EB Garamond" w:hAnsi="EB Garamond"/>
          <w:b w:val="0"/>
          <w:i w:val="0"/>
          <w:sz w:val="22"/>
        </w:rPr>
        <w:t>“Thank you for transporting me against my will.”</w:t>
      </w:r>
    </w:p>
    <w:p>
      <w:pPr>
        <w:spacing w:before="0" w:after="0" w:line="264" w:lineRule="exact"/>
        <w:ind w:left="0" w:right="0" w:firstLine="0"/>
      </w:pPr>
      <w:r>
        <w:rPr>
          <w:rFonts w:ascii="EB Garamond" w:hAnsi="EB Garamond"/>
          <w:b w:val="0"/>
          <w:i w:val="0"/>
          <w:sz w:val="22"/>
        </w:rPr>
        <w:t>“Beautiful.”</w:t>
      </w:r>
    </w:p>
    <w:p>
      <w:pPr>
        <w:spacing w:before="0" w:after="0" w:line="264" w:lineRule="exact"/>
        <w:ind w:left="0" w:right="0" w:firstLine="0"/>
      </w:pPr>
      <w:r>
        <w:rPr>
          <w:rFonts w:ascii="EB Garamond" w:hAnsi="EB Garamond"/>
          <w:b w:val="0"/>
          <w:i w:val="0"/>
          <w:sz w:val="22"/>
        </w:rPr>
        <w:t>“Love you.”</w:t>
      </w:r>
    </w:p>
    <w:p>
      <w:pPr>
        <w:spacing w:before="0" w:after="0" w:line="264" w:lineRule="exact"/>
        <w:ind w:left="0" w:right="0" w:firstLine="0"/>
      </w:pPr>
      <w:r>
        <w:rPr>
          <w:rFonts w:ascii="EB Garamond" w:hAnsi="EB Garamond"/>
          <w:b w:val="0"/>
          <w:i w:val="0"/>
          <w:sz w:val="22"/>
        </w:rPr>
        <w:t>“Love you too. Be useful.”</w:t>
      </w:r>
    </w:p>
    <w:p>
      <w:pPr>
        <w:spacing w:before="0" w:after="0" w:line="264" w:lineRule="exact"/>
        <w:ind w:left="0" w:right="0" w:firstLine="0"/>
      </w:pPr>
      <w:r>
        <w:rPr>
          <w:rFonts w:ascii="EB Garamond" w:hAnsi="EB Garamond"/>
          <w:b w:val="0"/>
          <w:i w:val="0"/>
          <w:sz w:val="22"/>
        </w:rPr>
        <w:t>“No promises.”</w:t>
      </w:r>
    </w:p>
    <w:p>
      <w:pPr>
        <w:spacing w:before="0" w:after="0" w:line="264" w:lineRule="exact"/>
        <w:ind w:left="0" w:right="0" w:firstLine="0"/>
      </w:pPr>
      <w:r>
        <w:rPr>
          <w:rFonts w:ascii="EB Garamond" w:hAnsi="EB Garamond"/>
          <w:b w:val="0"/>
          <w:i w:val="0"/>
          <w:sz w:val="22"/>
        </w:rPr>
        <w:t>Her mother drove away.</w:t>
      </w:r>
    </w:p>
    <w:p>
      <w:pPr>
        <w:spacing w:before="0" w:after="0" w:line="264" w:lineRule="exact"/>
        <w:ind w:left="0" w:right="0" w:firstLine="0"/>
      </w:pPr>
      <w:r>
        <w:rPr>
          <w:rFonts w:ascii="EB Garamond" w:hAnsi="EB Garamond"/>
          <w:b w:val="0"/>
          <w:i w:val="0"/>
          <w:sz w:val="22"/>
        </w:rPr>
        <w:t>Elsie turned toward Grandma’s house.</w:t>
      </w:r>
    </w:p>
    <w:p>
      <w:pPr>
        <w:spacing w:before="0" w:after="0" w:line="264" w:lineRule="exact"/>
        <w:ind w:left="0" w:right="0" w:firstLine="0"/>
      </w:pPr>
      <w:r>
        <w:rPr>
          <w:rFonts w:ascii="EB Garamond" w:hAnsi="EB Garamond"/>
          <w:b w:val="0"/>
          <w:i w:val="0"/>
          <w:sz w:val="22"/>
        </w:rPr>
        <w:t>It was small and white with dark green shutters and a front porch that had too much furniture on it.</w:t>
      </w:r>
    </w:p>
    <w:p>
      <w:pPr>
        <w:spacing w:before="0" w:after="0" w:line="264" w:lineRule="exact"/>
        <w:ind w:left="0" w:right="0" w:firstLine="0"/>
      </w:pPr>
      <w:r>
        <w:rPr>
          <w:rFonts w:ascii="EB Garamond" w:hAnsi="EB Garamond"/>
          <w:b w:val="0"/>
          <w:i w:val="0"/>
          <w:sz w:val="22"/>
        </w:rPr>
        <w:t>Grandma believed every horizontal surface required something decorative.</w:t>
      </w:r>
    </w:p>
    <w:p>
      <w:pPr>
        <w:spacing w:before="0" w:after="0" w:line="264" w:lineRule="exact"/>
        <w:ind w:left="0" w:right="0" w:firstLine="0"/>
      </w:pPr>
      <w:r>
        <w:rPr>
          <w:rFonts w:ascii="EB Garamond" w:hAnsi="EB Garamond"/>
          <w:b w:val="0"/>
          <w:i w:val="0"/>
          <w:sz w:val="22"/>
        </w:rPr>
        <w:t>Tables needed baskets.</w:t>
      </w:r>
    </w:p>
    <w:p>
      <w:pPr>
        <w:spacing w:before="0" w:after="0" w:line="264" w:lineRule="exact"/>
        <w:ind w:left="0" w:right="0" w:firstLine="0"/>
      </w:pPr>
      <w:r>
        <w:rPr>
          <w:rFonts w:ascii="EB Garamond" w:hAnsi="EB Garamond"/>
          <w:b w:val="0"/>
          <w:i w:val="0"/>
          <w:sz w:val="22"/>
        </w:rPr>
        <w:t>Baskets needed blankets.</w:t>
      </w:r>
    </w:p>
    <w:p>
      <w:pPr>
        <w:spacing w:before="0" w:after="0" w:line="264" w:lineRule="exact"/>
        <w:ind w:left="0" w:right="0" w:firstLine="0"/>
      </w:pPr>
      <w:r>
        <w:rPr>
          <w:rFonts w:ascii="EB Garamond" w:hAnsi="EB Garamond"/>
          <w:b w:val="0"/>
          <w:i w:val="0"/>
          <w:sz w:val="22"/>
        </w:rPr>
        <w:t>Blankets needed pillows.</w:t>
      </w:r>
    </w:p>
    <w:p>
      <w:pPr>
        <w:spacing w:before="0" w:after="0" w:line="264" w:lineRule="exact"/>
        <w:ind w:left="0" w:right="0" w:firstLine="0"/>
      </w:pPr>
      <w:r>
        <w:rPr>
          <w:rFonts w:ascii="EB Garamond" w:hAnsi="EB Garamond"/>
          <w:b w:val="0"/>
          <w:i w:val="0"/>
          <w:sz w:val="22"/>
        </w:rPr>
        <w:t>Pillows needed smaller pillows.</w:t>
      </w:r>
    </w:p>
    <w:p>
      <w:pPr>
        <w:spacing w:before="0" w:after="0" w:line="264" w:lineRule="exact"/>
        <w:ind w:left="0" w:right="0" w:firstLine="0"/>
      </w:pPr>
      <w:r>
        <w:rPr>
          <w:rFonts w:ascii="EB Garamond" w:hAnsi="EB Garamond"/>
          <w:b w:val="0"/>
          <w:i w:val="0"/>
          <w:sz w:val="22"/>
        </w:rPr>
        <w:t>Elsie had once asked what would happen if they simply left a chair empty.</w:t>
      </w:r>
    </w:p>
    <w:p>
      <w:pPr>
        <w:spacing w:before="0" w:after="0" w:line="264" w:lineRule="exact"/>
        <w:ind w:left="0" w:right="0" w:firstLine="0"/>
      </w:pPr>
      <w:r>
        <w:rPr>
          <w:rFonts w:ascii="EB Garamond" w:hAnsi="EB Garamond"/>
          <w:b w:val="0"/>
          <w:i w:val="0"/>
          <w:sz w:val="22"/>
        </w:rPr>
        <w:t>Grandma said, “People might sit in it.”</w:t>
      </w:r>
    </w:p>
    <w:p>
      <w:pPr>
        <w:spacing w:before="0" w:after="0" w:line="264" w:lineRule="exact"/>
        <w:ind w:left="0" w:right="0" w:firstLine="0"/>
      </w:pPr>
      <w:r>
        <w:rPr>
          <w:rFonts w:ascii="EB Garamond" w:hAnsi="EB Garamond"/>
          <w:b w:val="0"/>
          <w:i w:val="0"/>
          <w:sz w:val="22"/>
        </w:rPr>
        <w:t>As though that would be disastrous.</w:t>
      </w:r>
    </w:p>
    <w:p>
      <w:pPr>
        <w:spacing w:before="0" w:after="0" w:line="264" w:lineRule="exact"/>
        <w:ind w:left="0" w:right="0" w:firstLine="0"/>
      </w:pPr>
      <w:r>
        <w:rPr>
          <w:rFonts w:ascii="EB Garamond" w:hAnsi="EB Garamond"/>
          <w:b w:val="0"/>
          <w:i w:val="0"/>
          <w:sz w:val="22"/>
        </w:rPr>
        <w:t>Elsie knocked once and walked in.</w:t>
      </w:r>
    </w:p>
    <w:p>
      <w:pPr>
        <w:spacing w:before="0" w:after="0" w:line="264" w:lineRule="exact"/>
        <w:ind w:left="0" w:right="0" w:firstLine="0"/>
      </w:pPr>
      <w:r>
        <w:rPr>
          <w:rFonts w:ascii="EB Garamond" w:hAnsi="EB Garamond"/>
          <w:b w:val="0"/>
          <w:i w:val="0"/>
          <w:sz w:val="22"/>
        </w:rPr>
        <w:t>“I’m here!”</w:t>
      </w:r>
    </w:p>
    <w:p>
      <w:pPr>
        <w:spacing w:before="0" w:after="0" w:line="264" w:lineRule="exact"/>
        <w:ind w:left="0" w:right="0" w:firstLine="0"/>
      </w:pPr>
      <w:r>
        <w:rPr>
          <w:rFonts w:ascii="EB Garamond" w:hAnsi="EB Garamond"/>
          <w:b w:val="0"/>
          <w:i w:val="0"/>
          <w:sz w:val="22"/>
        </w:rPr>
        <w:t>“Unfortunately!”</w:t>
      </w:r>
    </w:p>
    <w:p>
      <w:pPr>
        <w:spacing w:before="0" w:after="0" w:line="264" w:lineRule="exact"/>
        <w:ind w:left="0" w:right="0" w:firstLine="0"/>
      </w:pPr>
      <w:r>
        <w:rPr>
          <w:rFonts w:ascii="EB Garamond" w:hAnsi="EB Garamond"/>
          <w:b w:val="0"/>
          <w:i w:val="0"/>
          <w:sz w:val="22"/>
        </w:rPr>
        <w:t>Grandma’s voice came from upstairs.</w:t>
      </w:r>
    </w:p>
    <w:p>
      <w:pPr>
        <w:spacing w:before="0" w:after="0" w:line="264" w:lineRule="exact"/>
        <w:ind w:left="0" w:right="0" w:firstLine="0"/>
      </w:pPr>
      <w:r>
        <w:rPr>
          <w:rFonts w:ascii="EB Garamond" w:hAnsi="EB Garamond"/>
          <w:b w:val="0"/>
          <w:i w:val="0"/>
          <w:sz w:val="22"/>
        </w:rPr>
        <w:t>Elsie smiled.</w:t>
      </w:r>
    </w:p>
    <w:p>
      <w:pPr>
        <w:spacing w:before="0" w:after="0" w:line="264" w:lineRule="exact"/>
        <w:ind w:left="0" w:right="0" w:firstLine="0"/>
      </w:pPr>
      <w:r>
        <w:rPr>
          <w:rFonts w:ascii="EB Garamond" w:hAnsi="EB Garamond"/>
          <w:b w:val="0"/>
          <w:i w:val="0"/>
          <w:sz w:val="22"/>
        </w:rPr>
        <w:t>“Love you too!”</w:t>
      </w:r>
    </w:p>
    <w:p>
      <w:pPr>
        <w:spacing w:before="0" w:after="0" w:line="264" w:lineRule="exact"/>
        <w:ind w:left="0" w:right="0" w:firstLine="0"/>
      </w:pPr>
      <w:r>
        <w:rPr>
          <w:rFonts w:ascii="EB Garamond" w:hAnsi="EB Garamond"/>
          <w:b w:val="0"/>
          <w:i w:val="0"/>
          <w:sz w:val="22"/>
        </w:rPr>
        <w:t>“Bring the trash bags!”</w:t>
      </w:r>
    </w:p>
    <w:p>
      <w:pPr>
        <w:spacing w:before="0" w:after="0" w:line="264" w:lineRule="exact"/>
        <w:ind w:left="0" w:right="0" w:firstLine="0"/>
      </w:pPr>
      <w:r>
        <w:rPr>
          <w:rFonts w:ascii="EB Garamond" w:hAnsi="EB Garamond"/>
          <w:b w:val="0"/>
          <w:i w:val="0"/>
          <w:sz w:val="22"/>
        </w:rPr>
        <w:t>Two black trash bags were sitting at the bottom of the stairs.</w:t>
      </w:r>
    </w:p>
    <w:p>
      <w:pPr>
        <w:spacing w:before="0" w:after="0" w:line="264" w:lineRule="exact"/>
        <w:ind w:left="0" w:right="0" w:firstLine="0"/>
      </w:pPr>
      <w:r>
        <w:rPr>
          <w:rFonts w:ascii="EB Garamond" w:hAnsi="EB Garamond"/>
          <w:b w:val="0"/>
          <w:i w:val="0"/>
          <w:sz w:val="22"/>
        </w:rPr>
        <w:t>Elsie grabbed them and headed up.</w:t>
      </w:r>
    </w:p>
    <w:p>
      <w:pPr>
        <w:spacing w:before="0" w:after="0" w:line="264" w:lineRule="exact"/>
        <w:ind w:left="0" w:right="0" w:firstLine="0"/>
      </w:pPr>
      <w:r>
        <w:rPr>
          <w:rFonts w:ascii="EB Garamond" w:hAnsi="EB Garamond"/>
          <w:b w:val="0"/>
          <w:i w:val="0"/>
          <w:sz w:val="22"/>
        </w:rPr>
        <w:t>The scary closet was at the end of the hallway.</w:t>
      </w:r>
    </w:p>
    <w:p>
      <w:pPr>
        <w:spacing w:before="0" w:after="0" w:line="264" w:lineRule="exact"/>
        <w:ind w:left="0" w:right="0" w:firstLine="0"/>
      </w:pPr>
      <w:r>
        <w:rPr>
          <w:rFonts w:ascii="EB Garamond" w:hAnsi="EB Garamond"/>
          <w:b w:val="0"/>
          <w:i w:val="0"/>
          <w:sz w:val="22"/>
        </w:rPr>
        <w:t>Grandma was standing in front of it wearing jeans, an old sweatshirt, and yellow rubber gloves.</w:t>
      </w:r>
    </w:p>
    <w:p>
      <w:pPr>
        <w:spacing w:before="0" w:after="0" w:line="264" w:lineRule="exact"/>
        <w:ind w:left="0" w:right="0" w:firstLine="0"/>
      </w:pPr>
      <w:r>
        <w:rPr>
          <w:rFonts w:ascii="EB Garamond" w:hAnsi="EB Garamond"/>
          <w:b w:val="0"/>
          <w:i w:val="0"/>
          <w:sz w:val="22"/>
        </w:rPr>
        <w:t>Elsie stopped.</w:t>
      </w:r>
    </w:p>
    <w:p>
      <w:pPr>
        <w:spacing w:before="0" w:after="0" w:line="264" w:lineRule="exact"/>
        <w:ind w:left="0" w:right="0" w:firstLine="0"/>
      </w:pPr>
      <w:r>
        <w:rPr>
          <w:rFonts w:ascii="EB Garamond" w:hAnsi="EB Garamond"/>
          <w:b w:val="0"/>
          <w:i w:val="0"/>
          <w:sz w:val="22"/>
        </w:rPr>
        <w:t>“Why are you wearing gloves?”</w:t>
      </w:r>
    </w:p>
    <w:p>
      <w:pPr>
        <w:spacing w:before="0" w:after="0" w:line="264" w:lineRule="exact"/>
        <w:ind w:left="0" w:right="0" w:firstLine="0"/>
      </w:pPr>
      <w:r>
        <w:rPr>
          <w:rFonts w:ascii="EB Garamond" w:hAnsi="EB Garamond"/>
          <w:b w:val="0"/>
          <w:i w:val="0"/>
          <w:sz w:val="22"/>
        </w:rPr>
        <w:t>“Dust.”</w:t>
      </w:r>
    </w:p>
    <w:p>
      <w:pPr>
        <w:spacing w:before="0" w:after="0" w:line="264" w:lineRule="exact"/>
        <w:ind w:left="0" w:right="0" w:firstLine="0"/>
      </w:pPr>
      <w:r>
        <w:rPr>
          <w:rFonts w:ascii="EB Garamond" w:hAnsi="EB Garamond"/>
          <w:b w:val="0"/>
          <w:i w:val="0"/>
          <w:sz w:val="22"/>
        </w:rPr>
        <w:t>“That’s exactly what someone would say if there were spiders.”</w:t>
      </w:r>
    </w:p>
    <w:p>
      <w:pPr>
        <w:spacing w:before="0" w:after="0" w:line="264" w:lineRule="exact"/>
        <w:ind w:left="0" w:right="0" w:firstLine="0"/>
      </w:pPr>
      <w:r>
        <w:rPr>
          <w:rFonts w:ascii="EB Garamond" w:hAnsi="EB Garamond"/>
          <w:b w:val="0"/>
          <w:i w:val="0"/>
          <w:sz w:val="22"/>
        </w:rPr>
        <w:t>Elsie dropped the trash bags.</w:t>
      </w:r>
    </w:p>
    <w:p>
      <w:pPr>
        <w:spacing w:before="0" w:after="0" w:line="264" w:lineRule="exact"/>
        <w:ind w:left="0" w:right="0" w:firstLine="0"/>
      </w:pPr>
      <w:r>
        <w:rPr>
          <w:rFonts w:ascii="EB Garamond" w:hAnsi="EB Garamond"/>
          <w:b w:val="0"/>
          <w:i w:val="0"/>
          <w:sz w:val="22"/>
        </w:rPr>
        <w:t>“I’ll see you at Christmas.”</w:t>
      </w:r>
    </w:p>
    <w:p>
      <w:pPr>
        <w:spacing w:before="0" w:after="0" w:line="264" w:lineRule="exact"/>
        <w:ind w:left="0" w:right="0" w:firstLine="0"/>
      </w:pPr>
      <w:r>
        <w:rPr>
          <w:rFonts w:ascii="EB Garamond" w:hAnsi="EB Garamond"/>
          <w:b w:val="0"/>
          <w:i w:val="0"/>
          <w:sz w:val="22"/>
        </w:rPr>
        <w:t>Grandma grabbed the back of her sweatshirt before she could turn.</w:t>
      </w:r>
    </w:p>
    <w:p>
      <w:pPr>
        <w:spacing w:before="0" w:after="0" w:line="264" w:lineRule="exact"/>
        <w:ind w:left="0" w:right="0" w:firstLine="0"/>
      </w:pPr>
      <w:r>
        <w:rPr>
          <w:rFonts w:ascii="EB Garamond" w:hAnsi="EB Garamond"/>
          <w:b w:val="0"/>
          <w:i w:val="0"/>
          <w:sz w:val="22"/>
        </w:rPr>
        <w:t>“Oh, stop.”</w:t>
      </w:r>
    </w:p>
    <w:p>
      <w:pPr>
        <w:spacing w:before="0" w:after="0" w:line="264" w:lineRule="exact"/>
        <w:ind w:left="0" w:right="0" w:firstLine="0"/>
      </w:pPr>
      <w:r>
        <w:rPr>
          <w:rFonts w:ascii="EB Garamond" w:hAnsi="EB Garamond"/>
          <w:b w:val="0"/>
          <w:i w:val="0"/>
          <w:sz w:val="22"/>
        </w:rPr>
        <w:t>“I don’t do spiders.”</w:t>
      </w:r>
    </w:p>
    <w:p>
      <w:pPr>
        <w:spacing w:before="0" w:after="0" w:line="264" w:lineRule="exact"/>
        <w:ind w:left="0" w:right="0" w:firstLine="0"/>
      </w:pPr>
      <w:r>
        <w:rPr>
          <w:rFonts w:ascii="EB Garamond" w:hAnsi="EB Garamond"/>
          <w:b w:val="0"/>
          <w:i w:val="0"/>
          <w:sz w:val="22"/>
        </w:rPr>
        <w:t>“You’re sixteen.”</w:t>
      </w:r>
    </w:p>
    <w:p>
      <w:pPr>
        <w:spacing w:before="0" w:after="0" w:line="264" w:lineRule="exact"/>
        <w:ind w:left="0" w:right="0" w:firstLine="0"/>
      </w:pPr>
      <w:r>
        <w:rPr>
          <w:rFonts w:ascii="EB Garamond" w:hAnsi="EB Garamond"/>
          <w:b w:val="0"/>
          <w:i w:val="0"/>
          <w:sz w:val="22"/>
        </w:rPr>
        <w:t>“I’ve been against them the entire sixteen years.”</w:t>
      </w:r>
    </w:p>
    <w:p>
      <w:pPr>
        <w:spacing w:before="0" w:after="0" w:line="264" w:lineRule="exact"/>
        <w:ind w:left="0" w:right="0" w:firstLine="0"/>
      </w:pPr>
      <w:r>
        <w:rPr>
          <w:rFonts w:ascii="EB Garamond" w:hAnsi="EB Garamond"/>
          <w:b w:val="0"/>
          <w:i w:val="0"/>
          <w:sz w:val="22"/>
        </w:rPr>
        <w:t>Grandma opened the closet.</w:t>
      </w:r>
    </w:p>
    <w:p>
      <w:pPr>
        <w:spacing w:before="0" w:after="0" w:line="264" w:lineRule="exact"/>
        <w:ind w:left="0" w:right="0" w:firstLine="0"/>
      </w:pPr>
      <w:r>
        <w:rPr>
          <w:rFonts w:ascii="EB Garamond" w:hAnsi="EB Garamond"/>
          <w:b w:val="0"/>
          <w:i w:val="0"/>
          <w:sz w:val="22"/>
        </w:rPr>
        <w:t>Elsie took one step backward.</w:t>
      </w:r>
    </w:p>
    <w:p>
      <w:pPr>
        <w:spacing w:before="0" w:after="0" w:line="264" w:lineRule="exact"/>
        <w:ind w:left="0" w:right="0" w:firstLine="0"/>
      </w:pPr>
      <w:r>
        <w:rPr>
          <w:rFonts w:ascii="EB Garamond" w:hAnsi="EB Garamond"/>
          <w:b w:val="0"/>
          <w:i w:val="0"/>
          <w:sz w:val="22"/>
        </w:rPr>
        <w:t>Boxes.</w:t>
      </w:r>
    </w:p>
    <w:p>
      <w:pPr>
        <w:spacing w:before="0" w:after="0" w:line="264" w:lineRule="exact"/>
        <w:ind w:left="0" w:right="0" w:firstLine="0"/>
      </w:pPr>
      <w:r>
        <w:rPr>
          <w:rFonts w:ascii="EB Garamond" w:hAnsi="EB Garamond"/>
          <w:b w:val="0"/>
          <w:i w:val="0"/>
          <w:sz w:val="22"/>
        </w:rPr>
        <w:t>So many boxes.</w:t>
      </w:r>
    </w:p>
    <w:p>
      <w:pPr>
        <w:spacing w:before="0" w:after="0" w:line="264" w:lineRule="exact"/>
        <w:ind w:left="0" w:right="0" w:firstLine="0"/>
      </w:pPr>
      <w:r>
        <w:rPr>
          <w:rFonts w:ascii="EB Garamond" w:hAnsi="EB Garamond"/>
          <w:b w:val="0"/>
          <w:i w:val="0"/>
          <w:sz w:val="22"/>
        </w:rPr>
        <w:t>Christmas decorations.</w:t>
      </w:r>
    </w:p>
    <w:p>
      <w:pPr>
        <w:spacing w:before="0" w:after="0" w:line="264" w:lineRule="exact"/>
        <w:ind w:left="0" w:right="0" w:firstLine="0"/>
      </w:pPr>
      <w:r>
        <w:rPr>
          <w:rFonts w:ascii="EB Garamond" w:hAnsi="EB Garamond"/>
          <w:b w:val="0"/>
          <w:i w:val="0"/>
          <w:sz w:val="22"/>
        </w:rPr>
        <w:t>Photo albums.</w:t>
      </w:r>
    </w:p>
    <w:p>
      <w:pPr>
        <w:spacing w:before="0" w:after="0" w:line="264" w:lineRule="exact"/>
        <w:ind w:left="0" w:right="0" w:firstLine="0"/>
      </w:pPr>
      <w:r>
        <w:rPr>
          <w:rFonts w:ascii="EB Garamond" w:hAnsi="EB Garamond"/>
          <w:b w:val="0"/>
          <w:i w:val="0"/>
          <w:sz w:val="22"/>
        </w:rPr>
        <w:t>Old clothes.</w:t>
      </w:r>
    </w:p>
    <w:p>
      <w:pPr>
        <w:spacing w:before="0" w:after="0" w:line="264" w:lineRule="exact"/>
        <w:ind w:left="0" w:right="0" w:firstLine="0"/>
      </w:pPr>
      <w:r>
        <w:rPr>
          <w:rFonts w:ascii="EB Garamond" w:hAnsi="EB Garamond"/>
          <w:b w:val="0"/>
          <w:i w:val="0"/>
          <w:sz w:val="22"/>
        </w:rPr>
        <w:t>A sewing machine.</w:t>
      </w:r>
    </w:p>
    <w:p>
      <w:pPr>
        <w:spacing w:before="0" w:after="0" w:line="264" w:lineRule="exact"/>
        <w:ind w:left="0" w:right="0" w:firstLine="0"/>
      </w:pPr>
      <w:r>
        <w:rPr>
          <w:rFonts w:ascii="EB Garamond" w:hAnsi="EB Garamond"/>
          <w:b w:val="0"/>
          <w:i w:val="0"/>
          <w:sz w:val="22"/>
        </w:rPr>
        <w:t>Three lamps.</w:t>
      </w:r>
    </w:p>
    <w:p>
      <w:pPr>
        <w:spacing w:before="0" w:after="0" w:line="264" w:lineRule="exact"/>
        <w:ind w:left="0" w:right="0" w:firstLine="0"/>
      </w:pPr>
      <w:r>
        <w:rPr>
          <w:rFonts w:ascii="EB Garamond" w:hAnsi="EB Garamond"/>
          <w:b w:val="0"/>
          <w:i w:val="0"/>
          <w:sz w:val="22"/>
        </w:rPr>
        <w:t>A vacuum that looked older than Elsie’s mother.</w:t>
      </w:r>
    </w:p>
    <w:p>
      <w:pPr>
        <w:spacing w:before="0" w:after="0" w:line="264" w:lineRule="exact"/>
        <w:ind w:left="0" w:right="0" w:firstLine="0"/>
      </w:pPr>
      <w:r>
        <w:rPr>
          <w:rFonts w:ascii="EB Garamond" w:hAnsi="EB Garamond"/>
          <w:b w:val="0"/>
          <w:i w:val="0"/>
          <w:sz w:val="22"/>
        </w:rPr>
        <w:t>And, sitting directly on top of a cardboard box, a porcelain doll.</w:t>
      </w:r>
    </w:p>
    <w:p>
      <w:pPr>
        <w:spacing w:before="0" w:after="0" w:line="264" w:lineRule="exact"/>
        <w:ind w:left="0" w:right="0" w:firstLine="0"/>
      </w:pPr>
      <w:r>
        <w:rPr>
          <w:rFonts w:ascii="EB Garamond" w:hAnsi="EB Garamond"/>
          <w:b w:val="0"/>
          <w:i w:val="0"/>
          <w:sz w:val="22"/>
        </w:rPr>
        <w:t>It stared at her.</w:t>
      </w:r>
    </w:p>
    <w:p>
      <w:pPr>
        <w:spacing w:before="0" w:after="0" w:line="264" w:lineRule="exact"/>
        <w:ind w:left="0" w:right="0" w:firstLine="0"/>
      </w:pPr>
      <w:r>
        <w:rPr>
          <w:rFonts w:ascii="EB Garamond" w:hAnsi="EB Garamond"/>
          <w:b w:val="0"/>
          <w:i w:val="0"/>
          <w:sz w:val="22"/>
        </w:rPr>
        <w:t>Elsie pointed.</w:t>
      </w:r>
    </w:p>
    <w:p>
      <w:pPr>
        <w:spacing w:before="0" w:after="0" w:line="264" w:lineRule="exact"/>
        <w:ind w:left="0" w:right="0" w:firstLine="0"/>
      </w:pPr>
      <w:r>
        <w:rPr>
          <w:rFonts w:ascii="EB Garamond" w:hAnsi="EB Garamond"/>
          <w:b w:val="0"/>
          <w:i w:val="0"/>
          <w:sz w:val="22"/>
        </w:rPr>
        <w:t>“That.”</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“That is why people don’t survive horror movies.”</w:t>
      </w:r>
    </w:p>
    <w:p>
      <w:pPr>
        <w:spacing w:before="0" w:after="0" w:line="264" w:lineRule="exact"/>
        <w:ind w:left="0" w:right="0" w:firstLine="0"/>
      </w:pPr>
      <w:r>
        <w:rPr>
          <w:rFonts w:ascii="EB Garamond" w:hAnsi="EB Garamond"/>
          <w:b w:val="0"/>
          <w:i w:val="0"/>
          <w:sz w:val="22"/>
        </w:rPr>
        <w:t>Grandma looked at the doll.</w:t>
      </w:r>
    </w:p>
    <w:p>
      <w:pPr>
        <w:spacing w:before="0" w:after="0" w:line="264" w:lineRule="exact"/>
        <w:ind w:left="0" w:right="0" w:firstLine="0"/>
      </w:pPr>
      <w:r>
        <w:rPr>
          <w:rFonts w:ascii="EB Garamond" w:hAnsi="EB Garamond"/>
          <w:b w:val="0"/>
          <w:i w:val="0"/>
          <w:sz w:val="22"/>
        </w:rPr>
        <w:t>“That’s Caroline.”</w:t>
      </w:r>
    </w:p>
    <w:p>
      <w:pPr>
        <w:spacing w:before="0" w:after="0" w:line="264" w:lineRule="exact"/>
        <w:ind w:left="0" w:right="0" w:firstLine="0"/>
      </w:pPr>
      <w:r>
        <w:rPr>
          <w:rFonts w:ascii="EB Garamond" w:hAnsi="EB Garamond"/>
          <w:b w:val="0"/>
          <w:i w:val="0"/>
          <w:sz w:val="22"/>
        </w:rPr>
        <w:t>“Of course she has a name.”</w:t>
      </w:r>
    </w:p>
    <w:p>
      <w:pPr>
        <w:spacing w:before="0" w:after="0" w:line="264" w:lineRule="exact"/>
        <w:ind w:left="0" w:right="0" w:firstLine="0"/>
      </w:pPr>
      <w:r>
        <w:rPr>
          <w:rFonts w:ascii="EB Garamond" w:hAnsi="EB Garamond"/>
          <w:b w:val="0"/>
          <w:i w:val="0"/>
          <w:sz w:val="22"/>
        </w:rPr>
        <w:t>“You used to play with her.”</w:t>
      </w:r>
    </w:p>
    <w:p>
      <w:pPr>
        <w:spacing w:before="0" w:after="0" w:line="264" w:lineRule="exact"/>
        <w:ind w:left="0" w:right="0" w:firstLine="0"/>
      </w:pPr>
      <w:r>
        <w:rPr>
          <w:rFonts w:ascii="EB Garamond" w:hAnsi="EB Garamond"/>
          <w:b w:val="0"/>
          <w:i w:val="0"/>
          <w:sz w:val="22"/>
        </w:rPr>
        <w:t>“I have no memory of that, and I’d like to keep it that way.”</w:t>
      </w:r>
    </w:p>
    <w:p>
      <w:pPr>
        <w:spacing w:before="0" w:after="0" w:line="264" w:lineRule="exact"/>
        <w:ind w:left="0" w:right="0" w:firstLine="0"/>
      </w:pPr>
      <w:r>
        <w:rPr>
          <w:rFonts w:ascii="EB Garamond" w:hAnsi="EB Garamond"/>
          <w:b w:val="0"/>
          <w:i w:val="0"/>
          <w:sz w:val="22"/>
        </w:rPr>
        <w:t>Grandma handed Caroline to her.</w:t>
      </w:r>
    </w:p>
    <w:p>
      <w:pPr>
        <w:spacing w:before="0" w:after="0" w:line="264" w:lineRule="exact"/>
        <w:ind w:left="0" w:right="0" w:firstLine="0"/>
      </w:pPr>
      <w:r>
        <w:rPr>
          <w:rFonts w:ascii="EB Garamond" w:hAnsi="EB Garamond"/>
          <w:b w:val="0"/>
          <w:i w:val="0"/>
          <w:sz w:val="22"/>
        </w:rPr>
        <w:t>Elsie held the doll at arm’s length.</w:t>
      </w:r>
    </w:p>
    <w:p>
      <w:pPr>
        <w:spacing w:before="0" w:after="0" w:line="264" w:lineRule="exact"/>
        <w:ind w:left="0" w:right="0" w:firstLine="0"/>
      </w:pPr>
      <w:r>
        <w:rPr>
          <w:rFonts w:ascii="EB Garamond" w:hAnsi="EB Garamond"/>
          <w:b w:val="0"/>
          <w:i w:val="0"/>
          <w:sz w:val="22"/>
        </w:rPr>
        <w:t>“If her head turns, I’m leaving you.”</w:t>
      </w:r>
    </w:p>
    <w:p>
      <w:pPr>
        <w:spacing w:before="0" w:after="0" w:line="264" w:lineRule="exact"/>
        <w:ind w:left="0" w:right="0" w:firstLine="0"/>
      </w:pPr>
      <w:r>
        <w:rPr>
          <w:rFonts w:ascii="EB Garamond" w:hAnsi="EB Garamond"/>
          <w:b w:val="0"/>
          <w:i w:val="0"/>
          <w:sz w:val="22"/>
        </w:rPr>
        <w:t>“Put her on the bed.”</w:t>
      </w:r>
    </w:p>
    <w:p>
      <w:pPr>
        <w:spacing w:before="0" w:after="0" w:line="264" w:lineRule="exact"/>
        <w:ind w:left="0" w:right="0" w:firstLine="0"/>
      </w:pPr>
      <w:r>
        <w:rPr>
          <w:rFonts w:ascii="EB Garamond" w:hAnsi="EB Garamond"/>
          <w:b w:val="0"/>
          <w:i w:val="0"/>
          <w:sz w:val="22"/>
        </w:rPr>
        <w:t>Elsie did.</w:t>
      </w:r>
    </w:p>
    <w:p>
      <w:pPr>
        <w:spacing w:before="0" w:after="0" w:line="264" w:lineRule="exact"/>
        <w:ind w:left="0" w:right="0" w:firstLine="0"/>
      </w:pPr>
      <w:r>
        <w:rPr>
          <w:rFonts w:ascii="EB Garamond" w:hAnsi="EB Garamond"/>
          <w:b w:val="0"/>
          <w:i w:val="0"/>
          <w:sz w:val="22"/>
        </w:rPr>
        <w:t>Face down.</w:t>
      </w:r>
    </w:p>
    <w:p>
      <w:pPr>
        <w:spacing w:before="0" w:after="0" w:line="264" w:lineRule="exact"/>
        <w:ind w:left="0" w:right="0" w:firstLine="0"/>
      </w:pPr>
      <w:r>
        <w:rPr>
          <w:rFonts w:ascii="EB Garamond" w:hAnsi="EB Garamond"/>
          <w:b w:val="0"/>
          <w:i w:val="0"/>
          <w:sz w:val="22"/>
        </w:rPr>
        <w:t>“Elsie.”</w:t>
      </w:r>
    </w:p>
    <w:p>
      <w:pPr>
        <w:spacing w:before="0" w:after="0" w:line="264" w:lineRule="exact"/>
        <w:ind w:left="0" w:right="0" w:firstLine="0"/>
      </w:pPr>
      <w:r>
        <w:rPr>
          <w:rFonts w:ascii="EB Garamond" w:hAnsi="EB Garamond"/>
          <w:b w:val="0"/>
          <w:i w:val="0"/>
          <w:sz w:val="22"/>
        </w:rPr>
        <w:t>“She knows what she did.”</w:t>
      </w:r>
    </w:p>
    <w:p>
      <w:pPr>
        <w:spacing w:before="0" w:after="0" w:line="264" w:lineRule="exact"/>
        <w:ind w:left="0" w:right="0" w:firstLine="0"/>
      </w:pPr>
      <w:r>
        <w:rPr>
          <w:rFonts w:ascii="EB Garamond" w:hAnsi="EB Garamond"/>
          <w:b w:val="0"/>
          <w:i w:val="0"/>
          <w:sz w:val="22"/>
        </w:rPr>
        <w:t>Grandma shook her head and disappeared into the closet.</w:t>
      </w:r>
    </w:p>
    <w:p>
      <w:pPr>
        <w:spacing w:before="0" w:after="0" w:line="264" w:lineRule="exact"/>
        <w:ind w:left="0" w:right="0" w:firstLine="0"/>
      </w:pPr>
      <w:r>
        <w:rPr>
          <w:rFonts w:ascii="EB Garamond" w:hAnsi="EB Garamond"/>
          <w:b w:val="0"/>
          <w:i w:val="0"/>
          <w:sz w:val="22"/>
        </w:rPr>
        <w:t>They worked for almost an hour before Elsie found the box.</w:t>
      </w:r>
    </w:p>
    <w:p>
      <w:pPr>
        <w:spacing w:before="0" w:after="0" w:line="264" w:lineRule="exact"/>
        <w:ind w:left="0" w:right="0" w:firstLine="0"/>
      </w:pPr>
      <w:r>
        <w:rPr>
          <w:rFonts w:ascii="EB Garamond" w:hAnsi="EB Garamond"/>
          <w:b w:val="0"/>
          <w:i w:val="0"/>
          <w:sz w:val="22"/>
        </w:rPr>
        <w:t>It wasn’t special.</w:t>
      </w:r>
    </w:p>
    <w:p>
      <w:pPr>
        <w:spacing w:before="0" w:after="0" w:line="264" w:lineRule="exact"/>
        <w:ind w:left="0" w:right="0" w:firstLine="0"/>
      </w:pPr>
      <w:r>
        <w:rPr>
          <w:rFonts w:ascii="EB Garamond" w:hAnsi="EB Garamond"/>
          <w:b w:val="0"/>
          <w:i w:val="0"/>
          <w:sz w:val="22"/>
        </w:rPr>
        <w:t>No ancient lock.</w:t>
      </w:r>
    </w:p>
    <w:p>
      <w:pPr>
        <w:spacing w:before="0" w:after="0" w:line="264" w:lineRule="exact"/>
        <w:ind w:left="0" w:right="0" w:firstLine="0"/>
      </w:pPr>
      <w:r>
        <w:rPr>
          <w:rFonts w:ascii="EB Garamond" w:hAnsi="EB Garamond"/>
          <w:b w:val="0"/>
          <w:i w:val="0"/>
          <w:sz w:val="22"/>
        </w:rPr>
        <w:t>No mysterious inscription.</w:t>
      </w:r>
    </w:p>
    <w:p>
      <w:pPr>
        <w:spacing w:before="0" w:after="0" w:line="264" w:lineRule="exact"/>
        <w:ind w:left="0" w:right="0" w:firstLine="0"/>
      </w:pPr>
      <w:r>
        <w:rPr>
          <w:rFonts w:ascii="EB Garamond" w:hAnsi="EB Garamond"/>
          <w:b w:val="0"/>
          <w:i w:val="0"/>
          <w:sz w:val="22"/>
        </w:rPr>
        <w:t xml:space="preserve">Just a cardboard box with </w:t>
      </w:r>
      <w:r>
        <w:rPr>
          <w:rFonts w:ascii="EB Garamond" w:hAnsi="EB Garamond"/>
          <w:b/>
          <w:i w:val="0"/>
          <w:sz w:val="22"/>
        </w:rPr>
        <w:t>LINDA — COLLEGE</w:t>
      </w:r>
      <w:r>
        <w:rPr>
          <w:rFonts w:ascii="EB Garamond" w:hAnsi="EB Garamond"/>
          <w:b w:val="0"/>
          <w:i w:val="0"/>
          <w:sz w:val="22"/>
        </w:rPr>
        <w:t xml:space="preserve"> written across the side in black marker.</w:t>
      </w:r>
    </w:p>
    <w:p>
      <w:pPr>
        <w:spacing w:before="0" w:after="0" w:line="264" w:lineRule="exact"/>
        <w:ind w:left="0" w:right="0" w:firstLine="0"/>
      </w:pPr>
      <w:r>
        <w:rPr>
          <w:rFonts w:ascii="EB Garamond" w:hAnsi="EB Garamond"/>
          <w:b w:val="0"/>
          <w:i w:val="0"/>
          <w:sz w:val="22"/>
        </w:rPr>
        <w:t>Elsie looked at Grandma.</w:t>
      </w:r>
    </w:p>
    <w:p>
      <w:pPr>
        <w:spacing w:before="0" w:after="0" w:line="264" w:lineRule="exact"/>
        <w:ind w:left="0" w:right="0" w:firstLine="0"/>
      </w:pPr>
      <w:r>
        <w:rPr>
          <w:rFonts w:ascii="EB Garamond" w:hAnsi="EB Garamond"/>
          <w:b w:val="0"/>
          <w:i w:val="0"/>
          <w:sz w:val="22"/>
        </w:rPr>
        <w:t>“Linda?”</w:t>
      </w:r>
    </w:p>
    <w:p>
      <w:pPr>
        <w:spacing w:before="0" w:after="0" w:line="264" w:lineRule="exact"/>
        <w:ind w:left="0" w:right="0" w:firstLine="0"/>
      </w:pPr>
      <w:r>
        <w:rPr>
          <w:rFonts w:ascii="EB Garamond" w:hAnsi="EB Garamond"/>
          <w:b w:val="0"/>
          <w:i w:val="0"/>
          <w:sz w:val="22"/>
        </w:rPr>
        <w:t>Grandma didn’t turn around.</w:t>
      </w:r>
    </w:p>
    <w:p>
      <w:pPr>
        <w:spacing w:before="0" w:after="0" w:line="264" w:lineRule="exact"/>
        <w:ind w:left="0" w:right="0" w:firstLine="0"/>
      </w:pPr>
      <w:r>
        <w:rPr>
          <w:rFonts w:ascii="EB Garamond" w:hAnsi="EB Garamond"/>
          <w:b w:val="0"/>
          <w:i w:val="0"/>
          <w:sz w:val="22"/>
        </w:rPr>
        <w:t>“That is generally my name.”</w:t>
      </w:r>
    </w:p>
    <w:p>
      <w:pPr>
        <w:spacing w:before="0" w:after="0" w:line="264" w:lineRule="exact"/>
        <w:ind w:left="0" w:right="0" w:firstLine="0"/>
      </w:pPr>
      <w:r>
        <w:rPr>
          <w:rFonts w:ascii="EB Garamond" w:hAnsi="EB Garamond"/>
          <w:b w:val="0"/>
          <w:i w:val="0"/>
          <w:sz w:val="22"/>
        </w:rPr>
        <w:t>“It feels wrong.”</w:t>
      </w:r>
    </w:p>
    <w:p>
      <w:pPr>
        <w:spacing w:before="0" w:after="0" w:line="264" w:lineRule="exact"/>
        <w:ind w:left="0" w:right="0" w:firstLine="0"/>
      </w:pPr>
      <w:r>
        <w:rPr>
          <w:rFonts w:ascii="EB Garamond" w:hAnsi="EB Garamond"/>
          <w:b w:val="0"/>
          <w:i w:val="0"/>
          <w:sz w:val="22"/>
        </w:rPr>
        <w:t>“What do you call me when I’m not around?”</w:t>
      </w:r>
    </w:p>
    <w:p>
      <w:pPr>
        <w:spacing w:before="0" w:after="0" w:line="264" w:lineRule="exact"/>
        <w:ind w:left="0" w:right="0" w:firstLine="0"/>
      </w:pPr>
      <w:r>
        <w:rPr>
          <w:rFonts w:ascii="EB Garamond" w:hAnsi="EB Garamond"/>
          <w:b w:val="0"/>
          <w:i w:val="0"/>
          <w:sz w:val="22"/>
        </w:rPr>
        <w:t>“Grandma.”</w:t>
      </w:r>
    </w:p>
    <w:p>
      <w:pPr>
        <w:spacing w:before="0" w:after="0" w:line="264" w:lineRule="exact"/>
        <w:ind w:left="0" w:right="0" w:firstLine="0"/>
      </w:pPr>
      <w:r>
        <w:rPr>
          <w:rFonts w:ascii="EB Garamond" w:hAnsi="EB Garamond"/>
          <w:b w:val="0"/>
          <w:i w:val="0"/>
          <w:sz w:val="22"/>
        </w:rPr>
        <w:t>“You refer to me as Grandma to your friends?”</w:t>
      </w:r>
    </w:p>
    <w:p>
      <w:pPr>
        <w:spacing w:before="0" w:after="0" w:line="264" w:lineRule="exact"/>
        <w:ind w:left="0" w:right="0" w:firstLine="0"/>
      </w:pPr>
      <w:r>
        <w:rPr>
          <w:rFonts w:ascii="EB Garamond" w:hAnsi="EB Garamond"/>
          <w:b w:val="0"/>
          <w:i w:val="0"/>
          <w:sz w:val="22"/>
        </w:rPr>
        <w:t xml:space="preserve">“Sometimes </w:t>
      </w:r>
      <w:r>
        <w:rPr>
          <w:rFonts w:ascii="EB Garamond" w:hAnsi="EB Garamond"/>
          <w:b w:val="0"/>
          <w:i/>
          <w:sz w:val="22"/>
        </w:rPr>
        <w:t>my</w:t>
      </w:r>
      <w:r>
        <w:rPr>
          <w:rFonts w:ascii="EB Garamond" w:hAnsi="EB Garamond"/>
          <w:b w:val="0"/>
          <w:i w:val="0"/>
          <w:sz w:val="22"/>
        </w:rPr>
        <w:t xml:space="preserve"> grandma.”</w:t>
      </w:r>
    </w:p>
    <w:p>
      <w:pPr>
        <w:spacing w:before="0" w:after="0" w:line="264" w:lineRule="exact"/>
        <w:ind w:left="0" w:right="0" w:firstLine="0"/>
      </w:pPr>
      <w:r>
        <w:rPr>
          <w:rFonts w:ascii="EB Garamond" w:hAnsi="EB Garamond"/>
          <w:b w:val="0"/>
          <w:i w:val="0"/>
          <w:sz w:val="22"/>
        </w:rPr>
        <w:t>“How thoughtful.”</w:t>
      </w:r>
    </w:p>
    <w:p>
      <w:pPr>
        <w:spacing w:before="0" w:after="0" w:line="264" w:lineRule="exact"/>
        <w:ind w:left="0" w:right="0" w:firstLine="0"/>
      </w:pPr>
      <w:r>
        <w:rPr>
          <w:rFonts w:ascii="EB Garamond" w:hAnsi="EB Garamond"/>
          <w:b w:val="0"/>
          <w:i w:val="0"/>
          <w:sz w:val="22"/>
        </w:rPr>
        <w:t>Elsie pulled the box toward her.</w:t>
      </w:r>
    </w:p>
    <w:p>
      <w:pPr>
        <w:spacing w:before="0" w:after="0" w:line="264" w:lineRule="exact"/>
        <w:ind w:left="0" w:right="0" w:firstLine="0"/>
      </w:pPr>
      <w:r>
        <w:rPr>
          <w:rFonts w:ascii="EB Garamond" w:hAnsi="EB Garamond"/>
          <w:b w:val="0"/>
          <w:i w:val="0"/>
          <w:sz w:val="22"/>
        </w:rPr>
        <w:t>“Can I open it?”</w:t>
      </w:r>
    </w:p>
    <w:p>
      <w:pPr>
        <w:spacing w:before="0" w:after="0" w:line="264" w:lineRule="exact"/>
        <w:ind w:left="0" w:right="0" w:firstLine="0"/>
      </w:pPr>
      <w:r>
        <w:rPr>
          <w:rFonts w:ascii="EB Garamond" w:hAnsi="EB Garamond"/>
          <w:b w:val="0"/>
          <w:i w:val="0"/>
          <w:sz w:val="22"/>
        </w:rPr>
        <w:t>“Sure.”</w:t>
      </w:r>
    </w:p>
    <w:p>
      <w:pPr>
        <w:spacing w:before="0" w:after="0" w:line="264" w:lineRule="exact"/>
        <w:ind w:left="0" w:right="0" w:firstLine="0"/>
      </w:pPr>
      <w:r>
        <w:rPr>
          <w:rFonts w:ascii="EB Garamond" w:hAnsi="EB Garamond"/>
          <w:b w:val="0"/>
          <w:i w:val="0"/>
          <w:sz w:val="22"/>
        </w:rPr>
        <w:t>Inside were photographs.</w:t>
      </w:r>
    </w:p>
    <w:p>
      <w:pPr>
        <w:spacing w:before="0" w:after="0" w:line="264" w:lineRule="exact"/>
        <w:ind w:left="0" w:right="0" w:firstLine="0"/>
      </w:pPr>
      <w:r>
        <w:rPr>
          <w:rFonts w:ascii="EB Garamond" w:hAnsi="EB Garamond"/>
          <w:b w:val="0"/>
          <w:i w:val="0"/>
          <w:sz w:val="22"/>
        </w:rPr>
        <w:t>Actual photographs.</w:t>
      </w:r>
    </w:p>
    <w:p>
      <w:pPr>
        <w:spacing w:before="0" w:after="0" w:line="264" w:lineRule="exact"/>
        <w:ind w:left="0" w:right="0" w:firstLine="0"/>
      </w:pPr>
      <w:r>
        <w:rPr>
          <w:rFonts w:ascii="EB Garamond" w:hAnsi="EB Garamond"/>
          <w:b w:val="0"/>
          <w:i w:val="0"/>
          <w:sz w:val="22"/>
        </w:rPr>
        <w:t>Not printed screenshots.</w:t>
      </w:r>
    </w:p>
    <w:p>
      <w:pPr>
        <w:spacing w:before="0" w:after="0" w:line="264" w:lineRule="exact"/>
        <w:ind w:left="0" w:right="0" w:firstLine="0"/>
      </w:pPr>
      <w:r>
        <w:rPr>
          <w:rFonts w:ascii="EB Garamond" w:hAnsi="EB Garamond"/>
          <w:b w:val="0"/>
          <w:i w:val="0"/>
          <w:sz w:val="22"/>
        </w:rPr>
        <w:t>Not filtered.</w:t>
      </w:r>
    </w:p>
    <w:p>
      <w:pPr>
        <w:spacing w:before="0" w:after="0" w:line="264" w:lineRule="exact"/>
        <w:ind w:left="0" w:right="0" w:firstLine="0"/>
      </w:pPr>
      <w:r>
        <w:rPr>
          <w:rFonts w:ascii="EB Garamond" w:hAnsi="EB Garamond"/>
          <w:b w:val="0"/>
          <w:i w:val="0"/>
          <w:sz w:val="22"/>
        </w:rPr>
        <w:t>Not posed seventeen times.</w:t>
      </w:r>
    </w:p>
    <w:p>
      <w:pPr>
        <w:spacing w:before="0" w:after="0" w:line="264" w:lineRule="exact"/>
        <w:ind w:left="0" w:right="0" w:firstLine="0"/>
      </w:pPr>
      <w:r>
        <w:rPr>
          <w:rFonts w:ascii="EB Garamond" w:hAnsi="EB Garamond"/>
          <w:b w:val="0"/>
          <w:i w:val="0"/>
          <w:sz w:val="22"/>
        </w:rPr>
        <w:t>Just shiny little rectangles with white borders.</w:t>
      </w:r>
    </w:p>
    <w:p>
      <w:pPr>
        <w:spacing w:before="0" w:after="0" w:line="264" w:lineRule="exact"/>
        <w:ind w:left="0" w:right="0" w:firstLine="0"/>
      </w:pPr>
      <w:r>
        <w:rPr>
          <w:rFonts w:ascii="EB Garamond" w:hAnsi="EB Garamond"/>
          <w:b w:val="0"/>
          <w:i w:val="0"/>
          <w:sz w:val="22"/>
        </w:rPr>
        <w:t>Elsie picked one up.</w:t>
      </w:r>
    </w:p>
    <w:p>
      <w:pPr>
        <w:spacing w:before="0" w:after="0" w:line="264" w:lineRule="exact"/>
        <w:ind w:left="0" w:right="0" w:firstLine="0"/>
      </w:pPr>
      <w:r>
        <w:rPr>
          <w:rFonts w:ascii="EB Garamond" w:hAnsi="EB Garamond"/>
          <w:b w:val="0"/>
          <w:i w:val="0"/>
          <w:sz w:val="22"/>
        </w:rPr>
        <w:t>Her grandmother looked about eighteen.</w:t>
      </w:r>
    </w:p>
    <w:p>
      <w:pPr>
        <w:spacing w:before="0" w:after="0" w:line="264" w:lineRule="exact"/>
        <w:ind w:left="0" w:right="0" w:firstLine="0"/>
      </w:pPr>
      <w:r>
        <w:rPr>
          <w:rFonts w:ascii="EB Garamond" w:hAnsi="EB Garamond"/>
          <w:b w:val="0"/>
          <w:i w:val="0"/>
          <w:sz w:val="22"/>
        </w:rPr>
        <w:t>Long brown hair.</w:t>
      </w:r>
    </w:p>
    <w:p>
      <w:pPr>
        <w:spacing w:before="0" w:after="0" w:line="264" w:lineRule="exact"/>
        <w:ind w:left="0" w:right="0" w:firstLine="0"/>
      </w:pPr>
      <w:r>
        <w:rPr>
          <w:rFonts w:ascii="EB Garamond" w:hAnsi="EB Garamond"/>
          <w:b w:val="0"/>
          <w:i w:val="0"/>
          <w:sz w:val="22"/>
        </w:rPr>
        <w:t>Bell-bottom jeans.</w:t>
      </w:r>
    </w:p>
    <w:p>
      <w:pPr>
        <w:spacing w:before="0" w:after="0" w:line="264" w:lineRule="exact"/>
        <w:ind w:left="0" w:right="0" w:firstLine="0"/>
      </w:pPr>
      <w:r>
        <w:rPr>
          <w:rFonts w:ascii="EB Garamond" w:hAnsi="EB Garamond"/>
          <w:b w:val="0"/>
          <w:i w:val="0"/>
          <w:sz w:val="22"/>
        </w:rPr>
        <w:t>A white shirt tied at the waist.</w:t>
      </w:r>
    </w:p>
    <w:p>
      <w:pPr>
        <w:spacing w:before="0" w:after="0" w:line="264" w:lineRule="exact"/>
        <w:ind w:left="0" w:right="0" w:firstLine="0"/>
      </w:pPr>
      <w:r>
        <w:rPr>
          <w:rFonts w:ascii="EB Garamond" w:hAnsi="EB Garamond"/>
          <w:b w:val="0"/>
          <w:i w:val="0"/>
          <w:sz w:val="22"/>
        </w:rPr>
        <w:t>Elsie gasped.</w:t>
      </w:r>
    </w:p>
    <w:p>
      <w:pPr>
        <w:spacing w:before="0" w:after="0" w:line="264" w:lineRule="exact"/>
        <w:ind w:left="0" w:right="0" w:firstLine="0"/>
      </w:pPr>
      <w:r>
        <w:rPr>
          <w:rFonts w:ascii="EB Garamond" w:hAnsi="EB Garamond"/>
          <w:b w:val="0"/>
          <w:i w:val="0"/>
          <w:sz w:val="22"/>
        </w:rPr>
        <w:t>Grandma turned.</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“You were hot.”</w:t>
      </w:r>
    </w:p>
    <w:p>
      <w:pPr>
        <w:spacing w:before="0" w:after="0" w:line="264" w:lineRule="exact"/>
        <w:ind w:left="0" w:right="0" w:firstLine="0"/>
      </w:pPr>
      <w:r>
        <w:rPr>
          <w:rFonts w:ascii="EB Garamond" w:hAnsi="EB Garamond"/>
          <w:b w:val="0"/>
          <w:i w:val="0"/>
          <w:sz w:val="22"/>
        </w:rPr>
        <w:t>Grandma stared at her.</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“I mean…”</w:t>
      </w:r>
    </w:p>
    <w:p>
      <w:pPr>
        <w:spacing w:before="0" w:after="0" w:line="264" w:lineRule="exact"/>
        <w:ind w:left="0" w:right="0" w:firstLine="0"/>
      </w:pPr>
      <w:r>
        <w:rPr>
          <w:rFonts w:ascii="EB Garamond" w:hAnsi="EB Garamond"/>
          <w:b w:val="0"/>
          <w:i w:val="0"/>
          <w:sz w:val="22"/>
        </w:rPr>
        <w:t>“I heard you.”</w:t>
      </w:r>
    </w:p>
    <w:p>
      <w:pPr>
        <w:spacing w:before="0" w:after="0" w:line="264" w:lineRule="exact"/>
        <w:ind w:left="0" w:right="0" w:firstLine="0"/>
      </w:pPr>
      <w:r>
        <w:rPr>
          <w:rFonts w:ascii="EB Garamond" w:hAnsi="EB Garamond"/>
          <w:b w:val="0"/>
          <w:i w:val="0"/>
          <w:sz w:val="22"/>
        </w:rPr>
        <w:t>“No, like, respectfully.”</w:t>
      </w:r>
    </w:p>
    <w:p>
      <w:pPr>
        <w:spacing w:before="0" w:after="0" w:line="264" w:lineRule="exact"/>
        <w:ind w:left="0" w:right="0" w:firstLine="0"/>
      </w:pPr>
      <w:r>
        <w:rPr>
          <w:rFonts w:ascii="EB Garamond" w:hAnsi="EB Garamond"/>
          <w:b w:val="0"/>
          <w:i w:val="0"/>
          <w:sz w:val="22"/>
        </w:rPr>
        <w:t>“Please stop.”</w:t>
      </w:r>
    </w:p>
    <w:p>
      <w:pPr>
        <w:spacing w:before="0" w:after="0" w:line="264" w:lineRule="exact"/>
        <w:ind w:left="0" w:right="0" w:firstLine="0"/>
      </w:pPr>
      <w:r>
        <w:rPr>
          <w:rFonts w:ascii="EB Garamond" w:hAnsi="EB Garamond"/>
          <w:b w:val="0"/>
          <w:i w:val="0"/>
          <w:sz w:val="22"/>
        </w:rPr>
        <w:t>Elsie held up the photograph.</w:t>
      </w:r>
    </w:p>
    <w:p>
      <w:pPr>
        <w:spacing w:before="0" w:after="0" w:line="264" w:lineRule="exact"/>
        <w:ind w:left="0" w:right="0" w:firstLine="0"/>
      </w:pPr>
      <w:r>
        <w:rPr>
          <w:rFonts w:ascii="EB Garamond" w:hAnsi="EB Garamond"/>
          <w:b w:val="0"/>
          <w:i w:val="0"/>
          <w:sz w:val="22"/>
        </w:rPr>
        <w:t>“Grandpa seriously outkicked his coverage.”</w:t>
      </w:r>
    </w:p>
    <w:p>
      <w:pPr>
        <w:spacing w:before="0" w:after="0" w:line="264" w:lineRule="exact"/>
        <w:ind w:left="0" w:right="0" w:firstLine="0"/>
      </w:pPr>
      <w:r>
        <w:rPr>
          <w:rFonts w:ascii="EB Garamond" w:hAnsi="EB Garamond"/>
          <w:b w:val="0"/>
          <w:i w:val="0"/>
          <w:sz w:val="22"/>
        </w:rPr>
        <w:t>Grandma snatched it from her.</w:t>
      </w:r>
    </w:p>
    <w:p>
      <w:pPr>
        <w:spacing w:before="0" w:after="0" w:line="264" w:lineRule="exact"/>
        <w:ind w:left="0" w:right="0" w:firstLine="0"/>
      </w:pPr>
      <w:r>
        <w:rPr>
          <w:rFonts w:ascii="EB Garamond" w:hAnsi="EB Garamond"/>
          <w:b w:val="0"/>
          <w:i w:val="0"/>
          <w:sz w:val="22"/>
        </w:rPr>
        <w:t>“You are never allowed to speak again.”</w:t>
      </w:r>
    </w:p>
    <w:p>
      <w:pPr>
        <w:spacing w:before="0" w:after="0" w:line="264" w:lineRule="exact"/>
        <w:ind w:left="0" w:right="0" w:firstLine="0"/>
      </w:pPr>
      <w:r>
        <w:rPr>
          <w:rFonts w:ascii="EB Garamond" w:hAnsi="EB Garamond"/>
          <w:b w:val="0"/>
          <w:i w:val="0"/>
          <w:sz w:val="22"/>
        </w:rPr>
        <w:t>Elsie was laughing now.</w:t>
      </w:r>
    </w:p>
    <w:p>
      <w:pPr>
        <w:spacing w:before="0" w:after="0" w:line="264" w:lineRule="exact"/>
        <w:ind w:left="0" w:right="0" w:firstLine="0"/>
      </w:pPr>
      <w:r>
        <w:rPr>
          <w:rFonts w:ascii="EB Garamond" w:hAnsi="EB Garamond"/>
          <w:b w:val="0"/>
          <w:i w:val="0"/>
          <w:sz w:val="22"/>
        </w:rPr>
        <w:t>She dug deeper.</w:t>
      </w:r>
    </w:p>
    <w:p>
      <w:pPr>
        <w:spacing w:before="0" w:after="0" w:line="264" w:lineRule="exact"/>
        <w:ind w:left="0" w:right="0" w:firstLine="0"/>
      </w:pPr>
      <w:r>
        <w:rPr>
          <w:rFonts w:ascii="EB Garamond" w:hAnsi="EB Garamond"/>
          <w:b w:val="0"/>
          <w:i w:val="0"/>
          <w:sz w:val="22"/>
        </w:rPr>
        <w:t>More pictures.</w:t>
      </w:r>
    </w:p>
    <w:p>
      <w:pPr>
        <w:spacing w:before="0" w:after="0" w:line="264" w:lineRule="exact"/>
        <w:ind w:left="0" w:right="0" w:firstLine="0"/>
      </w:pPr>
      <w:r>
        <w:rPr>
          <w:rFonts w:ascii="EB Garamond" w:hAnsi="EB Garamond"/>
          <w:b w:val="0"/>
          <w:i w:val="0"/>
          <w:sz w:val="22"/>
        </w:rPr>
        <w:t>Grandma at the beach.</w:t>
      </w:r>
    </w:p>
    <w:p>
      <w:pPr>
        <w:spacing w:before="0" w:after="0" w:line="264" w:lineRule="exact"/>
        <w:ind w:left="0" w:right="0" w:firstLine="0"/>
      </w:pPr>
      <w:r>
        <w:rPr>
          <w:rFonts w:ascii="EB Garamond" w:hAnsi="EB Garamond"/>
          <w:b w:val="0"/>
          <w:i w:val="0"/>
          <w:sz w:val="22"/>
        </w:rPr>
        <w:t>Grandma beside an old car.</w:t>
      </w:r>
    </w:p>
    <w:p>
      <w:pPr>
        <w:spacing w:before="0" w:after="0" w:line="264" w:lineRule="exact"/>
        <w:ind w:left="0" w:right="0" w:firstLine="0"/>
      </w:pPr>
      <w:r>
        <w:rPr>
          <w:rFonts w:ascii="EB Garamond" w:hAnsi="EB Garamond"/>
          <w:b w:val="0"/>
          <w:i w:val="0"/>
          <w:sz w:val="22"/>
        </w:rPr>
        <w:t>Grandma with three girls Elsie didn’t recognize.</w:t>
      </w:r>
    </w:p>
    <w:p>
      <w:pPr>
        <w:spacing w:before="0" w:after="0" w:line="264" w:lineRule="exact"/>
        <w:ind w:left="0" w:right="0" w:firstLine="0"/>
      </w:pPr>
      <w:r>
        <w:rPr>
          <w:rFonts w:ascii="EB Garamond" w:hAnsi="EB Garamond"/>
          <w:b w:val="0"/>
          <w:i w:val="0"/>
          <w:sz w:val="22"/>
        </w:rPr>
        <w:t>Then a photograph of Grandma sitting on the hood of a car beside a boy who was definitely not Grandpa.</w:t>
      </w:r>
    </w:p>
    <w:p>
      <w:pPr>
        <w:spacing w:before="0" w:after="0" w:line="264" w:lineRule="exact"/>
        <w:ind w:left="0" w:right="0" w:firstLine="0"/>
      </w:pPr>
      <w:r>
        <w:rPr>
          <w:rFonts w:ascii="EB Garamond" w:hAnsi="EB Garamond"/>
          <w:b w:val="0"/>
          <w:i w:val="0"/>
          <w:sz w:val="22"/>
        </w:rPr>
        <w:t>Elsie froze.</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Grandma looked over.</w:t>
      </w:r>
    </w:p>
    <w:p>
      <w:pPr>
        <w:spacing w:before="0" w:after="0" w:line="264" w:lineRule="exact"/>
        <w:ind w:left="0" w:right="0" w:firstLine="0"/>
      </w:pPr>
      <w:r>
        <w:rPr>
          <w:rFonts w:ascii="EB Garamond" w:hAnsi="EB Garamond"/>
          <w:b w:val="0"/>
          <w:i w:val="0"/>
          <w:sz w:val="22"/>
        </w:rPr>
        <w:t>“Oh, Lord.”</w:t>
      </w:r>
    </w:p>
    <w:p>
      <w:pPr>
        <w:spacing w:before="0" w:after="0" w:line="264" w:lineRule="exact"/>
        <w:ind w:left="0" w:right="0" w:firstLine="0"/>
      </w:pPr>
      <w:r>
        <w:rPr>
          <w:rFonts w:ascii="EB Garamond" w:hAnsi="EB Garamond"/>
          <w:b w:val="0"/>
          <w:i w:val="0"/>
          <w:sz w:val="22"/>
        </w:rPr>
        <w:t>“WHO IS THIS?”</w:t>
      </w:r>
    </w:p>
    <w:p>
      <w:pPr>
        <w:spacing w:before="0" w:after="0" w:line="264" w:lineRule="exact"/>
        <w:ind w:left="0" w:right="0" w:firstLine="0"/>
      </w:pPr>
      <w:r>
        <w:rPr>
          <w:rFonts w:ascii="EB Garamond" w:hAnsi="EB Garamond"/>
          <w:b w:val="0"/>
          <w:i w:val="0"/>
          <w:sz w:val="22"/>
        </w:rPr>
        <w:t>“Give me that.”</w:t>
      </w:r>
    </w:p>
    <w:p>
      <w:pPr>
        <w:spacing w:before="0" w:after="0" w:line="264" w:lineRule="exact"/>
        <w:ind w:left="0" w:right="0" w:firstLine="0"/>
      </w:pPr>
      <w:r>
        <w:rPr>
          <w:rFonts w:ascii="EB Garamond" w:hAnsi="EB Garamond"/>
          <w:b w:val="0"/>
          <w:i w:val="0"/>
          <w:sz w:val="22"/>
        </w:rPr>
        <w:t>Elsie jumped backward.</w:t>
      </w:r>
    </w:p>
    <w:p>
      <w:pPr>
        <w:spacing w:before="0" w:after="0" w:line="264" w:lineRule="exact"/>
        <w:ind w:left="0" w:right="0" w:firstLine="0"/>
      </w:pPr>
      <w:r>
        <w:rPr>
          <w:rFonts w:ascii="EB Garamond" w:hAnsi="EB Garamond"/>
          <w:b w:val="0"/>
          <w:i w:val="0"/>
          <w:sz w:val="22"/>
        </w:rPr>
        <w:t>“Grandma had a boyfriend!”</w:t>
      </w:r>
    </w:p>
    <w:p>
      <w:pPr>
        <w:spacing w:before="0" w:after="0" w:line="264" w:lineRule="exact"/>
        <w:ind w:left="0" w:right="0" w:firstLine="0"/>
      </w:pPr>
      <w:r>
        <w:rPr>
          <w:rFonts w:ascii="EB Garamond" w:hAnsi="EB Garamond"/>
          <w:b w:val="0"/>
          <w:i w:val="0"/>
          <w:sz w:val="22"/>
        </w:rPr>
        <w:t>“I had several.”</w:t>
      </w:r>
    </w:p>
    <w:p>
      <w:pPr>
        <w:spacing w:before="0" w:after="0" w:line="264" w:lineRule="exact"/>
        <w:ind w:left="0" w:right="0" w:firstLine="0"/>
      </w:pPr>
      <w:r>
        <w:rPr>
          <w:rFonts w:ascii="EB Garamond" w:hAnsi="EB Garamond"/>
          <w:b w:val="0"/>
          <w:i w:val="0"/>
          <w:sz w:val="22"/>
        </w:rPr>
        <w:t>Elsie’s mouth fell open.</w:t>
      </w:r>
    </w:p>
    <w:p>
      <w:pPr>
        <w:spacing w:before="0" w:after="0" w:line="264" w:lineRule="exact"/>
        <w:ind w:left="0" w:right="0" w:firstLine="0"/>
      </w:pPr>
      <w:r>
        <w:rPr>
          <w:rFonts w:ascii="EB Garamond" w:hAnsi="EB Garamond"/>
          <w:b w:val="0"/>
          <w:i w:val="0"/>
          <w:sz w:val="22"/>
        </w:rPr>
        <w:t>Grandma grabbed the picture.</w:t>
      </w:r>
    </w:p>
    <w:p>
      <w:pPr>
        <w:spacing w:before="0" w:after="0" w:line="264" w:lineRule="exact"/>
        <w:ind w:left="0" w:right="0" w:firstLine="0"/>
      </w:pPr>
      <w:r>
        <w:rPr>
          <w:rFonts w:ascii="EB Garamond" w:hAnsi="EB Garamond"/>
          <w:b w:val="0"/>
          <w:i w:val="0"/>
          <w:sz w:val="22"/>
        </w:rPr>
        <w:t>“You think I was born seventy-one years old and married?”</w:t>
      </w:r>
    </w:p>
    <w:p>
      <w:pPr>
        <w:spacing w:before="0" w:after="0" w:line="264" w:lineRule="exact"/>
        <w:ind w:left="0" w:right="0" w:firstLine="0"/>
      </w:pPr>
      <w:r>
        <w:rPr>
          <w:rFonts w:ascii="EB Garamond" w:hAnsi="EB Garamond"/>
          <w:b w:val="0"/>
          <w:i w:val="0"/>
          <w:sz w:val="22"/>
        </w:rPr>
        <w:t>“Kind of.”</w:t>
      </w:r>
    </w:p>
    <w:p>
      <w:pPr>
        <w:spacing w:before="0" w:after="0" w:line="264" w:lineRule="exact"/>
        <w:ind w:left="0" w:right="0" w:firstLine="0"/>
      </w:pPr>
      <w:r>
        <w:rPr>
          <w:rFonts w:ascii="EB Garamond" w:hAnsi="EB Garamond"/>
          <w:b w:val="0"/>
          <w:i w:val="0"/>
          <w:sz w:val="22"/>
        </w:rPr>
        <w:t>“Well, I wasn’t.”</w:t>
      </w:r>
    </w:p>
    <w:p>
      <w:pPr>
        <w:spacing w:before="0" w:after="0" w:line="264" w:lineRule="exact"/>
        <w:ind w:left="0" w:right="0" w:firstLine="0"/>
      </w:pPr>
      <w:r>
        <w:rPr>
          <w:rFonts w:ascii="EB Garamond" w:hAnsi="EB Garamond"/>
          <w:b w:val="0"/>
          <w:i w:val="0"/>
          <w:sz w:val="22"/>
        </w:rPr>
        <w:t>“This is deeply upsetting.”</w:t>
      </w:r>
    </w:p>
    <w:p>
      <w:pPr>
        <w:spacing w:before="0" w:after="0" w:line="264" w:lineRule="exact"/>
        <w:ind w:left="0" w:right="0" w:firstLine="0"/>
      </w:pPr>
      <w:r>
        <w:rPr>
          <w:rFonts w:ascii="EB Garamond" w:hAnsi="EB Garamond"/>
          <w:b w:val="0"/>
          <w:i w:val="0"/>
          <w:sz w:val="22"/>
        </w:rPr>
        <w:t>“You’ll recover.”</w:t>
      </w:r>
    </w:p>
    <w:p>
      <w:pPr>
        <w:spacing w:before="0" w:after="0" w:line="264" w:lineRule="exact"/>
        <w:ind w:left="0" w:right="0" w:firstLine="0"/>
      </w:pPr>
      <w:r>
        <w:rPr>
          <w:rFonts w:ascii="EB Garamond" w:hAnsi="EB Garamond"/>
          <w:b w:val="0"/>
          <w:i w:val="0"/>
          <w:sz w:val="22"/>
        </w:rPr>
        <w:t>Elsie watched her grandmother put the photograph back in the box.</w:t>
      </w:r>
    </w:p>
    <w:p>
      <w:pPr>
        <w:spacing w:before="0" w:after="0" w:line="264" w:lineRule="exact"/>
        <w:ind w:left="0" w:right="0" w:firstLine="0"/>
      </w:pPr>
      <w:r>
        <w:rPr>
          <w:rFonts w:ascii="EB Garamond" w:hAnsi="EB Garamond"/>
          <w:b w:val="0"/>
          <w:i w:val="0"/>
          <w:sz w:val="22"/>
        </w:rPr>
        <w:t>For a second, something changed in Grandma’s face.</w:t>
      </w:r>
    </w:p>
    <w:p>
      <w:pPr>
        <w:spacing w:before="0" w:after="0" w:line="264" w:lineRule="exact"/>
        <w:ind w:left="0" w:right="0" w:firstLine="0"/>
      </w:pPr>
      <w:r>
        <w:rPr>
          <w:rFonts w:ascii="EB Garamond" w:hAnsi="EB Garamond"/>
          <w:b w:val="0"/>
          <w:i w:val="0"/>
          <w:sz w:val="22"/>
        </w:rPr>
        <w:t>Not sadness exactly.</w:t>
      </w:r>
    </w:p>
    <w:p>
      <w:pPr>
        <w:spacing w:before="0" w:after="0" w:line="264" w:lineRule="exact"/>
        <w:ind w:left="0" w:right="0" w:firstLine="0"/>
      </w:pPr>
      <w:r>
        <w:rPr>
          <w:rFonts w:ascii="EB Garamond" w:hAnsi="EB Garamond"/>
          <w:b w:val="0"/>
          <w:i w:val="0"/>
          <w:sz w:val="22"/>
        </w:rPr>
        <w:t>Recognition.</w:t>
      </w:r>
    </w:p>
    <w:p>
      <w:pPr>
        <w:spacing w:before="0" w:after="0" w:line="264" w:lineRule="exact"/>
        <w:ind w:left="0" w:right="0" w:firstLine="0"/>
      </w:pPr>
      <w:r>
        <w:rPr>
          <w:rFonts w:ascii="EB Garamond" w:hAnsi="EB Garamond"/>
          <w:b w:val="0"/>
          <w:i w:val="0"/>
          <w:sz w:val="22"/>
        </w:rPr>
        <w:t>Like she’d opened a door somewhere much farther away than the closet.</w:t>
      </w:r>
    </w:p>
    <w:p>
      <w:pPr>
        <w:spacing w:before="0" w:after="0" w:line="264" w:lineRule="exact"/>
        <w:ind w:left="0" w:right="0" w:firstLine="0"/>
      </w:pPr>
      <w:r>
        <w:rPr>
          <w:rFonts w:ascii="EB Garamond" w:hAnsi="EB Garamond"/>
          <w:b w:val="0"/>
          <w:i w:val="0"/>
          <w:sz w:val="22"/>
        </w:rPr>
        <w:t>Elsie noticed.</w:t>
      </w:r>
    </w:p>
    <w:p>
      <w:pPr>
        <w:spacing w:before="0" w:after="0" w:line="264" w:lineRule="exact"/>
        <w:ind w:left="0" w:right="0" w:firstLine="0"/>
      </w:pPr>
      <w:r>
        <w:rPr>
          <w:rFonts w:ascii="EB Garamond" w:hAnsi="EB Garamond"/>
          <w:b w:val="0"/>
          <w:i w:val="0"/>
          <w:sz w:val="22"/>
        </w:rPr>
        <w:t>But Grandma closed the box.</w:t>
      </w:r>
    </w:p>
    <w:p>
      <w:pPr>
        <w:spacing w:before="0" w:after="0" w:line="264" w:lineRule="exact"/>
        <w:ind w:left="0" w:right="0" w:firstLine="0"/>
      </w:pPr>
      <w:r>
        <w:rPr>
          <w:rFonts w:ascii="EB Garamond" w:hAnsi="EB Garamond"/>
          <w:b w:val="0"/>
          <w:i w:val="0"/>
          <w:sz w:val="22"/>
        </w:rPr>
        <w:t>“Keep sorting.”</w:t>
      </w:r>
    </w:p>
    <w:p>
      <w:pPr>
        <w:spacing w:before="0" w:after="0" w:line="264" w:lineRule="exact"/>
        <w:ind w:left="0" w:right="0" w:firstLine="0"/>
      </w:pPr>
      <w:r>
        <w:rPr>
          <w:rFonts w:ascii="EB Garamond" w:hAnsi="EB Garamond"/>
          <w:b w:val="0"/>
          <w:i w:val="0"/>
          <w:sz w:val="22"/>
        </w:rPr>
        <w:t>And that was that.</w:t>
      </w:r>
    </w:p>
    <w:p>
      <w:pPr>
        <w:spacing w:before="0" w:after="0" w:line="264" w:lineRule="exact"/>
        <w:ind w:left="0" w:right="0" w:firstLine="0"/>
      </w:pPr>
      <w:r>
        <w:rPr>
          <w:rFonts w:ascii="EB Garamond" w:hAnsi="EB Garamond"/>
          <w:b w:val="0"/>
          <w:i w:val="0"/>
          <w:sz w:val="22"/>
        </w:rPr>
        <w:t>At 11:36, they took a break.</w:t>
      </w:r>
    </w:p>
    <w:p>
      <w:pPr>
        <w:spacing w:before="0" w:after="0" w:line="264" w:lineRule="exact"/>
        <w:ind w:left="0" w:right="0" w:firstLine="0"/>
      </w:pPr>
      <w:r>
        <w:rPr>
          <w:rFonts w:ascii="EB Garamond" w:hAnsi="EB Garamond"/>
          <w:b w:val="0"/>
          <w:i w:val="0"/>
          <w:sz w:val="22"/>
        </w:rPr>
        <w:t>Grandma made sweet tea.</w:t>
      </w:r>
    </w:p>
    <w:p>
      <w:pPr>
        <w:spacing w:before="0" w:after="0" w:line="264" w:lineRule="exact"/>
        <w:ind w:left="0" w:right="0" w:firstLine="0"/>
      </w:pPr>
      <w:r>
        <w:rPr>
          <w:rFonts w:ascii="EB Garamond" w:hAnsi="EB Garamond"/>
          <w:b w:val="0"/>
          <w:i w:val="0"/>
          <w:sz w:val="22"/>
        </w:rPr>
        <w:t>Elsie sat at the kitchen table scrolling through her phone while Grandma made sandwiches.</w:t>
      </w:r>
    </w:p>
    <w:p>
      <w:pPr>
        <w:spacing w:before="0" w:after="0" w:line="264" w:lineRule="exact"/>
        <w:ind w:left="0" w:right="0" w:firstLine="0"/>
      </w:pPr>
      <w:r>
        <w:rPr>
          <w:rFonts w:ascii="EB Garamond" w:hAnsi="EB Garamond"/>
          <w:b w:val="0"/>
          <w:i w:val="0"/>
          <w:sz w:val="22"/>
        </w:rPr>
        <w:t>She had three messages from Maddie.</w:t>
      </w:r>
    </w:p>
    <w:p>
      <w:pPr>
        <w:spacing w:before="0" w:after="0" w:line="264" w:lineRule="exact"/>
        <w:ind w:left="0" w:right="0" w:firstLine="0"/>
      </w:pPr>
      <w:r>
        <w:rPr>
          <w:rFonts w:ascii="EB Garamond" w:hAnsi="EB Garamond"/>
          <w:b w:val="0"/>
          <w:i w:val="0"/>
          <w:sz w:val="22"/>
        </w:rPr>
        <w:t>One from Ava.</w:t>
      </w:r>
    </w:p>
    <w:p>
      <w:pPr>
        <w:spacing w:before="0" w:after="0" w:line="264" w:lineRule="exact"/>
        <w:ind w:left="0" w:right="0" w:firstLine="0"/>
      </w:pPr>
      <w:r>
        <w:rPr>
          <w:rFonts w:ascii="EB Garamond" w:hAnsi="EB Garamond"/>
          <w:b w:val="0"/>
          <w:i w:val="0"/>
          <w:sz w:val="22"/>
        </w:rPr>
        <w:t>And one from Mason.</w:t>
      </w:r>
    </w:p>
    <w:p>
      <w:pPr>
        <w:spacing w:before="0" w:after="0" w:line="264" w:lineRule="exact"/>
        <w:ind w:left="0" w:right="0" w:firstLine="0"/>
      </w:pPr>
      <w:r>
        <w:rPr>
          <w:rFonts w:ascii="EB Garamond" w:hAnsi="EB Garamond"/>
          <w:b w:val="0"/>
          <w:i w:val="0"/>
          <w:sz w:val="22"/>
        </w:rPr>
        <w:t>Not that she was checking.</w:t>
      </w:r>
    </w:p>
    <w:p>
      <w:pPr>
        <w:spacing w:before="0" w:after="0" w:line="264" w:lineRule="exact"/>
        <w:ind w:left="0" w:right="0" w:firstLine="0"/>
      </w:pPr>
      <w:r>
        <w:rPr>
          <w:rFonts w:ascii="EB Garamond" w:hAnsi="EB Garamond"/>
          <w:b w:val="0"/>
          <w:i w:val="0"/>
          <w:sz w:val="22"/>
        </w:rPr>
        <w:t>She opened Maddie’s.</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ava’s house tonight</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come</w:t>
      </w:r>
    </w:p>
    <w:p>
      <w:pPr>
        <w:spacing w:before="0" w:after="0" w:line="264" w:lineRule="exact"/>
        <w:ind w:left="0" w:right="0" w:firstLine="0"/>
      </w:pPr>
      <w:r>
        <w:rPr>
          <w:rFonts w:ascii="EB Garamond" w:hAnsi="EB Garamond"/>
          <w:b w:val="0"/>
          <w:i w:val="0"/>
          <w:sz w:val="22"/>
        </w:rPr>
        <w:t>Then:</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Nora might be there 💀</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i w:val="0"/>
          <w:sz w:val="22"/>
        </w:rPr>
        <w:t>Elsie:</w:t>
      </w:r>
      <w:r>
        <w:rPr>
          <w:rFonts w:ascii="EB Garamond" w:hAnsi="EB Garamond"/>
          <w:b w:val="0"/>
          <w:i w:val="0"/>
          <w:sz w:val="22"/>
        </w:rPr>
        <w:t xml:space="preserve"> why?</w:t>
      </w:r>
    </w:p>
    <w:p>
      <w:pPr>
        <w:spacing w:before="0" w:after="0" w:line="264" w:lineRule="exact"/>
        <w:ind w:left="0" w:right="0" w:firstLine="0"/>
      </w:pPr>
      <w:r>
        <w:rPr>
          <w:rFonts w:ascii="EB Garamond" w:hAnsi="EB Garamond"/>
          <w:b w:val="0"/>
          <w:i w:val="0"/>
          <w:sz w:val="22"/>
        </w:rPr>
        <w:t>The response came immediately.</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her mom and ava’s mom are friends apparently</w:t>
      </w:r>
    </w:p>
    <w:p>
      <w:pPr>
        <w:spacing w:before="0" w:after="0" w:line="264" w:lineRule="exact"/>
        <w:ind w:left="0" w:right="0" w:firstLine="0"/>
      </w:pPr>
      <w:r>
        <w:rPr>
          <w:rFonts w:ascii="EB Garamond" w:hAnsi="EB Garamond"/>
          <w:b w:val="0"/>
          <w:i w:val="0"/>
          <w:sz w:val="22"/>
        </w:rPr>
        <w:t>Then:</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behave Christian girl</w:t>
      </w:r>
    </w:p>
    <w:p>
      <w:pPr>
        <w:spacing w:before="0" w:after="0" w:line="264" w:lineRule="exact"/>
        <w:ind w:left="0" w:right="0" w:firstLine="0"/>
      </w:pPr>
      <w:r>
        <w:rPr>
          <w:rFonts w:ascii="EB Garamond" w:hAnsi="EB Garamond"/>
          <w:b w:val="0"/>
          <w:i w:val="0"/>
          <w:sz w:val="22"/>
        </w:rPr>
        <w:t>Elsie’s stomach tightened.</w:t>
      </w:r>
    </w:p>
    <w:p>
      <w:pPr>
        <w:spacing w:before="0" w:after="0" w:line="264" w:lineRule="exact"/>
        <w:ind w:left="0" w:right="0" w:firstLine="0"/>
      </w:pPr>
      <w:r>
        <w:rPr>
          <w:rFonts w:ascii="EB Garamond" w:hAnsi="EB Garamond"/>
          <w:b w:val="0"/>
          <w:i w:val="0"/>
          <w:sz w:val="22"/>
        </w:rPr>
        <w:t>She stared at the message.</w:t>
      </w:r>
    </w:p>
    <w:p>
      <w:pPr>
        <w:spacing w:before="0" w:after="0" w:line="264" w:lineRule="exact"/>
        <w:ind w:left="0" w:right="0" w:firstLine="0"/>
      </w:pPr>
      <w:r>
        <w:rPr>
          <w:rFonts w:ascii="EB Garamond" w:hAnsi="EB Garamond"/>
          <w:b w:val="0"/>
          <w:i w:val="0"/>
          <w:sz w:val="22"/>
        </w:rPr>
        <w:t>Maddie was joking.</w:t>
      </w:r>
    </w:p>
    <w:p>
      <w:pPr>
        <w:spacing w:before="0" w:after="0" w:line="264" w:lineRule="exact"/>
        <w:ind w:left="0" w:right="0" w:firstLine="0"/>
      </w:pPr>
      <w:r>
        <w:rPr>
          <w:rFonts w:ascii="EB Garamond" w:hAnsi="EB Garamond"/>
          <w:b w:val="0"/>
          <w:i w:val="0"/>
          <w:sz w:val="22"/>
        </w:rPr>
        <w:t>Obviously.</w:t>
      </w:r>
    </w:p>
    <w:p>
      <w:pPr>
        <w:spacing w:before="0" w:after="0" w:line="264" w:lineRule="exact"/>
        <w:ind w:left="0" w:right="0" w:firstLine="0"/>
      </w:pPr>
      <w:r>
        <w:rPr>
          <w:rFonts w:ascii="EB Garamond" w:hAnsi="EB Garamond"/>
          <w:b w:val="0"/>
          <w:i w:val="0"/>
          <w:sz w:val="22"/>
        </w:rPr>
        <w:t>She typed:</w:t>
      </w:r>
    </w:p>
    <w:p>
      <w:pPr>
        <w:spacing w:before="0" w:after="0" w:line="264" w:lineRule="exact"/>
        <w:ind w:left="0" w:right="0" w:firstLine="0"/>
      </w:pPr>
      <w:r>
        <w:rPr>
          <w:rFonts w:ascii="EB Garamond" w:hAnsi="EB Garamond"/>
          <w:b/>
          <w:i w:val="0"/>
          <w:sz w:val="22"/>
        </w:rPr>
        <w:t>Elsie:</w:t>
      </w:r>
      <w:r>
        <w:rPr>
          <w:rFonts w:ascii="EB Garamond" w:hAnsi="EB Garamond"/>
          <w:b w:val="0"/>
          <w:i w:val="0"/>
          <w:sz w:val="22"/>
        </w:rPr>
        <w:t xml:space="preserve"> 🙏🙏🙏 praise be</w:t>
      </w:r>
    </w:p>
    <w:p>
      <w:pPr>
        <w:spacing w:before="0" w:after="0" w:line="264" w:lineRule="exact"/>
        <w:ind w:left="0" w:right="0" w:firstLine="0"/>
      </w:pPr>
      <w:r>
        <w:rPr>
          <w:rFonts w:ascii="EB Garamond" w:hAnsi="EB Garamond"/>
          <w:b w:val="0"/>
          <w:i w:val="0"/>
          <w:sz w:val="22"/>
        </w:rPr>
        <w:t>She hesitated.</w:t>
      </w:r>
    </w:p>
    <w:p>
      <w:pPr>
        <w:spacing w:before="0" w:after="0" w:line="264" w:lineRule="exact"/>
        <w:ind w:left="0" w:right="0" w:firstLine="0"/>
      </w:pPr>
      <w:r>
        <w:rPr>
          <w:rFonts w:ascii="EB Garamond" w:hAnsi="EB Garamond"/>
          <w:b w:val="0"/>
          <w:i w:val="0"/>
          <w:sz w:val="22"/>
        </w:rPr>
        <w:t>Then sent it.</w:t>
      </w:r>
    </w:p>
    <w:p>
      <w:pPr>
        <w:spacing w:before="0" w:after="0" w:line="264" w:lineRule="exact"/>
        <w:ind w:left="0" w:right="0" w:firstLine="0"/>
      </w:pPr>
      <w:r>
        <w:rPr>
          <w:rFonts w:ascii="EB Garamond" w:hAnsi="EB Garamond"/>
          <w:b w:val="0"/>
          <w:i w:val="0"/>
          <w:sz w:val="22"/>
        </w:rPr>
        <w:t>“Something wrong?”</w:t>
      </w:r>
    </w:p>
    <w:p>
      <w:pPr>
        <w:spacing w:before="0" w:after="0" w:line="264" w:lineRule="exact"/>
        <w:ind w:left="0" w:right="0" w:firstLine="0"/>
      </w:pPr>
      <w:r>
        <w:rPr>
          <w:rFonts w:ascii="EB Garamond" w:hAnsi="EB Garamond"/>
          <w:b w:val="0"/>
          <w:i w:val="0"/>
          <w:sz w:val="22"/>
        </w:rPr>
        <w:t>Elsie looked up.</w:t>
      </w:r>
    </w:p>
    <w:p>
      <w:pPr>
        <w:spacing w:before="0" w:after="0" w:line="264" w:lineRule="exact"/>
        <w:ind w:left="0" w:right="0" w:firstLine="0"/>
      </w:pPr>
      <w:r>
        <w:rPr>
          <w:rFonts w:ascii="EB Garamond" w:hAnsi="EB Garamond"/>
          <w:b w:val="0"/>
          <w:i w:val="0"/>
          <w:sz w:val="22"/>
        </w:rPr>
        <w:t>Grandma was spreading mayonnaise on bread.</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Automatic fine.</w:t>
      </w:r>
    </w:p>
    <w:p>
      <w:pPr>
        <w:spacing w:before="0" w:after="0" w:line="264" w:lineRule="exact"/>
        <w:ind w:left="0" w:right="0" w:firstLine="0"/>
      </w:pPr>
      <w:r>
        <w:rPr>
          <w:rFonts w:ascii="EB Garamond" w:hAnsi="EB Garamond"/>
          <w:b w:val="0"/>
          <w:i w:val="0"/>
          <w:sz w:val="22"/>
        </w:rPr>
        <w:t>Grandma nodded.</w:t>
      </w:r>
    </w:p>
    <w:p>
      <w:pPr>
        <w:spacing w:before="0" w:after="0" w:line="264" w:lineRule="exact"/>
        <w:ind w:left="0" w:right="0" w:firstLine="0"/>
      </w:pPr>
      <w:r>
        <w:rPr>
          <w:rFonts w:ascii="EB Garamond" w:hAnsi="EB Garamond"/>
          <w:b w:val="0"/>
          <w:i w:val="0"/>
          <w:sz w:val="22"/>
        </w:rPr>
        <w:t>No interrogation.</w:t>
      </w:r>
    </w:p>
    <w:p>
      <w:pPr>
        <w:spacing w:before="0" w:after="0" w:line="264" w:lineRule="exact"/>
        <w:ind w:left="0" w:right="0" w:firstLine="0"/>
      </w:pPr>
      <w:r>
        <w:rPr>
          <w:rFonts w:ascii="EB Garamond" w:hAnsi="EB Garamond"/>
          <w:b w:val="0"/>
          <w:i w:val="0"/>
          <w:sz w:val="22"/>
        </w:rPr>
        <w:t>Elsie appreciated that about her.</w:t>
      </w:r>
    </w:p>
    <w:p>
      <w:pPr>
        <w:spacing w:before="0" w:after="0" w:line="264" w:lineRule="exact"/>
        <w:ind w:left="0" w:right="0" w:firstLine="0"/>
      </w:pPr>
      <w:r>
        <w:rPr>
          <w:rFonts w:ascii="EB Garamond" w:hAnsi="EB Garamond"/>
          <w:b w:val="0"/>
          <w:i w:val="0"/>
          <w:sz w:val="22"/>
        </w:rPr>
        <w:t>She set her phone face down.</w:t>
      </w:r>
    </w:p>
    <w:p>
      <w:pPr>
        <w:spacing w:before="0" w:after="0" w:line="264" w:lineRule="exact"/>
        <w:ind w:left="0" w:right="0" w:firstLine="0"/>
      </w:pPr>
      <w:r>
        <w:rPr>
          <w:rFonts w:ascii="EB Garamond" w:hAnsi="EB Garamond"/>
          <w:b w:val="0"/>
          <w:i w:val="0"/>
          <w:sz w:val="22"/>
        </w:rPr>
        <w:t>Then remembered something.</w:t>
      </w:r>
    </w:p>
    <w:p>
      <w:pPr>
        <w:spacing w:before="0" w:after="0" w:line="264" w:lineRule="exact"/>
        <w:ind w:left="0" w:right="0" w:firstLine="0"/>
      </w:pPr>
      <w:r>
        <w:rPr>
          <w:rFonts w:ascii="EB Garamond" w:hAnsi="EB Garamond"/>
          <w:b w:val="0"/>
          <w:i w:val="0"/>
          <w:sz w:val="22"/>
        </w:rPr>
        <w:t>“Hey.”</w:t>
      </w:r>
    </w:p>
    <w:p>
      <w:pPr>
        <w:spacing w:before="0" w:after="0" w:line="264" w:lineRule="exact"/>
        <w:ind w:left="0" w:right="0" w:firstLine="0"/>
      </w:pPr>
      <w:r>
        <w:rPr>
          <w:rFonts w:ascii="EB Garamond" w:hAnsi="EB Garamond"/>
          <w:b w:val="0"/>
          <w:i w:val="0"/>
          <w:sz w:val="22"/>
        </w:rPr>
        <w:t>“Hmm?”</w:t>
      </w:r>
    </w:p>
    <w:p>
      <w:pPr>
        <w:spacing w:before="0" w:after="0" w:line="264" w:lineRule="exact"/>
        <w:ind w:left="0" w:right="0" w:firstLine="0"/>
      </w:pPr>
      <w:r>
        <w:rPr>
          <w:rFonts w:ascii="EB Garamond" w:hAnsi="EB Garamond"/>
          <w:b w:val="0"/>
          <w:i w:val="0"/>
          <w:sz w:val="22"/>
        </w:rPr>
        <w:t>“Why was that paper in my Bible?”</w:t>
      </w:r>
    </w:p>
    <w:p>
      <w:pPr>
        <w:spacing w:before="0" w:after="0" w:line="264" w:lineRule="exact"/>
        <w:ind w:left="0" w:right="0" w:firstLine="0"/>
      </w:pPr>
      <w:r>
        <w:rPr>
          <w:rFonts w:ascii="EB Garamond" w:hAnsi="EB Garamond"/>
          <w:b w:val="0"/>
          <w:i w:val="0"/>
          <w:sz w:val="22"/>
        </w:rPr>
        <w:t>Grandma stopped spreading mayonnaise.</w:t>
      </w:r>
    </w:p>
    <w:p>
      <w:pPr>
        <w:spacing w:before="0" w:after="0" w:line="264" w:lineRule="exact"/>
        <w:ind w:left="0" w:right="0" w:firstLine="0"/>
      </w:pPr>
      <w:r>
        <w:rPr>
          <w:rFonts w:ascii="EB Garamond" w:hAnsi="EB Garamond"/>
          <w:b w:val="0"/>
          <w:i w:val="0"/>
          <w:sz w:val="22"/>
        </w:rPr>
        <w:t>“What paper?”</w:t>
      </w:r>
    </w:p>
    <w:p>
      <w:pPr>
        <w:spacing w:before="0" w:after="0" w:line="264" w:lineRule="exact"/>
        <w:ind w:left="0" w:right="0" w:firstLine="0"/>
      </w:pPr>
      <w:r>
        <w:rPr>
          <w:rFonts w:ascii="EB Garamond" w:hAnsi="EB Garamond"/>
          <w:b w:val="0"/>
          <w:i w:val="0"/>
          <w:sz w:val="22"/>
        </w:rPr>
        <w:t>“The list.”</w:t>
      </w:r>
    </w:p>
    <w:p>
      <w:pPr>
        <w:spacing w:before="0" w:after="0" w:line="264" w:lineRule="exact"/>
        <w:ind w:left="0" w:right="0" w:firstLine="0"/>
      </w:pPr>
      <w:r>
        <w:rPr>
          <w:rFonts w:ascii="EB Garamond" w:hAnsi="EB Garamond"/>
          <w:b w:val="0"/>
          <w:i w:val="0"/>
          <w:sz w:val="22"/>
        </w:rPr>
        <w:t>Grandma looked at her.</w:t>
      </w:r>
    </w:p>
    <w:p>
      <w:pPr>
        <w:spacing w:before="0" w:after="0" w:line="264" w:lineRule="exact"/>
        <w:ind w:left="0" w:right="0" w:firstLine="0"/>
      </w:pPr>
      <w:r>
        <w:rPr>
          <w:rFonts w:ascii="EB Garamond" w:hAnsi="EB Garamond"/>
          <w:b w:val="0"/>
          <w:i w:val="0"/>
          <w:sz w:val="22"/>
        </w:rPr>
        <w:t>Elsie watched recognition arrive.</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“Yeah. Oh.”</w:t>
      </w:r>
    </w:p>
    <w:p>
      <w:pPr>
        <w:spacing w:before="0" w:after="0" w:line="264" w:lineRule="exact"/>
        <w:ind w:left="0" w:right="0" w:firstLine="0"/>
      </w:pPr>
      <w:r>
        <w:rPr>
          <w:rFonts w:ascii="EB Garamond" w:hAnsi="EB Garamond"/>
          <w:b w:val="0"/>
          <w:i w:val="0"/>
          <w:sz w:val="22"/>
        </w:rPr>
        <w:t>Grandma put the knife down.</w:t>
      </w:r>
    </w:p>
    <w:p>
      <w:pPr>
        <w:spacing w:before="0" w:after="0" w:line="264" w:lineRule="exact"/>
        <w:ind w:left="0" w:right="0" w:firstLine="0"/>
      </w:pPr>
      <w:r>
        <w:rPr>
          <w:rFonts w:ascii="EB Garamond" w:hAnsi="EB Garamond"/>
          <w:b w:val="0"/>
          <w:i w:val="0"/>
          <w:sz w:val="22"/>
        </w:rPr>
        <w:t>“I forgot about that.”</w:t>
      </w:r>
    </w:p>
    <w:p>
      <w:pPr>
        <w:spacing w:before="0" w:after="0" w:line="264" w:lineRule="exact"/>
        <w:ind w:left="0" w:right="0" w:firstLine="0"/>
      </w:pPr>
      <w:r>
        <w:rPr>
          <w:rFonts w:ascii="EB Garamond" w:hAnsi="EB Garamond"/>
          <w:b w:val="0"/>
          <w:i w:val="0"/>
          <w:sz w:val="22"/>
        </w:rPr>
        <w:t>“You wrote it?”</w:t>
      </w:r>
    </w:p>
    <w:p>
      <w:pPr>
        <w:spacing w:before="0" w:after="0" w:line="264" w:lineRule="exact"/>
        <w:ind w:left="0" w:right="0" w:firstLine="0"/>
      </w:pPr>
      <w:r>
        <w:rPr>
          <w:rFonts w:ascii="EB Garamond" w:hAnsi="EB Garamond"/>
          <w:b w:val="0"/>
          <w:i w:val="0"/>
          <w:sz w:val="22"/>
        </w:rPr>
        <w:t>“I did.”</w:t>
      </w:r>
    </w:p>
    <w:p>
      <w:pPr>
        <w:spacing w:before="0" w:after="0" w:line="264" w:lineRule="exact"/>
        <w:ind w:left="0" w:right="0" w:firstLine="0"/>
      </w:pPr>
      <w:r>
        <w:rPr>
          <w:rFonts w:ascii="EB Garamond" w:hAnsi="EB Garamond"/>
          <w:b w:val="0"/>
          <w:i w:val="0"/>
          <w:sz w:val="22"/>
        </w:rPr>
        <w:t>“Why?”</w:t>
      </w:r>
    </w:p>
    <w:p>
      <w:pPr>
        <w:spacing w:before="0" w:after="0" w:line="264" w:lineRule="exact"/>
        <w:ind w:left="0" w:right="0" w:firstLine="0"/>
      </w:pPr>
      <w:r>
        <w:rPr>
          <w:rFonts w:ascii="EB Garamond" w:hAnsi="EB Garamond"/>
          <w:b w:val="0"/>
          <w:i w:val="0"/>
          <w:sz w:val="22"/>
        </w:rPr>
        <w:t>Grandma carried the plates to the table.</w:t>
      </w:r>
    </w:p>
    <w:p>
      <w:pPr>
        <w:spacing w:before="0" w:after="0" w:line="264" w:lineRule="exact"/>
        <w:ind w:left="0" w:right="0" w:firstLine="0"/>
      </w:pPr>
      <w:r>
        <w:rPr>
          <w:rFonts w:ascii="EB Garamond" w:hAnsi="EB Garamond"/>
          <w:b w:val="0"/>
          <w:i w:val="0"/>
          <w:sz w:val="22"/>
        </w:rPr>
        <w:t>“Turkey or ham?”</w:t>
      </w:r>
    </w:p>
    <w:p>
      <w:pPr>
        <w:spacing w:before="0" w:after="0" w:line="264" w:lineRule="exact"/>
        <w:ind w:left="0" w:right="0" w:firstLine="0"/>
      </w:pPr>
      <w:r>
        <w:rPr>
          <w:rFonts w:ascii="EB Garamond" w:hAnsi="EB Garamond"/>
          <w:b w:val="0"/>
          <w:i w:val="0"/>
          <w:sz w:val="22"/>
        </w:rPr>
        <w:t>“Grandma.”</w:t>
      </w:r>
    </w:p>
    <w:p>
      <w:pPr>
        <w:spacing w:before="0" w:after="0" w:line="264" w:lineRule="exact"/>
        <w:ind w:left="0" w:right="0" w:firstLine="0"/>
      </w:pPr>
      <w:r>
        <w:rPr>
          <w:rFonts w:ascii="EB Garamond" w:hAnsi="EB Garamond"/>
          <w:b w:val="0"/>
          <w:i w:val="0"/>
          <w:sz w:val="22"/>
        </w:rPr>
        <w:t>“Turkey or ham?”</w:t>
      </w:r>
    </w:p>
    <w:p>
      <w:pPr>
        <w:spacing w:before="0" w:after="0" w:line="264" w:lineRule="exact"/>
        <w:ind w:left="0" w:right="0" w:firstLine="0"/>
      </w:pPr>
      <w:r>
        <w:rPr>
          <w:rFonts w:ascii="EB Garamond" w:hAnsi="EB Garamond"/>
          <w:b w:val="0"/>
          <w:i w:val="0"/>
          <w:sz w:val="22"/>
        </w:rPr>
        <w:t>“Turkey. Why did you write it?”</w:t>
      </w:r>
    </w:p>
    <w:p>
      <w:pPr>
        <w:spacing w:before="0" w:after="0" w:line="264" w:lineRule="exact"/>
        <w:ind w:left="0" w:right="0" w:firstLine="0"/>
      </w:pPr>
      <w:r>
        <w:rPr>
          <w:rFonts w:ascii="EB Garamond" w:hAnsi="EB Garamond"/>
          <w:b w:val="0"/>
          <w:i w:val="0"/>
          <w:sz w:val="22"/>
        </w:rPr>
        <w:t>Grandma slid the plate toward her and sat down.</w:t>
      </w:r>
    </w:p>
    <w:p>
      <w:pPr>
        <w:spacing w:before="0" w:after="0" w:line="264" w:lineRule="exact"/>
        <w:ind w:left="0" w:right="0" w:firstLine="0"/>
      </w:pPr>
      <w:r>
        <w:rPr>
          <w:rFonts w:ascii="EB Garamond" w:hAnsi="EB Garamond"/>
          <w:b w:val="0"/>
          <w:i w:val="0"/>
          <w:sz w:val="22"/>
        </w:rPr>
        <w:t>“I don’t remember exactly.”</w:t>
      </w:r>
    </w:p>
    <w:p>
      <w:pPr>
        <w:spacing w:before="0" w:after="0" w:line="264" w:lineRule="exact"/>
        <w:ind w:left="0" w:right="0" w:firstLine="0"/>
      </w:pPr>
      <w:r>
        <w:rPr>
          <w:rFonts w:ascii="EB Garamond" w:hAnsi="EB Garamond"/>
          <w:b w:val="0"/>
          <w:i w:val="0"/>
          <w:sz w:val="22"/>
        </w:rPr>
        <w:t>Elsie gave her a look.</w:t>
      </w:r>
    </w:p>
    <w:p>
      <w:pPr>
        <w:spacing w:before="0" w:after="0" w:line="264" w:lineRule="exact"/>
        <w:ind w:left="0" w:right="0" w:firstLine="0"/>
      </w:pPr>
      <w:r>
        <w:rPr>
          <w:rFonts w:ascii="EB Garamond" w:hAnsi="EB Garamond"/>
          <w:b w:val="0"/>
          <w:i w:val="0"/>
          <w:sz w:val="22"/>
        </w:rPr>
        <w:t>Grandma took a sip of tea.</w:t>
      </w:r>
    </w:p>
    <w:p>
      <w:pPr>
        <w:spacing w:before="0" w:after="0" w:line="264" w:lineRule="exact"/>
        <w:ind w:left="0" w:right="0" w:firstLine="0"/>
      </w:pPr>
      <w:r>
        <w:rPr>
          <w:rFonts w:ascii="EB Garamond" w:hAnsi="EB Garamond"/>
          <w:b w:val="0"/>
          <w:i w:val="0"/>
          <w:sz w:val="22"/>
        </w:rPr>
        <w:t>“That’s the truth.”</w:t>
      </w:r>
    </w:p>
    <w:p>
      <w:pPr>
        <w:spacing w:before="0" w:after="0" w:line="264" w:lineRule="exact"/>
        <w:ind w:left="0" w:right="0" w:firstLine="0"/>
      </w:pPr>
      <w:r>
        <w:rPr>
          <w:rFonts w:ascii="EB Garamond" w:hAnsi="EB Garamond"/>
          <w:b w:val="0"/>
          <w:i w:val="0"/>
          <w:sz w:val="22"/>
        </w:rPr>
        <w:t>“You made an entire list of messed-up Bible people and stuck it in my Bible for no reason?”</w:t>
      </w:r>
    </w:p>
    <w:p>
      <w:pPr>
        <w:spacing w:before="0" w:after="0" w:line="264" w:lineRule="exact"/>
        <w:ind w:left="0" w:right="0" w:firstLine="0"/>
      </w:pPr>
      <w:r>
        <w:rPr>
          <w:rFonts w:ascii="EB Garamond" w:hAnsi="EB Garamond"/>
          <w:b w:val="0"/>
          <w:i w:val="0"/>
          <w:sz w:val="22"/>
        </w:rPr>
        <w:t>“I wouldn’t call them messed-up.”</w:t>
      </w:r>
    </w:p>
    <w:p>
      <w:pPr>
        <w:spacing w:before="0" w:after="0" w:line="264" w:lineRule="exact"/>
        <w:ind w:left="0" w:right="0" w:firstLine="0"/>
      </w:pPr>
      <w:r>
        <w:rPr>
          <w:rFonts w:ascii="EB Garamond" w:hAnsi="EB Garamond"/>
          <w:b w:val="0"/>
          <w:i w:val="0"/>
          <w:sz w:val="22"/>
        </w:rPr>
        <w:t>“One was dead.”</w:t>
      </w:r>
    </w:p>
    <w:p>
      <w:pPr>
        <w:spacing w:before="0" w:after="0" w:line="264" w:lineRule="exact"/>
        <w:ind w:left="0" w:right="0" w:firstLine="0"/>
      </w:pPr>
      <w:r>
        <w:rPr>
          <w:rFonts w:ascii="EB Garamond" w:hAnsi="EB Garamond"/>
          <w:b w:val="0"/>
          <w:i w:val="0"/>
          <w:sz w:val="22"/>
        </w:rPr>
        <w:t>Grandma laughed. “Lazarus.”</w:t>
      </w:r>
    </w:p>
    <w:p>
      <w:pPr>
        <w:spacing w:before="0" w:after="0" w:line="264" w:lineRule="exact"/>
        <w:ind w:left="0" w:right="0" w:firstLine="0"/>
      </w:pPr>
      <w:r>
        <w:rPr>
          <w:rFonts w:ascii="EB Garamond" w:hAnsi="EB Garamond"/>
          <w:b w:val="0"/>
          <w:i w:val="0"/>
          <w:sz w:val="22"/>
        </w:rPr>
        <w:t>“Four days.”</w:t>
      </w:r>
    </w:p>
    <w:p>
      <w:pPr>
        <w:spacing w:before="0" w:after="0" w:line="264" w:lineRule="exact"/>
        <w:ind w:left="0" w:right="0" w:firstLine="0"/>
      </w:pPr>
      <w:r>
        <w:rPr>
          <w:rFonts w:ascii="EB Garamond" w:hAnsi="EB Garamond"/>
          <w:b w:val="0"/>
          <w:i w:val="0"/>
          <w:sz w:val="22"/>
        </w:rPr>
        <w:t>“You looked him up.”</w:t>
      </w:r>
    </w:p>
    <w:p>
      <w:pPr>
        <w:spacing w:before="0" w:after="0" w:line="264" w:lineRule="exact"/>
        <w:ind w:left="0" w:right="0" w:firstLine="0"/>
      </w:pPr>
      <w:r>
        <w:rPr>
          <w:rFonts w:ascii="EB Garamond" w:hAnsi="EB Garamond"/>
          <w:b w:val="0"/>
          <w:i w:val="0"/>
          <w:sz w:val="22"/>
        </w:rPr>
        <w:t>Elsie immediately regretted mentioning that.</w:t>
      </w:r>
    </w:p>
    <w:p>
      <w:pPr>
        <w:spacing w:before="0" w:after="0" w:line="264" w:lineRule="exact"/>
        <w:ind w:left="0" w:right="0" w:firstLine="0"/>
      </w:pPr>
      <w:r>
        <w:rPr>
          <w:rFonts w:ascii="EB Garamond" w:hAnsi="EB Garamond"/>
          <w:b w:val="0"/>
          <w:i w:val="0"/>
          <w:sz w:val="22"/>
        </w:rPr>
        <w:t>“Maybe.”</w:t>
      </w:r>
    </w:p>
    <w:p>
      <w:pPr>
        <w:spacing w:before="0" w:after="0" w:line="264" w:lineRule="exact"/>
        <w:ind w:left="0" w:right="0" w:firstLine="0"/>
      </w:pPr>
      <w:r>
        <w:rPr>
          <w:rFonts w:ascii="EB Garamond" w:hAnsi="EB Garamond"/>
          <w:b w:val="0"/>
          <w:i w:val="0"/>
          <w:sz w:val="22"/>
        </w:rPr>
        <w:t>Grandma smiled.</w:t>
      </w:r>
    </w:p>
    <w:p>
      <w:pPr>
        <w:spacing w:before="0" w:after="0" w:line="264" w:lineRule="exact"/>
        <w:ind w:left="0" w:right="0" w:firstLine="0"/>
      </w:pPr>
      <w:r>
        <w:rPr>
          <w:rFonts w:ascii="EB Garamond" w:hAnsi="EB Garamond"/>
          <w:b w:val="0"/>
          <w:i w:val="0"/>
          <w:sz w:val="22"/>
        </w:rPr>
        <w:t>“Don’t.”</w:t>
      </w:r>
    </w:p>
    <w:p>
      <w:pPr>
        <w:spacing w:before="0" w:after="0" w:line="264" w:lineRule="exact"/>
        <w:ind w:left="0" w:right="0" w:firstLine="0"/>
      </w:pPr>
      <w:r>
        <w:rPr>
          <w:rFonts w:ascii="EB Garamond" w:hAnsi="EB Garamond"/>
          <w:b w:val="0"/>
          <w:i w:val="0"/>
          <w:sz w:val="22"/>
        </w:rPr>
        <w:t>“I didn’t say anything.”</w:t>
      </w:r>
    </w:p>
    <w:p>
      <w:pPr>
        <w:spacing w:before="0" w:after="0" w:line="264" w:lineRule="exact"/>
        <w:ind w:left="0" w:right="0" w:firstLine="0"/>
      </w:pPr>
      <w:r>
        <w:rPr>
          <w:rFonts w:ascii="EB Garamond" w:hAnsi="EB Garamond"/>
          <w:b w:val="0"/>
          <w:i w:val="0"/>
          <w:sz w:val="22"/>
        </w:rPr>
        <w:t>“Your face did.”</w:t>
      </w:r>
    </w:p>
    <w:p>
      <w:pPr>
        <w:spacing w:before="0" w:after="0" w:line="264" w:lineRule="exact"/>
        <w:ind w:left="0" w:right="0" w:firstLine="0"/>
      </w:pPr>
      <w:r>
        <w:rPr>
          <w:rFonts w:ascii="EB Garamond" w:hAnsi="EB Garamond"/>
          <w:b w:val="0"/>
          <w:i w:val="0"/>
          <w:sz w:val="22"/>
        </w:rPr>
        <w:t>Grandma’s smile softened.</w:t>
      </w:r>
    </w:p>
    <w:p>
      <w:pPr>
        <w:spacing w:before="0" w:after="0" w:line="264" w:lineRule="exact"/>
        <w:ind w:left="0" w:right="0" w:firstLine="0"/>
      </w:pPr>
      <w:r>
        <w:rPr>
          <w:rFonts w:ascii="EB Garamond" w:hAnsi="EB Garamond"/>
          <w:b w:val="0"/>
          <w:i w:val="0"/>
          <w:sz w:val="22"/>
        </w:rPr>
        <w:t>“I think you were about thirteen.”</w:t>
      </w:r>
    </w:p>
    <w:p>
      <w:pPr>
        <w:spacing w:before="0" w:after="0" w:line="264" w:lineRule="exact"/>
        <w:ind w:left="0" w:right="0" w:firstLine="0"/>
      </w:pPr>
      <w:r>
        <w:rPr>
          <w:rFonts w:ascii="EB Garamond" w:hAnsi="EB Garamond"/>
          <w:b w:val="0"/>
          <w:i w:val="0"/>
          <w:sz w:val="22"/>
        </w:rPr>
        <w:t>“What happened when I was thirteen?”</w:t>
      </w:r>
    </w:p>
    <w:p>
      <w:pPr>
        <w:spacing w:before="0" w:after="0" w:line="264" w:lineRule="exact"/>
        <w:ind w:left="0" w:right="0" w:firstLine="0"/>
      </w:pPr>
      <w:r>
        <w:rPr>
          <w:rFonts w:ascii="EB Garamond" w:hAnsi="EB Garamond"/>
          <w:b w:val="0"/>
          <w:i w:val="0"/>
          <w:sz w:val="22"/>
        </w:rPr>
        <w:t>“A lot.”</w:t>
      </w:r>
    </w:p>
    <w:p>
      <w:pPr>
        <w:spacing w:before="0" w:after="0" w:line="264" w:lineRule="exact"/>
        <w:ind w:left="0" w:right="0" w:firstLine="0"/>
      </w:pPr>
      <w:r>
        <w:rPr>
          <w:rFonts w:ascii="EB Garamond" w:hAnsi="EB Garamond"/>
          <w:b w:val="0"/>
          <w:i w:val="0"/>
          <w:sz w:val="22"/>
        </w:rPr>
        <w:t>“Helpful.”</w:t>
      </w:r>
    </w:p>
    <w:p>
      <w:pPr>
        <w:spacing w:before="0" w:after="0" w:line="264" w:lineRule="exact"/>
        <w:ind w:left="0" w:right="0" w:firstLine="0"/>
      </w:pPr>
      <w:r>
        <w:rPr>
          <w:rFonts w:ascii="EB Garamond" w:hAnsi="EB Garamond"/>
          <w:b w:val="0"/>
          <w:i w:val="0"/>
          <w:sz w:val="22"/>
        </w:rPr>
        <w:t>“You were having a hard time.”</w:t>
      </w:r>
    </w:p>
    <w:p>
      <w:pPr>
        <w:spacing w:before="0" w:after="0" w:line="264" w:lineRule="exact"/>
        <w:ind w:left="0" w:right="0" w:firstLine="0"/>
      </w:pPr>
      <w:r>
        <w:rPr>
          <w:rFonts w:ascii="EB Garamond" w:hAnsi="EB Garamond"/>
          <w:b w:val="0"/>
          <w:i w:val="0"/>
          <w:sz w:val="22"/>
        </w:rPr>
        <w:t>Elsie pulled a corner from her sandwich.</w:t>
      </w:r>
    </w:p>
    <w:p>
      <w:pPr>
        <w:spacing w:before="0" w:after="0" w:line="264" w:lineRule="exact"/>
        <w:ind w:left="0" w:right="0" w:firstLine="0"/>
      </w:pPr>
      <w:r>
        <w:rPr>
          <w:rFonts w:ascii="EB Garamond" w:hAnsi="EB Garamond"/>
          <w:b w:val="0"/>
          <w:i w:val="0"/>
          <w:sz w:val="22"/>
        </w:rPr>
        <w:t>“I don’t remember.”</w:t>
      </w:r>
    </w:p>
    <w:p>
      <w:pPr>
        <w:spacing w:before="0" w:after="0" w:line="264" w:lineRule="exact"/>
        <w:ind w:left="0" w:right="0" w:firstLine="0"/>
      </w:pPr>
      <w:r>
        <w:rPr>
          <w:rFonts w:ascii="EB Garamond" w:hAnsi="EB Garamond"/>
          <w:b w:val="0"/>
          <w:i w:val="0"/>
          <w:sz w:val="22"/>
        </w:rPr>
        <w:t>“I do.”</w:t>
      </w:r>
    </w:p>
    <w:p>
      <w:pPr>
        <w:spacing w:before="0" w:after="0" w:line="264" w:lineRule="exact"/>
        <w:ind w:left="0" w:right="0" w:firstLine="0"/>
      </w:pPr>
      <w:r>
        <w:rPr>
          <w:rFonts w:ascii="EB Garamond" w:hAnsi="EB Garamond"/>
          <w:b w:val="0"/>
          <w:i w:val="0"/>
          <w:sz w:val="22"/>
        </w:rPr>
        <w:t>That made her look up.</w:t>
      </w:r>
    </w:p>
    <w:p>
      <w:pPr>
        <w:spacing w:before="0" w:after="0" w:line="264" w:lineRule="exact"/>
        <w:ind w:left="0" w:right="0" w:firstLine="0"/>
      </w:pPr>
      <w:r>
        <w:rPr>
          <w:rFonts w:ascii="EB Garamond" w:hAnsi="EB Garamond"/>
          <w:b w:val="0"/>
          <w:i w:val="0"/>
          <w:sz w:val="22"/>
        </w:rPr>
        <w:t>Grandma wasn’t smiling anymore.</w:t>
      </w:r>
    </w:p>
    <w:p>
      <w:pPr>
        <w:spacing w:before="0" w:after="0" w:line="264" w:lineRule="exact"/>
        <w:ind w:left="0" w:right="0" w:firstLine="0"/>
      </w:pPr>
      <w:r>
        <w:rPr>
          <w:rFonts w:ascii="EB Garamond" w:hAnsi="EB Garamond"/>
          <w:b w:val="0"/>
          <w:i w:val="0"/>
          <w:sz w:val="22"/>
        </w:rPr>
        <w:t>“You called me crying one night.”</w:t>
      </w:r>
    </w:p>
    <w:p>
      <w:pPr>
        <w:spacing w:before="0" w:after="0" w:line="264" w:lineRule="exact"/>
        <w:ind w:left="0" w:right="0" w:firstLine="0"/>
      </w:pPr>
      <w:r>
        <w:rPr>
          <w:rFonts w:ascii="EB Garamond" w:hAnsi="EB Garamond"/>
          <w:b w:val="0"/>
          <w:i w:val="0"/>
          <w:sz w:val="22"/>
        </w:rPr>
        <w:t>Elsie searched her memory.</w:t>
      </w:r>
    </w:p>
    <w:p>
      <w:pPr>
        <w:spacing w:before="0" w:after="0" w:line="264" w:lineRule="exact"/>
        <w:ind w:left="0" w:right="0" w:firstLine="0"/>
      </w:pPr>
      <w:r>
        <w:rPr>
          <w:rFonts w:ascii="EB Garamond" w:hAnsi="EB Garamond"/>
          <w:b w:val="0"/>
          <w:i w:val="0"/>
          <w:sz w:val="22"/>
        </w:rPr>
        <w:t>Nothing.</w:t>
      </w:r>
    </w:p>
    <w:p>
      <w:pPr>
        <w:spacing w:before="0" w:after="0" w:line="264" w:lineRule="exact"/>
        <w:ind w:left="0" w:right="0" w:firstLine="0"/>
      </w:pPr>
      <w:r>
        <w:rPr>
          <w:rFonts w:ascii="EB Garamond" w:hAnsi="EB Garamond"/>
          <w:b w:val="0"/>
          <w:i w:val="0"/>
          <w:sz w:val="22"/>
        </w:rPr>
        <w:t>“You didn’t want your mother to know.”</w:t>
      </w:r>
    </w:p>
    <w:p>
      <w:pPr>
        <w:spacing w:before="0" w:after="0" w:line="264" w:lineRule="exact"/>
        <w:ind w:left="0" w:right="0" w:firstLine="0"/>
      </w:pPr>
      <w:r>
        <w:rPr>
          <w:rFonts w:ascii="EB Garamond" w:hAnsi="EB Garamond"/>
          <w:b w:val="0"/>
          <w:i w:val="0"/>
          <w:sz w:val="22"/>
        </w:rPr>
        <w:t>“What was wrong?”</w:t>
      </w:r>
    </w:p>
    <w:p>
      <w:pPr>
        <w:spacing w:before="0" w:after="0" w:line="264" w:lineRule="exact"/>
        <w:ind w:left="0" w:right="0" w:firstLine="0"/>
      </w:pPr>
      <w:r>
        <w:rPr>
          <w:rFonts w:ascii="EB Garamond" w:hAnsi="EB Garamond"/>
          <w:b w:val="0"/>
          <w:i w:val="0"/>
          <w:sz w:val="22"/>
        </w:rPr>
        <w:t>“You’d seen some pictures online.”</w:t>
      </w:r>
    </w:p>
    <w:p>
      <w:pPr>
        <w:spacing w:before="0" w:after="0" w:line="264" w:lineRule="exact"/>
        <w:ind w:left="0" w:right="0" w:firstLine="0"/>
      </w:pPr>
      <w:r>
        <w:rPr>
          <w:rFonts w:ascii="EB Garamond" w:hAnsi="EB Garamond"/>
          <w:b w:val="0"/>
          <w:i w:val="0"/>
          <w:sz w:val="22"/>
        </w:rPr>
        <w:t>Elsie looked down.</w:t>
      </w:r>
    </w:p>
    <w:p>
      <w:pPr>
        <w:spacing w:before="0" w:after="0" w:line="264" w:lineRule="exact"/>
        <w:ind w:left="0" w:right="0" w:firstLine="0"/>
      </w:pPr>
      <w:r>
        <w:rPr>
          <w:rFonts w:ascii="EB Garamond" w:hAnsi="EB Garamond"/>
          <w:b w:val="0"/>
          <w:i w:val="0"/>
          <w:sz w:val="22"/>
        </w:rPr>
        <w:t>And then she remembered.</w:t>
      </w:r>
    </w:p>
    <w:p>
      <w:pPr>
        <w:spacing w:before="0" w:after="0" w:line="264" w:lineRule="exact"/>
        <w:ind w:left="0" w:right="0" w:firstLine="0"/>
      </w:pPr>
      <w:r>
        <w:rPr>
          <w:rFonts w:ascii="EB Garamond" w:hAnsi="EB Garamond"/>
          <w:b w:val="0"/>
          <w:i w:val="0"/>
          <w:sz w:val="22"/>
        </w:rPr>
        <w:t>Not all of it.</w:t>
      </w:r>
    </w:p>
    <w:p>
      <w:pPr>
        <w:spacing w:before="0" w:after="0" w:line="264" w:lineRule="exact"/>
        <w:ind w:left="0" w:right="0" w:firstLine="0"/>
      </w:pPr>
      <w:r>
        <w:rPr>
          <w:rFonts w:ascii="EB Garamond" w:hAnsi="EB Garamond"/>
          <w:b w:val="0"/>
          <w:i w:val="0"/>
          <w:sz w:val="22"/>
        </w:rPr>
        <w:t>Enough.</w:t>
      </w:r>
    </w:p>
    <w:p>
      <w:pPr>
        <w:spacing w:before="0" w:after="0" w:line="264" w:lineRule="exact"/>
        <w:ind w:left="0" w:right="0" w:firstLine="0"/>
      </w:pPr>
      <w:r>
        <w:rPr>
          <w:rFonts w:ascii="EB Garamond" w:hAnsi="EB Garamond"/>
          <w:b w:val="0"/>
          <w:i w:val="0"/>
          <w:sz w:val="22"/>
        </w:rPr>
        <w:t>A pool party.</w:t>
      </w:r>
    </w:p>
    <w:p>
      <w:pPr>
        <w:spacing w:before="0" w:after="0" w:line="264" w:lineRule="exact"/>
        <w:ind w:left="0" w:right="0" w:firstLine="0"/>
      </w:pPr>
      <w:r>
        <w:rPr>
          <w:rFonts w:ascii="EB Garamond" w:hAnsi="EB Garamond"/>
          <w:b w:val="0"/>
          <w:i w:val="0"/>
          <w:sz w:val="22"/>
        </w:rPr>
        <w:t>She hadn’t been invited.</w:t>
      </w:r>
    </w:p>
    <w:p>
      <w:pPr>
        <w:spacing w:before="0" w:after="0" w:line="264" w:lineRule="exact"/>
        <w:ind w:left="0" w:right="0" w:firstLine="0"/>
      </w:pPr>
      <w:r>
        <w:rPr>
          <w:rFonts w:ascii="EB Garamond" w:hAnsi="EB Garamond"/>
          <w:b w:val="0"/>
          <w:i w:val="0"/>
          <w:sz w:val="22"/>
        </w:rPr>
        <w:t>Almost everyone else had.</w:t>
      </w:r>
    </w:p>
    <w:p>
      <w:pPr>
        <w:spacing w:before="0" w:after="0" w:line="264" w:lineRule="exact"/>
        <w:ind w:left="0" w:right="0" w:firstLine="0"/>
      </w:pPr>
      <w:r>
        <w:rPr>
          <w:rFonts w:ascii="EB Garamond" w:hAnsi="EB Garamond"/>
          <w:b w:val="0"/>
          <w:i w:val="0"/>
          <w:sz w:val="22"/>
        </w:rPr>
        <w:t>She’d found out through pictures.</w:t>
      </w:r>
    </w:p>
    <w:p>
      <w:pPr>
        <w:spacing w:before="0" w:after="0" w:line="264" w:lineRule="exact"/>
        <w:ind w:left="0" w:right="0" w:firstLine="0"/>
      </w:pPr>
      <w:r>
        <w:rPr>
          <w:rFonts w:ascii="EB Garamond" w:hAnsi="EB Garamond"/>
          <w:b w:val="0"/>
          <w:i w:val="0"/>
          <w:sz w:val="22"/>
        </w:rPr>
        <w:t>Girls she thought were her friends.</w:t>
      </w:r>
    </w:p>
    <w:p>
      <w:pPr>
        <w:spacing w:before="0" w:after="0" w:line="264" w:lineRule="exact"/>
        <w:ind w:left="0" w:right="0" w:firstLine="0"/>
      </w:pPr>
      <w:r>
        <w:rPr>
          <w:rFonts w:ascii="EB Garamond" w:hAnsi="EB Garamond"/>
          <w:b w:val="0"/>
          <w:i w:val="0"/>
          <w:sz w:val="22"/>
        </w:rPr>
        <w:t>Matching swimsuits.</w:t>
      </w:r>
    </w:p>
    <w:p>
      <w:pPr>
        <w:spacing w:before="0" w:after="0" w:line="264" w:lineRule="exact"/>
        <w:ind w:left="0" w:right="0" w:firstLine="0"/>
      </w:pPr>
      <w:r>
        <w:rPr>
          <w:rFonts w:ascii="EB Garamond" w:hAnsi="EB Garamond"/>
          <w:b w:val="0"/>
          <w:i w:val="0"/>
          <w:sz w:val="22"/>
        </w:rPr>
        <w:t>Pizza boxes.</w:t>
      </w:r>
    </w:p>
    <w:p>
      <w:pPr>
        <w:spacing w:before="0" w:after="0" w:line="264" w:lineRule="exact"/>
        <w:ind w:left="0" w:right="0" w:firstLine="0"/>
      </w:pPr>
      <w:r>
        <w:rPr>
          <w:rFonts w:ascii="EB Garamond" w:hAnsi="EB Garamond"/>
          <w:b w:val="0"/>
          <w:i w:val="0"/>
          <w:sz w:val="22"/>
        </w:rPr>
        <w:t>Someone’s backyard.</w:t>
      </w:r>
    </w:p>
    <w:p>
      <w:pPr>
        <w:spacing w:before="0" w:after="0" w:line="264" w:lineRule="exact"/>
        <w:ind w:left="0" w:right="0" w:firstLine="0"/>
      </w:pPr>
      <w:r>
        <w:rPr>
          <w:rFonts w:ascii="EB Garamond" w:hAnsi="EB Garamond"/>
          <w:b w:val="0"/>
          <w:i w:val="0"/>
          <w:sz w:val="22"/>
        </w:rPr>
        <w:t>She had refreshed their stories over and over, watching a party she hadn’t been invited to happen in real time.</w:t>
      </w:r>
    </w:p>
    <w:p>
      <w:pPr>
        <w:spacing w:before="0" w:after="0" w:line="264" w:lineRule="exact"/>
        <w:ind w:left="0" w:right="0" w:firstLine="0"/>
      </w:pPr>
      <w:r>
        <w:rPr>
          <w:rFonts w:ascii="EB Garamond" w:hAnsi="EB Garamond"/>
          <w:b w:val="0"/>
          <w:i w:val="0"/>
          <w:sz w:val="22"/>
        </w:rPr>
        <w:t>God.</w:t>
      </w:r>
    </w:p>
    <w:p>
      <w:pPr>
        <w:spacing w:before="0" w:after="0" w:line="264" w:lineRule="exact"/>
        <w:ind w:left="0" w:right="0" w:firstLine="0"/>
      </w:pPr>
      <w:r>
        <w:rPr>
          <w:rFonts w:ascii="EB Garamond" w:hAnsi="EB Garamond"/>
          <w:b w:val="0"/>
          <w:i w:val="0"/>
          <w:sz w:val="22"/>
        </w:rPr>
        <w:t>Thirteen.</w:t>
      </w:r>
    </w:p>
    <w:p>
      <w:pPr>
        <w:spacing w:before="0" w:after="0" w:line="264" w:lineRule="exact"/>
        <w:ind w:left="0" w:right="0" w:firstLine="0"/>
      </w:pPr>
      <w:r>
        <w:rPr>
          <w:rFonts w:ascii="EB Garamond" w:hAnsi="EB Garamond"/>
          <w:b w:val="0"/>
          <w:i w:val="0"/>
          <w:sz w:val="22"/>
        </w:rPr>
        <w:t>She’d forgotten how much thirteen hurt.</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“You told me everybody had friends except you.”</w:t>
      </w:r>
    </w:p>
    <w:p>
      <w:pPr>
        <w:spacing w:before="0" w:after="0" w:line="264" w:lineRule="exact"/>
        <w:ind w:left="0" w:right="0" w:firstLine="0"/>
      </w:pPr>
      <w:r>
        <w:rPr>
          <w:rFonts w:ascii="EB Garamond" w:hAnsi="EB Garamond"/>
          <w:b w:val="0"/>
          <w:i w:val="0"/>
          <w:sz w:val="22"/>
        </w:rPr>
        <w:t>Elsie stared at her sandwich.</w:t>
      </w:r>
    </w:p>
    <w:p>
      <w:pPr>
        <w:spacing w:before="0" w:after="0" w:line="264" w:lineRule="exact"/>
        <w:ind w:left="0" w:right="0" w:firstLine="0"/>
      </w:pPr>
      <w:r>
        <w:rPr>
          <w:rFonts w:ascii="EB Garamond" w:hAnsi="EB Garamond"/>
          <w:b w:val="0"/>
          <w:i w:val="0"/>
          <w:sz w:val="22"/>
        </w:rPr>
        <w:t>“That sounds dramatic.”</w:t>
      </w:r>
    </w:p>
    <w:p>
      <w:pPr>
        <w:spacing w:before="0" w:after="0" w:line="264" w:lineRule="exact"/>
        <w:ind w:left="0" w:right="0" w:firstLine="0"/>
      </w:pPr>
      <w:r>
        <w:rPr>
          <w:rFonts w:ascii="EB Garamond" w:hAnsi="EB Garamond"/>
          <w:b w:val="0"/>
          <w:i w:val="0"/>
          <w:sz w:val="22"/>
        </w:rPr>
        <w:t>“You were thirteen.”</w:t>
      </w:r>
    </w:p>
    <w:p>
      <w:pPr>
        <w:spacing w:before="0" w:after="0" w:line="264" w:lineRule="exact"/>
        <w:ind w:left="0" w:right="0" w:firstLine="0"/>
      </w:pPr>
      <w:r>
        <w:rPr>
          <w:rFonts w:ascii="EB Garamond" w:hAnsi="EB Garamond"/>
          <w:b w:val="0"/>
          <w:i w:val="0"/>
          <w:sz w:val="22"/>
        </w:rPr>
        <w:t>“I probably deserved an Oscar.”</w:t>
      </w:r>
    </w:p>
    <w:p>
      <w:pPr>
        <w:spacing w:before="0" w:after="0" w:line="264" w:lineRule="exact"/>
        <w:ind w:left="0" w:right="0" w:firstLine="0"/>
      </w:pPr>
      <w:r>
        <w:rPr>
          <w:rFonts w:ascii="EB Garamond" w:hAnsi="EB Garamond"/>
          <w:b w:val="0"/>
          <w:i w:val="0"/>
          <w:sz w:val="22"/>
        </w:rPr>
        <w:t>“You were heartbroken.”</w:t>
      </w:r>
    </w:p>
    <w:p>
      <w:pPr>
        <w:spacing w:before="0" w:after="0" w:line="264" w:lineRule="exact"/>
        <w:ind w:left="0" w:right="0" w:firstLine="0"/>
      </w:pPr>
      <w:r>
        <w:rPr>
          <w:rFonts w:ascii="EB Garamond" w:hAnsi="EB Garamond"/>
          <w:b w:val="0"/>
          <w:i w:val="0"/>
          <w:sz w:val="22"/>
        </w:rPr>
        <w:t>Elsie shrugged.</w:t>
      </w:r>
    </w:p>
    <w:p>
      <w:pPr>
        <w:spacing w:before="0" w:after="0" w:line="264" w:lineRule="exact"/>
        <w:ind w:left="0" w:right="0" w:firstLine="0"/>
      </w:pPr>
      <w:r>
        <w:rPr>
          <w:rFonts w:ascii="EB Garamond" w:hAnsi="EB Garamond"/>
          <w:b w:val="0"/>
          <w:i w:val="0"/>
          <w:sz w:val="22"/>
        </w:rPr>
        <w:t>“It wasn’t a big deal.”</w:t>
      </w:r>
    </w:p>
    <w:p>
      <w:pPr>
        <w:spacing w:before="0" w:after="0" w:line="264" w:lineRule="exact"/>
        <w:ind w:left="0" w:right="0" w:firstLine="0"/>
      </w:pPr>
      <w:r>
        <w:rPr>
          <w:rFonts w:ascii="EB Garamond" w:hAnsi="EB Garamond"/>
          <w:b w:val="0"/>
          <w:i w:val="0"/>
          <w:sz w:val="22"/>
        </w:rPr>
        <w:t>Grandma leaned back.</w:t>
      </w:r>
    </w:p>
    <w:p>
      <w:pPr>
        <w:spacing w:before="0" w:after="0" w:line="264" w:lineRule="exact"/>
        <w:ind w:left="0" w:right="0" w:firstLine="0"/>
      </w:pPr>
      <w:r>
        <w:rPr>
          <w:rFonts w:ascii="EB Garamond" w:hAnsi="EB Garamond"/>
          <w:b w:val="0"/>
          <w:i w:val="0"/>
          <w:sz w:val="22"/>
        </w:rPr>
        <w:t>“It was to you.”</w:t>
      </w:r>
    </w:p>
    <w:p>
      <w:pPr>
        <w:spacing w:before="0" w:after="0" w:line="264" w:lineRule="exact"/>
        <w:ind w:left="0" w:right="0" w:firstLine="0"/>
      </w:pPr>
      <w:r>
        <w:rPr>
          <w:rFonts w:ascii="EB Garamond" w:hAnsi="EB Garamond"/>
          <w:b w:val="0"/>
          <w:i w:val="0"/>
          <w:sz w:val="22"/>
        </w:rPr>
        <w:t>Something about that sentence landed harder than Elsie wanted it to.</w:t>
      </w:r>
    </w:p>
    <w:p>
      <w:pPr>
        <w:spacing w:before="0" w:after="0" w:line="264" w:lineRule="exact"/>
        <w:ind w:left="0" w:right="0" w:firstLine="0"/>
      </w:pPr>
      <w:r>
        <w:rPr>
          <w:rFonts w:ascii="EB Garamond" w:hAnsi="EB Garamond"/>
          <w:b w:val="0"/>
          <w:i w:val="0"/>
          <w:sz w:val="22"/>
        </w:rPr>
        <w:t>She took a drink.</w:t>
      </w:r>
    </w:p>
    <w:p>
      <w:pPr>
        <w:spacing w:before="0" w:after="0" w:line="264" w:lineRule="exact"/>
        <w:ind w:left="0" w:right="0" w:firstLine="0"/>
      </w:pPr>
      <w:r>
        <w:rPr>
          <w:rFonts w:ascii="EB Garamond" w:hAnsi="EB Garamond"/>
          <w:b w:val="0"/>
          <w:i w:val="0"/>
          <w:sz w:val="22"/>
        </w:rPr>
        <w:t>“So you made a list?”</w:t>
      </w:r>
    </w:p>
    <w:p>
      <w:pPr>
        <w:spacing w:before="0" w:after="0" w:line="264" w:lineRule="exact"/>
        <w:ind w:left="0" w:right="0" w:firstLine="0"/>
      </w:pPr>
      <w:r>
        <w:rPr>
          <w:rFonts w:ascii="EB Garamond" w:hAnsi="EB Garamond"/>
          <w:b w:val="0"/>
          <w:i w:val="0"/>
          <w:sz w:val="22"/>
        </w:rPr>
        <w:t>“Eventually.”</w:t>
      </w:r>
    </w:p>
    <w:p>
      <w:pPr>
        <w:spacing w:before="0" w:after="0" w:line="264" w:lineRule="exact"/>
        <w:ind w:left="0" w:right="0" w:firstLine="0"/>
      </w:pPr>
      <w:r>
        <w:rPr>
          <w:rFonts w:ascii="EB Garamond" w:hAnsi="EB Garamond"/>
          <w:b w:val="0"/>
          <w:i w:val="0"/>
          <w:sz w:val="22"/>
        </w:rPr>
        <w:t>“Why?”</w:t>
      </w:r>
    </w:p>
    <w:p>
      <w:pPr>
        <w:spacing w:before="0" w:after="0" w:line="264" w:lineRule="exact"/>
        <w:ind w:left="0" w:right="0" w:firstLine="0"/>
      </w:pPr>
      <w:r>
        <w:rPr>
          <w:rFonts w:ascii="EB Garamond" w:hAnsi="EB Garamond"/>
          <w:b w:val="0"/>
          <w:i w:val="0"/>
          <w:sz w:val="22"/>
        </w:rPr>
        <w:t>Grandma looked toward the window.</w:t>
      </w:r>
    </w:p>
    <w:p>
      <w:pPr>
        <w:spacing w:before="0" w:after="0" w:line="264" w:lineRule="exact"/>
        <w:ind w:left="0" w:right="0" w:firstLine="0"/>
      </w:pPr>
      <w:r>
        <w:rPr>
          <w:rFonts w:ascii="EB Garamond" w:hAnsi="EB Garamond"/>
          <w:b w:val="0"/>
          <w:i w:val="0"/>
          <w:sz w:val="22"/>
        </w:rPr>
        <w:t>“Because you kept telling me everything that was wrong with you.”</w:t>
      </w:r>
    </w:p>
    <w:p>
      <w:pPr>
        <w:spacing w:before="0" w:after="0" w:line="264" w:lineRule="exact"/>
        <w:ind w:left="0" w:right="0" w:firstLine="0"/>
      </w:pPr>
      <w:r>
        <w:rPr>
          <w:rFonts w:ascii="EB Garamond" w:hAnsi="EB Garamond"/>
          <w:b w:val="0"/>
          <w:i w:val="0"/>
          <w:sz w:val="22"/>
        </w:rPr>
        <w:t>Elsie didn’t say anything.</w:t>
      </w:r>
    </w:p>
    <w:p>
      <w:pPr>
        <w:spacing w:before="0" w:after="0" w:line="264" w:lineRule="exact"/>
        <w:ind w:left="0" w:right="0" w:firstLine="0"/>
      </w:pPr>
      <w:r>
        <w:rPr>
          <w:rFonts w:ascii="EB Garamond" w:hAnsi="EB Garamond"/>
          <w:b w:val="0"/>
          <w:i w:val="0"/>
          <w:sz w:val="22"/>
        </w:rPr>
        <w:t>“You weren’t pretty enough. Funny enough. Popular enough. Skinny enough. Interesting enough.”</w:t>
      </w:r>
    </w:p>
    <w:p>
      <w:pPr>
        <w:spacing w:before="0" w:after="0" w:line="264" w:lineRule="exact"/>
        <w:ind w:left="0" w:right="0" w:firstLine="0"/>
      </w:pPr>
      <w:r>
        <w:rPr>
          <w:rFonts w:ascii="EB Garamond" w:hAnsi="EB Garamond"/>
          <w:b w:val="0"/>
          <w:i w:val="0"/>
          <w:sz w:val="22"/>
        </w:rPr>
        <w:t>Elsie winced.</w:t>
      </w:r>
    </w:p>
    <w:p>
      <w:pPr>
        <w:spacing w:before="0" w:after="0" w:line="264" w:lineRule="exact"/>
        <w:ind w:left="0" w:right="0" w:firstLine="0"/>
      </w:pPr>
      <w:r>
        <w:rPr>
          <w:rFonts w:ascii="EB Garamond" w:hAnsi="EB Garamond"/>
          <w:b w:val="0"/>
          <w:i w:val="0"/>
          <w:sz w:val="22"/>
        </w:rPr>
        <w:t>“Can we go back to the haunted doll?”</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“Worth a shot.”</w:t>
      </w:r>
    </w:p>
    <w:p>
      <w:pPr>
        <w:spacing w:before="0" w:after="0" w:line="264" w:lineRule="exact"/>
        <w:ind w:left="0" w:right="0" w:firstLine="0"/>
      </w:pPr>
      <w:r>
        <w:rPr>
          <w:rFonts w:ascii="EB Garamond" w:hAnsi="EB Garamond"/>
          <w:b w:val="0"/>
          <w:i w:val="0"/>
          <w:sz w:val="22"/>
        </w:rPr>
        <w:t>Grandma smiled.</w:t>
      </w:r>
    </w:p>
    <w:p>
      <w:pPr>
        <w:spacing w:before="0" w:after="0" w:line="264" w:lineRule="exact"/>
        <w:ind w:left="0" w:right="0" w:firstLine="0"/>
      </w:pPr>
      <w:r>
        <w:rPr>
          <w:rFonts w:ascii="EB Garamond" w:hAnsi="EB Garamond"/>
          <w:b w:val="0"/>
          <w:i w:val="0"/>
          <w:sz w:val="22"/>
        </w:rPr>
        <w:t>“I remember trying to tell you that God loved you.”</w:t>
      </w:r>
    </w:p>
    <w:p>
      <w:pPr>
        <w:spacing w:before="0" w:after="0" w:line="264" w:lineRule="exact"/>
        <w:ind w:left="0" w:right="0" w:firstLine="0"/>
      </w:pPr>
      <w:r>
        <w:rPr>
          <w:rFonts w:ascii="EB Garamond" w:hAnsi="EB Garamond"/>
          <w:b w:val="0"/>
          <w:i w:val="0"/>
          <w:sz w:val="22"/>
        </w:rPr>
        <w:t>Elsie groaned.</w:t>
      </w:r>
    </w:p>
    <w:p>
      <w:pPr>
        <w:spacing w:before="0" w:after="0" w:line="264" w:lineRule="exact"/>
        <w:ind w:left="0" w:right="0" w:firstLine="0"/>
      </w:pPr>
      <w:r>
        <w:rPr>
          <w:rFonts w:ascii="EB Garamond" w:hAnsi="EB Garamond"/>
          <w:b w:val="0"/>
          <w:i w:val="0"/>
          <w:sz w:val="22"/>
        </w:rPr>
        <w:t>“There it is.”</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“The Grandma answer.”</w:t>
      </w:r>
    </w:p>
    <w:p>
      <w:pPr>
        <w:spacing w:before="0" w:after="0" w:line="264" w:lineRule="exact"/>
        <w:ind w:left="0" w:right="0" w:firstLine="0"/>
      </w:pPr>
      <w:r>
        <w:rPr>
          <w:rFonts w:ascii="EB Garamond" w:hAnsi="EB Garamond"/>
          <w:b w:val="0"/>
          <w:i w:val="0"/>
          <w:sz w:val="22"/>
        </w:rPr>
        <w:t>Grandma laughed. “It was.”</w:t>
      </w:r>
    </w:p>
    <w:p>
      <w:pPr>
        <w:spacing w:before="0" w:after="0" w:line="264" w:lineRule="exact"/>
        <w:ind w:left="0" w:right="0" w:firstLine="0"/>
      </w:pPr>
      <w:r>
        <w:rPr>
          <w:rFonts w:ascii="EB Garamond" w:hAnsi="EB Garamond"/>
          <w:b w:val="0"/>
          <w:i w:val="0"/>
          <w:sz w:val="22"/>
        </w:rPr>
        <w:t xml:space="preserve">“You hit me with a </w:t>
      </w:r>
      <w:r>
        <w:rPr>
          <w:rFonts w:ascii="EB Garamond" w:hAnsi="EB Garamond"/>
          <w:b w:val="0"/>
          <w:i/>
          <w:sz w:val="22"/>
        </w:rPr>
        <w:t>Jesus loves you</w:t>
      </w:r>
      <w:r>
        <w:rPr>
          <w:rFonts w:ascii="EB Garamond" w:hAnsi="EB Garamond"/>
          <w:b w:val="0"/>
          <w:i w:val="0"/>
          <w:sz w:val="22"/>
        </w:rPr>
        <w:t>?”</w:t>
      </w:r>
    </w:p>
    <w:p>
      <w:pPr>
        <w:spacing w:before="0" w:after="0" w:line="264" w:lineRule="exact"/>
        <w:ind w:left="0" w:right="0" w:firstLine="0"/>
      </w:pPr>
      <w:r>
        <w:rPr>
          <w:rFonts w:ascii="EB Garamond" w:hAnsi="EB Garamond"/>
          <w:b w:val="0"/>
          <w:i w:val="0"/>
          <w:sz w:val="22"/>
        </w:rPr>
        <w:t>“I did.”</w:t>
      </w:r>
    </w:p>
    <w:p>
      <w:pPr>
        <w:spacing w:before="0" w:after="0" w:line="264" w:lineRule="exact"/>
        <w:ind w:left="0" w:right="0" w:firstLine="0"/>
      </w:pPr>
      <w:r>
        <w:rPr>
          <w:rFonts w:ascii="EB Garamond" w:hAnsi="EB Garamond"/>
          <w:b w:val="0"/>
          <w:i w:val="0"/>
          <w:sz w:val="22"/>
        </w:rPr>
        <w:t>“Brutal.”</w:t>
      </w:r>
    </w:p>
    <w:p>
      <w:pPr>
        <w:spacing w:before="0" w:after="0" w:line="264" w:lineRule="exact"/>
        <w:ind w:left="0" w:right="0" w:firstLine="0"/>
      </w:pPr>
      <w:r>
        <w:rPr>
          <w:rFonts w:ascii="EB Garamond" w:hAnsi="EB Garamond"/>
          <w:b w:val="0"/>
          <w:i w:val="0"/>
          <w:sz w:val="22"/>
        </w:rPr>
        <w:t>“And do you know what you said?”</w:t>
      </w:r>
    </w:p>
    <w:p>
      <w:pPr>
        <w:spacing w:before="0" w:after="0" w:line="264" w:lineRule="exact"/>
        <w:ind w:left="0" w:right="0" w:firstLine="0"/>
      </w:pPr>
      <w:r>
        <w:rPr>
          <w:rFonts w:ascii="EB Garamond" w:hAnsi="EB Garamond"/>
          <w:b w:val="0"/>
          <w:i w:val="0"/>
          <w:sz w:val="22"/>
        </w:rPr>
        <w:t>Elsie shook her head.</w:t>
      </w:r>
    </w:p>
    <w:p>
      <w:pPr>
        <w:spacing w:before="0" w:after="0" w:line="264" w:lineRule="exact"/>
        <w:ind w:left="0" w:right="0" w:firstLine="0"/>
      </w:pPr>
      <w:r>
        <w:rPr>
          <w:rFonts w:ascii="EB Garamond" w:hAnsi="EB Garamond"/>
          <w:b w:val="0"/>
          <w:i w:val="0"/>
          <w:sz w:val="22"/>
        </w:rPr>
        <w:t>“You said, ‘Grandma, Jesus has to love everybody.’”</w:t>
      </w:r>
    </w:p>
    <w:p>
      <w:pPr>
        <w:spacing w:before="0" w:after="0" w:line="264" w:lineRule="exact"/>
        <w:ind w:left="0" w:right="0" w:firstLine="0"/>
      </w:pPr>
      <w:r>
        <w:rPr>
          <w:rFonts w:ascii="EB Garamond" w:hAnsi="EB Garamond"/>
          <w:b w:val="0"/>
          <w:i w:val="0"/>
          <w:sz w:val="22"/>
        </w:rPr>
        <w:t>Elsie stared at her.</w:t>
      </w:r>
    </w:p>
    <w:p>
      <w:pPr>
        <w:spacing w:before="0" w:after="0" w:line="264" w:lineRule="exact"/>
        <w:ind w:left="0" w:right="0" w:firstLine="0"/>
      </w:pPr>
      <w:r>
        <w:rPr>
          <w:rFonts w:ascii="EB Garamond" w:hAnsi="EB Garamond"/>
          <w:b w:val="0"/>
          <w:i w:val="0"/>
          <w:sz w:val="22"/>
        </w:rPr>
        <w:t>“That actually sounds like me.”</w:t>
      </w:r>
    </w:p>
    <w:p>
      <w:pPr>
        <w:spacing w:before="0" w:after="0" w:line="264" w:lineRule="exact"/>
        <w:ind w:left="0" w:right="0" w:firstLine="0"/>
      </w:pPr>
      <w:r>
        <w:rPr>
          <w:rFonts w:ascii="EB Garamond" w:hAnsi="EB Garamond"/>
          <w:b w:val="0"/>
          <w:i w:val="0"/>
          <w:sz w:val="22"/>
        </w:rPr>
        <w:t>“It does.”</w:t>
      </w:r>
    </w:p>
    <w:p>
      <w:pPr>
        <w:spacing w:before="0" w:after="0" w:line="264" w:lineRule="exact"/>
        <w:ind w:left="0" w:right="0" w:firstLine="0"/>
      </w:pPr>
      <w:r>
        <w:rPr>
          <w:rFonts w:ascii="EB Garamond" w:hAnsi="EB Garamond"/>
          <w:b w:val="0"/>
          <w:i w:val="0"/>
          <w:sz w:val="22"/>
        </w:rPr>
        <w:t>They both laughed.</w:t>
      </w:r>
    </w:p>
    <w:p>
      <w:pPr>
        <w:spacing w:before="0" w:after="0" w:line="264" w:lineRule="exact"/>
        <w:ind w:left="0" w:right="0" w:firstLine="0"/>
      </w:pPr>
      <w:r>
        <w:rPr>
          <w:rFonts w:ascii="EB Garamond" w:hAnsi="EB Garamond"/>
          <w:b w:val="0"/>
          <w:i w:val="0"/>
          <w:sz w:val="22"/>
        </w:rPr>
        <w:t>Then Grandma became quiet.</w:t>
      </w:r>
    </w:p>
    <w:p>
      <w:pPr>
        <w:spacing w:before="0" w:after="0" w:line="264" w:lineRule="exact"/>
        <w:ind w:left="0" w:right="0" w:firstLine="0"/>
      </w:pPr>
      <w:r>
        <w:rPr>
          <w:rFonts w:ascii="EB Garamond" w:hAnsi="EB Garamond"/>
          <w:b w:val="0"/>
          <w:i w:val="0"/>
          <w:sz w:val="22"/>
        </w:rPr>
        <w:t>“I realized you didn’t need me to tell you that you were special.”</w:t>
      </w:r>
    </w:p>
    <w:p>
      <w:pPr>
        <w:spacing w:before="0" w:after="0" w:line="264" w:lineRule="exact"/>
        <w:ind w:left="0" w:right="0" w:firstLine="0"/>
      </w:pPr>
      <w:r>
        <w:rPr>
          <w:rFonts w:ascii="EB Garamond" w:hAnsi="EB Garamond"/>
          <w:b w:val="0"/>
          <w:i w:val="0"/>
          <w:sz w:val="22"/>
        </w:rPr>
        <w:t>Elsie picked at her bread again.</w:t>
      </w:r>
    </w:p>
    <w:p>
      <w:pPr>
        <w:spacing w:before="0" w:after="0" w:line="264" w:lineRule="exact"/>
        <w:ind w:left="0" w:right="0" w:firstLine="0"/>
      </w:pPr>
      <w:r>
        <w:rPr>
          <w:rFonts w:ascii="EB Garamond" w:hAnsi="EB Garamond"/>
          <w:b w:val="0"/>
          <w:i w:val="0"/>
          <w:sz w:val="22"/>
        </w:rPr>
        <w:t>“You needed to know you weren’t.”</w:t>
      </w:r>
    </w:p>
    <w:p>
      <w:pPr>
        <w:spacing w:before="0" w:after="0" w:line="264" w:lineRule="exact"/>
        <w:ind w:left="0" w:right="0" w:firstLine="0"/>
      </w:pPr>
      <w:r>
        <w:rPr>
          <w:rFonts w:ascii="EB Garamond" w:hAnsi="EB Garamond"/>
          <w:b w:val="0"/>
          <w:i w:val="0"/>
          <w:sz w:val="22"/>
        </w:rPr>
        <w:t>Elsie looked up.</w:t>
      </w:r>
    </w:p>
    <w:p>
      <w:pPr>
        <w:spacing w:before="0" w:after="0" w:line="264" w:lineRule="exact"/>
        <w:ind w:left="0" w:right="0" w:firstLine="0"/>
      </w:pPr>
      <w:r>
        <w:rPr>
          <w:rFonts w:ascii="EB Garamond" w:hAnsi="EB Garamond"/>
          <w:b w:val="0"/>
          <w:i w:val="0"/>
          <w:sz w:val="22"/>
        </w:rPr>
        <w:t>“That sounds significantly worse.”</w:t>
      </w:r>
    </w:p>
    <w:p>
      <w:pPr>
        <w:spacing w:before="0" w:after="0" w:line="264" w:lineRule="exact"/>
        <w:ind w:left="0" w:right="0" w:firstLine="0"/>
      </w:pPr>
      <w:r>
        <w:rPr>
          <w:rFonts w:ascii="EB Garamond" w:hAnsi="EB Garamond"/>
          <w:b w:val="0"/>
          <w:i w:val="0"/>
          <w:sz w:val="22"/>
        </w:rPr>
        <w:t>Grandma laughed.</w:t>
      </w:r>
    </w:p>
    <w:p>
      <w:pPr>
        <w:spacing w:before="0" w:after="0" w:line="264" w:lineRule="exact"/>
        <w:ind w:left="0" w:right="0" w:firstLine="0"/>
      </w:pPr>
      <w:r>
        <w:rPr>
          <w:rFonts w:ascii="EB Garamond" w:hAnsi="EB Garamond"/>
          <w:b w:val="0"/>
          <w:i w:val="0"/>
          <w:sz w:val="22"/>
        </w:rPr>
        <w:t>“I mean you didn’t have to be extraordinary.”</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“You thought God had a plan for everybody who was prettier, smarter, more talented, more confident, more everything than you.”</w:t>
      </w:r>
    </w:p>
    <w:p>
      <w:pPr>
        <w:spacing w:before="0" w:after="0" w:line="264" w:lineRule="exact"/>
        <w:ind w:left="0" w:right="0" w:firstLine="0"/>
      </w:pPr>
      <w:r>
        <w:rPr>
          <w:rFonts w:ascii="EB Garamond" w:hAnsi="EB Garamond"/>
          <w:b w:val="0"/>
          <w:i w:val="0"/>
          <w:sz w:val="22"/>
        </w:rPr>
        <w:t>Elsie swallowed.</w:t>
      </w:r>
    </w:p>
    <w:p>
      <w:pPr>
        <w:spacing w:before="0" w:after="0" w:line="264" w:lineRule="exact"/>
        <w:ind w:left="0" w:right="0" w:firstLine="0"/>
      </w:pPr>
      <w:r>
        <w:rPr>
          <w:rFonts w:ascii="EB Garamond" w:hAnsi="EB Garamond"/>
          <w:b w:val="0"/>
          <w:i w:val="0"/>
          <w:sz w:val="22"/>
        </w:rPr>
        <w:t>That part sounded less thirteen.</w:t>
      </w:r>
    </w:p>
    <w:p>
      <w:pPr>
        <w:spacing w:before="0" w:after="0" w:line="264" w:lineRule="exact"/>
        <w:ind w:left="0" w:right="0" w:firstLine="0"/>
      </w:pPr>
      <w:r>
        <w:rPr>
          <w:rFonts w:ascii="EB Garamond" w:hAnsi="EB Garamond"/>
          <w:b w:val="0"/>
          <w:i w:val="0"/>
          <w:sz w:val="22"/>
        </w:rPr>
        <w:t>That part sounded like Friday.</w:t>
      </w:r>
    </w:p>
    <w:p>
      <w:pPr>
        <w:spacing w:before="0" w:after="0" w:line="264" w:lineRule="exact"/>
        <w:ind w:left="0" w:right="0" w:firstLine="0"/>
      </w:pPr>
      <w:r>
        <w:rPr>
          <w:rFonts w:ascii="EB Garamond" w:hAnsi="EB Garamond"/>
          <w:b w:val="0"/>
          <w:i w:val="0"/>
          <w:sz w:val="22"/>
        </w:rPr>
        <w:t>“So I started writing names.”</w:t>
      </w:r>
    </w:p>
    <w:p>
      <w:pPr>
        <w:spacing w:before="0" w:after="0" w:line="264" w:lineRule="exact"/>
        <w:ind w:left="0" w:right="0" w:firstLine="0"/>
      </w:pPr>
      <w:r>
        <w:rPr>
          <w:rFonts w:ascii="EB Garamond" w:hAnsi="EB Garamond"/>
          <w:b w:val="0"/>
          <w:i w:val="0"/>
          <w:sz w:val="22"/>
        </w:rPr>
        <w:t>Grandma tapped the table.</w:t>
      </w:r>
    </w:p>
    <w:p>
      <w:pPr>
        <w:spacing w:before="0" w:after="0" w:line="264" w:lineRule="exact"/>
        <w:ind w:left="0" w:right="0" w:firstLine="0"/>
      </w:pPr>
      <w:r>
        <w:rPr>
          <w:rFonts w:ascii="EB Garamond" w:hAnsi="EB Garamond"/>
          <w:b w:val="0"/>
          <w:i w:val="0"/>
          <w:sz w:val="22"/>
        </w:rPr>
        <w:t>“People God used who had reasons to believe He shouldn’t?” Elsie asked.</w:t>
      </w:r>
    </w:p>
    <w:p>
      <w:pPr>
        <w:spacing w:before="0" w:after="0" w:line="264" w:lineRule="exact"/>
        <w:ind w:left="0" w:right="0" w:firstLine="0"/>
      </w:pPr>
      <w:r>
        <w:rPr>
          <w:rFonts w:ascii="EB Garamond" w:hAnsi="EB Garamond"/>
          <w:b w:val="0"/>
          <w:i w:val="0"/>
          <w:sz w:val="22"/>
        </w:rPr>
        <w:t>Elsie thought about Peter.</w:t>
      </w:r>
    </w:p>
    <w:p>
      <w:pPr>
        <w:spacing w:before="0" w:after="0" w:line="264" w:lineRule="exact"/>
        <w:ind w:left="0" w:right="0" w:firstLine="0"/>
      </w:pPr>
      <w:r>
        <w:rPr>
          <w:rFonts w:ascii="EB Garamond" w:hAnsi="EB Garamond"/>
          <w:b w:val="0"/>
          <w:i w:val="0"/>
          <w:sz w:val="22"/>
        </w:rPr>
        <w:t>The courtyard.</w:t>
      </w:r>
    </w:p>
    <w:p>
      <w:pPr>
        <w:spacing w:before="0" w:after="0" w:line="264" w:lineRule="exact"/>
        <w:ind w:left="0" w:right="0" w:firstLine="0"/>
      </w:pPr>
      <w:r>
        <w:rPr>
          <w:rFonts w:ascii="EB Garamond" w:hAnsi="EB Garamond"/>
          <w:b w:val="0"/>
          <w:i w:val="0"/>
          <w:sz w:val="22"/>
        </w:rPr>
        <w:t>The questions.</w:t>
      </w:r>
    </w:p>
    <w:p>
      <w:pPr>
        <w:spacing w:before="0" w:after="0" w:line="264" w:lineRule="exact"/>
        <w:ind w:left="0" w:right="0" w:firstLine="0"/>
      </w:pPr>
      <w:r>
        <w:rPr>
          <w:rFonts w:ascii="EB Garamond" w:hAnsi="EB Garamond"/>
          <w:b w:val="0"/>
          <w:i w:val="0"/>
          <w:sz w:val="22"/>
        </w:rPr>
        <w:t>The denial.</w:t>
      </w:r>
    </w:p>
    <w:p>
      <w:pPr>
        <w:spacing w:before="0" w:after="0" w:line="264" w:lineRule="exact"/>
        <w:ind w:left="0" w:right="0" w:firstLine="0"/>
      </w:pPr>
      <w:r>
        <w:rPr>
          <w:rFonts w:ascii="EB Garamond" w:hAnsi="EB Garamond"/>
          <w:b w:val="0"/>
          <w:i w:val="0"/>
          <w:sz w:val="22"/>
        </w:rPr>
        <w:t>“Something like that,” Grandma said.</w:t>
      </w:r>
    </w:p>
    <w:p>
      <w:pPr>
        <w:spacing w:before="0" w:after="0" w:line="264" w:lineRule="exact"/>
        <w:ind w:left="0" w:right="0" w:firstLine="0"/>
      </w:pPr>
      <w:r>
        <w:rPr>
          <w:rFonts w:ascii="EB Garamond" w:hAnsi="EB Garamond"/>
          <w:b w:val="0"/>
          <w:i w:val="0"/>
          <w:sz w:val="22"/>
        </w:rPr>
        <w:t>Elsie took another bite.</w:t>
      </w:r>
    </w:p>
    <w:p>
      <w:pPr>
        <w:spacing w:before="0" w:after="0" w:line="264" w:lineRule="exact"/>
        <w:ind w:left="0" w:right="0" w:firstLine="0"/>
      </w:pPr>
      <w:r>
        <w:rPr>
          <w:rFonts w:ascii="EB Garamond" w:hAnsi="EB Garamond"/>
          <w:b w:val="0"/>
          <w:i w:val="0"/>
          <w:sz w:val="22"/>
        </w:rPr>
        <w:t>“Why Lazarus?”</w:t>
      </w:r>
    </w:p>
    <w:p>
      <w:pPr>
        <w:spacing w:before="0" w:after="0" w:line="264" w:lineRule="exact"/>
        <w:ind w:left="0" w:right="0" w:firstLine="0"/>
      </w:pPr>
      <w:r>
        <w:rPr>
          <w:rFonts w:ascii="EB Garamond" w:hAnsi="EB Garamond"/>
          <w:b w:val="0"/>
          <w:i w:val="0"/>
          <w:sz w:val="22"/>
        </w:rPr>
        <w:t>Grandma smiled.</w:t>
      </w:r>
    </w:p>
    <w:p>
      <w:pPr>
        <w:spacing w:before="0" w:after="0" w:line="264" w:lineRule="exact"/>
        <w:ind w:left="0" w:right="0" w:firstLine="0"/>
      </w:pPr>
      <w:r>
        <w:rPr>
          <w:rFonts w:ascii="EB Garamond" w:hAnsi="EB Garamond"/>
          <w:b w:val="0"/>
          <w:i w:val="0"/>
          <w:sz w:val="22"/>
        </w:rPr>
        <w:t>“I thought it was funny.”</w:t>
      </w:r>
    </w:p>
    <w:p>
      <w:pPr>
        <w:spacing w:before="0" w:after="0" w:line="264" w:lineRule="exact"/>
        <w:ind w:left="0" w:right="0" w:firstLine="0"/>
      </w:pPr>
      <w:r>
        <w:rPr>
          <w:rFonts w:ascii="EB Garamond" w:hAnsi="EB Garamond"/>
          <w:b w:val="0"/>
          <w:i w:val="0"/>
          <w:sz w:val="22"/>
        </w:rPr>
        <w:t>Elsie nearly choked.</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“I’d been writing all these serious things. Moses couldn’t speak. Gideon was afraid. Jonah ran. Martha worried.” Grandma shrugged. “And Lazarus was dead.”</w:t>
      </w:r>
    </w:p>
    <w:p>
      <w:pPr>
        <w:spacing w:before="0" w:after="0" w:line="264" w:lineRule="exact"/>
        <w:ind w:left="0" w:right="0" w:firstLine="0"/>
      </w:pPr>
      <w:r>
        <w:rPr>
          <w:rFonts w:ascii="EB Garamond" w:hAnsi="EB Garamond"/>
          <w:b w:val="0"/>
          <w:i w:val="0"/>
          <w:sz w:val="22"/>
        </w:rPr>
        <w:t>“You put a joke in my spiritual crisis?”</w:t>
      </w:r>
    </w:p>
    <w:p>
      <w:pPr>
        <w:spacing w:before="0" w:after="0" w:line="264" w:lineRule="exact"/>
        <w:ind w:left="0" w:right="0" w:firstLine="0"/>
      </w:pPr>
      <w:r>
        <w:rPr>
          <w:rFonts w:ascii="EB Garamond" w:hAnsi="EB Garamond"/>
          <w:b w:val="0"/>
          <w:i w:val="0"/>
          <w:sz w:val="22"/>
        </w:rPr>
        <w:t>“You needed one.”</w:t>
      </w:r>
    </w:p>
    <w:p>
      <w:pPr>
        <w:spacing w:before="0" w:after="0" w:line="264" w:lineRule="exact"/>
        <w:ind w:left="0" w:right="0" w:firstLine="0"/>
      </w:pPr>
      <w:r>
        <w:rPr>
          <w:rFonts w:ascii="EB Garamond" w:hAnsi="EB Garamond"/>
          <w:b w:val="0"/>
          <w:i w:val="0"/>
          <w:sz w:val="22"/>
        </w:rPr>
        <w:t>Elsie laughed.</w:t>
      </w:r>
    </w:p>
    <w:p>
      <w:pPr>
        <w:spacing w:before="0" w:after="0" w:line="264" w:lineRule="exact"/>
        <w:ind w:left="0" w:right="0" w:firstLine="0"/>
      </w:pPr>
      <w:r>
        <w:rPr>
          <w:rFonts w:ascii="EB Garamond" w:hAnsi="EB Garamond"/>
          <w:b w:val="0"/>
          <w:i w:val="0"/>
          <w:sz w:val="22"/>
        </w:rPr>
        <w:t>“That is terrible.”</w:t>
      </w:r>
    </w:p>
    <w:p>
      <w:pPr>
        <w:spacing w:before="0" w:after="0" w:line="264" w:lineRule="exact"/>
        <w:ind w:left="0" w:right="0" w:firstLine="0"/>
      </w:pPr>
      <w:r>
        <w:rPr>
          <w:rFonts w:ascii="EB Garamond" w:hAnsi="EB Garamond"/>
          <w:b w:val="0"/>
          <w:i w:val="0"/>
          <w:sz w:val="22"/>
        </w:rPr>
        <w:t>“You remembered it.”</w:t>
      </w:r>
    </w:p>
    <w:p>
      <w:pPr>
        <w:spacing w:before="0" w:after="0" w:line="264" w:lineRule="exact"/>
        <w:ind w:left="0" w:right="0" w:firstLine="0"/>
      </w:pPr>
      <w:r>
        <w:rPr>
          <w:rFonts w:ascii="EB Garamond" w:hAnsi="EB Garamond"/>
          <w:b w:val="0"/>
          <w:i w:val="0"/>
          <w:sz w:val="22"/>
        </w:rPr>
        <w:t>“Unfortunately.”</w:t>
      </w:r>
    </w:p>
    <w:p>
      <w:pPr>
        <w:spacing w:before="0" w:after="0" w:line="264" w:lineRule="exact"/>
        <w:ind w:left="0" w:right="0" w:firstLine="0"/>
      </w:pPr>
      <w:r>
        <w:rPr>
          <w:rFonts w:ascii="EB Garamond" w:hAnsi="EB Garamond"/>
          <w:b w:val="0"/>
          <w:i w:val="0"/>
          <w:sz w:val="22"/>
        </w:rPr>
        <w:t>Grandma took another sip of tea.</w:t>
      </w:r>
    </w:p>
    <w:p>
      <w:pPr>
        <w:spacing w:before="0" w:after="0" w:line="264" w:lineRule="exact"/>
        <w:ind w:left="0" w:right="0" w:firstLine="0"/>
      </w:pPr>
      <w:r>
        <w:rPr>
          <w:rFonts w:ascii="EB Garamond" w:hAnsi="EB Garamond"/>
          <w:b w:val="0"/>
          <w:i w:val="0"/>
          <w:sz w:val="22"/>
        </w:rPr>
        <w:t>Elsie looked at her.</w:t>
      </w:r>
    </w:p>
    <w:p>
      <w:pPr>
        <w:spacing w:before="0" w:after="0" w:line="264" w:lineRule="exact"/>
        <w:ind w:left="0" w:right="0" w:firstLine="0"/>
      </w:pPr>
      <w:r>
        <w:rPr>
          <w:rFonts w:ascii="EB Garamond" w:hAnsi="EB Garamond"/>
          <w:b w:val="0"/>
          <w:i w:val="0"/>
          <w:sz w:val="22"/>
        </w:rPr>
        <w:t>“Who would you be? On the list.”</w:t>
      </w:r>
    </w:p>
    <w:p>
      <w:pPr>
        <w:spacing w:before="0" w:after="0" w:line="264" w:lineRule="exact"/>
        <w:ind w:left="0" w:right="0" w:firstLine="0"/>
      </w:pPr>
      <w:r>
        <w:rPr>
          <w:rFonts w:ascii="EB Garamond" w:hAnsi="EB Garamond"/>
          <w:b w:val="0"/>
          <w:i w:val="0"/>
          <w:sz w:val="22"/>
        </w:rPr>
        <w:t>Grandma’s glass stopped halfway to her mouth.</w:t>
      </w:r>
    </w:p>
    <w:p>
      <w:pPr>
        <w:spacing w:before="0" w:after="0" w:line="264" w:lineRule="exact"/>
        <w:ind w:left="0" w:right="0" w:firstLine="0"/>
      </w:pPr>
      <w:r>
        <w:rPr>
          <w:rFonts w:ascii="EB Garamond" w:hAnsi="EB Garamond"/>
          <w:b w:val="0"/>
          <w:i w:val="0"/>
          <w:sz w:val="22"/>
        </w:rPr>
        <w:t>“Me?”</w:t>
      </w:r>
    </w:p>
    <w:p>
      <w:pPr>
        <w:spacing w:before="0" w:after="0" w:line="264" w:lineRule="exact"/>
        <w:ind w:left="0" w:right="0" w:firstLine="0"/>
      </w:pPr>
      <w:r>
        <w:rPr>
          <w:rFonts w:ascii="EB Garamond" w:hAnsi="EB Garamond"/>
          <w:b w:val="0"/>
          <w:i w:val="0"/>
          <w:sz w:val="22"/>
        </w:rPr>
        <w:t>“Yeah. You wrote everybody else’s problem. What’s yours?”</w:t>
      </w:r>
    </w:p>
    <w:p>
      <w:pPr>
        <w:spacing w:before="0" w:after="0" w:line="264" w:lineRule="exact"/>
        <w:ind w:left="0" w:right="0" w:firstLine="0"/>
      </w:pPr>
      <w:r>
        <w:rPr>
          <w:rFonts w:ascii="EB Garamond" w:hAnsi="EB Garamond"/>
          <w:b w:val="0"/>
          <w:i w:val="0"/>
          <w:sz w:val="22"/>
        </w:rPr>
        <w:t>Grandma smiled.</w:t>
      </w:r>
    </w:p>
    <w:p>
      <w:pPr>
        <w:spacing w:before="0" w:after="0" w:line="264" w:lineRule="exact"/>
        <w:ind w:left="0" w:right="0" w:firstLine="0"/>
      </w:pPr>
      <w:r>
        <w:rPr>
          <w:rFonts w:ascii="EB Garamond" w:hAnsi="EB Garamond"/>
          <w:b w:val="0"/>
          <w:i w:val="0"/>
          <w:sz w:val="22"/>
        </w:rPr>
        <w:t>But it wasn’t her real smile.</w:t>
      </w:r>
    </w:p>
    <w:p>
      <w:pPr>
        <w:spacing w:before="0" w:after="0" w:line="264" w:lineRule="exact"/>
        <w:ind w:left="0" w:right="0" w:firstLine="0"/>
      </w:pPr>
      <w:r>
        <w:rPr>
          <w:rFonts w:ascii="EB Garamond" w:hAnsi="EB Garamond"/>
          <w:b w:val="0"/>
          <w:i w:val="0"/>
          <w:sz w:val="22"/>
        </w:rPr>
        <w:t>Elsie recognized that immediately.</w:t>
      </w:r>
    </w:p>
    <w:p>
      <w:pPr>
        <w:spacing w:before="0" w:after="0" w:line="264" w:lineRule="exact"/>
        <w:ind w:left="0" w:right="0" w:firstLine="0"/>
      </w:pPr>
      <w:r>
        <w:rPr>
          <w:rFonts w:ascii="EB Garamond" w:hAnsi="EB Garamond"/>
          <w:b w:val="0"/>
          <w:i w:val="0"/>
          <w:sz w:val="22"/>
        </w:rPr>
        <w:t>Interesting.</w:t>
      </w:r>
    </w:p>
    <w:p>
      <w:pPr>
        <w:spacing w:before="0" w:after="0" w:line="264" w:lineRule="exact"/>
        <w:ind w:left="0" w:right="0" w:firstLine="0"/>
      </w:pPr>
      <w:r>
        <w:rPr>
          <w:rFonts w:ascii="EB Garamond" w:hAnsi="EB Garamond"/>
          <w:b w:val="0"/>
          <w:i w:val="0"/>
          <w:sz w:val="22"/>
        </w:rPr>
        <w:t>Apparently fine had hereditary forms.</w:t>
      </w:r>
    </w:p>
    <w:p>
      <w:pPr>
        <w:spacing w:before="0" w:after="0" w:line="264" w:lineRule="exact"/>
        <w:ind w:left="0" w:right="0" w:firstLine="0"/>
      </w:pPr>
      <w:r>
        <w:rPr>
          <w:rFonts w:ascii="EB Garamond" w:hAnsi="EB Garamond"/>
          <w:b w:val="0"/>
          <w:i w:val="0"/>
          <w:sz w:val="22"/>
        </w:rPr>
        <w:t>“Oh, I have plenty.”</w:t>
      </w:r>
    </w:p>
    <w:p>
      <w:pPr>
        <w:spacing w:before="0" w:after="0" w:line="264" w:lineRule="exact"/>
        <w:ind w:left="0" w:right="0" w:firstLine="0"/>
      </w:pPr>
      <w:r>
        <w:rPr>
          <w:rFonts w:ascii="EB Garamond" w:hAnsi="EB Garamond"/>
          <w:b w:val="0"/>
          <w:i w:val="0"/>
          <w:sz w:val="22"/>
        </w:rPr>
        <w:t>“Pick one.”</w:t>
      </w:r>
    </w:p>
    <w:p>
      <w:pPr>
        <w:spacing w:before="0" w:after="0" w:line="264" w:lineRule="exact"/>
        <w:ind w:left="0" w:right="0" w:firstLine="0"/>
      </w:pPr>
      <w:r>
        <w:rPr>
          <w:rFonts w:ascii="EB Garamond" w:hAnsi="EB Garamond"/>
          <w:b w:val="0"/>
          <w:i w:val="0"/>
          <w:sz w:val="22"/>
        </w:rPr>
        <w:t>“Bossy.”</w:t>
      </w:r>
    </w:p>
    <w:p>
      <w:pPr>
        <w:spacing w:before="0" w:after="0" w:line="264" w:lineRule="exact"/>
        <w:ind w:left="0" w:right="0" w:firstLine="0"/>
      </w:pPr>
      <w:r>
        <w:rPr>
          <w:rFonts w:ascii="EB Garamond" w:hAnsi="EB Garamond"/>
          <w:b w:val="0"/>
          <w:i w:val="0"/>
          <w:sz w:val="22"/>
        </w:rPr>
        <w:t>“That’s mine.”</w:t>
      </w:r>
    </w:p>
    <w:p>
      <w:pPr>
        <w:spacing w:before="0" w:after="0" w:line="264" w:lineRule="exact"/>
        <w:ind w:left="0" w:right="0" w:firstLine="0"/>
      </w:pPr>
      <w:r>
        <w:rPr>
          <w:rFonts w:ascii="EB Garamond" w:hAnsi="EB Garamond"/>
          <w:b w:val="0"/>
          <w:i w:val="0"/>
          <w:sz w:val="22"/>
        </w:rPr>
        <w:t>“Impatient.”</w:t>
      </w:r>
    </w:p>
    <w:p>
      <w:pPr>
        <w:spacing w:before="0" w:after="0" w:line="264" w:lineRule="exact"/>
        <w:ind w:left="0" w:right="0" w:firstLine="0"/>
      </w:pPr>
      <w:r>
        <w:rPr>
          <w:rFonts w:ascii="EB Garamond" w:hAnsi="EB Garamond"/>
          <w:b w:val="0"/>
          <w:i w:val="0"/>
          <w:sz w:val="22"/>
        </w:rPr>
        <w:t>“Also mine.”</w:t>
      </w:r>
    </w:p>
    <w:p>
      <w:pPr>
        <w:spacing w:before="0" w:after="0" w:line="264" w:lineRule="exact"/>
        <w:ind w:left="0" w:right="0" w:firstLine="0"/>
      </w:pPr>
      <w:r>
        <w:rPr>
          <w:rFonts w:ascii="EB Garamond" w:hAnsi="EB Garamond"/>
          <w:b w:val="0"/>
          <w:i w:val="0"/>
          <w:sz w:val="22"/>
        </w:rPr>
        <w:t>“Messy.”</w:t>
      </w:r>
    </w:p>
    <w:p>
      <w:pPr>
        <w:spacing w:before="0" w:after="0" w:line="264" w:lineRule="exact"/>
        <w:ind w:left="0" w:right="0" w:firstLine="0"/>
      </w:pPr>
      <w:r>
        <w:rPr>
          <w:rFonts w:ascii="EB Garamond" w:hAnsi="EB Garamond"/>
          <w:b w:val="0"/>
          <w:i w:val="0"/>
          <w:sz w:val="22"/>
        </w:rPr>
        <w:t>“Definitely mine.”</w:t>
      </w:r>
    </w:p>
    <w:p>
      <w:pPr>
        <w:spacing w:before="0" w:after="0" w:line="264" w:lineRule="exact"/>
        <w:ind w:left="0" w:right="0" w:firstLine="0"/>
      </w:pPr>
      <w:r>
        <w:rPr>
          <w:rFonts w:ascii="EB Garamond" w:hAnsi="EB Garamond"/>
          <w:b w:val="0"/>
          <w:i w:val="0"/>
          <w:sz w:val="22"/>
        </w:rPr>
        <w:t>Grandma laughed.</w:t>
      </w:r>
    </w:p>
    <w:p>
      <w:pPr>
        <w:spacing w:before="0" w:after="0" w:line="264" w:lineRule="exact"/>
        <w:ind w:left="0" w:right="0" w:firstLine="0"/>
      </w:pPr>
      <w:r>
        <w:rPr>
          <w:rFonts w:ascii="EB Garamond" w:hAnsi="EB Garamond"/>
          <w:b w:val="0"/>
          <w:i w:val="0"/>
          <w:sz w:val="22"/>
        </w:rPr>
        <w:t>Then Elsie waited.</w:t>
      </w:r>
    </w:p>
    <w:p>
      <w:pPr>
        <w:spacing w:before="0" w:after="0" w:line="264" w:lineRule="exact"/>
        <w:ind w:left="0" w:right="0" w:firstLine="0"/>
      </w:pPr>
      <w:r>
        <w:rPr>
          <w:rFonts w:ascii="EB Garamond" w:hAnsi="EB Garamond"/>
          <w:b w:val="0"/>
          <w:i w:val="0"/>
          <w:sz w:val="22"/>
        </w:rPr>
        <w:t>And slowly, the laughter disappeared.</w:t>
      </w:r>
    </w:p>
    <w:p>
      <w:pPr>
        <w:spacing w:before="0" w:after="0" w:line="264" w:lineRule="exact"/>
        <w:ind w:left="0" w:right="0" w:firstLine="0"/>
      </w:pPr>
      <w:r>
        <w:rPr>
          <w:rFonts w:ascii="EB Garamond" w:hAnsi="EB Garamond"/>
          <w:b w:val="0"/>
          <w:i w:val="0"/>
          <w:sz w:val="22"/>
        </w:rPr>
        <w:t>Grandma looked down at her hands.</w:t>
      </w:r>
    </w:p>
    <w:p>
      <w:pPr>
        <w:spacing w:before="0" w:after="0" w:line="264" w:lineRule="exact"/>
        <w:ind w:left="0" w:right="0" w:firstLine="0"/>
      </w:pPr>
      <w:r>
        <w:rPr>
          <w:rFonts w:ascii="EB Garamond" w:hAnsi="EB Garamond"/>
          <w:b w:val="0"/>
          <w:i w:val="0"/>
          <w:sz w:val="22"/>
        </w:rPr>
        <w:t>For the first time all morning, Elsie noticed how old they looked.</w:t>
      </w:r>
    </w:p>
    <w:p>
      <w:pPr>
        <w:spacing w:before="0" w:after="0" w:line="264" w:lineRule="exact"/>
        <w:ind w:left="0" w:right="0" w:firstLine="0"/>
      </w:pPr>
      <w:r>
        <w:rPr>
          <w:rFonts w:ascii="EB Garamond" w:hAnsi="EB Garamond"/>
          <w:b w:val="0"/>
          <w:i w:val="0"/>
          <w:sz w:val="22"/>
        </w:rPr>
        <w:t>Not old old.</w:t>
      </w:r>
    </w:p>
    <w:p>
      <w:pPr>
        <w:spacing w:before="0" w:after="0" w:line="264" w:lineRule="exact"/>
        <w:ind w:left="0" w:right="0" w:firstLine="0"/>
      </w:pPr>
      <w:r>
        <w:rPr>
          <w:rFonts w:ascii="EB Garamond" w:hAnsi="EB Garamond"/>
          <w:b w:val="0"/>
          <w:i w:val="0"/>
          <w:sz w:val="22"/>
        </w:rPr>
        <w:t>Just different from the woman in the photographs upstairs.</w:t>
      </w:r>
    </w:p>
    <w:p>
      <w:pPr>
        <w:spacing w:before="0" w:after="0" w:line="264" w:lineRule="exact"/>
        <w:ind w:left="0" w:right="0" w:firstLine="0"/>
      </w:pPr>
      <w:r>
        <w:rPr>
          <w:rFonts w:ascii="EB Garamond" w:hAnsi="EB Garamond"/>
          <w:b w:val="0"/>
          <w:i w:val="0"/>
          <w:sz w:val="22"/>
        </w:rPr>
        <w:t>The woman with long brown hair sitting on the hood of a car beside a boy Elsie had never heard of.</w:t>
      </w:r>
    </w:p>
    <w:p>
      <w:pPr>
        <w:spacing w:before="0" w:after="0" w:line="264" w:lineRule="exact"/>
        <w:ind w:left="0" w:right="0" w:firstLine="0"/>
      </w:pPr>
      <w:r>
        <w:rPr>
          <w:rFonts w:ascii="EB Garamond" w:hAnsi="EB Garamond"/>
          <w:b w:val="0"/>
          <w:i w:val="0"/>
          <w:sz w:val="22"/>
        </w:rPr>
        <w:t>Grandma rubbed her thumb across the edge of her wedding ring.</w:t>
      </w:r>
    </w:p>
    <w:p>
      <w:pPr>
        <w:spacing w:before="0" w:after="0" w:line="264" w:lineRule="exact"/>
        <w:ind w:left="0" w:right="0" w:firstLine="0"/>
      </w:pPr>
      <w:r>
        <w:rPr>
          <w:rFonts w:ascii="EB Garamond" w:hAnsi="EB Garamond"/>
          <w:b w:val="0"/>
          <w:i w:val="0"/>
          <w:sz w:val="22"/>
        </w:rPr>
        <w:t>“I wasted a lot of time.”</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val="0"/>
          <w:i w:val="0"/>
          <w:sz w:val="22"/>
        </w:rPr>
        <w:t>“Doing what?”</w:t>
      </w:r>
    </w:p>
    <w:p>
      <w:pPr>
        <w:spacing w:before="0" w:after="0" w:line="264" w:lineRule="exact"/>
        <w:ind w:left="0" w:right="0" w:firstLine="0"/>
      </w:pPr>
      <w:r>
        <w:rPr>
          <w:rFonts w:ascii="EB Garamond" w:hAnsi="EB Garamond"/>
          <w:b w:val="0"/>
          <w:i w:val="0"/>
          <w:sz w:val="22"/>
        </w:rPr>
        <w:t>“Being angry.”</w:t>
      </w:r>
    </w:p>
    <w:p>
      <w:pPr>
        <w:spacing w:before="0" w:after="0" w:line="264" w:lineRule="exact"/>
        <w:ind w:left="0" w:right="0" w:firstLine="0"/>
      </w:pPr>
      <w:r>
        <w:rPr>
          <w:rFonts w:ascii="EB Garamond" w:hAnsi="EB Garamond"/>
          <w:b w:val="0"/>
          <w:i w:val="0"/>
          <w:sz w:val="22"/>
        </w:rPr>
        <w:t>The answer came quietly.</w:t>
      </w:r>
    </w:p>
    <w:p>
      <w:pPr>
        <w:spacing w:before="0" w:after="0" w:line="264" w:lineRule="exact"/>
        <w:ind w:left="0" w:right="0" w:firstLine="0"/>
      </w:pPr>
      <w:r>
        <w:rPr>
          <w:rFonts w:ascii="EB Garamond" w:hAnsi="EB Garamond"/>
          <w:b w:val="0"/>
          <w:i w:val="0"/>
          <w:sz w:val="22"/>
        </w:rPr>
        <w:t>“At God?”</w:t>
      </w:r>
    </w:p>
    <w:p>
      <w:pPr>
        <w:spacing w:before="0" w:after="0" w:line="264" w:lineRule="exact"/>
        <w:ind w:left="0" w:right="0" w:firstLine="0"/>
      </w:pPr>
      <w:r>
        <w:rPr>
          <w:rFonts w:ascii="EB Garamond" w:hAnsi="EB Garamond"/>
          <w:b w:val="0"/>
          <w:i w:val="0"/>
          <w:sz w:val="22"/>
        </w:rPr>
        <w:t>Grandma didn’t answer right away.</w:t>
      </w:r>
    </w:p>
    <w:p>
      <w:pPr>
        <w:spacing w:before="0" w:after="0" w:line="264" w:lineRule="exact"/>
        <w:ind w:left="0" w:right="0" w:firstLine="0"/>
      </w:pPr>
      <w:r>
        <w:rPr>
          <w:rFonts w:ascii="EB Garamond" w:hAnsi="EB Garamond"/>
          <w:b w:val="0"/>
          <w:i w:val="0"/>
          <w:sz w:val="22"/>
        </w:rPr>
        <w:t>“Yes.”</w:t>
      </w:r>
    </w:p>
    <w:p>
      <w:pPr>
        <w:spacing w:before="0" w:after="0" w:line="264" w:lineRule="exact"/>
        <w:ind w:left="0" w:right="0" w:firstLine="0"/>
      </w:pPr>
      <w:r>
        <w:rPr>
          <w:rFonts w:ascii="EB Garamond" w:hAnsi="EB Garamond"/>
          <w:b w:val="0"/>
          <w:i w:val="0"/>
          <w:sz w:val="22"/>
        </w:rPr>
        <w:t>That surprised Elsie.</w:t>
      </w:r>
    </w:p>
    <w:p>
      <w:pPr>
        <w:spacing w:before="0" w:after="0" w:line="264" w:lineRule="exact"/>
        <w:ind w:left="0" w:right="0" w:firstLine="0"/>
      </w:pPr>
      <w:r>
        <w:rPr>
          <w:rFonts w:ascii="EB Garamond" w:hAnsi="EB Garamond"/>
          <w:b w:val="0"/>
          <w:i w:val="0"/>
          <w:sz w:val="22"/>
        </w:rPr>
        <w:t>Grandma prayed before meals.</w:t>
      </w:r>
    </w:p>
    <w:p>
      <w:pPr>
        <w:spacing w:before="0" w:after="0" w:line="264" w:lineRule="exact"/>
        <w:ind w:left="0" w:right="0" w:firstLine="0"/>
      </w:pPr>
      <w:r>
        <w:rPr>
          <w:rFonts w:ascii="EB Garamond" w:hAnsi="EB Garamond"/>
          <w:b w:val="0"/>
          <w:i w:val="0"/>
          <w:sz w:val="22"/>
        </w:rPr>
        <w:t>Grandma owned approximately four hundred Bibles.</w:t>
      </w:r>
    </w:p>
    <w:p>
      <w:pPr>
        <w:spacing w:before="0" w:after="0" w:line="264" w:lineRule="exact"/>
        <w:ind w:left="0" w:right="0" w:firstLine="0"/>
      </w:pPr>
      <w:r>
        <w:rPr>
          <w:rFonts w:ascii="EB Garamond" w:hAnsi="EB Garamond"/>
          <w:b w:val="0"/>
          <w:i w:val="0"/>
          <w:sz w:val="22"/>
        </w:rPr>
        <w:t>Grandma had once turned around halfway to Myrtle Beach because she realized she’d forgotten the devotional book she wanted to read.</w:t>
      </w:r>
    </w:p>
    <w:p>
      <w:pPr>
        <w:spacing w:before="0" w:after="0" w:line="264" w:lineRule="exact"/>
        <w:ind w:left="0" w:right="0" w:firstLine="0"/>
      </w:pPr>
      <w:r>
        <w:rPr>
          <w:rFonts w:ascii="EB Garamond" w:hAnsi="EB Garamond"/>
          <w:b w:val="0"/>
          <w:i w:val="0"/>
          <w:sz w:val="22"/>
        </w:rPr>
        <w:t>Grandma didn’t get angry at God.</w:t>
      </w:r>
    </w:p>
    <w:p>
      <w:pPr>
        <w:spacing w:before="0" w:after="0" w:line="264" w:lineRule="exact"/>
        <w:ind w:left="0" w:right="0" w:firstLine="0"/>
      </w:pPr>
      <w:r>
        <w:rPr>
          <w:rFonts w:ascii="EB Garamond" w:hAnsi="EB Garamond"/>
          <w:b w:val="0"/>
          <w:i w:val="0"/>
          <w:sz w:val="22"/>
        </w:rPr>
        <w:t xml:space="preserve">Grandma sent other people cards when </w:t>
      </w:r>
      <w:r>
        <w:rPr>
          <w:rFonts w:ascii="EB Garamond" w:hAnsi="EB Garamond"/>
          <w:b w:val="0"/>
          <w:i/>
          <w:sz w:val="22"/>
        </w:rPr>
        <w:t>they</w:t>
      </w:r>
      <w:r>
        <w:rPr>
          <w:rFonts w:ascii="EB Garamond" w:hAnsi="EB Garamond"/>
          <w:b w:val="0"/>
          <w:i w:val="0"/>
          <w:sz w:val="22"/>
        </w:rPr>
        <w:t xml:space="preserve"> got angry at God.</w:t>
      </w:r>
    </w:p>
    <w:p>
      <w:pPr>
        <w:spacing w:before="0" w:after="0" w:line="264" w:lineRule="exact"/>
        <w:ind w:left="0" w:right="0" w:firstLine="0"/>
      </w:pPr>
      <w:r>
        <w:rPr>
          <w:rFonts w:ascii="EB Garamond" w:hAnsi="EB Garamond"/>
          <w:b w:val="0"/>
          <w:i w:val="0"/>
          <w:sz w:val="22"/>
        </w:rPr>
        <w:t>“For what?”</w:t>
      </w:r>
    </w:p>
    <w:p>
      <w:pPr>
        <w:spacing w:before="0" w:after="0" w:line="264" w:lineRule="exact"/>
        <w:ind w:left="0" w:right="0" w:firstLine="0"/>
      </w:pPr>
      <w:r>
        <w:rPr>
          <w:rFonts w:ascii="EB Garamond" w:hAnsi="EB Garamond"/>
          <w:b w:val="0"/>
          <w:i w:val="0"/>
          <w:sz w:val="22"/>
        </w:rPr>
        <w:t>Grandma stared toward the stairs.</w:t>
      </w:r>
    </w:p>
    <w:p>
      <w:pPr>
        <w:spacing w:before="0" w:after="0" w:line="264" w:lineRule="exact"/>
        <w:ind w:left="0" w:right="0" w:firstLine="0"/>
      </w:pPr>
      <w:r>
        <w:rPr>
          <w:rFonts w:ascii="EB Garamond" w:hAnsi="EB Garamond"/>
          <w:b w:val="0"/>
          <w:i w:val="0"/>
          <w:sz w:val="22"/>
        </w:rPr>
        <w:t>Toward the box upstairs.</w:t>
      </w:r>
    </w:p>
    <w:p>
      <w:pPr>
        <w:spacing w:before="0" w:after="0" w:line="264" w:lineRule="exact"/>
        <w:ind w:left="0" w:right="0" w:firstLine="0"/>
      </w:pPr>
      <w:r>
        <w:rPr>
          <w:rFonts w:ascii="EB Garamond" w:hAnsi="EB Garamond"/>
          <w:b w:val="0"/>
          <w:i w:val="0"/>
          <w:sz w:val="22"/>
        </w:rPr>
        <w:t>Elsie followed her eyes.</w:t>
      </w:r>
    </w:p>
    <w:p>
      <w:pPr>
        <w:spacing w:before="0" w:after="0" w:line="264" w:lineRule="exact"/>
        <w:ind w:left="0" w:right="0" w:firstLine="0"/>
      </w:pPr>
      <w:r>
        <w:rPr>
          <w:rFonts w:ascii="EB Garamond" w:hAnsi="EB Garamond"/>
          <w:b w:val="0"/>
          <w:i w:val="0"/>
          <w:sz w:val="22"/>
        </w:rPr>
        <w:t>The photograph.</w:t>
      </w:r>
    </w:p>
    <w:p>
      <w:pPr>
        <w:spacing w:before="0" w:after="0" w:line="264" w:lineRule="exact"/>
        <w:ind w:left="0" w:right="0" w:firstLine="0"/>
      </w:pPr>
      <w:r>
        <w:rPr>
          <w:rFonts w:ascii="EB Garamond" w:hAnsi="EB Garamond"/>
          <w:b w:val="0"/>
          <w:i w:val="0"/>
          <w:sz w:val="22"/>
        </w:rPr>
        <w:t>The boy.</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Grandma smiled faintly.</w:t>
      </w:r>
    </w:p>
    <w:p>
      <w:pPr>
        <w:spacing w:before="0" w:after="0" w:line="264" w:lineRule="exact"/>
        <w:ind w:left="0" w:right="0" w:firstLine="0"/>
      </w:pPr>
      <w:r>
        <w:rPr>
          <w:rFonts w:ascii="EB Garamond" w:hAnsi="EB Garamond"/>
          <w:b w:val="0"/>
          <w:i w:val="0"/>
          <w:sz w:val="22"/>
        </w:rPr>
        <w:t>“Not everything in an old box belongs to you.”</w:t>
      </w:r>
    </w:p>
    <w:p>
      <w:pPr>
        <w:spacing w:before="0" w:after="0" w:line="264" w:lineRule="exact"/>
        <w:ind w:left="0" w:right="0" w:firstLine="0"/>
      </w:pPr>
      <w:r>
        <w:rPr>
          <w:rFonts w:ascii="EB Garamond" w:hAnsi="EB Garamond"/>
          <w:b w:val="0"/>
          <w:i w:val="0"/>
          <w:sz w:val="22"/>
        </w:rPr>
        <w:t>Elsie sat back.</w:t>
      </w:r>
    </w:p>
    <w:p>
      <w:pPr>
        <w:spacing w:before="0" w:after="0" w:line="264" w:lineRule="exact"/>
        <w:ind w:left="0" w:right="0" w:firstLine="0"/>
      </w:pPr>
      <w:r>
        <w:rPr>
          <w:rFonts w:ascii="EB Garamond" w:hAnsi="EB Garamond"/>
          <w:b w:val="0"/>
          <w:i w:val="0"/>
          <w:sz w:val="22"/>
        </w:rPr>
        <w:t>“That is incredibly rude after making me clean it.”</w:t>
      </w:r>
    </w:p>
    <w:p>
      <w:pPr>
        <w:spacing w:before="0" w:after="0" w:line="264" w:lineRule="exact"/>
        <w:ind w:left="0" w:right="0" w:firstLine="0"/>
      </w:pPr>
      <w:r>
        <w:rPr>
          <w:rFonts w:ascii="EB Garamond" w:hAnsi="EB Garamond"/>
          <w:b w:val="0"/>
          <w:i w:val="0"/>
          <w:sz w:val="22"/>
        </w:rPr>
        <w:t>“Life is full of disappointment.”</w:t>
      </w:r>
    </w:p>
    <w:p>
      <w:pPr>
        <w:spacing w:before="0" w:after="0" w:line="264" w:lineRule="exact"/>
        <w:ind w:left="0" w:right="0" w:firstLine="0"/>
      </w:pPr>
      <w:r>
        <w:rPr>
          <w:rFonts w:ascii="EB Garamond" w:hAnsi="EB Garamond"/>
          <w:b w:val="0"/>
          <w:i w:val="0"/>
          <w:sz w:val="22"/>
        </w:rPr>
        <w:t>Elsie waited for more.</w:t>
      </w:r>
    </w:p>
    <w:p>
      <w:pPr>
        <w:spacing w:before="0" w:after="0" w:line="264" w:lineRule="exact"/>
        <w:ind w:left="0" w:right="0" w:firstLine="0"/>
      </w:pPr>
      <w:r>
        <w:rPr>
          <w:rFonts w:ascii="EB Garamond" w:hAnsi="EB Garamond"/>
          <w:b w:val="0"/>
          <w:i w:val="0"/>
          <w:sz w:val="22"/>
        </w:rPr>
        <w:t>Nothing came.</w:t>
      </w:r>
    </w:p>
    <w:p>
      <w:pPr>
        <w:spacing w:before="0" w:after="0" w:line="264" w:lineRule="exact"/>
        <w:ind w:left="0" w:right="0" w:firstLine="0"/>
      </w:pPr>
      <w:r>
        <w:rPr>
          <w:rFonts w:ascii="EB Garamond" w:hAnsi="EB Garamond"/>
          <w:b w:val="0"/>
          <w:i w:val="0"/>
          <w:sz w:val="22"/>
        </w:rPr>
        <w:t>Grandma stood and picked up the plates.</w:t>
      </w:r>
    </w:p>
    <w:p>
      <w:pPr>
        <w:spacing w:before="0" w:after="0" w:line="264" w:lineRule="exact"/>
        <w:ind w:left="0" w:right="0" w:firstLine="0"/>
      </w:pPr>
      <w:r>
        <w:rPr>
          <w:rFonts w:ascii="EB Garamond" w:hAnsi="EB Garamond"/>
          <w:b w:val="0"/>
          <w:i w:val="0"/>
          <w:sz w:val="22"/>
        </w:rPr>
        <w:t>“Come on.”</w:t>
      </w:r>
    </w:p>
    <w:p>
      <w:pPr>
        <w:spacing w:before="0" w:after="0" w:line="264" w:lineRule="exact"/>
        <w:ind w:left="0" w:right="0" w:firstLine="0"/>
      </w:pPr>
      <w:r>
        <w:rPr>
          <w:rFonts w:ascii="EB Garamond" w:hAnsi="EB Garamond"/>
          <w:b w:val="0"/>
          <w:i w:val="0"/>
          <w:sz w:val="22"/>
        </w:rPr>
        <w:t>“That’s it?”</w:t>
      </w:r>
    </w:p>
    <w:p>
      <w:pPr>
        <w:spacing w:before="0" w:after="0" w:line="264" w:lineRule="exact"/>
        <w:ind w:left="0" w:right="0" w:firstLine="0"/>
      </w:pPr>
      <w:r>
        <w:rPr>
          <w:rFonts w:ascii="EB Garamond" w:hAnsi="EB Garamond"/>
          <w:b w:val="0"/>
          <w:i w:val="0"/>
          <w:sz w:val="22"/>
        </w:rPr>
        <w:t>“For today.”</w:t>
      </w:r>
    </w:p>
    <w:p>
      <w:pPr>
        <w:spacing w:before="0" w:after="0" w:line="264" w:lineRule="exact"/>
        <w:ind w:left="0" w:right="0" w:firstLine="0"/>
      </w:pPr>
      <w:r>
        <w:rPr>
          <w:rFonts w:ascii="EB Garamond" w:hAnsi="EB Garamond"/>
          <w:b w:val="0"/>
          <w:i w:val="0"/>
          <w:sz w:val="22"/>
        </w:rPr>
        <w:t>“You can’t just reveal mysterious religious trauma and then make me clean.”</w:t>
      </w:r>
    </w:p>
    <w:p>
      <w:pPr>
        <w:spacing w:before="0" w:after="0" w:line="264" w:lineRule="exact"/>
        <w:ind w:left="0" w:right="0" w:firstLine="0"/>
      </w:pPr>
      <w:r>
        <w:rPr>
          <w:rFonts w:ascii="EB Garamond" w:hAnsi="EB Garamond"/>
          <w:b w:val="0"/>
          <w:i w:val="0"/>
          <w:sz w:val="22"/>
        </w:rPr>
        <w:t>“I believe I just did.”</w:t>
      </w:r>
    </w:p>
    <w:p>
      <w:pPr>
        <w:spacing w:before="0" w:after="0" w:line="264" w:lineRule="exact"/>
        <w:ind w:left="0" w:right="0" w:firstLine="0"/>
      </w:pPr>
      <w:r>
        <w:rPr>
          <w:rFonts w:ascii="EB Garamond" w:hAnsi="EB Garamond"/>
          <w:b w:val="0"/>
          <w:i w:val="0"/>
          <w:sz w:val="22"/>
        </w:rPr>
        <w:t>“Grandma.”</w:t>
      </w:r>
    </w:p>
    <w:p>
      <w:pPr>
        <w:spacing w:before="0" w:after="0" w:line="264" w:lineRule="exact"/>
        <w:ind w:left="0" w:right="0" w:firstLine="0"/>
      </w:pPr>
      <w:r>
        <w:rPr>
          <w:rFonts w:ascii="EB Garamond" w:hAnsi="EB Garamond"/>
          <w:b w:val="0"/>
          <w:i w:val="0"/>
          <w:sz w:val="22"/>
        </w:rPr>
        <w:t>“Closet.”</w:t>
      </w:r>
    </w:p>
    <w:p>
      <w:pPr>
        <w:spacing w:before="0" w:after="0" w:line="264" w:lineRule="exact"/>
        <w:ind w:left="0" w:right="0" w:firstLine="0"/>
      </w:pPr>
      <w:r>
        <w:rPr>
          <w:rFonts w:ascii="EB Garamond" w:hAnsi="EB Garamond"/>
          <w:b w:val="0"/>
          <w:i w:val="0"/>
          <w:sz w:val="22"/>
        </w:rPr>
        <w:t>Elsie groaned.</w:t>
      </w:r>
    </w:p>
    <w:p>
      <w:pPr>
        <w:spacing w:before="0" w:after="0" w:line="264" w:lineRule="exact"/>
        <w:ind w:left="0" w:right="0" w:firstLine="0"/>
      </w:pPr>
      <w:r>
        <w:rPr>
          <w:rFonts w:ascii="EB Garamond" w:hAnsi="EB Garamond"/>
          <w:b w:val="0"/>
          <w:i w:val="0"/>
          <w:sz w:val="22"/>
        </w:rPr>
        <w:t>But she followed her upstairs.</w:t>
      </w:r>
    </w:p>
    <w:p>
      <w:pPr>
        <w:spacing w:before="0" w:after="0" w:line="264" w:lineRule="exact"/>
        <w:ind w:left="0" w:right="0" w:firstLine="0"/>
      </w:pPr>
      <w:r>
        <w:rPr>
          <w:rFonts w:ascii="EB Garamond" w:hAnsi="EB Garamond"/>
          <w:b w:val="0"/>
          <w:i w:val="0"/>
          <w:sz w:val="22"/>
        </w:rPr>
        <w:t>They found the Bible twenty minutes later.</w:t>
      </w:r>
    </w:p>
    <w:p>
      <w:pPr>
        <w:spacing w:before="0" w:after="0" w:line="264" w:lineRule="exact"/>
        <w:ind w:left="0" w:right="0" w:firstLine="0"/>
      </w:pPr>
      <w:r>
        <w:rPr>
          <w:rFonts w:ascii="EB Garamond" w:hAnsi="EB Garamond"/>
          <w:b w:val="0"/>
          <w:i w:val="0"/>
          <w:sz w:val="22"/>
        </w:rPr>
        <w:t>It was underneath two photo albums and a box of cassette tapes.</w:t>
      </w:r>
    </w:p>
    <w:p>
      <w:pPr>
        <w:spacing w:before="0" w:after="0" w:line="264" w:lineRule="exact"/>
        <w:ind w:left="0" w:right="0" w:firstLine="0"/>
      </w:pPr>
      <w:r>
        <w:rPr>
          <w:rFonts w:ascii="EB Garamond" w:hAnsi="EB Garamond"/>
          <w:b w:val="0"/>
          <w:i w:val="0"/>
          <w:sz w:val="22"/>
        </w:rPr>
        <w:t>Elsie picked it up.</w:t>
      </w:r>
    </w:p>
    <w:p>
      <w:pPr>
        <w:spacing w:before="0" w:after="0" w:line="264" w:lineRule="exact"/>
        <w:ind w:left="0" w:right="0" w:firstLine="0"/>
      </w:pPr>
      <w:r>
        <w:rPr>
          <w:rFonts w:ascii="EB Garamond" w:hAnsi="EB Garamond"/>
          <w:b w:val="0"/>
          <w:i w:val="0"/>
          <w:sz w:val="22"/>
        </w:rPr>
        <w:t>The cover was brown and cracked.</w:t>
      </w:r>
    </w:p>
    <w:p>
      <w:pPr>
        <w:spacing w:before="0" w:after="0" w:line="264" w:lineRule="exact"/>
        <w:ind w:left="0" w:right="0" w:firstLine="0"/>
      </w:pPr>
      <w:r>
        <w:rPr>
          <w:rFonts w:ascii="EB Garamond" w:hAnsi="EB Garamond"/>
          <w:b w:val="0"/>
          <w:i w:val="0"/>
          <w:sz w:val="22"/>
        </w:rPr>
        <w:t>A name was written inside.</w:t>
      </w:r>
    </w:p>
    <w:p>
      <w:pPr>
        <w:spacing w:before="0" w:after="0" w:line="264" w:lineRule="exact"/>
        <w:ind w:left="0" w:right="0" w:firstLine="0"/>
      </w:pPr>
      <w:r>
        <w:rPr>
          <w:rFonts w:ascii="EB Garamond" w:hAnsi="EB Garamond"/>
          <w:b/>
          <w:i w:val="0"/>
          <w:sz w:val="22"/>
        </w:rPr>
        <w:t>LINDA MARIE DONOVAN</w:t>
      </w:r>
    </w:p>
    <w:p>
      <w:pPr>
        <w:spacing w:before="0" w:after="0" w:line="264" w:lineRule="exact"/>
        <w:ind w:left="0" w:right="0" w:firstLine="0"/>
      </w:pPr>
      <w:r>
        <w:rPr>
          <w:rFonts w:ascii="EB Garamond" w:hAnsi="EB Garamond"/>
          <w:b w:val="0"/>
          <w:i w:val="0"/>
          <w:sz w:val="22"/>
        </w:rPr>
        <w:t>“Yours?”</w:t>
      </w:r>
    </w:p>
    <w:p>
      <w:pPr>
        <w:spacing w:before="0" w:after="0" w:line="264" w:lineRule="exact"/>
        <w:ind w:left="0" w:right="0" w:firstLine="0"/>
      </w:pPr>
      <w:r>
        <w:rPr>
          <w:rFonts w:ascii="EB Garamond" w:hAnsi="EB Garamond"/>
          <w:b w:val="0"/>
          <w:i w:val="0"/>
          <w:sz w:val="22"/>
        </w:rPr>
        <w:t>Grandma glanced over.</w:t>
      </w:r>
    </w:p>
    <w:p>
      <w:pPr>
        <w:spacing w:before="0" w:after="0" w:line="264" w:lineRule="exact"/>
        <w:ind w:left="0" w:right="0" w:firstLine="0"/>
      </w:pPr>
      <w:r>
        <w:rPr>
          <w:rFonts w:ascii="EB Garamond" w:hAnsi="EB Garamond"/>
          <w:b w:val="0"/>
          <w:i w:val="0"/>
          <w:sz w:val="22"/>
        </w:rPr>
        <w:t>“My first Bible.”</w:t>
      </w:r>
    </w:p>
    <w:p>
      <w:pPr>
        <w:spacing w:before="0" w:after="0" w:line="264" w:lineRule="exact"/>
        <w:ind w:left="0" w:right="0" w:firstLine="0"/>
      </w:pPr>
      <w:r>
        <w:rPr>
          <w:rFonts w:ascii="EB Garamond" w:hAnsi="EB Garamond"/>
          <w:b w:val="0"/>
          <w:i w:val="0"/>
          <w:sz w:val="22"/>
        </w:rPr>
        <w:t>Elsie flipped through it.</w:t>
      </w:r>
    </w:p>
    <w:p>
      <w:pPr>
        <w:spacing w:before="0" w:after="0" w:line="264" w:lineRule="exact"/>
        <w:ind w:left="0" w:right="0" w:firstLine="0"/>
      </w:pPr>
      <w:r>
        <w:rPr>
          <w:rFonts w:ascii="EB Garamond" w:hAnsi="EB Garamond"/>
          <w:b w:val="0"/>
          <w:i w:val="0"/>
          <w:sz w:val="22"/>
        </w:rPr>
        <w:t>There were notes everywhere.</w:t>
      </w:r>
    </w:p>
    <w:p>
      <w:pPr>
        <w:spacing w:before="0" w:after="0" w:line="264" w:lineRule="exact"/>
        <w:ind w:left="0" w:right="0" w:firstLine="0"/>
      </w:pPr>
      <w:r>
        <w:rPr>
          <w:rFonts w:ascii="EB Garamond" w:hAnsi="EB Garamond"/>
          <w:b w:val="0"/>
          <w:i w:val="0"/>
          <w:sz w:val="22"/>
        </w:rPr>
        <w:t>Underlined verses.</w:t>
      </w:r>
    </w:p>
    <w:p>
      <w:pPr>
        <w:spacing w:before="0" w:after="0" w:line="264" w:lineRule="exact"/>
        <w:ind w:left="0" w:right="0" w:firstLine="0"/>
      </w:pPr>
      <w:r>
        <w:rPr>
          <w:rFonts w:ascii="EB Garamond" w:hAnsi="EB Garamond"/>
          <w:b w:val="0"/>
          <w:i w:val="0"/>
          <w:sz w:val="22"/>
        </w:rPr>
        <w:t>Dates.</w:t>
      </w:r>
    </w:p>
    <w:p>
      <w:pPr>
        <w:spacing w:before="0" w:after="0" w:line="264" w:lineRule="exact"/>
        <w:ind w:left="0" w:right="0" w:firstLine="0"/>
      </w:pPr>
      <w:r>
        <w:rPr>
          <w:rFonts w:ascii="EB Garamond" w:hAnsi="EB Garamond"/>
          <w:b w:val="0"/>
          <w:i w:val="0"/>
          <w:sz w:val="22"/>
        </w:rPr>
        <w:t>Question marks.</w:t>
      </w:r>
    </w:p>
    <w:p>
      <w:pPr>
        <w:spacing w:before="0" w:after="0" w:line="264" w:lineRule="exact"/>
        <w:ind w:left="0" w:right="0" w:firstLine="0"/>
      </w:pPr>
      <w:r>
        <w:rPr>
          <w:rFonts w:ascii="EB Garamond" w:hAnsi="EB Garamond"/>
          <w:b w:val="0"/>
          <w:i w:val="0"/>
          <w:sz w:val="22"/>
        </w:rPr>
        <w:t>Whole paragraphs written in the margins.</w:t>
      </w:r>
    </w:p>
    <w:p>
      <w:pPr>
        <w:spacing w:before="0" w:after="0" w:line="264" w:lineRule="exact"/>
        <w:ind w:left="0" w:right="0" w:firstLine="0"/>
      </w:pPr>
      <w:r>
        <w:rPr>
          <w:rFonts w:ascii="EB Garamond" w:hAnsi="EB Garamond"/>
          <w:b w:val="0"/>
          <w:i w:val="0"/>
          <w:sz w:val="22"/>
        </w:rPr>
        <w:t>“This looks like you argued with it.”</w:t>
      </w:r>
    </w:p>
    <w:p>
      <w:pPr>
        <w:spacing w:before="0" w:after="0" w:line="264" w:lineRule="exact"/>
        <w:ind w:left="0" w:right="0" w:firstLine="0"/>
      </w:pPr>
      <w:r>
        <w:rPr>
          <w:rFonts w:ascii="EB Garamond" w:hAnsi="EB Garamond"/>
          <w:b w:val="0"/>
          <w:i w:val="0"/>
          <w:sz w:val="22"/>
        </w:rPr>
        <w:t>“I did.”</w:t>
      </w:r>
    </w:p>
    <w:p>
      <w:pPr>
        <w:spacing w:before="0" w:after="0" w:line="264" w:lineRule="exact"/>
        <w:ind w:left="0" w:right="0" w:firstLine="0"/>
      </w:pPr>
      <w:r>
        <w:rPr>
          <w:rFonts w:ascii="EB Garamond" w:hAnsi="EB Garamond"/>
          <w:b w:val="0"/>
          <w:i w:val="0"/>
          <w:sz w:val="22"/>
        </w:rPr>
        <w:t>“You’re allowed to do that?”</w:t>
      </w:r>
    </w:p>
    <w:p>
      <w:pPr>
        <w:spacing w:before="0" w:after="0" w:line="264" w:lineRule="exact"/>
        <w:ind w:left="0" w:right="0" w:firstLine="0"/>
      </w:pPr>
      <w:r>
        <w:rPr>
          <w:rFonts w:ascii="EB Garamond" w:hAnsi="EB Garamond"/>
          <w:b w:val="0"/>
          <w:i w:val="0"/>
          <w:sz w:val="22"/>
        </w:rPr>
        <w:t>Grandma looked at her.</w:t>
      </w:r>
    </w:p>
    <w:p>
      <w:pPr>
        <w:spacing w:before="0" w:after="0" w:line="264" w:lineRule="exact"/>
        <w:ind w:left="0" w:right="0" w:firstLine="0"/>
      </w:pPr>
      <w:r>
        <w:rPr>
          <w:rFonts w:ascii="EB Garamond" w:hAnsi="EB Garamond"/>
          <w:b w:val="0"/>
          <w:i w:val="0"/>
          <w:sz w:val="22"/>
        </w:rPr>
        <w:t>“With the Bible?”</w:t>
      </w:r>
    </w:p>
    <w:p>
      <w:pPr>
        <w:spacing w:before="0" w:after="0" w:line="264" w:lineRule="exact"/>
        <w:ind w:left="0" w:right="0" w:firstLine="0"/>
      </w:pPr>
      <w:r>
        <w:rPr>
          <w:rFonts w:ascii="EB Garamond" w:hAnsi="EB Garamond"/>
          <w:b w:val="0"/>
          <w:i w:val="0"/>
          <w:sz w:val="22"/>
        </w:rPr>
        <w:t>“With God?”</w:t>
      </w:r>
    </w:p>
    <w:p>
      <w:pPr>
        <w:spacing w:before="0" w:after="0" w:line="264" w:lineRule="exact"/>
        <w:ind w:left="0" w:right="0" w:firstLine="0"/>
      </w:pPr>
      <w:r>
        <w:rPr>
          <w:rFonts w:ascii="EB Garamond" w:hAnsi="EB Garamond"/>
          <w:b w:val="0"/>
          <w:i w:val="0"/>
          <w:sz w:val="22"/>
        </w:rPr>
        <w:t>Grandma didn’t answer immediately.</w:t>
      </w:r>
    </w:p>
    <w:p>
      <w:pPr>
        <w:spacing w:before="0" w:after="0" w:line="264" w:lineRule="exact"/>
        <w:ind w:left="0" w:right="0" w:firstLine="0"/>
      </w:pPr>
      <w:r>
        <w:rPr>
          <w:rFonts w:ascii="EB Garamond" w:hAnsi="EB Garamond"/>
          <w:b w:val="0"/>
          <w:i w:val="0"/>
          <w:sz w:val="22"/>
        </w:rPr>
        <w:t>Then she walked over and took the Bible.</w:t>
      </w:r>
    </w:p>
    <w:p>
      <w:pPr>
        <w:spacing w:before="0" w:after="0" w:line="264" w:lineRule="exact"/>
        <w:ind w:left="0" w:right="0" w:firstLine="0"/>
      </w:pPr>
      <w:r>
        <w:rPr>
          <w:rFonts w:ascii="EB Garamond" w:hAnsi="EB Garamond"/>
          <w:b w:val="0"/>
          <w:i w:val="0"/>
          <w:sz w:val="22"/>
        </w:rPr>
        <w:t>She flipped through several pages until she found what she wanted.</w:t>
      </w:r>
    </w:p>
    <w:p>
      <w:pPr>
        <w:spacing w:before="0" w:after="0" w:line="264" w:lineRule="exact"/>
        <w:ind w:left="0" w:right="0" w:firstLine="0"/>
      </w:pPr>
      <w:r>
        <w:rPr>
          <w:rFonts w:ascii="EB Garamond" w:hAnsi="EB Garamond"/>
          <w:b w:val="0"/>
          <w:i w:val="0"/>
          <w:sz w:val="22"/>
        </w:rPr>
        <w:t>“Look.”</w:t>
      </w:r>
    </w:p>
    <w:p>
      <w:pPr>
        <w:spacing w:before="0" w:after="0" w:line="264" w:lineRule="exact"/>
        <w:ind w:left="0" w:right="0" w:firstLine="0"/>
      </w:pPr>
      <w:r>
        <w:rPr>
          <w:rFonts w:ascii="EB Garamond" w:hAnsi="EB Garamond"/>
          <w:b w:val="0"/>
          <w:i w:val="0"/>
          <w:sz w:val="22"/>
        </w:rPr>
        <w:t>Elsie looked.</w:t>
      </w:r>
    </w:p>
    <w:p>
      <w:pPr>
        <w:spacing w:before="0" w:after="0" w:line="264" w:lineRule="exact"/>
        <w:ind w:left="0" w:right="0" w:firstLine="0"/>
      </w:pPr>
      <w:r>
        <w:rPr>
          <w:rFonts w:ascii="EB Garamond" w:hAnsi="EB Garamond"/>
          <w:b w:val="0"/>
          <w:i w:val="0"/>
          <w:sz w:val="22"/>
        </w:rPr>
        <w:t>A verse was underlined so heavily the ink had almost torn through the page.</w:t>
      </w:r>
    </w:p>
    <w:p>
      <w:pPr>
        <w:spacing w:before="0" w:after="0" w:line="264" w:lineRule="exact"/>
        <w:ind w:left="0" w:right="0" w:firstLine="0"/>
      </w:pPr>
      <w:r>
        <w:rPr>
          <w:rFonts w:ascii="EB Garamond" w:hAnsi="EB Garamond"/>
          <w:b w:val="0"/>
          <w:i w:val="0"/>
          <w:sz w:val="22"/>
        </w:rPr>
        <w:t>She never even got to the words.</w:t>
      </w:r>
    </w:p>
    <w:p>
      <w:pPr>
        <w:spacing w:before="0" w:after="0" w:line="264" w:lineRule="exact"/>
        <w:ind w:left="0" w:right="0" w:firstLine="0"/>
      </w:pPr>
      <w:r>
        <w:rPr>
          <w:rFonts w:ascii="EB Garamond" w:hAnsi="EB Garamond"/>
          <w:b w:val="0"/>
          <w:i w:val="0"/>
          <w:sz w:val="22"/>
        </w:rPr>
        <w:t>She couldn’t stop staring at what twenty-year-old Grandma had written beside it:</w:t>
      </w:r>
    </w:p>
    <w:p>
      <w:pPr>
        <w:spacing w:before="0" w:after="0" w:line="264" w:lineRule="exact"/>
        <w:ind w:left="0" w:right="0" w:firstLine="0"/>
      </w:pPr>
      <w:r>
        <w:rPr>
          <w:rFonts w:ascii="EB Garamond" w:hAnsi="EB Garamond"/>
          <w:b/>
          <w:i w:val="0"/>
          <w:sz w:val="22"/>
        </w:rPr>
        <w:t>I DON’T BELIEVE THIS.</w:t>
      </w:r>
    </w:p>
    <w:p>
      <w:pPr>
        <w:spacing w:before="0" w:after="0" w:line="264" w:lineRule="exact"/>
        <w:ind w:left="0" w:right="0" w:firstLine="0"/>
      </w:pPr>
      <w:r>
        <w:rPr>
          <w:rFonts w:ascii="EB Garamond" w:hAnsi="EB Garamond"/>
          <w:b w:val="0"/>
          <w:i w:val="0"/>
          <w:sz w:val="22"/>
        </w:rPr>
        <w:t>Elsie stared.</w:t>
      </w:r>
    </w:p>
    <w:p>
      <w:pPr>
        <w:spacing w:before="0" w:after="0" w:line="264" w:lineRule="exact"/>
        <w:ind w:left="0" w:right="0" w:firstLine="0"/>
      </w:pPr>
      <w:r>
        <w:rPr>
          <w:rFonts w:ascii="EB Garamond" w:hAnsi="EB Garamond"/>
          <w:b w:val="0"/>
          <w:i w:val="0"/>
          <w:sz w:val="22"/>
        </w:rPr>
        <w:t>Then looked at Grandma.</w:t>
      </w:r>
    </w:p>
    <w:p>
      <w:pPr>
        <w:spacing w:before="0" w:after="0" w:line="264" w:lineRule="exact"/>
        <w:ind w:left="0" w:right="0" w:firstLine="0"/>
      </w:pPr>
      <w:r>
        <w:rPr>
          <w:rFonts w:ascii="EB Garamond" w:hAnsi="EB Garamond"/>
          <w:b w:val="0"/>
          <w:i w:val="0"/>
          <w:sz w:val="22"/>
        </w:rPr>
        <w:t>“You wrote that in the Bible?”</w:t>
      </w:r>
    </w:p>
    <w:p>
      <w:pPr>
        <w:spacing w:before="0" w:after="0" w:line="264" w:lineRule="exact"/>
        <w:ind w:left="0" w:right="0" w:firstLine="0"/>
      </w:pPr>
      <w:r>
        <w:rPr>
          <w:rFonts w:ascii="EB Garamond" w:hAnsi="EB Garamond"/>
          <w:b w:val="0"/>
          <w:i w:val="0"/>
          <w:sz w:val="22"/>
        </w:rPr>
        <w:t>“I was mad.”</w:t>
      </w:r>
    </w:p>
    <w:p>
      <w:pPr>
        <w:spacing w:before="0" w:after="0" w:line="264" w:lineRule="exact"/>
        <w:ind w:left="0" w:right="0" w:firstLine="0"/>
      </w:pPr>
      <w:r>
        <w:rPr>
          <w:rFonts w:ascii="EB Garamond" w:hAnsi="EB Garamond"/>
          <w:b w:val="0"/>
          <w:i w:val="0"/>
          <w:sz w:val="22"/>
        </w:rPr>
        <w:t>“Clearly.”</w:t>
      </w:r>
    </w:p>
    <w:p>
      <w:pPr>
        <w:spacing w:before="0" w:after="0" w:line="264" w:lineRule="exact"/>
        <w:ind w:left="0" w:right="0" w:firstLine="0"/>
      </w:pPr>
      <w:r>
        <w:rPr>
          <w:rFonts w:ascii="EB Garamond" w:hAnsi="EB Garamond"/>
          <w:b w:val="0"/>
          <w:i w:val="0"/>
          <w:sz w:val="22"/>
        </w:rPr>
        <w:t>“I thought God had abandoned me.”</w:t>
      </w:r>
    </w:p>
    <w:p>
      <w:pPr>
        <w:spacing w:before="0" w:after="0" w:line="264" w:lineRule="exact"/>
        <w:ind w:left="0" w:right="0" w:firstLine="0"/>
      </w:pPr>
      <w:r>
        <w:rPr>
          <w:rFonts w:ascii="EB Garamond" w:hAnsi="EB Garamond"/>
          <w:b w:val="0"/>
          <w:i w:val="0"/>
          <w:sz w:val="22"/>
        </w:rPr>
        <w:t>Elsie’s eyes went back to the page.</w:t>
      </w:r>
    </w:p>
    <w:p>
      <w:pPr>
        <w:spacing w:before="0" w:after="0" w:line="264" w:lineRule="exact"/>
        <w:ind w:left="0" w:right="0" w:firstLine="0"/>
      </w:pPr>
      <w:r>
        <w:rPr>
          <w:rFonts w:ascii="EB Garamond" w:hAnsi="EB Garamond"/>
          <w:b w:val="0"/>
          <w:i w:val="0"/>
          <w:sz w:val="22"/>
        </w:rPr>
        <w:t>She couldn’t imagine Grandma thinking that.</w:t>
      </w:r>
    </w:p>
    <w:p>
      <w:pPr>
        <w:spacing w:before="0" w:after="0" w:line="264" w:lineRule="exact"/>
        <w:ind w:left="0" w:right="0" w:firstLine="0"/>
      </w:pPr>
      <w:r>
        <w:rPr>
          <w:rFonts w:ascii="EB Garamond" w:hAnsi="EB Garamond"/>
          <w:b w:val="0"/>
          <w:i w:val="0"/>
          <w:sz w:val="22"/>
        </w:rPr>
        <w:t>“What happened?”</w:t>
      </w:r>
    </w:p>
    <w:p>
      <w:pPr>
        <w:spacing w:before="0" w:after="0" w:line="264" w:lineRule="exact"/>
        <w:ind w:left="0" w:right="0" w:firstLine="0"/>
      </w:pPr>
      <w:r>
        <w:rPr>
          <w:rFonts w:ascii="EB Garamond" w:hAnsi="EB Garamond"/>
          <w:b w:val="0"/>
          <w:i w:val="0"/>
          <w:sz w:val="22"/>
        </w:rPr>
        <w:t>Grandma gently took the Bible back.</w:t>
      </w:r>
    </w:p>
    <w:p>
      <w:pPr>
        <w:spacing w:before="0" w:after="0" w:line="264" w:lineRule="exact"/>
        <w:ind w:left="0" w:right="0" w:firstLine="0"/>
      </w:pPr>
      <w:r>
        <w:rPr>
          <w:rFonts w:ascii="EB Garamond" w:hAnsi="EB Garamond"/>
          <w:b w:val="0"/>
          <w:i w:val="0"/>
          <w:sz w:val="22"/>
        </w:rPr>
        <w:t>“Eventually, I learned that feeling abandoned and being abandoned aren’t always the same thing.”</w:t>
      </w:r>
    </w:p>
    <w:p>
      <w:pPr>
        <w:spacing w:before="0" w:after="0" w:line="264" w:lineRule="exact"/>
        <w:ind w:left="0" w:right="0" w:firstLine="0"/>
      </w:pPr>
      <w:r>
        <w:rPr>
          <w:rFonts w:ascii="EB Garamond" w:hAnsi="EB Garamond"/>
          <w:b w:val="0"/>
          <w:i w:val="0"/>
          <w:sz w:val="22"/>
        </w:rPr>
        <w:t>That sounded suspiciously like something Elsie would normally hate.</w:t>
      </w:r>
    </w:p>
    <w:p>
      <w:pPr>
        <w:spacing w:before="0" w:after="0" w:line="264" w:lineRule="exact"/>
        <w:ind w:left="0" w:right="0" w:firstLine="0"/>
      </w:pPr>
      <w:r>
        <w:rPr>
          <w:rFonts w:ascii="EB Garamond" w:hAnsi="EB Garamond"/>
          <w:b w:val="0"/>
          <w:i w:val="0"/>
          <w:sz w:val="22"/>
        </w:rPr>
        <w:t xml:space="preserve">Except Grandma had written </w:t>
      </w:r>
      <w:r>
        <w:rPr>
          <w:rFonts w:ascii="EB Garamond" w:hAnsi="EB Garamond"/>
          <w:b/>
          <w:i w:val="0"/>
          <w:sz w:val="22"/>
        </w:rPr>
        <w:t>I DON’T BELIEVE THIS</w:t>
      </w:r>
      <w:r>
        <w:rPr>
          <w:rFonts w:ascii="EB Garamond" w:hAnsi="EB Garamond"/>
          <w:b w:val="0"/>
          <w:i w:val="0"/>
          <w:sz w:val="22"/>
        </w:rPr>
        <w:t xml:space="preserve"> in all capital letters beside Scripture.</w:t>
      </w:r>
    </w:p>
    <w:p>
      <w:pPr>
        <w:spacing w:before="0" w:after="0" w:line="264" w:lineRule="exact"/>
        <w:ind w:left="0" w:right="0" w:firstLine="0"/>
      </w:pPr>
      <w:r>
        <w:rPr>
          <w:rFonts w:ascii="EB Garamond" w:hAnsi="EB Garamond"/>
          <w:b w:val="0"/>
          <w:i w:val="0"/>
          <w:sz w:val="22"/>
        </w:rPr>
        <w:t>That made it different somehow.</w:t>
      </w:r>
    </w:p>
    <w:p>
      <w:pPr>
        <w:spacing w:before="0" w:after="0" w:line="264" w:lineRule="exact"/>
        <w:ind w:left="0" w:right="0" w:firstLine="0"/>
      </w:pPr>
      <w:r>
        <w:rPr>
          <w:rFonts w:ascii="EB Garamond" w:hAnsi="EB Garamond"/>
          <w:b w:val="0"/>
          <w:i w:val="0"/>
          <w:sz w:val="22"/>
        </w:rPr>
        <w:t>Human.</w:t>
      </w:r>
    </w:p>
    <w:p>
      <w:pPr>
        <w:spacing w:before="0" w:after="0" w:line="264" w:lineRule="exact"/>
        <w:ind w:left="0" w:right="0" w:firstLine="0"/>
      </w:pPr>
      <w:r>
        <w:rPr>
          <w:rFonts w:ascii="EB Garamond" w:hAnsi="EB Garamond"/>
          <w:b w:val="0"/>
          <w:i w:val="0"/>
          <w:sz w:val="22"/>
        </w:rPr>
        <w:t>Elsie looked at the old Bible.</w:t>
      </w:r>
    </w:p>
    <w:p>
      <w:pPr>
        <w:spacing w:before="0" w:after="0" w:line="264" w:lineRule="exact"/>
        <w:ind w:left="0" w:right="0" w:firstLine="0"/>
      </w:pPr>
      <w:r>
        <w:rPr>
          <w:rFonts w:ascii="EB Garamond" w:hAnsi="EB Garamond"/>
          <w:b w:val="0"/>
          <w:i w:val="0"/>
          <w:sz w:val="22"/>
        </w:rPr>
        <w:t>“Did you ever erase it?”</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“Why not?”</w:t>
      </w:r>
    </w:p>
    <w:p>
      <w:pPr>
        <w:spacing w:before="0" w:after="0" w:line="264" w:lineRule="exact"/>
        <w:ind w:left="0" w:right="0" w:firstLine="0"/>
      </w:pPr>
      <w:r>
        <w:rPr>
          <w:rFonts w:ascii="EB Garamond" w:hAnsi="EB Garamond"/>
          <w:b w:val="0"/>
          <w:i w:val="0"/>
          <w:sz w:val="22"/>
        </w:rPr>
        <w:t>Grandma closed the cover.</w:t>
      </w:r>
    </w:p>
    <w:p>
      <w:pPr>
        <w:spacing w:before="0" w:after="0" w:line="264" w:lineRule="exact"/>
        <w:ind w:left="0" w:right="0" w:firstLine="0"/>
      </w:pPr>
      <w:r>
        <w:rPr>
          <w:rFonts w:ascii="EB Garamond" w:hAnsi="EB Garamond"/>
          <w:b w:val="0"/>
          <w:i w:val="0"/>
          <w:sz w:val="22"/>
        </w:rPr>
        <w:t>“Because I meant it when I wrote it.”</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val="0"/>
          <w:i w:val="0"/>
          <w:sz w:val="22"/>
        </w:rPr>
        <w:t>“Isn’t that bad?”</w:t>
      </w:r>
    </w:p>
    <w:p>
      <w:pPr>
        <w:spacing w:before="0" w:after="0" w:line="264" w:lineRule="exact"/>
        <w:ind w:left="0" w:right="0" w:firstLine="0"/>
      </w:pPr>
      <w:r>
        <w:rPr>
          <w:rFonts w:ascii="EB Garamond" w:hAnsi="EB Garamond"/>
          <w:b w:val="0"/>
          <w:i w:val="0"/>
          <w:sz w:val="22"/>
        </w:rPr>
        <w:t>Grandma put the Bible into the KEEP box.</w:t>
      </w:r>
    </w:p>
    <w:p>
      <w:pPr>
        <w:spacing w:before="0" w:after="0" w:line="264" w:lineRule="exact"/>
        <w:ind w:left="0" w:right="0" w:firstLine="0"/>
      </w:pPr>
      <w:r>
        <w:rPr>
          <w:rFonts w:ascii="EB Garamond" w:hAnsi="EB Garamond"/>
          <w:b w:val="0"/>
          <w:i w:val="0"/>
          <w:sz w:val="22"/>
        </w:rPr>
        <w:t>“It reminds me who I was.”</w:t>
      </w:r>
    </w:p>
    <w:p>
      <w:pPr>
        <w:spacing w:before="0" w:after="0" w:line="264" w:lineRule="exact"/>
        <w:ind w:left="0" w:right="0" w:firstLine="0"/>
      </w:pPr>
      <w:r>
        <w:rPr>
          <w:rFonts w:ascii="EB Garamond" w:hAnsi="EB Garamond"/>
          <w:b w:val="0"/>
          <w:i w:val="0"/>
          <w:sz w:val="22"/>
        </w:rPr>
        <w:t>She paused.</w:t>
      </w:r>
    </w:p>
    <w:p>
      <w:pPr>
        <w:spacing w:before="0" w:after="0" w:line="264" w:lineRule="exact"/>
        <w:ind w:left="0" w:right="0" w:firstLine="0"/>
      </w:pPr>
      <w:r>
        <w:rPr>
          <w:rFonts w:ascii="EB Garamond" w:hAnsi="EB Garamond"/>
          <w:b w:val="0"/>
          <w:i w:val="0"/>
          <w:sz w:val="22"/>
        </w:rPr>
        <w:t>“And sometimes who I still am.”</w:t>
      </w:r>
    </w:p>
    <w:p>
      <w:pPr>
        <w:spacing w:before="0" w:after="0" w:line="264" w:lineRule="exact"/>
        <w:ind w:left="0" w:right="0" w:firstLine="0"/>
      </w:pPr>
      <w:r>
        <w:rPr>
          <w:rFonts w:ascii="EB Garamond" w:hAnsi="EB Garamond"/>
          <w:b w:val="0"/>
          <w:i w:val="0"/>
          <w:sz w:val="22"/>
        </w:rPr>
        <w:t>Elsie stared at her.</w:t>
      </w:r>
    </w:p>
    <w:p>
      <w:pPr>
        <w:spacing w:before="0" w:after="0" w:line="264" w:lineRule="exact"/>
        <w:ind w:left="0" w:right="0" w:firstLine="0"/>
      </w:pPr>
      <w:r>
        <w:rPr>
          <w:rFonts w:ascii="EB Garamond" w:hAnsi="EB Garamond"/>
          <w:b w:val="0"/>
          <w:i w:val="0"/>
          <w:sz w:val="22"/>
        </w:rPr>
        <w:t>Adults weren’t supposed to say things like that.</w:t>
      </w:r>
    </w:p>
    <w:p>
      <w:pPr>
        <w:spacing w:before="0" w:after="0" w:line="264" w:lineRule="exact"/>
        <w:ind w:left="0" w:right="0" w:firstLine="0"/>
      </w:pPr>
      <w:r>
        <w:rPr>
          <w:rFonts w:ascii="EB Garamond" w:hAnsi="EB Garamond"/>
          <w:b w:val="0"/>
          <w:i w:val="0"/>
          <w:sz w:val="22"/>
        </w:rPr>
        <w:t>Adults were supposed to tell you what they’d learned after they finished learning it.</w:t>
      </w:r>
    </w:p>
    <w:p>
      <w:pPr>
        <w:spacing w:before="0" w:after="0" w:line="264" w:lineRule="exact"/>
        <w:ind w:left="0" w:right="0" w:firstLine="0"/>
      </w:pPr>
      <w:r>
        <w:rPr>
          <w:rFonts w:ascii="EB Garamond" w:hAnsi="EB Garamond"/>
          <w:b w:val="0"/>
          <w:i w:val="0"/>
          <w:sz w:val="22"/>
        </w:rPr>
        <w:t>Grandma apparently hadn’t.</w:t>
      </w:r>
    </w:p>
    <w:p>
      <w:pPr>
        <w:spacing w:before="0" w:after="0" w:line="264" w:lineRule="exact"/>
        <w:ind w:left="0" w:right="0" w:firstLine="0"/>
      </w:pPr>
      <w:r>
        <w:rPr>
          <w:rFonts w:ascii="EB Garamond" w:hAnsi="EB Garamond"/>
          <w:b w:val="0"/>
          <w:i w:val="0"/>
          <w:sz w:val="22"/>
        </w:rPr>
        <w:t>Elsie liked that.</w:t>
      </w:r>
    </w:p>
    <w:p>
      <w:pPr>
        <w:spacing w:before="0" w:after="0" w:line="264" w:lineRule="exact"/>
        <w:ind w:left="0" w:right="0" w:firstLine="0"/>
      </w:pPr>
      <w:r>
        <w:rPr>
          <w:rFonts w:ascii="EB Garamond" w:hAnsi="EB Garamond"/>
          <w:b w:val="0"/>
          <w:i w:val="0"/>
          <w:sz w:val="22"/>
        </w:rPr>
        <w:t>At home that night, Elsie pulled Grandma’s folded list from her Bible.</w:t>
      </w:r>
    </w:p>
    <w:p>
      <w:pPr>
        <w:spacing w:before="0" w:after="0" w:line="264" w:lineRule="exact"/>
        <w:ind w:left="0" w:right="0" w:firstLine="0"/>
      </w:pPr>
      <w:r>
        <w:rPr>
          <w:rFonts w:ascii="EB Garamond" w:hAnsi="EB Garamond"/>
          <w:b w:val="0"/>
          <w:i w:val="0"/>
          <w:sz w:val="22"/>
        </w:rPr>
        <w:t>She laid it beside her English assignment.</w:t>
      </w:r>
    </w:p>
    <w:p>
      <w:pPr>
        <w:spacing w:before="0" w:after="0" w:line="264" w:lineRule="exact"/>
        <w:ind w:left="0" w:right="0" w:firstLine="0"/>
      </w:pPr>
      <w:r>
        <w:rPr>
          <w:rFonts w:ascii="EB Garamond" w:hAnsi="EB Garamond"/>
          <w:b/>
          <w:i w:val="0"/>
          <w:sz w:val="22"/>
        </w:rPr>
        <w:t>WHO ARE YOU?</w:t>
      </w:r>
    </w:p>
    <w:p>
      <w:pPr>
        <w:spacing w:before="0" w:after="0" w:line="264" w:lineRule="exact"/>
        <w:ind w:left="0" w:right="0" w:firstLine="0"/>
      </w:pPr>
      <w:r>
        <w:rPr>
          <w:rFonts w:ascii="EB Garamond" w:hAnsi="EB Garamond"/>
          <w:b w:val="0"/>
          <w:i w:val="0"/>
          <w:sz w:val="22"/>
        </w:rPr>
        <w:t>She still didn’t know.</w:t>
      </w:r>
    </w:p>
    <w:p>
      <w:pPr>
        <w:spacing w:before="0" w:after="0" w:line="264" w:lineRule="exact"/>
        <w:ind w:left="0" w:right="0" w:firstLine="0"/>
      </w:pPr>
      <w:r>
        <w:rPr>
          <w:rFonts w:ascii="EB Garamond" w:hAnsi="EB Garamond"/>
          <w:b w:val="0"/>
          <w:i w:val="0"/>
          <w:sz w:val="22"/>
        </w:rPr>
        <w:t>But she had another question now.</w:t>
      </w:r>
    </w:p>
    <w:p>
      <w:pPr>
        <w:spacing w:before="0" w:after="0" w:line="264" w:lineRule="exact"/>
        <w:ind w:left="0" w:right="0" w:firstLine="0"/>
      </w:pPr>
      <w:r>
        <w:rPr>
          <w:rFonts w:ascii="EB Garamond" w:hAnsi="EB Garamond"/>
          <w:b w:val="0"/>
          <w:i w:val="0"/>
          <w:sz w:val="22"/>
        </w:rPr>
        <w:t>She opened her notebook.</w:t>
      </w:r>
    </w:p>
    <w:p>
      <w:pPr>
        <w:spacing w:before="0" w:after="0" w:line="264" w:lineRule="exact"/>
        <w:ind w:left="0" w:right="0" w:firstLine="0"/>
      </w:pPr>
      <w:r>
        <w:rPr>
          <w:rFonts w:ascii="EB Garamond" w:hAnsi="EB Garamond"/>
          <w:b w:val="0"/>
          <w:i w:val="0"/>
          <w:sz w:val="22"/>
        </w:rPr>
        <w:t>At the top of a clean page, she wrote:</w:t>
      </w:r>
    </w:p>
    <w:p>
      <w:pPr>
        <w:spacing w:before="0" w:after="0" w:line="264" w:lineRule="exact"/>
        <w:ind w:left="0" w:right="0" w:firstLine="0"/>
      </w:pPr>
      <w:r>
        <w:rPr>
          <w:rFonts w:ascii="EB Garamond" w:hAnsi="EB Garamond"/>
          <w:b/>
          <w:i w:val="0"/>
          <w:sz w:val="22"/>
        </w:rPr>
        <w:t>PEOPLE GOD USED ANYWAY</w:t>
      </w:r>
    </w:p>
    <w:p>
      <w:pPr>
        <w:spacing w:before="0" w:after="0" w:line="264" w:lineRule="exact"/>
        <w:ind w:left="0" w:right="0" w:firstLine="0"/>
      </w:pPr>
      <w:r>
        <w:rPr>
          <w:rFonts w:ascii="EB Garamond" w:hAnsi="EB Garamond"/>
          <w:b w:val="0"/>
          <w:i w:val="0"/>
          <w:sz w:val="22"/>
        </w:rPr>
        <w:t>Then she copied Grandma’s list.</w:t>
      </w:r>
    </w:p>
    <w:p>
      <w:pPr>
        <w:spacing w:before="0" w:after="0" w:line="264" w:lineRule="exact"/>
        <w:ind w:left="0" w:right="0" w:firstLine="0"/>
      </w:pPr>
      <w:r>
        <w:rPr>
          <w:rFonts w:ascii="EB Garamond" w:hAnsi="EB Garamond"/>
          <w:b/>
          <w:i w:val="0"/>
          <w:sz w:val="22"/>
        </w:rPr>
        <w:t>Moses — Killed a man and couldn’t speak.</w:t>
      </w:r>
    </w:p>
    <w:p>
      <w:pPr>
        <w:spacing w:before="0" w:after="0" w:line="264" w:lineRule="exact"/>
        <w:ind w:left="0" w:right="0" w:firstLine="0"/>
      </w:pPr>
      <w:r>
        <w:rPr>
          <w:rFonts w:ascii="EB Garamond" w:hAnsi="EB Garamond"/>
          <w:b/>
          <w:i w:val="0"/>
          <w:sz w:val="22"/>
        </w:rPr>
        <w:t>Gideon — Afraid.</w:t>
      </w:r>
    </w:p>
    <w:p>
      <w:pPr>
        <w:spacing w:before="0" w:after="0" w:line="264" w:lineRule="exact"/>
        <w:ind w:left="0" w:right="0" w:firstLine="0"/>
      </w:pPr>
      <w:r>
        <w:rPr>
          <w:rFonts w:ascii="EB Garamond" w:hAnsi="EB Garamond"/>
          <w:b/>
          <w:i w:val="0"/>
          <w:sz w:val="22"/>
        </w:rPr>
        <w:t>Jonah — Ran from God.</w:t>
      </w:r>
    </w:p>
    <w:p>
      <w:pPr>
        <w:spacing w:before="0" w:after="0" w:line="264" w:lineRule="exact"/>
        <w:ind w:left="0" w:right="0" w:firstLine="0"/>
      </w:pPr>
      <w:r>
        <w:rPr>
          <w:rFonts w:ascii="EB Garamond" w:hAnsi="EB Garamond"/>
          <w:b/>
          <w:i w:val="0"/>
          <w:sz w:val="22"/>
        </w:rPr>
        <w:t>Peter — Denied Jesus.</w:t>
      </w:r>
    </w:p>
    <w:p>
      <w:pPr>
        <w:spacing w:before="0" w:after="0" w:line="264" w:lineRule="exact"/>
        <w:ind w:left="0" w:right="0" w:firstLine="0"/>
      </w:pPr>
      <w:r>
        <w:rPr>
          <w:rFonts w:ascii="EB Garamond" w:hAnsi="EB Garamond"/>
          <w:b/>
          <w:i w:val="0"/>
          <w:sz w:val="22"/>
        </w:rPr>
        <w:t>Martha — Worried.</w:t>
      </w:r>
    </w:p>
    <w:p>
      <w:pPr>
        <w:spacing w:before="0" w:after="0" w:line="264" w:lineRule="exact"/>
        <w:ind w:left="0" w:right="0" w:firstLine="0"/>
      </w:pPr>
      <w:r>
        <w:rPr>
          <w:rFonts w:ascii="EB Garamond" w:hAnsi="EB Garamond"/>
          <w:b/>
          <w:i w:val="0"/>
          <w:sz w:val="22"/>
        </w:rPr>
        <w:t>Thomas — Doubted.</w:t>
      </w:r>
    </w:p>
    <w:p>
      <w:pPr>
        <w:spacing w:before="0" w:after="0" w:line="264" w:lineRule="exact"/>
        <w:ind w:left="0" w:right="0" w:firstLine="0"/>
      </w:pPr>
      <w:r>
        <w:rPr>
          <w:rFonts w:ascii="EB Garamond" w:hAnsi="EB Garamond"/>
          <w:b/>
          <w:i w:val="0"/>
          <w:sz w:val="22"/>
        </w:rPr>
        <w:t>David — Made terrible choices.</w:t>
      </w:r>
    </w:p>
    <w:p>
      <w:pPr>
        <w:spacing w:before="0" w:after="0" w:line="264" w:lineRule="exact"/>
        <w:ind w:left="0" w:right="0" w:firstLine="0"/>
      </w:pPr>
      <w:r>
        <w:rPr>
          <w:rFonts w:ascii="EB Garamond" w:hAnsi="EB Garamond"/>
          <w:b/>
          <w:i w:val="0"/>
          <w:sz w:val="22"/>
        </w:rPr>
        <w:t>Rahab — Had a past people could easily use against her.</w:t>
      </w:r>
    </w:p>
    <w:p>
      <w:pPr>
        <w:spacing w:before="0" w:after="0" w:line="264" w:lineRule="exact"/>
        <w:ind w:left="0" w:right="0" w:firstLine="0"/>
      </w:pPr>
      <w:r>
        <w:rPr>
          <w:rFonts w:ascii="EB Garamond" w:hAnsi="EB Garamond"/>
          <w:b/>
          <w:i w:val="0"/>
          <w:sz w:val="22"/>
        </w:rPr>
        <w:t>Jeremiah — Thought he was too young.</w:t>
      </w:r>
    </w:p>
    <w:p>
      <w:pPr>
        <w:spacing w:before="0" w:after="0" w:line="264" w:lineRule="exact"/>
        <w:ind w:left="0" w:right="0" w:firstLine="0"/>
      </w:pPr>
      <w:r>
        <w:rPr>
          <w:rFonts w:ascii="EB Garamond" w:hAnsi="EB Garamond"/>
          <w:b/>
          <w:i w:val="0"/>
          <w:sz w:val="22"/>
        </w:rPr>
        <w:t>Leah — Was ugly.</w:t>
      </w:r>
    </w:p>
    <w:p>
      <w:pPr>
        <w:spacing w:before="0" w:after="0" w:line="264" w:lineRule="exact"/>
        <w:ind w:left="0" w:right="0" w:firstLine="0"/>
      </w:pPr>
      <w:r>
        <w:rPr>
          <w:rFonts w:ascii="EB Garamond" w:hAnsi="EB Garamond"/>
          <w:b/>
          <w:i w:val="0"/>
          <w:sz w:val="22"/>
        </w:rPr>
        <w:t>Lazarus — Was dead.</w:t>
      </w:r>
    </w:p>
    <w:p>
      <w:pPr>
        <w:spacing w:before="0" w:after="0" w:line="264" w:lineRule="exact"/>
        <w:ind w:left="0" w:right="0" w:firstLine="0"/>
      </w:pPr>
      <w:r>
        <w:rPr>
          <w:rFonts w:ascii="EB Garamond" w:hAnsi="EB Garamond"/>
          <w:b w:val="0"/>
          <w:i w:val="0"/>
          <w:sz w:val="22"/>
        </w:rPr>
        <w:t>She tapped her pen against the page.</w:t>
      </w:r>
    </w:p>
    <w:p>
      <w:pPr>
        <w:spacing w:before="0" w:after="0" w:line="264" w:lineRule="exact"/>
        <w:ind w:left="0" w:right="0" w:firstLine="0"/>
      </w:pPr>
      <w:r>
        <w:rPr>
          <w:rFonts w:ascii="EB Garamond" w:hAnsi="EB Garamond"/>
          <w:b w:val="0"/>
          <w:i w:val="0"/>
          <w:sz w:val="22"/>
        </w:rPr>
        <w:t>Then added:</w:t>
      </w:r>
    </w:p>
    <w:p>
      <w:pPr>
        <w:spacing w:before="0" w:after="0" w:line="264" w:lineRule="exact"/>
        <w:ind w:left="0" w:right="0" w:firstLine="0"/>
      </w:pPr>
      <w:r>
        <w:rPr>
          <w:rFonts w:ascii="EB Garamond" w:hAnsi="EB Garamond"/>
          <w:b w:val="0"/>
          <w:i/>
          <w:sz w:val="22"/>
        </w:rPr>
        <w:t>Grandma — got angry at God.</w:t>
      </w:r>
    </w:p>
    <w:p>
      <w:pPr>
        <w:spacing w:before="0" w:after="0" w:line="264" w:lineRule="exact"/>
        <w:ind w:left="0" w:right="0" w:firstLine="0"/>
      </w:pPr>
      <w:r>
        <w:rPr>
          <w:rFonts w:ascii="EB Garamond" w:hAnsi="EB Garamond"/>
          <w:b w:val="0"/>
          <w:i w:val="0"/>
          <w:sz w:val="22"/>
        </w:rPr>
        <w:t>She stared at it.</w:t>
      </w:r>
    </w:p>
    <w:p>
      <w:pPr>
        <w:spacing w:before="0" w:after="0" w:line="264" w:lineRule="exact"/>
        <w:ind w:left="0" w:right="0" w:firstLine="0"/>
      </w:pPr>
      <w:r>
        <w:rPr>
          <w:rFonts w:ascii="EB Garamond" w:hAnsi="EB Garamond"/>
          <w:b w:val="0"/>
          <w:i w:val="0"/>
          <w:sz w:val="22"/>
        </w:rPr>
        <w:t>It almost felt illegal.</w:t>
      </w:r>
    </w:p>
    <w:p>
      <w:pPr>
        <w:spacing w:before="0" w:after="0" w:line="264" w:lineRule="exact"/>
        <w:ind w:left="0" w:right="0" w:firstLine="0"/>
      </w:pPr>
      <w:r>
        <w:rPr>
          <w:rFonts w:ascii="EB Garamond" w:hAnsi="EB Garamond"/>
          <w:b w:val="0"/>
          <w:i w:val="0"/>
          <w:sz w:val="22"/>
        </w:rPr>
        <w:t>Then, beneath Grandma, she wrote:</w:t>
      </w:r>
    </w:p>
    <w:p>
      <w:pPr>
        <w:spacing w:before="0" w:after="0" w:line="264" w:lineRule="exact"/>
        <w:ind w:left="0" w:right="0" w:firstLine="0"/>
      </w:pPr>
      <w:r>
        <w:rPr>
          <w:rFonts w:ascii="EB Garamond" w:hAnsi="EB Garamond"/>
          <w:b w:val="0"/>
          <w:i/>
          <w:sz w:val="22"/>
        </w:rPr>
        <w:t>Elsie — lied because she wanted people to like her.</w:t>
      </w:r>
    </w:p>
    <w:p>
      <w:pPr>
        <w:spacing w:before="0" w:after="0" w:line="264" w:lineRule="exact"/>
        <w:ind w:left="0" w:right="0" w:firstLine="0"/>
      </w:pPr>
      <w:r>
        <w:rPr>
          <w:rFonts w:ascii="EB Garamond" w:hAnsi="EB Garamond"/>
          <w:b w:val="0"/>
          <w:i w:val="0"/>
          <w:sz w:val="22"/>
        </w:rPr>
        <w:t>Her stomach tightened.</w:t>
      </w:r>
    </w:p>
    <w:p>
      <w:pPr>
        <w:spacing w:before="0" w:after="0" w:line="264" w:lineRule="exact"/>
        <w:ind w:left="0" w:right="0" w:firstLine="0"/>
      </w:pPr>
      <w:r>
        <w:rPr>
          <w:rFonts w:ascii="EB Garamond" w:hAnsi="EB Garamond"/>
          <w:b w:val="0"/>
          <w:i w:val="0"/>
          <w:sz w:val="22"/>
        </w:rPr>
        <w:t>She nearly scratched it out.</w:t>
      </w:r>
    </w:p>
    <w:p>
      <w:pPr>
        <w:spacing w:before="0" w:after="0" w:line="264" w:lineRule="exact"/>
        <w:ind w:left="0" w:right="0" w:firstLine="0"/>
      </w:pPr>
      <w:r>
        <w:rPr>
          <w:rFonts w:ascii="EB Garamond" w:hAnsi="EB Garamond"/>
          <w:b w:val="0"/>
          <w:i w:val="0"/>
          <w:sz w:val="22"/>
        </w:rPr>
        <w:t>Instead, she closed the notebook.</w:t>
      </w:r>
    </w:p>
    <w:p>
      <w:pPr>
        <w:spacing w:before="0" w:after="0" w:line="264" w:lineRule="exact"/>
        <w:ind w:left="0" w:right="0" w:firstLine="0"/>
      </w:pPr>
      <w:r>
        <w:rPr>
          <w:rFonts w:ascii="EB Garamond" w:hAnsi="EB Garamond"/>
          <w:b w:val="0"/>
          <w:i w:val="0"/>
          <w:sz w:val="22"/>
        </w:rPr>
        <w:t>Her phone buzzed.</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are you coming tonight???</w:t>
      </w:r>
    </w:p>
    <w:p>
      <w:pPr>
        <w:spacing w:before="0" w:after="0" w:line="264" w:lineRule="exact"/>
        <w:ind w:left="0" w:right="0" w:firstLine="0"/>
      </w:pPr>
      <w:r>
        <w:rPr>
          <w:rFonts w:ascii="EB Garamond" w:hAnsi="EB Garamond"/>
          <w:b w:val="0"/>
          <w:i w:val="0"/>
          <w:sz w:val="22"/>
        </w:rPr>
        <w:t>Then:</w:t>
      </w:r>
    </w:p>
    <w:p>
      <w:pPr>
        <w:spacing w:before="0" w:after="0" w:line="264" w:lineRule="exact"/>
        <w:ind w:left="0" w:right="0" w:firstLine="0"/>
      </w:pPr>
      <w:r>
        <w:rPr>
          <w:rFonts w:ascii="EB Garamond" w:hAnsi="EB Garamond"/>
          <w:b/>
          <w:i w:val="0"/>
          <w:sz w:val="22"/>
        </w:rPr>
        <w:t>Maddie:</w:t>
      </w:r>
      <w:r>
        <w:rPr>
          <w:rFonts w:ascii="EB Garamond" w:hAnsi="EB Garamond"/>
          <w:b w:val="0"/>
          <w:i w:val="0"/>
          <w:sz w:val="22"/>
        </w:rPr>
        <w:t xml:space="preserve"> Mason is 👀</w:t>
      </w:r>
    </w:p>
    <w:p>
      <w:pPr>
        <w:spacing w:before="0" w:after="0" w:line="264" w:lineRule="exact"/>
        <w:ind w:left="0" w:right="0" w:firstLine="0"/>
      </w:pPr>
      <w:r>
        <w:rPr>
          <w:rFonts w:ascii="EB Garamond" w:hAnsi="EB Garamond"/>
          <w:b w:val="0"/>
          <w:i w:val="0"/>
          <w:sz w:val="22"/>
        </w:rPr>
        <w:t>Elsie smiled.</w:t>
      </w:r>
    </w:p>
    <w:p>
      <w:pPr>
        <w:spacing w:before="0" w:after="0" w:line="264" w:lineRule="exact"/>
        <w:ind w:left="0" w:right="0" w:firstLine="0"/>
      </w:pPr>
      <w:r>
        <w:rPr>
          <w:rFonts w:ascii="EB Garamond" w:hAnsi="EB Garamond"/>
          <w:b w:val="0"/>
          <w:i w:val="0"/>
          <w:sz w:val="22"/>
        </w:rPr>
        <w:t>Her stomach fluttered.</w:t>
      </w:r>
    </w:p>
    <w:p>
      <w:pPr>
        <w:spacing w:before="0" w:after="0" w:line="264" w:lineRule="exact"/>
        <w:ind w:left="0" w:right="0" w:firstLine="0"/>
      </w:pPr>
      <w:r>
        <w:rPr>
          <w:rFonts w:ascii="EB Garamond" w:hAnsi="EB Garamond"/>
          <w:b w:val="0"/>
          <w:i w:val="0"/>
          <w:sz w:val="22"/>
        </w:rPr>
        <w:t>She typed:</w:t>
      </w:r>
    </w:p>
    <w:p>
      <w:pPr>
        <w:spacing w:before="0" w:after="0" w:line="264" w:lineRule="exact"/>
        <w:ind w:left="0" w:right="0" w:firstLine="0"/>
      </w:pPr>
      <w:r>
        <w:rPr>
          <w:rFonts w:ascii="EB Garamond" w:hAnsi="EB Garamond"/>
          <w:b/>
          <w:i w:val="0"/>
          <w:sz w:val="22"/>
        </w:rPr>
        <w:t>Elsie:</w:t>
      </w:r>
      <w:r>
        <w:rPr>
          <w:rFonts w:ascii="EB Garamond" w:hAnsi="EB Garamond"/>
          <w:b w:val="0"/>
          <w:i w:val="0"/>
          <w:sz w:val="22"/>
        </w:rPr>
        <w:t xml:space="preserve"> obviously</w:t>
      </w:r>
    </w:p>
    <w:p>
      <w:pPr>
        <w:spacing w:before="0" w:after="0" w:line="264" w:lineRule="exact"/>
        <w:ind w:left="0" w:right="0" w:firstLine="0"/>
      </w:pPr>
      <w:r>
        <w:rPr>
          <w:rFonts w:ascii="EB Garamond" w:hAnsi="EB Garamond"/>
          <w:b w:val="0"/>
          <w:i w:val="0"/>
          <w:sz w:val="22"/>
        </w:rPr>
        <w:t>She stood and walked toward her closet.</w:t>
      </w:r>
    </w:p>
    <w:p>
      <w:pPr>
        <w:spacing w:before="0" w:after="0" w:line="264" w:lineRule="exact"/>
        <w:ind w:left="0" w:right="0" w:firstLine="0"/>
      </w:pPr>
      <w:r>
        <w:rPr>
          <w:rFonts w:ascii="EB Garamond" w:hAnsi="EB Garamond"/>
          <w:b w:val="0"/>
          <w:i w:val="0"/>
          <w:sz w:val="22"/>
        </w:rPr>
        <w:t>Then stopped.</w:t>
      </w:r>
    </w:p>
    <w:p>
      <w:pPr>
        <w:spacing w:before="0" w:after="0" w:line="264" w:lineRule="exact"/>
        <w:ind w:left="0" w:right="0" w:firstLine="0"/>
      </w:pPr>
      <w:r>
        <w:rPr>
          <w:rFonts w:ascii="EB Garamond" w:hAnsi="EB Garamond"/>
          <w:b w:val="0"/>
          <w:i w:val="0"/>
          <w:sz w:val="22"/>
        </w:rPr>
        <w:t>Her notebook sat on the bed.</w:t>
      </w:r>
    </w:p>
    <w:p>
      <w:pPr>
        <w:spacing w:before="0" w:after="0" w:line="264" w:lineRule="exact"/>
        <w:ind w:left="0" w:right="0" w:firstLine="0"/>
      </w:pPr>
      <w:r>
        <w:rPr>
          <w:rFonts w:ascii="EB Garamond" w:hAnsi="EB Garamond"/>
          <w:b w:val="0"/>
          <w:i/>
          <w:sz w:val="22"/>
        </w:rPr>
        <w:t>Elsie — lied because she wanted people to like her.</w:t>
      </w:r>
    </w:p>
    <w:p>
      <w:pPr>
        <w:spacing w:before="0" w:after="0" w:line="264" w:lineRule="exact"/>
        <w:ind w:left="0" w:right="0" w:firstLine="0"/>
      </w:pPr>
      <w:r>
        <w:rPr>
          <w:rFonts w:ascii="EB Garamond" w:hAnsi="EB Garamond"/>
          <w:b w:val="0"/>
          <w:i w:val="0"/>
          <w:sz w:val="22"/>
        </w:rPr>
        <w:t>“Okay,” she said to nobody.</w:t>
      </w:r>
    </w:p>
    <w:p>
      <w:pPr>
        <w:spacing w:before="0" w:after="0" w:line="264" w:lineRule="exact"/>
        <w:ind w:left="0" w:right="0" w:firstLine="0"/>
      </w:pPr>
      <w:r>
        <w:rPr>
          <w:rFonts w:ascii="EB Garamond" w:hAnsi="EB Garamond"/>
          <w:b w:val="0"/>
          <w:i w:val="0"/>
          <w:sz w:val="22"/>
        </w:rPr>
        <w:t>Apparently knowing what was wrong with you did absolutely nothing to stop you from doing stupid things.</w:t>
      </w:r>
    </w:p>
    <w:p>
      <w:pPr>
        <w:spacing w:before="0" w:after="0" w:line="264" w:lineRule="exact"/>
        <w:ind w:left="0" w:right="0" w:firstLine="0"/>
      </w:pPr>
      <w:r>
        <w:rPr>
          <w:rFonts w:ascii="EB Garamond" w:hAnsi="EB Garamond"/>
          <w:b w:val="0"/>
          <w:i w:val="0"/>
          <w:sz w:val="22"/>
        </w:rPr>
        <w:t>She opened the closet.</w:t>
      </w:r>
    </w:p>
    <w:p>
      <w:pPr>
        <w:spacing w:before="0" w:after="0" w:line="264" w:lineRule="exact"/>
        <w:ind w:left="0" w:right="0" w:firstLine="0"/>
      </w:pPr>
      <w:r>
        <w:rPr>
          <w:rFonts w:ascii="EB Garamond" w:hAnsi="EB Garamond"/>
          <w:b w:val="0"/>
          <w:i w:val="0"/>
          <w:sz w:val="22"/>
        </w:rPr>
        <w:t>Twenty minutes later, she had rejected six shirts.</w:t>
      </w:r>
    </w:p>
    <w:p>
      <w:pPr>
        <w:spacing w:before="0" w:after="0" w:line="264" w:lineRule="exact"/>
        <w:ind w:left="0" w:right="0" w:firstLine="0"/>
      </w:pPr>
      <w:r>
        <w:rPr>
          <w:rFonts w:ascii="EB Garamond" w:hAnsi="EB Garamond"/>
          <w:sz w:val="22"/>
        </w:rPr>
        <w:t>And somewhere beneath a pile of denim, her Bible remained open to Peter.</w:t>
      </w:r>
    </w:p>
    <w:p>
      <w:pPr>
        <w:spacing w:before="0" w:after="0" w:line="264" w:lineRule="exact"/>
        <w:ind w:left="0" w:right="0" w:firstLine="0"/>
      </w:pPr>
      <w:r>
        <w:rPr>
          <w:rFonts w:ascii="EB Garamond" w:hAnsi="EB Garamond"/>
          <w:sz w:val="22"/>
        </w:rPr>
        <w:t>Elsie didn’t notice.</w:t>
      </w:r>
    </w:p>
    <w:p>
      <w:pPr>
        <w:spacing w:before="0" w:after="0" w:line="264" w:lineRule="exact"/>
        <w:ind w:left="0" w:right="0" w:firstLine="0"/>
      </w:pPr>
      <w:r>
        <w:rPr>
          <w:rFonts w:ascii="EB Garamond" w:hAnsi="EB Garamond"/>
          <w:sz w:val="22"/>
        </w:rPr>
        <w:t>Not yet.</w:t>
      </w:r>
    </w:p>
    <w:p>
      <w:r>
        <w:br w:type="page"/>
      </w:r>
    </w:p>
    <w:p>
      <w:pPr>
        <w:spacing w:before="0" w:after="0" w:line="264" w:lineRule="exact"/>
        <w:ind w:firstLine="0" w:left="0" w:right="0"/>
        <w:jc w:val="center"/>
      </w:pPr>
      <w:r>
        <w:rPr>
          <w:rFonts w:ascii="EB Garamond" w:hAnsi="EB Garamond" w:eastAsia="EB Garamond"/>
          <w:b/>
          <w:sz w:val="22"/>
        </w:rPr>
        <w:t>CHAPTER THREE</w:t>
      </w:r>
    </w:p>
    <w:p>
      <w:pPr>
        <w:spacing w:before="0" w:after="0" w:line="264" w:lineRule="exact"/>
        <w:ind w:firstLine="0" w:left="0" w:right="0"/>
        <w:jc w:val="center"/>
      </w:pPr>
      <w:r>
        <w:rPr>
          <w:rFonts w:ascii="EB Garamond" w:hAnsi="EB Garamond" w:eastAsia="EB Garamond"/>
          <w:b/>
          <w:sz w:val="24"/>
        </w:rPr>
        <w:t>People Are Watching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changed her shirt seven times.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first one looked like she was trying too hard.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second looked like she wasn’t trying hard enough.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third made her shoulders look weird.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fourth was the same shirt as the first one, which apparently looked different after twelve minutes.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By shirt number six, her bedroom floor looked like she’d been robbed by someone with very specific opinions about crop tops.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appeared in the doorway.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“Are you okay?”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down at herself.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Black jeans. White tank top. Green cardigan.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“You’ve been getting dressed for forty-five minutes.”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 you’re going to Ava’s house.”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the Met Gala.”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“Thank you for clarifying.”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leaned against the doorframe.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“Is Mason going to be 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closed her eyes.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need you to stop saying his name.”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“Because of how you say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“How do I say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blinked.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“That’s his name.”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you say it like…” Elsie lowered her voice. “Maaason.”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absolutely do not.”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absolutely do.”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smile.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pointed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That’s what I’m talking about.”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haven’t said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 face did.”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turned back toward the mirror.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“Does this look okay?”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studied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“Do you like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wasn’t my question.”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groaned.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“Can you just be a normal mom and tell me whether I look cute?”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look beautiful.”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beautiful.”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sorry?”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“Cute.”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look cute.”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like I tried?”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stared.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too hard.”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have absolutely no idea what we’re trying to accomplish anymore.”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“Neither do I.”</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laughed and walked away.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herself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changed her shirt.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lived in the kind of house where Elsie was afraid to set down a drink.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Everything was white.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White couch.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White kitchen.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White rug.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White chairs.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Even the dog was white.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had once watched him throw up on the rug and experienced more anxiety than she had during her algebra final.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When she arrived, Maddie and Ava were sitting cross-legged on the living room floor surrounded by makeup.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“You’re late,” Ava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six minutes late.”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“Exactly.”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looked 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immediately became self-conscious.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look cute.”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narrowed her eyes.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 did you say it like 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“Like 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“Like cute.”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stared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need help.”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“Probably.”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tossed a lip gloss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“Mason’s coming.”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caught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and Ava looked at each other.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don’t care,” Elsie added.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They continued looking at each other.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hate both of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grinned.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doorbell rang.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stomach dropped.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Maddie’s eyes widened dramatically.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 my gosh, Elsie, act natural.”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am natural.”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“You’re holding lip gloss like a weapon.”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down.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was.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put it on the table.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went to answer the door.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checked her hair in her phone camera.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slapped the phone down.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“Stop.”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not doing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“You’re checking your hair.”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had an itch.”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“On your reflection?”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kicked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Voices came from the foyer.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returned with two boys from school.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Neither was Mason.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hated the fact that she was disappointed.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hated even more that Maddie noticed.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“Relax,” Maddie whispered. “He’s coming.”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literally don’t care.”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“Sure.”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“Stop.”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“Okay.”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“Seriously.”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not saying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“You’re thinking loudly.”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reached for the lip gloss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By eight-thirty there were eleven people at Ava’s house.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arrived at 8:12.</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knew this because she had looked at the clock.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because she cared.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Obviously.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came in wearing a gray hoodie and carrying two pizzas like he’d personally saved everyone from starvation.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“Finally,” Ava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invited me fifteen minutes ago.”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Domino’s isn’t a teleportation service.”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put the boxes on the counter.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His eyes found Elsie.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was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One syllable each.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immediately wanted to die.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appeared beside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“Powerful stuff.”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“Go away.”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felt the chemistry.”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“I’ll kill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“Christian girl.”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elbowed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laughed and walked away.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Christian girl.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 a joke.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stupid joke.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Elsie felt the words stick.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wondered if Maddie even remembered the conversation from lunch yesterday.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Probably not.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did.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reached for pizza.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the doorbell rang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groaned.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“Who else is coming?”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called from the hallway.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looked at Elsie.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Maddie.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Neither said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walked into the kitchen a few seconds later.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wasn’t wearing the gray sweatshirt.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noticed that first, which made her feel terrible.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had on jeans and a dark blue sweater, her hair loose around her shoulders.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looked…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Normal.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Which was also terrible.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Of course she looked normal.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had Elsie expected?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robe?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Sandals?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Two stone tablets?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 Nora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few people answered.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hugged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Actually hugged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surprised Elsie too.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“My mom invited her,” Ava explained to nobody in particular. “Our moms are doing some fundraiser thing downstairs.”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around the room.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eyes landed on Elsie.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smiled back.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for one second, she thought maybe that was going to be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Maddie leaned toward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“Don’t worry,” she whispered. “I’ll protect you if she tries to baptize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Automatically.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escaped before she had time to decide whether it was funny.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heard.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knew because Nora’s eyes flickered toward them.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Just for a second.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away.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 it was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uncomfortable thing in Elsie’s chest.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They ended up in Ava’s basement.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Someone connected a phone to the speakers.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Someone else found a deck of cards.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Two people were arguing over whether they would watch a movie.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Nobody actually watched a movie.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This was apparently what teenagers did at parties.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They spent forty-five minutes deciding what to do then sat around looking at their phones.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sat on the couch between Maddie and a girl named Kenzie.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was on the floor across from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sat in an armchair near the window.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tried not to look at either of them.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failed equally.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Eventually somebody suggested a game.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“Absolutely not truth or dare,” Ava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“Because we’re not twelve.”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about Most Likely To?”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is basically bullying with rules,” Nora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did too.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over.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For a second their eyes met.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They played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 likely to get married first.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 likely to get arrested.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Tyler.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 likely to become famous.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Kenzie.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 likely to still live with their parents at thirty.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Tyler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 am I getting all the bad ones?” Tyler asked.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“Because we’ve met you,” Mason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Everyone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Kenzie read the next card.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 likely to become a nun.”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room erupted.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Everyone pointed at Nora.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around.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“Seriously?”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“Obviously,” Ava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not Catholic.”</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doesn’t matter.”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feel like it matters to the nun community.”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Everyone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did too.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relaxed.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See?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Fine.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wasn’t upset.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 funny.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Tyler said, “Most likely to marry Jesus.”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More laughter.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Nora’s smile changed.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Barely.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Elsie saw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because she’d been watching.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because she knew that particular kind of smile.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Fine Number Fourteen.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convincing 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“Can we not?” Ava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wasn’t dramatic.</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just said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Tyler lifted his hands.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“It’s getting old.”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shrugged.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fine.”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 it was.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stomach twisted.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leaned over.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“She’s so intense about it, though.”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didn’t answer.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“Like we get it,” Maddie whispered. “You love Jesus.”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Nora.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thought about the sunset picture.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Thirty-eight likes.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thought about the verse.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Maybe not knowing what’s next doesn’t mean you’re lost.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she thought about her own Bible.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courtyard.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servant girl.</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You were with him.</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I don’t know what you’re talking about.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swallowed.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“She’s actually pretty nice,” she whispered.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looked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heart beat faster.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 ridiculous.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wasn’t defending someone from a firing squad.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was sitting on a white sectional in Ava’s basement.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kept looking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picked up her drink.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just said she’s nice.”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didn’t say she wasn’t.”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 it was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Exactly what Ava said at lunch yesterday.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hated how conversations could do 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Move.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Shift.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Turn into something else before you had figured out where you were standing.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Across the room, Mason looked at Nora.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“My grandma posts more Bible verses than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 grandma sounds cool.”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is.”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“Give me her Instagram.”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just like that, the moment passed.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Nobody was converted.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Nobody was humiliated.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Nobody cared that Elsie had said Nora was nice.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earth continued orbiting the sun.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felt stupid.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exactly had she thought was going to happen?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Around ten, people started leaving.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mother texted that she’d be there in twenty minutes.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 was upstairs with Ava.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and Tyler had gone outside.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stayed behind to help carry cups into the kitchen.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Mostly because she didn’t want to stand outside pretending she wasn’t waiting for Mason to talk to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picked up two cans from the coffee table.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turned.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was stacking plates.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didn’t look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don’t have to worry.”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frowned.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“About 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won’t baptize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face went hot.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meanly.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somehow made it worse.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did.”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Maddie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you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stopped.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 were approximately twenty possible responses.</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It was a joke.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I didn’t mean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You’re being too sensitive.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Everybody was laughing.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I wasn’t laughing at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All of them arrived at once.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suddenly Elsie thought about 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Which was becoming extremely inconvenient.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put the cans in the trash.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“Yeah,” Elsie said. “I did.”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at her, surprised.</w:t>
      </w:r>
    </w:p>
    <w:p>
      <w:pPr>
        <w:spacing w:before="0" w:after="0" w:line="264" w:lineRule="exact"/>
        <w:ind w:firstLine="0" w:left="0" w:right="0"/>
      </w:pP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picked at the edge of her thumbnail.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“Sorry.”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shrugged.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“It’s okay.”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didn’t know why she said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waited.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exhaled.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mean, maybe it is. I don’t know. But I hate when people say something crappy and then the other person has to say it’s okay so they don’t make them feel bad.”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immediately regretted speaking.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“Sorry. That was weird.”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That was actually weirdly accurate.”</w:t>
      </w:r>
    </w:p>
    <w:p>
      <w:pPr>
        <w:spacing w:before="0" w:after="0" w:line="264" w:lineRule="exact"/>
        <w:ind w:firstLine="0" w:left="0" w:right="0"/>
      </w:pP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“It’s a gift.”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They carried more cups toward the kitchen.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For several seconds, neither spoke.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Nora said, “You know I remember you came, right?”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nearly dropped a plate.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“Youth group.”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came twice.”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entire body went warm.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“Yeah.”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told Maddie you didn’t.”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stared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“Were you listening to our entire conversation?”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were sitting two tables away from 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“Two tables isn’t soundproof.”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“Right.”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put the plate on the counter.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did the same.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not going to tell anyone.”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 nervously.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“There’s nothing to tell.”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mean, it’s not like I’m hiding some secret double life.”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go to church.”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“My family goes.”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“Okay, could you stop knowing things?”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smiled despite herself.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Nora leaned against the counter.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“Why’d you say you didn’t?”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there it was.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toward the basement stairs.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Voices.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Music.</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Someone laughing outside.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could lie.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was surprisingly good at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Instead, she said, “I don’t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raised an eyebrow.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“Okay. I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folded her arms.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didn’t want them to think…”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stopped.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don’t know.”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waited.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hated people who were comfortable with silence.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gave you too much room to accidentally tell the truth.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I’m weird.”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nodded.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reassurance.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you’re not weird.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Just a nod.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frowned.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could at least pretend that was ridiculous.”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shrugged.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“People do think I’m weird.”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“Some of them,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that doesn’t bother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“Of course it bothers 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answer surprised Elsie.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you post all that stuff.”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stuff?”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know… Bible stuff?”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cringed.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sounded worse out loud.”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little.”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“Sorry.”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“It’s fine.”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“Fine Number Fourteen?”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frowned.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shook her head.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picked up another cup.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don’t post it because I don’t care what people think.”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why?”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“Because I care more what I think.”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blinked.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sounds incredibly healthy.”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“It’s exhausting.”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did too.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Nora’s face softened.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used to delete stuff that didn’t get enough likes.”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still do sometimes.”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cried over unfollows once.”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“Okay, I’ve never…”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gave her a look.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“Fine. Same.”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They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studied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had somehow imagined Nora existing outside of this.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Outside of insecurity.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Outside wanting boys to like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Outside staring at pictures too long.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Outside wondering what everyone was saying.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Like believing in God had given her some magical force field against being sixteen.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Apparently not.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 what changed?” Elsie asked.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shrugged.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“Nothing all at once.”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waited.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“My brother got really sick last year.”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smile disappeared.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didn’t know 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“Most people don’t.”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“Is he okay?”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down at the cup in her hand.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for a while, nobody knew.”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didn’t know what to say.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 she didn’t say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“Everyone kept telling me to trust God,” Nora continued. “Which made me want to punch them.”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 before she could stop herself.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“Sorry.”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I mean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 awful. People kept sending my mom verses. And devotionals. And telling us everything happens for a reason.”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made a face.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“Did that help?”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even a little.”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“Good.”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eventually I started reading some of the verses they were sending.”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“Because they helped?”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Because I wanted to prove they didn’t.”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stared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like you significantly more than I did two hours ago.”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“Thank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“You’re welcome.”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put the cup into the trash.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I started noticing that everybody in the Bible was kind of a disaster.”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froze.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looked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“Say that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everybody was a disaster?”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laughed. “Why are you looking at me like 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pulled out her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“Hold 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opened her photos.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Last night, before bed, she’d taken a picture of Grandma’s list.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found it and held it out.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read.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eyebrows lifted.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“Where did you get this?”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“My grandma.”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took the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read silently.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“Lazarus was dead.”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“THANK YOU!”</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feels unfair.”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“That’s what I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handed the phone back.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“Some of these need context.”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groaned.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“Of course they do.”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“Sorry.”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that’s exactly what the internet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the point isn’t wrong.”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the list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“Which is?”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considered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God has a really weird resume requirement.”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does that mean?”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doesn’t seem particularly interested in hiring qualified people.”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shrugged.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“Moses literally tried to talk God out of picking him.”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read 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did?”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“Recently.”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pointed at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“Don’t.”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didn’t do anything.”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got excited.”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 not.”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absolutely did.”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a little.”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“I’m not joining Bible study.”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didn’t ask.”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“Good.”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“Wednesday at seven.”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grinned.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for the first time, she understood why Ava actually liked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was waiting near the front door when Elsie came outside.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brain immediately abandoned every meaningful thought she’d had in the previous twenty minutes.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 he said.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Brilliant.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shoved his hands into his hoodie pockets.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“Your mom 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checked her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Mom:</w:t>
      </w:r>
      <w:r>
        <w:rPr>
          <w:rFonts w:ascii="EB Garamond" w:hAnsi="EB Garamond" w:eastAsia="EB Garamond"/>
          <w:sz w:val="22"/>
        </w:rPr>
        <w:t xml:space="preserve"> Outside.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“Yeah.”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shoved his hands deeper into his pockets.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This was unbearable.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Mason said, “You look nice tonight.”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 functioning cell in Elsie’s body died.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was what she had?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forced herself to speak.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“Thanks. You too.”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looked down at his hoodie.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“Very formal.”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Recovery.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especially like the pizza sauce.”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looked at his sleeve.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pointed.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rubbed at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“Great.”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adds something.”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“Character?”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“Exactly.”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someone yelled his name.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“I’ll see you Monday?”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“Probably. Unless I transfer schools.”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“Try not to.”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then he was gone.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stood on the front porch.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heart was pounding.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walked past carrying a trash bag.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“Oh my God.”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turned.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are so obvious.”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“Shut 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In the car, her mother waited exactly thirty-seven seconds.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out the window.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“So 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“Did you have fun?”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“Yeah.”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Pause.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“Was Mason 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groaned.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 it is.”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voice.”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 said his name normally.”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absolutely did not.”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laughed.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opened Instagram.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had already posted.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Of course she had.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Twelve pictures.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swiped through them.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There she was.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Maddie.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Kenzie.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Tyler.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One picture showed everyone sitting downstairs.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Nora was laughing.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was beside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hadn’t even realized the picture had been taken.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looked happy.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Actually happy.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the slightly tilted chin, closed-mouth smile she normally used when she knew someone was taking a picture.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Just laughing.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stared at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she noticed something else.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Ava had tagged everyone.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Including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tapped Nora’s profile picture.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sunset was still 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Bible verse was still there.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Thirty-eight likes.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hovered over the heart.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tapped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Thirty-nine.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 such a stupid 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Nobody would notice.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Nobody cared.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knew that.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her chest felt strangely lighter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locked her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glanced over.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“You okay?”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through the windshield.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Streetlights slid across the glass.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“Yeah.”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mother waited.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“Actually, yeah.”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At 11:58, Elsie opened her notebook.</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PEOPLE GOD USED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read the list.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the two additions she’d made earlier.</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Grandma — got angry at God.</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Elsie — lied because she wanted people to like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picked up her pen.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Underneath, she added:</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Nora — cared what people thought and did it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frowned.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wasn’t quite right.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 xml:space="preserve">She crossed out </w:t>
      </w:r>
      <w:r>
        <w:rPr>
          <w:rFonts w:ascii="EB Garamond" w:hAnsi="EB Garamond" w:eastAsia="EB Garamond"/>
          <w:i/>
          <w:sz w:val="22"/>
        </w:rPr>
        <w:t>“and did it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wrote: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Nora — cared what people thought, but didn’t let them decide who she was.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Better.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stared at her own name.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Elsie — lied because she wanted people to like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she remembered something.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knew what Peter had done when he was afraid.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she didn’t know was what Peter did after.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Everyone always talked about the denial.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Three times.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Rooster.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Crying.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End scene.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Peter didn’t disappear from the Bible.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knew that much.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was important later.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Really important.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reached for her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stopped.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Bible was right there, under the pile of rejected shirts.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Still open to 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had left it that way last night.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This time, she noticed.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picked it 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took her forever to find what she was looking for.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Eventually she landed on John.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Breakfast.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beach.</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Jesus and 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read.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read it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Jesus asked Peter if he loved Him.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Three times.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frowned.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Three denials.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Three questions.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sat back against her headboard.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felt intentional.</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Googled it anyway.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Apparently, a lot of people thought so too.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went back to the Bible.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What surprised her wasn’t that Jesus forgave 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expected that part.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Jesus was sort of famous for forgiveness.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was what happened next.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Peter still had something to do.</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Jesus didn’t say:</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You really blew it back there, so we’re going in another direction.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 gave him responsibility.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Purpose.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future.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her notebook.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Grandma’s list wasn’t about God ignoring what people did wrong.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had bothered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David had done horrible things.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Peter had denied Jesus.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Moses killed someone.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seemed cheap to turn those things into cute imperfections.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Like: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Don’t worry if you mess up! Look at these people.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But maybe that wasn’t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what they did mattered.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it hurt people.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there were consequences.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they had to own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And maybe…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chewed the end of her pen.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Maybe being wrong about who you were yesterday didn’t mean you had to keep being that person tomorrow.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looked at what she had written about herself.</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underneath it, she added one word.</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Elsie — lied because she wanted people to like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stared at the page.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 offense,” she whispered.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Peter had probably dealt with worse.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phone buzzed.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 message.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sat straight 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opened it so quickly she nearly dropped her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Mason:</w:t>
      </w:r>
      <w:r>
        <w:rPr>
          <w:rFonts w:ascii="EB Garamond" w:hAnsi="EB Garamond" w:eastAsia="EB Garamond"/>
          <w:sz w:val="22"/>
        </w:rPr>
        <w:t xml:space="preserve"> 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heart began behaving like she’d been medically startled.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typed:</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Hey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Deleted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Too eager.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Typed:</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Heyy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Absolutely not.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Deleted.</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What’s up?</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Too masculine.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Deleted.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stared at the screen.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Three dots appeared.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disappeared.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appeared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panicked and sent:</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hey :)</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immediately hated the smiley face.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Why had she added a smiley face?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Who used that smiley face?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Forty-year-old women emailing customer service used that smiley face.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was going to throw her phone into traffic.</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Mason replied.</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Mason:</w:t>
      </w:r>
      <w:r>
        <w:rPr>
          <w:rFonts w:ascii="EB Garamond" w:hAnsi="EB Garamond" w:eastAsia="EB Garamond"/>
          <w:sz w:val="22"/>
        </w:rPr>
        <w:t xml:space="preserve"> you doing anything tomorrow?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stopped breathing.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smiled.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Slowly.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glanced at the open Bible beside her.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At Peter.</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At Grandma’s list.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At her notebook full of people who lied and ran and worried and doubted and apparently still managed to become something.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back at Mason’s message.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For approximately five seconds Elsie Carter felt surprisingly hopeful about who she might become.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another message appeared.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Maddie:</w:t>
      </w:r>
      <w:r>
        <w:rPr>
          <w:rFonts w:ascii="EB Garamond" w:hAnsi="EB Garamond" w:eastAsia="EB Garamond"/>
          <w:sz w:val="22"/>
        </w:rPr>
        <w:t xml:space="preserve"> PLEASE TELL ME YOU DID NOT JUST LIKE NORA’S JESUS POST 💀</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Elsie’s smile disappeared.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stared at the screen.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Of course.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Of course somebody noticed.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thumbs hovered over the keyboard.</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could already think of six responses.</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Accident.</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I didn’t.</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I was stalking her and hit it by mistake.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LOL shut up.</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My grandma stole my phone.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 last one wasn’t even believable.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looked at the Bible.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at Peter’s name in her notebook.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Then at Maddie’s message.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For once, she knew exactly what the right answer was.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That didn’t mean she wanted to send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typed two words.</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Deleted them.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Typed them again.</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Her thumb hovered over the blue arrow.</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People were watching.</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Apparently that was the whole problem.</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pressed send.</w:t>
      </w:r>
    </w:p>
    <w:p>
      <w:pPr>
        <w:spacing w:before="0" w:after="0" w:line="264" w:lineRule="exact"/>
        <w:ind w:firstLine="0" w:left="0" w:right="0"/>
      </w:pPr>
    </w:p>
    <w:p>
      <w:pPr>
        <w:spacing w:before="0"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I liked it.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She dropped the phone onto her bed as though it might explode.</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It buzzed almost immediately.</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Elsie did not look.</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Not yet.</w:t>
      </w:r>
    </w:p>
    <w:p>
      <w:pPr>
        <w:spacing w:before="0" w:after="0" w:line="264" w:lineRule="exact"/>
        <w:ind w:firstLine="0" w:left="0" w:right="0"/>
      </w:pPr>
    </w:p>
    <w:p>
      <w:pPr>
        <w:spacing w:before="0" w:after="0" w:line="264" w:lineRule="exact"/>
        <w:ind w:firstLine="0" w:left="0" w:right="0"/>
      </w:pPr>
      <w:r>
        <w:rPr>
          <w:rFonts w:ascii="EB Garamond" w:hAnsi="EB Garamond" w:eastAsia="EB Garamond"/>
          <w:sz w:val="22"/>
        </w:rPr>
        <w:t>Instead she picked up her pen and, underneath Peter’s name, wrote:</w:t>
      </w:r>
    </w:p>
    <w:p>
      <w:pPr>
        <w:spacing w:before="0" w:after="0" w:line="264" w:lineRule="exact"/>
        <w:ind w:firstLine="0" w:left="0" w:right="0"/>
      </w:pPr>
    </w:p>
    <w:p>
      <w:pPr>
        <w:spacing w:before="0" w:after="0" w:line="264" w:lineRule="exact"/>
        <w:ind w:firstLine="0" w:left="0" w:right="0"/>
      </w:pPr>
      <w:r>
        <w:rPr>
          <w:rFonts w:ascii="EB Garamond" w:hAnsi="EB Garamond" w:eastAsia="EB Garamond"/>
          <w:i/>
          <w:sz w:val="22"/>
        </w:rPr>
        <w:t>This is harder than it looks.</w:t>
      </w:r>
    </w:p>
    <w:p>
      <w:pPr>
        <w:spacing w:before="0" w:after="0" w:line="264" w:lineRule="exact"/>
        <w:ind w:firstLine="0" w:left="0" w:right="0"/>
      </w:pPr>
    </w:p>
    <w:p>
      <w:r>
        <w:br w:type="page"/>
      </w:r>
    </w:p>
    <w:p>
      <w:pPr>
        <w:spacing w:before="0" w:after="0" w:line="264" w:lineRule="exact"/>
        <w:ind w:firstLine="0" w:left="0" w:right="0"/>
        <w:jc w:val="center"/>
      </w:pPr>
      <w:r>
        <w:rPr>
          <w:rFonts w:ascii="EB Garamond" w:hAnsi="EB Garamond"/>
          <w:b/>
          <w:sz w:val="22"/>
        </w:rPr>
        <w:t>CHAPTER FOUR</w:t>
      </w:r>
    </w:p>
    <w:p>
      <w:pPr>
        <w:spacing w:before="0" w:after="0" w:line="264" w:lineRule="exact"/>
        <w:ind w:firstLine="0" w:left="0" w:right="0"/>
        <w:jc w:val="center"/>
      </w:pPr>
      <w:r>
        <w:rPr>
          <w:rFonts w:ascii="EB Garamond" w:hAnsi="EB Garamond"/>
          <w:b/>
          <w:sz w:val="22"/>
        </w:rPr>
        <w:t>Since When?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made it nine minutes before checking Maddie’s response.</w:t>
      </w:r>
    </w:p>
    <w:p>
      <w:pPr>
        <w:spacing w:before="0" w:after="0" w:line="264" w:lineRule="exact"/>
        <w:ind w:firstLine="0" w:left="0" w:right="0"/>
      </w:pPr>
      <w:r>
        <w:rPr>
          <w:rFonts w:ascii="EB Garamond" w:hAnsi="EB Garamond"/>
          <w:sz w:val="22"/>
        </w:rPr>
        <w:t>She considered this evidence of tremendous personal growth.</w:t>
      </w:r>
    </w:p>
    <w:p>
      <w:pPr>
        <w:spacing w:before="0" w:after="0" w:line="264" w:lineRule="exact"/>
        <w:ind w:firstLine="0" w:left="0" w:right="0"/>
      </w:pPr>
      <w:r>
        <w:rPr>
          <w:rFonts w:ascii="EB Garamond" w:hAnsi="EB Garamond"/>
          <w:sz w:val="22"/>
        </w:rPr>
        <w:t>Technically, she had spent those nine minutes staring at her phone from across the room, but still.</w:t>
      </w:r>
    </w:p>
    <w:p>
      <w:pPr>
        <w:spacing w:before="0" w:after="0" w:line="264" w:lineRule="exact"/>
        <w:ind w:firstLine="0" w:left="0" w:right="0"/>
      </w:pPr>
      <w:r>
        <w:rPr>
          <w:rFonts w:ascii="EB Garamond" w:hAnsi="EB Garamond"/>
          <w:sz w:val="22"/>
        </w:rPr>
        <w:t>Restraint was restraint.</w:t>
      </w:r>
    </w:p>
    <w:p>
      <w:pPr>
        <w:spacing w:before="0" w:after="0" w:line="264" w:lineRule="exact"/>
        <w:ind w:firstLine="0" w:left="0" w:right="0"/>
      </w:pPr>
      <w:r>
        <w:rPr>
          <w:rFonts w:ascii="EB Garamond" w:hAnsi="EB Garamond"/>
          <w:sz w:val="22"/>
        </w:rPr>
        <w:t>Finally, she picked it up.</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Maddie:</w:t>
      </w:r>
      <w:r>
        <w:rPr>
          <w:rFonts w:ascii="EB Garamond" w:hAnsi="EB Garamond"/>
          <w:b w:val="0"/>
          <w:i w:val="0"/>
          <w:sz w:val="22"/>
        </w:rPr>
        <w:t xml:space="preserve"> okayyyy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That was it.</w:t>
      </w:r>
    </w:p>
    <w:p>
      <w:pPr>
        <w:spacing w:before="0" w:after="0" w:line="264" w:lineRule="exact"/>
        <w:ind w:firstLine="0" w:left="0" w:right="0"/>
      </w:pPr>
      <w:r>
        <w:rPr>
          <w:rFonts w:ascii="EB Garamond" w:hAnsi="EB Garamond"/>
          <w:sz w:val="22"/>
        </w:rPr>
        <w:t>Seven letters.</w:t>
      </w:r>
    </w:p>
    <w:p>
      <w:pPr>
        <w:spacing w:before="0" w:after="0" w:line="264" w:lineRule="exact"/>
        <w:ind w:firstLine="0" w:left="0" w:right="0"/>
      </w:pPr>
      <w:r>
        <w:rPr>
          <w:rFonts w:ascii="EB Garamond" w:hAnsi="EB Garamond"/>
          <w:sz w:val="22"/>
        </w:rPr>
        <w:t>Three unnecessary y’s.</w:t>
      </w:r>
    </w:p>
    <w:p>
      <w:pPr>
        <w:spacing w:before="0" w:after="0" w:line="264" w:lineRule="exact"/>
        <w:ind w:firstLine="0" w:left="0" w:right="0"/>
      </w:pPr>
      <w:r>
        <w:rPr>
          <w:rFonts w:ascii="EB Garamond" w:hAnsi="EB Garamond"/>
          <w:sz w:val="22"/>
        </w:rPr>
        <w:t>Elsie stared at them.</w:t>
      </w:r>
    </w:p>
    <w:p>
      <w:pPr>
        <w:spacing w:before="0" w:after="0" w:line="264" w:lineRule="exact"/>
        <w:ind w:firstLine="0" w:left="0" w:right="0"/>
      </w:pPr>
      <w:r>
        <w:rPr>
          <w:rFonts w:ascii="EB Garamond" w:hAnsi="EB Garamond"/>
          <w:sz w:val="22"/>
        </w:rPr>
        <w:t>There were few things more threatening than okay with additional letters.</w:t>
      </w:r>
    </w:p>
    <w:p>
      <w:pPr>
        <w:spacing w:before="0" w:after="0" w:line="264" w:lineRule="exact"/>
        <w:ind w:firstLine="0" w:left="0" w:right="0"/>
      </w:pPr>
      <w:r>
        <w:rPr>
          <w:rFonts w:ascii="EB Garamond" w:hAnsi="EB Garamond"/>
          <w:sz w:val="22"/>
        </w:rPr>
        <w:t>She 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what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Maddie answered immediately.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Maddie:</w:t>
      </w:r>
      <w:r>
        <w:rPr>
          <w:rFonts w:ascii="EB Garamond" w:hAnsi="EB Garamond"/>
          <w:b w:val="0"/>
          <w:i w:val="0"/>
          <w:sz w:val="22"/>
        </w:rPr>
        <w:t xml:space="preserve"> nothing lol</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Worse.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clearly something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Three dots appeared.</w:t>
      </w:r>
    </w:p>
    <w:p>
      <w:pPr>
        <w:spacing w:before="0" w:after="0" w:line="264" w:lineRule="exact"/>
        <w:ind w:firstLine="0" w:left="0" w:right="0"/>
      </w:pPr>
      <w:r>
        <w:rPr>
          <w:rFonts w:ascii="EB Garamond" w:hAnsi="EB Garamond"/>
          <w:sz w:val="22"/>
        </w:rPr>
        <w:t>Disappeared.</w:t>
      </w:r>
    </w:p>
    <w:p>
      <w:pPr>
        <w:spacing w:before="0" w:after="0" w:line="264" w:lineRule="exact"/>
        <w:ind w:firstLine="0" w:left="0" w:right="0"/>
      </w:pPr>
      <w:r>
        <w:rPr>
          <w:rFonts w:ascii="EB Garamond" w:hAnsi="EB Garamond"/>
          <w:sz w:val="22"/>
        </w:rPr>
        <w:t>Appeared.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Maddie:</w:t>
      </w:r>
      <w:r>
        <w:rPr>
          <w:rFonts w:ascii="EB Garamond" w:hAnsi="EB Garamond"/>
          <w:b w:val="0"/>
          <w:i w:val="0"/>
          <w:sz w:val="22"/>
        </w:rPr>
        <w:t xml:space="preserve"> since when are you like religious religious</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stared at the screen.</w:t>
      </w:r>
    </w:p>
    <w:p>
      <w:pPr>
        <w:spacing w:before="0" w:after="0" w:line="264" w:lineRule="exact"/>
        <w:ind w:firstLine="0" w:left="0" w:right="0"/>
      </w:pPr>
      <w:r>
        <w:rPr>
          <w:rFonts w:ascii="EB Garamond" w:hAnsi="EB Garamond"/>
          <w:sz w:val="22"/>
        </w:rPr>
        <w:t>There it was.</w:t>
      </w:r>
    </w:p>
    <w:p>
      <w:pPr>
        <w:spacing w:before="0" w:after="0" w:line="264" w:lineRule="exact"/>
        <w:ind w:firstLine="0" w:left="0" w:right="0"/>
      </w:pPr>
      <w:r>
        <w:rPr>
          <w:rFonts w:ascii="EB Garamond" w:hAnsi="EB Garamond"/>
          <w:sz w:val="22"/>
        </w:rPr>
        <w:t>Religious religious.</w:t>
      </w:r>
    </w:p>
    <w:p>
      <w:pPr>
        <w:spacing w:before="0" w:after="0" w:line="264" w:lineRule="exact"/>
        <w:ind w:firstLine="0" w:left="0" w:right="0"/>
      </w:pPr>
      <w:r>
        <w:rPr>
          <w:rFonts w:ascii="EB Garamond" w:hAnsi="EB Garamond"/>
          <w:sz w:val="22"/>
        </w:rPr>
        <w:t>Apparently one religious wasn’t enough.</w:t>
      </w:r>
    </w:p>
    <w:p>
      <w:pPr>
        <w:spacing w:before="0" w:after="0" w:line="264" w:lineRule="exact"/>
        <w:ind w:firstLine="0" w:left="0" w:right="0"/>
      </w:pPr>
      <w:r>
        <w:rPr>
          <w:rFonts w:ascii="EB Garamond" w:hAnsi="EB Garamond"/>
          <w:sz w:val="22"/>
        </w:rPr>
        <w:t>There was regular religious, which Elsie assumed meant Christmas, Easter, occasional prayer before surgery, and thanking God when your team scored.</w:t>
      </w:r>
    </w:p>
    <w:p>
      <w:pPr>
        <w:spacing w:before="0" w:after="0" w:line="264" w:lineRule="exact"/>
        <w:ind w:firstLine="0" w:left="0" w:right="0"/>
      </w:pPr>
      <w:r>
        <w:rPr>
          <w:rFonts w:ascii="EB Garamond" w:hAnsi="EB Garamond"/>
          <w:sz w:val="22"/>
        </w:rPr>
        <w:t>Then there was religious religious.</w:t>
      </w:r>
    </w:p>
    <w:p>
      <w:pPr>
        <w:spacing w:before="0" w:after="0" w:line="264" w:lineRule="exact"/>
        <w:ind w:firstLine="0" w:left="0" w:right="0"/>
      </w:pPr>
      <w:r>
        <w:rPr>
          <w:rFonts w:ascii="EB Garamond" w:hAnsi="EB Garamond"/>
          <w:sz w:val="22"/>
        </w:rPr>
        <w:t>Nora territory.</w:t>
      </w:r>
    </w:p>
    <w:p>
      <w:pPr>
        <w:spacing w:before="0" w:after="0" w:line="264" w:lineRule="exact"/>
        <w:ind w:firstLine="0" w:left="0" w:right="0"/>
      </w:pPr>
      <w:r>
        <w:rPr>
          <w:rFonts w:ascii="EB Garamond" w:hAnsi="EB Garamond"/>
          <w:sz w:val="22"/>
        </w:rPr>
        <w:t>Bible verses.</w:t>
      </w:r>
    </w:p>
    <w:p>
      <w:pPr>
        <w:spacing w:before="0" w:after="0" w:line="264" w:lineRule="exact"/>
        <w:ind w:firstLine="0" w:left="0" w:right="0"/>
      </w:pPr>
      <w:r>
        <w:rPr>
          <w:rFonts w:ascii="EB Garamond" w:hAnsi="EB Garamond"/>
          <w:sz w:val="22"/>
        </w:rPr>
        <w:t>Youth group.</w:t>
      </w:r>
    </w:p>
    <w:p>
      <w:pPr>
        <w:spacing w:before="0" w:after="0" w:line="264" w:lineRule="exact"/>
        <w:ind w:firstLine="0" w:left="0" w:right="0"/>
      </w:pPr>
      <w:r>
        <w:rPr>
          <w:rFonts w:ascii="EB Garamond" w:hAnsi="EB Garamond"/>
          <w:sz w:val="22"/>
        </w:rPr>
        <w:t>Possibly tambourines.</w:t>
      </w:r>
    </w:p>
    <w:p>
      <w:pPr>
        <w:spacing w:before="0" w:after="0" w:line="264" w:lineRule="exact"/>
        <w:ind w:firstLine="0" w:left="0" w:right="0"/>
      </w:pPr>
      <w:r>
        <w:rPr>
          <w:rFonts w:ascii="EB Garamond" w:hAnsi="EB Garamond"/>
          <w:sz w:val="22"/>
        </w:rPr>
        <w:t>Elsie looked at her open Bible.</w:t>
      </w:r>
    </w:p>
    <w:p>
      <w:pPr>
        <w:spacing w:before="0" w:after="0" w:line="264" w:lineRule="exact"/>
        <w:ind w:firstLine="0" w:left="0" w:right="0"/>
      </w:pPr>
      <w:r>
        <w:rPr>
          <w:rFonts w:ascii="EB Garamond" w:hAnsi="EB Garamond"/>
          <w:sz w:val="22"/>
        </w:rPr>
        <w:t>Was she religious religious?</w:t>
      </w:r>
    </w:p>
    <w:p>
      <w:pPr>
        <w:spacing w:before="0" w:after="0" w:line="264" w:lineRule="exact"/>
        <w:ind w:firstLine="0" w:left="0" w:right="0"/>
      </w:pPr>
      <w:r>
        <w:rPr>
          <w:rFonts w:ascii="EB Garamond" w:hAnsi="EB Garamond"/>
          <w:sz w:val="22"/>
        </w:rPr>
        <w:t>She didn’t feel religious.</w:t>
      </w:r>
    </w:p>
    <w:p>
      <w:pPr>
        <w:spacing w:before="0" w:after="0" w:line="264" w:lineRule="exact"/>
        <w:ind w:firstLine="0" w:left="0" w:right="0"/>
      </w:pPr>
      <w:r>
        <w:rPr>
          <w:rFonts w:ascii="EB Garamond" w:hAnsi="EB Garamond"/>
          <w:sz w:val="22"/>
        </w:rPr>
        <w:t>She had read approximately twelve pages of the Bible in the last forty-eight hours and Googled half of them.</w:t>
      </w:r>
    </w:p>
    <w:p>
      <w:pPr>
        <w:spacing w:before="0" w:after="0" w:line="264" w:lineRule="exact"/>
        <w:ind w:firstLine="0" w:left="0" w:right="0"/>
      </w:pPr>
      <w:r>
        <w:rPr>
          <w:rFonts w:ascii="EB Garamond" w:hAnsi="EB Garamond"/>
          <w:sz w:val="22"/>
        </w:rPr>
        <w:t>She had lied about youth group.</w:t>
      </w:r>
    </w:p>
    <w:p>
      <w:pPr>
        <w:spacing w:before="0" w:after="0" w:line="264" w:lineRule="exact"/>
        <w:ind w:firstLine="0" w:left="0" w:right="0"/>
      </w:pPr>
      <w:r>
        <w:rPr>
          <w:rFonts w:ascii="EB Garamond" w:hAnsi="EB Garamond"/>
          <w:sz w:val="22"/>
        </w:rPr>
        <w:t>Laughed at Nora.</w:t>
      </w:r>
    </w:p>
    <w:p>
      <w:pPr>
        <w:spacing w:before="0" w:after="0" w:line="264" w:lineRule="exact"/>
        <w:ind w:firstLine="0" w:left="0" w:right="0"/>
      </w:pPr>
      <w:r>
        <w:rPr>
          <w:rFonts w:ascii="EB Garamond" w:hAnsi="EB Garamond"/>
          <w:sz w:val="22"/>
        </w:rPr>
        <w:t>Ignored a sermon last Sunday because she was trying to figure out whether the woman in front of her had hair extensions.</w:t>
      </w:r>
    </w:p>
    <w:p>
      <w:pPr>
        <w:spacing w:before="0" w:after="0" w:line="264" w:lineRule="exact"/>
        <w:ind w:firstLine="0" w:left="0" w:right="0"/>
      </w:pPr>
      <w:r>
        <w:rPr>
          <w:rFonts w:ascii="EB Garamond" w:hAnsi="EB Garamond"/>
          <w:sz w:val="22"/>
        </w:rPr>
        <w:t>She wasn’t exactly Moses.</w:t>
      </w:r>
    </w:p>
    <w:p>
      <w:pPr>
        <w:spacing w:before="0" w:after="0" w:line="264" w:lineRule="exact"/>
        <w:ind w:firstLine="0" w:left="0" w:right="0"/>
      </w:pPr>
      <w:r>
        <w:rPr>
          <w:rFonts w:ascii="EB Garamond" w:hAnsi="EB Garamond"/>
          <w:sz w:val="22"/>
        </w:rPr>
        <w:t>Although, according to Grandma’s list, Moses had killed a man.</w:t>
      </w:r>
    </w:p>
    <w:p>
      <w:pPr>
        <w:spacing w:before="0" w:after="0" w:line="264" w:lineRule="exact"/>
        <w:ind w:firstLine="0" w:left="0" w:right="0"/>
      </w:pPr>
      <w:r>
        <w:rPr>
          <w:rFonts w:ascii="EB Garamond" w:hAnsi="EB Garamond"/>
          <w:sz w:val="22"/>
        </w:rPr>
        <w:t>So maybe the bar was confusing.</w:t>
      </w:r>
    </w:p>
    <w:p>
      <w:pPr>
        <w:spacing w:before="0" w:after="0" w:line="264" w:lineRule="exact"/>
        <w:ind w:firstLine="0" w:left="0" w:right="0"/>
      </w:pPr>
      <w:r>
        <w:rPr>
          <w:rFonts w:ascii="EB Garamond" w:hAnsi="EB Garamond"/>
          <w:sz w:val="22"/>
        </w:rPr>
        <w:t>Her phone buzzed again.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Maddie:</w:t>
      </w:r>
      <w:r>
        <w:rPr>
          <w:rFonts w:ascii="EB Garamond" w:hAnsi="EB Garamond"/>
          <w:b w:val="0"/>
          <w:i w:val="0"/>
          <w:sz w:val="22"/>
        </w:rPr>
        <w:t xml:space="preserve"> I’m kidding 😂</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knew what she was supposed to do.</w:t>
      </w:r>
    </w:p>
    <w:p>
      <w:pPr>
        <w:spacing w:before="0" w:after="0" w:line="264" w:lineRule="exact"/>
        <w:ind w:firstLine="0" w:left="0" w:right="0"/>
      </w:pPr>
      <w:r>
        <w:rPr>
          <w:rFonts w:ascii="EB Garamond" w:hAnsi="EB Garamond"/>
          <w:sz w:val="22"/>
        </w:rPr>
        <w:t>Laugh.</w:t>
      </w:r>
    </w:p>
    <w:p>
      <w:pPr>
        <w:spacing w:before="0" w:after="0" w:line="264" w:lineRule="exact"/>
        <w:ind w:firstLine="0" w:left="0" w:right="0"/>
      </w:pPr>
      <w:r>
        <w:rPr>
          <w:rFonts w:ascii="EB Garamond" w:hAnsi="EB Garamond"/>
          <w:sz w:val="22"/>
        </w:rPr>
        <w:t>Make a joke.</w:t>
      </w:r>
    </w:p>
    <w:p>
      <w:pPr>
        <w:spacing w:before="0" w:after="0" w:line="264" w:lineRule="exact"/>
        <w:ind w:firstLine="0" w:left="0" w:right="0"/>
      </w:pPr>
      <w:r>
        <w:rPr>
          <w:rFonts w:ascii="EB Garamond" w:hAnsi="EB Garamond"/>
          <w:sz w:val="22"/>
        </w:rPr>
        <w:t>Return everything to normal.</w:t>
      </w:r>
    </w:p>
    <w:p>
      <w:pPr>
        <w:spacing w:before="0" w:after="0" w:line="264" w:lineRule="exact"/>
        <w:ind w:firstLine="0" w:left="0" w:right="0"/>
      </w:pPr>
      <w:r>
        <w:rPr>
          <w:rFonts w:ascii="EB Garamond" w:hAnsi="EB Garamond"/>
          <w:sz w:val="22"/>
        </w:rPr>
        <w:t>She 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LOL I’m not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Stopped.</w:t>
      </w:r>
    </w:p>
    <w:p>
      <w:pPr>
        <w:spacing w:before="0" w:after="0" w:line="264" w:lineRule="exact"/>
        <w:ind w:firstLine="0" w:left="0" w:right="0"/>
      </w:pPr>
      <w:r>
        <w:rPr>
          <w:rFonts w:ascii="EB Garamond" w:hAnsi="EB Garamond"/>
          <w:sz w:val="22"/>
        </w:rPr>
        <w:t>Deleted it.</w:t>
      </w:r>
    </w:p>
    <w:p>
      <w:pPr>
        <w:spacing w:before="0" w:after="0" w:line="264" w:lineRule="exact"/>
        <w:ind w:firstLine="0" w:left="0" w:right="0"/>
      </w:pPr>
      <w:r>
        <w:rPr>
          <w:rFonts w:ascii="EB Garamond" w:hAnsi="EB Garamond"/>
          <w:sz w:val="22"/>
        </w:rPr>
        <w:t>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 just liked the post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Deleted that too.</w:t>
      </w:r>
    </w:p>
    <w:p>
      <w:pPr>
        <w:spacing w:before="0" w:after="0" w:line="264" w:lineRule="exact"/>
        <w:ind w:firstLine="0" w:left="0" w:right="0"/>
      </w:pPr>
      <w:r>
        <w:rPr>
          <w:rFonts w:ascii="EB Garamond" w:hAnsi="EB Garamond"/>
          <w:sz w:val="22"/>
        </w:rPr>
        <w:t>Because it sounded defensive.</w:t>
      </w:r>
    </w:p>
    <w:p>
      <w:pPr>
        <w:spacing w:before="0" w:after="0" w:line="264" w:lineRule="exact"/>
        <w:ind w:firstLine="0" w:left="0" w:right="0"/>
      </w:pPr>
      <w:r>
        <w:rPr>
          <w:rFonts w:ascii="EB Garamond" w:hAnsi="EB Garamond"/>
          <w:sz w:val="22"/>
        </w:rPr>
        <w:t>Which meant Maddie would know there was something to defend.</w:t>
      </w:r>
    </w:p>
    <w:p>
      <w:pPr>
        <w:spacing w:before="0" w:after="0" w:line="264" w:lineRule="exact"/>
        <w:ind w:firstLine="0" w:left="0" w:right="0"/>
      </w:pPr>
      <w:r>
        <w:rPr>
          <w:rFonts w:ascii="EB Garamond" w:hAnsi="EB Garamond"/>
          <w:sz w:val="22"/>
        </w:rPr>
        <w:t>She tried again.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idk I liked what it said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stared at the message.</w:t>
      </w:r>
    </w:p>
    <w:p>
      <w:pPr>
        <w:spacing w:before="0" w:after="0" w:line="264" w:lineRule="exact"/>
        <w:ind w:firstLine="0" w:left="0" w:right="0"/>
      </w:pPr>
      <w:r>
        <w:rPr>
          <w:rFonts w:ascii="EB Garamond" w:hAnsi="EB Garamond"/>
          <w:sz w:val="22"/>
        </w:rPr>
        <w:t>That was true.</w:t>
      </w:r>
    </w:p>
    <w:p>
      <w:pPr>
        <w:spacing w:before="0" w:after="0" w:line="264" w:lineRule="exact"/>
        <w:ind w:firstLine="0" w:left="0" w:right="0"/>
      </w:pPr>
      <w:r>
        <w:rPr>
          <w:rFonts w:ascii="EB Garamond" w:hAnsi="EB Garamond"/>
          <w:sz w:val="22"/>
        </w:rPr>
        <w:t>Send.</w:t>
      </w:r>
    </w:p>
    <w:p>
      <w:pPr>
        <w:spacing w:before="0" w:after="0" w:line="264" w:lineRule="exact"/>
        <w:ind w:firstLine="0" w:left="0" w:right="0"/>
      </w:pPr>
      <w:r>
        <w:rPr>
          <w:rFonts w:ascii="EB Garamond" w:hAnsi="EB Garamond"/>
          <w:sz w:val="22"/>
        </w:rPr>
        <w:t>Maddie reacted with a heart.</w:t>
      </w:r>
    </w:p>
    <w:p>
      <w:pPr>
        <w:spacing w:before="0" w:after="0" w:line="264" w:lineRule="exact"/>
        <w:ind w:firstLine="0" w:left="0" w:right="0"/>
      </w:pPr>
      <w:r>
        <w:rPr>
          <w:rFonts w:ascii="EB Garamond" w:hAnsi="EB Garamond"/>
          <w:sz w:val="22"/>
        </w:rPr>
        <w:t>Conversation over.</w:t>
      </w:r>
    </w:p>
    <w:p>
      <w:pPr>
        <w:spacing w:before="0" w:after="0" w:line="264" w:lineRule="exact"/>
        <w:ind w:firstLine="0" w:left="0" w:right="0"/>
      </w:pPr>
      <w:r>
        <w:rPr>
          <w:rFonts w:ascii="EB Garamond" w:hAnsi="EB Garamond"/>
          <w:sz w:val="22"/>
        </w:rPr>
        <w:t>Elsie blinked.</w:t>
      </w:r>
    </w:p>
    <w:p>
      <w:pPr>
        <w:spacing w:before="0" w:after="0" w:line="264" w:lineRule="exact"/>
        <w:ind w:firstLine="0" w:left="0" w:right="0"/>
      </w:pPr>
      <w:r>
        <w:rPr>
          <w:rFonts w:ascii="EB Garamond" w:hAnsi="EB Garamond"/>
          <w:sz w:val="22"/>
        </w:rPr>
        <w:t>That was it?</w:t>
      </w:r>
    </w:p>
    <w:p>
      <w:pPr>
        <w:spacing w:before="0" w:after="0" w:line="264" w:lineRule="exact"/>
        <w:ind w:firstLine="0" w:left="0" w:right="0"/>
      </w:pPr>
      <w:r>
        <w:rPr>
          <w:rFonts w:ascii="EB Garamond" w:hAnsi="EB Garamond"/>
          <w:sz w:val="22"/>
        </w:rPr>
        <w:t>She had spent nine minutes preparing for social execution and gotten a heart reaction.</w:t>
      </w:r>
    </w:p>
    <w:p>
      <w:pPr>
        <w:spacing w:before="0" w:after="0" w:line="264" w:lineRule="exact"/>
        <w:ind w:firstLine="0" w:left="0" w:right="0"/>
      </w:pPr>
      <w:r>
        <w:rPr>
          <w:rFonts w:ascii="EB Garamond" w:hAnsi="EB Garamond"/>
          <w:sz w:val="22"/>
        </w:rPr>
        <w:t>She dropped her phone onto the bed.</w:t>
      </w:r>
    </w:p>
    <w:p>
      <w:pPr>
        <w:spacing w:before="0" w:after="0" w:line="264" w:lineRule="exact"/>
        <w:ind w:firstLine="0" w:left="0" w:right="0"/>
      </w:pPr>
      <w:r>
        <w:rPr>
          <w:rFonts w:ascii="EB Garamond" w:hAnsi="EB Garamond"/>
          <w:sz w:val="22"/>
        </w:rPr>
        <w:t>“This is exhausting.”</w:t>
      </w:r>
    </w:p>
    <w:p>
      <w:pPr>
        <w:spacing w:before="0" w:after="0" w:line="264" w:lineRule="exact"/>
        <w:ind w:firstLine="0" w:left="0" w:right="0"/>
      </w:pPr>
      <w:r>
        <w:rPr>
          <w:rFonts w:ascii="EB Garamond" w:hAnsi="EB Garamond"/>
          <w:sz w:val="22"/>
        </w:rPr>
        <w:t>The Bible offered no response.</w:t>
      </w:r>
    </w:p>
    <w:p>
      <w:pPr>
        <w:spacing w:before="0" w:after="0" w:line="264" w:lineRule="exact"/>
        <w:ind w:firstLine="0" w:left="0" w:right="0"/>
      </w:pPr>
      <w:r>
        <w:rPr>
          <w:rFonts w:ascii="EB Garamond" w:hAnsi="EB Garamond"/>
          <w:sz w:val="22"/>
        </w:rPr>
        <w:t>Then Elsie remembered Mason.</w:t>
      </w:r>
    </w:p>
    <w:p>
      <w:pPr>
        <w:spacing w:before="0" w:after="0" w:line="264" w:lineRule="exact"/>
        <w:ind w:firstLine="0" w:left="0" w:right="0"/>
      </w:pPr>
      <w:r>
        <w:rPr>
          <w:rFonts w:ascii="EB Garamond" w:hAnsi="EB Garamond"/>
          <w:sz w:val="22"/>
        </w:rPr>
        <w:t>She grabbed the phone again.</w:t>
      </w:r>
    </w:p>
    <w:p>
      <w:pPr>
        <w:spacing w:before="0" w:after="0" w:line="264" w:lineRule="exact"/>
        <w:ind w:firstLine="0" w:left="0" w:right="0"/>
      </w:pPr>
      <w:r>
        <w:rPr>
          <w:rFonts w:ascii="EB Garamond" w:hAnsi="EB Garamond"/>
          <w:sz w:val="22"/>
        </w:rPr>
        <w:t>His message was still waiting.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you doing anything tomorrow?</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Oh.</w:t>
      </w:r>
    </w:p>
    <w:p>
      <w:pPr>
        <w:spacing w:before="0" w:after="0" w:line="264" w:lineRule="exact"/>
        <w:ind w:firstLine="0" w:left="0" w:right="0"/>
      </w:pPr>
      <w:r>
        <w:rPr>
          <w:rFonts w:ascii="EB Garamond" w:hAnsi="EB Garamond"/>
          <w:sz w:val="22"/>
        </w:rPr>
        <w:t>Right.</w:t>
      </w:r>
    </w:p>
    <w:p>
      <w:pPr>
        <w:spacing w:before="0" w:after="0" w:line="264" w:lineRule="exact"/>
        <w:ind w:firstLine="0" w:left="0" w:right="0"/>
      </w:pPr>
      <w:r>
        <w:rPr>
          <w:rFonts w:ascii="EB Garamond" w:hAnsi="EB Garamond"/>
          <w:sz w:val="22"/>
        </w:rPr>
        <w:t>There were more urgent spiritual matters.</w:t>
      </w:r>
    </w:p>
    <w:p>
      <w:pPr>
        <w:spacing w:before="0" w:after="0" w:line="264" w:lineRule="exact"/>
        <w:ind w:firstLine="0" w:left="0" w:right="0"/>
      </w:pPr>
      <w:r>
        <w:rPr>
          <w:rFonts w:ascii="EB Garamond" w:hAnsi="EB Garamond"/>
          <w:sz w:val="22"/>
        </w:rPr>
        <w:t>She 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depends on who’s asking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smiled.</w:t>
      </w:r>
    </w:p>
    <w:p>
      <w:pPr>
        <w:spacing w:before="0" w:after="0" w:line="264" w:lineRule="exact"/>
        <w:ind w:firstLine="0" w:left="0" w:right="0"/>
      </w:pPr>
      <w:r>
        <w:rPr>
          <w:rFonts w:ascii="EB Garamond" w:hAnsi="EB Garamond"/>
          <w:sz w:val="22"/>
        </w:rPr>
        <w:t>Deleted it.</w:t>
      </w:r>
    </w:p>
    <w:p>
      <w:pPr>
        <w:spacing w:before="0" w:after="0" w:line="264" w:lineRule="exact"/>
        <w:ind w:firstLine="0" w:left="0" w:right="0"/>
      </w:pPr>
      <w:r>
        <w:rPr>
          <w:rFonts w:ascii="EB Garamond" w:hAnsi="EB Garamond"/>
          <w:sz w:val="22"/>
        </w:rPr>
        <w:t>Absolutely not.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not really why?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Too available.</w:t>
      </w:r>
    </w:p>
    <w:p>
      <w:pPr>
        <w:spacing w:before="0" w:after="0" w:line="264" w:lineRule="exact"/>
        <w:ind w:firstLine="0" w:left="0" w:right="0"/>
      </w:pPr>
      <w:r>
        <w:rPr>
          <w:rFonts w:ascii="EB Garamond" w:hAnsi="EB Garamond"/>
          <w:sz w:val="22"/>
        </w:rPr>
        <w:t>Delete.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 have some stuff in the morning but I’m free after.</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Perfect.</w:t>
      </w:r>
    </w:p>
    <w:p>
      <w:pPr>
        <w:spacing w:before="0" w:after="0" w:line="264" w:lineRule="exact"/>
        <w:ind w:firstLine="0" w:left="0" w:right="0"/>
      </w:pPr>
      <w:r>
        <w:rPr>
          <w:rFonts w:ascii="EB Garamond" w:hAnsi="EB Garamond"/>
          <w:sz w:val="22"/>
        </w:rPr>
        <w:t>She sent it.</w:t>
      </w:r>
    </w:p>
    <w:p>
      <w:pPr>
        <w:spacing w:before="0" w:after="0" w:line="264" w:lineRule="exact"/>
        <w:ind w:firstLine="0" w:left="0" w:right="0"/>
      </w:pPr>
      <w:r>
        <w:rPr>
          <w:rFonts w:ascii="EB Garamond" w:hAnsi="EB Garamond"/>
          <w:sz w:val="22"/>
        </w:rPr>
        <w:t>Three dots.</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wanna get coffee?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stopped.</w:t>
      </w:r>
    </w:p>
    <w:p>
      <w:pPr>
        <w:spacing w:before="0" w:after="0" w:line="264" w:lineRule="exact"/>
        <w:ind w:firstLine="0" w:left="0" w:right="0"/>
      </w:pPr>
      <w:r>
        <w:rPr>
          <w:rFonts w:ascii="EB Garamond" w:hAnsi="EB Garamond"/>
          <w:sz w:val="22"/>
        </w:rPr>
        <w:t>Read it again.</w:t>
      </w:r>
    </w:p>
    <w:p>
      <w:pPr>
        <w:spacing w:before="0" w:after="0" w:line="264" w:lineRule="exact"/>
        <w:ind w:firstLine="0" w:left="0" w:right="0"/>
      </w:pPr>
      <w:r>
        <w:rPr>
          <w:rFonts w:ascii="EB Garamond" w:hAnsi="EB Garamond"/>
          <w:b w:val="0"/>
          <w:i/>
          <w:sz w:val="22"/>
        </w:rPr>
        <w:t>wanna get coffee?</w:t>
      </w:r>
    </w:p>
    <w:p>
      <w:pPr>
        <w:spacing w:before="0" w:after="0" w:line="264" w:lineRule="exact"/>
        <w:ind w:firstLine="0" w:left="0" w:right="0"/>
      </w:pPr>
      <w:r>
        <w:rPr>
          <w:rFonts w:ascii="EB Garamond" w:hAnsi="EB Garamond"/>
          <w:sz w:val="22"/>
        </w:rPr>
        <w:t>She stood.</w:t>
      </w:r>
    </w:p>
    <w:p>
      <w:pPr>
        <w:spacing w:before="0" w:after="0" w:line="264" w:lineRule="exact"/>
        <w:ind w:firstLine="0" w:left="0" w:right="0"/>
      </w:pPr>
      <w:r>
        <w:rPr>
          <w:rFonts w:ascii="EB Garamond" w:hAnsi="EB Garamond"/>
          <w:sz w:val="22"/>
        </w:rPr>
        <w:t>Sat down.</w:t>
      </w:r>
    </w:p>
    <w:p>
      <w:pPr>
        <w:spacing w:before="0" w:after="0" w:line="264" w:lineRule="exact"/>
        <w:ind w:firstLine="0" w:left="0" w:right="0"/>
      </w:pPr>
      <w:r>
        <w:rPr>
          <w:rFonts w:ascii="EB Garamond" w:hAnsi="EB Garamond"/>
          <w:sz w:val="22"/>
        </w:rPr>
        <w:t>Stood again.</w:t>
      </w:r>
    </w:p>
    <w:p>
      <w:pPr>
        <w:spacing w:before="0" w:after="0" w:line="264" w:lineRule="exact"/>
        <w:ind w:firstLine="0" w:left="0" w:right="0"/>
      </w:pPr>
      <w:r>
        <w:rPr>
          <w:rFonts w:ascii="EB Garamond" w:hAnsi="EB Garamond"/>
          <w:sz w:val="22"/>
        </w:rPr>
        <w:t>There was nobody in the room to tell.</w:t>
      </w:r>
    </w:p>
    <w:p>
      <w:pPr>
        <w:spacing w:before="0" w:after="0" w:line="264" w:lineRule="exact"/>
        <w:ind w:firstLine="0" w:left="0" w:right="0"/>
      </w:pPr>
      <w:r>
        <w:rPr>
          <w:rFonts w:ascii="EB Garamond" w:hAnsi="EB Garamond"/>
          <w:sz w:val="22"/>
        </w:rPr>
        <w:t>She considered screaming.</w:t>
      </w:r>
    </w:p>
    <w:p>
      <w:pPr>
        <w:spacing w:before="0" w:after="0" w:line="264" w:lineRule="exact"/>
        <w:ind w:firstLine="0" w:left="0" w:right="0"/>
      </w:pPr>
      <w:r>
        <w:rPr>
          <w:rFonts w:ascii="EB Garamond" w:hAnsi="EB Garamond"/>
          <w:sz w:val="22"/>
        </w:rPr>
        <w:t>Instead she walked to her mirror.</w:t>
      </w:r>
    </w:p>
    <w:p>
      <w:pPr>
        <w:spacing w:before="0" w:after="0" w:line="264" w:lineRule="exact"/>
        <w:ind w:firstLine="0" w:left="0" w:right="0"/>
      </w:pPr>
      <w:r>
        <w:rPr>
          <w:rFonts w:ascii="EB Garamond" w:hAnsi="EB Garamond"/>
          <w:sz w:val="22"/>
        </w:rPr>
        <w:t>Why?</w:t>
      </w:r>
    </w:p>
    <w:p>
      <w:pPr>
        <w:spacing w:before="0" w:after="0" w:line="264" w:lineRule="exact"/>
        <w:ind w:firstLine="0" w:left="0" w:right="0"/>
      </w:pPr>
      <w:r>
        <w:rPr>
          <w:rFonts w:ascii="EB Garamond" w:hAnsi="EB Garamond"/>
          <w:sz w:val="22"/>
        </w:rPr>
        <w:t>She had no idea.</w:t>
      </w:r>
    </w:p>
    <w:p>
      <w:pPr>
        <w:spacing w:before="0" w:after="0" w:line="264" w:lineRule="exact"/>
        <w:ind w:firstLine="0" w:left="0" w:right="0"/>
      </w:pPr>
      <w:r>
        <w:rPr>
          <w:rFonts w:ascii="EB Garamond" w:hAnsi="EB Garamond"/>
          <w:sz w:val="22"/>
        </w:rPr>
        <w:t>Apparently, she needed to see the face of a person who had just been asked to coffee.</w:t>
      </w:r>
    </w:p>
    <w:p>
      <w:pPr>
        <w:spacing w:before="0" w:after="0" w:line="264" w:lineRule="exact"/>
        <w:ind w:firstLine="0" w:left="0" w:right="0"/>
      </w:pPr>
      <w:r>
        <w:rPr>
          <w:rFonts w:ascii="EB Garamond" w:hAnsi="EB Garamond"/>
          <w:sz w:val="22"/>
        </w:rPr>
        <w:t>Her face looked exactly the same.</w:t>
      </w:r>
    </w:p>
    <w:p>
      <w:pPr>
        <w:spacing w:before="0" w:after="0" w:line="264" w:lineRule="exact"/>
        <w:ind w:firstLine="0" w:left="0" w:right="0"/>
      </w:pPr>
      <w:r>
        <w:rPr>
          <w:rFonts w:ascii="EB Garamond" w:hAnsi="EB Garamond"/>
          <w:sz w:val="22"/>
        </w:rPr>
        <w:t>Maybe slightly unhinged.</w:t>
      </w:r>
    </w:p>
    <w:p>
      <w:pPr>
        <w:spacing w:before="0" w:after="0" w:line="264" w:lineRule="exact"/>
        <w:ind w:firstLine="0" w:left="0" w:right="0"/>
      </w:pPr>
      <w:r>
        <w:rPr>
          <w:rFonts w:ascii="EB Garamond" w:hAnsi="EB Garamond"/>
          <w:sz w:val="22"/>
        </w:rPr>
        <w:t>Her phone buzzed.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unless you hate coffee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grabbed it.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 don’t hate coffee lol</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did, actually.</w:t>
      </w:r>
    </w:p>
    <w:p>
      <w:pPr>
        <w:spacing w:before="0" w:after="0" w:line="264" w:lineRule="exact"/>
        <w:ind w:firstLine="0" w:left="0" w:right="0"/>
      </w:pPr>
      <w:r>
        <w:rPr>
          <w:rFonts w:ascii="EB Garamond" w:hAnsi="EB Garamond"/>
          <w:sz w:val="22"/>
        </w:rPr>
        <w:t>Coffee tasted like burnt dirt unless it contained enough sugar and milk to legally become a milkshake.</w:t>
      </w:r>
    </w:p>
    <w:p>
      <w:pPr>
        <w:spacing w:before="0" w:after="0" w:line="264" w:lineRule="exact"/>
        <w:ind w:firstLine="0" w:left="0" w:right="0"/>
      </w:pPr>
      <w:r>
        <w:rPr>
          <w:rFonts w:ascii="EB Garamond" w:hAnsi="EB Garamond"/>
          <w:sz w:val="22"/>
        </w:rPr>
        <w:t>But that wasn’t the point.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12?</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thought about Sunday.</w:t>
      </w:r>
    </w:p>
    <w:p>
      <w:pPr>
        <w:spacing w:before="0" w:after="0" w:line="264" w:lineRule="exact"/>
        <w:ind w:firstLine="0" w:left="0" w:right="0"/>
      </w:pPr>
      <w:r>
        <w:rPr>
          <w:rFonts w:ascii="EB Garamond" w:hAnsi="EB Garamond"/>
          <w:sz w:val="22"/>
        </w:rPr>
        <w:t>Church was at ten.</w:t>
      </w:r>
    </w:p>
    <w:p>
      <w:pPr>
        <w:spacing w:before="0" w:after="0" w:line="264" w:lineRule="exact"/>
        <w:ind w:firstLine="0" w:left="0" w:right="0"/>
      </w:pPr>
      <w:r>
        <w:rPr>
          <w:rFonts w:ascii="EB Garamond" w:hAnsi="EB Garamond"/>
          <w:sz w:val="22"/>
        </w:rPr>
        <w:t>Usually they were home by eleven-thirty unless her mother started talking to someone.</w:t>
      </w:r>
    </w:p>
    <w:p>
      <w:pPr>
        <w:spacing w:before="0" w:after="0" w:line="264" w:lineRule="exact"/>
        <w:ind w:firstLine="0" w:left="0" w:right="0"/>
      </w:pPr>
      <w:r>
        <w:rPr>
          <w:rFonts w:ascii="EB Garamond" w:hAnsi="EB Garamond"/>
        </w:rPr>
        <w:t xml:space="preserve">Her mother could turn </w:t>
      </w:r>
      <w:r>
        <w:rPr>
          <w:rFonts w:ascii="EB Garamond" w:hAnsi="EB Garamond"/>
          <w:i/>
        </w:rPr>
        <w:t>How are you?</w:t>
      </w:r>
      <w:r>
        <w:rPr>
          <w:rFonts w:ascii="EB Garamond" w:hAnsi="EB Garamond"/>
        </w:rPr>
        <w:t xml:space="preserve"> into a forty-minute commitment.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12:30?</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His response came almost immediately.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Works for me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Church?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Elsie’s thumb stopped.</w:t>
      </w:r>
    </w:p>
    <w:p>
      <w:pPr>
        <w:spacing w:before="0" w:after="0" w:line="264" w:lineRule="exact"/>
        <w:ind w:firstLine="0" w:left="0" w:right="0"/>
      </w:pPr>
      <w:r>
        <w:rPr>
          <w:rFonts w:ascii="EB Garamond" w:hAnsi="EB Garamond"/>
          <w:sz w:val="22"/>
        </w:rPr>
        <w:t>One word.</w:t>
      </w:r>
    </w:p>
    <w:p>
      <w:pPr>
        <w:spacing w:before="0" w:after="0" w:line="264" w:lineRule="exact"/>
        <w:ind w:firstLine="0" w:left="0" w:right="0"/>
      </w:pPr>
      <w:r>
        <w:rPr>
          <w:rFonts w:ascii="EB Garamond" w:hAnsi="EB Garamond"/>
          <w:sz w:val="22"/>
        </w:rPr>
        <w:t>That was all.</w:t>
      </w:r>
    </w:p>
    <w:p>
      <w:pPr>
        <w:spacing w:before="0" w:after="0" w:line="264" w:lineRule="exact"/>
        <w:ind w:firstLine="0" w:left="0" w:right="0"/>
      </w:pPr>
      <w:r>
        <w:rPr>
          <w:rFonts w:ascii="EB Garamond" w:hAnsi="EB Garamond"/>
          <w:sz w:val="22"/>
        </w:rPr>
        <w:t>Still, she felt the same little tightening she’d felt at lunch.</w:t>
      </w:r>
    </w:p>
    <w:p>
      <w:pPr>
        <w:spacing w:before="0" w:after="0" w:line="264" w:lineRule="exact"/>
        <w:ind w:firstLine="0" w:left="0" w:right="0"/>
      </w:pPr>
      <w:r>
        <w:rPr>
          <w:rFonts w:ascii="EB Garamond" w:hAnsi="EB Garamond"/>
          <w:sz w:val="22"/>
        </w:rPr>
        <w:t xml:space="preserve">She could say </w:t>
      </w:r>
      <w:r>
        <w:rPr>
          <w:rFonts w:ascii="EB Garamond" w:hAnsi="EB Garamond"/>
          <w:i/>
          <w:sz w:val="22"/>
        </w:rPr>
        <w:t>a family thing.</w:t>
      </w:r>
    </w:p>
    <w:p>
      <w:pPr>
        <w:spacing w:before="0" w:after="0" w:line="264" w:lineRule="exact"/>
        <w:ind w:firstLine="0" w:left="0" w:right="0"/>
      </w:pPr>
      <w:r>
        <w:rPr>
          <w:rFonts w:ascii="EB Garamond" w:hAnsi="EB Garamond"/>
          <w:b w:val="0"/>
          <w:i/>
          <w:sz w:val="22"/>
        </w:rPr>
        <w:t>Grandma.</w:t>
      </w:r>
    </w:p>
    <w:p>
      <w:pPr>
        <w:spacing w:before="0" w:after="0" w:line="264" w:lineRule="exact"/>
        <w:ind w:firstLine="0" w:left="0" w:right="0"/>
      </w:pPr>
      <w:r>
        <w:rPr>
          <w:rFonts w:ascii="EB Garamond" w:hAnsi="EB Garamond"/>
          <w:b w:val="0"/>
          <w:i/>
          <w:sz w:val="22"/>
        </w:rPr>
        <w:t>Busy.</w:t>
      </w:r>
    </w:p>
    <w:p>
      <w:pPr>
        <w:spacing w:before="0" w:after="0" w:line="264" w:lineRule="exact"/>
        <w:ind w:firstLine="0" w:left="0" w:right="0"/>
      </w:pPr>
      <w:r>
        <w:rPr>
          <w:rFonts w:ascii="EB Garamond" w:hAnsi="EB Garamond"/>
          <w:sz w:val="22"/>
        </w:rPr>
        <w:t>Anything.</w:t>
      </w:r>
    </w:p>
    <w:p>
      <w:pPr>
        <w:spacing w:before="0" w:after="0" w:line="264" w:lineRule="exact"/>
        <w:ind w:firstLine="0" w:left="0" w:right="0"/>
      </w:pPr>
      <w:r>
        <w:rPr>
          <w:rFonts w:ascii="EB Garamond" w:hAnsi="EB Garamond"/>
          <w:sz w:val="22"/>
        </w:rPr>
        <w:t>Instead, she 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yeah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watched the screen.</w:t>
      </w:r>
    </w:p>
    <w:p>
      <w:pPr>
        <w:spacing w:before="0" w:after="0" w:line="264" w:lineRule="exact"/>
        <w:ind w:firstLine="0" w:left="0" w:right="0"/>
      </w:pPr>
      <w:r>
        <w:rPr>
          <w:rFonts w:ascii="EB Garamond" w:hAnsi="EB Garamond"/>
          <w:sz w:val="22"/>
        </w:rPr>
        <w:t>Three dots.</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Same.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stared.</w:t>
      </w:r>
    </w:p>
    <w:p>
      <w:pPr>
        <w:spacing w:before="0" w:after="0" w:line="264" w:lineRule="exact"/>
        <w:ind w:firstLine="0" w:left="0" w:right="0"/>
      </w:pPr>
      <w:r>
        <w:rPr>
          <w:rFonts w:ascii="EB Garamond" w:hAnsi="EB Garamond"/>
          <w:sz w:val="22"/>
        </w:rPr>
        <w:t>Same?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you go to church?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regretted it immediately.</w:t>
      </w:r>
    </w:p>
    <w:p>
      <w:pPr>
        <w:spacing w:before="0" w:after="0" w:line="264" w:lineRule="exact"/>
        <w:ind w:firstLine="0" w:left="0" w:right="0"/>
      </w:pPr>
      <w:r>
        <w:rPr>
          <w:rFonts w:ascii="EB Garamond" w:hAnsi="EB Garamond"/>
          <w:sz w:val="22"/>
        </w:rPr>
        <w:t>It sounded accusatory.</w:t>
      </w:r>
    </w:p>
    <w:p>
      <w:pPr>
        <w:spacing w:before="0" w:after="0" w:line="264" w:lineRule="exact"/>
        <w:ind w:firstLine="0" w:left="0" w:right="0"/>
      </w:pPr>
      <w:r>
        <w:rPr>
          <w:rFonts w:ascii="EB Garamond" w:hAnsi="EB Garamond"/>
          <w:sz w:val="22"/>
        </w:rPr>
        <w:t>Like she’d just discovered Mason ran an underground crime syndicate.</w:t>
      </w:r>
    </w:p>
    <w:p>
      <w:pPr>
        <w:spacing w:before="0" w:after="0" w:line="264" w:lineRule="exact"/>
        <w:ind w:firstLine="0" w:left="0" w:right="0"/>
      </w:pPr>
      <w:r>
        <w:rPr>
          <w:rFonts w:ascii="EB Garamond" w:hAnsi="EB Garamond"/>
          <w:sz w:val="22"/>
        </w:rPr>
        <w:t>His reply came.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 yes elsie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why do you sound shocked?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laughed.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idk</w:t>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Rude</w:t>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sorry 😂</w:t>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my mom would personally drag me by my hoodie if I tried not to</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that makes more sense</w:t>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Wow</w:t>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 he sent: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I actually like it though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Elsie’s smile faded.</w:t>
      </w:r>
    </w:p>
    <w:p>
      <w:pPr>
        <w:spacing w:before="0" w:after="0" w:line="264" w:lineRule="exact"/>
        <w:ind w:firstLine="0" w:left="0" w:right="0"/>
      </w:pPr>
      <w:r>
        <w:rPr>
          <w:rFonts w:ascii="EB Garamond" w:hAnsi="EB Garamond"/>
          <w:sz w:val="22"/>
        </w:rPr>
        <w:t>Not in a bad way.</w:t>
      </w:r>
    </w:p>
    <w:p>
      <w:pPr>
        <w:spacing w:before="0" w:after="0" w:line="264" w:lineRule="exact"/>
        <w:ind w:firstLine="0" w:left="0" w:right="0"/>
      </w:pPr>
      <w:r>
        <w:rPr>
          <w:rFonts w:ascii="EB Garamond" w:hAnsi="EB Garamond"/>
          <w:sz w:val="22"/>
        </w:rPr>
        <w:t>She just hadn’t expected that.</w:t>
      </w:r>
    </w:p>
    <w:p>
      <w:pPr>
        <w:spacing w:before="0" w:after="0" w:line="264" w:lineRule="exact"/>
        <w:ind w:firstLine="0" w:left="0" w:right="0"/>
      </w:pPr>
      <w:r>
        <w:rPr>
          <w:rFonts w:ascii="EB Garamond" w:hAnsi="EB Garamond"/>
          <w:sz w:val="22"/>
        </w:rPr>
        <w:t>Which made her wonder why.</w:t>
      </w:r>
    </w:p>
    <w:p>
      <w:pPr>
        <w:spacing w:before="0" w:after="0" w:line="264" w:lineRule="exact"/>
        <w:ind w:firstLine="0" w:left="0" w:right="0"/>
      </w:pPr>
      <w:r>
        <w:rPr>
          <w:rFonts w:ascii="EB Garamond" w:hAnsi="EB Garamond"/>
          <w:sz w:val="22"/>
        </w:rPr>
        <w:t>She’d known Mason since freshman year.</w:t>
      </w:r>
    </w:p>
    <w:p>
      <w:pPr>
        <w:spacing w:before="0" w:after="0" w:line="264" w:lineRule="exact"/>
        <w:ind w:firstLine="0" w:left="0" w:right="0"/>
      </w:pPr>
      <w:r>
        <w:rPr>
          <w:rFonts w:ascii="EB Garamond" w:hAnsi="EB Garamond"/>
          <w:sz w:val="22"/>
        </w:rPr>
        <w:t>She knew he hated pickles.</w:t>
      </w:r>
    </w:p>
    <w:p>
      <w:pPr>
        <w:spacing w:before="0" w:after="0" w:line="264" w:lineRule="exact"/>
        <w:ind w:firstLine="0" w:left="0" w:right="0"/>
      </w:pPr>
      <w:r>
        <w:rPr>
          <w:rFonts w:ascii="EB Garamond" w:hAnsi="EB Garamond"/>
          <w:sz w:val="22"/>
        </w:rPr>
        <w:t>She knew he had a sister at Clemson.</w:t>
      </w:r>
    </w:p>
    <w:p>
      <w:pPr>
        <w:spacing w:before="0" w:after="0" w:line="264" w:lineRule="exact"/>
        <w:ind w:firstLine="0" w:left="0" w:right="0"/>
      </w:pPr>
      <w:r>
        <w:rPr>
          <w:rFonts w:ascii="EB Garamond" w:hAnsi="EB Garamond"/>
          <w:sz w:val="22"/>
        </w:rPr>
        <w:t>She knew he’d broken his wrist playing baseball in eighth grade.</w:t>
      </w:r>
    </w:p>
    <w:p>
      <w:pPr>
        <w:spacing w:before="0" w:after="0" w:line="264" w:lineRule="exact"/>
        <w:ind w:firstLine="0" w:left="0" w:right="0"/>
      </w:pPr>
      <w:r>
        <w:rPr>
          <w:rFonts w:ascii="EB Garamond" w:hAnsi="EB Garamond"/>
          <w:sz w:val="22"/>
        </w:rPr>
        <w:t>She knew he had a scar under his chin from falling off a bike when he was little.</w:t>
      </w:r>
    </w:p>
    <w:p>
      <w:pPr>
        <w:spacing w:before="0" w:after="0" w:line="264" w:lineRule="exact"/>
        <w:ind w:firstLine="0" w:left="0" w:right="0"/>
      </w:pPr>
      <w:r>
        <w:rPr>
          <w:rFonts w:ascii="EB Garamond" w:hAnsi="EB Garamond"/>
          <w:sz w:val="22"/>
        </w:rPr>
        <w:t>She knew he wore number twelve.</w:t>
      </w:r>
    </w:p>
    <w:p>
      <w:pPr>
        <w:spacing w:before="0" w:after="0" w:line="264" w:lineRule="exact"/>
        <w:ind w:firstLine="0" w:left="0" w:right="0"/>
      </w:pPr>
      <w:r>
        <w:rPr>
          <w:rFonts w:ascii="EB Garamond" w:hAnsi="EB Garamond"/>
          <w:sz w:val="22"/>
        </w:rPr>
        <w:t>She knew he was terrible at chemistry.</w:t>
      </w:r>
    </w:p>
    <w:p>
      <w:pPr>
        <w:spacing w:before="0" w:after="0" w:line="264" w:lineRule="exact"/>
        <w:ind w:firstLine="0" w:left="0" w:right="0"/>
      </w:pPr>
      <w:r>
        <w:rPr>
          <w:rFonts w:ascii="EB Garamond" w:hAnsi="EB Garamond"/>
          <w:sz w:val="22"/>
        </w:rPr>
        <w:t>She knew exactly which hoodie he wore most often.</w:t>
      </w:r>
    </w:p>
    <w:p>
      <w:pPr>
        <w:spacing w:before="0" w:after="0" w:line="264" w:lineRule="exact"/>
        <w:ind w:firstLine="0" w:left="0" w:right="0"/>
      </w:pPr>
      <w:r>
        <w:rPr>
          <w:rFonts w:ascii="EB Garamond" w:hAnsi="EB Garamond"/>
          <w:sz w:val="22"/>
        </w:rPr>
        <w:t>She knew he went to the beach every summer with his cousins because she’d looked through enough old Instagram posts to qualify as an investigator.</w:t>
      </w:r>
    </w:p>
    <w:p>
      <w:pPr>
        <w:spacing w:before="0" w:after="0" w:line="264" w:lineRule="exact"/>
        <w:ind w:firstLine="0" w:left="0" w:right="0"/>
      </w:pPr>
      <w:r>
        <w:rPr>
          <w:rFonts w:ascii="EB Garamond" w:hAnsi="EB Garamond"/>
          <w:sz w:val="22"/>
        </w:rPr>
        <w:t>But she didn’t know he went to church.</w:t>
      </w:r>
    </w:p>
    <w:p>
      <w:pPr>
        <w:spacing w:before="0" w:after="0" w:line="264" w:lineRule="exact"/>
        <w:ind w:firstLine="0" w:left="0" w:right="0"/>
      </w:pPr>
      <w:r>
        <w:rPr>
          <w:rFonts w:ascii="EB Garamond" w:hAnsi="EB Garamond"/>
          <w:sz w:val="22"/>
        </w:rPr>
        <w:t>Maybe because she’d never asked.</w:t>
      </w:r>
    </w:p>
    <w:p>
      <w:pPr>
        <w:spacing w:before="0" w:after="0" w:line="264" w:lineRule="exact"/>
        <w:ind w:firstLine="0" w:left="0" w:right="0"/>
      </w:pPr>
      <w:r>
        <w:rPr>
          <w:rFonts w:ascii="EB Garamond" w:hAnsi="EB Garamond"/>
          <w:sz w:val="22"/>
        </w:rPr>
        <w:t>Or maybe because Mason didn’t post about it.</w:t>
      </w:r>
    </w:p>
    <w:p>
      <w:pPr>
        <w:spacing w:before="0" w:after="0" w:line="264" w:lineRule="exact"/>
        <w:ind w:firstLine="0" w:left="0" w:right="0"/>
      </w:pPr>
      <w:r>
        <w:rPr>
          <w:rFonts w:ascii="EB Garamond" w:hAnsi="EB Garamond"/>
          <w:sz w:val="22"/>
        </w:rPr>
        <w:t>Which apparently made him safe.</w:t>
      </w:r>
    </w:p>
    <w:p>
      <w:pPr>
        <w:spacing w:before="0" w:after="0" w:line="264" w:lineRule="exact"/>
        <w:ind w:firstLine="0" w:left="0" w:right="0"/>
      </w:pPr>
      <w:r>
        <w:rPr>
          <w:rFonts w:ascii="EB Garamond" w:hAnsi="EB Garamond"/>
          <w:sz w:val="22"/>
        </w:rPr>
        <w:t>Elsie sat back down.</w:t>
      </w:r>
    </w:p>
    <w:p>
      <w:pPr>
        <w:spacing w:before="0" w:after="0" w:line="264" w:lineRule="exact"/>
        <w:ind w:firstLine="0" w:left="0" w:right="0"/>
      </w:pPr>
      <w:r>
        <w:rPr>
          <w:rFonts w:ascii="EB Garamond" w:hAnsi="EB Garamond"/>
          <w:sz w:val="22"/>
        </w:rPr>
        <w:t>That thought bothered her.</w:t>
      </w:r>
    </w:p>
    <w:p>
      <w:pPr>
        <w:spacing w:before="0" w:after="0" w:line="264" w:lineRule="exact"/>
        <w:ind w:firstLine="0" w:left="0" w:right="0"/>
      </w:pPr>
      <w:r>
        <w:rPr>
          <w:rFonts w:ascii="EB Garamond" w:hAnsi="EB Garamond"/>
          <w:sz w:val="22"/>
        </w:rPr>
        <w:t>Nora posted a Bible verse, so Elsie had decided Nora was religious religious.</w:t>
      </w:r>
    </w:p>
    <w:p>
      <w:pPr>
        <w:spacing w:before="0" w:after="0" w:line="264" w:lineRule="exact"/>
        <w:ind w:firstLine="0" w:left="0" w:right="0"/>
      </w:pPr>
      <w:r>
        <w:rPr>
          <w:rFonts w:ascii="EB Garamond" w:hAnsi="EB Garamond"/>
          <w:sz w:val="22"/>
        </w:rPr>
        <w:t>Mason didn’t, so she’d decided he wasn’t.</w:t>
      </w:r>
    </w:p>
    <w:p>
      <w:pPr>
        <w:spacing w:before="0" w:after="0" w:line="264" w:lineRule="exact"/>
        <w:ind w:firstLine="0" w:left="0" w:right="0"/>
      </w:pPr>
      <w:r>
        <w:rPr>
          <w:rFonts w:ascii="EB Garamond" w:hAnsi="EB Garamond"/>
          <w:sz w:val="22"/>
        </w:rPr>
        <w:t>She wondered how many people she had reduced to whatever pieces of themselves they put online.</w:t>
      </w:r>
    </w:p>
    <w:p>
      <w:pPr>
        <w:spacing w:before="0" w:after="0" w:line="264" w:lineRule="exact"/>
        <w:ind w:firstLine="0" w:left="0" w:right="0"/>
      </w:pPr>
      <w:r>
        <w:rPr>
          <w:rFonts w:ascii="EB Garamond" w:hAnsi="EB Garamond"/>
          <w:sz w:val="22"/>
        </w:rPr>
        <w:t>Probably all of them.</w:t>
      </w:r>
    </w:p>
    <w:p>
      <w:pPr>
        <w:spacing w:before="0" w:after="0" w:line="264" w:lineRule="exact"/>
        <w:ind w:firstLine="0" w:left="0" w:right="0"/>
      </w:pPr>
      <w:r>
        <w:rPr>
          <w:rFonts w:ascii="EB Garamond" w:hAnsi="EB Garamond"/>
          <w:sz w:val="22"/>
        </w:rPr>
        <w:t>Her phone buzzed.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So coffee?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coffee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 because she couldn’t help herself:</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but if it’s bad I’m blaming God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There was a pause.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Mason:</w:t>
      </w:r>
      <w:r>
        <w:rPr>
          <w:rFonts w:ascii="EB Garamond" w:hAnsi="EB Garamond"/>
          <w:b w:val="0"/>
          <w:i w:val="0"/>
          <w:sz w:val="22"/>
        </w:rPr>
        <w:t xml:space="preserve"> pretty sure that is not how this works</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Maybe not.</w:t>
      </w:r>
    </w:p>
    <w:p>
      <w:pPr>
        <w:spacing w:before="0" w:after="0" w:line="264" w:lineRule="exact"/>
        <w:ind w:firstLine="0" w:left="0" w:right="0"/>
      </w:pPr>
      <w:r>
        <w:rPr>
          <w:rFonts w:ascii="EB Garamond" w:hAnsi="EB Garamond"/>
          <w:sz w:val="22"/>
        </w:rPr>
        <w:t>She was beginning to suspect she had no idea how any of this worked.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Sunday morning, Elsie went to church differently.</w:t>
      </w:r>
    </w:p>
    <w:p>
      <w:pPr>
        <w:spacing w:before="0" w:after="0" w:line="264" w:lineRule="exact"/>
        <w:ind w:firstLine="0" w:left="0" w:right="0"/>
      </w:pPr>
      <w:r>
        <w:rPr>
          <w:rFonts w:ascii="EB Garamond" w:hAnsi="EB Garamond"/>
          <w:sz w:val="22"/>
        </w:rPr>
        <w:t>Not spiritually differently.</w:t>
      </w:r>
    </w:p>
    <w:p>
      <w:pPr>
        <w:spacing w:before="0" w:after="0" w:line="264" w:lineRule="exact"/>
        <w:ind w:firstLine="0" w:left="0" w:right="0"/>
      </w:pPr>
      <w:r>
        <w:rPr>
          <w:rFonts w:ascii="EB Garamond" w:hAnsi="EB Garamond"/>
          <w:sz w:val="22"/>
        </w:rPr>
        <w:t>She did not float through the doors glowing with newfound holiness.</w:t>
      </w:r>
    </w:p>
    <w:p>
      <w:pPr>
        <w:spacing w:before="0" w:after="0" w:line="264" w:lineRule="exact"/>
        <w:ind w:firstLine="0" w:left="0" w:right="0"/>
      </w:pPr>
      <w:r>
        <w:rPr>
          <w:rFonts w:ascii="EB Garamond" w:hAnsi="EB Garamond"/>
          <w:sz w:val="22"/>
        </w:rPr>
        <w:t>She was irritated because her mother made them leave six minutes earlier than necessary.</w:t>
      </w:r>
    </w:p>
    <w:p>
      <w:pPr>
        <w:spacing w:before="0" w:after="0" w:line="264" w:lineRule="exact"/>
        <w:ind w:firstLine="0" w:left="0" w:right="0"/>
      </w:pPr>
      <w:r>
        <w:rPr>
          <w:rFonts w:ascii="EB Garamond" w:hAnsi="EB Garamond"/>
          <w:sz w:val="22"/>
        </w:rPr>
        <w:t>She couldn’t find the earrings she wanted.</w:t>
      </w:r>
    </w:p>
    <w:p>
      <w:pPr>
        <w:spacing w:before="0" w:after="0" w:line="264" w:lineRule="exact"/>
        <w:ind w:firstLine="0" w:left="0" w:right="0"/>
      </w:pPr>
      <w:r>
        <w:rPr>
          <w:rFonts w:ascii="EB Garamond" w:hAnsi="EB Garamond"/>
          <w:sz w:val="22"/>
        </w:rPr>
        <w:t>She got toothpaste on her shirt and had to change.</w:t>
      </w:r>
    </w:p>
    <w:p>
      <w:pPr>
        <w:spacing w:before="0" w:after="0" w:line="264" w:lineRule="exact"/>
        <w:ind w:firstLine="0" w:left="0" w:right="0"/>
      </w:pPr>
      <w:r>
        <w:rPr>
          <w:rFonts w:ascii="EB Garamond" w:hAnsi="EB Garamond"/>
          <w:sz w:val="22"/>
        </w:rPr>
        <w:t>And when they pulled into the parking lot, she was still thinking significantly more about seeing Mason at 12:30 than seeing Jesus at 10:00.</w:t>
      </w:r>
    </w:p>
    <w:p>
      <w:pPr>
        <w:spacing w:before="0" w:after="0" w:line="264" w:lineRule="exact"/>
        <w:ind w:firstLine="0" w:left="0" w:right="0"/>
      </w:pPr>
      <w:r>
        <w:rPr>
          <w:rFonts w:ascii="EB Garamond" w:hAnsi="EB Garamond"/>
          <w:sz w:val="22"/>
        </w:rPr>
        <w:t>But she noticed things.</w:t>
      </w:r>
    </w:p>
    <w:p>
      <w:pPr>
        <w:spacing w:before="0" w:after="0" w:line="264" w:lineRule="exact"/>
        <w:ind w:firstLine="0" w:left="0" w:right="0"/>
      </w:pPr>
      <w:r>
        <w:rPr>
          <w:rFonts w:ascii="EB Garamond" w:hAnsi="EB Garamond"/>
          <w:sz w:val="22"/>
        </w:rPr>
        <w:t>That was new.</w:t>
      </w:r>
    </w:p>
    <w:p>
      <w:pPr>
        <w:spacing w:before="0" w:after="0" w:line="264" w:lineRule="exact"/>
        <w:ind w:firstLine="0" w:left="0" w:right="0"/>
      </w:pPr>
      <w:r>
        <w:rPr>
          <w:rFonts w:ascii="EB Garamond" w:hAnsi="EB Garamond"/>
          <w:sz w:val="22"/>
        </w:rPr>
        <w:t>She noticed the older man near the doors who handed out bulletins every week.</w:t>
      </w:r>
    </w:p>
    <w:p>
      <w:pPr>
        <w:spacing w:before="0" w:after="0" w:line="264" w:lineRule="exact"/>
        <w:ind w:firstLine="0" w:left="0" w:right="0"/>
      </w:pPr>
      <w:r>
        <w:rPr>
          <w:rFonts w:ascii="EB Garamond" w:hAnsi="EB Garamond"/>
          <w:sz w:val="22"/>
        </w:rPr>
        <w:t>She had seen him approximately five hundred times and didn’t know his name.</w:t>
      </w:r>
    </w:p>
    <w:p>
      <w:pPr>
        <w:spacing w:before="0" w:after="0" w:line="264" w:lineRule="exact"/>
        <w:ind w:firstLine="0" w:left="0" w:right="0"/>
      </w:pPr>
      <w:r>
        <w:rPr>
          <w:rFonts w:ascii="EB Garamond" w:hAnsi="EB Garamond"/>
          <w:sz w:val="22"/>
        </w:rPr>
        <w:t>She noticed a woman sitting alone three rows ahead.</w:t>
      </w:r>
    </w:p>
    <w:p>
      <w:pPr>
        <w:spacing w:before="0" w:after="0" w:line="264" w:lineRule="exact"/>
        <w:ind w:firstLine="0" w:left="0" w:right="0"/>
      </w:pPr>
      <w:r>
        <w:rPr>
          <w:rFonts w:ascii="EB Garamond" w:hAnsi="EB Garamond"/>
          <w:sz w:val="22"/>
        </w:rPr>
        <w:t>She noticed a little boy lying underneath a chair while his mother pretended not to see him.</w:t>
      </w:r>
    </w:p>
    <w:p>
      <w:pPr>
        <w:spacing w:before="0" w:after="0" w:line="264" w:lineRule="exact"/>
        <w:ind w:firstLine="0" w:left="0" w:right="0"/>
      </w:pPr>
      <w:r>
        <w:rPr>
          <w:rFonts w:ascii="EB Garamond" w:hAnsi="EB Garamond"/>
          <w:sz w:val="22"/>
        </w:rPr>
        <w:t>She noticed that half the teenagers were on their phones before the service started.</w:t>
      </w:r>
    </w:p>
    <w:p>
      <w:pPr>
        <w:spacing w:before="0" w:after="0" w:line="264" w:lineRule="exact"/>
        <w:ind w:firstLine="0" w:left="0" w:right="0"/>
      </w:pPr>
      <w:r>
        <w:rPr>
          <w:rFonts w:ascii="EB Garamond" w:hAnsi="EB Garamond"/>
          <w:sz w:val="22"/>
        </w:rPr>
        <w:t>Including her.</w:t>
      </w:r>
    </w:p>
    <w:p>
      <w:pPr>
        <w:spacing w:before="0" w:after="0" w:line="264" w:lineRule="exact"/>
        <w:ind w:firstLine="0" w:left="0" w:right="0"/>
      </w:pPr>
      <w:r>
        <w:rPr>
          <w:rFonts w:ascii="EB Garamond" w:hAnsi="EB Garamond"/>
          <w:sz w:val="22"/>
        </w:rPr>
        <w:t>Maybe everybody was less religious religious than they looked.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Grandma was already sitting in their usual row.</w:t>
      </w:r>
    </w:p>
    <w:p>
      <w:pPr>
        <w:spacing w:before="0" w:after="0" w:line="264" w:lineRule="exact"/>
        <w:ind w:firstLine="0" w:left="0" w:right="0"/>
      </w:pPr>
      <w:r>
        <w:rPr>
          <w:rFonts w:ascii="EB Garamond" w:hAnsi="EB Garamond"/>
          <w:sz w:val="22"/>
        </w:rPr>
        <w:t>She moved her purse when Elsie approached.</w:t>
      </w:r>
    </w:p>
    <w:p>
      <w:pPr>
        <w:spacing w:before="0" w:after="0" w:line="264" w:lineRule="exact"/>
        <w:ind w:firstLine="0" w:left="0" w:right="0"/>
      </w:pPr>
      <w:r>
        <w:rPr>
          <w:rFonts w:ascii="EB Garamond" w:hAnsi="EB Garamond"/>
          <w:sz w:val="22"/>
        </w:rPr>
        <w:t>“Morning.”</w:t>
      </w:r>
    </w:p>
    <w:p>
      <w:pPr>
        <w:spacing w:before="0" w:after="0" w:line="264" w:lineRule="exact"/>
        <w:ind w:firstLine="0" w:left="0" w:right="0"/>
      </w:pPr>
      <w:r>
        <w:rPr>
          <w:rFonts w:ascii="EB Garamond" w:hAnsi="EB Garamond"/>
          <w:sz w:val="22"/>
        </w:rPr>
        <w:t>“Morning.”</w:t>
      </w:r>
    </w:p>
    <w:p>
      <w:pPr>
        <w:spacing w:before="0" w:after="0" w:line="264" w:lineRule="exact"/>
        <w:ind w:firstLine="0" w:left="0" w:right="0"/>
      </w:pPr>
      <w:r>
        <w:rPr>
          <w:rFonts w:ascii="EB Garamond" w:hAnsi="EB Garamond"/>
          <w:sz w:val="22"/>
        </w:rPr>
        <w:t>Grandma looked at her.</w:t>
      </w:r>
    </w:p>
    <w:p>
      <w:pPr>
        <w:spacing w:before="0" w:after="0" w:line="264" w:lineRule="exact"/>
        <w:ind w:firstLine="0" w:left="0" w:right="0"/>
      </w:pPr>
      <w:r>
        <w:rPr>
          <w:rFonts w:ascii="EB Garamond" w:hAnsi="EB Garamond"/>
          <w:sz w:val="22"/>
        </w:rPr>
        <w:t>Then at the Bible in Elsie’s hand.</w:t>
      </w:r>
    </w:p>
    <w:p>
      <w:pPr>
        <w:spacing w:before="0" w:after="0" w:line="264" w:lineRule="exact"/>
        <w:ind w:firstLine="0" w:left="0" w:right="0"/>
      </w:pPr>
      <w:r>
        <w:rPr>
          <w:rFonts w:ascii="EB Garamond" w:hAnsi="EB Garamond"/>
          <w:sz w:val="22"/>
        </w:rPr>
        <w:t>Then back at Elsie.</w:t>
      </w:r>
    </w:p>
    <w:p>
      <w:pPr>
        <w:spacing w:before="0" w:after="0" w:line="264" w:lineRule="exact"/>
        <w:ind w:firstLine="0" w:left="0" w:right="0"/>
      </w:pPr>
      <w:r>
        <w:rPr>
          <w:rFonts w:ascii="EB Garamond" w:hAnsi="EB Garamond"/>
          <w:sz w:val="22"/>
        </w:rPr>
        <w:t>“No.”</w:t>
      </w:r>
    </w:p>
    <w:p>
      <w:pPr>
        <w:spacing w:before="0" w:after="0" w:line="264" w:lineRule="exact"/>
        <w:ind w:firstLine="0" w:left="0" w:right="0"/>
      </w:pPr>
      <w:r>
        <w:rPr>
          <w:rFonts w:ascii="EB Garamond" w:hAnsi="EB Garamond"/>
          <w:sz w:val="22"/>
        </w:rPr>
        <w:t>Grandma blinked.</w:t>
      </w:r>
    </w:p>
    <w:p>
      <w:pPr>
        <w:spacing w:before="0" w:after="0" w:line="264" w:lineRule="exact"/>
        <w:ind w:firstLine="0" w:left="0" w:right="0"/>
      </w:pPr>
      <w:r>
        <w:rPr>
          <w:rFonts w:ascii="EB Garamond" w:hAnsi="EB Garamond"/>
          <w:sz w:val="22"/>
        </w:rPr>
        <w:t>“I didn’t say anything.”</w:t>
      </w:r>
    </w:p>
    <w:p>
      <w:pPr>
        <w:spacing w:before="0" w:after="0" w:line="264" w:lineRule="exact"/>
        <w:ind w:firstLine="0" w:left="0" w:right="0"/>
      </w:pPr>
      <w:r>
        <w:rPr>
          <w:rFonts w:ascii="EB Garamond" w:hAnsi="EB Garamond"/>
          <w:sz w:val="22"/>
        </w:rPr>
        <w:t>“Your face did.”</w:t>
      </w:r>
    </w:p>
    <w:p>
      <w:pPr>
        <w:spacing w:before="0" w:after="0" w:line="264" w:lineRule="exact"/>
        <w:ind w:firstLine="0" w:left="0" w:right="0"/>
      </w:pPr>
      <w:r>
        <w:rPr>
          <w:rFonts w:ascii="EB Garamond" w:hAnsi="EB Garamond"/>
          <w:sz w:val="22"/>
        </w:rPr>
        <w:t>Grandma smiled.</w:t>
      </w:r>
    </w:p>
    <w:p>
      <w:pPr>
        <w:spacing w:before="0" w:after="0" w:line="264" w:lineRule="exact"/>
        <w:ind w:firstLine="0" w:left="0" w:right="0"/>
      </w:pPr>
      <w:r>
        <w:rPr>
          <w:rFonts w:ascii="EB Garamond" w:hAnsi="EB Garamond"/>
          <w:sz w:val="22"/>
        </w:rPr>
        <w:t>Elsie sat beside her.</w:t>
      </w:r>
    </w:p>
    <w:p>
      <w:pPr>
        <w:spacing w:before="0" w:after="0" w:line="264" w:lineRule="exact"/>
        <w:ind w:firstLine="0" w:left="0" w:right="0"/>
      </w:pPr>
      <w:r>
        <w:rPr>
          <w:rFonts w:ascii="EB Garamond" w:hAnsi="EB Garamond"/>
          <w:sz w:val="22"/>
        </w:rPr>
        <w:t>“You’re becoming very annoying.”</w:t>
      </w:r>
    </w:p>
    <w:p>
      <w:pPr>
        <w:spacing w:before="0" w:after="0" w:line="264" w:lineRule="exact"/>
        <w:ind w:firstLine="0" w:left="0" w:right="0"/>
      </w:pPr>
      <w:r>
        <w:rPr>
          <w:rFonts w:ascii="EB Garamond" w:hAnsi="EB Garamond"/>
          <w:sz w:val="22"/>
        </w:rPr>
        <w:t>“I’ve been annoying for years. You’re just becoming more observant.”</w:t>
      </w:r>
    </w:p>
    <w:p>
      <w:pPr>
        <w:spacing w:before="0" w:after="0" w:line="264" w:lineRule="exact"/>
        <w:ind w:firstLine="0" w:left="0" w:right="0"/>
      </w:pPr>
      <w:r>
        <w:rPr>
          <w:rFonts w:ascii="EB Garamond" w:hAnsi="EB Garamond"/>
          <w:sz w:val="22"/>
        </w:rPr>
        <w:t>Her mother sat on Elsie’s other side.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 music started.</w:t>
      </w:r>
    </w:p>
    <w:p>
      <w:pPr>
        <w:spacing w:before="0" w:after="0" w:line="264" w:lineRule="exact"/>
        <w:ind w:firstLine="0" w:left="0" w:right="0"/>
      </w:pPr>
      <w:r>
        <w:rPr>
          <w:rFonts w:ascii="EB Garamond" w:hAnsi="EB Garamond"/>
          <w:sz w:val="22"/>
        </w:rPr>
        <w:t>Elsie stood with everyone else.</w:t>
      </w:r>
    </w:p>
    <w:p>
      <w:pPr>
        <w:spacing w:before="0" w:after="0" w:line="264" w:lineRule="exact"/>
        <w:ind w:firstLine="0" w:left="0" w:right="0"/>
      </w:pPr>
      <w:r>
        <w:rPr>
          <w:rFonts w:ascii="EB Garamond" w:hAnsi="EB Garamond"/>
          <w:sz w:val="22"/>
        </w:rPr>
        <w:t>She knew the first song.</w:t>
      </w:r>
    </w:p>
    <w:p>
      <w:pPr>
        <w:spacing w:before="0" w:after="0" w:line="264" w:lineRule="exact"/>
        <w:ind w:firstLine="0" w:left="0" w:right="0"/>
      </w:pPr>
      <w:r>
        <w:rPr>
          <w:rFonts w:ascii="EB Garamond" w:hAnsi="EB Garamond"/>
          <w:sz w:val="22"/>
        </w:rPr>
        <w:t>She’d sung it dozens of times.</w:t>
      </w:r>
    </w:p>
    <w:p>
      <w:pPr>
        <w:spacing w:before="0" w:after="0" w:line="264" w:lineRule="exact"/>
        <w:ind w:firstLine="0" w:left="0" w:right="0"/>
      </w:pPr>
      <w:r>
        <w:rPr>
          <w:rFonts w:ascii="EB Garamond" w:hAnsi="EB Garamond"/>
          <w:sz w:val="22"/>
        </w:rPr>
        <w:t>Usually without thinking much about the words.</w:t>
      </w:r>
    </w:p>
    <w:p>
      <w:pPr>
        <w:spacing w:before="0" w:after="0" w:line="264" w:lineRule="exact"/>
        <w:ind w:firstLine="0" w:left="0" w:right="0"/>
      </w:pPr>
      <w:r>
        <w:rPr>
          <w:rFonts w:ascii="EB Garamond" w:hAnsi="EB Garamond"/>
          <w:sz w:val="22"/>
        </w:rPr>
        <w:t>Today she tried.</w:t>
      </w:r>
    </w:p>
    <w:p>
      <w:pPr>
        <w:spacing w:before="0" w:after="0" w:line="264" w:lineRule="exact"/>
        <w:ind w:firstLine="0" w:left="0" w:right="0"/>
      </w:pPr>
      <w:r>
        <w:rPr>
          <w:rFonts w:ascii="EB Garamond" w:hAnsi="EB Garamond"/>
          <w:sz w:val="22"/>
        </w:rPr>
        <w:t>That lasted approximately forty seconds before she wondered what she should order at the coffee shop.</w:t>
      </w:r>
    </w:p>
    <w:p>
      <w:pPr>
        <w:spacing w:before="0" w:after="0" w:line="264" w:lineRule="exact"/>
        <w:ind w:firstLine="0" w:left="0" w:right="0"/>
      </w:pPr>
      <w:r>
        <w:rPr>
          <w:rFonts w:ascii="EB Garamond" w:hAnsi="EB Garamond"/>
          <w:sz w:val="22"/>
        </w:rPr>
        <w:t>Then she thought about Mason.</w:t>
      </w:r>
    </w:p>
    <w:p>
      <w:pPr>
        <w:spacing w:before="0" w:after="0" w:line="264" w:lineRule="exact"/>
        <w:ind w:firstLine="0" w:left="0" w:right="0"/>
      </w:pPr>
      <w:r>
        <w:rPr>
          <w:rFonts w:ascii="EB Garamond" w:hAnsi="EB Garamond"/>
          <w:sz w:val="22"/>
        </w:rPr>
        <w:t>Then she wondered whether coffee counted as a date.</w:t>
      </w:r>
    </w:p>
    <w:p>
      <w:pPr>
        <w:spacing w:before="0" w:after="0" w:line="264" w:lineRule="exact"/>
        <w:ind w:firstLine="0" w:left="0" w:right="0"/>
      </w:pPr>
      <w:r>
        <w:rPr>
          <w:rFonts w:ascii="EB Garamond" w:hAnsi="EB Garamond"/>
          <w:sz w:val="22"/>
        </w:rPr>
        <w:t>Then she wondered whether he thought it was a date.</w:t>
      </w:r>
    </w:p>
    <w:p>
      <w:pPr>
        <w:spacing w:before="0" w:after="0" w:line="264" w:lineRule="exact"/>
        <w:ind w:firstLine="0" w:left="0" w:right="0"/>
      </w:pPr>
      <w:r>
        <w:rPr>
          <w:rFonts w:ascii="EB Garamond" w:hAnsi="EB Garamond"/>
          <w:sz w:val="22"/>
        </w:rPr>
        <w:t>Then she wondered what she would tell Maddie.</w:t>
      </w:r>
    </w:p>
    <w:p>
      <w:pPr>
        <w:spacing w:before="0" w:after="0" w:line="264" w:lineRule="exact"/>
        <w:ind w:firstLine="0" w:left="0" w:right="0"/>
      </w:pPr>
      <w:r>
        <w:rPr>
          <w:rFonts w:ascii="EB Garamond" w:hAnsi="EB Garamond"/>
          <w:sz w:val="22"/>
        </w:rPr>
        <w:t>Then she realized everyone had stopped singing.</w:t>
      </w:r>
    </w:p>
    <w:p>
      <w:pPr>
        <w:spacing w:before="0" w:after="0" w:line="264" w:lineRule="exact"/>
        <w:ind w:firstLine="0" w:left="0" w:right="0"/>
      </w:pPr>
      <w:r>
        <w:rPr>
          <w:rFonts w:ascii="EB Garamond" w:hAnsi="EB Garamond"/>
          <w:sz w:val="22"/>
        </w:rPr>
        <w:t>Elsie looked around.</w:t>
      </w:r>
    </w:p>
    <w:p>
      <w:pPr>
        <w:spacing w:before="0" w:after="0" w:line="264" w:lineRule="exact"/>
        <w:ind w:firstLine="0" w:left="0" w:right="0"/>
      </w:pPr>
      <w:r>
        <w:rPr>
          <w:rFonts w:ascii="EB Garamond" w:hAnsi="EB Garamond"/>
          <w:sz w:val="22"/>
        </w:rPr>
        <w:t>Grandma was sitting.</w:t>
      </w:r>
    </w:p>
    <w:p>
      <w:pPr>
        <w:spacing w:before="0" w:after="0" w:line="264" w:lineRule="exact"/>
        <w:ind w:firstLine="0" w:left="0" w:right="0"/>
      </w:pPr>
      <w:r>
        <w:rPr>
          <w:rFonts w:ascii="EB Garamond" w:hAnsi="EB Garamond"/>
          <w:sz w:val="22"/>
        </w:rPr>
        <w:t>So was everyone else.</w:t>
      </w:r>
    </w:p>
    <w:p>
      <w:pPr>
        <w:spacing w:before="0" w:after="0" w:line="264" w:lineRule="exact"/>
        <w:ind w:firstLine="0" w:left="0" w:right="0"/>
      </w:pPr>
      <w:r>
        <w:rPr>
          <w:rFonts w:ascii="EB Garamond" w:hAnsi="EB Garamond"/>
          <w:sz w:val="22"/>
        </w:rPr>
        <w:t>Elsie sat quickly.</w:t>
      </w:r>
    </w:p>
    <w:p>
      <w:pPr>
        <w:spacing w:before="0" w:after="0" w:line="264" w:lineRule="exact"/>
        <w:ind w:firstLine="0" w:left="0" w:right="0"/>
      </w:pPr>
      <w:r>
        <w:rPr>
          <w:rFonts w:ascii="EB Garamond" w:hAnsi="EB Garamond"/>
          <w:sz w:val="22"/>
        </w:rPr>
        <w:t>Grandma leaned toward her.</w:t>
      </w:r>
    </w:p>
    <w:p>
      <w:pPr>
        <w:spacing w:before="0" w:after="0" w:line="264" w:lineRule="exact"/>
        <w:ind w:firstLine="0" w:left="0" w:right="0"/>
      </w:pPr>
      <w:r>
        <w:rPr>
          <w:rFonts w:ascii="EB Garamond" w:hAnsi="EB Garamond"/>
          <w:sz w:val="22"/>
        </w:rPr>
        <w:t>“Powerful worship experience?”</w:t>
      </w:r>
    </w:p>
    <w:p>
      <w:pPr>
        <w:spacing w:before="0" w:after="0" w:line="264" w:lineRule="exact"/>
        <w:ind w:firstLine="0" w:left="0" w:right="0"/>
      </w:pPr>
      <w:r>
        <w:rPr>
          <w:rFonts w:ascii="EB Garamond" w:hAnsi="EB Garamond"/>
          <w:sz w:val="22"/>
        </w:rPr>
        <w:t>“Shut up.”</w:t>
      </w:r>
    </w:p>
    <w:p>
      <w:pPr>
        <w:spacing w:before="0" w:after="0" w:line="264" w:lineRule="exact"/>
        <w:ind w:firstLine="0" w:left="0" w:right="0"/>
      </w:pPr>
      <w:r>
        <w:rPr>
          <w:rFonts w:ascii="EB Garamond" w:hAnsi="EB Garamond"/>
          <w:sz w:val="22"/>
        </w:rPr>
        <w:t>Grandma covered her cough with a laugh.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 sermon was about Jeremiah.</w:t>
      </w:r>
    </w:p>
    <w:p>
      <w:pPr>
        <w:spacing w:before="0" w:after="0" w:line="264" w:lineRule="exact"/>
        <w:ind w:firstLine="0" w:left="0" w:right="0"/>
      </w:pPr>
      <w:r>
        <w:rPr>
          <w:rFonts w:ascii="EB Garamond" w:hAnsi="EB Garamond"/>
          <w:sz w:val="22"/>
        </w:rPr>
        <w:t>Elsie knew almost nothing about Jeremiah.</w:t>
      </w:r>
    </w:p>
    <w:p>
      <w:pPr>
        <w:spacing w:before="0" w:after="0" w:line="264" w:lineRule="exact"/>
        <w:ind w:firstLine="0" w:left="0" w:right="0"/>
      </w:pPr>
      <w:r>
        <w:rPr>
          <w:rFonts w:ascii="EB Garamond" w:hAnsi="EB Garamond"/>
          <w:sz w:val="22"/>
        </w:rPr>
        <w:t>She knew he was in the Bible.</w:t>
      </w:r>
    </w:p>
    <w:p>
      <w:pPr>
        <w:spacing w:before="0" w:after="0" w:line="264" w:lineRule="exact"/>
        <w:ind w:firstLine="0" w:left="0" w:right="0"/>
      </w:pPr>
      <w:r>
        <w:rPr>
          <w:rFonts w:ascii="EB Garamond" w:hAnsi="EB Garamond"/>
          <w:sz w:val="22"/>
        </w:rPr>
        <w:t>That was about it.</w:t>
      </w:r>
    </w:p>
    <w:p>
      <w:pPr>
        <w:spacing w:before="0" w:after="0" w:line="264" w:lineRule="exact"/>
        <w:ind w:firstLine="0" w:left="0" w:right="0"/>
      </w:pPr>
      <w:r>
        <w:rPr>
          <w:rFonts w:ascii="EB Garamond" w:hAnsi="EB Garamond"/>
          <w:sz w:val="22"/>
        </w:rPr>
        <w:t>If asked to identify him in a lineup, she would have failed.</w:t>
      </w:r>
    </w:p>
    <w:p>
      <w:pPr>
        <w:spacing w:before="0" w:after="0" w:line="264" w:lineRule="exact"/>
        <w:ind w:firstLine="0" w:left="0" w:right="0"/>
      </w:pPr>
      <w:r>
        <w:rPr>
          <w:rFonts w:ascii="EB Garamond" w:hAnsi="EB Garamond"/>
          <w:sz w:val="22"/>
        </w:rPr>
        <w:t>The pastor talked about God calling Jeremiah when he was young.</w:t>
      </w:r>
    </w:p>
    <w:p>
      <w:pPr>
        <w:spacing w:before="0" w:after="0" w:line="264" w:lineRule="exact"/>
        <w:ind w:firstLine="0" w:left="0" w:right="0"/>
      </w:pPr>
      <w:r>
        <w:rPr>
          <w:rFonts w:ascii="EB Garamond" w:hAnsi="EB Garamond"/>
          <w:sz w:val="22"/>
        </w:rPr>
        <w:t>Jeremiah’s response, essentially, was that God had selected the wrong person.</w:t>
      </w:r>
    </w:p>
    <w:p>
      <w:pPr>
        <w:spacing w:before="0" w:after="0" w:line="264" w:lineRule="exact"/>
        <w:ind w:firstLine="0" w:left="0" w:right="0"/>
      </w:pPr>
      <w:r>
        <w:rPr>
          <w:rFonts w:ascii="EB Garamond" w:hAnsi="EB Garamond"/>
          <w:sz w:val="22"/>
        </w:rPr>
        <w:t>Too young.</w:t>
      </w:r>
    </w:p>
    <w:p>
      <w:pPr>
        <w:spacing w:before="0" w:after="0" w:line="264" w:lineRule="exact"/>
        <w:ind w:firstLine="0" w:left="0" w:right="0"/>
      </w:pPr>
      <w:r>
        <w:rPr>
          <w:rFonts w:ascii="EB Garamond" w:hAnsi="EB Garamond"/>
          <w:sz w:val="22"/>
        </w:rPr>
        <w:t>Not experienced enough.</w:t>
      </w:r>
    </w:p>
    <w:p>
      <w:pPr>
        <w:spacing w:before="0" w:after="0" w:line="264" w:lineRule="exact"/>
        <w:ind w:firstLine="0" w:left="0" w:right="0"/>
      </w:pPr>
      <w:r>
        <w:rPr>
          <w:rFonts w:ascii="EB Garamond" w:hAnsi="EB Garamond"/>
          <w:sz w:val="22"/>
        </w:rPr>
        <w:t>Not ready.</w:t>
      </w:r>
    </w:p>
    <w:p>
      <w:pPr>
        <w:spacing w:before="0" w:after="0" w:line="264" w:lineRule="exact"/>
        <w:ind w:firstLine="0" w:left="0" w:right="0"/>
      </w:pPr>
      <w:r>
        <w:rPr>
          <w:rFonts w:ascii="EB Garamond" w:hAnsi="EB Garamond"/>
          <w:sz w:val="22"/>
        </w:rPr>
        <w:t>Elsie looked up.</w:t>
      </w:r>
    </w:p>
    <w:p>
      <w:pPr>
        <w:spacing w:before="0" w:after="0" w:line="264" w:lineRule="exact"/>
        <w:ind w:firstLine="0" w:left="0" w:right="0"/>
      </w:pPr>
      <w:r>
        <w:rPr>
          <w:rFonts w:ascii="EB Garamond" w:hAnsi="EB Garamond"/>
          <w:sz w:val="22"/>
        </w:rPr>
        <w:t>That sounded familiar.</w:t>
      </w:r>
    </w:p>
    <w:p>
      <w:pPr>
        <w:spacing w:before="0" w:after="0" w:line="264" w:lineRule="exact"/>
        <w:ind w:firstLine="0" w:left="0" w:right="0"/>
      </w:pPr>
      <w:r>
        <w:rPr>
          <w:rFonts w:ascii="EB Garamond" w:hAnsi="EB Garamond"/>
          <w:sz w:val="22"/>
        </w:rPr>
        <w:t>The pastor read the passage.</w:t>
      </w:r>
    </w:p>
    <w:p>
      <w:pPr>
        <w:spacing w:before="0" w:after="0" w:line="264" w:lineRule="exact"/>
        <w:ind w:firstLine="0" w:left="0" w:right="0"/>
      </w:pPr>
      <w:r>
        <w:rPr>
          <w:rFonts w:ascii="EB Garamond" w:hAnsi="EB Garamond"/>
          <w:sz w:val="22"/>
        </w:rPr>
        <w:t>Jeremiah protested that he didn’t know how to speak because he was too young.</w:t>
      </w:r>
    </w:p>
    <w:p>
      <w:pPr>
        <w:spacing w:before="0" w:after="0" w:line="264" w:lineRule="exact"/>
        <w:ind w:firstLine="0" w:left="0" w:right="0"/>
      </w:pPr>
      <w:r>
        <w:rPr>
          <w:rFonts w:ascii="EB Garamond" w:hAnsi="EB Garamond"/>
          <w:sz w:val="22"/>
        </w:rPr>
        <w:t>God’s answer was basically: stop deciding what disqualifies you before I’ve even sent you.</w:t>
      </w:r>
    </w:p>
    <w:p>
      <w:pPr>
        <w:spacing w:before="0" w:after="0" w:line="264" w:lineRule="exact"/>
        <w:ind w:firstLine="0" w:left="0" w:right="0"/>
      </w:pPr>
      <w:r>
        <w:rPr>
          <w:rFonts w:ascii="EB Garamond" w:hAnsi="EB Garamond"/>
          <w:sz w:val="22"/>
        </w:rPr>
        <w:t>Elsie frowned.</w:t>
      </w:r>
    </w:p>
    <w:p>
      <w:pPr>
        <w:spacing w:before="0" w:after="0" w:line="264" w:lineRule="exact"/>
        <w:ind w:firstLine="0" w:left="0" w:right="0"/>
      </w:pPr>
      <w:r>
        <w:rPr>
          <w:rFonts w:ascii="EB Garamond" w:hAnsi="EB Garamond"/>
          <w:sz w:val="22"/>
        </w:rPr>
        <w:t>She opened the bulletin and found a pen.</w:t>
      </w:r>
    </w:p>
    <w:p>
      <w:pPr>
        <w:spacing w:before="0" w:after="0" w:line="264" w:lineRule="exact"/>
        <w:ind w:firstLine="0" w:left="0" w:right="0"/>
      </w:pPr>
      <w:r>
        <w:rPr>
          <w:rFonts w:ascii="EB Garamond" w:hAnsi="EB Garamond"/>
          <w:sz w:val="22"/>
        </w:rPr>
        <w:t>In the margin, she wrote: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Jeremiah — thought he was too young.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 underneath: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God did not ask Jeremiah if he felt ready.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stared at it.</w:t>
      </w:r>
    </w:p>
    <w:p>
      <w:pPr>
        <w:spacing w:before="0" w:after="0" w:line="264" w:lineRule="exact"/>
        <w:ind w:firstLine="0" w:left="0" w:right="0"/>
      </w:pPr>
      <w:r>
        <w:rPr>
          <w:rFonts w:ascii="EB Garamond" w:hAnsi="EB Garamond"/>
          <w:sz w:val="22"/>
        </w:rPr>
        <w:t>That was mildly terrifying.</w:t>
      </w:r>
    </w:p>
    <w:p>
      <w:pPr>
        <w:spacing w:before="0" w:after="0" w:line="264" w:lineRule="exact"/>
        <w:ind w:firstLine="0" w:left="0" w:right="0"/>
      </w:pPr>
      <w:r>
        <w:rPr>
          <w:rFonts w:ascii="EB Garamond" w:hAnsi="EB Garamond"/>
          <w:sz w:val="22"/>
        </w:rPr>
        <w:t>She liked the Bible better when it was comforting.</w:t>
      </w:r>
    </w:p>
    <w:p>
      <w:pPr>
        <w:spacing w:before="0" w:after="0" w:line="264" w:lineRule="exact"/>
        <w:ind w:firstLine="0" w:left="0" w:right="0"/>
      </w:pPr>
      <w:r>
        <w:rPr>
          <w:rFonts w:ascii="EB Garamond" w:hAnsi="EB Garamond"/>
          <w:sz w:val="22"/>
        </w:rPr>
        <w:t>Grandma glanced down.</w:t>
      </w:r>
    </w:p>
    <w:p>
      <w:pPr>
        <w:spacing w:before="0" w:after="0" w:line="264" w:lineRule="exact"/>
        <w:ind w:firstLine="0" w:left="0" w:right="0"/>
      </w:pPr>
      <w:r>
        <w:rPr>
          <w:rFonts w:ascii="EB Garamond" w:hAnsi="EB Garamond"/>
          <w:sz w:val="22"/>
        </w:rPr>
        <w:t>Elsie covered the writing with her hand.</w:t>
      </w:r>
    </w:p>
    <w:p>
      <w:pPr>
        <w:spacing w:before="0" w:after="0" w:line="264" w:lineRule="exact"/>
        <w:ind w:firstLine="0" w:left="0" w:right="0"/>
      </w:pPr>
      <w:r>
        <w:rPr>
          <w:rFonts w:ascii="EB Garamond" w:hAnsi="EB Garamond"/>
          <w:sz w:val="22"/>
        </w:rPr>
        <w:t>“Eyes forward,” Elsie whispered.</w:t>
      </w:r>
    </w:p>
    <w:p>
      <w:pPr>
        <w:spacing w:before="0" w:after="0" w:line="264" w:lineRule="exact"/>
        <w:ind w:firstLine="0" w:left="0" w:right="0"/>
      </w:pPr>
      <w:r>
        <w:rPr>
          <w:rFonts w:ascii="EB Garamond" w:hAnsi="EB Garamond"/>
          <w:sz w:val="22"/>
        </w:rPr>
        <w:t>Grandma smiled.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 pastor kept talking.</w:t>
      </w:r>
    </w:p>
    <w:p>
      <w:pPr>
        <w:spacing w:before="0" w:after="0" w:line="264" w:lineRule="exact"/>
        <w:ind w:firstLine="0" w:left="0" w:right="0"/>
      </w:pPr>
      <w:r>
        <w:rPr>
          <w:rFonts w:ascii="EB Garamond" w:hAnsi="EB Garamond"/>
          <w:sz w:val="22"/>
        </w:rPr>
        <w:t>About calling.</w:t>
      </w:r>
    </w:p>
    <w:p>
      <w:pPr>
        <w:spacing w:before="0" w:after="0" w:line="264" w:lineRule="exact"/>
        <w:ind w:firstLine="0" w:left="0" w:right="0"/>
      </w:pPr>
      <w:r>
        <w:rPr>
          <w:rFonts w:ascii="EB Garamond" w:hAnsi="EB Garamond"/>
          <w:sz w:val="22"/>
        </w:rPr>
        <w:t>Purpose.</w:t>
      </w:r>
    </w:p>
    <w:p>
      <w:pPr>
        <w:spacing w:before="0" w:after="0" w:line="264" w:lineRule="exact"/>
        <w:ind w:firstLine="0" w:left="0" w:right="0"/>
      </w:pPr>
      <w:r>
        <w:rPr>
          <w:rFonts w:ascii="EB Garamond" w:hAnsi="EB Garamond"/>
          <w:sz w:val="22"/>
        </w:rPr>
        <w:t>The tendency to assume purpose meant something enormous.</w:t>
      </w:r>
    </w:p>
    <w:p>
      <w:pPr>
        <w:spacing w:before="0" w:after="0" w:line="264" w:lineRule="exact"/>
        <w:ind w:firstLine="0" w:left="0" w:right="0"/>
      </w:pPr>
      <w:r>
        <w:rPr>
          <w:rFonts w:ascii="EB Garamond" w:hAnsi="EB Garamond"/>
          <w:sz w:val="22"/>
        </w:rPr>
        <w:t>Missionary.</w:t>
      </w:r>
    </w:p>
    <w:p>
      <w:pPr>
        <w:spacing w:before="0" w:after="0" w:line="264" w:lineRule="exact"/>
        <w:ind w:firstLine="0" w:left="0" w:right="0"/>
      </w:pPr>
      <w:r>
        <w:rPr>
          <w:rFonts w:ascii="EB Garamond" w:hAnsi="EB Garamond"/>
          <w:sz w:val="22"/>
        </w:rPr>
        <w:t>Pastor.</w:t>
      </w:r>
    </w:p>
    <w:p>
      <w:pPr>
        <w:spacing w:before="0" w:after="0" w:line="264" w:lineRule="exact"/>
        <w:ind w:firstLine="0" w:left="0" w:right="0"/>
      </w:pPr>
      <w:r>
        <w:rPr>
          <w:rFonts w:ascii="EB Garamond" w:hAnsi="EB Garamond"/>
          <w:sz w:val="22"/>
        </w:rPr>
        <w:t>Starting a nonprofit.</w:t>
      </w:r>
    </w:p>
    <w:p>
      <w:pPr>
        <w:spacing w:before="0" w:after="0" w:line="264" w:lineRule="exact"/>
        <w:ind w:firstLine="0" w:left="0" w:right="0"/>
      </w:pPr>
      <w:r>
        <w:rPr>
          <w:rFonts w:ascii="EB Garamond" w:hAnsi="EB Garamond"/>
          <w:sz w:val="22"/>
        </w:rPr>
        <w:t>Changing the world.</w:t>
      </w:r>
    </w:p>
    <w:p>
      <w:pPr>
        <w:spacing w:before="0" w:after="0" w:line="264" w:lineRule="exact"/>
        <w:ind w:firstLine="0" w:left="0" w:right="0"/>
      </w:pPr>
      <w:r>
        <w:rPr>
          <w:rFonts w:ascii="EB Garamond" w:hAnsi="EB Garamond"/>
          <w:sz w:val="22"/>
        </w:rPr>
        <w:t>But most obedience, he said, happened in places nobody applauded.</w:t>
      </w:r>
    </w:p>
    <w:p>
      <w:pPr>
        <w:spacing w:before="0" w:after="0" w:line="264" w:lineRule="exact"/>
        <w:ind w:firstLine="0" w:left="0" w:right="0"/>
      </w:pPr>
      <w:r>
        <w:rPr>
          <w:rFonts w:ascii="EB Garamond" w:hAnsi="EB Garamond"/>
          <w:sz w:val="22"/>
        </w:rPr>
        <w:t>At home.</w:t>
      </w:r>
    </w:p>
    <w:p>
      <w:pPr>
        <w:spacing w:before="0" w:after="0" w:line="264" w:lineRule="exact"/>
        <w:ind w:firstLine="0" w:left="0" w:right="0"/>
      </w:pPr>
      <w:r>
        <w:rPr>
          <w:rFonts w:ascii="EB Garamond" w:hAnsi="EB Garamond"/>
          <w:sz w:val="22"/>
        </w:rPr>
        <w:t>At work.</w:t>
      </w:r>
    </w:p>
    <w:p>
      <w:pPr>
        <w:spacing w:before="0" w:after="0" w:line="264" w:lineRule="exact"/>
        <w:ind w:firstLine="0" w:left="0" w:right="0"/>
      </w:pPr>
      <w:r>
        <w:rPr>
          <w:rFonts w:ascii="EB Garamond" w:hAnsi="EB Garamond"/>
          <w:sz w:val="22"/>
        </w:rPr>
        <w:t>At school.</w:t>
      </w:r>
    </w:p>
    <w:p>
      <w:pPr>
        <w:spacing w:before="0" w:after="0" w:line="264" w:lineRule="exact"/>
        <w:ind w:firstLine="0" w:left="0" w:right="0"/>
      </w:pPr>
      <w:r>
        <w:rPr>
          <w:rFonts w:ascii="EB Garamond" w:hAnsi="EB Garamond"/>
          <w:sz w:val="22"/>
        </w:rPr>
        <w:t>In conversations.</w:t>
      </w:r>
    </w:p>
    <w:p>
      <w:pPr>
        <w:spacing w:before="0" w:after="0" w:line="264" w:lineRule="exact"/>
        <w:ind w:firstLine="0" w:left="0" w:right="0"/>
      </w:pPr>
      <w:r>
        <w:rPr>
          <w:rFonts w:ascii="EB Garamond" w:hAnsi="EB Garamond"/>
          <w:sz w:val="22"/>
        </w:rPr>
        <w:t>In telling the truth when lying would be easier.</w:t>
      </w:r>
    </w:p>
    <w:p>
      <w:pPr>
        <w:spacing w:before="0" w:after="0" w:line="264" w:lineRule="exact"/>
        <w:ind w:firstLine="0" w:left="0" w:right="0"/>
      </w:pPr>
      <w:r>
        <w:rPr>
          <w:rFonts w:ascii="EB Garamond" w:hAnsi="EB Garamond"/>
          <w:sz w:val="22"/>
        </w:rPr>
        <w:t>Elsie stopped moving.</w:t>
      </w:r>
    </w:p>
    <w:p>
      <w:pPr>
        <w:spacing w:before="0" w:after="0" w:line="264" w:lineRule="exact"/>
        <w:ind w:firstLine="0" w:left="0" w:right="0"/>
      </w:pPr>
      <w:r>
        <w:rPr>
          <w:rFonts w:ascii="EB Garamond" w:hAnsi="EB Garamond"/>
          <w:sz w:val="22"/>
        </w:rPr>
        <w:t>Seriously?</w:t>
      </w:r>
    </w:p>
    <w:p>
      <w:pPr>
        <w:spacing w:before="0" w:after="0" w:line="264" w:lineRule="exact"/>
        <w:ind w:firstLine="0" w:left="0" w:right="0"/>
      </w:pPr>
      <w:r>
        <w:rPr>
          <w:rFonts w:ascii="EB Garamond" w:hAnsi="EB Garamond"/>
          <w:sz w:val="22"/>
        </w:rPr>
        <w:t>She looked toward the ceiling.</w:t>
      </w:r>
    </w:p>
    <w:p>
      <w:pPr>
        <w:spacing w:before="0" w:after="0" w:line="264" w:lineRule="exact"/>
        <w:ind w:firstLine="0" w:left="0" w:right="0"/>
      </w:pPr>
      <w:r>
        <w:rPr>
          <w:rFonts w:ascii="EB Garamond" w:hAnsi="EB Garamond"/>
          <w:sz w:val="22"/>
        </w:rPr>
        <w:t>“This feels targeted,” she whispered.</w:t>
      </w:r>
    </w:p>
    <w:p>
      <w:pPr>
        <w:spacing w:before="0" w:after="0" w:line="264" w:lineRule="exact"/>
        <w:ind w:firstLine="0" w:left="0" w:right="0"/>
      </w:pPr>
      <w:r>
        <w:rPr>
          <w:rFonts w:ascii="EB Garamond" w:hAnsi="EB Garamond"/>
          <w:sz w:val="22"/>
        </w:rPr>
        <w:t>Grandma heard her.</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“Nothing.”</w:t>
      </w:r>
    </w:p>
    <w:p>
      <w:pPr>
        <w:spacing w:before="0" w:after="0" w:line="264" w:lineRule="exact"/>
        <w:ind w:firstLine="0" w:left="0" w:right="0"/>
      </w:pPr>
      <w:r>
        <w:rPr>
          <w:rFonts w:ascii="EB Garamond" w:hAnsi="EB Garamond"/>
          <w:sz w:val="22"/>
        </w:rPr>
        <w:t>The pastor continued.</w:t>
      </w:r>
    </w:p>
    <w:p>
      <w:pPr>
        <w:spacing w:before="0" w:after="0" w:line="264" w:lineRule="exact"/>
        <w:ind w:firstLine="0" w:left="0" w:right="0"/>
      </w:pPr>
      <w:r>
        <w:rPr>
          <w:rFonts w:ascii="EB Garamond" w:hAnsi="EB Garamond"/>
          <w:sz w:val="22"/>
        </w:rPr>
        <w:t>Elsie thought about Friday.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You went, didn’t you?</w:t>
      </w:r>
    </w:p>
    <w:p>
      <w:pPr>
        <w:spacing w:before="0" w:after="0" w:line="264" w:lineRule="exact"/>
        <w:ind w:firstLine="0" w:left="0" w:right="0"/>
      </w:pPr>
      <w:r>
        <w:rPr>
          <w:rFonts w:ascii="EB Garamond" w:hAnsi="EB Garamond"/>
          <w:b w:val="0"/>
          <w:i/>
          <w:sz w:val="22"/>
        </w:rPr>
        <w:t>No.</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 last night.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Since when are you like religious religious?</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She’d survived.</w:t>
      </w:r>
    </w:p>
    <w:p>
      <w:pPr>
        <w:spacing w:before="0" w:after="0" w:line="264" w:lineRule="exact"/>
        <w:ind w:firstLine="0" w:left="0" w:right="0"/>
      </w:pPr>
      <w:r>
        <w:rPr>
          <w:rFonts w:ascii="EB Garamond" w:hAnsi="EB Garamond"/>
          <w:sz w:val="22"/>
        </w:rPr>
        <w:t>No lightning.</w:t>
      </w:r>
    </w:p>
    <w:p>
      <w:pPr>
        <w:spacing w:before="0" w:after="0" w:line="264" w:lineRule="exact"/>
        <w:ind w:firstLine="0" w:left="0" w:right="0"/>
      </w:pPr>
      <w:r>
        <w:rPr>
          <w:rFonts w:ascii="EB Garamond" w:hAnsi="EB Garamond"/>
          <w:sz w:val="22"/>
        </w:rPr>
        <w:t>No public execution.</w:t>
      </w:r>
    </w:p>
    <w:p>
      <w:pPr>
        <w:spacing w:before="0" w:after="0" w:line="264" w:lineRule="exact"/>
        <w:ind w:firstLine="0" w:left="0" w:right="0"/>
      </w:pPr>
      <w:r>
        <w:rPr>
          <w:rFonts w:ascii="EB Garamond" w:hAnsi="EB Garamond"/>
          <w:sz w:val="22"/>
        </w:rPr>
        <w:t>Maddie hadn’t even been mean.</w:t>
      </w:r>
    </w:p>
    <w:p>
      <w:pPr>
        <w:spacing w:before="0" w:after="0" w:line="264" w:lineRule="exact"/>
        <w:ind w:firstLine="0" w:left="0" w:right="0"/>
      </w:pPr>
      <w:r>
        <w:rPr>
          <w:rFonts w:ascii="EB Garamond" w:hAnsi="EB Garamond"/>
          <w:sz w:val="22"/>
        </w:rPr>
        <w:t>She’d mostly been confused.</w:t>
      </w:r>
    </w:p>
    <w:p>
      <w:pPr>
        <w:spacing w:before="0" w:after="0" w:line="264" w:lineRule="exact"/>
        <w:ind w:firstLine="0" w:left="0" w:right="0"/>
      </w:pPr>
      <w:r>
        <w:rPr>
          <w:rFonts w:ascii="EB Garamond" w:hAnsi="EB Garamond"/>
          <w:sz w:val="22"/>
        </w:rPr>
        <w:t>Maybe Elsie had been afraid of consequences nobody had actually threatened her with.</w:t>
      </w:r>
    </w:p>
    <w:p>
      <w:pPr>
        <w:spacing w:before="0" w:after="0" w:line="264" w:lineRule="exact"/>
        <w:ind w:firstLine="0" w:left="0" w:right="0"/>
      </w:pPr>
      <w:r>
        <w:rPr>
          <w:rFonts w:ascii="EB Garamond" w:hAnsi="EB Garamond"/>
          <w:sz w:val="22"/>
        </w:rPr>
        <w:t>That was annoying.</w:t>
      </w:r>
    </w:p>
    <w:p>
      <w:pPr>
        <w:spacing w:before="0" w:after="0" w:line="264" w:lineRule="exact"/>
        <w:ind w:firstLine="0" w:left="0" w:right="0"/>
      </w:pPr>
      <w:r>
        <w:rPr>
          <w:rFonts w:ascii="EB Garamond" w:hAnsi="EB Garamond"/>
          <w:sz w:val="22"/>
        </w:rPr>
        <w:t>She preferred her anxiety to at least be justified.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After church, Elsie’s mother began talking to someone.</w:t>
      </w:r>
    </w:p>
    <w:p>
      <w:pPr>
        <w:spacing w:before="0" w:after="0" w:line="264" w:lineRule="exact"/>
        <w:ind w:firstLine="0" w:left="0" w:right="0"/>
      </w:pPr>
      <w:r>
        <w:rPr>
          <w:rFonts w:ascii="EB Garamond" w:hAnsi="EB Garamond"/>
          <w:sz w:val="22"/>
        </w:rPr>
        <w:t>Of course.</w:t>
      </w:r>
    </w:p>
    <w:p>
      <w:pPr>
        <w:spacing w:before="0" w:after="0" w:line="264" w:lineRule="exact"/>
        <w:ind w:firstLine="0" w:left="0" w:right="0"/>
      </w:pPr>
      <w:r>
        <w:rPr>
          <w:rFonts w:ascii="EB Garamond" w:hAnsi="EB Garamond"/>
          <w:sz w:val="22"/>
        </w:rPr>
        <w:t>Elsie checked the time.</w:t>
      </w:r>
    </w:p>
    <w:p>
      <w:pPr>
        <w:spacing w:before="0" w:after="0" w:line="264" w:lineRule="exact"/>
        <w:ind w:firstLine="0" w:left="0" w:right="0"/>
      </w:pPr>
      <w:r>
        <w:rPr>
          <w:rFonts w:ascii="EB Garamond" w:hAnsi="EB Garamond"/>
          <w:sz w:val="22"/>
        </w:rPr>
        <w:t>11:34.</w:t>
      </w:r>
    </w:p>
    <w:p>
      <w:pPr>
        <w:spacing w:before="0" w:after="0" w:line="264" w:lineRule="exact"/>
        <w:ind w:firstLine="0" w:left="0" w:right="0"/>
      </w:pPr>
      <w:r>
        <w:rPr>
          <w:rFonts w:ascii="EB Garamond" w:hAnsi="EB Garamond"/>
          <w:sz w:val="22"/>
        </w:rPr>
        <w:t>She stood beside her mother for four minutes.</w:t>
      </w:r>
    </w:p>
    <w:p>
      <w:pPr>
        <w:spacing w:before="0" w:after="0" w:line="264" w:lineRule="exact"/>
        <w:ind w:firstLine="0" w:left="0" w:right="0"/>
      </w:pPr>
      <w:r>
        <w:rPr>
          <w:rFonts w:ascii="EB Garamond" w:hAnsi="EB Garamond"/>
          <w:sz w:val="22"/>
        </w:rPr>
        <w:t>11:38.</w:t>
      </w:r>
    </w:p>
    <w:p>
      <w:pPr>
        <w:spacing w:before="0" w:after="0" w:line="264" w:lineRule="exact"/>
        <w:ind w:firstLine="0" w:left="0" w:right="0"/>
      </w:pPr>
      <w:r>
        <w:rPr>
          <w:rFonts w:ascii="EB Garamond" w:hAnsi="EB Garamond"/>
          <w:sz w:val="22"/>
        </w:rPr>
        <w:t>The conversation showed no signs of natural death.</w:t>
      </w:r>
    </w:p>
    <w:p>
      <w:pPr>
        <w:spacing w:before="0" w:after="0" w:line="264" w:lineRule="exact"/>
        <w:ind w:firstLine="0" w:left="0" w:right="0"/>
      </w:pPr>
      <w:r>
        <w:rPr>
          <w:rFonts w:ascii="EB Garamond" w:hAnsi="EB Garamond"/>
          <w:sz w:val="22"/>
        </w:rPr>
        <w:t>11:41.</w:t>
      </w:r>
    </w:p>
    <w:p>
      <w:pPr>
        <w:spacing w:before="0" w:after="0" w:line="264" w:lineRule="exact"/>
        <w:ind w:firstLine="0" w:left="0" w:right="0"/>
      </w:pPr>
      <w:r>
        <w:rPr>
          <w:rFonts w:ascii="EB Garamond" w:hAnsi="EB Garamond"/>
          <w:sz w:val="22"/>
        </w:rPr>
        <w:t>They were now discussing someone’s kitchen renovation.</w:t>
      </w:r>
    </w:p>
    <w:p>
      <w:pPr>
        <w:spacing w:before="0" w:after="0" w:line="264" w:lineRule="exact"/>
        <w:ind w:firstLine="0" w:left="0" w:right="0"/>
      </w:pPr>
      <w:r>
        <w:rPr>
          <w:rFonts w:ascii="EB Garamond" w:hAnsi="EB Garamond"/>
          <w:sz w:val="22"/>
        </w:rPr>
        <w:t>Elsie touched her mother’s arm.</w:t>
      </w:r>
    </w:p>
    <w:p>
      <w:pPr>
        <w:spacing w:before="0" w:after="0" w:line="264" w:lineRule="exact"/>
        <w:ind w:firstLine="0" w:left="0" w:right="0"/>
      </w:pPr>
      <w:r>
        <w:rPr>
          <w:rFonts w:ascii="EB Garamond" w:hAnsi="EB Garamond"/>
          <w:sz w:val="22"/>
        </w:rPr>
        <w:t>“We have to go.”</w:t>
      </w:r>
    </w:p>
    <w:p>
      <w:pPr>
        <w:spacing w:before="0" w:after="0" w:line="264" w:lineRule="exact"/>
        <w:ind w:firstLine="0" w:left="0" w:right="0"/>
      </w:pPr>
      <w:r>
        <w:rPr>
          <w:rFonts w:ascii="EB Garamond" w:hAnsi="EB Garamond"/>
          <w:sz w:val="22"/>
        </w:rPr>
        <w:t>Her mother looked at her.</w:t>
      </w:r>
    </w:p>
    <w:p>
      <w:pPr>
        <w:spacing w:before="0" w:after="0" w:line="264" w:lineRule="exact"/>
        <w:ind w:firstLine="0" w:left="0" w:right="0"/>
      </w:pPr>
      <w:r>
        <w:rPr>
          <w:rFonts w:ascii="EB Garamond" w:hAnsi="EB Garamond"/>
          <w:sz w:val="22"/>
        </w:rPr>
        <w:t>“Why?”</w:t>
      </w:r>
    </w:p>
    <w:p>
      <w:pPr>
        <w:spacing w:before="0" w:after="0" w:line="264" w:lineRule="exact"/>
        <w:ind w:firstLine="0" w:left="0" w:right="0"/>
      </w:pPr>
      <w:r>
        <w:rPr>
          <w:rFonts w:ascii="EB Garamond" w:hAnsi="EB Garamond"/>
          <w:sz w:val="22"/>
        </w:rPr>
        <w:t>“I have plans.”</w:t>
      </w:r>
    </w:p>
    <w:p>
      <w:pPr>
        <w:spacing w:before="0" w:after="0" w:line="264" w:lineRule="exact"/>
        <w:ind w:firstLine="0" w:left="0" w:right="0"/>
      </w:pPr>
      <w:r>
        <w:rPr>
          <w:rFonts w:ascii="EB Garamond" w:hAnsi="EB Garamond"/>
          <w:sz w:val="22"/>
        </w:rPr>
        <w:t>Grandma, standing nearby, became interested.</w:t>
      </w:r>
    </w:p>
    <w:p>
      <w:pPr>
        <w:spacing w:before="0" w:after="0" w:line="264" w:lineRule="exact"/>
        <w:ind w:firstLine="0" w:left="0" w:right="0"/>
      </w:pPr>
      <w:r>
        <w:rPr>
          <w:rFonts w:ascii="EB Garamond" w:hAnsi="EB Garamond"/>
          <w:sz w:val="22"/>
        </w:rPr>
        <w:t>“What plans?”</w:t>
      </w:r>
    </w:p>
    <w:p>
      <w:pPr>
        <w:spacing w:before="0" w:after="0" w:line="264" w:lineRule="exact"/>
        <w:ind w:firstLine="0" w:left="0" w:right="0"/>
      </w:pPr>
      <w:r>
        <w:rPr>
          <w:rFonts w:ascii="EB Garamond" w:hAnsi="EB Garamond"/>
          <w:sz w:val="22"/>
        </w:rPr>
        <w:t>“Nothing.”</w:t>
      </w:r>
    </w:p>
    <w:p>
      <w:pPr>
        <w:spacing w:before="0" w:after="0" w:line="264" w:lineRule="exact"/>
        <w:ind w:firstLine="0" w:left="0" w:right="0"/>
      </w:pPr>
      <w:r>
        <w:rPr>
          <w:rFonts w:ascii="EB Garamond" w:hAnsi="EB Garamond"/>
          <w:sz w:val="22"/>
        </w:rPr>
        <w:t>Her mother smiled.</w:t>
      </w:r>
    </w:p>
    <w:p>
      <w:pPr>
        <w:spacing w:before="0" w:after="0" w:line="264" w:lineRule="exact"/>
        <w:ind w:firstLine="0" w:left="0" w:right="0"/>
      </w:pPr>
      <w:r>
        <w:rPr>
          <w:rFonts w:ascii="EB Garamond" w:hAnsi="EB Garamond"/>
          <w:sz w:val="22"/>
        </w:rPr>
        <w:t>“Coffee.”</w:t>
      </w:r>
    </w:p>
    <w:p>
      <w:pPr>
        <w:spacing w:before="0" w:after="0" w:line="264" w:lineRule="exact"/>
        <w:ind w:firstLine="0" w:left="0" w:right="0"/>
      </w:pPr>
      <w:r>
        <w:rPr>
          <w:rFonts w:ascii="EB Garamond" w:hAnsi="EB Garamond"/>
          <w:sz w:val="22"/>
        </w:rPr>
        <w:t>Grandma looked delighted.</w:t>
      </w:r>
    </w:p>
    <w:p>
      <w:pPr>
        <w:spacing w:before="0" w:after="0" w:line="264" w:lineRule="exact"/>
        <w:ind w:firstLine="0" w:left="0" w:right="0"/>
      </w:pPr>
      <w:r>
        <w:rPr>
          <w:rFonts w:ascii="EB Garamond" w:hAnsi="EB Garamond"/>
          <w:sz w:val="22"/>
        </w:rPr>
        <w:t>“With whom?”</w:t>
      </w:r>
    </w:p>
    <w:p>
      <w:pPr>
        <w:spacing w:before="0" w:after="0" w:line="264" w:lineRule="exact"/>
        <w:ind w:firstLine="0" w:left="0" w:right="0"/>
      </w:pPr>
      <w:r>
        <w:rPr>
          <w:rFonts w:ascii="EB Garamond" w:hAnsi="EB Garamond"/>
          <w:sz w:val="22"/>
        </w:rPr>
        <w:t>Elsie glared at her mother.</w:t>
      </w:r>
    </w:p>
    <w:p>
      <w:pPr>
        <w:spacing w:before="0" w:after="0" w:line="264" w:lineRule="exact"/>
        <w:ind w:firstLine="0" w:left="0" w:right="0"/>
      </w:pPr>
      <w:r>
        <w:rPr>
          <w:rFonts w:ascii="EB Garamond" w:hAnsi="EB Garamond"/>
          <w:sz w:val="22"/>
        </w:rPr>
        <w:t>“You’re a traitor.”</w:t>
      </w:r>
    </w:p>
    <w:p>
      <w:pPr>
        <w:spacing w:before="0" w:after="0" w:line="264" w:lineRule="exact"/>
        <w:ind w:firstLine="0" w:left="0" w:right="0"/>
      </w:pPr>
      <w:r>
        <w:rPr>
          <w:rFonts w:ascii="EB Garamond" w:hAnsi="EB Garamond"/>
          <w:sz w:val="22"/>
        </w:rPr>
        <w:t>“With whom?” Grandma repeated.</w:t>
      </w:r>
    </w:p>
    <w:p>
      <w:pPr>
        <w:spacing w:before="0" w:after="0" w:line="264" w:lineRule="exact"/>
        <w:ind w:firstLine="0" w:left="0" w:right="0"/>
      </w:pPr>
      <w:r>
        <w:rPr>
          <w:rFonts w:ascii="EB Garamond" w:hAnsi="EB Garamond"/>
          <w:sz w:val="22"/>
        </w:rPr>
        <w:t>Elsie sighed.</w:t>
      </w:r>
    </w:p>
    <w:p>
      <w:pPr>
        <w:spacing w:before="0" w:after="0" w:line="264" w:lineRule="exact"/>
        <w:ind w:firstLine="0" w:left="0" w:right="0"/>
      </w:pPr>
      <w:r>
        <w:rPr>
          <w:rFonts w:ascii="EB Garamond" w:hAnsi="EB Garamond"/>
          <w:sz w:val="22"/>
        </w:rPr>
        <w:t>“Mason.”</w:t>
      </w:r>
    </w:p>
    <w:p>
      <w:pPr>
        <w:spacing w:before="0" w:after="0" w:line="264" w:lineRule="exact"/>
        <w:ind w:firstLine="0" w:left="0" w:right="0"/>
      </w:pPr>
      <w:r>
        <w:rPr>
          <w:rFonts w:ascii="EB Garamond" w:hAnsi="EB Garamond"/>
          <w:sz w:val="22"/>
        </w:rPr>
        <w:t>Grandma’s eyebrows rose.</w:t>
      </w:r>
    </w:p>
    <w:p>
      <w:pPr>
        <w:spacing w:before="0" w:after="0" w:line="264" w:lineRule="exact"/>
        <w:ind w:firstLine="0" w:left="0" w:right="0"/>
      </w:pPr>
      <w:r>
        <w:rPr>
          <w:rFonts w:ascii="EB Garamond" w:hAnsi="EB Garamond"/>
          <w:sz w:val="22"/>
        </w:rPr>
        <w:t>“Oh.”</w:t>
      </w:r>
    </w:p>
    <w:p>
      <w:pPr>
        <w:spacing w:before="0" w:after="0" w:line="264" w:lineRule="exact"/>
        <w:ind w:firstLine="0" w:left="0" w:right="0"/>
      </w:pPr>
      <w:r>
        <w:rPr>
          <w:rFonts w:ascii="EB Garamond" w:hAnsi="EB Garamond"/>
          <w:sz w:val="22"/>
        </w:rPr>
        <w:t>“No.”</w:t>
      </w:r>
    </w:p>
    <w:p>
      <w:pPr>
        <w:spacing w:before="0" w:after="0" w:line="264" w:lineRule="exact"/>
        <w:ind w:firstLine="0" w:left="0" w:right="0"/>
      </w:pPr>
      <w:r>
        <w:rPr>
          <w:rFonts w:ascii="EB Garamond" w:hAnsi="EB Garamond"/>
          <w:sz w:val="22"/>
        </w:rPr>
        <w:t>“I didn’t say anything.”</w:t>
      </w:r>
    </w:p>
    <w:p>
      <w:pPr>
        <w:spacing w:before="0" w:after="0" w:line="264" w:lineRule="exact"/>
        <w:ind w:firstLine="0" w:left="0" w:right="0"/>
      </w:pPr>
      <w:r>
        <w:rPr>
          <w:rFonts w:ascii="EB Garamond" w:hAnsi="EB Garamond"/>
          <w:sz w:val="22"/>
        </w:rPr>
        <w:t>“You did the face.”</w:t>
      </w:r>
    </w:p>
    <w:p>
      <w:pPr>
        <w:spacing w:before="0" w:after="0" w:line="264" w:lineRule="exact"/>
        <w:ind w:firstLine="0" w:left="0" w:right="0"/>
      </w:pPr>
      <w:r>
        <w:rPr>
          <w:rFonts w:ascii="EB Garamond" w:hAnsi="EB Garamond"/>
          <w:sz w:val="22"/>
        </w:rPr>
        <w:t>“What face?”</w:t>
      </w:r>
    </w:p>
    <w:p>
      <w:pPr>
        <w:spacing w:before="0" w:after="0" w:line="264" w:lineRule="exact"/>
        <w:ind w:firstLine="0" w:left="0" w:right="0"/>
      </w:pPr>
      <w:r>
        <w:rPr>
          <w:rFonts w:ascii="EB Garamond" w:hAnsi="EB Garamond"/>
          <w:sz w:val="22"/>
        </w:rPr>
        <w:t>“The same face she does.”</w:t>
      </w:r>
    </w:p>
    <w:p>
      <w:pPr>
        <w:spacing w:before="0" w:after="0" w:line="264" w:lineRule="exact"/>
        <w:ind w:firstLine="0" w:left="0" w:right="0"/>
      </w:pPr>
      <w:r>
        <w:rPr>
          <w:rFonts w:ascii="EB Garamond" w:hAnsi="EB Garamond"/>
          <w:sz w:val="22"/>
        </w:rPr>
        <w:t>Elsie pointed at her mother.</w:t>
      </w:r>
    </w:p>
    <w:p>
      <w:pPr>
        <w:spacing w:before="0" w:after="0" w:line="264" w:lineRule="exact"/>
        <w:ind w:firstLine="0" w:left="0" w:right="0"/>
      </w:pPr>
      <w:r>
        <w:rPr>
          <w:rFonts w:ascii="EB Garamond" w:hAnsi="EB Garamond"/>
          <w:sz w:val="22"/>
        </w:rPr>
        <w:t>Her mother laughed.</w:t>
      </w:r>
    </w:p>
    <w:p>
      <w:pPr>
        <w:spacing w:before="0" w:after="0" w:line="264" w:lineRule="exact"/>
        <w:ind w:firstLine="0" w:left="0" w:right="0"/>
      </w:pPr>
      <w:r>
        <w:rPr>
          <w:rFonts w:ascii="EB Garamond" w:hAnsi="EB Garamond"/>
          <w:sz w:val="22"/>
        </w:rPr>
        <w:t>Grandma looked at her.</w:t>
      </w:r>
    </w:p>
    <w:p>
      <w:pPr>
        <w:spacing w:before="0" w:after="0" w:line="264" w:lineRule="exact"/>
        <w:ind w:firstLine="0" w:left="0" w:right="0"/>
      </w:pPr>
      <w:r>
        <w:rPr>
          <w:rFonts w:ascii="EB Garamond" w:hAnsi="EB Garamond"/>
          <w:sz w:val="22"/>
        </w:rPr>
        <w:t>“Maaason?”</w:t>
      </w:r>
    </w:p>
    <w:p>
      <w:pPr>
        <w:spacing w:before="0" w:after="0" w:line="264" w:lineRule="exact"/>
        <w:ind w:firstLine="0" w:left="0" w:right="0"/>
      </w:pPr>
      <w:r>
        <w:rPr>
          <w:rFonts w:ascii="EB Garamond" w:hAnsi="EB Garamond"/>
          <w:sz w:val="22"/>
        </w:rPr>
        <w:t>Elsie’s mouth fell open.</w:t>
      </w:r>
    </w:p>
    <w:p>
      <w:pPr>
        <w:spacing w:before="0" w:after="0" w:line="264" w:lineRule="exact"/>
        <w:ind w:firstLine="0" w:left="0" w:right="0"/>
      </w:pPr>
      <w:r>
        <w:rPr>
          <w:rFonts w:ascii="EB Garamond" w:hAnsi="EB Garamond"/>
          <w:sz w:val="22"/>
        </w:rPr>
        <w:t>Her mother nearly doubled over laughing.</w:t>
      </w:r>
    </w:p>
    <w:p>
      <w:pPr>
        <w:spacing w:before="0" w:after="0" w:line="264" w:lineRule="exact"/>
        <w:ind w:firstLine="0" w:left="0" w:right="0"/>
      </w:pPr>
      <w:r>
        <w:rPr>
          <w:rFonts w:ascii="EB Garamond" w:hAnsi="EB Garamond"/>
          <w:sz w:val="22"/>
        </w:rPr>
        <w:t>“I hate this family.”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arrived at the coffee shop at 12:28.</w:t>
      </w:r>
    </w:p>
    <w:p>
      <w:pPr>
        <w:spacing w:before="0" w:after="0" w:line="264" w:lineRule="exact"/>
        <w:ind w:firstLine="0" w:left="0" w:right="0"/>
      </w:pPr>
      <w:r>
        <w:rPr>
          <w:rFonts w:ascii="EB Garamond" w:hAnsi="EB Garamond"/>
          <w:sz w:val="22"/>
        </w:rPr>
        <w:t>Mason was already there.</w:t>
      </w:r>
    </w:p>
    <w:p>
      <w:pPr>
        <w:spacing w:before="0" w:after="0" w:line="264" w:lineRule="exact"/>
        <w:ind w:firstLine="0" w:left="0" w:right="0"/>
      </w:pPr>
      <w:r>
        <w:rPr>
          <w:rFonts w:ascii="EB Garamond" w:hAnsi="EB Garamond"/>
          <w:sz w:val="22"/>
        </w:rPr>
        <w:t>Of course he was.</w:t>
      </w:r>
    </w:p>
    <w:p>
      <w:pPr>
        <w:spacing w:before="0" w:after="0" w:line="264" w:lineRule="exact"/>
        <w:ind w:firstLine="0" w:left="0" w:right="0"/>
      </w:pPr>
      <w:r>
        <w:rPr>
          <w:rFonts w:ascii="EB Garamond" w:hAnsi="EB Garamond"/>
          <w:sz w:val="22"/>
        </w:rPr>
        <w:t>She saw him through the window and briefly considered walking past so she could enter at exactly 12:30 and appear like someone with excellent time management and a full life.</w:t>
      </w:r>
    </w:p>
    <w:p>
      <w:pPr>
        <w:spacing w:before="0" w:after="0" w:line="264" w:lineRule="exact"/>
        <w:ind w:firstLine="0" w:left="0" w:right="0"/>
      </w:pPr>
      <w:r>
        <w:rPr>
          <w:rFonts w:ascii="EB Garamond" w:hAnsi="EB Garamond"/>
          <w:sz w:val="22"/>
        </w:rPr>
        <w:t>Then Mason looked up.</w:t>
      </w:r>
    </w:p>
    <w:p>
      <w:pPr>
        <w:spacing w:before="0" w:after="0" w:line="264" w:lineRule="exact"/>
        <w:ind w:firstLine="0" w:left="0" w:right="0"/>
      </w:pPr>
      <w:r>
        <w:rPr>
          <w:rFonts w:ascii="EB Garamond" w:hAnsi="EB Garamond"/>
          <w:sz w:val="22"/>
        </w:rPr>
        <w:t>Too late.</w:t>
      </w:r>
    </w:p>
    <w:p>
      <w:pPr>
        <w:spacing w:before="0" w:after="0" w:line="264" w:lineRule="exact"/>
        <w:ind w:firstLine="0" w:left="0" w:right="0"/>
      </w:pPr>
      <w:r>
        <w:rPr>
          <w:rFonts w:ascii="EB Garamond" w:hAnsi="EB Garamond"/>
          <w:sz w:val="22"/>
        </w:rPr>
        <w:t>He smiled.</w:t>
      </w:r>
    </w:p>
    <w:p>
      <w:pPr>
        <w:spacing w:before="0" w:after="0" w:line="264" w:lineRule="exact"/>
        <w:ind w:firstLine="0" w:left="0" w:right="0"/>
      </w:pPr>
      <w:r>
        <w:rPr>
          <w:rFonts w:ascii="EB Garamond" w:hAnsi="EB Garamond"/>
          <w:sz w:val="22"/>
        </w:rPr>
        <w:t>Elsie walked in.</w:t>
      </w:r>
    </w:p>
    <w:p>
      <w:pPr>
        <w:spacing w:before="0" w:after="0" w:line="264" w:lineRule="exact"/>
        <w:ind w:firstLine="0" w:left="0" w:right="0"/>
      </w:pPr>
      <w:r>
        <w:rPr>
          <w:rFonts w:ascii="EB Garamond" w:hAnsi="EB Garamond"/>
          <w:sz w:val="22"/>
        </w:rPr>
        <w:t>“Hey.”</w:t>
      </w:r>
    </w:p>
    <w:p>
      <w:pPr>
        <w:spacing w:before="0" w:after="0" w:line="264" w:lineRule="exact"/>
        <w:ind w:firstLine="0" w:left="0" w:right="0"/>
      </w:pPr>
      <w:r>
        <w:rPr>
          <w:rFonts w:ascii="EB Garamond" w:hAnsi="EB Garamond"/>
          <w:sz w:val="22"/>
        </w:rPr>
        <w:t>“Hey.”</w:t>
      </w:r>
    </w:p>
    <w:p>
      <w:pPr>
        <w:spacing w:before="0" w:after="0" w:line="264" w:lineRule="exact"/>
        <w:ind w:firstLine="0" w:left="0" w:right="0"/>
      </w:pPr>
      <w:r>
        <w:rPr>
          <w:rFonts w:ascii="EB Garamond" w:hAnsi="EB Garamond"/>
          <w:sz w:val="22"/>
        </w:rPr>
        <w:t>Apparently, this was going to be their thing.</w:t>
      </w:r>
    </w:p>
    <w:p>
      <w:pPr>
        <w:spacing w:before="0" w:after="0" w:line="264" w:lineRule="exact"/>
        <w:ind w:firstLine="0" w:left="0" w:right="0"/>
      </w:pPr>
      <w:r>
        <w:rPr>
          <w:rFonts w:ascii="EB Garamond" w:hAnsi="EB Garamond"/>
          <w:sz w:val="22"/>
        </w:rPr>
        <w:t>He was sitting at a small table near the window.</w:t>
      </w:r>
    </w:p>
    <w:p>
      <w:pPr>
        <w:spacing w:before="0" w:after="0" w:line="264" w:lineRule="exact"/>
        <w:ind w:firstLine="0" w:left="0" w:right="0"/>
      </w:pPr>
      <w:r>
        <w:rPr>
          <w:rFonts w:ascii="EB Garamond" w:hAnsi="EB Garamond"/>
          <w:sz w:val="22"/>
        </w:rPr>
        <w:t>“You want anything?”</w:t>
      </w:r>
    </w:p>
    <w:p>
      <w:pPr>
        <w:spacing w:before="0" w:after="0" w:line="264" w:lineRule="exact"/>
        <w:ind w:firstLine="0" w:left="0" w:right="0"/>
      </w:pPr>
      <w:r>
        <w:rPr>
          <w:rFonts w:ascii="EB Garamond" w:hAnsi="EB Garamond"/>
          <w:sz w:val="22"/>
        </w:rPr>
        <w:t>“I already ordered.”</w:t>
      </w:r>
    </w:p>
    <w:p>
      <w:pPr>
        <w:spacing w:before="0" w:after="0" w:line="264" w:lineRule="exact"/>
        <w:ind w:firstLine="0" w:left="0" w:right="0"/>
      </w:pPr>
      <w:r>
        <w:rPr>
          <w:rFonts w:ascii="EB Garamond" w:hAnsi="EB Garamond"/>
          <w:sz w:val="22"/>
        </w:rPr>
        <w:t>Elsie looked at the second cup.</w:t>
      </w:r>
    </w:p>
    <w:p>
      <w:pPr>
        <w:spacing w:before="0" w:after="0" w:line="264" w:lineRule="exact"/>
        <w:ind w:firstLine="0" w:left="0" w:right="0"/>
      </w:pPr>
      <w:r>
        <w:rPr>
          <w:rFonts w:ascii="EB Garamond" w:hAnsi="EB Garamond"/>
          <w:sz w:val="22"/>
        </w:rPr>
        <w:t>“What is it?”</w:t>
      </w:r>
    </w:p>
    <w:p>
      <w:pPr>
        <w:spacing w:before="0" w:after="0" w:line="264" w:lineRule="exact"/>
        <w:ind w:firstLine="0" w:left="0" w:right="0"/>
      </w:pPr>
      <w:r>
        <w:rPr>
          <w:rFonts w:ascii="EB Garamond" w:hAnsi="EB Garamond"/>
          <w:sz w:val="22"/>
        </w:rPr>
        <w:t>“Vanilla latte.”</w:t>
      </w:r>
    </w:p>
    <w:p>
      <w:pPr>
        <w:spacing w:before="0" w:after="0" w:line="264" w:lineRule="exact"/>
        <w:ind w:firstLine="0" w:left="0" w:right="0"/>
      </w:pPr>
      <w:r>
        <w:rPr>
          <w:rFonts w:ascii="EB Garamond" w:hAnsi="EB Garamond"/>
          <w:sz w:val="22"/>
        </w:rPr>
        <w:t>She stared.</w:t>
      </w:r>
    </w:p>
    <w:p>
      <w:pPr>
        <w:spacing w:before="0" w:after="0" w:line="264" w:lineRule="exact"/>
        <w:ind w:firstLine="0" w:left="0" w:right="0"/>
      </w:pPr>
      <w:r>
        <w:rPr>
          <w:rFonts w:ascii="EB Garamond" w:hAnsi="EB Garamond"/>
          <w:sz w:val="22"/>
        </w:rPr>
        <w:t>“How did you know?”</w:t>
      </w:r>
    </w:p>
    <w:p>
      <w:pPr>
        <w:spacing w:before="0" w:after="0" w:line="264" w:lineRule="exact"/>
        <w:ind w:firstLine="0" w:left="0" w:right="0"/>
      </w:pPr>
      <w:r>
        <w:rPr>
          <w:rFonts w:ascii="EB Garamond" w:hAnsi="EB Garamond"/>
          <w:sz w:val="22"/>
        </w:rPr>
        <w:t>“You had one at school on Thursday.”</w:t>
      </w:r>
    </w:p>
    <w:p>
      <w:pPr>
        <w:spacing w:before="0" w:after="0" w:line="264" w:lineRule="exact"/>
        <w:ind w:firstLine="0" w:left="0" w:right="0"/>
      </w:pPr>
      <w:r>
        <w:rPr>
          <w:rFonts w:ascii="EB Garamond" w:hAnsi="EB Garamond"/>
          <w:sz w:val="22"/>
        </w:rPr>
        <w:t>Elsie blinked.</w:t>
      </w:r>
    </w:p>
    <w:p>
      <w:pPr>
        <w:spacing w:before="0" w:after="0" w:line="264" w:lineRule="exact"/>
        <w:ind w:firstLine="0" w:left="0" w:right="0"/>
      </w:pPr>
      <w:r>
        <w:rPr>
          <w:rFonts w:ascii="EB Garamond" w:hAnsi="EB Garamond"/>
          <w:sz w:val="22"/>
        </w:rPr>
        <w:t>“You noticed that?”</w:t>
      </w:r>
    </w:p>
    <w:p>
      <w:pPr>
        <w:spacing w:before="0" w:after="0" w:line="264" w:lineRule="exact"/>
        <w:ind w:firstLine="0" w:left="0" w:right="0"/>
      </w:pPr>
      <w:r>
        <w:rPr>
          <w:rFonts w:ascii="EB Garamond" w:hAnsi="EB Garamond"/>
          <w:sz w:val="22"/>
        </w:rPr>
        <w:t>Mason looked suddenly embarrassed.</w:t>
      </w:r>
    </w:p>
    <w:p>
      <w:pPr>
        <w:spacing w:before="0" w:after="0" w:line="264" w:lineRule="exact"/>
        <w:ind w:firstLine="0" w:left="0" w:right="0"/>
      </w:pPr>
      <w:r>
        <w:rPr>
          <w:rFonts w:ascii="EB Garamond" w:hAnsi="EB Garamond"/>
          <w:sz w:val="22"/>
        </w:rPr>
        <w:t>“A little.”</w:t>
      </w:r>
    </w:p>
    <w:p>
      <w:pPr>
        <w:spacing w:before="0" w:after="0" w:line="264" w:lineRule="exact"/>
        <w:ind w:firstLine="0" w:left="0" w:right="0"/>
      </w:pPr>
      <w:r>
        <w:rPr>
          <w:rFonts w:ascii="EB Garamond" w:hAnsi="EB Garamond"/>
          <w:sz w:val="22"/>
        </w:rPr>
        <w:t>Oh.</w:t>
      </w:r>
    </w:p>
    <w:p>
      <w:pPr>
        <w:spacing w:before="0" w:after="0" w:line="264" w:lineRule="exact"/>
        <w:ind w:firstLine="0" w:left="0" w:right="0"/>
      </w:pPr>
      <w:r>
        <w:rPr>
          <w:rFonts w:ascii="EB Garamond" w:hAnsi="EB Garamond"/>
          <w:sz w:val="22"/>
        </w:rPr>
        <w:t>Elsie sat down.</w:t>
      </w:r>
    </w:p>
    <w:p>
      <w:pPr>
        <w:spacing w:before="0" w:after="0" w:line="264" w:lineRule="exact"/>
        <w:ind w:firstLine="0" w:left="0" w:right="0"/>
      </w:pPr>
      <w:r>
        <w:rPr>
          <w:rFonts w:ascii="EB Garamond" w:hAnsi="EB Garamond"/>
          <w:sz w:val="22"/>
        </w:rPr>
        <w:t>Every coherent thought left her brain.</w:t>
      </w:r>
    </w:p>
    <w:p>
      <w:pPr>
        <w:spacing w:before="0" w:after="0" w:line="264" w:lineRule="exact"/>
        <w:ind w:firstLine="0" w:left="0" w:right="0"/>
      </w:pPr>
      <w:r>
        <w:rPr>
          <w:rFonts w:ascii="EB Garamond" w:hAnsi="EB Garamond"/>
          <w:sz w:val="22"/>
        </w:rPr>
        <w:t>Mason pushed the cup toward her.</w:t>
      </w:r>
    </w:p>
    <w:p>
      <w:pPr>
        <w:spacing w:before="0" w:after="0" w:line="264" w:lineRule="exact"/>
        <w:ind w:firstLine="0" w:left="0" w:right="0"/>
      </w:pPr>
      <w:r>
        <w:rPr>
          <w:rFonts w:ascii="EB Garamond" w:hAnsi="EB Garamond"/>
          <w:sz w:val="22"/>
        </w:rPr>
        <w:t>“Unless you wanted something else.”</w:t>
      </w:r>
    </w:p>
    <w:p>
      <w:pPr>
        <w:spacing w:before="0" w:after="0" w:line="264" w:lineRule="exact"/>
        <w:ind w:firstLine="0" w:left="0" w:right="0"/>
      </w:pPr>
      <w:r>
        <w:rPr>
          <w:rFonts w:ascii="EB Garamond" w:hAnsi="EB Garamond"/>
          <w:sz w:val="22"/>
        </w:rPr>
        <w:t>“No, this is perfect.”</w:t>
      </w:r>
    </w:p>
    <w:p>
      <w:pPr>
        <w:spacing w:before="0" w:after="0" w:line="264" w:lineRule="exact"/>
        <w:ind w:firstLine="0" w:left="0" w:right="0"/>
      </w:pPr>
      <w:r>
        <w:rPr>
          <w:rFonts w:ascii="EB Garamond" w:hAnsi="EB Garamond"/>
          <w:sz w:val="22"/>
        </w:rPr>
        <w:t>She took a sip.</w:t>
      </w:r>
    </w:p>
    <w:p>
      <w:pPr>
        <w:spacing w:before="0" w:after="0" w:line="264" w:lineRule="exact"/>
        <w:ind w:firstLine="0" w:left="0" w:right="0"/>
      </w:pPr>
      <w:r>
        <w:rPr>
          <w:rFonts w:ascii="EB Garamond" w:hAnsi="EB Garamond"/>
          <w:sz w:val="22"/>
        </w:rPr>
        <w:t>It was actually good.</w:t>
      </w:r>
    </w:p>
    <w:p>
      <w:pPr>
        <w:spacing w:before="0" w:after="0" w:line="264" w:lineRule="exact"/>
        <w:ind w:firstLine="0" w:left="0" w:right="0"/>
      </w:pPr>
      <w:r>
        <w:rPr>
          <w:rFonts w:ascii="EB Garamond" w:hAnsi="EB Garamond"/>
          <w:sz w:val="22"/>
        </w:rPr>
        <w:t>Annoying.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“So,” Mason said.</w:t>
      </w:r>
    </w:p>
    <w:p>
      <w:pPr>
        <w:spacing w:before="0" w:after="0" w:line="264" w:lineRule="exact"/>
        <w:ind w:firstLine="0" w:left="0" w:right="0"/>
      </w:pPr>
      <w:r>
        <w:rPr>
          <w:rFonts w:ascii="EB Garamond" w:hAnsi="EB Garamond"/>
          <w:sz w:val="22"/>
        </w:rPr>
        <w:t>“So.”</w:t>
      </w:r>
    </w:p>
    <w:p>
      <w:pPr>
        <w:spacing w:before="0" w:after="0" w:line="264" w:lineRule="exact"/>
        <w:ind w:firstLine="0" w:left="0" w:right="0"/>
      </w:pPr>
      <w:r>
        <w:rPr>
          <w:rFonts w:ascii="EB Garamond" w:hAnsi="EB Garamond"/>
          <w:sz w:val="22"/>
        </w:rPr>
        <w:t>“You survived church.”</w:t>
      </w:r>
    </w:p>
    <w:p>
      <w:pPr>
        <w:spacing w:before="0" w:after="0" w:line="264" w:lineRule="exact"/>
        <w:ind w:firstLine="0" w:left="0" w:right="0"/>
      </w:pPr>
      <w:r>
        <w:rPr>
          <w:rFonts w:ascii="EB Garamond" w:hAnsi="EB Garamond"/>
          <w:sz w:val="22"/>
        </w:rPr>
        <w:t>“Barely.”</w:t>
      </w:r>
    </w:p>
    <w:p>
      <w:pPr>
        <w:spacing w:before="0" w:after="0" w:line="264" w:lineRule="exact"/>
        <w:ind w:firstLine="0" w:left="0" w:right="0"/>
      </w:pPr>
      <w:r>
        <w:rPr>
          <w:rFonts w:ascii="EB Garamond" w:hAnsi="EB Garamond"/>
          <w:sz w:val="22"/>
        </w:rPr>
        <w:t>“Same.”</w:t>
      </w:r>
    </w:p>
    <w:p>
      <w:pPr>
        <w:spacing w:before="0" w:after="0" w:line="264" w:lineRule="exact"/>
        <w:ind w:firstLine="0" w:left="0" w:right="0"/>
      </w:pPr>
      <w:r>
        <w:rPr>
          <w:rFonts w:ascii="EB Garamond" w:hAnsi="EB Garamond"/>
          <w:sz w:val="22"/>
        </w:rPr>
        <w:t>“What was yours about?”</w:t>
      </w:r>
    </w:p>
    <w:p>
      <w:pPr>
        <w:spacing w:before="0" w:after="0" w:line="264" w:lineRule="exact"/>
        <w:ind w:firstLine="0" w:left="0" w:right="0"/>
      </w:pPr>
      <w:r>
        <w:rPr>
          <w:rFonts w:ascii="EB Garamond" w:hAnsi="EB Garamond"/>
          <w:sz w:val="22"/>
        </w:rPr>
        <w:t>“Forgiveness.”</w:t>
      </w:r>
    </w:p>
    <w:p>
      <w:pPr>
        <w:spacing w:before="0" w:after="0" w:line="264" w:lineRule="exact"/>
        <w:ind w:firstLine="0" w:left="0" w:right="0"/>
      </w:pPr>
      <w:r>
        <w:rPr>
          <w:rFonts w:ascii="EB Garamond" w:hAnsi="EB Garamond"/>
          <w:sz w:val="22"/>
        </w:rPr>
        <w:t>Elsie nodded.</w:t>
      </w:r>
    </w:p>
    <w:p>
      <w:pPr>
        <w:spacing w:before="0" w:after="0" w:line="264" w:lineRule="exact"/>
        <w:ind w:firstLine="0" w:left="0" w:right="0"/>
      </w:pPr>
      <w:r>
        <w:rPr>
          <w:rFonts w:ascii="EB Garamond" w:hAnsi="EB Garamond"/>
          <w:sz w:val="22"/>
        </w:rPr>
        <w:t>“Ours was Jeremiah.”</w:t>
      </w:r>
    </w:p>
    <w:p>
      <w:pPr>
        <w:spacing w:before="0" w:after="0" w:line="264" w:lineRule="exact"/>
        <w:ind w:firstLine="0" w:left="0" w:right="0"/>
      </w:pPr>
      <w:r>
        <w:rPr>
          <w:rFonts w:ascii="EB Garamond" w:hAnsi="EB Garamond"/>
          <w:sz w:val="22"/>
        </w:rPr>
        <w:t>Mason waited.</w:t>
      </w:r>
    </w:p>
    <w:p>
      <w:pPr>
        <w:spacing w:before="0" w:after="0" w:line="264" w:lineRule="exact"/>
        <w:ind w:firstLine="0" w:left="0" w:right="0"/>
      </w:pPr>
      <w:r>
        <w:rPr>
          <w:rFonts w:ascii="EB Garamond" w:hAnsi="EB Garamond"/>
          <w:sz w:val="22"/>
        </w:rPr>
        <w:t>Elsie waited.</w:t>
      </w:r>
    </w:p>
    <w:p>
      <w:pPr>
        <w:spacing w:before="0" w:after="0" w:line="264" w:lineRule="exact"/>
        <w:ind w:firstLine="0" w:left="0" w:right="0"/>
      </w:pPr>
      <w:r>
        <w:rPr>
          <w:rFonts w:ascii="EB Garamond" w:hAnsi="EB Garamond"/>
          <w:sz w:val="22"/>
        </w:rPr>
        <w:t>“That sounded like I expected you to know what that means.”</w:t>
      </w:r>
    </w:p>
    <w:p>
      <w:pPr>
        <w:spacing w:before="0" w:after="0" w:line="264" w:lineRule="exact"/>
        <w:ind w:firstLine="0" w:left="0" w:right="0"/>
      </w:pPr>
      <w:r>
        <w:rPr>
          <w:rFonts w:ascii="EB Garamond" w:hAnsi="EB Garamond"/>
          <w:sz w:val="22"/>
        </w:rPr>
        <w:t>“I know who Jeremiah is.”</w:t>
      </w:r>
    </w:p>
    <w:p>
      <w:pPr>
        <w:spacing w:before="0" w:after="0" w:line="264" w:lineRule="exact"/>
        <w:ind w:firstLine="0" w:left="0" w:right="0"/>
      </w:pPr>
      <w:r>
        <w:rPr>
          <w:rFonts w:ascii="EB Garamond" w:hAnsi="EB Garamond"/>
          <w:sz w:val="22"/>
        </w:rPr>
        <w:t>“Right.”</w:t>
      </w:r>
    </w:p>
    <w:p>
      <w:pPr>
        <w:spacing w:before="0" w:after="0" w:line="264" w:lineRule="exact"/>
        <w:ind w:firstLine="0" w:left="0" w:right="0"/>
      </w:pPr>
      <w:r>
        <w:rPr>
          <w:rFonts w:ascii="EB Garamond" w:hAnsi="EB Garamond"/>
          <w:sz w:val="22"/>
        </w:rPr>
        <w:t>He laughed.</w:t>
      </w:r>
    </w:p>
    <w:p>
      <w:pPr>
        <w:spacing w:before="0" w:after="0" w:line="264" w:lineRule="exact"/>
        <w:ind w:firstLine="0" w:left="0" w:right="0"/>
      </w:pPr>
      <w:r>
        <w:rPr>
          <w:rFonts w:ascii="EB Garamond" w:hAnsi="EB Garamond"/>
          <w:sz w:val="22"/>
        </w:rPr>
        <w:t>“Do you?”</w:t>
      </w:r>
    </w:p>
    <w:p>
      <w:pPr>
        <w:spacing w:before="0" w:after="0" w:line="264" w:lineRule="exact"/>
        <w:ind w:firstLine="0" w:left="0" w:right="0"/>
      </w:pPr>
      <w:r>
        <w:rPr>
          <w:rFonts w:ascii="EB Garamond" w:hAnsi="EB Garamond"/>
          <w:sz w:val="22"/>
        </w:rPr>
        <w:t>Elsie narrowed her eyes.</w:t>
      </w:r>
    </w:p>
    <w:p>
      <w:pPr>
        <w:spacing w:before="0" w:after="0" w:line="264" w:lineRule="exact"/>
        <w:ind w:firstLine="0" w:left="0" w:right="0"/>
      </w:pPr>
      <w:r>
        <w:rPr>
          <w:rFonts w:ascii="EB Garamond" w:hAnsi="EB Garamond"/>
          <w:sz w:val="22"/>
        </w:rPr>
        <w:t>“Yes.”</w:t>
      </w:r>
    </w:p>
    <w:p>
      <w:pPr>
        <w:spacing w:before="0" w:after="0" w:line="264" w:lineRule="exact"/>
        <w:ind w:firstLine="0" w:left="0" w:right="0"/>
      </w:pPr>
      <w:r>
        <w:rPr>
          <w:rFonts w:ascii="EB Garamond" w:hAnsi="EB Garamond"/>
          <w:sz w:val="22"/>
        </w:rPr>
        <w:t>“Without Google?”</w:t>
      </w:r>
    </w:p>
    <w:p>
      <w:pPr>
        <w:spacing w:before="0" w:after="0" w:line="264" w:lineRule="exact"/>
        <w:ind w:firstLine="0" w:left="0" w:right="0"/>
      </w:pPr>
      <w:r>
        <w:rPr>
          <w:rFonts w:ascii="EB Garamond" w:hAnsi="EB Garamond"/>
          <w:sz w:val="22"/>
        </w:rPr>
        <w:t>“Obviously.”</w:t>
      </w:r>
    </w:p>
    <w:p>
      <w:pPr>
        <w:spacing w:before="0" w:after="0" w:line="264" w:lineRule="exact"/>
        <w:ind w:firstLine="0" w:left="0" w:right="0"/>
      </w:pPr>
      <w:r>
        <w:rPr>
          <w:rFonts w:ascii="EB Garamond" w:hAnsi="EB Garamond"/>
          <w:sz w:val="22"/>
        </w:rPr>
        <w:t>“Tell me.”</w:t>
      </w:r>
    </w:p>
    <w:p>
      <w:pPr>
        <w:spacing w:before="0" w:after="0" w:line="264" w:lineRule="exact"/>
        <w:ind w:firstLine="0" w:left="0" w:right="0"/>
      </w:pPr>
      <w:r>
        <w:rPr>
          <w:rFonts w:ascii="EB Garamond" w:hAnsi="EB Garamond"/>
          <w:sz w:val="22"/>
        </w:rPr>
        <w:t>Elsie took a long sip.</w:t>
      </w:r>
    </w:p>
    <w:p>
      <w:pPr>
        <w:spacing w:before="0" w:after="0" w:line="264" w:lineRule="exact"/>
        <w:ind w:firstLine="0" w:left="0" w:right="0"/>
      </w:pPr>
      <w:r>
        <w:rPr>
          <w:rFonts w:ascii="EB Garamond" w:hAnsi="EB Garamond"/>
          <w:sz w:val="22"/>
        </w:rPr>
        <w:t>“Jeremiah.”</w:t>
      </w:r>
    </w:p>
    <w:p>
      <w:pPr>
        <w:spacing w:before="0" w:after="0" w:line="264" w:lineRule="exact"/>
        <w:ind w:firstLine="0" w:left="0" w:right="0"/>
      </w:pPr>
      <w:r>
        <w:rPr>
          <w:rFonts w:ascii="EB Garamond" w:hAnsi="EB Garamond"/>
          <w:sz w:val="22"/>
        </w:rPr>
        <w:t>“Yes.”</w:t>
      </w:r>
    </w:p>
    <w:p>
      <w:pPr>
        <w:spacing w:before="0" w:after="0" w:line="264" w:lineRule="exact"/>
        <w:ind w:firstLine="0" w:left="0" w:right="0"/>
      </w:pPr>
      <w:r>
        <w:rPr>
          <w:rFonts w:ascii="EB Garamond" w:hAnsi="EB Garamond"/>
          <w:sz w:val="22"/>
        </w:rPr>
        <w:t>“He’s a guy from the Bible.”</w:t>
      </w:r>
    </w:p>
    <w:p>
      <w:pPr>
        <w:spacing w:before="0" w:after="0" w:line="264" w:lineRule="exact"/>
        <w:ind w:firstLine="0" w:left="0" w:right="0"/>
      </w:pPr>
      <w:r>
        <w:rPr>
          <w:rFonts w:ascii="EB Garamond" w:hAnsi="EB Garamond"/>
          <w:sz w:val="22"/>
        </w:rPr>
        <w:t>Mason laughed. “Excellent.”</w:t>
      </w:r>
    </w:p>
    <w:p>
      <w:pPr>
        <w:spacing w:before="0" w:after="0" w:line="264" w:lineRule="exact"/>
        <w:ind w:firstLine="0" w:left="0" w:right="0"/>
      </w:pPr>
      <w:r>
        <w:rPr>
          <w:rFonts w:ascii="EB Garamond" w:hAnsi="EB Garamond"/>
          <w:sz w:val="22"/>
        </w:rPr>
        <w:t>“Prophet.”</w:t>
      </w:r>
    </w:p>
    <w:p>
      <w:pPr>
        <w:spacing w:before="0" w:after="0" w:line="264" w:lineRule="exact"/>
        <w:ind w:firstLine="0" w:left="0" w:right="0"/>
      </w:pPr>
      <w:r>
        <w:rPr>
          <w:rFonts w:ascii="EB Garamond" w:hAnsi="EB Garamond"/>
          <w:sz w:val="22"/>
        </w:rPr>
        <w:t>“Okay.”</w:t>
      </w:r>
    </w:p>
    <w:p>
      <w:pPr>
        <w:spacing w:before="0" w:after="0" w:line="264" w:lineRule="exact"/>
        <w:ind w:firstLine="0" w:left="0" w:right="0"/>
      </w:pPr>
      <w:r>
        <w:rPr>
          <w:rFonts w:ascii="EB Garamond" w:hAnsi="EB Garamond"/>
          <w:sz w:val="22"/>
        </w:rPr>
        <w:t>“Young.”</w:t>
      </w:r>
    </w:p>
    <w:p>
      <w:pPr>
        <w:spacing w:before="0" w:after="0" w:line="264" w:lineRule="exact"/>
        <w:ind w:firstLine="0" w:left="0" w:right="0"/>
      </w:pPr>
      <w:r>
        <w:rPr>
          <w:rFonts w:ascii="EB Garamond" w:hAnsi="EB Garamond"/>
          <w:sz w:val="22"/>
        </w:rPr>
        <w:t>“Getting warmer.”</w:t>
      </w:r>
    </w:p>
    <w:p>
      <w:pPr>
        <w:spacing w:before="0" w:after="0" w:line="264" w:lineRule="exact"/>
        <w:ind w:firstLine="0" w:left="0" w:right="0"/>
      </w:pPr>
      <w:r>
        <w:rPr>
          <w:rFonts w:ascii="EB Garamond" w:hAnsi="EB Garamond"/>
          <w:sz w:val="22"/>
        </w:rPr>
        <w:t>“Did a lot of… propheting.”</w:t>
      </w:r>
    </w:p>
    <w:p>
      <w:pPr>
        <w:spacing w:before="0" w:after="0" w:line="264" w:lineRule="exact"/>
        <w:ind w:firstLine="0" w:left="0" w:right="0"/>
      </w:pPr>
      <w:r>
        <w:rPr>
          <w:rFonts w:ascii="EB Garamond" w:hAnsi="EB Garamond"/>
          <w:sz w:val="22"/>
        </w:rPr>
        <w:t>“Propheting?” Mason chuckled.</w:t>
      </w:r>
    </w:p>
    <w:p>
      <w:pPr>
        <w:spacing w:before="0" w:after="0" w:line="264" w:lineRule="exact"/>
        <w:ind w:firstLine="0" w:left="0" w:right="0"/>
      </w:pPr>
      <w:r>
        <w:rPr>
          <w:rFonts w:ascii="EB Garamond" w:hAnsi="EB Garamond"/>
          <w:sz w:val="22"/>
        </w:rPr>
        <w:t>“It’s a word.”</w:t>
      </w:r>
    </w:p>
    <w:p>
      <w:pPr>
        <w:spacing w:before="0" w:after="0" w:line="264" w:lineRule="exact"/>
        <w:ind w:firstLine="0" w:left="0" w:right="0"/>
      </w:pPr>
      <w:r>
        <w:rPr>
          <w:rFonts w:ascii="EB Garamond" w:hAnsi="EB Garamond"/>
          <w:sz w:val="22"/>
        </w:rPr>
        <w:t>“It absolutely is not.”</w:t>
      </w:r>
    </w:p>
    <w:p>
      <w:pPr>
        <w:spacing w:before="0" w:after="0" w:line="264" w:lineRule="exact"/>
        <w:ind w:firstLine="0" w:left="0" w:right="0"/>
      </w:pPr>
      <w:r>
        <w:rPr>
          <w:rFonts w:ascii="EB Garamond" w:hAnsi="EB Garamond"/>
          <w:sz w:val="22"/>
        </w:rPr>
        <w:t>“You don’t know.”</w:t>
      </w:r>
    </w:p>
    <w:p>
      <w:pPr>
        <w:spacing w:before="0" w:after="0" w:line="264" w:lineRule="exact"/>
        <w:ind w:firstLine="0" w:left="0" w:right="0"/>
      </w:pPr>
      <w:r>
        <w:rPr>
          <w:rFonts w:ascii="EB Garamond" w:hAnsi="EB Garamond"/>
          <w:sz w:val="22"/>
        </w:rPr>
        <w:t>“I know enough.”</w:t>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t>“Fine. I learned who Jeremiah was approximately two hours ago.”</w:t>
      </w:r>
    </w:p>
    <w:p>
      <w:pPr>
        <w:spacing w:before="0" w:after="0" w:line="264" w:lineRule="exact"/>
        <w:ind w:firstLine="0" w:left="0" w:right="0"/>
      </w:pPr>
      <w:r>
        <w:rPr>
          <w:rFonts w:ascii="EB Garamond" w:hAnsi="EB Garamond"/>
          <w:sz w:val="22"/>
        </w:rPr>
        <w:t>“I respect the honesty.”</w:t>
      </w:r>
    </w:p>
    <w:p>
      <w:pPr>
        <w:spacing w:before="0" w:after="0" w:line="264" w:lineRule="exact"/>
        <w:ind w:firstLine="0" w:left="0" w:right="0"/>
      </w:pPr>
      <w:r>
        <w:rPr>
          <w:rFonts w:ascii="EB Garamond" w:hAnsi="EB Garamond"/>
          <w:sz w:val="22"/>
        </w:rPr>
        <w:t>The word caught her.</w:t>
      </w:r>
    </w:p>
    <w:p>
      <w:pPr>
        <w:spacing w:before="0" w:after="0" w:line="264" w:lineRule="exact"/>
        <w:ind w:firstLine="0" w:left="0" w:right="0"/>
      </w:pPr>
      <w:r>
        <w:rPr>
          <w:rFonts w:ascii="EB Garamond" w:hAnsi="EB Garamond"/>
          <w:b w:val="0"/>
          <w:i/>
          <w:sz w:val="22"/>
        </w:rPr>
        <w:t>Honesty.</w:t>
      </w:r>
    </w:p>
    <w:p>
      <w:pPr>
        <w:spacing w:before="0" w:after="0" w:line="264" w:lineRule="exact"/>
        <w:ind w:firstLine="0" w:left="0" w:right="0"/>
      </w:pPr>
      <w:r>
        <w:rPr>
          <w:rFonts w:ascii="EB Garamond" w:hAnsi="EB Garamond"/>
          <w:sz w:val="22"/>
        </w:rPr>
        <w:t>He didn’t mean anything by it.</w:t>
      </w:r>
    </w:p>
    <w:p>
      <w:pPr>
        <w:spacing w:before="0" w:after="0" w:line="264" w:lineRule="exact"/>
        <w:ind w:firstLine="0" w:left="0" w:right="0"/>
      </w:pPr>
      <w:r>
        <w:rPr>
          <w:rFonts w:ascii="EB Garamond" w:hAnsi="EB Garamond"/>
          <w:sz w:val="22"/>
        </w:rPr>
        <w:t>Elsie knew that.</w:t>
      </w:r>
    </w:p>
    <w:p>
      <w:pPr>
        <w:spacing w:before="0" w:after="0" w:line="264" w:lineRule="exact"/>
        <w:ind w:firstLine="0" w:left="0" w:right="0"/>
      </w:pPr>
      <w:r>
        <w:rPr>
          <w:rFonts w:ascii="EB Garamond" w:hAnsi="EB Garamond"/>
          <w:sz w:val="22"/>
        </w:rPr>
        <w:t>Still.</w:t>
      </w:r>
    </w:p>
    <w:p>
      <w:pPr>
        <w:spacing w:before="0" w:after="0" w:line="264" w:lineRule="exact"/>
        <w:ind w:firstLine="0" w:left="0" w:right="0"/>
      </w:pPr>
      <w:r>
        <w:rPr>
          <w:rFonts w:ascii="EB Garamond" w:hAnsi="EB Garamond"/>
          <w:sz w:val="22"/>
        </w:rPr>
        <w:t>She stirred her drink.</w:t>
      </w:r>
    </w:p>
    <w:p>
      <w:pPr>
        <w:spacing w:before="0" w:after="0" w:line="264" w:lineRule="exact"/>
        <w:ind w:firstLine="0" w:left="0" w:right="0"/>
      </w:pPr>
      <w:r>
        <w:rPr>
          <w:rFonts w:ascii="EB Garamond" w:hAnsi="EB Garamond"/>
          <w:sz w:val="22"/>
        </w:rPr>
        <w:t>“Can I ask you something?”</w:t>
      </w:r>
    </w:p>
    <w:p>
      <w:pPr>
        <w:spacing w:before="0" w:after="0" w:line="264" w:lineRule="exact"/>
        <w:ind w:firstLine="0" w:left="0" w:right="0"/>
      </w:pPr>
      <w:r>
        <w:rPr>
          <w:rFonts w:ascii="EB Garamond" w:hAnsi="EB Garamond"/>
          <w:sz w:val="22"/>
        </w:rPr>
        <w:t>Mason leaned back.</w:t>
      </w:r>
    </w:p>
    <w:p>
      <w:pPr>
        <w:spacing w:before="0" w:after="0" w:line="264" w:lineRule="exact"/>
        <w:ind w:firstLine="0" w:left="0" w:right="0"/>
      </w:pPr>
      <w:r>
        <w:rPr>
          <w:rFonts w:ascii="EB Garamond" w:hAnsi="EB Garamond"/>
          <w:sz w:val="22"/>
        </w:rPr>
        <w:t>“Depends.”</w:t>
      </w:r>
    </w:p>
    <w:p>
      <w:pPr>
        <w:spacing w:before="0" w:after="0" w:line="264" w:lineRule="exact"/>
        <w:ind w:firstLine="0" w:left="0" w:right="0"/>
      </w:pPr>
      <w:r>
        <w:rPr>
          <w:rFonts w:ascii="EB Garamond" w:hAnsi="EB Garamond"/>
          <w:sz w:val="22"/>
        </w:rPr>
        <w:t>“Why didn’t I know you went to church?”</w:t>
      </w:r>
    </w:p>
    <w:p>
      <w:pPr>
        <w:spacing w:before="0" w:after="0" w:line="264" w:lineRule="exact"/>
        <w:ind w:firstLine="0" w:left="0" w:right="0"/>
      </w:pPr>
      <w:r>
        <w:rPr>
          <w:rFonts w:ascii="EB Garamond" w:hAnsi="EB Garamond"/>
          <w:sz w:val="22"/>
        </w:rPr>
        <w:t>He shrugged.</w:t>
      </w:r>
    </w:p>
    <w:p>
      <w:pPr>
        <w:spacing w:before="0" w:after="0" w:line="264" w:lineRule="exact"/>
        <w:ind w:firstLine="0" w:left="0" w:right="0"/>
      </w:pPr>
      <w:r>
        <w:rPr>
          <w:rFonts w:ascii="EB Garamond" w:hAnsi="EB Garamond"/>
          <w:sz w:val="22"/>
        </w:rPr>
        <w:t>“You never asked.”</w:t>
      </w:r>
    </w:p>
    <w:p>
      <w:pPr>
        <w:spacing w:before="0" w:after="0" w:line="264" w:lineRule="exact"/>
        <w:ind w:firstLine="0" w:left="0" w:right="0"/>
      </w:pPr>
      <w:r>
        <w:rPr>
          <w:rFonts w:ascii="EB Garamond" w:hAnsi="EB Garamond"/>
          <w:sz w:val="22"/>
        </w:rPr>
        <w:t>“I know, but…”</w:t>
      </w:r>
    </w:p>
    <w:p>
      <w:pPr>
        <w:spacing w:before="0" w:after="0" w:line="264" w:lineRule="exact"/>
        <w:ind w:firstLine="0" w:left="0" w:right="0"/>
      </w:pPr>
      <w:r>
        <w:rPr>
          <w:rFonts w:ascii="EB Garamond" w:hAnsi="EB Garamond"/>
          <w:sz w:val="22"/>
        </w:rPr>
        <w:t>“But what?”</w:t>
      </w:r>
    </w:p>
    <w:p>
      <w:pPr>
        <w:spacing w:before="0" w:after="0" w:line="264" w:lineRule="exact"/>
        <w:ind w:firstLine="0" w:left="0" w:right="0"/>
      </w:pPr>
      <w:r>
        <w:rPr>
          <w:rFonts w:ascii="EB Garamond" w:hAnsi="EB Garamond"/>
          <w:sz w:val="22"/>
        </w:rPr>
        <w:t>“You don’t seem…”</w:t>
      </w:r>
    </w:p>
    <w:p>
      <w:pPr>
        <w:spacing w:before="0" w:after="0" w:line="264" w:lineRule="exact"/>
        <w:ind w:firstLine="0" w:left="0" w:right="0"/>
      </w:pPr>
      <w:r>
        <w:rPr>
          <w:rFonts w:ascii="EB Garamond" w:hAnsi="EB Garamond"/>
          <w:sz w:val="22"/>
        </w:rPr>
        <w:t>She stopped.</w:t>
      </w:r>
    </w:p>
    <w:p>
      <w:pPr>
        <w:spacing w:before="0" w:after="0" w:line="264" w:lineRule="exact"/>
        <w:ind w:firstLine="0" w:left="0" w:right="0"/>
      </w:pPr>
      <w:r>
        <w:rPr>
          <w:rFonts w:ascii="EB Garamond" w:hAnsi="EB Garamond"/>
          <w:sz w:val="22"/>
        </w:rPr>
        <w:t>Mason raised an eyebrow.</w:t>
      </w:r>
    </w:p>
    <w:p>
      <w:pPr>
        <w:spacing w:before="0" w:after="0" w:line="264" w:lineRule="exact"/>
        <w:ind w:firstLine="0" w:left="0" w:right="0"/>
      </w:pPr>
      <w:r>
        <w:rPr>
          <w:rFonts w:ascii="EB Garamond" w:hAnsi="EB Garamond"/>
          <w:sz w:val="22"/>
        </w:rPr>
        <w:t>“Careful.”</w:t>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“No, not like that.”</w:t>
      </w:r>
    </w:p>
    <w:p>
      <w:pPr>
        <w:spacing w:before="0" w:after="0" w:line="264" w:lineRule="exact"/>
        <w:ind w:firstLine="0" w:left="0" w:right="0"/>
      </w:pPr>
      <w:r>
        <w:rPr>
          <w:rFonts w:ascii="EB Garamond" w:hAnsi="EB Garamond"/>
          <w:sz w:val="22"/>
        </w:rPr>
        <w:t>“What does a person who goes to church seem like?”</w:t>
      </w:r>
    </w:p>
    <w:p>
      <w:pPr>
        <w:spacing w:before="0" w:after="0" w:line="264" w:lineRule="exact"/>
        <w:ind w:firstLine="0" w:left="0" w:right="0"/>
      </w:pPr>
      <w:r>
        <w:rPr>
          <w:rFonts w:ascii="EB Garamond" w:hAnsi="EB Garamond"/>
          <w:sz w:val="22"/>
        </w:rPr>
        <w:t>“Nora.”</w:t>
      </w:r>
    </w:p>
    <w:p>
      <w:pPr>
        <w:spacing w:before="0" w:after="0" w:line="264" w:lineRule="exact"/>
        <w:ind w:firstLine="0" w:left="0" w:right="0"/>
      </w:pPr>
      <w:r>
        <w:rPr>
          <w:rFonts w:ascii="EB Garamond" w:hAnsi="EB Garamond"/>
          <w:sz w:val="22"/>
        </w:rPr>
        <w:t>The answer came too quickly.</w:t>
      </w:r>
    </w:p>
    <w:p>
      <w:pPr>
        <w:spacing w:before="0" w:after="0" w:line="264" w:lineRule="exact"/>
        <w:ind w:firstLine="0" w:left="0" w:right="0"/>
      </w:pPr>
      <w:r>
        <w:rPr>
          <w:rFonts w:ascii="EB Garamond" w:hAnsi="EB Garamond"/>
          <w:sz w:val="22"/>
        </w:rPr>
        <w:t>Mason smiled.</w:t>
      </w:r>
    </w:p>
    <w:p>
      <w:pPr>
        <w:spacing w:before="0" w:after="0" w:line="264" w:lineRule="exact"/>
        <w:ind w:firstLine="0" w:left="0" w:right="0"/>
      </w:pPr>
      <w:r>
        <w:rPr>
          <w:rFonts w:ascii="EB Garamond" w:hAnsi="EB Garamond"/>
          <w:sz w:val="22"/>
        </w:rPr>
        <w:t>“Ah.”</w:t>
      </w:r>
    </w:p>
    <w:p>
      <w:pPr>
        <w:spacing w:before="0" w:after="0" w:line="264" w:lineRule="exact"/>
        <w:ind w:firstLine="0" w:left="0" w:right="0"/>
      </w:pPr>
      <w:r>
        <w:rPr>
          <w:rFonts w:ascii="EB Garamond" w:hAnsi="EB Garamond"/>
          <w:sz w:val="22"/>
        </w:rPr>
        <w:t>“That sounded terrible.”</w:t>
      </w:r>
    </w:p>
    <w:p>
      <w:pPr>
        <w:spacing w:before="0" w:after="0" w:line="264" w:lineRule="exact"/>
        <w:ind w:firstLine="0" w:left="0" w:right="0"/>
      </w:pPr>
      <w:r>
        <w:rPr>
          <w:rFonts w:ascii="EB Garamond" w:hAnsi="EB Garamond"/>
          <w:sz w:val="22"/>
        </w:rPr>
        <w:t>“A little.”</w:t>
      </w:r>
    </w:p>
    <w:p>
      <w:pPr>
        <w:spacing w:before="0" w:after="0" w:line="264" w:lineRule="exact"/>
        <w:ind w:firstLine="0" w:left="0" w:right="0"/>
      </w:pPr>
      <w:r>
        <w:rPr>
          <w:rFonts w:ascii="EB Garamond" w:hAnsi="EB Garamond"/>
          <w:sz w:val="22"/>
        </w:rPr>
        <w:t>“I like Nora.”</w:t>
      </w:r>
    </w:p>
    <w:p>
      <w:pPr>
        <w:spacing w:before="0" w:after="0" w:line="264" w:lineRule="exact"/>
        <w:ind w:firstLine="0" w:left="0" w:right="0"/>
      </w:pPr>
      <w:r>
        <w:rPr>
          <w:rFonts w:ascii="EB Garamond" w:hAnsi="EB Garamond"/>
          <w:sz w:val="22"/>
        </w:rPr>
        <w:t>“Since yesterday?”</w:t>
      </w:r>
    </w:p>
    <w:p>
      <w:pPr>
        <w:spacing w:before="0" w:after="0" w:line="264" w:lineRule="exact"/>
        <w:ind w:firstLine="0" w:left="0" w:right="0"/>
      </w:pPr>
      <w:r>
        <w:rPr>
          <w:rFonts w:ascii="EB Garamond" w:hAnsi="EB Garamond"/>
          <w:sz w:val="22"/>
        </w:rPr>
        <w:t>Elsie stared at him.</w:t>
      </w:r>
    </w:p>
    <w:p>
      <w:pPr>
        <w:spacing w:before="0" w:after="0" w:line="264" w:lineRule="exact"/>
        <w:ind w:firstLine="0" w:left="0" w:right="0"/>
      </w:pPr>
      <w:r>
        <w:rPr>
          <w:rFonts w:ascii="EB Garamond" w:hAnsi="EB Garamond"/>
          <w:sz w:val="22"/>
        </w:rPr>
        <w:t>“How do you know about that?”</w:t>
      </w:r>
    </w:p>
    <w:p>
      <w:pPr>
        <w:spacing w:before="0" w:after="0" w:line="264" w:lineRule="exact"/>
        <w:ind w:firstLine="0" w:left="0" w:right="0"/>
      </w:pPr>
      <w:r>
        <w:rPr>
          <w:rFonts w:ascii="EB Garamond" w:hAnsi="EB Garamond"/>
          <w:sz w:val="22"/>
        </w:rPr>
        <w:t>“I was there.”</w:t>
      </w:r>
    </w:p>
    <w:p>
      <w:pPr>
        <w:spacing w:before="0" w:after="0" w:line="264" w:lineRule="exact"/>
        <w:ind w:firstLine="0" w:left="0" w:right="0"/>
      </w:pPr>
      <w:r>
        <w:rPr>
          <w:rFonts w:ascii="EB Garamond" w:hAnsi="EB Garamond"/>
          <w:sz w:val="22"/>
        </w:rPr>
        <w:t>“No, I mean…”</w:t>
      </w:r>
    </w:p>
    <w:p>
      <w:pPr>
        <w:spacing w:before="0" w:after="0" w:line="264" w:lineRule="exact"/>
        <w:ind w:firstLine="0" w:left="0" w:right="0"/>
      </w:pPr>
      <w:r>
        <w:rPr>
          <w:rFonts w:ascii="EB Garamond" w:hAnsi="EB Garamond"/>
          <w:sz w:val="22"/>
        </w:rPr>
        <w:t>“You weren’t exactly subtle.”</w:t>
      </w:r>
    </w:p>
    <w:p>
      <w:pPr>
        <w:spacing w:before="0" w:after="0" w:line="264" w:lineRule="exact"/>
        <w:ind w:firstLine="0" w:left="0" w:right="0"/>
      </w:pPr>
      <w:r>
        <w:rPr>
          <w:rFonts w:ascii="EB Garamond" w:hAnsi="EB Garamond"/>
          <w:sz w:val="22"/>
        </w:rPr>
        <w:t>Elsie covered her face.</w:t>
      </w:r>
    </w:p>
    <w:p>
      <w:pPr>
        <w:spacing w:before="0" w:after="0" w:line="264" w:lineRule="exact"/>
        <w:ind w:firstLine="0" w:left="0" w:right="0"/>
      </w:pPr>
      <w:r>
        <w:rPr>
          <w:rFonts w:ascii="EB Garamond" w:hAnsi="EB Garamond"/>
          <w:sz w:val="22"/>
        </w:rPr>
        <w:t>“I need to move.”</w:t>
      </w:r>
    </w:p>
    <w:p>
      <w:pPr>
        <w:spacing w:before="0" w:after="0" w:line="264" w:lineRule="exact"/>
        <w:ind w:firstLine="0" w:left="0" w:right="0"/>
      </w:pPr>
      <w:r>
        <w:rPr>
          <w:rFonts w:ascii="EB Garamond" w:hAnsi="EB Garamond"/>
          <w:sz w:val="22"/>
        </w:rPr>
        <w:t>“You keep threatening that.”</w:t>
      </w:r>
    </w:p>
    <w:p>
      <w:pPr>
        <w:spacing w:before="0" w:after="0" w:line="264" w:lineRule="exact"/>
        <w:ind w:firstLine="0" w:left="0" w:right="0"/>
      </w:pPr>
      <w:r>
        <w:rPr>
          <w:rFonts w:ascii="EB Garamond" w:hAnsi="EB Garamond"/>
          <w:sz w:val="22"/>
        </w:rPr>
        <w:t>“I’m serious this time.”</w:t>
      </w:r>
    </w:p>
    <w:p>
      <w:pPr>
        <w:spacing w:before="0" w:after="0" w:line="264" w:lineRule="exact"/>
        <w:ind w:firstLine="0" w:left="0" w:right="0"/>
      </w:pPr>
      <w:r>
        <w:rPr>
          <w:rFonts w:ascii="EB Garamond" w:hAnsi="EB Garamond"/>
          <w:sz w:val="22"/>
        </w:rPr>
        <w:t>He laughed.</w:t>
      </w:r>
    </w:p>
    <w:p>
      <w:pPr>
        <w:spacing w:before="0" w:after="0" w:line="264" w:lineRule="exact"/>
        <w:ind w:firstLine="0" w:left="0" w:right="0"/>
      </w:pPr>
      <w:r>
        <w:rPr>
          <w:rFonts w:ascii="EB Garamond" w:hAnsi="EB Garamond"/>
          <w:sz w:val="22"/>
        </w:rPr>
        <w:t>Elsie lowered her hands.</w:t>
      </w:r>
    </w:p>
    <w:p>
      <w:pPr>
        <w:spacing w:before="0" w:after="0" w:line="264" w:lineRule="exact"/>
        <w:ind w:firstLine="0" w:left="0" w:right="0"/>
      </w:pPr>
      <w:r>
        <w:rPr>
          <w:rFonts w:ascii="EB Garamond" w:hAnsi="EB Garamond"/>
          <w:sz w:val="22"/>
        </w:rPr>
        <w:t>“I don’t know. I guess Nora talks about it.”</w:t>
      </w:r>
    </w:p>
    <w:p>
      <w:pPr>
        <w:spacing w:before="0" w:after="0" w:line="264" w:lineRule="exact"/>
        <w:ind w:firstLine="0" w:left="0" w:right="0"/>
      </w:pPr>
      <w:r>
        <w:rPr>
          <w:rFonts w:ascii="EB Garamond" w:hAnsi="EB Garamond"/>
          <w:sz w:val="22"/>
        </w:rPr>
        <w:t>“And I don’t.”</w:t>
      </w:r>
    </w:p>
    <w:p>
      <w:pPr>
        <w:spacing w:before="0" w:after="0" w:line="264" w:lineRule="exact"/>
        <w:ind w:firstLine="0" w:left="0" w:right="0"/>
      </w:pPr>
      <w:r>
        <w:rPr>
          <w:rFonts w:ascii="EB Garamond" w:hAnsi="EB Garamond"/>
          <w:sz w:val="22"/>
        </w:rPr>
        <w:t>“Yeah.”</w:t>
      </w:r>
    </w:p>
    <w:p>
      <w:pPr>
        <w:spacing w:before="0" w:after="0" w:line="264" w:lineRule="exact"/>
        <w:ind w:firstLine="0" w:left="0" w:right="0"/>
      </w:pPr>
      <w:r>
        <w:rPr>
          <w:rFonts w:ascii="EB Garamond" w:hAnsi="EB Garamond"/>
          <w:sz w:val="22"/>
        </w:rPr>
        <w:t>Mason nodded.</w:t>
      </w:r>
    </w:p>
    <w:p>
      <w:pPr>
        <w:spacing w:before="0" w:after="0" w:line="264" w:lineRule="exact"/>
        <w:ind w:firstLine="0" w:left="0" w:right="0"/>
      </w:pPr>
      <w:r>
        <w:rPr>
          <w:rFonts w:ascii="EB Garamond" w:hAnsi="EB Garamond"/>
          <w:sz w:val="22"/>
        </w:rPr>
        <w:t>“Maybe I should more.”</w:t>
      </w:r>
    </w:p>
    <w:p>
      <w:pPr>
        <w:spacing w:before="0" w:after="0" w:line="264" w:lineRule="exact"/>
        <w:ind w:firstLine="0" w:left="0" w:right="0"/>
      </w:pPr>
      <w:r>
        <w:rPr>
          <w:rFonts w:ascii="EB Garamond" w:hAnsi="EB Garamond"/>
          <w:sz w:val="22"/>
        </w:rPr>
        <w:t>Elsie hadn’t expected that.</w:t>
      </w:r>
    </w:p>
    <w:p>
      <w:pPr>
        <w:spacing w:before="0" w:after="0" w:line="264" w:lineRule="exact"/>
        <w:ind w:firstLine="0" w:left="0" w:right="0"/>
      </w:pPr>
      <w:r>
        <w:rPr>
          <w:rFonts w:ascii="EB Garamond" w:hAnsi="EB Garamond"/>
          <w:sz w:val="22"/>
        </w:rPr>
        <w:t>“Why?”</w:t>
      </w:r>
    </w:p>
    <w:p>
      <w:pPr>
        <w:spacing w:before="0" w:after="0" w:line="264" w:lineRule="exact"/>
        <w:ind w:firstLine="0" w:left="0" w:right="0"/>
      </w:pPr>
      <w:r>
        <w:rPr>
          <w:rFonts w:ascii="EB Garamond" w:hAnsi="EB Garamond"/>
          <w:sz w:val="22"/>
        </w:rPr>
        <w:t>He looked out the window.</w:t>
      </w:r>
    </w:p>
    <w:p>
      <w:pPr>
        <w:spacing w:before="0" w:after="0" w:line="264" w:lineRule="exact"/>
        <w:ind w:firstLine="0" w:left="0" w:right="0"/>
      </w:pPr>
      <w:r>
        <w:rPr>
          <w:rFonts w:ascii="EB Garamond" w:hAnsi="EB Garamond"/>
          <w:sz w:val="22"/>
        </w:rPr>
        <w:t>“My dad doesn’t go.”</w:t>
      </w:r>
    </w:p>
    <w:p>
      <w:pPr>
        <w:spacing w:before="0" w:after="0" w:line="264" w:lineRule="exact"/>
        <w:ind w:firstLine="0" w:left="0" w:right="0"/>
      </w:pPr>
      <w:r>
        <w:rPr>
          <w:rFonts w:ascii="EB Garamond" w:hAnsi="EB Garamond"/>
          <w:sz w:val="22"/>
        </w:rPr>
        <w:t>“Oh.”</w:t>
      </w:r>
    </w:p>
    <w:p>
      <w:pPr>
        <w:spacing w:before="0" w:after="0" w:line="264" w:lineRule="exact"/>
        <w:ind w:firstLine="0" w:left="0" w:right="0"/>
      </w:pPr>
      <w:r>
        <w:rPr>
          <w:rFonts w:ascii="EB Garamond" w:hAnsi="EB Garamond"/>
          <w:sz w:val="22"/>
        </w:rPr>
        <w:t>“My mom does. My sister does when she’s home. I’ve always gone.”</w:t>
      </w:r>
    </w:p>
    <w:p>
      <w:pPr>
        <w:spacing w:before="0" w:after="0" w:line="264" w:lineRule="exact"/>
        <w:ind w:firstLine="0" w:left="0" w:right="0"/>
      </w:pPr>
      <w:r>
        <w:rPr>
          <w:rFonts w:ascii="EB Garamond" w:hAnsi="EB Garamond"/>
          <w:sz w:val="22"/>
        </w:rPr>
        <w:t>He rubbed his thumb against the cardboard sleeve around his cup.</w:t>
      </w:r>
    </w:p>
    <w:p>
      <w:pPr>
        <w:spacing w:before="0" w:after="0" w:line="264" w:lineRule="exact"/>
        <w:ind w:firstLine="0" w:left="0" w:right="0"/>
      </w:pPr>
      <w:r>
        <w:rPr>
          <w:rFonts w:ascii="EB Garamond" w:hAnsi="EB Garamond"/>
          <w:sz w:val="22"/>
        </w:rPr>
        <w:t>“I believe it…”</w:t>
      </w:r>
    </w:p>
    <w:p>
      <w:pPr>
        <w:spacing w:before="0" w:after="0" w:line="264" w:lineRule="exact"/>
        <w:ind w:firstLine="0" w:left="0" w:right="0"/>
      </w:pPr>
      <w:r>
        <w:rPr>
          <w:rFonts w:ascii="EB Garamond" w:hAnsi="EB Garamond"/>
          <w:sz w:val="22"/>
        </w:rPr>
        <w:t>Elsie waited.</w:t>
      </w:r>
    </w:p>
    <w:p>
      <w:pPr>
        <w:spacing w:before="0" w:after="0" w:line="264" w:lineRule="exact"/>
        <w:ind w:firstLine="0" w:left="0" w:right="0"/>
      </w:pPr>
      <w:r>
        <w:rPr>
          <w:rFonts w:ascii="EB Garamond" w:hAnsi="EB Garamond"/>
          <w:sz w:val="22"/>
        </w:rPr>
        <w:t>“But?”</w:t>
      </w:r>
    </w:p>
    <w:p>
      <w:pPr>
        <w:spacing w:before="0" w:after="0" w:line="264" w:lineRule="exact"/>
        <w:ind w:firstLine="0" w:left="0" w:right="0"/>
      </w:pPr>
      <w:r>
        <w:rPr>
          <w:rFonts w:ascii="EB Garamond" w:hAnsi="EB Garamond"/>
          <w:sz w:val="22"/>
        </w:rPr>
        <w:t>He shrugged.</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“Nothing.”</w:t>
      </w:r>
    </w:p>
    <w:p>
      <w:pPr>
        <w:spacing w:before="0" w:after="0" w:line="264" w:lineRule="exact"/>
        <w:ind w:firstLine="0" w:left="0" w:right="0"/>
      </w:pPr>
      <w:r>
        <w:rPr>
          <w:rFonts w:ascii="EB Garamond" w:hAnsi="EB Garamond"/>
          <w:sz w:val="22"/>
        </w:rPr>
        <w:t>“No, what?”</w:t>
      </w:r>
    </w:p>
    <w:p>
      <w:pPr>
        <w:spacing w:before="0" w:after="0" w:line="264" w:lineRule="exact"/>
        <w:ind w:firstLine="0" w:left="0" w:right="0"/>
      </w:pPr>
      <w:r>
        <w:rPr>
          <w:rFonts w:ascii="EB Garamond" w:hAnsi="EB Garamond"/>
          <w:sz w:val="22"/>
        </w:rPr>
        <w:t>“I’ve just been saying I don’t know a lot lately,” Elsie confessed.</w:t>
      </w:r>
    </w:p>
    <w:p>
      <w:pPr>
        <w:spacing w:before="0" w:after="0" w:line="264" w:lineRule="exact"/>
        <w:ind w:firstLine="0" w:left="0" w:right="0"/>
      </w:pPr>
      <w:r>
        <w:rPr>
          <w:rFonts w:ascii="EB Garamond" w:hAnsi="EB Garamond"/>
          <w:sz w:val="22"/>
        </w:rPr>
        <w:t>“Good phrase.”</w:t>
      </w:r>
    </w:p>
    <w:p>
      <w:pPr>
        <w:spacing w:before="0" w:after="0" w:line="264" w:lineRule="exact"/>
        <w:ind w:firstLine="0" w:left="0" w:right="0"/>
      </w:pPr>
      <w:r>
        <w:rPr>
          <w:rFonts w:ascii="EB Garamond" w:hAnsi="EB Garamond"/>
          <w:sz w:val="22"/>
        </w:rPr>
        <w:t>“Very versatile.”</w:t>
      </w:r>
    </w:p>
    <w:p>
      <w:pPr>
        <w:spacing w:before="0" w:after="0" w:line="264" w:lineRule="exact"/>
        <w:ind w:firstLine="0" w:left="0" w:right="0"/>
      </w:pPr>
      <w:r>
        <w:rPr>
          <w:rFonts w:ascii="EB Garamond" w:hAnsi="EB Garamond"/>
          <w:sz w:val="22"/>
        </w:rPr>
        <w:t>“Works for most of chemistry.”</w:t>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“Exactly.”</w:t>
      </w:r>
    </w:p>
    <w:p>
      <w:pPr>
        <w:spacing w:before="0" w:after="0" w:line="264" w:lineRule="exact"/>
        <w:ind w:firstLine="0" w:left="0" w:right="0"/>
      </w:pPr>
      <w:r>
        <w:rPr>
          <w:rFonts w:ascii="EB Garamond" w:hAnsi="EB Garamond"/>
          <w:sz w:val="22"/>
        </w:rPr>
        <w:t>Mason smiled.</w:t>
      </w:r>
    </w:p>
    <w:p>
      <w:pPr>
        <w:spacing w:before="0" w:after="0" w:line="264" w:lineRule="exact"/>
        <w:ind w:firstLine="0" w:left="0" w:right="0"/>
      </w:pPr>
      <w:r>
        <w:rPr>
          <w:rFonts w:ascii="EB Garamond" w:hAnsi="EB Garamond"/>
          <w:sz w:val="22"/>
        </w:rPr>
        <w:t>Then he said, “I guess sometimes I don’t know if I believe things because I believe them or because they’re what I’ve always been told.”</w:t>
      </w:r>
    </w:p>
    <w:p>
      <w:pPr>
        <w:spacing w:before="0" w:after="0" w:line="264" w:lineRule="exact"/>
        <w:ind w:firstLine="0" w:left="0" w:right="0"/>
      </w:pPr>
      <w:r>
        <w:rPr>
          <w:rFonts w:ascii="EB Garamond" w:hAnsi="EB Garamond"/>
          <w:sz w:val="22"/>
        </w:rPr>
        <w:t>Elsie stared at him.</w:t>
      </w:r>
    </w:p>
    <w:p>
      <w:pPr>
        <w:spacing w:before="0" w:after="0" w:line="264" w:lineRule="exact"/>
        <w:ind w:firstLine="0" w:left="0" w:right="0"/>
      </w:pPr>
      <w:r>
        <w:rPr>
          <w:rFonts w:ascii="EB Garamond" w:hAnsi="EB Garamond"/>
          <w:sz w:val="22"/>
        </w:rPr>
        <w:t>That was not what she expected from the conversation.</w:t>
      </w:r>
    </w:p>
    <w:p>
      <w:pPr>
        <w:spacing w:before="0" w:after="0" w:line="264" w:lineRule="exact"/>
        <w:ind w:firstLine="0" w:left="0" w:right="0"/>
      </w:pPr>
      <w:r>
        <w:rPr>
          <w:rFonts w:ascii="EB Garamond" w:hAnsi="EB Garamond"/>
          <w:sz w:val="22"/>
        </w:rPr>
        <w:t>“Is that bad?”</w:t>
      </w:r>
    </w:p>
    <w:p>
      <w:pPr>
        <w:spacing w:before="0" w:after="0" w:line="264" w:lineRule="exact"/>
        <w:ind w:firstLine="0" w:left="0" w:right="0"/>
      </w:pPr>
      <w:r>
        <w:rPr>
          <w:rFonts w:ascii="EB Garamond" w:hAnsi="EB Garamond"/>
          <w:sz w:val="22"/>
        </w:rPr>
        <w:t>He looked at her.</w:t>
      </w:r>
    </w:p>
    <w:p>
      <w:pPr>
        <w:spacing w:before="0" w:after="0" w:line="264" w:lineRule="exact"/>
        <w:ind w:firstLine="0" w:left="0" w:right="0"/>
      </w:pPr>
      <w:r>
        <w:rPr>
          <w:rFonts w:ascii="EB Garamond" w:hAnsi="EB Garamond"/>
          <w:sz w:val="22"/>
        </w:rPr>
        <w:t>“I was hoping you’d know.”</w:t>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“You have dramatically overestimated me.”</w:t>
      </w:r>
    </w:p>
    <w:p>
      <w:pPr>
        <w:spacing w:before="0" w:after="0" w:line="264" w:lineRule="exact"/>
        <w:ind w:firstLine="0" w:left="0" w:right="0"/>
      </w:pPr>
      <w:r>
        <w:rPr>
          <w:rFonts w:ascii="EB Garamond" w:hAnsi="EB Garamond"/>
          <w:sz w:val="22"/>
        </w:rPr>
        <w:t>“Yeah, I am starting to realize that.”</w:t>
      </w:r>
    </w:p>
    <w:p>
      <w:pPr>
        <w:spacing w:before="0" w:after="0" w:line="264" w:lineRule="exact"/>
        <w:ind w:firstLine="0" w:left="0" w:right="0"/>
      </w:pPr>
      <w:r>
        <w:rPr>
          <w:rFonts w:ascii="EB Garamond" w:hAnsi="EB Garamond"/>
          <w:sz w:val="22"/>
        </w:rPr>
        <w:t>“Rude.”</w:t>
      </w:r>
    </w:p>
    <w:p>
      <w:pPr>
        <w:spacing w:before="0" w:after="0" w:line="264" w:lineRule="exact"/>
        <w:ind w:firstLine="0" w:left="0" w:right="0"/>
      </w:pPr>
      <w:r>
        <w:rPr>
          <w:rFonts w:ascii="EB Garamond" w:hAnsi="EB Garamond"/>
          <w:sz w:val="22"/>
        </w:rPr>
        <w:t>He smiled.</w:t>
      </w:r>
    </w:p>
    <w:p>
      <w:pPr>
        <w:spacing w:before="0" w:after="0" w:line="264" w:lineRule="exact"/>
        <w:ind w:firstLine="0" w:left="0" w:right="0"/>
      </w:pPr>
      <w:r>
        <w:rPr>
          <w:rFonts w:ascii="EB Garamond" w:hAnsi="EB Garamond"/>
          <w:sz w:val="22"/>
        </w:rPr>
        <w:t>Then Elsie thought about Grandma’s old Bible.</w:t>
      </w:r>
    </w:p>
    <w:p>
      <w:pPr>
        <w:spacing w:before="0" w:after="0" w:line="264" w:lineRule="exact"/>
        <w:ind w:firstLine="0" w:left="0" w:right="0"/>
      </w:pPr>
      <w:r>
        <w:rPr>
          <w:rFonts w:ascii="EB Garamond" w:hAnsi="EB Garamond"/>
          <w:b w:val="0"/>
          <w:i/>
          <w:sz w:val="22"/>
        </w:rPr>
        <w:t>I DON’T BELIEVE THIS.</w:t>
      </w:r>
    </w:p>
    <w:p>
      <w:pPr>
        <w:spacing w:before="0" w:after="0" w:line="264" w:lineRule="exact"/>
        <w:ind w:firstLine="0" w:left="0" w:right="0"/>
      </w:pPr>
      <w:r>
        <w:rPr>
          <w:rFonts w:ascii="EB Garamond" w:hAnsi="EB Garamond"/>
          <w:sz w:val="22"/>
        </w:rPr>
        <w:t>She looked down at her coffee.</w:t>
      </w:r>
    </w:p>
    <w:p>
      <w:pPr>
        <w:spacing w:before="0" w:after="0" w:line="264" w:lineRule="exact"/>
        <w:ind w:firstLine="0" w:left="0" w:right="0"/>
      </w:pPr>
      <w:r>
        <w:rPr>
          <w:rFonts w:ascii="EB Garamond" w:hAnsi="EB Garamond"/>
          <w:sz w:val="22"/>
        </w:rPr>
        <w:t>“My grandma wrote that she didn’t believe something in her Bible.”</w:t>
      </w:r>
    </w:p>
    <w:p>
      <w:pPr>
        <w:spacing w:before="0" w:after="0" w:line="264" w:lineRule="exact"/>
        <w:ind w:firstLine="0" w:left="0" w:right="0"/>
      </w:pPr>
      <w:r>
        <w:rPr>
          <w:rFonts w:ascii="EB Garamond" w:hAnsi="EB Garamond"/>
          <w:sz w:val="22"/>
        </w:rPr>
        <w:t>Mason frowned.</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“She was twenty. She got mad at God and literally wrote I DON’T BELIEVE THIS next to a verse.”</w:t>
      </w:r>
    </w:p>
    <w:p>
      <w:pPr>
        <w:spacing w:before="0" w:after="0" w:line="264" w:lineRule="exact"/>
        <w:ind w:firstLine="0" w:left="0" w:right="0"/>
      </w:pPr>
      <w:r>
        <w:rPr>
          <w:rFonts w:ascii="EB Garamond" w:hAnsi="EB Garamond"/>
          <w:sz w:val="22"/>
        </w:rPr>
        <w:t>“That’s aggressive.”</w:t>
      </w:r>
    </w:p>
    <w:p>
      <w:pPr>
        <w:spacing w:before="0" w:after="0" w:line="264" w:lineRule="exact"/>
        <w:ind w:firstLine="0" w:left="0" w:right="0"/>
      </w:pPr>
      <w:r>
        <w:rPr>
          <w:rFonts w:ascii="EB Garamond" w:hAnsi="EB Garamond"/>
          <w:sz w:val="22"/>
        </w:rPr>
        <w:t>“Right?”</w:t>
      </w:r>
    </w:p>
    <w:p>
      <w:pPr>
        <w:spacing w:before="0" w:after="0" w:line="264" w:lineRule="exact"/>
        <w:ind w:firstLine="0" w:left="0" w:right="0"/>
      </w:pPr>
      <w:r>
        <w:rPr>
          <w:rFonts w:ascii="EB Garamond" w:hAnsi="EB Garamond"/>
          <w:sz w:val="22"/>
        </w:rPr>
        <w:t>“What verse?”</w:t>
      </w:r>
    </w:p>
    <w:p>
      <w:pPr>
        <w:spacing w:before="0" w:after="0" w:line="264" w:lineRule="exact"/>
        <w:ind w:firstLine="0" w:left="0" w:right="0"/>
      </w:pPr>
      <w:r>
        <w:rPr>
          <w:rFonts w:ascii="EB Garamond" w:hAnsi="EB Garamond"/>
          <w:sz w:val="22"/>
        </w:rPr>
        <w:t>“I didn’t even get to read it.”</w:t>
      </w:r>
    </w:p>
    <w:p>
      <w:pPr>
        <w:spacing w:before="0" w:after="0" w:line="264" w:lineRule="exact"/>
        <w:ind w:firstLine="0" w:left="0" w:right="0"/>
      </w:pPr>
      <w:r>
        <w:rPr>
          <w:rFonts w:ascii="EB Garamond" w:hAnsi="EB Garamond"/>
          <w:sz w:val="22"/>
        </w:rPr>
        <w:t>She realized she wanted to know.</w:t>
      </w:r>
    </w:p>
    <w:p>
      <w:pPr>
        <w:spacing w:before="0" w:after="0" w:line="264" w:lineRule="exact"/>
        <w:ind w:firstLine="0" w:left="0" w:right="0"/>
      </w:pPr>
      <w:r>
        <w:rPr>
          <w:rFonts w:ascii="EB Garamond" w:hAnsi="EB Garamond"/>
          <w:sz w:val="22"/>
        </w:rPr>
        <w:t>That was new too.</w:t>
      </w:r>
    </w:p>
    <w:p>
      <w:pPr>
        <w:spacing w:before="0" w:after="0" w:line="264" w:lineRule="exact"/>
        <w:ind w:firstLine="0" w:left="0" w:right="0"/>
      </w:pPr>
      <w:r>
        <w:rPr>
          <w:rFonts w:ascii="EB Garamond" w:hAnsi="EB Garamond"/>
          <w:sz w:val="22"/>
        </w:rPr>
        <w:t>“She told me she thought God abandoned her.”</w:t>
      </w:r>
    </w:p>
    <w:p>
      <w:pPr>
        <w:spacing w:before="0" w:after="0" w:line="264" w:lineRule="exact"/>
        <w:ind w:firstLine="0" w:left="0" w:right="0"/>
      </w:pPr>
      <w:r>
        <w:rPr>
          <w:rFonts w:ascii="EB Garamond" w:hAnsi="EB Garamond"/>
          <w:sz w:val="22"/>
        </w:rPr>
        <w:t>Mason was quiet.</w:t>
      </w:r>
    </w:p>
    <w:p>
      <w:pPr>
        <w:spacing w:before="0" w:after="0" w:line="264" w:lineRule="exact"/>
        <w:ind w:firstLine="0" w:left="0" w:right="0"/>
      </w:pPr>
      <w:r>
        <w:rPr>
          <w:rFonts w:ascii="EB Garamond" w:hAnsi="EB Garamond"/>
          <w:sz w:val="22"/>
        </w:rPr>
        <w:t>“What happened?”</w:t>
      </w:r>
    </w:p>
    <w:p>
      <w:pPr>
        <w:spacing w:before="0" w:after="0" w:line="264" w:lineRule="exact"/>
        <w:ind w:firstLine="0" w:left="0" w:right="0"/>
      </w:pPr>
      <w:r>
        <w:rPr>
          <w:rFonts w:ascii="EB Garamond" w:hAnsi="EB Garamond"/>
          <w:sz w:val="22"/>
        </w:rPr>
        <w:t>“She wouldn’t tell me.”</w:t>
      </w:r>
    </w:p>
    <w:p>
      <w:pPr>
        <w:spacing w:before="0" w:after="0" w:line="264" w:lineRule="exact"/>
        <w:ind w:firstLine="0" w:left="0" w:right="0"/>
      </w:pPr>
      <w:r>
        <w:rPr>
          <w:rFonts w:ascii="EB Garamond" w:hAnsi="EB Garamond"/>
          <w:sz w:val="22"/>
        </w:rPr>
        <w:t>“Grandmas love doing that.”</w:t>
      </w:r>
    </w:p>
    <w:p>
      <w:pPr>
        <w:spacing w:before="0" w:after="0" w:line="264" w:lineRule="exact"/>
        <w:ind w:firstLine="0" w:left="0" w:right="0"/>
      </w:pPr>
      <w:r>
        <w:rPr>
          <w:rFonts w:ascii="EB Garamond" w:hAnsi="EB Garamond"/>
          <w:sz w:val="22"/>
        </w:rPr>
        <w:t>“Being mysterious?”</w:t>
      </w:r>
    </w:p>
    <w:p>
      <w:pPr>
        <w:spacing w:before="0" w:after="0" w:line="264" w:lineRule="exact"/>
        <w:ind w:firstLine="0" w:left="0" w:right="0"/>
      </w:pPr>
      <w:r>
        <w:rPr>
          <w:rFonts w:ascii="EB Garamond" w:hAnsi="EB Garamond"/>
          <w:sz w:val="22"/>
        </w:rPr>
        <w:t>“Dropping one sentence that changes your entire understanding of their lives and then asking if you want a sandwich.”</w:t>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“Exactly.”</w:t>
      </w:r>
    </w:p>
    <w:p>
      <w:pPr>
        <w:spacing w:before="0" w:after="0" w:line="264" w:lineRule="exact"/>
        <w:ind w:firstLine="0" w:left="0" w:right="0"/>
      </w:pPr>
      <w:r>
        <w:rPr>
          <w:rFonts w:ascii="EB Garamond" w:hAnsi="EB Garamond"/>
          <w:sz w:val="22"/>
        </w:rPr>
        <w:t>Mason smiled.</w:t>
      </w:r>
    </w:p>
    <w:p>
      <w:pPr>
        <w:spacing w:before="0" w:after="0" w:line="264" w:lineRule="exact"/>
        <w:ind w:firstLine="0" w:left="0" w:right="0"/>
      </w:pPr>
      <w:r>
        <w:rPr>
          <w:rFonts w:ascii="EB Garamond" w:hAnsi="EB Garamond"/>
          <w:sz w:val="22"/>
        </w:rPr>
        <w:t>“My grandpa does that. He’ll be like, ‘Yeah, I almost died in Germany once. Pass the butter.’”</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“Still don’t know the story.”</w:t>
      </w:r>
    </w:p>
    <w:p>
      <w:pPr>
        <w:spacing w:before="0" w:after="0" w:line="264" w:lineRule="exact"/>
        <w:ind w:firstLine="0" w:left="0" w:right="0"/>
      </w:pPr>
      <w:r>
        <w:rPr>
          <w:rFonts w:ascii="EB Garamond" w:hAnsi="EB Garamond"/>
          <w:sz w:val="22"/>
        </w:rPr>
        <w:t>They laughed.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For a while, conversation became easy.</w:t>
      </w:r>
    </w:p>
    <w:p>
      <w:pPr>
        <w:spacing w:before="0" w:after="0" w:line="264" w:lineRule="exact"/>
        <w:ind w:firstLine="0" w:left="0" w:right="0"/>
      </w:pPr>
      <w:r>
        <w:rPr>
          <w:rFonts w:ascii="EB Garamond" w:hAnsi="EB Garamond"/>
          <w:sz w:val="22"/>
        </w:rPr>
        <w:t>School.</w:t>
      </w:r>
    </w:p>
    <w:p>
      <w:pPr>
        <w:spacing w:before="0" w:after="0" w:line="264" w:lineRule="exact"/>
        <w:ind w:firstLine="0" w:left="0" w:right="0"/>
      </w:pPr>
      <w:r>
        <w:rPr>
          <w:rFonts w:ascii="EB Garamond" w:hAnsi="EB Garamond"/>
          <w:sz w:val="22"/>
        </w:rPr>
        <w:t>Teachers.</w:t>
      </w:r>
    </w:p>
    <w:p>
      <w:pPr>
        <w:spacing w:before="0" w:after="0" w:line="264" w:lineRule="exact"/>
        <w:ind w:firstLine="0" w:left="0" w:right="0"/>
      </w:pPr>
      <w:r>
        <w:rPr>
          <w:rFonts w:ascii="EB Garamond" w:hAnsi="EB Garamond"/>
          <w:sz w:val="22"/>
        </w:rPr>
        <w:t>Mason’s sister.</w:t>
      </w:r>
    </w:p>
    <w:p>
      <w:pPr>
        <w:spacing w:before="0" w:after="0" w:line="264" w:lineRule="exact"/>
        <w:ind w:firstLine="0" w:left="0" w:right="0"/>
      </w:pPr>
      <w:r>
        <w:rPr>
          <w:rFonts w:ascii="EB Garamond" w:hAnsi="EB Garamond"/>
          <w:sz w:val="22"/>
        </w:rPr>
        <w:t>Homecoming.</w:t>
      </w:r>
    </w:p>
    <w:p>
      <w:pPr>
        <w:spacing w:before="0" w:after="0" w:line="264" w:lineRule="exact"/>
        <w:ind w:firstLine="0" w:left="0" w:right="0"/>
      </w:pPr>
      <w:r>
        <w:rPr>
          <w:rFonts w:ascii="EB Garamond" w:hAnsi="EB Garamond"/>
          <w:sz w:val="22"/>
        </w:rPr>
        <w:t>College.</w:t>
      </w:r>
    </w:p>
    <w:p>
      <w:pPr>
        <w:spacing w:before="0" w:after="0" w:line="264" w:lineRule="exact"/>
        <w:ind w:firstLine="0" w:left="0" w:right="0"/>
      </w:pPr>
      <w:r>
        <w:rPr>
          <w:rFonts w:ascii="EB Garamond" w:hAnsi="EB Garamond"/>
          <w:sz w:val="22"/>
        </w:rPr>
        <w:t>The fact that Tyler had once tried to microwave a Pop-Tart in its wrapper and almost evacuated the school.</w:t>
      </w:r>
    </w:p>
    <w:p>
      <w:pPr>
        <w:spacing w:before="0" w:after="0" w:line="264" w:lineRule="exact"/>
        <w:ind w:firstLine="0" w:left="0" w:right="0"/>
      </w:pPr>
      <w:r>
        <w:rPr>
          <w:rFonts w:ascii="EB Garamond" w:hAnsi="EB Garamond"/>
          <w:sz w:val="22"/>
        </w:rPr>
        <w:t>Normal things.</w:t>
      </w:r>
    </w:p>
    <w:p>
      <w:pPr>
        <w:spacing w:before="0" w:after="0" w:line="264" w:lineRule="exact"/>
        <w:ind w:firstLine="0" w:left="0" w:right="0"/>
      </w:pPr>
      <w:r>
        <w:rPr>
          <w:rFonts w:ascii="EB Garamond" w:hAnsi="EB Garamond"/>
          <w:sz w:val="22"/>
        </w:rPr>
        <w:t>Elsie stopped thinking about what to do with her hands.</w:t>
      </w:r>
    </w:p>
    <w:p>
      <w:pPr>
        <w:spacing w:before="0" w:after="0" w:line="264" w:lineRule="exact"/>
        <w:ind w:firstLine="0" w:left="0" w:right="0"/>
      </w:pPr>
      <w:r>
        <w:rPr>
          <w:rFonts w:ascii="EB Garamond" w:hAnsi="EB Garamond"/>
          <w:sz w:val="22"/>
        </w:rPr>
        <w:t>She stopped wondering whether she was smiling too much.</w:t>
      </w:r>
    </w:p>
    <w:p>
      <w:pPr>
        <w:spacing w:before="0" w:after="0" w:line="264" w:lineRule="exact"/>
        <w:ind w:firstLine="0" w:left="0" w:right="0"/>
      </w:pPr>
      <w:r>
        <w:rPr>
          <w:rFonts w:ascii="EB Garamond" w:hAnsi="EB Garamond"/>
          <w:sz w:val="22"/>
        </w:rPr>
        <w:t>She even forgot to check her reflection when she went to the bathroom.</w:t>
      </w:r>
    </w:p>
    <w:p>
      <w:pPr>
        <w:spacing w:before="0" w:after="0" w:line="264" w:lineRule="exact"/>
        <w:ind w:firstLine="0" w:left="0" w:right="0"/>
      </w:pPr>
      <w:r>
        <w:rPr>
          <w:rFonts w:ascii="EB Garamond" w:hAnsi="EB Garamond"/>
          <w:sz w:val="22"/>
        </w:rPr>
        <w:t>Mostly.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 Mason asked, “What are you writing for Bennett’s assignment?”</w:t>
      </w:r>
    </w:p>
    <w:p>
      <w:pPr>
        <w:spacing w:before="0" w:after="0" w:line="264" w:lineRule="exact"/>
        <w:ind w:firstLine="0" w:left="0" w:right="0"/>
      </w:pPr>
      <w:r>
        <w:rPr>
          <w:rFonts w:ascii="EB Garamond" w:hAnsi="EB Garamond"/>
          <w:sz w:val="22"/>
        </w:rPr>
        <w:t>Elsie groaned.</w:t>
      </w:r>
    </w:p>
    <w:p>
      <w:pPr>
        <w:spacing w:before="0" w:after="0" w:line="264" w:lineRule="exact"/>
        <w:ind w:firstLine="0" w:left="0" w:right="0"/>
      </w:pPr>
      <w:r>
        <w:rPr>
          <w:rFonts w:ascii="EB Garamond" w:hAnsi="EB Garamond"/>
          <w:sz w:val="22"/>
        </w:rPr>
        <w:t>“Nothing.”</w:t>
      </w:r>
    </w:p>
    <w:p>
      <w:pPr>
        <w:spacing w:before="0" w:after="0" w:line="264" w:lineRule="exact"/>
        <w:ind w:firstLine="0" w:left="0" w:right="0"/>
      </w:pPr>
      <w:r>
        <w:rPr>
          <w:rFonts w:ascii="EB Garamond" w:hAnsi="EB Garamond"/>
          <w:sz w:val="22"/>
        </w:rPr>
        <w:t>“You haven’t started?”</w:t>
      </w:r>
    </w:p>
    <w:p>
      <w:pPr>
        <w:spacing w:before="0" w:after="0" w:line="264" w:lineRule="exact"/>
        <w:ind w:firstLine="0" w:left="0" w:right="0"/>
      </w:pPr>
      <w:r>
        <w:rPr>
          <w:rFonts w:ascii="EB Garamond" w:hAnsi="EB Garamond"/>
          <w:sz w:val="22"/>
        </w:rPr>
        <w:t>“I’ve started.”</w:t>
      </w:r>
    </w:p>
    <w:p>
      <w:pPr>
        <w:spacing w:before="0" w:after="0" w:line="264" w:lineRule="exact"/>
        <w:ind w:firstLine="0" w:left="0" w:right="0"/>
      </w:pPr>
      <w:r>
        <w:rPr>
          <w:rFonts w:ascii="EB Garamond" w:hAnsi="EB Garamond"/>
          <w:sz w:val="22"/>
        </w:rPr>
        <w:t>“What’d you write?”</w:t>
      </w:r>
    </w:p>
    <w:p>
      <w:pPr>
        <w:spacing w:before="0" w:after="0" w:line="264" w:lineRule="exact"/>
        <w:ind w:firstLine="0" w:left="0" w:right="0"/>
      </w:pPr>
      <w:r>
        <w:rPr>
          <w:rFonts w:ascii="EB Garamond" w:hAnsi="EB Garamond"/>
          <w:sz w:val="22"/>
        </w:rPr>
        <w:t>“My name.”</w:t>
      </w:r>
    </w:p>
    <w:p>
      <w:pPr>
        <w:spacing w:before="0" w:after="0" w:line="264" w:lineRule="exact"/>
        <w:ind w:firstLine="0" w:left="0" w:right="0"/>
      </w:pPr>
      <w:r>
        <w:rPr>
          <w:rFonts w:ascii="EB Garamond" w:hAnsi="EB Garamond"/>
          <w:sz w:val="22"/>
        </w:rPr>
        <w:t>He laughed.</w:t>
      </w:r>
    </w:p>
    <w:p>
      <w:pPr>
        <w:spacing w:before="0" w:after="0" w:line="264" w:lineRule="exact"/>
        <w:ind w:firstLine="0" w:left="0" w:right="0"/>
      </w:pPr>
      <w:r>
        <w:rPr>
          <w:rFonts w:ascii="EB Garamond" w:hAnsi="EB Garamond"/>
          <w:sz w:val="22"/>
        </w:rPr>
        <w:t>“Strong opening.”</w:t>
      </w:r>
    </w:p>
    <w:p>
      <w:pPr>
        <w:spacing w:before="0" w:after="0" w:line="264" w:lineRule="exact"/>
        <w:ind w:firstLine="0" w:left="0" w:right="0"/>
      </w:pPr>
      <w:r>
        <w:rPr>
          <w:rFonts w:ascii="EB Garamond" w:hAnsi="EB Garamond"/>
          <w:sz w:val="22"/>
        </w:rPr>
        <w:t>“Thank you.”</w:t>
      </w:r>
    </w:p>
    <w:p>
      <w:pPr>
        <w:spacing w:before="0" w:after="0" w:line="264" w:lineRule="exact"/>
        <w:ind w:firstLine="0" w:left="0" w:right="0"/>
      </w:pPr>
      <w:r>
        <w:rPr>
          <w:rFonts w:ascii="EB Garamond" w:hAnsi="EB Garamond"/>
          <w:sz w:val="22"/>
        </w:rPr>
        <w:t>“What’s the question again?”</w:t>
      </w:r>
    </w:p>
    <w:p>
      <w:pPr>
        <w:spacing w:before="0" w:after="0" w:line="264" w:lineRule="exact"/>
        <w:ind w:firstLine="0" w:left="0" w:right="0"/>
      </w:pPr>
      <w:r>
        <w:rPr>
          <w:rFonts w:ascii="EB Garamond" w:hAnsi="EB Garamond"/>
          <w:sz w:val="22"/>
        </w:rPr>
        <w:t>“Who are you?”</w:t>
      </w:r>
    </w:p>
    <w:p>
      <w:pPr>
        <w:spacing w:before="0" w:after="0" w:line="264" w:lineRule="exact"/>
        <w:ind w:firstLine="0" w:left="0" w:right="0"/>
      </w:pPr>
      <w:r>
        <w:rPr>
          <w:rFonts w:ascii="EB Garamond" w:hAnsi="EB Garamond"/>
          <w:sz w:val="22"/>
        </w:rPr>
        <w:t>Mason made a face.</w:t>
      </w:r>
    </w:p>
    <w:p>
      <w:pPr>
        <w:spacing w:before="0" w:after="0" w:line="264" w:lineRule="exact"/>
        <w:ind w:firstLine="0" w:left="0" w:right="0"/>
      </w:pPr>
      <w:r>
        <w:rPr>
          <w:rFonts w:ascii="EB Garamond" w:hAnsi="EB Garamond"/>
          <w:sz w:val="22"/>
        </w:rPr>
        <w:t>“That’s terrible.”</w:t>
      </w:r>
    </w:p>
    <w:p>
      <w:pPr>
        <w:spacing w:before="0" w:after="0" w:line="264" w:lineRule="exact"/>
        <w:ind w:firstLine="0" w:left="0" w:right="0"/>
      </w:pPr>
      <w:r>
        <w:rPr>
          <w:rFonts w:ascii="EB Garamond" w:hAnsi="EB Garamond"/>
          <w:sz w:val="22"/>
        </w:rPr>
        <w:t>“THANK YOU.”</w:t>
      </w:r>
    </w:p>
    <w:p>
      <w:pPr>
        <w:spacing w:before="0" w:after="0" w:line="264" w:lineRule="exact"/>
        <w:ind w:firstLine="0" w:left="0" w:right="0"/>
      </w:pPr>
      <w:r>
        <w:rPr>
          <w:rFonts w:ascii="EB Garamond" w:hAnsi="EB Garamond"/>
          <w:sz w:val="22"/>
        </w:rPr>
        <w:t>“I’d rather write ten pages on symbolism.”</w:t>
      </w:r>
    </w:p>
    <w:p>
      <w:pPr>
        <w:spacing w:before="0" w:after="0" w:line="264" w:lineRule="exact"/>
        <w:ind w:firstLine="0" w:left="0" w:right="0"/>
      </w:pPr>
      <w:r>
        <w:rPr>
          <w:rFonts w:ascii="EB Garamond" w:hAnsi="EB Garamond"/>
          <w:sz w:val="22"/>
        </w:rPr>
        <w:t>“Exactly.”</w:t>
      </w:r>
    </w:p>
    <w:p>
      <w:pPr>
        <w:spacing w:before="0" w:after="0" w:line="264" w:lineRule="exact"/>
        <w:ind w:firstLine="0" w:left="0" w:right="0"/>
      </w:pPr>
      <w:r>
        <w:rPr>
          <w:rFonts w:ascii="EB Garamond" w:hAnsi="EB Garamond"/>
          <w:sz w:val="22"/>
        </w:rPr>
        <w:t>“What are you going to say?”</w:t>
      </w:r>
    </w:p>
    <w:p>
      <w:pPr>
        <w:spacing w:before="0" w:after="0" w:line="264" w:lineRule="exact"/>
        <w:ind w:firstLine="0" w:left="0" w:right="0"/>
      </w:pPr>
      <w:r>
        <w:rPr>
          <w:rFonts w:ascii="EB Garamond" w:hAnsi="EB Garamond"/>
          <w:sz w:val="22"/>
        </w:rPr>
        <w:t>Elsie looked down at her cup.</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There it was again.</w:t>
      </w:r>
    </w:p>
    <w:p>
      <w:pPr>
        <w:spacing w:before="0" w:after="0" w:line="264" w:lineRule="exact"/>
        <w:ind w:firstLine="0" w:left="0" w:right="0"/>
      </w:pPr>
      <w:r>
        <w:rPr>
          <w:rFonts w:ascii="EB Garamond" w:hAnsi="EB Garamond"/>
          <w:sz w:val="22"/>
        </w:rPr>
        <w:t>The phrase.</w:t>
      </w:r>
    </w:p>
    <w:p>
      <w:pPr>
        <w:spacing w:before="0" w:after="0" w:line="264" w:lineRule="exact"/>
        <w:ind w:firstLine="0" w:left="0" w:right="0"/>
      </w:pPr>
      <w:r>
        <w:rPr>
          <w:rFonts w:ascii="EB Garamond" w:hAnsi="EB Garamond"/>
          <w:sz w:val="22"/>
        </w:rPr>
        <w:t>She thought about Jeremiah.</w:t>
      </w:r>
    </w:p>
    <w:p>
      <w:pPr>
        <w:spacing w:before="0" w:after="0" w:line="264" w:lineRule="exact"/>
        <w:ind w:firstLine="0" w:left="0" w:right="0"/>
      </w:pPr>
      <w:r>
        <w:rPr>
          <w:rFonts w:ascii="EB Garamond" w:hAnsi="EB Garamond"/>
          <w:b w:val="0"/>
          <w:i/>
          <w:sz w:val="22"/>
        </w:rPr>
        <w:t>Too young.</w:t>
      </w:r>
    </w:p>
    <w:p>
      <w:pPr>
        <w:spacing w:before="0" w:after="0" w:line="264" w:lineRule="exact"/>
        <w:ind w:firstLine="0" w:left="0" w:right="0"/>
      </w:pPr>
      <w:r>
        <w:rPr>
          <w:rFonts w:ascii="EB Garamond" w:hAnsi="EB Garamond"/>
          <w:sz w:val="22"/>
        </w:rPr>
        <w:t>Moses.</w:t>
      </w:r>
    </w:p>
    <w:p>
      <w:pPr>
        <w:spacing w:before="0" w:after="0" w:line="264" w:lineRule="exact"/>
        <w:ind w:firstLine="0" w:left="0" w:right="0"/>
      </w:pPr>
      <w:r>
        <w:rPr>
          <w:rFonts w:ascii="EB Garamond" w:hAnsi="EB Garamond"/>
          <w:b w:val="0"/>
          <w:i/>
          <w:sz w:val="22"/>
        </w:rPr>
        <w:t>Couldn’t speak.</w:t>
      </w:r>
    </w:p>
    <w:p>
      <w:pPr>
        <w:spacing w:before="0" w:after="0" w:line="264" w:lineRule="exact"/>
        <w:ind w:firstLine="0" w:left="0" w:right="0"/>
      </w:pPr>
      <w:r>
        <w:rPr>
          <w:rFonts w:ascii="EB Garamond" w:hAnsi="EB Garamond"/>
          <w:sz w:val="22"/>
        </w:rPr>
        <w:t>Peter.</w:t>
      </w:r>
    </w:p>
    <w:p>
      <w:pPr>
        <w:spacing w:before="0" w:after="0" w:line="264" w:lineRule="exact"/>
        <w:ind w:firstLine="0" w:left="0" w:right="0"/>
      </w:pPr>
      <w:r>
        <w:rPr>
          <w:rFonts w:ascii="EB Garamond" w:hAnsi="EB Garamond"/>
          <w:b w:val="0"/>
          <w:i/>
          <w:sz w:val="22"/>
        </w:rPr>
        <w:t>Don’t know him.</w:t>
      </w:r>
    </w:p>
    <w:p>
      <w:pPr>
        <w:spacing w:before="0" w:after="0" w:line="264" w:lineRule="exact"/>
        <w:ind w:firstLine="0" w:left="0" w:right="0"/>
      </w:pPr>
      <w:r>
        <w:rPr>
          <w:rFonts w:ascii="EB Garamond" w:hAnsi="EB Garamond"/>
          <w:sz w:val="22"/>
        </w:rPr>
        <w:t>Grandma.</w:t>
      </w:r>
    </w:p>
    <w:p>
      <w:pPr>
        <w:spacing w:before="0" w:after="0" w:line="264" w:lineRule="exact"/>
        <w:ind w:firstLine="0" w:left="0" w:right="0"/>
      </w:pPr>
      <w:r>
        <w:rPr>
          <w:rFonts w:ascii="EB Garamond" w:hAnsi="EB Garamond"/>
          <w:b w:val="0"/>
          <w:i/>
          <w:sz w:val="22"/>
        </w:rPr>
        <w:t>I DON’T BELIEVE THIS.</w:t>
      </w:r>
    </w:p>
    <w:p>
      <w:pPr>
        <w:spacing w:before="0" w:after="0" w:line="264" w:lineRule="exact"/>
        <w:ind w:firstLine="0" w:left="0" w:right="0"/>
      </w:pPr>
      <w:r>
        <w:rPr>
          <w:rFonts w:ascii="EB Garamond" w:hAnsi="EB Garamond"/>
          <w:sz w:val="22"/>
        </w:rPr>
        <w:t>Everybody seemed to have an answer for who they weren’t.</w:t>
      </w:r>
    </w:p>
    <w:p>
      <w:pPr>
        <w:spacing w:before="0" w:after="0" w:line="264" w:lineRule="exact"/>
        <w:ind w:firstLine="0" w:left="0" w:right="0"/>
      </w:pPr>
      <w:r>
        <w:rPr>
          <w:rFonts w:ascii="EB Garamond" w:hAnsi="EB Garamond"/>
          <w:sz w:val="22"/>
        </w:rPr>
        <w:t>Maybe that was easier.</w:t>
      </w:r>
    </w:p>
    <w:p>
      <w:pPr>
        <w:spacing w:before="0" w:after="0" w:line="264" w:lineRule="exact"/>
        <w:ind w:firstLine="0" w:left="0" w:right="0"/>
      </w:pPr>
      <w:r>
        <w:rPr>
          <w:rFonts w:ascii="EB Garamond" w:hAnsi="EB Garamond"/>
          <w:sz w:val="22"/>
        </w:rPr>
        <w:t>“I think,” Elsie said slowly, “I know a lot more about who I am supposed to be.”</w:t>
      </w:r>
    </w:p>
    <w:p>
      <w:pPr>
        <w:spacing w:before="0" w:after="0" w:line="264" w:lineRule="exact"/>
        <w:ind w:firstLine="0" w:left="0" w:right="0"/>
      </w:pPr>
      <w:r>
        <w:rPr>
          <w:rFonts w:ascii="EB Garamond" w:hAnsi="EB Garamond"/>
          <w:sz w:val="22"/>
        </w:rPr>
        <w:t>Mason looked at her.</w:t>
      </w:r>
    </w:p>
    <w:p>
      <w:pPr>
        <w:spacing w:before="0" w:after="0" w:line="264" w:lineRule="exact"/>
        <w:ind w:firstLine="0" w:left="0" w:right="0"/>
      </w:pPr>
      <w:r>
        <w:rPr>
          <w:rFonts w:ascii="EB Garamond" w:hAnsi="EB Garamond"/>
          <w:sz w:val="22"/>
        </w:rPr>
        <w:t>“What does that mean?”</w:t>
      </w:r>
    </w:p>
    <w:p>
      <w:pPr>
        <w:spacing w:before="0" w:after="0" w:line="264" w:lineRule="exact"/>
        <w:ind w:firstLine="0" w:left="0" w:right="0"/>
      </w:pPr>
      <w:r>
        <w:rPr>
          <w:rFonts w:ascii="EB Garamond" w:hAnsi="EB Garamond"/>
          <w:sz w:val="22"/>
        </w:rPr>
        <w:t>She immediately wanted to take it back.</w:t>
      </w:r>
    </w:p>
    <w:p>
      <w:pPr>
        <w:spacing w:before="0" w:after="0" w:line="264" w:lineRule="exact"/>
        <w:ind w:firstLine="0" w:left="0" w:right="0"/>
      </w:pPr>
      <w:r>
        <w:rPr>
          <w:rFonts w:ascii="EB Garamond" w:hAnsi="EB Garamond"/>
          <w:sz w:val="22"/>
        </w:rPr>
        <w:t>Too serious.</w:t>
      </w:r>
    </w:p>
    <w:p>
      <w:pPr>
        <w:spacing w:before="0" w:after="0" w:line="264" w:lineRule="exact"/>
        <w:ind w:firstLine="0" w:left="0" w:right="0"/>
      </w:pPr>
      <w:r>
        <w:rPr>
          <w:rFonts w:ascii="EB Garamond" w:hAnsi="EB Garamond"/>
          <w:sz w:val="22"/>
        </w:rPr>
        <w:t>Too weird.</w:t>
      </w:r>
    </w:p>
    <w:p>
      <w:pPr>
        <w:spacing w:before="0" w:after="0" w:line="264" w:lineRule="exact"/>
        <w:ind w:firstLine="0" w:left="0" w:right="0"/>
      </w:pPr>
      <w:r>
        <w:rPr>
          <w:rFonts w:ascii="EB Garamond" w:hAnsi="EB Garamond"/>
          <w:sz w:val="22"/>
        </w:rPr>
        <w:t>This was coffee.</w:t>
      </w:r>
    </w:p>
    <w:p>
      <w:pPr>
        <w:spacing w:before="0" w:after="0" w:line="264" w:lineRule="exact"/>
        <w:ind w:firstLine="0" w:left="0" w:right="0"/>
      </w:pPr>
      <w:r>
        <w:rPr>
          <w:rFonts w:ascii="EB Garamond" w:hAnsi="EB Garamond"/>
          <w:sz w:val="22"/>
        </w:rPr>
        <w:t>Possibly a date.</w:t>
      </w:r>
    </w:p>
    <w:p>
      <w:pPr>
        <w:spacing w:before="0" w:after="0" w:line="264" w:lineRule="exact"/>
        <w:ind w:firstLine="0" w:left="0" w:right="0"/>
      </w:pPr>
      <w:r>
        <w:rPr>
          <w:rFonts w:ascii="EB Garamond" w:hAnsi="EB Garamond"/>
          <w:sz w:val="22"/>
        </w:rPr>
        <w:t>People on dates did not discuss existential identity crises before finishing their vanilla lattes.</w:t>
      </w:r>
    </w:p>
    <w:p>
      <w:pPr>
        <w:spacing w:before="0" w:after="0" w:line="264" w:lineRule="exact"/>
        <w:ind w:firstLine="0" w:left="0" w:right="0"/>
      </w:pPr>
      <w:r>
        <w:rPr>
          <w:rFonts w:ascii="EB Garamond" w:hAnsi="EB Garamond"/>
          <w:sz w:val="22"/>
        </w:rPr>
        <w:t>But Mason was waiting.</w:t>
      </w:r>
    </w:p>
    <w:p>
      <w:pPr>
        <w:spacing w:before="0" w:after="0" w:line="264" w:lineRule="exact"/>
        <w:ind w:firstLine="0" w:left="0" w:right="0"/>
      </w:pPr>
      <w:r>
        <w:rPr>
          <w:rFonts w:ascii="EB Garamond" w:hAnsi="EB Garamond"/>
          <w:sz w:val="22"/>
        </w:rPr>
        <w:t>So Elsie continued.</w:t>
      </w:r>
    </w:p>
    <w:p>
      <w:pPr>
        <w:spacing w:before="0" w:after="0" w:line="264" w:lineRule="exact"/>
        <w:ind w:firstLine="0" w:left="0" w:right="0"/>
      </w:pPr>
      <w:r>
        <w:rPr>
          <w:rFonts w:ascii="EB Garamond" w:hAnsi="EB Garamond"/>
          <w:sz w:val="22"/>
        </w:rPr>
        <w:t>“Like… at school I’m one person.”</w:t>
      </w:r>
    </w:p>
    <w:p>
      <w:pPr>
        <w:spacing w:before="0" w:after="0" w:line="264" w:lineRule="exact"/>
        <w:ind w:firstLine="0" w:left="0" w:right="0"/>
      </w:pPr>
      <w:r>
        <w:rPr>
          <w:rFonts w:ascii="EB Garamond" w:hAnsi="EB Garamond"/>
          <w:sz w:val="22"/>
        </w:rPr>
        <w:t>He nodded.</w:t>
      </w:r>
    </w:p>
    <w:p>
      <w:pPr>
        <w:spacing w:before="0" w:after="0" w:line="264" w:lineRule="exact"/>
        <w:ind w:firstLine="0" w:left="0" w:right="0"/>
      </w:pPr>
      <w:r>
        <w:rPr>
          <w:rFonts w:ascii="EB Garamond" w:hAnsi="EB Garamond"/>
          <w:sz w:val="22"/>
        </w:rPr>
        <w:t>“At home I’m different.”</w:t>
      </w:r>
    </w:p>
    <w:p>
      <w:pPr>
        <w:spacing w:before="0" w:after="0" w:line="264" w:lineRule="exact"/>
        <w:ind w:firstLine="0" w:left="0" w:right="0"/>
      </w:pPr>
      <w:r>
        <w:rPr>
          <w:rFonts w:ascii="EB Garamond" w:hAnsi="EB Garamond"/>
          <w:sz w:val="22"/>
        </w:rPr>
        <w:t>“Everybody is.”</w:t>
      </w:r>
    </w:p>
    <w:p>
      <w:pPr>
        <w:spacing w:before="0" w:after="0" w:line="264" w:lineRule="exact"/>
        <w:ind w:firstLine="0" w:left="0" w:right="0"/>
      </w:pPr>
      <w:r>
        <w:rPr>
          <w:rFonts w:ascii="EB Garamond" w:hAnsi="EB Garamond"/>
          <w:sz w:val="22"/>
        </w:rPr>
        <w:t>“I know. But then with Maddie and Ava, I’m one version. With my grandma, I’m another. At church, I’m…”</w:t>
      </w:r>
    </w:p>
    <w:p>
      <w:pPr>
        <w:spacing w:before="0" w:after="0" w:line="264" w:lineRule="exact"/>
        <w:ind w:firstLine="0" w:left="0" w:right="0"/>
      </w:pPr>
      <w:r>
        <w:rPr>
          <w:rFonts w:ascii="EB Garamond" w:hAnsi="EB Garamond"/>
          <w:sz w:val="22"/>
        </w:rPr>
        <w:t>She stopped.</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Mason smiled.</w:t>
      </w:r>
    </w:p>
    <w:p>
      <w:pPr>
        <w:spacing w:before="0" w:after="0" w:line="264" w:lineRule="exact"/>
        <w:ind w:firstLine="0" w:left="0" w:right="0"/>
      </w:pPr>
      <w:r>
        <w:rPr>
          <w:rFonts w:ascii="EB Garamond" w:hAnsi="EB Garamond"/>
          <w:sz w:val="22"/>
        </w:rPr>
        <w:t>“Very versatile phrase.”</w:t>
      </w:r>
    </w:p>
    <w:p>
      <w:pPr>
        <w:spacing w:before="0" w:after="0" w:line="264" w:lineRule="exact"/>
        <w:ind w:firstLine="0" w:left="0" w:right="0"/>
      </w:pPr>
      <w:r>
        <w:rPr>
          <w:rFonts w:ascii="EB Garamond" w:hAnsi="EB Garamond"/>
          <w:sz w:val="22"/>
        </w:rPr>
        <w:t>“Shut up.”</w:t>
      </w:r>
    </w:p>
    <w:p>
      <w:pPr>
        <w:spacing w:before="0" w:after="0" w:line="264" w:lineRule="exact"/>
        <w:ind w:firstLine="0" w:left="0" w:right="0"/>
      </w:pPr>
      <w:r>
        <w:rPr>
          <w:rFonts w:ascii="EB Garamond" w:hAnsi="EB Garamond"/>
          <w:sz w:val="22"/>
        </w:rPr>
        <w:t>He laughed.</w:t>
      </w:r>
    </w:p>
    <w:p>
      <w:pPr>
        <w:spacing w:before="0" w:after="0" w:line="264" w:lineRule="exact"/>
        <w:ind w:firstLine="0" w:left="0" w:right="0"/>
      </w:pPr>
      <w:r>
        <w:rPr>
          <w:rFonts w:ascii="EB Garamond" w:hAnsi="EB Garamond"/>
          <w:sz w:val="22"/>
        </w:rPr>
        <w:t>Elsie looked out the window.</w:t>
      </w:r>
    </w:p>
    <w:p>
      <w:pPr>
        <w:spacing w:before="0" w:after="0" w:line="264" w:lineRule="exact"/>
        <w:ind w:firstLine="0" w:left="0" w:right="0"/>
      </w:pPr>
      <w:r>
        <w:rPr>
          <w:rFonts w:ascii="EB Garamond" w:hAnsi="EB Garamond"/>
          <w:sz w:val="22"/>
        </w:rPr>
        <w:t>“I guess I’m trying to figure out which one is actually me.”</w:t>
      </w:r>
    </w:p>
    <w:p>
      <w:pPr>
        <w:spacing w:before="0" w:after="0" w:line="264" w:lineRule="exact"/>
        <w:ind w:firstLine="0" w:left="0" w:right="0"/>
      </w:pPr>
      <w:r>
        <w:rPr>
          <w:rFonts w:ascii="EB Garamond" w:hAnsi="EB Garamond"/>
          <w:sz w:val="22"/>
        </w:rPr>
        <w:t>Mason was quiet for long enough that Elsie became uncomfortable.</w:t>
      </w:r>
    </w:p>
    <w:p>
      <w:pPr>
        <w:spacing w:before="0" w:after="0" w:line="264" w:lineRule="exact"/>
        <w:ind w:firstLine="0" w:left="0" w:right="0"/>
      </w:pPr>
      <w:r>
        <w:rPr>
          <w:rFonts w:ascii="EB Garamond" w:hAnsi="EB Garamond"/>
          <w:sz w:val="22"/>
        </w:rPr>
        <w:t>Then he said, “Maybe they’re all you.”</w:t>
      </w:r>
    </w:p>
    <w:p>
      <w:pPr>
        <w:spacing w:before="0" w:after="0" w:line="264" w:lineRule="exact"/>
        <w:ind w:firstLine="0" w:left="0" w:right="0"/>
      </w:pPr>
      <w:r>
        <w:rPr>
          <w:rFonts w:ascii="EB Garamond" w:hAnsi="EB Garamond"/>
          <w:sz w:val="22"/>
        </w:rPr>
        <w:t>She looked at him.</w:t>
      </w:r>
    </w:p>
    <w:p>
      <w:pPr>
        <w:spacing w:before="0" w:after="0" w:line="264" w:lineRule="exact"/>
        <w:ind w:firstLine="0" w:left="0" w:right="0"/>
      </w:pPr>
      <w:r>
        <w:rPr>
          <w:rFonts w:ascii="EB Garamond" w:hAnsi="EB Garamond"/>
          <w:sz w:val="22"/>
        </w:rPr>
        <w:t>“That is deeply unhelpful.”</w:t>
      </w:r>
    </w:p>
    <w:p>
      <w:pPr>
        <w:spacing w:before="0" w:after="0" w:line="264" w:lineRule="exact"/>
        <w:ind w:firstLine="0" w:left="0" w:right="0"/>
      </w:pPr>
      <w:r>
        <w:rPr>
          <w:rFonts w:ascii="EB Garamond" w:hAnsi="EB Garamond"/>
          <w:sz w:val="22"/>
        </w:rPr>
        <w:t>“Sorry.”</w:t>
      </w:r>
    </w:p>
    <w:p>
      <w:pPr>
        <w:spacing w:before="0" w:after="0" w:line="264" w:lineRule="exact"/>
        <w:ind w:firstLine="0" w:left="0" w:right="0"/>
      </w:pPr>
      <w:r>
        <w:rPr>
          <w:rFonts w:ascii="EB Garamond" w:hAnsi="EB Garamond"/>
          <w:sz w:val="22"/>
        </w:rPr>
        <w:t>“No, I mean…”</w:t>
      </w:r>
    </w:p>
    <w:p>
      <w:pPr>
        <w:spacing w:before="0" w:after="0" w:line="264" w:lineRule="exact"/>
        <w:ind w:firstLine="0" w:left="0" w:right="0"/>
      </w:pPr>
      <w:r>
        <w:rPr>
          <w:rFonts w:ascii="EB Garamond" w:hAnsi="EB Garamond"/>
          <w:sz w:val="22"/>
        </w:rPr>
        <w:t>She thought about it.</w:t>
      </w:r>
    </w:p>
    <w:p>
      <w:pPr>
        <w:spacing w:before="0" w:after="0" w:line="264" w:lineRule="exact"/>
        <w:ind w:firstLine="0" w:left="0" w:right="0"/>
      </w:pPr>
      <w:r>
        <w:rPr>
          <w:rFonts w:ascii="EB Garamond" w:hAnsi="EB Garamond"/>
          <w:sz w:val="22"/>
        </w:rPr>
        <w:t>“Maybe.”</w:t>
      </w:r>
    </w:p>
    <w:p>
      <w:pPr>
        <w:spacing w:before="0" w:after="0" w:line="264" w:lineRule="exact"/>
        <w:ind w:firstLine="0" w:left="0" w:right="0"/>
      </w:pPr>
      <w:r>
        <w:rPr>
          <w:rFonts w:ascii="EB Garamond" w:hAnsi="EB Garamond"/>
          <w:sz w:val="22"/>
        </w:rPr>
        <w:t>Mason shrugged.</w:t>
      </w:r>
    </w:p>
    <w:p>
      <w:pPr>
        <w:spacing w:before="0" w:after="0" w:line="264" w:lineRule="exact"/>
        <w:ind w:firstLine="0" w:left="0" w:right="0"/>
      </w:pPr>
      <w:r>
        <w:rPr>
          <w:rFonts w:ascii="EB Garamond" w:hAnsi="EB Garamond"/>
          <w:sz w:val="22"/>
        </w:rPr>
        <w:t>“You don’t act the same around your grandma as you do around me because that would be weird.”</w:t>
      </w:r>
    </w:p>
    <w:p>
      <w:pPr>
        <w:spacing w:before="0" w:after="0" w:line="264" w:lineRule="exact"/>
        <w:ind w:firstLine="0" w:left="0" w:right="0"/>
      </w:pPr>
      <w:r>
        <w:rPr>
          <w:rFonts w:ascii="EB Garamond" w:hAnsi="EB Garamond"/>
          <w:sz w:val="22"/>
        </w:rPr>
        <w:t>“Very.”</w:t>
      </w:r>
    </w:p>
    <w:p>
      <w:pPr>
        <w:spacing w:before="0" w:after="0" w:line="264" w:lineRule="exact"/>
        <w:ind w:firstLine="0" w:left="0" w:right="0"/>
      </w:pPr>
      <w:r>
        <w:rPr>
          <w:rFonts w:ascii="EB Garamond" w:hAnsi="EB Garamond"/>
          <w:sz w:val="22"/>
        </w:rPr>
        <w:t>“And you probably don’t talk to your teachers the way you talk to Maddie.”</w:t>
      </w:r>
    </w:p>
    <w:p>
      <w:pPr>
        <w:spacing w:before="0" w:after="0" w:line="264" w:lineRule="exact"/>
        <w:ind w:firstLine="0" w:left="0" w:right="0"/>
      </w:pPr>
      <w:r>
        <w:rPr>
          <w:rFonts w:ascii="EB Garamond" w:hAnsi="EB Garamond"/>
          <w:sz w:val="22"/>
        </w:rPr>
        <w:t>“I’d be suspended.”</w:t>
      </w:r>
    </w:p>
    <w:p>
      <w:pPr>
        <w:spacing w:before="0" w:after="0" w:line="264" w:lineRule="exact"/>
        <w:ind w:firstLine="0" w:left="0" w:right="0"/>
      </w:pPr>
      <w:r>
        <w:rPr>
          <w:rFonts w:ascii="EB Garamond" w:hAnsi="EB Garamond"/>
          <w:sz w:val="22"/>
        </w:rPr>
        <w:t>“So maybe different isn’t fake.”</w:t>
      </w:r>
    </w:p>
    <w:p>
      <w:pPr>
        <w:spacing w:before="0" w:after="0" w:line="264" w:lineRule="exact"/>
        <w:ind w:firstLine="0" w:left="0" w:right="0"/>
      </w:pPr>
      <w:r>
        <w:rPr>
          <w:rFonts w:ascii="EB Garamond" w:hAnsi="EB Garamond"/>
          <w:sz w:val="22"/>
        </w:rPr>
        <w:t>Elsie looked at him.</w:t>
      </w:r>
    </w:p>
    <w:p>
      <w:pPr>
        <w:spacing w:before="0" w:after="0" w:line="264" w:lineRule="exact"/>
        <w:ind w:firstLine="0" w:left="0" w:right="0"/>
      </w:pPr>
      <w:r>
        <w:rPr>
          <w:rFonts w:ascii="EB Garamond" w:hAnsi="EB Garamond"/>
          <w:sz w:val="22"/>
        </w:rPr>
        <w:t>“Since when are you smart?”</w:t>
      </w:r>
    </w:p>
    <w:p>
      <w:pPr>
        <w:spacing w:before="0" w:after="0" w:line="264" w:lineRule="exact"/>
        <w:ind w:firstLine="0" w:left="0" w:right="0"/>
      </w:pPr>
      <w:r>
        <w:rPr>
          <w:rFonts w:ascii="EB Garamond" w:hAnsi="EB Garamond"/>
          <w:sz w:val="22"/>
        </w:rPr>
        <w:t>“There it is again.”</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“You’re surprised by everything about me.”</w:t>
      </w:r>
    </w:p>
    <w:p>
      <w:pPr>
        <w:spacing w:before="0" w:after="0" w:line="264" w:lineRule="exact"/>
        <w:ind w:firstLine="0" w:left="0" w:right="0"/>
      </w:pPr>
      <w:r>
        <w:rPr>
          <w:rFonts w:ascii="EB Garamond" w:hAnsi="EB Garamond"/>
          <w:sz w:val="22"/>
        </w:rPr>
        <w:t>Elsie opened her mouth.</w:t>
      </w:r>
    </w:p>
    <w:p>
      <w:pPr>
        <w:spacing w:before="0" w:after="0" w:line="264" w:lineRule="exact"/>
        <w:ind w:firstLine="0" w:left="0" w:right="0"/>
      </w:pPr>
      <w:r>
        <w:rPr>
          <w:rFonts w:ascii="EB Garamond" w:hAnsi="EB Garamond"/>
          <w:sz w:val="22"/>
        </w:rPr>
        <w:t>Closed it.</w:t>
      </w:r>
    </w:p>
    <w:p>
      <w:pPr>
        <w:spacing w:before="0" w:after="0" w:line="264" w:lineRule="exact"/>
        <w:ind w:firstLine="0" w:left="0" w:right="0"/>
      </w:pPr>
      <w:r>
        <w:rPr>
          <w:rFonts w:ascii="EB Garamond" w:hAnsi="EB Garamond"/>
          <w:sz w:val="22"/>
        </w:rPr>
        <w:t>He was right.</w:t>
      </w:r>
    </w:p>
    <w:p>
      <w:pPr>
        <w:spacing w:before="0" w:after="0" w:line="264" w:lineRule="exact"/>
        <w:ind w:firstLine="0" w:left="0" w:right="0"/>
      </w:pPr>
      <w:r>
        <w:rPr>
          <w:rFonts w:ascii="EB Garamond" w:hAnsi="EB Garamond"/>
          <w:sz w:val="22"/>
        </w:rPr>
        <w:t>“I know things about you.”</w:t>
      </w:r>
    </w:p>
    <w:p>
      <w:pPr>
        <w:spacing w:before="0" w:after="0" w:line="264" w:lineRule="exact"/>
        <w:ind w:firstLine="0" w:left="0" w:right="0"/>
      </w:pPr>
      <w:r>
        <w:rPr>
          <w:rFonts w:ascii="EB Garamond" w:hAnsi="EB Garamond"/>
          <w:sz w:val="22"/>
        </w:rPr>
        <w:t>“Okay.”</w:t>
      </w:r>
    </w:p>
    <w:p>
      <w:pPr>
        <w:spacing w:before="0" w:after="0" w:line="264" w:lineRule="exact"/>
        <w:ind w:firstLine="0" w:left="0" w:right="0"/>
      </w:pPr>
      <w:r>
        <w:rPr>
          <w:rFonts w:ascii="EB Garamond" w:hAnsi="EB Garamond"/>
          <w:sz w:val="22"/>
        </w:rPr>
        <w:t>“You hate pickles.”</w:t>
      </w:r>
    </w:p>
    <w:p>
      <w:pPr>
        <w:spacing w:before="0" w:after="0" w:line="264" w:lineRule="exact"/>
        <w:ind w:firstLine="0" w:left="0" w:right="0"/>
      </w:pPr>
      <w:r>
        <w:rPr>
          <w:rFonts w:ascii="EB Garamond" w:hAnsi="EB Garamond"/>
          <w:sz w:val="22"/>
        </w:rPr>
        <w:t>Mason blinked.</w:t>
      </w:r>
    </w:p>
    <w:p>
      <w:pPr>
        <w:spacing w:before="0" w:after="0" w:line="264" w:lineRule="exact"/>
        <w:ind w:firstLine="0" w:left="0" w:right="0"/>
      </w:pPr>
      <w:r>
        <w:rPr>
          <w:rFonts w:ascii="EB Garamond" w:hAnsi="EB Garamond"/>
          <w:sz w:val="22"/>
        </w:rPr>
        <w:t>“Yes.”</w:t>
      </w:r>
    </w:p>
    <w:p>
      <w:pPr>
        <w:spacing w:before="0" w:after="0" w:line="264" w:lineRule="exact"/>
        <w:ind w:firstLine="0" w:left="0" w:right="0"/>
      </w:pPr>
      <w:r>
        <w:rPr>
          <w:rFonts w:ascii="EB Garamond" w:hAnsi="EB Garamond"/>
          <w:sz w:val="22"/>
        </w:rPr>
        <w:t>“You broke your wrist in eighth grade.”</w:t>
      </w:r>
    </w:p>
    <w:p>
      <w:pPr>
        <w:spacing w:before="0" w:after="0" w:line="264" w:lineRule="exact"/>
        <w:ind w:firstLine="0" w:left="0" w:right="0"/>
      </w:pPr>
      <w:r>
        <w:rPr>
          <w:rFonts w:ascii="EB Garamond" w:hAnsi="EB Garamond"/>
          <w:sz w:val="22"/>
        </w:rPr>
        <w:t>His eyebrows rose.</w:t>
      </w:r>
    </w:p>
    <w:p>
      <w:pPr>
        <w:spacing w:before="0" w:after="0" w:line="264" w:lineRule="exact"/>
        <w:ind w:firstLine="0" w:left="0" w:right="0"/>
      </w:pPr>
      <w:r>
        <w:rPr>
          <w:rFonts w:ascii="EB Garamond" w:hAnsi="EB Garamond"/>
          <w:sz w:val="22"/>
        </w:rPr>
        <w:t>“You remember that?”</w:t>
      </w:r>
    </w:p>
    <w:p>
      <w:pPr>
        <w:spacing w:before="0" w:after="0" w:line="264" w:lineRule="exact"/>
        <w:ind w:firstLine="0" w:left="0" w:right="0"/>
      </w:pPr>
      <w:r>
        <w:rPr>
          <w:rFonts w:ascii="EB Garamond" w:hAnsi="EB Garamond"/>
          <w:sz w:val="22"/>
        </w:rPr>
        <w:t>“Yes.”</w:t>
      </w:r>
    </w:p>
    <w:p>
      <w:pPr>
        <w:spacing w:before="0" w:after="0" w:line="264" w:lineRule="exact"/>
        <w:ind w:firstLine="0" w:left="0" w:right="0"/>
      </w:pPr>
      <w:r>
        <w:rPr>
          <w:rFonts w:ascii="EB Garamond" w:hAnsi="EB Garamond"/>
          <w:sz w:val="22"/>
        </w:rPr>
        <w:t>“What else?”</w:t>
      </w:r>
    </w:p>
    <w:p>
      <w:pPr>
        <w:spacing w:before="0" w:after="0" w:line="264" w:lineRule="exact"/>
        <w:ind w:firstLine="0" w:left="0" w:right="0"/>
      </w:pPr>
      <w:r>
        <w:rPr>
          <w:rFonts w:ascii="EB Garamond" w:hAnsi="EB Garamond"/>
          <w:sz w:val="22"/>
        </w:rPr>
        <w:t>Elsie immediately realized she’d walked into a trap.</w:t>
      </w:r>
    </w:p>
    <w:p>
      <w:pPr>
        <w:spacing w:before="0" w:after="0" w:line="264" w:lineRule="exact"/>
        <w:ind w:firstLine="0" w:left="0" w:right="0"/>
      </w:pPr>
      <w:r>
        <w:rPr>
          <w:rFonts w:ascii="EB Garamond" w:hAnsi="EB Garamond"/>
          <w:sz w:val="22"/>
        </w:rPr>
        <w:t>“Nothing.”</w:t>
      </w:r>
    </w:p>
    <w:p>
      <w:pPr>
        <w:spacing w:before="0" w:after="0" w:line="264" w:lineRule="exact"/>
        <w:ind w:firstLine="0" w:left="0" w:right="0"/>
      </w:pPr>
      <w:r>
        <w:rPr>
          <w:rFonts w:ascii="EB Garamond" w:hAnsi="EB Garamond"/>
          <w:sz w:val="22"/>
        </w:rPr>
        <w:t>“No, keep going.”</w:t>
      </w:r>
    </w:p>
    <w:p>
      <w:pPr>
        <w:spacing w:before="0" w:after="0" w:line="264" w:lineRule="exact"/>
        <w:ind w:firstLine="0" w:left="0" w:right="0"/>
      </w:pPr>
      <w:r>
        <w:rPr>
          <w:rFonts w:ascii="EB Garamond" w:hAnsi="EB Garamond"/>
          <w:sz w:val="22"/>
        </w:rPr>
        <w:t>“No.”</w:t>
      </w:r>
    </w:p>
    <w:p>
      <w:pPr>
        <w:spacing w:before="0" w:after="0" w:line="264" w:lineRule="exact"/>
        <w:ind w:firstLine="0" w:left="0" w:right="0"/>
      </w:pPr>
      <w:r>
        <w:rPr>
          <w:rFonts w:ascii="EB Garamond" w:hAnsi="EB Garamond"/>
          <w:sz w:val="22"/>
        </w:rPr>
        <w:t>Mason smiled.</w:t>
      </w:r>
    </w:p>
    <w:p>
      <w:pPr>
        <w:spacing w:before="0" w:after="0" w:line="264" w:lineRule="exact"/>
        <w:ind w:firstLine="0" w:left="0" w:right="0"/>
      </w:pPr>
      <w:r>
        <w:rPr>
          <w:rFonts w:ascii="EB Garamond" w:hAnsi="EB Garamond"/>
          <w:sz w:val="22"/>
        </w:rPr>
        <w:t>“What else do you know, Elsie?”</w:t>
      </w:r>
    </w:p>
    <w:p>
      <w:pPr>
        <w:spacing w:before="0" w:after="0" w:line="264" w:lineRule="exact"/>
        <w:ind w:firstLine="0" w:left="0" w:right="0"/>
      </w:pPr>
      <w:r>
        <w:rPr>
          <w:rFonts w:ascii="EB Garamond" w:hAnsi="EB Garamond"/>
          <w:sz w:val="22"/>
        </w:rPr>
        <w:t>She felt her face getting warm.</w:t>
      </w:r>
    </w:p>
    <w:p>
      <w:pPr>
        <w:spacing w:before="0" w:after="0" w:line="264" w:lineRule="exact"/>
        <w:ind w:firstLine="0" w:left="0" w:right="0"/>
      </w:pPr>
      <w:r>
        <w:rPr>
          <w:rFonts w:ascii="EB Garamond" w:hAnsi="EB Garamond"/>
          <w:sz w:val="22"/>
        </w:rPr>
        <w:t>“Your number is twelve.”</w:t>
      </w:r>
    </w:p>
    <w:p>
      <w:pPr>
        <w:spacing w:before="0" w:after="0" w:line="264" w:lineRule="exact"/>
        <w:ind w:firstLine="0" w:left="0" w:right="0"/>
      </w:pPr>
      <w:r>
        <w:rPr>
          <w:rFonts w:ascii="EB Garamond" w:hAnsi="EB Garamond"/>
          <w:sz w:val="22"/>
        </w:rPr>
        <w:t>“Everyone knows that.”</w:t>
      </w:r>
    </w:p>
    <w:p>
      <w:pPr>
        <w:spacing w:before="0" w:after="0" w:line="264" w:lineRule="exact"/>
        <w:ind w:firstLine="0" w:left="0" w:right="0"/>
      </w:pPr>
      <w:r>
        <w:rPr>
          <w:rFonts w:ascii="EB Garamond" w:hAnsi="EB Garamond"/>
          <w:sz w:val="22"/>
        </w:rPr>
        <w:t>“You have a scar under your chin.”</w:t>
      </w:r>
    </w:p>
    <w:p>
      <w:pPr>
        <w:spacing w:before="0" w:after="0" w:line="264" w:lineRule="exact"/>
        <w:ind w:firstLine="0" w:left="0" w:right="0"/>
      </w:pPr>
      <w:r>
        <w:rPr>
          <w:rFonts w:ascii="EB Garamond" w:hAnsi="EB Garamond"/>
          <w:sz w:val="22"/>
        </w:rPr>
        <w:t>His smile changed.</w:t>
      </w:r>
    </w:p>
    <w:p>
      <w:pPr>
        <w:spacing w:before="0" w:after="0" w:line="264" w:lineRule="exact"/>
        <w:ind w:firstLine="0" w:left="0" w:right="0"/>
      </w:pPr>
      <w:r>
        <w:rPr>
          <w:rFonts w:ascii="EB Garamond" w:hAnsi="EB Garamond"/>
          <w:sz w:val="22"/>
        </w:rPr>
        <w:t>Elsie wanted to crawl under the table.</w:t>
      </w:r>
    </w:p>
    <w:p>
      <w:pPr>
        <w:spacing w:before="0" w:after="0" w:line="264" w:lineRule="exact"/>
        <w:ind w:firstLine="0" w:left="0" w:right="0"/>
      </w:pPr>
      <w:r>
        <w:rPr>
          <w:rFonts w:ascii="EB Garamond" w:hAnsi="EB Garamond"/>
          <w:sz w:val="22"/>
        </w:rPr>
        <w:t>“Okay,” he said.</w:t>
      </w:r>
    </w:p>
    <w:p>
      <w:pPr>
        <w:spacing w:before="0" w:after="0" w:line="264" w:lineRule="exact"/>
        <w:ind w:firstLine="0" w:left="0" w:right="0"/>
      </w:pPr>
      <w:r>
        <w:rPr>
          <w:rFonts w:ascii="EB Garamond" w:hAnsi="EB Garamond"/>
          <w:sz w:val="22"/>
        </w:rPr>
        <w:t>“Shut up.”</w:t>
      </w:r>
    </w:p>
    <w:p>
      <w:pPr>
        <w:spacing w:before="0" w:after="0" w:line="264" w:lineRule="exact"/>
        <w:ind w:firstLine="0" w:left="0" w:right="0"/>
      </w:pPr>
      <w:r>
        <w:rPr>
          <w:rFonts w:ascii="EB Garamond" w:hAnsi="EB Garamond"/>
          <w:sz w:val="22"/>
        </w:rPr>
        <w:t>“I didn’t say anything.”</w:t>
      </w:r>
    </w:p>
    <w:p>
      <w:pPr>
        <w:spacing w:before="0" w:after="0" w:line="264" w:lineRule="exact"/>
        <w:ind w:firstLine="0" w:left="0" w:right="0"/>
      </w:pPr>
      <w:r>
        <w:rPr>
          <w:rFonts w:ascii="EB Garamond" w:hAnsi="EB Garamond"/>
          <w:sz w:val="22"/>
        </w:rPr>
        <w:t>“Your face did.”</w:t>
      </w:r>
    </w:p>
    <w:p>
      <w:pPr>
        <w:spacing w:before="0" w:after="0" w:line="264" w:lineRule="exact"/>
        <w:ind w:firstLine="0" w:left="0" w:right="0"/>
      </w:pPr>
      <w:r>
        <w:rPr>
          <w:rFonts w:ascii="EB Garamond" w:hAnsi="EB Garamond"/>
          <w:sz w:val="22"/>
        </w:rPr>
        <w:t>He laughed.</w:t>
      </w:r>
    </w:p>
    <w:p>
      <w:pPr>
        <w:spacing w:before="0" w:after="0" w:line="264" w:lineRule="exact"/>
        <w:ind w:firstLine="0" w:left="0" w:right="0"/>
      </w:pPr>
      <w:r>
        <w:rPr>
          <w:rFonts w:ascii="EB Garamond" w:hAnsi="EB Garamond"/>
          <w:sz w:val="22"/>
        </w:rPr>
        <w:t>Elsie looked down at her coffee.</w:t>
      </w:r>
    </w:p>
    <w:p>
      <w:pPr>
        <w:spacing w:before="0" w:after="0" w:line="264" w:lineRule="exact"/>
        <w:ind w:firstLine="0" w:left="0" w:right="0"/>
      </w:pPr>
      <w:r>
        <w:rPr>
          <w:rFonts w:ascii="EB Garamond" w:hAnsi="EB Garamond"/>
          <w:sz w:val="22"/>
        </w:rPr>
        <w:t>Then Mason said, quieter, “For the record, I know things about you too.”</w:t>
      </w:r>
    </w:p>
    <w:p>
      <w:pPr>
        <w:spacing w:before="0" w:after="0" w:line="264" w:lineRule="exact"/>
        <w:ind w:firstLine="0" w:left="0" w:right="0"/>
      </w:pPr>
      <w:r>
        <w:rPr>
          <w:rFonts w:ascii="EB Garamond" w:hAnsi="EB Garamond"/>
          <w:sz w:val="22"/>
        </w:rPr>
        <w:t>Her heart did something inconvenient.</w:t>
      </w:r>
    </w:p>
    <w:p>
      <w:pPr>
        <w:spacing w:before="0" w:after="0" w:line="264" w:lineRule="exact"/>
        <w:ind w:firstLine="0" w:left="0" w:right="0"/>
      </w:pPr>
      <w:r>
        <w:rPr>
          <w:rFonts w:ascii="EB Garamond" w:hAnsi="EB Garamond"/>
          <w:sz w:val="22"/>
        </w:rPr>
        <w:t>“Like what?”</w:t>
      </w:r>
    </w:p>
    <w:p>
      <w:pPr>
        <w:spacing w:before="0" w:after="0" w:line="264" w:lineRule="exact"/>
        <w:ind w:firstLine="0" w:left="0" w:right="0"/>
      </w:pPr>
      <w:r>
        <w:rPr>
          <w:rFonts w:ascii="EB Garamond" w:hAnsi="EB Garamond"/>
          <w:sz w:val="22"/>
        </w:rPr>
        <w:t>“You hate coffee.”</w:t>
      </w:r>
    </w:p>
    <w:p>
      <w:pPr>
        <w:spacing w:before="0" w:after="0" w:line="264" w:lineRule="exact"/>
        <w:ind w:firstLine="0" w:left="0" w:right="0"/>
      </w:pPr>
      <w:r>
        <w:rPr>
          <w:rFonts w:ascii="EB Garamond" w:hAnsi="EB Garamond"/>
          <w:sz w:val="22"/>
        </w:rPr>
        <w:t>Elsie looked at the vanilla latte in her hand.</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“You make a face every time you drink actual coffee.”</w:t>
      </w:r>
    </w:p>
    <w:p>
      <w:pPr>
        <w:spacing w:before="0" w:after="0" w:line="264" w:lineRule="exact"/>
        <w:ind w:firstLine="0" w:left="0" w:right="0"/>
      </w:pPr>
      <w:r>
        <w:rPr>
          <w:rFonts w:ascii="EB Garamond" w:hAnsi="EB Garamond"/>
          <w:sz w:val="22"/>
        </w:rPr>
        <w:t>“I do not.”</w:t>
      </w:r>
    </w:p>
    <w:p>
      <w:pPr>
        <w:spacing w:before="0" w:after="0" w:line="264" w:lineRule="exact"/>
        <w:ind w:firstLine="0" w:left="0" w:right="0"/>
      </w:pPr>
      <w:r>
        <w:rPr>
          <w:rFonts w:ascii="EB Garamond" w:hAnsi="EB Garamond"/>
          <w:sz w:val="22"/>
        </w:rPr>
        <w:t>“You do.”</w:t>
      </w:r>
    </w:p>
    <w:p>
      <w:pPr>
        <w:spacing w:before="0" w:after="0" w:line="264" w:lineRule="exact"/>
        <w:ind w:firstLine="0" w:left="0" w:right="0"/>
      </w:pPr>
      <w:r>
        <w:rPr>
          <w:rFonts w:ascii="EB Garamond" w:hAnsi="EB Garamond"/>
          <w:sz w:val="22"/>
        </w:rPr>
        <w:t>“Then why did you invite me for coffee?”</w:t>
      </w:r>
    </w:p>
    <w:p>
      <w:pPr>
        <w:spacing w:before="0" w:after="0" w:line="264" w:lineRule="exact"/>
        <w:ind w:firstLine="0" w:left="0" w:right="0"/>
      </w:pPr>
      <w:r>
        <w:rPr>
          <w:rFonts w:ascii="EB Garamond" w:hAnsi="EB Garamond"/>
          <w:sz w:val="22"/>
        </w:rPr>
        <w:t>“Because saying, ‘Do you want to meet somewhere and consume a beverage that’s mostly sugar while we awkwardly figure out whether we like each other?’ seemed long.”</w:t>
      </w:r>
    </w:p>
    <w:p>
      <w:pPr>
        <w:spacing w:before="0" w:after="0" w:line="264" w:lineRule="exact"/>
        <w:ind w:firstLine="0" w:left="0" w:right="0"/>
      </w:pPr>
      <w:r>
        <w:rPr>
          <w:rFonts w:ascii="EB Garamond" w:hAnsi="EB Garamond"/>
          <w:sz w:val="22"/>
        </w:rPr>
        <w:t>Elsie stopped breathing.</w:t>
      </w:r>
    </w:p>
    <w:p>
      <w:pPr>
        <w:spacing w:before="0" w:after="0" w:line="264" w:lineRule="exact"/>
        <w:ind w:firstLine="0" w:left="0" w:right="0"/>
      </w:pPr>
      <w:r>
        <w:rPr>
          <w:rFonts w:ascii="EB Garamond" w:hAnsi="EB Garamond"/>
          <w:sz w:val="22"/>
        </w:rPr>
        <w:t>Mason looked horrified.</w:t>
      </w:r>
    </w:p>
    <w:p>
      <w:pPr>
        <w:spacing w:before="0" w:after="0" w:line="264" w:lineRule="exact"/>
        <w:ind w:firstLine="0" w:left="0" w:right="0"/>
      </w:pPr>
      <w:r>
        <w:rPr>
          <w:rFonts w:ascii="EB Garamond" w:hAnsi="EB Garamond"/>
          <w:sz w:val="22"/>
        </w:rPr>
        <w:t>“I didn’t mean…”</w:t>
      </w:r>
    </w:p>
    <w:p>
      <w:pPr>
        <w:spacing w:before="0" w:after="0" w:line="264" w:lineRule="exact"/>
        <w:ind w:firstLine="0" w:left="0" w:right="0"/>
      </w:pPr>
      <w:r>
        <w:rPr>
          <w:rFonts w:ascii="EB Garamond" w:hAnsi="EB Garamond"/>
          <w:sz w:val="22"/>
        </w:rPr>
        <w:t>“No.”</w:t>
      </w:r>
    </w:p>
    <w:p>
      <w:pPr>
        <w:spacing w:before="0" w:after="0" w:line="264" w:lineRule="exact"/>
        <w:ind w:firstLine="0" w:left="0" w:right="0"/>
      </w:pPr>
      <w:r>
        <w:rPr>
          <w:rFonts w:ascii="EB Garamond" w:hAnsi="EB Garamond"/>
          <w:sz w:val="22"/>
        </w:rPr>
        <w:t>He rubbed the back of his neck.</w:t>
      </w:r>
    </w:p>
    <w:p>
      <w:pPr>
        <w:spacing w:before="0" w:after="0" w:line="264" w:lineRule="exact"/>
        <w:ind w:firstLine="0" w:left="0" w:right="0"/>
      </w:pPr>
      <w:r>
        <w:rPr>
          <w:rFonts w:ascii="EB Garamond" w:hAnsi="EB Garamond"/>
          <w:sz w:val="22"/>
        </w:rPr>
        <w:t>“I mean, I did. But that sounded…”</w:t>
      </w:r>
    </w:p>
    <w:p>
      <w:pPr>
        <w:spacing w:before="0" w:after="0" w:line="264" w:lineRule="exact"/>
        <w:ind w:firstLine="0" w:left="0" w:right="0"/>
      </w:pPr>
      <w:r>
        <w:rPr>
          <w:rFonts w:ascii="EB Garamond" w:hAnsi="EB Garamond"/>
          <w:sz w:val="22"/>
        </w:rPr>
        <w:t>“No.”</w:t>
      </w:r>
    </w:p>
    <w:p>
      <w:pPr>
        <w:spacing w:before="0" w:after="0" w:line="264" w:lineRule="exact"/>
        <w:ind w:firstLine="0" w:left="0" w:right="0"/>
      </w:pPr>
      <w:r>
        <w:rPr>
          <w:rFonts w:ascii="EB Garamond" w:hAnsi="EB Garamond"/>
          <w:sz w:val="22"/>
        </w:rPr>
        <w:t>Elsie started laughing.</w:t>
      </w:r>
    </w:p>
    <w:p>
      <w:pPr>
        <w:spacing w:before="0" w:after="0" w:line="264" w:lineRule="exact"/>
        <w:ind w:firstLine="0" w:left="0" w:right="0"/>
      </w:pPr>
      <w:r>
        <w:rPr>
          <w:rFonts w:ascii="EB Garamond" w:hAnsi="EB Garamond"/>
          <w:sz w:val="22"/>
        </w:rPr>
        <w:t>Mason covered his face.</w:t>
      </w:r>
    </w:p>
    <w:p>
      <w:pPr>
        <w:spacing w:before="0" w:after="0" w:line="264" w:lineRule="exact"/>
        <w:ind w:firstLine="0" w:left="0" w:right="0"/>
      </w:pPr>
      <w:r>
        <w:rPr>
          <w:rFonts w:ascii="EB Garamond" w:hAnsi="EB Garamond"/>
          <w:sz w:val="22"/>
        </w:rPr>
        <w:t>“This is terrible.”</w:t>
      </w:r>
    </w:p>
    <w:p>
      <w:pPr>
        <w:spacing w:before="0" w:after="0" w:line="264" w:lineRule="exact"/>
        <w:ind w:firstLine="0" w:left="0" w:right="0"/>
      </w:pPr>
      <w:r>
        <w:rPr>
          <w:rFonts w:ascii="EB Garamond" w:hAnsi="EB Garamond"/>
          <w:sz w:val="22"/>
        </w:rPr>
        <w:t>“No, it’s not.”</w:t>
      </w:r>
    </w:p>
    <w:p>
      <w:pPr>
        <w:spacing w:before="0" w:after="0" w:line="264" w:lineRule="exact"/>
        <w:ind w:firstLine="0" w:left="0" w:right="0"/>
      </w:pPr>
      <w:r>
        <w:rPr>
          <w:rFonts w:ascii="EB Garamond" w:hAnsi="EB Garamond"/>
          <w:sz w:val="22"/>
        </w:rPr>
        <w:t>“I had a whole plan.”</w:t>
      </w:r>
    </w:p>
    <w:p>
      <w:pPr>
        <w:spacing w:before="0" w:after="0" w:line="264" w:lineRule="exact"/>
        <w:ind w:firstLine="0" w:left="0" w:right="0"/>
      </w:pPr>
      <w:r>
        <w:rPr>
          <w:rFonts w:ascii="EB Garamond" w:hAnsi="EB Garamond"/>
          <w:sz w:val="22"/>
        </w:rPr>
        <w:t>“You had a plan?”</w:t>
      </w:r>
    </w:p>
    <w:p>
      <w:pPr>
        <w:spacing w:before="0" w:after="0" w:line="264" w:lineRule="exact"/>
        <w:ind w:firstLine="0" w:left="0" w:right="0"/>
      </w:pPr>
      <w:r>
        <w:rPr>
          <w:rFonts w:ascii="EB Garamond" w:hAnsi="EB Garamond"/>
          <w:sz w:val="22"/>
        </w:rPr>
        <w:t>“Not anymore.”</w:t>
      </w:r>
    </w:p>
    <w:p>
      <w:pPr>
        <w:spacing w:before="0" w:after="0" w:line="264" w:lineRule="exact"/>
        <w:ind w:firstLine="0" w:left="0" w:right="0"/>
      </w:pPr>
      <w:r>
        <w:rPr>
          <w:rFonts w:ascii="EB Garamond" w:hAnsi="EB Garamond"/>
          <w:sz w:val="22"/>
        </w:rPr>
        <w:t>She laughed harder.</w:t>
      </w:r>
    </w:p>
    <w:p>
      <w:pPr>
        <w:spacing w:before="0" w:after="0" w:line="264" w:lineRule="exact"/>
        <w:ind w:firstLine="0" w:left="0" w:right="0"/>
      </w:pPr>
      <w:r>
        <w:rPr>
          <w:rFonts w:ascii="EB Garamond" w:hAnsi="EB Garamond"/>
          <w:sz w:val="22"/>
        </w:rPr>
        <w:t>He looked at her through his fingers.</w:t>
      </w:r>
    </w:p>
    <w:p>
      <w:pPr>
        <w:spacing w:before="0" w:after="0" w:line="264" w:lineRule="exact"/>
        <w:ind w:firstLine="0" w:left="0" w:right="0"/>
      </w:pPr>
      <w:r>
        <w:rPr>
          <w:rFonts w:ascii="EB Garamond" w:hAnsi="EB Garamond"/>
          <w:sz w:val="22"/>
        </w:rPr>
        <w:t>“You’re enjoying this too much.”</w:t>
      </w:r>
    </w:p>
    <w:p>
      <w:pPr>
        <w:spacing w:before="0" w:after="0" w:line="264" w:lineRule="exact"/>
        <w:ind w:firstLine="0" w:left="0" w:right="0"/>
      </w:pPr>
      <w:r>
        <w:rPr>
          <w:rFonts w:ascii="EB Garamond" w:hAnsi="EB Garamond"/>
          <w:sz w:val="22"/>
        </w:rPr>
        <w:t>“I really am.”</w:t>
      </w:r>
    </w:p>
    <w:p>
      <w:pPr>
        <w:spacing w:before="0" w:after="0" w:line="264" w:lineRule="exact"/>
        <w:ind w:firstLine="0" w:left="0" w:right="0"/>
      </w:pPr>
      <w:r>
        <w:rPr>
          <w:rFonts w:ascii="EB Garamond" w:hAnsi="EB Garamond"/>
          <w:sz w:val="22"/>
        </w:rPr>
        <w:t>“Great.”</w:t>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t>And suddenly she wasn’t wondering whether this was a date.</w:t>
      </w:r>
    </w:p>
    <w:p>
      <w:pPr>
        <w:spacing w:before="0" w:after="0" w:line="264" w:lineRule="exact"/>
        <w:ind w:firstLine="0" w:left="0" w:right="0"/>
      </w:pPr>
      <w:r>
        <w:rPr>
          <w:rFonts w:ascii="EB Garamond" w:hAnsi="EB Garamond"/>
          <w:sz w:val="22"/>
        </w:rPr>
        <w:t>It was.</w:t>
      </w:r>
    </w:p>
    <w:p>
      <w:pPr>
        <w:spacing w:before="0" w:after="0" w:line="264" w:lineRule="exact"/>
        <w:ind w:firstLine="0" w:left="0" w:right="0"/>
      </w:pPr>
      <w:r>
        <w:rPr>
          <w:rFonts w:ascii="EB Garamond" w:hAnsi="EB Garamond"/>
          <w:sz w:val="22"/>
        </w:rPr>
        <w:t>A painfully awkward, vanilla-latte, church-afterthought, Jeremiah-discussing date.</w:t>
      </w:r>
    </w:p>
    <w:p>
      <w:pPr>
        <w:spacing w:before="0" w:after="0" w:line="264" w:lineRule="exact"/>
        <w:ind w:firstLine="0" w:left="0" w:right="0"/>
      </w:pPr>
      <w:r>
        <w:rPr>
          <w:rFonts w:ascii="EB Garamond" w:hAnsi="EB Garamond"/>
          <w:sz w:val="22"/>
        </w:rPr>
        <w:t>And she liked it.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Monday morning Maddie was waiting at Elsie’s locker.</w:t>
      </w:r>
    </w:p>
    <w:p>
      <w:pPr>
        <w:spacing w:before="0" w:after="0" w:line="264" w:lineRule="exact"/>
        <w:ind w:firstLine="0" w:left="0" w:right="0"/>
      </w:pPr>
      <w:r>
        <w:rPr>
          <w:rFonts w:ascii="EB Garamond" w:hAnsi="EB Garamond"/>
          <w:sz w:val="22"/>
        </w:rPr>
        <w:t>That was suspicious.</w:t>
      </w:r>
    </w:p>
    <w:p>
      <w:pPr>
        <w:spacing w:before="0" w:after="0" w:line="264" w:lineRule="exact"/>
        <w:ind w:firstLine="0" w:left="0" w:right="0"/>
      </w:pPr>
      <w:r>
        <w:rPr>
          <w:rFonts w:ascii="EB Garamond" w:hAnsi="EB Garamond"/>
          <w:sz w:val="22"/>
        </w:rPr>
        <w:t>Maddie was never early.</w:t>
      </w:r>
    </w:p>
    <w:p>
      <w:pPr>
        <w:spacing w:before="0" w:after="0" w:line="264" w:lineRule="exact"/>
        <w:ind w:firstLine="0" w:left="0" w:right="0"/>
      </w:pPr>
      <w:r>
        <w:rPr>
          <w:rFonts w:ascii="EB Garamond" w:hAnsi="EB Garamond"/>
          <w:sz w:val="22"/>
        </w:rPr>
        <w:t>Elsie approached carefully.</w:t>
      </w:r>
    </w:p>
    <w:p>
      <w:pPr>
        <w:spacing w:before="0" w:after="0" w:line="264" w:lineRule="exact"/>
        <w:ind w:firstLine="0" w:left="0" w:right="0"/>
      </w:pPr>
      <w:r>
        <w:rPr>
          <w:rFonts w:ascii="EB Garamond" w:hAnsi="EB Garamond"/>
          <w:sz w:val="22"/>
        </w:rPr>
        <w:t>“Who died?”</w:t>
      </w:r>
    </w:p>
    <w:p>
      <w:pPr>
        <w:spacing w:before="0" w:after="0" w:line="264" w:lineRule="exact"/>
        <w:ind w:firstLine="0" w:left="0" w:right="0"/>
      </w:pPr>
      <w:r>
        <w:rPr>
          <w:rFonts w:ascii="EB Garamond" w:hAnsi="EB Garamond"/>
          <w:sz w:val="22"/>
        </w:rPr>
        <w:t>Maddie stared at her.</w:t>
      </w:r>
    </w:p>
    <w:p>
      <w:pPr>
        <w:spacing w:before="0" w:after="0" w:line="264" w:lineRule="exact"/>
        <w:ind w:firstLine="0" w:left="0" w:right="0"/>
      </w:pPr>
      <w:r>
        <w:rPr>
          <w:rFonts w:ascii="EB Garamond" w:hAnsi="EB Garamond"/>
          <w:sz w:val="22"/>
        </w:rPr>
        <w:t>“You went out with Mason.”</w:t>
      </w:r>
    </w:p>
    <w:p>
      <w:pPr>
        <w:spacing w:before="0" w:after="0" w:line="264" w:lineRule="exact"/>
        <w:ind w:firstLine="0" w:left="0" w:right="0"/>
      </w:pPr>
      <w:r>
        <w:rPr>
          <w:rFonts w:ascii="EB Garamond" w:hAnsi="EB Garamond"/>
          <w:sz w:val="22"/>
        </w:rPr>
        <w:t>Elsie stopped.</w:t>
      </w:r>
    </w:p>
    <w:p>
      <w:pPr>
        <w:spacing w:before="0" w:after="0" w:line="264" w:lineRule="exact"/>
        <w:ind w:firstLine="0" w:left="0" w:right="0"/>
      </w:pPr>
      <w:r>
        <w:rPr>
          <w:rFonts w:ascii="EB Garamond" w:hAnsi="EB Garamond"/>
          <w:sz w:val="22"/>
        </w:rPr>
        <w:t>“How do you know?”</w:t>
      </w:r>
    </w:p>
    <w:p>
      <w:pPr>
        <w:spacing w:before="0" w:after="0" w:line="264" w:lineRule="exact"/>
        <w:ind w:firstLine="0" w:left="0" w:right="0"/>
      </w:pPr>
      <w:r>
        <w:rPr>
          <w:rFonts w:ascii="EB Garamond" w:hAnsi="EB Garamond"/>
          <w:sz w:val="22"/>
        </w:rPr>
        <w:t>“Are you serious?”</w:t>
      </w:r>
    </w:p>
    <w:p>
      <w:pPr>
        <w:spacing w:before="0" w:after="0" w:line="264" w:lineRule="exact"/>
        <w:ind w:firstLine="0" w:left="0" w:right="0"/>
      </w:pPr>
      <w:r>
        <w:rPr>
          <w:rFonts w:ascii="EB Garamond" w:hAnsi="EB Garamond"/>
          <w:sz w:val="22"/>
        </w:rPr>
        <w:t>“Yes.”</w:t>
      </w:r>
    </w:p>
    <w:p>
      <w:pPr>
        <w:spacing w:before="0" w:after="0" w:line="264" w:lineRule="exact"/>
        <w:ind w:firstLine="0" w:left="0" w:right="0"/>
      </w:pPr>
      <w:r>
        <w:rPr>
          <w:rFonts w:ascii="EB Garamond" w:hAnsi="EB Garamond"/>
          <w:sz w:val="22"/>
        </w:rPr>
        <w:t>“He told Tyler.”</w:t>
      </w:r>
    </w:p>
    <w:p>
      <w:pPr>
        <w:spacing w:before="0" w:after="0" w:line="264" w:lineRule="exact"/>
        <w:ind w:firstLine="0" w:left="0" w:right="0"/>
      </w:pPr>
      <w:r>
        <w:rPr>
          <w:rFonts w:ascii="EB Garamond" w:hAnsi="EB Garamond"/>
          <w:sz w:val="22"/>
        </w:rPr>
        <w:t>Elsie closed her locker.</w:t>
      </w:r>
    </w:p>
    <w:p>
      <w:pPr>
        <w:spacing w:before="0" w:after="0" w:line="264" w:lineRule="exact"/>
        <w:ind w:firstLine="0" w:left="0" w:right="0"/>
      </w:pPr>
      <w:r>
        <w:rPr>
          <w:rFonts w:ascii="EB Garamond" w:hAnsi="EB Garamond"/>
          <w:sz w:val="22"/>
        </w:rPr>
        <w:t>“Why would he tell Tyler?”</w:t>
      </w:r>
    </w:p>
    <w:p>
      <w:pPr>
        <w:spacing w:before="0" w:after="0" w:line="264" w:lineRule="exact"/>
        <w:ind w:firstLine="0" w:left="0" w:right="0"/>
      </w:pPr>
      <w:r>
        <w:rPr>
          <w:rFonts w:ascii="EB Garamond" w:hAnsi="EB Garamond"/>
          <w:sz w:val="22"/>
        </w:rPr>
        <w:t>“Because they’re friends?”</w:t>
      </w:r>
    </w:p>
    <w:p>
      <w:pPr>
        <w:spacing w:before="0" w:after="0" w:line="264" w:lineRule="exact"/>
        <w:ind w:firstLine="0" w:left="0" w:right="0"/>
      </w:pPr>
      <w:r>
        <w:rPr>
          <w:rFonts w:ascii="EB Garamond" w:hAnsi="EB Garamond"/>
          <w:sz w:val="22"/>
        </w:rPr>
        <w:t>“No. I mean why would he tell him?”</w:t>
      </w:r>
    </w:p>
    <w:p>
      <w:pPr>
        <w:spacing w:before="0" w:after="0" w:line="264" w:lineRule="exact"/>
        <w:ind w:firstLine="0" w:left="0" w:right="0"/>
      </w:pPr>
      <w:r>
        <w:rPr>
          <w:rFonts w:ascii="EB Garamond" w:hAnsi="EB Garamond"/>
          <w:sz w:val="22"/>
        </w:rPr>
        <w:t>Maddie stared.</w:t>
      </w:r>
    </w:p>
    <w:p>
      <w:pPr>
        <w:spacing w:before="0" w:after="0" w:line="264" w:lineRule="exact"/>
        <w:ind w:firstLine="0" w:left="0" w:right="0"/>
      </w:pPr>
      <w:r>
        <w:rPr>
          <w:rFonts w:ascii="EB Garamond" w:hAnsi="EB Garamond"/>
          <w:sz w:val="22"/>
        </w:rPr>
        <w:t>“Because he likes you?”</w:t>
      </w:r>
    </w:p>
    <w:p>
      <w:pPr>
        <w:spacing w:before="0" w:after="0" w:line="264" w:lineRule="exact"/>
        <w:ind w:firstLine="0" w:left="0" w:right="0"/>
      </w:pPr>
      <w:r>
        <w:rPr>
          <w:rFonts w:ascii="EB Garamond" w:hAnsi="EB Garamond"/>
          <w:sz w:val="22"/>
        </w:rPr>
        <w:t>Elsie felt the smile before she could stop it.</w:t>
      </w:r>
    </w:p>
    <w:p>
      <w:pPr>
        <w:spacing w:before="0" w:after="0" w:line="264" w:lineRule="exact"/>
        <w:ind w:firstLine="0" w:left="0" w:right="0"/>
      </w:pPr>
      <w:r>
        <w:rPr>
          <w:rFonts w:ascii="EB Garamond" w:hAnsi="EB Garamond"/>
          <w:sz w:val="22"/>
        </w:rPr>
        <w:t>Maddie screamed.</w:t>
      </w:r>
    </w:p>
    <w:p>
      <w:pPr>
        <w:spacing w:before="0" w:after="0" w:line="264" w:lineRule="exact"/>
        <w:ind w:firstLine="0" w:left="0" w:right="0"/>
      </w:pPr>
      <w:r>
        <w:rPr>
          <w:rFonts w:ascii="EB Garamond" w:hAnsi="EB Garamond"/>
          <w:sz w:val="22"/>
        </w:rPr>
        <w:t>Not loudly.</w:t>
      </w:r>
    </w:p>
    <w:p>
      <w:pPr>
        <w:spacing w:before="0" w:after="0" w:line="264" w:lineRule="exact"/>
        <w:ind w:firstLine="0" w:left="0" w:right="0"/>
      </w:pPr>
      <w:r>
        <w:rPr>
          <w:rFonts w:ascii="EB Garamond" w:hAnsi="EB Garamond"/>
          <w:sz w:val="22"/>
        </w:rPr>
        <w:t>But loudly enough that two freshmen looked over.</w:t>
      </w:r>
    </w:p>
    <w:p>
      <w:pPr>
        <w:spacing w:before="0" w:after="0" w:line="264" w:lineRule="exact"/>
        <w:ind w:firstLine="0" w:left="0" w:right="0"/>
      </w:pPr>
      <w:r>
        <w:rPr>
          <w:rFonts w:ascii="EB Garamond" w:hAnsi="EB Garamond"/>
          <w:sz w:val="22"/>
        </w:rPr>
        <w:t>“Stop.”</w:t>
      </w:r>
    </w:p>
    <w:p>
      <w:pPr>
        <w:spacing w:before="0" w:after="0" w:line="264" w:lineRule="exact"/>
        <w:ind w:firstLine="0" w:left="0" w:right="0"/>
      </w:pPr>
      <w:r>
        <w:rPr>
          <w:rFonts w:ascii="EB Garamond" w:hAnsi="EB Garamond"/>
          <w:sz w:val="22"/>
        </w:rPr>
        <w:t>“You like him!”</w:t>
      </w:r>
    </w:p>
    <w:p>
      <w:pPr>
        <w:spacing w:before="0" w:after="0" w:line="264" w:lineRule="exact"/>
        <w:ind w:firstLine="0" w:left="0" w:right="0"/>
      </w:pPr>
      <w:r>
        <w:rPr>
          <w:rFonts w:ascii="EB Garamond" w:hAnsi="EB Garamond"/>
          <w:sz w:val="22"/>
        </w:rPr>
        <w:t>“Quiet.”</w:t>
      </w:r>
    </w:p>
    <w:p>
      <w:pPr>
        <w:spacing w:before="0" w:after="0" w:line="264" w:lineRule="exact"/>
        <w:ind w:firstLine="0" w:left="0" w:right="0"/>
      </w:pPr>
      <w:r>
        <w:rPr>
          <w:rFonts w:ascii="EB Garamond" w:hAnsi="EB Garamond"/>
          <w:sz w:val="22"/>
        </w:rPr>
        <w:t>“Oh my God.”</w:t>
      </w:r>
    </w:p>
    <w:p>
      <w:pPr>
        <w:spacing w:before="0" w:after="0" w:line="264" w:lineRule="exact"/>
        <w:ind w:firstLine="0" w:left="0" w:right="0"/>
      </w:pPr>
      <w:r>
        <w:rPr>
          <w:rFonts w:ascii="EB Garamond" w:hAnsi="EB Garamond"/>
          <w:sz w:val="22"/>
        </w:rPr>
        <w:t>“Maddie.”</w:t>
      </w:r>
    </w:p>
    <w:p>
      <w:pPr>
        <w:spacing w:before="0" w:after="0" w:line="264" w:lineRule="exact"/>
        <w:ind w:firstLine="0" w:left="0" w:right="0"/>
      </w:pPr>
      <w:r>
        <w:rPr>
          <w:rFonts w:ascii="EB Garamond" w:hAnsi="EB Garamond"/>
          <w:sz w:val="22"/>
        </w:rPr>
        <w:t>“This is huge.”</w:t>
      </w:r>
    </w:p>
    <w:p>
      <w:pPr>
        <w:spacing w:before="0" w:after="0" w:line="264" w:lineRule="exact"/>
        <w:ind w:firstLine="0" w:left="0" w:right="0"/>
      </w:pPr>
      <w:r>
        <w:rPr>
          <w:rFonts w:ascii="EB Garamond" w:hAnsi="EB Garamond"/>
          <w:sz w:val="22"/>
        </w:rPr>
        <w:t>“It was coffee.”</w:t>
      </w:r>
    </w:p>
    <w:p>
      <w:pPr>
        <w:spacing w:before="0" w:after="0" w:line="264" w:lineRule="exact"/>
        <w:ind w:firstLine="0" w:left="0" w:right="0"/>
      </w:pPr>
      <w:r>
        <w:rPr>
          <w:rFonts w:ascii="EB Garamond" w:hAnsi="EB Garamond"/>
          <w:sz w:val="22"/>
        </w:rPr>
        <w:t>“It was a date.”</w:t>
      </w:r>
    </w:p>
    <w:p>
      <w:pPr>
        <w:spacing w:before="0" w:after="0" w:line="264" w:lineRule="exact"/>
        <w:ind w:firstLine="0" w:left="0" w:right="0"/>
      </w:pPr>
      <w:r>
        <w:rPr>
          <w:rFonts w:ascii="EB Garamond" w:hAnsi="EB Garamond"/>
          <w:sz w:val="22"/>
        </w:rPr>
        <w:t>“I know.”</w:t>
      </w:r>
    </w:p>
    <w:p>
      <w:pPr>
        <w:spacing w:before="0" w:after="0" w:line="264" w:lineRule="exact"/>
        <w:ind w:firstLine="0" w:left="0" w:right="0"/>
      </w:pPr>
      <w:r>
        <w:rPr>
          <w:rFonts w:ascii="EB Garamond" w:hAnsi="EB Garamond"/>
          <w:sz w:val="22"/>
        </w:rPr>
        <w:t>Maddie’s mouth fell open.</w:t>
      </w:r>
    </w:p>
    <w:p>
      <w:pPr>
        <w:spacing w:before="0" w:after="0" w:line="264" w:lineRule="exact"/>
        <w:ind w:firstLine="0" w:left="0" w:right="0"/>
      </w:pPr>
      <w:r>
        <w:rPr>
          <w:rFonts w:ascii="EB Garamond" w:hAnsi="EB Garamond"/>
          <w:sz w:val="22"/>
        </w:rPr>
        <w:t>“You admit it?”</w:t>
      </w:r>
    </w:p>
    <w:p>
      <w:pPr>
        <w:spacing w:before="0" w:after="0" w:line="264" w:lineRule="exact"/>
        <w:ind w:firstLine="0" w:left="0" w:right="0"/>
      </w:pPr>
      <w:r>
        <w:rPr>
          <w:rFonts w:ascii="EB Garamond" w:hAnsi="EB Garamond"/>
          <w:sz w:val="22"/>
        </w:rPr>
        <w:t>“I think it was.”</w:t>
      </w:r>
    </w:p>
    <w:p>
      <w:pPr>
        <w:spacing w:before="0" w:after="0" w:line="264" w:lineRule="exact"/>
        <w:ind w:firstLine="0" w:left="0" w:right="0"/>
      </w:pPr>
      <w:r>
        <w:rPr>
          <w:rFonts w:ascii="EB Garamond" w:hAnsi="EB Garamond"/>
          <w:sz w:val="22"/>
        </w:rPr>
        <w:t>“You think?!”</w:t>
      </w:r>
    </w:p>
    <w:p>
      <w:pPr>
        <w:spacing w:before="0" w:after="0" w:line="264" w:lineRule="exact"/>
        <w:ind w:firstLine="0" w:left="0" w:right="0"/>
      </w:pPr>
      <w:r>
        <w:rPr>
          <w:rFonts w:ascii="EB Garamond" w:hAnsi="EB Garamond"/>
          <w:sz w:val="22"/>
        </w:rPr>
        <w:t>“He said we were awkwardly figuring out whether we liked each other.”</w:t>
      </w:r>
    </w:p>
    <w:p>
      <w:pPr>
        <w:spacing w:before="0" w:after="0" w:line="264" w:lineRule="exact"/>
        <w:ind w:firstLine="0" w:left="0" w:right="0"/>
      </w:pPr>
      <w:r>
        <w:rPr>
          <w:rFonts w:ascii="EB Garamond" w:hAnsi="EB Garamond"/>
          <w:sz w:val="22"/>
        </w:rPr>
        <w:t>Maddie grabbed Elsie’s arm.</w:t>
      </w:r>
    </w:p>
    <w:p>
      <w:pPr>
        <w:spacing w:before="0" w:after="0" w:line="264" w:lineRule="exact"/>
        <w:ind w:firstLine="0" w:left="0" w:right="0"/>
      </w:pPr>
      <w:r>
        <w:rPr>
          <w:rFonts w:ascii="EB Garamond" w:hAnsi="EB Garamond"/>
          <w:sz w:val="22"/>
        </w:rPr>
        <w:t>“He SAID THAT?”</w:t>
      </w:r>
    </w:p>
    <w:p>
      <w:pPr>
        <w:spacing w:before="0" w:after="0" w:line="264" w:lineRule="exact"/>
        <w:ind w:firstLine="0" w:left="0" w:right="0"/>
      </w:pPr>
      <w:r>
        <w:rPr>
          <w:rFonts w:ascii="EB Garamond" w:hAnsi="EB Garamond"/>
          <w:sz w:val="22"/>
        </w:rPr>
        <w:t>“Not exactly.”</w:t>
      </w:r>
    </w:p>
    <w:p>
      <w:pPr>
        <w:spacing w:before="0" w:after="0" w:line="264" w:lineRule="exact"/>
        <w:ind w:firstLine="0" w:left="0" w:right="0"/>
      </w:pPr>
      <w:r>
        <w:rPr>
          <w:rFonts w:ascii="EB Garamond" w:hAnsi="EB Garamond"/>
          <w:sz w:val="22"/>
        </w:rPr>
        <w:t>“Elsie.”</w:t>
      </w:r>
    </w:p>
    <w:p>
      <w:pPr>
        <w:spacing w:before="0" w:after="0" w:line="264" w:lineRule="exact"/>
        <w:ind w:firstLine="0" w:left="0" w:right="0"/>
      </w:pPr>
      <w:r>
        <w:rPr>
          <w:rFonts w:ascii="EB Garamond" w:hAnsi="EB Garamond"/>
          <w:sz w:val="22"/>
        </w:rPr>
        <w:t>“Basically.”</w:t>
      </w:r>
    </w:p>
    <w:p>
      <w:pPr>
        <w:spacing w:before="0" w:after="0" w:line="264" w:lineRule="exact"/>
        <w:ind w:firstLine="0" w:left="0" w:right="0"/>
      </w:pPr>
      <w:r>
        <w:rPr>
          <w:rFonts w:ascii="EB Garamond" w:hAnsi="EB Garamond"/>
          <w:sz w:val="22"/>
        </w:rPr>
        <w:t>Maddie was vibrating.</w:t>
      </w:r>
    </w:p>
    <w:p>
      <w:pPr>
        <w:spacing w:before="0" w:after="0" w:line="264" w:lineRule="exact"/>
        <w:ind w:firstLine="0" w:left="0" w:right="0"/>
      </w:pPr>
      <w:r>
        <w:rPr>
          <w:rFonts w:ascii="EB Garamond" w:hAnsi="EB Garamond"/>
          <w:sz w:val="22"/>
        </w:rPr>
        <w:t>For a moment, everything felt normal.</w:t>
      </w:r>
    </w:p>
    <w:p>
      <w:pPr>
        <w:spacing w:before="0" w:after="0" w:line="264" w:lineRule="exact"/>
        <w:ind w:firstLine="0" w:left="0" w:right="0"/>
      </w:pPr>
      <w:r>
        <w:rPr>
          <w:rFonts w:ascii="EB Garamond" w:hAnsi="EB Garamond"/>
          <w:sz w:val="22"/>
        </w:rPr>
        <w:t>Easy.</w:t>
      </w:r>
    </w:p>
    <w:p>
      <w:pPr>
        <w:spacing w:before="0" w:after="0" w:line="264" w:lineRule="exact"/>
        <w:ind w:firstLine="0" w:left="0" w:right="0"/>
      </w:pPr>
      <w:r>
        <w:rPr>
          <w:rFonts w:ascii="EB Garamond" w:hAnsi="EB Garamond"/>
          <w:sz w:val="22"/>
        </w:rPr>
        <w:t>This was the Maddie Elsie loved.</w:t>
      </w:r>
    </w:p>
    <w:p>
      <w:pPr>
        <w:spacing w:before="0" w:after="0" w:line="264" w:lineRule="exact"/>
        <w:ind w:firstLine="0" w:left="0" w:right="0"/>
      </w:pPr>
      <w:r>
        <w:rPr>
          <w:rFonts w:ascii="EB Garamond" w:hAnsi="EB Garamond"/>
          <w:sz w:val="22"/>
        </w:rPr>
        <w:t>The one who had slept beside her on the floor after Elsie’s parents wouldn’t let them camp outside in seventh grade.</w:t>
      </w:r>
    </w:p>
    <w:p>
      <w:pPr>
        <w:spacing w:before="0" w:after="0" w:line="264" w:lineRule="exact"/>
        <w:ind w:firstLine="0" w:left="0" w:right="0"/>
      </w:pPr>
      <w:r>
        <w:rPr>
          <w:rFonts w:ascii="EB Garamond" w:hAnsi="EB Garamond"/>
          <w:sz w:val="22"/>
        </w:rPr>
        <w:t>The one who knew Elsie hated grape-flavored anything.</w:t>
      </w:r>
    </w:p>
    <w:p>
      <w:pPr>
        <w:spacing w:before="0" w:after="0" w:line="264" w:lineRule="exact"/>
        <w:ind w:firstLine="0" w:left="0" w:right="0"/>
      </w:pPr>
      <w:r>
        <w:rPr>
          <w:rFonts w:ascii="EB Garamond" w:hAnsi="EB Garamond"/>
          <w:sz w:val="22"/>
        </w:rPr>
        <w:t>The one who had held her hand before her first high school presentation because Elsie thought she was going to throw up.</w:t>
      </w:r>
    </w:p>
    <w:p>
      <w:pPr>
        <w:spacing w:before="0" w:after="0" w:line="264" w:lineRule="exact"/>
        <w:ind w:firstLine="0" w:left="0" w:right="0"/>
      </w:pPr>
      <w:r>
        <w:rPr>
          <w:rFonts w:ascii="EB Garamond" w:hAnsi="EB Garamond"/>
          <w:sz w:val="22"/>
        </w:rPr>
        <w:t>The one who could make Elsie laugh until she couldn’t breathe.</w:t>
      </w:r>
    </w:p>
    <w:p>
      <w:pPr>
        <w:spacing w:before="0" w:after="0" w:line="264" w:lineRule="exact"/>
        <w:ind w:firstLine="0" w:left="0" w:right="0"/>
      </w:pPr>
      <w:r>
        <w:rPr>
          <w:rFonts w:ascii="EB Garamond" w:hAnsi="EB Garamond"/>
          <w:sz w:val="22"/>
        </w:rPr>
        <w:t>Then Maddie said, “So are we just ignoring your spiritual awakening?”</w:t>
      </w:r>
    </w:p>
    <w:p>
      <w:pPr>
        <w:spacing w:before="0" w:after="0" w:line="264" w:lineRule="exact"/>
        <w:ind w:firstLine="0" w:left="0" w:right="0"/>
      </w:pPr>
      <w:r>
        <w:rPr>
          <w:rFonts w:ascii="EB Garamond" w:hAnsi="EB Garamond"/>
          <w:sz w:val="22"/>
        </w:rPr>
        <w:t>Elsie’s smile faded slowly.</w:t>
      </w:r>
    </w:p>
    <w:p>
      <w:pPr>
        <w:spacing w:before="0" w:after="0" w:line="264" w:lineRule="exact"/>
        <w:ind w:firstLine="0" w:left="0" w:right="0"/>
      </w:pPr>
      <w:r>
        <w:rPr>
          <w:rFonts w:ascii="EB Garamond" w:hAnsi="EB Garamond"/>
          <w:sz w:val="22"/>
        </w:rPr>
        <w:t>“My what?”</w:t>
      </w:r>
    </w:p>
    <w:p>
      <w:pPr>
        <w:spacing w:before="0" w:after="0" w:line="264" w:lineRule="exact"/>
        <w:ind w:firstLine="0" w:left="0" w:right="0"/>
      </w:pPr>
      <w:r>
        <w:rPr>
          <w:rFonts w:ascii="EB Garamond" w:hAnsi="EB Garamond"/>
          <w:sz w:val="22"/>
        </w:rPr>
        <w:t>Maddie laughed.</w:t>
      </w:r>
    </w:p>
    <w:p>
      <w:pPr>
        <w:spacing w:before="0" w:after="0" w:line="264" w:lineRule="exact"/>
        <w:ind w:firstLine="0" w:left="0" w:right="0"/>
      </w:pPr>
      <w:r>
        <w:rPr>
          <w:rFonts w:ascii="EB Garamond" w:hAnsi="EB Garamond"/>
          <w:sz w:val="22"/>
        </w:rPr>
        <w:t>“The Nora thing.”</w:t>
      </w:r>
    </w:p>
    <w:p>
      <w:pPr>
        <w:spacing w:before="0" w:after="0" w:line="264" w:lineRule="exact"/>
        <w:ind w:firstLine="0" w:left="0" w:right="0"/>
      </w:pPr>
      <w:r>
        <w:rPr>
          <w:rFonts w:ascii="EB Garamond" w:hAnsi="EB Garamond"/>
          <w:sz w:val="22"/>
        </w:rPr>
        <w:t>“Oh my gosh.”</w:t>
      </w:r>
    </w:p>
    <w:p>
      <w:pPr>
        <w:spacing w:before="0" w:after="0" w:line="264" w:lineRule="exact"/>
        <w:ind w:firstLine="0" w:left="0" w:right="0"/>
      </w:pPr>
      <w:r>
        <w:rPr>
          <w:rFonts w:ascii="EB Garamond" w:hAnsi="EB Garamond"/>
          <w:sz w:val="22"/>
        </w:rPr>
        <w:t>“I’m kidding.”</w:t>
      </w:r>
    </w:p>
    <w:p>
      <w:pPr>
        <w:spacing w:before="0" w:after="0" w:line="264" w:lineRule="exact"/>
        <w:ind w:firstLine="0" w:left="0" w:right="0"/>
      </w:pPr>
      <w:r>
        <w:rPr>
          <w:rFonts w:ascii="EB Garamond" w:hAnsi="EB Garamond"/>
          <w:sz w:val="22"/>
        </w:rPr>
        <w:t>“You keep saying that.”</w:t>
      </w:r>
    </w:p>
    <w:p>
      <w:pPr>
        <w:spacing w:before="0" w:after="0" w:line="264" w:lineRule="exact"/>
        <w:ind w:firstLine="0" w:left="0" w:right="0"/>
      </w:pPr>
      <w:r>
        <w:rPr>
          <w:rFonts w:ascii="EB Garamond" w:hAnsi="EB Garamond"/>
          <w:sz w:val="22"/>
        </w:rPr>
        <w:t>“Because I am kidding.”</w:t>
      </w:r>
    </w:p>
    <w:p>
      <w:pPr>
        <w:spacing w:before="0" w:after="0" w:line="264" w:lineRule="exact"/>
        <w:ind w:firstLine="0" w:left="0" w:right="0"/>
      </w:pPr>
      <w:r>
        <w:rPr>
          <w:rFonts w:ascii="EB Garamond" w:hAnsi="EB Garamond"/>
          <w:sz w:val="22"/>
        </w:rPr>
        <w:t>“I know.”</w:t>
      </w:r>
    </w:p>
    <w:p>
      <w:pPr>
        <w:spacing w:before="0" w:after="0" w:line="264" w:lineRule="exact"/>
        <w:ind w:firstLine="0" w:left="0" w:right="0"/>
      </w:pPr>
      <w:r>
        <w:rPr>
          <w:rFonts w:ascii="EB Garamond" w:hAnsi="EB Garamond"/>
          <w:sz w:val="22"/>
        </w:rPr>
        <w:t>Maddie looked at her.</w:t>
      </w:r>
    </w:p>
    <w:p>
      <w:pPr>
        <w:spacing w:before="0" w:after="0" w:line="264" w:lineRule="exact"/>
        <w:ind w:firstLine="0" w:left="0" w:right="0"/>
      </w:pPr>
      <w:r>
        <w:rPr>
          <w:rFonts w:ascii="EB Garamond" w:hAnsi="EB Garamond"/>
          <w:sz w:val="22"/>
        </w:rPr>
        <w:t>“Are you mad?”</w:t>
      </w:r>
    </w:p>
    <w:p>
      <w:pPr>
        <w:spacing w:before="0" w:after="0" w:line="264" w:lineRule="exact"/>
        <w:ind w:firstLine="0" w:left="0" w:right="0"/>
      </w:pPr>
      <w:r>
        <w:rPr>
          <w:rFonts w:ascii="EB Garamond" w:hAnsi="EB Garamond"/>
          <w:sz w:val="22"/>
        </w:rPr>
        <w:t>“No.”</w:t>
      </w:r>
    </w:p>
    <w:p>
      <w:pPr>
        <w:spacing w:before="0" w:after="0" w:line="264" w:lineRule="exact"/>
        <w:ind w:firstLine="0" w:left="0" w:right="0"/>
      </w:pPr>
      <w:r>
        <w:rPr>
          <w:rFonts w:ascii="EB Garamond" w:hAnsi="EB Garamond"/>
          <w:sz w:val="22"/>
        </w:rPr>
        <w:t>Fine Number Four.</w:t>
      </w:r>
    </w:p>
    <w:p>
      <w:pPr>
        <w:spacing w:before="0" w:after="0" w:line="264" w:lineRule="exact"/>
        <w:ind w:firstLine="0" w:left="0" w:right="0"/>
      </w:pPr>
      <w:r>
        <w:rPr>
          <w:rFonts w:ascii="EB Garamond" w:hAnsi="EB Garamond"/>
          <w:sz w:val="22"/>
        </w:rPr>
        <w:t>Maddie’s face changed.</w:t>
      </w:r>
    </w:p>
    <w:p>
      <w:pPr>
        <w:spacing w:before="0" w:after="0" w:line="264" w:lineRule="exact"/>
        <w:ind w:firstLine="0" w:left="0" w:right="0"/>
      </w:pPr>
      <w:r>
        <w:rPr>
          <w:rFonts w:ascii="EB Garamond" w:hAnsi="EB Garamond"/>
          <w:sz w:val="22"/>
        </w:rPr>
        <w:t>“You are.”</w:t>
      </w:r>
    </w:p>
    <w:p>
      <w:pPr>
        <w:spacing w:before="0" w:after="0" w:line="264" w:lineRule="exact"/>
        <w:ind w:firstLine="0" w:left="0" w:right="0"/>
      </w:pPr>
      <w:r>
        <w:rPr>
          <w:rFonts w:ascii="EB Garamond" w:hAnsi="EB Garamond"/>
          <w:sz w:val="22"/>
        </w:rPr>
        <w:t>“I’m not.”</w:t>
      </w:r>
    </w:p>
    <w:p>
      <w:pPr>
        <w:spacing w:before="0" w:after="0" w:line="264" w:lineRule="exact"/>
        <w:ind w:firstLine="0" w:left="0" w:right="0"/>
      </w:pPr>
      <w:r>
        <w:rPr>
          <w:rFonts w:ascii="EB Garamond" w:hAnsi="EB Garamond"/>
          <w:sz w:val="22"/>
        </w:rPr>
        <w:t>“You do the voice.”</w:t>
      </w:r>
    </w:p>
    <w:p>
      <w:pPr>
        <w:spacing w:before="0" w:after="0" w:line="264" w:lineRule="exact"/>
        <w:ind w:firstLine="0" w:left="0" w:right="0"/>
      </w:pPr>
      <w:r>
        <w:rPr>
          <w:rFonts w:ascii="EB Garamond" w:hAnsi="EB Garamond"/>
          <w:sz w:val="22"/>
        </w:rPr>
        <w:t>“What voice?”</w:t>
      </w:r>
    </w:p>
    <w:p>
      <w:pPr>
        <w:spacing w:before="0" w:after="0" w:line="264" w:lineRule="exact"/>
        <w:ind w:firstLine="0" w:left="0" w:right="0"/>
      </w:pPr>
      <w:r>
        <w:rPr>
          <w:rFonts w:ascii="EB Garamond" w:hAnsi="EB Garamond"/>
          <w:sz w:val="22"/>
        </w:rPr>
        <w:t>“The I’m-not-mad-but-I’m-definitely-mad voice.”</w:t>
      </w:r>
    </w:p>
    <w:p>
      <w:pPr>
        <w:spacing w:before="0" w:after="0" w:line="264" w:lineRule="exact"/>
        <w:ind w:firstLine="0" w:left="0" w:right="0"/>
      </w:pPr>
      <w:r>
        <w:rPr>
          <w:rFonts w:ascii="EB Garamond" w:hAnsi="EB Garamond"/>
          <w:sz w:val="22"/>
        </w:rPr>
        <w:t>Elsie sighed.</w:t>
      </w:r>
    </w:p>
    <w:p>
      <w:pPr>
        <w:spacing w:before="0" w:after="0" w:line="264" w:lineRule="exact"/>
        <w:ind w:firstLine="0" w:left="0" w:right="0"/>
      </w:pPr>
      <w:r>
        <w:rPr>
          <w:rFonts w:ascii="EB Garamond" w:hAnsi="EB Garamond"/>
          <w:sz w:val="22"/>
        </w:rPr>
        <w:t>Students moved around them.</w:t>
      </w:r>
    </w:p>
    <w:p>
      <w:pPr>
        <w:spacing w:before="0" w:after="0" w:line="264" w:lineRule="exact"/>
        <w:ind w:firstLine="0" w:left="0" w:right="0"/>
      </w:pPr>
      <w:r>
        <w:rPr>
          <w:rFonts w:ascii="EB Garamond" w:hAnsi="EB Garamond"/>
          <w:sz w:val="22"/>
        </w:rPr>
        <w:t>Lockers slammed.</w:t>
      </w:r>
    </w:p>
    <w:p>
      <w:pPr>
        <w:spacing w:before="0" w:after="0" w:line="264" w:lineRule="exact"/>
        <w:ind w:firstLine="0" w:left="0" w:right="0"/>
      </w:pPr>
      <w:r>
        <w:rPr>
          <w:rFonts w:ascii="EB Garamond" w:hAnsi="EB Garamond"/>
          <w:sz w:val="22"/>
        </w:rPr>
        <w:t>Someone shouted down the hallway.</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Maddie leaned against the locker.</w:t>
      </w:r>
    </w:p>
    <w:p>
      <w:pPr>
        <w:spacing w:before="0" w:after="0" w:line="264" w:lineRule="exact"/>
        <w:ind w:firstLine="0" w:left="0" w:right="0"/>
      </w:pPr>
      <w:r>
        <w:rPr>
          <w:rFonts w:ascii="EB Garamond" w:hAnsi="EB Garamond"/>
          <w:sz w:val="22"/>
        </w:rPr>
        <w:t>“Do you want to go to her Bible study or something?”</w:t>
      </w:r>
    </w:p>
    <w:p>
      <w:pPr>
        <w:spacing w:before="0" w:after="0" w:line="264" w:lineRule="exact"/>
        <w:ind w:firstLine="0" w:left="0" w:right="0"/>
      </w:pPr>
      <w:r>
        <w:rPr>
          <w:rFonts w:ascii="EB Garamond" w:hAnsi="EB Garamond"/>
          <w:sz w:val="22"/>
        </w:rPr>
        <w:t>Elsie looked at her.</w:t>
      </w:r>
    </w:p>
    <w:p>
      <w:pPr>
        <w:spacing w:before="0" w:after="0" w:line="264" w:lineRule="exact"/>
        <w:ind w:firstLine="0" w:left="0" w:right="0"/>
      </w:pPr>
      <w:r>
        <w:rPr>
          <w:rFonts w:ascii="EB Garamond" w:hAnsi="EB Garamond"/>
          <w:sz w:val="22"/>
        </w:rPr>
        <w:t>There was no cruelty in the question.</w:t>
      </w:r>
    </w:p>
    <w:p>
      <w:pPr>
        <w:spacing w:before="0" w:after="0" w:line="264" w:lineRule="exact"/>
        <w:ind w:firstLine="0" w:left="0" w:right="0"/>
      </w:pPr>
      <w:r>
        <w:rPr>
          <w:rFonts w:ascii="EB Garamond" w:hAnsi="EB Garamond"/>
          <w:sz w:val="22"/>
        </w:rPr>
        <w:t>That almost made it harder.</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“Okay.”</w:t>
      </w:r>
    </w:p>
    <w:p>
      <w:pPr>
        <w:spacing w:before="0" w:after="0" w:line="264" w:lineRule="exact"/>
        <w:ind w:firstLine="0" w:left="0" w:right="0"/>
      </w:pPr>
      <w:r>
        <w:rPr>
          <w:rFonts w:ascii="EB Garamond" w:hAnsi="EB Garamond"/>
          <w:sz w:val="22"/>
        </w:rPr>
        <w:t>“Would it be weird if I did?”</w:t>
      </w:r>
    </w:p>
    <w:p>
      <w:pPr>
        <w:spacing w:before="0" w:after="0" w:line="264" w:lineRule="exact"/>
        <w:ind w:firstLine="0" w:left="0" w:right="0"/>
      </w:pPr>
      <w:r>
        <w:rPr>
          <w:rFonts w:ascii="EB Garamond" w:hAnsi="EB Garamond"/>
          <w:sz w:val="22"/>
        </w:rPr>
        <w:t>Maddie hesitated.</w:t>
      </w:r>
    </w:p>
    <w:p>
      <w:pPr>
        <w:spacing w:before="0" w:after="0" w:line="264" w:lineRule="exact"/>
        <w:ind w:firstLine="0" w:left="0" w:right="0"/>
      </w:pPr>
      <w:r>
        <w:rPr>
          <w:rFonts w:ascii="EB Garamond" w:hAnsi="EB Garamond"/>
          <w:sz w:val="22"/>
        </w:rPr>
        <w:t>There.</w:t>
      </w:r>
    </w:p>
    <w:p>
      <w:pPr>
        <w:spacing w:before="0" w:after="0" w:line="264" w:lineRule="exact"/>
        <w:ind w:firstLine="0" w:left="0" w:right="0"/>
      </w:pPr>
      <w:r>
        <w:rPr>
          <w:rFonts w:ascii="EB Garamond" w:hAnsi="EB Garamond"/>
          <w:sz w:val="22"/>
        </w:rPr>
        <w:t>Elsie saw it.</w:t>
      </w:r>
    </w:p>
    <w:p>
      <w:pPr>
        <w:spacing w:before="0" w:after="0" w:line="264" w:lineRule="exact"/>
        <w:ind w:firstLine="0" w:left="0" w:right="0"/>
      </w:pPr>
      <w:r>
        <w:rPr>
          <w:rFonts w:ascii="EB Garamond" w:hAnsi="EB Garamond"/>
          <w:sz w:val="22"/>
        </w:rPr>
        <w:t>Tiny.</w:t>
      </w:r>
    </w:p>
    <w:p>
      <w:pPr>
        <w:spacing w:before="0" w:after="0" w:line="264" w:lineRule="exact"/>
        <w:ind w:firstLine="0" w:left="0" w:right="0"/>
      </w:pPr>
      <w:r>
        <w:rPr>
          <w:rFonts w:ascii="EB Garamond" w:hAnsi="EB Garamond"/>
          <w:sz w:val="22"/>
        </w:rPr>
        <w:t>Barely a second.</w:t>
      </w:r>
    </w:p>
    <w:p>
      <w:pPr>
        <w:spacing w:before="0" w:after="0" w:line="264" w:lineRule="exact"/>
        <w:ind w:firstLine="0" w:left="0" w:right="0"/>
      </w:pPr>
      <w:r>
        <w:rPr>
          <w:rFonts w:ascii="EB Garamond" w:hAnsi="EB Garamond"/>
          <w:sz w:val="22"/>
        </w:rPr>
        <w:t>But she saw it.</w:t>
      </w:r>
    </w:p>
    <w:p>
      <w:pPr>
        <w:spacing w:before="0" w:after="0" w:line="264" w:lineRule="exact"/>
        <w:ind w:firstLine="0" w:left="0" w:right="0"/>
      </w:pPr>
      <w:r>
        <w:rPr>
          <w:rFonts w:ascii="EB Garamond" w:hAnsi="EB Garamond"/>
          <w:sz w:val="22"/>
        </w:rPr>
        <w:t>“A little,” Maddie admitted.</w:t>
      </w:r>
    </w:p>
    <w:p>
      <w:pPr>
        <w:spacing w:before="0" w:after="0" w:line="264" w:lineRule="exact"/>
        <w:ind w:firstLine="0" w:left="0" w:right="0"/>
      </w:pPr>
      <w:r>
        <w:rPr>
          <w:rFonts w:ascii="EB Garamond" w:hAnsi="EB Garamond"/>
          <w:sz w:val="22"/>
        </w:rPr>
        <w:t>Elsie’s stomach sank.</w:t>
      </w:r>
    </w:p>
    <w:p>
      <w:pPr>
        <w:spacing w:before="0" w:after="0" w:line="264" w:lineRule="exact"/>
        <w:ind w:firstLine="0" w:left="0" w:right="0"/>
      </w:pPr>
      <w:r>
        <w:rPr>
          <w:rFonts w:ascii="EB Garamond" w:hAnsi="EB Garamond"/>
          <w:sz w:val="22"/>
        </w:rPr>
        <w:t>“But who cares?”</w:t>
      </w:r>
    </w:p>
    <w:p>
      <w:pPr>
        <w:spacing w:before="0" w:after="0" w:line="264" w:lineRule="exact"/>
        <w:ind w:firstLine="0" w:left="0" w:right="0"/>
      </w:pPr>
      <w:r>
        <w:rPr>
          <w:rFonts w:ascii="EB Garamond" w:hAnsi="EB Garamond"/>
          <w:sz w:val="22"/>
        </w:rPr>
        <w:t>“You do.”</w:t>
      </w:r>
    </w:p>
    <w:p>
      <w:pPr>
        <w:spacing w:before="0" w:after="0" w:line="264" w:lineRule="exact"/>
        <w:ind w:firstLine="0" w:left="0" w:right="0"/>
      </w:pPr>
      <w:r>
        <w:rPr>
          <w:rFonts w:ascii="EB Garamond" w:hAnsi="EB Garamond"/>
          <w:sz w:val="22"/>
        </w:rPr>
        <w:t>“No, I don’t.”</w:t>
      </w:r>
    </w:p>
    <w:p>
      <w:pPr>
        <w:spacing w:before="0" w:after="0" w:line="264" w:lineRule="exact"/>
        <w:ind w:firstLine="0" w:left="0" w:right="0"/>
      </w:pPr>
      <w:r>
        <w:rPr>
          <w:rFonts w:ascii="EB Garamond" w:hAnsi="EB Garamond"/>
          <w:sz w:val="22"/>
        </w:rPr>
        <w:t>“You literally just said it would be weird.”</w:t>
      </w:r>
    </w:p>
    <w:p>
      <w:pPr>
        <w:spacing w:before="0" w:after="0" w:line="264" w:lineRule="exact"/>
        <w:ind w:firstLine="0" w:left="0" w:right="0"/>
      </w:pPr>
      <w:r>
        <w:rPr>
          <w:rFonts w:ascii="EB Garamond" w:hAnsi="EB Garamond"/>
          <w:sz w:val="22"/>
        </w:rPr>
        <w:t>“I said a little weird.”</w:t>
      </w:r>
    </w:p>
    <w:p>
      <w:pPr>
        <w:spacing w:before="0" w:after="0" w:line="264" w:lineRule="exact"/>
        <w:ind w:firstLine="0" w:left="0" w:right="0"/>
      </w:pPr>
      <w:r>
        <w:rPr>
          <w:rFonts w:ascii="EB Garamond" w:hAnsi="EB Garamond"/>
          <w:sz w:val="22"/>
        </w:rPr>
        <w:t>“Helpful.”</w:t>
      </w:r>
    </w:p>
    <w:p>
      <w:pPr>
        <w:spacing w:before="0" w:after="0" w:line="264" w:lineRule="exact"/>
        <w:ind w:firstLine="0" w:left="0" w:right="0"/>
      </w:pPr>
      <w:r>
        <w:rPr>
          <w:rFonts w:ascii="EB Garamond" w:hAnsi="EB Garamond"/>
          <w:sz w:val="22"/>
        </w:rPr>
        <w:t>Maddie rolled her eyes.</w:t>
      </w:r>
    </w:p>
    <w:p>
      <w:pPr>
        <w:spacing w:before="0" w:after="0" w:line="264" w:lineRule="exact"/>
        <w:ind w:firstLine="0" w:left="0" w:right="0"/>
      </w:pPr>
      <w:r>
        <w:rPr>
          <w:rFonts w:ascii="EB Garamond" w:hAnsi="EB Garamond"/>
          <w:sz w:val="22"/>
        </w:rPr>
        <w:t>“Elsie, come on. You’ve known Nora forever and suddenly you’re liking Bible posts and hanging out with her and carrying a Bible to church…”</w:t>
      </w:r>
    </w:p>
    <w:p>
      <w:pPr>
        <w:spacing w:before="0" w:after="0" w:line="264" w:lineRule="exact"/>
        <w:ind w:firstLine="0" w:left="0" w:right="0"/>
      </w:pPr>
      <w:r>
        <w:rPr>
          <w:rFonts w:ascii="EB Garamond" w:hAnsi="EB Garamond"/>
          <w:sz w:val="22"/>
        </w:rPr>
        <w:t>Elsie frowned.</w:t>
      </w:r>
    </w:p>
    <w:p>
      <w:pPr>
        <w:spacing w:before="0" w:after="0" w:line="264" w:lineRule="exact"/>
        <w:ind w:firstLine="0" w:left="0" w:right="0"/>
      </w:pPr>
      <w:r>
        <w:rPr>
          <w:rFonts w:ascii="EB Garamond" w:hAnsi="EB Garamond"/>
          <w:sz w:val="22"/>
        </w:rPr>
        <w:t>“How do you know I carried a Bible to church?”</w:t>
      </w:r>
    </w:p>
    <w:p>
      <w:pPr>
        <w:spacing w:before="0" w:after="0" w:line="264" w:lineRule="exact"/>
        <w:ind w:firstLine="0" w:left="0" w:right="0"/>
      </w:pPr>
      <w:r>
        <w:rPr>
          <w:rFonts w:ascii="EB Garamond" w:hAnsi="EB Garamond"/>
          <w:sz w:val="22"/>
        </w:rPr>
        <w:t>“My mom saw your mom yesterday.”</w:t>
      </w:r>
    </w:p>
    <w:p>
      <w:pPr>
        <w:spacing w:before="0" w:after="0" w:line="264" w:lineRule="exact"/>
        <w:ind w:firstLine="0" w:left="0" w:right="0"/>
      </w:pPr>
      <w:r>
        <w:rPr>
          <w:rFonts w:ascii="EB Garamond" w:hAnsi="EB Garamond"/>
          <w:sz w:val="22"/>
        </w:rPr>
        <w:t>Of course.</w:t>
      </w:r>
    </w:p>
    <w:p>
      <w:pPr>
        <w:spacing w:before="0" w:after="0" w:line="264" w:lineRule="exact"/>
        <w:ind w:firstLine="0" w:left="0" w:right="0"/>
      </w:pPr>
      <w:r>
        <w:rPr>
          <w:rFonts w:ascii="EB Garamond" w:hAnsi="EB Garamond"/>
          <w:sz w:val="22"/>
        </w:rPr>
        <w:t>Mothers.</w:t>
      </w:r>
    </w:p>
    <w:p>
      <w:pPr>
        <w:spacing w:before="0" w:after="0" w:line="264" w:lineRule="exact"/>
        <w:ind w:firstLine="0" w:left="0" w:right="0"/>
      </w:pPr>
      <w:r>
        <w:rPr>
          <w:rFonts w:ascii="EB Garamond" w:hAnsi="EB Garamond"/>
          <w:sz w:val="22"/>
        </w:rPr>
        <w:t>The original surveillance network.</w:t>
      </w:r>
    </w:p>
    <w:p>
      <w:pPr>
        <w:spacing w:before="0" w:after="0" w:line="264" w:lineRule="exact"/>
        <w:ind w:firstLine="0" w:left="0" w:right="0"/>
      </w:pPr>
      <w:r>
        <w:rPr>
          <w:rFonts w:ascii="EB Garamond" w:hAnsi="EB Garamond"/>
          <w:sz w:val="22"/>
        </w:rPr>
        <w:t>“It’s just random,” Maddie continued.</w:t>
      </w:r>
    </w:p>
    <w:p>
      <w:pPr>
        <w:spacing w:before="0" w:after="0" w:line="264" w:lineRule="exact"/>
        <w:ind w:firstLine="0" w:left="0" w:right="0"/>
      </w:pPr>
      <w:r>
        <w:rPr>
          <w:rFonts w:ascii="EB Garamond" w:hAnsi="EB Garamond"/>
          <w:sz w:val="22"/>
        </w:rPr>
        <w:t>Elsie crossed her arms.</w:t>
      </w:r>
    </w:p>
    <w:p>
      <w:pPr>
        <w:spacing w:before="0" w:after="0" w:line="264" w:lineRule="exact"/>
        <w:ind w:firstLine="0" w:left="0" w:right="0"/>
      </w:pPr>
      <w:r>
        <w:rPr>
          <w:rFonts w:ascii="EB Garamond" w:hAnsi="EB Garamond"/>
          <w:sz w:val="22"/>
        </w:rPr>
        <w:t>“Maybe it’s not.”</w:t>
      </w:r>
    </w:p>
    <w:p>
      <w:pPr>
        <w:spacing w:before="0" w:after="0" w:line="264" w:lineRule="exact"/>
        <w:ind w:firstLine="0" w:left="0" w:right="0"/>
      </w:pPr>
      <w:r>
        <w:rPr>
          <w:rFonts w:ascii="EB Garamond" w:hAnsi="EB Garamond"/>
          <w:sz w:val="22"/>
        </w:rPr>
        <w:t>Maddie looked at her.</w:t>
      </w:r>
    </w:p>
    <w:p>
      <w:pPr>
        <w:spacing w:before="0" w:after="0" w:line="264" w:lineRule="exact"/>
        <w:ind w:firstLine="0" w:left="0" w:right="0"/>
      </w:pPr>
      <w:r>
        <w:rPr>
          <w:rFonts w:ascii="EB Garamond" w:hAnsi="EB Garamond"/>
          <w:sz w:val="22"/>
        </w:rPr>
        <w:t>Elsie hadn’t planned to say that.</w:t>
      </w:r>
    </w:p>
    <w:p>
      <w:pPr>
        <w:spacing w:before="0" w:after="0" w:line="264" w:lineRule="exact"/>
        <w:ind w:firstLine="0" w:left="0" w:right="0"/>
      </w:pPr>
      <w:r>
        <w:rPr>
          <w:rFonts w:ascii="EB Garamond" w:hAnsi="EB Garamond"/>
          <w:sz w:val="22"/>
        </w:rPr>
        <w:t>Neither of them spoke.</w:t>
      </w:r>
    </w:p>
    <w:p>
      <w:pPr>
        <w:spacing w:before="0" w:after="0" w:line="264" w:lineRule="exact"/>
        <w:ind w:firstLine="0" w:left="0" w:right="0"/>
      </w:pPr>
      <w:r>
        <w:rPr>
          <w:rFonts w:ascii="EB Garamond" w:hAnsi="EB Garamond"/>
          <w:sz w:val="22"/>
        </w:rPr>
        <w:t>Then Maddie shrugged.</w:t>
      </w:r>
    </w:p>
    <w:p>
      <w:pPr>
        <w:spacing w:before="0" w:after="0" w:line="264" w:lineRule="exact"/>
        <w:ind w:firstLine="0" w:left="0" w:right="0"/>
      </w:pPr>
      <w:r>
        <w:rPr>
          <w:rFonts w:ascii="EB Garamond" w:hAnsi="EB Garamond"/>
          <w:sz w:val="22"/>
        </w:rPr>
        <w:t>“Okay.”</w:t>
      </w:r>
    </w:p>
    <w:p>
      <w:pPr>
        <w:spacing w:before="0" w:after="0" w:line="264" w:lineRule="exact"/>
        <w:ind w:firstLine="0" w:left="0" w:right="0"/>
      </w:pPr>
      <w:r>
        <w:rPr>
          <w:rFonts w:ascii="EB Garamond" w:hAnsi="EB Garamond"/>
          <w:sz w:val="22"/>
        </w:rPr>
        <w:t>Again.</w:t>
      </w:r>
    </w:p>
    <w:p>
      <w:pPr>
        <w:spacing w:before="0" w:after="0" w:line="264" w:lineRule="exact"/>
        <w:ind w:firstLine="0" w:left="0" w:right="0"/>
      </w:pPr>
      <w:r>
        <w:rPr>
          <w:rFonts w:ascii="EB Garamond" w:hAnsi="EB Garamond"/>
          <w:sz w:val="22"/>
        </w:rPr>
        <w:t>The dangerous okay.</w:t>
      </w:r>
    </w:p>
    <w:p>
      <w:pPr>
        <w:spacing w:before="0" w:after="0" w:line="264" w:lineRule="exact"/>
        <w:ind w:firstLine="0" w:left="0" w:right="0"/>
      </w:pPr>
      <w:r>
        <w:rPr>
          <w:rFonts w:ascii="EB Garamond" w:hAnsi="EB Garamond"/>
          <w:sz w:val="22"/>
        </w:rPr>
        <w:t>Elsie hated it.</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“Nothing.”</w:t>
      </w:r>
    </w:p>
    <w:p>
      <w:pPr>
        <w:spacing w:before="0" w:after="0" w:line="264" w:lineRule="exact"/>
        <w:ind w:firstLine="0" w:left="0" w:right="0"/>
      </w:pPr>
      <w:r>
        <w:rPr>
          <w:rFonts w:ascii="EB Garamond" w:hAnsi="EB Garamond"/>
          <w:sz w:val="22"/>
        </w:rPr>
        <w:t>“Stop saying nothing.”</w:t>
      </w:r>
    </w:p>
    <w:p>
      <w:pPr>
        <w:spacing w:before="0" w:after="0" w:line="264" w:lineRule="exact"/>
        <w:ind w:firstLine="0" w:left="0" w:right="0"/>
      </w:pPr>
      <w:r>
        <w:rPr>
          <w:rFonts w:ascii="EB Garamond" w:hAnsi="EB Garamond"/>
          <w:sz w:val="22"/>
        </w:rPr>
        <w:t>“What do you want me to say?”</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“Then why are you mad at me?”</w:t>
      </w:r>
    </w:p>
    <w:p>
      <w:pPr>
        <w:spacing w:before="0" w:after="0" w:line="264" w:lineRule="exact"/>
        <w:ind w:firstLine="0" w:left="0" w:right="0"/>
      </w:pPr>
      <w:r>
        <w:rPr>
          <w:rFonts w:ascii="EB Garamond" w:hAnsi="EB Garamond"/>
          <w:sz w:val="22"/>
        </w:rPr>
        <w:t>“I’m not mad.”</w:t>
      </w:r>
    </w:p>
    <w:p>
      <w:pPr>
        <w:spacing w:before="0" w:after="0" w:line="264" w:lineRule="exact"/>
        <w:ind w:firstLine="0" w:left="0" w:right="0"/>
      </w:pPr>
      <w:r>
        <w:rPr>
          <w:rFonts w:ascii="EB Garamond" w:hAnsi="EB Garamond"/>
          <w:sz w:val="22"/>
        </w:rPr>
        <w:t>“You clearly are.”</w:t>
      </w:r>
    </w:p>
    <w:p>
      <w:pPr>
        <w:spacing w:before="0" w:after="0" w:line="264" w:lineRule="exact"/>
        <w:ind w:firstLine="0" w:left="0" w:right="0"/>
      </w:pPr>
      <w:r>
        <w:rPr>
          <w:rFonts w:ascii="EB Garamond" w:hAnsi="EB Garamond"/>
          <w:sz w:val="22"/>
        </w:rPr>
        <w:t>“I just…”</w:t>
      </w:r>
    </w:p>
    <w:p>
      <w:pPr>
        <w:spacing w:before="0" w:after="0" w:line="264" w:lineRule="exact"/>
        <w:ind w:firstLine="0" w:left="0" w:right="0"/>
      </w:pPr>
      <w:r>
        <w:rPr>
          <w:rFonts w:ascii="EB Garamond" w:hAnsi="EB Garamond"/>
          <w:sz w:val="22"/>
        </w:rPr>
        <w:t>Elsie stopped.</w:t>
      </w:r>
    </w:p>
    <w:p>
      <w:pPr>
        <w:spacing w:before="0" w:after="0" w:line="264" w:lineRule="exact"/>
        <w:ind w:firstLine="0" w:left="0" w:right="0"/>
      </w:pPr>
      <w:r>
        <w:rPr>
          <w:rFonts w:ascii="EB Garamond" w:hAnsi="EB Garamond"/>
          <w:sz w:val="22"/>
        </w:rPr>
        <w:t>Because she didn’t know.</w:t>
      </w:r>
    </w:p>
    <w:p>
      <w:pPr>
        <w:spacing w:before="0" w:after="0" w:line="264" w:lineRule="exact"/>
        <w:ind w:firstLine="0" w:left="0" w:right="0"/>
      </w:pPr>
      <w:r>
        <w:rPr>
          <w:rFonts w:ascii="EB Garamond" w:hAnsi="EB Garamond"/>
          <w:sz w:val="22"/>
        </w:rPr>
        <w:t>She didn’t know why Maddie’s opinion mattered this much.</w:t>
      </w:r>
    </w:p>
    <w:p>
      <w:pPr>
        <w:spacing w:before="0" w:after="0" w:line="264" w:lineRule="exact"/>
        <w:ind w:firstLine="0" w:left="0" w:right="0"/>
      </w:pPr>
      <w:r>
        <w:rPr>
          <w:rFonts w:ascii="EB Garamond" w:hAnsi="EB Garamond"/>
          <w:sz w:val="22"/>
        </w:rPr>
        <w:t>She didn’t know why liking one stupid Instagram post had somehow become a declaration of identity.</w:t>
      </w:r>
    </w:p>
    <w:p>
      <w:pPr>
        <w:spacing w:before="0" w:after="0" w:line="264" w:lineRule="exact"/>
        <w:ind w:firstLine="0" w:left="0" w:right="0"/>
      </w:pPr>
      <w:r>
        <w:rPr>
          <w:rFonts w:ascii="EB Garamond" w:hAnsi="EB Garamond"/>
          <w:sz w:val="22"/>
        </w:rPr>
        <w:t>The warning bell rang.</w:t>
      </w:r>
    </w:p>
    <w:p>
      <w:pPr>
        <w:spacing w:before="0" w:after="0" w:line="264" w:lineRule="exact"/>
        <w:ind w:firstLine="0" w:left="0" w:right="0"/>
      </w:pPr>
      <w:r>
        <w:rPr>
          <w:rFonts w:ascii="EB Garamond" w:hAnsi="EB Garamond"/>
          <w:sz w:val="22"/>
        </w:rPr>
        <w:t>Maddie adjusted her backpack.</w:t>
      </w:r>
    </w:p>
    <w:p>
      <w:pPr>
        <w:spacing w:before="0" w:after="0" w:line="264" w:lineRule="exact"/>
        <w:ind w:firstLine="0" w:left="0" w:right="0"/>
      </w:pPr>
      <w:r>
        <w:rPr>
          <w:rFonts w:ascii="EB Garamond" w:hAnsi="EB Garamond"/>
          <w:sz w:val="22"/>
        </w:rPr>
        <w:t>“I have to go.”</w:t>
      </w:r>
    </w:p>
    <w:p>
      <w:pPr>
        <w:spacing w:before="0" w:after="0" w:line="264" w:lineRule="exact"/>
        <w:ind w:firstLine="0" w:left="0" w:right="0"/>
      </w:pPr>
      <w:r>
        <w:rPr>
          <w:rFonts w:ascii="EB Garamond" w:hAnsi="EB Garamond"/>
          <w:sz w:val="22"/>
        </w:rPr>
        <w:t>“Maddie.”</w:t>
      </w:r>
    </w:p>
    <w:p>
      <w:pPr>
        <w:spacing w:before="0" w:after="0" w:line="264" w:lineRule="exact"/>
        <w:ind w:firstLine="0" w:left="0" w:right="0"/>
      </w:pPr>
      <w:r>
        <w:rPr>
          <w:rFonts w:ascii="EB Garamond" w:hAnsi="EB Garamond"/>
          <w:sz w:val="22"/>
        </w:rPr>
        <w:t>“We’re fine.”</w:t>
      </w:r>
    </w:p>
    <w:p>
      <w:pPr>
        <w:spacing w:before="0" w:after="0" w:line="264" w:lineRule="exact"/>
        <w:ind w:firstLine="0" w:left="0" w:right="0"/>
      </w:pPr>
      <w:r>
        <w:rPr>
          <w:rFonts w:ascii="EB Garamond" w:hAnsi="EB Garamond"/>
          <w:sz w:val="22"/>
        </w:rPr>
        <w:t>There it was.</w:t>
      </w:r>
    </w:p>
    <w:p>
      <w:pPr>
        <w:spacing w:before="0" w:after="0" w:line="264" w:lineRule="exact"/>
        <w:ind w:firstLine="0" w:left="0" w:right="0"/>
      </w:pPr>
      <w:r>
        <w:rPr>
          <w:rFonts w:ascii="EB Garamond" w:hAnsi="EB Garamond"/>
          <w:sz w:val="22"/>
        </w:rPr>
        <w:t>Fine.</w:t>
      </w:r>
    </w:p>
    <w:p>
      <w:pPr>
        <w:spacing w:before="0" w:after="0" w:line="264" w:lineRule="exact"/>
        <w:ind w:firstLine="0" w:left="0" w:right="0"/>
      </w:pPr>
      <w:r>
        <w:rPr>
          <w:rFonts w:ascii="EB Garamond" w:hAnsi="EB Garamond"/>
          <w:sz w:val="22"/>
        </w:rPr>
        <w:t>Elsie watched her walk away.</w:t>
      </w:r>
    </w:p>
    <w:p>
      <w:pPr>
        <w:spacing w:before="0" w:after="0" w:line="264" w:lineRule="exact"/>
        <w:ind w:firstLine="0" w:left="0" w:right="0"/>
      </w:pPr>
      <w:r>
        <w:rPr>
          <w:rFonts w:ascii="EB Garamond" w:hAnsi="EB Garamond"/>
          <w:sz w:val="22"/>
        </w:rPr>
        <w:t>They were definitely not fine.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Mrs. Bennett had written the question on the board again.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WHO ARE YOU?</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was beginning to take it personally.</w:t>
      </w:r>
    </w:p>
    <w:p>
      <w:pPr>
        <w:spacing w:before="0" w:after="0" w:line="264" w:lineRule="exact"/>
        <w:ind w:firstLine="0" w:left="0" w:right="0"/>
      </w:pPr>
      <w:r>
        <w:rPr>
          <w:rFonts w:ascii="EB Garamond" w:hAnsi="EB Garamond"/>
          <w:sz w:val="22"/>
        </w:rPr>
        <w:t>“Drafts out,” Mrs. Bennett said.</w:t>
      </w:r>
    </w:p>
    <w:p>
      <w:pPr>
        <w:spacing w:before="0" w:after="0" w:line="264" w:lineRule="exact"/>
        <w:ind w:firstLine="0" w:left="0" w:right="0"/>
      </w:pPr>
      <w:r>
        <w:rPr>
          <w:rFonts w:ascii="EB Garamond" w:hAnsi="EB Garamond"/>
          <w:sz w:val="22"/>
        </w:rPr>
        <w:t>Around her, papers appeared.</w:t>
      </w:r>
    </w:p>
    <w:p>
      <w:pPr>
        <w:spacing w:before="0" w:after="0" w:line="264" w:lineRule="exact"/>
        <w:ind w:firstLine="0" w:left="0" w:right="0"/>
      </w:pPr>
      <w:r>
        <w:rPr>
          <w:rFonts w:ascii="EB Garamond" w:hAnsi="EB Garamond"/>
          <w:sz w:val="22"/>
        </w:rPr>
        <w:t>Elsie opened her laptop.</w:t>
      </w:r>
    </w:p>
    <w:p>
      <w:pPr>
        <w:spacing w:before="0" w:after="0" w:line="264" w:lineRule="exact"/>
        <w:ind w:firstLine="0" w:left="0" w:right="0"/>
      </w:pPr>
      <w:r>
        <w:rPr>
          <w:rFonts w:ascii="EB Garamond" w:hAnsi="EB Garamond"/>
          <w:sz w:val="22"/>
        </w:rPr>
        <w:t>Her document contained forty-three words.</w:t>
      </w:r>
    </w:p>
    <w:p>
      <w:pPr>
        <w:spacing w:before="0" w:after="0" w:line="264" w:lineRule="exact"/>
        <w:ind w:firstLine="0" w:left="0" w:right="0"/>
      </w:pPr>
      <w:r>
        <w:rPr>
          <w:rFonts w:ascii="EB Garamond" w:hAnsi="EB Garamond"/>
          <w:sz w:val="22"/>
        </w:rPr>
        <w:t>Twenty-six of them were the assignment instructions she’d copied from the board.</w:t>
      </w:r>
    </w:p>
    <w:p>
      <w:pPr>
        <w:spacing w:before="0" w:after="0" w:line="264" w:lineRule="exact"/>
        <w:ind w:firstLine="0" w:left="0" w:right="0"/>
      </w:pPr>
      <w:r>
        <w:rPr>
          <w:rFonts w:ascii="EB Garamond" w:hAnsi="EB Garamond"/>
          <w:sz w:val="22"/>
        </w:rPr>
        <w:t>Mrs. Bennett began walking around the room.</w:t>
      </w:r>
    </w:p>
    <w:p>
      <w:pPr>
        <w:spacing w:before="0" w:after="0" w:line="264" w:lineRule="exact"/>
        <w:ind w:firstLine="0" w:left="0" w:right="0"/>
      </w:pPr>
      <w:r>
        <w:rPr>
          <w:rFonts w:ascii="EB Garamond" w:hAnsi="EB Garamond"/>
          <w:sz w:val="22"/>
        </w:rPr>
        <w:t>Elsie considered faking a medical emergency.</w:t>
      </w:r>
    </w:p>
    <w:p>
      <w:pPr>
        <w:spacing w:before="0" w:after="0" w:line="264" w:lineRule="exact"/>
        <w:ind w:firstLine="0" w:left="0" w:right="0"/>
      </w:pPr>
      <w:r>
        <w:rPr>
          <w:rFonts w:ascii="EB Garamond" w:hAnsi="EB Garamond"/>
          <w:sz w:val="22"/>
        </w:rPr>
        <w:t>Too dramatic.</w:t>
      </w:r>
    </w:p>
    <w:p>
      <w:pPr>
        <w:spacing w:before="0" w:after="0" w:line="264" w:lineRule="exact"/>
        <w:ind w:firstLine="0" w:left="0" w:right="0"/>
      </w:pPr>
      <w:r>
        <w:rPr>
          <w:rFonts w:ascii="EB Garamond" w:hAnsi="EB Garamond"/>
          <w:sz w:val="22"/>
        </w:rPr>
        <w:t>She could disconnect from the Wi-Fi and claim her document hadn’t synced.</w:t>
      </w:r>
    </w:p>
    <w:p>
      <w:pPr>
        <w:spacing w:before="0" w:after="0" w:line="264" w:lineRule="exact"/>
        <w:ind w:firstLine="0" w:left="0" w:right="0"/>
      </w:pPr>
      <w:r>
        <w:rPr>
          <w:rFonts w:ascii="EB Garamond" w:hAnsi="EB Garamond"/>
          <w:sz w:val="22"/>
        </w:rPr>
        <w:t>Too obvious.</w:t>
      </w:r>
    </w:p>
    <w:p>
      <w:pPr>
        <w:spacing w:before="0" w:after="0" w:line="264" w:lineRule="exact"/>
        <w:ind w:firstLine="0" w:left="0" w:right="0"/>
      </w:pPr>
      <w:r>
        <w:rPr>
          <w:rFonts w:ascii="EB Garamond" w:hAnsi="EB Garamond"/>
          <w:sz w:val="22"/>
        </w:rPr>
        <w:t>She could…</w:t>
      </w:r>
    </w:p>
    <w:p>
      <w:pPr>
        <w:spacing w:before="0" w:after="0" w:line="264" w:lineRule="exact"/>
        <w:ind w:firstLine="0" w:left="0" w:right="0"/>
      </w:pPr>
      <w:r>
        <w:rPr>
          <w:rFonts w:ascii="EB Garamond" w:hAnsi="EB Garamond"/>
          <w:sz w:val="22"/>
        </w:rPr>
        <w:t>Mrs. Bennett stopped beside her.</w:t>
      </w:r>
    </w:p>
    <w:p>
      <w:pPr>
        <w:spacing w:before="0" w:after="0" w:line="264" w:lineRule="exact"/>
        <w:ind w:firstLine="0" w:left="0" w:right="0"/>
      </w:pPr>
      <w:r>
        <w:rPr>
          <w:rFonts w:ascii="EB Garamond" w:hAnsi="EB Garamond"/>
          <w:sz w:val="22"/>
        </w:rPr>
        <w:t>“Elsie.”</w:t>
      </w:r>
    </w:p>
    <w:p>
      <w:pPr>
        <w:spacing w:before="0" w:after="0" w:line="264" w:lineRule="exact"/>
        <w:ind w:firstLine="0" w:left="0" w:right="0"/>
      </w:pPr>
      <w:r>
        <w:rPr>
          <w:rFonts w:ascii="EB Garamond" w:hAnsi="EB Garamond"/>
          <w:sz w:val="22"/>
        </w:rPr>
        <w:t>“Mrs. Bennett.”</w:t>
      </w:r>
    </w:p>
    <w:p>
      <w:pPr>
        <w:spacing w:before="0" w:after="0" w:line="264" w:lineRule="exact"/>
        <w:ind w:firstLine="0" w:left="0" w:right="0"/>
      </w:pPr>
      <w:r>
        <w:rPr>
          <w:rFonts w:ascii="EB Garamond" w:hAnsi="EB Garamond"/>
          <w:sz w:val="22"/>
        </w:rPr>
        <w:t>“How’s it going?”</w:t>
      </w:r>
    </w:p>
    <w:p>
      <w:pPr>
        <w:spacing w:before="0" w:after="0" w:line="264" w:lineRule="exact"/>
        <w:ind w:firstLine="0" w:left="0" w:right="0"/>
      </w:pPr>
      <w:r>
        <w:rPr>
          <w:rFonts w:ascii="EB Garamond" w:hAnsi="EB Garamond"/>
          <w:sz w:val="22"/>
        </w:rPr>
        <w:t>“Really well.”</w:t>
      </w:r>
    </w:p>
    <w:p>
      <w:pPr>
        <w:spacing w:before="0" w:after="0" w:line="264" w:lineRule="exact"/>
        <w:ind w:firstLine="0" w:left="0" w:right="0"/>
      </w:pPr>
      <w:r>
        <w:rPr>
          <w:rFonts w:ascii="EB Garamond" w:hAnsi="EB Garamond"/>
          <w:sz w:val="22"/>
        </w:rPr>
        <w:t>Mrs. Bennett looked at the screen.</w:t>
      </w:r>
    </w:p>
    <w:p>
      <w:pPr>
        <w:spacing w:before="0" w:after="0" w:line="264" w:lineRule="exact"/>
        <w:ind w:firstLine="0" w:left="0" w:right="0"/>
      </w:pPr>
      <w:r>
        <w:rPr>
          <w:rFonts w:ascii="EB Garamond" w:hAnsi="EB Garamond"/>
          <w:sz w:val="22"/>
        </w:rPr>
        <w:t>Elsie looked at the screen.</w:t>
      </w:r>
    </w:p>
    <w:p>
      <w:pPr>
        <w:spacing w:before="0" w:after="0" w:line="264" w:lineRule="exact"/>
        <w:ind w:firstLine="0" w:left="0" w:right="0"/>
      </w:pPr>
      <w:r>
        <w:rPr>
          <w:rFonts w:ascii="EB Garamond" w:hAnsi="EB Garamond"/>
          <w:sz w:val="22"/>
        </w:rPr>
        <w:t>They both looked at the single paragraph.</w:t>
      </w:r>
    </w:p>
    <w:p>
      <w:pPr>
        <w:spacing w:before="0" w:after="0" w:line="264" w:lineRule="exact"/>
        <w:ind w:firstLine="0" w:left="0" w:right="0"/>
      </w:pPr>
      <w:r>
        <w:rPr>
          <w:rFonts w:ascii="EB Garamond" w:hAnsi="EB Garamond"/>
          <w:sz w:val="22"/>
        </w:rPr>
        <w:t>“You have forty-three words.”</w:t>
      </w:r>
    </w:p>
    <w:p>
      <w:pPr>
        <w:spacing w:before="0" w:after="0" w:line="264" w:lineRule="exact"/>
        <w:ind w:firstLine="0" w:left="0" w:right="0"/>
      </w:pPr>
      <w:r>
        <w:rPr>
          <w:rFonts w:ascii="EB Garamond" w:hAnsi="EB Garamond"/>
          <w:sz w:val="22"/>
        </w:rPr>
        <w:t>“Quality over quantity.”</w:t>
      </w:r>
    </w:p>
    <w:p>
      <w:pPr>
        <w:spacing w:before="0" w:after="0" w:line="264" w:lineRule="exact"/>
        <w:ind w:firstLine="0" w:left="0" w:right="0"/>
      </w:pPr>
      <w:r>
        <w:rPr>
          <w:rFonts w:ascii="EB Garamond" w:hAnsi="EB Garamond"/>
          <w:sz w:val="22"/>
        </w:rPr>
        <w:t>Mrs. Bennett pulled out the empty chair beside her.</w:t>
      </w:r>
    </w:p>
    <w:p>
      <w:pPr>
        <w:spacing w:before="0" w:after="0" w:line="264" w:lineRule="exact"/>
        <w:ind w:firstLine="0" w:left="0" w:right="0"/>
      </w:pPr>
      <w:r>
        <w:rPr>
          <w:rFonts w:ascii="EB Garamond" w:hAnsi="EB Garamond"/>
          <w:sz w:val="22"/>
        </w:rPr>
        <w:t>This was worse than standing.</w:t>
      </w:r>
    </w:p>
    <w:p>
      <w:pPr>
        <w:spacing w:before="0" w:after="0" w:line="264" w:lineRule="exact"/>
        <w:ind w:firstLine="0" w:left="0" w:right="0"/>
      </w:pPr>
      <w:r>
        <w:rPr>
          <w:rFonts w:ascii="EB Garamond" w:hAnsi="EB Garamond"/>
          <w:sz w:val="22"/>
        </w:rPr>
        <w:t>Adults sat when they intended to change your life.</w:t>
      </w:r>
    </w:p>
    <w:p>
      <w:pPr>
        <w:spacing w:before="0" w:after="0" w:line="264" w:lineRule="exact"/>
        <w:ind w:firstLine="0" w:left="0" w:right="0"/>
      </w:pPr>
      <w:r>
        <w:rPr>
          <w:rFonts w:ascii="EB Garamond" w:hAnsi="EB Garamond"/>
          <w:sz w:val="22"/>
        </w:rPr>
        <w:t>“I don’t know what to write,” Elsie said before Mrs. Bennett could speak.</w:t>
      </w:r>
    </w:p>
    <w:p>
      <w:pPr>
        <w:spacing w:before="0" w:after="0" w:line="264" w:lineRule="exact"/>
        <w:ind w:firstLine="0" w:left="0" w:right="0"/>
      </w:pPr>
      <w:r>
        <w:rPr>
          <w:rFonts w:ascii="EB Garamond" w:hAnsi="EB Garamond"/>
          <w:sz w:val="22"/>
        </w:rPr>
        <w:t>“Why?”</w:t>
      </w:r>
    </w:p>
    <w:p>
      <w:pPr>
        <w:spacing w:before="0" w:after="0" w:line="264" w:lineRule="exact"/>
        <w:ind w:firstLine="0" w:left="0" w:right="0"/>
      </w:pPr>
      <w:r>
        <w:rPr>
          <w:rFonts w:ascii="EB Garamond" w:hAnsi="EB Garamond"/>
          <w:sz w:val="22"/>
        </w:rPr>
        <w:t>“Because I don’t know who I am.”</w:t>
      </w:r>
    </w:p>
    <w:p>
      <w:pPr>
        <w:spacing w:before="0" w:after="0" w:line="264" w:lineRule="exact"/>
        <w:ind w:firstLine="0" w:left="0" w:right="0"/>
      </w:pPr>
      <w:r>
        <w:rPr>
          <w:rFonts w:ascii="EB Garamond" w:hAnsi="EB Garamond"/>
          <w:sz w:val="22"/>
        </w:rPr>
        <w:t>Mrs. Bennett nodded.</w:t>
      </w:r>
    </w:p>
    <w:p>
      <w:pPr>
        <w:spacing w:before="0" w:after="0" w:line="264" w:lineRule="exact"/>
        <w:ind w:firstLine="0" w:left="0" w:right="0"/>
      </w:pPr>
      <w:r>
        <w:rPr>
          <w:rFonts w:ascii="EB Garamond" w:hAnsi="EB Garamond"/>
          <w:sz w:val="22"/>
        </w:rPr>
        <w:t>Elsie frowned.</w:t>
      </w:r>
    </w:p>
    <w:p>
      <w:pPr>
        <w:spacing w:before="0" w:after="0" w:line="264" w:lineRule="exact"/>
        <w:ind w:firstLine="0" w:left="0" w:right="0"/>
      </w:pPr>
      <w:r>
        <w:rPr>
          <w:rFonts w:ascii="EB Garamond" w:hAnsi="EB Garamond"/>
          <w:sz w:val="22"/>
        </w:rPr>
        <w:t>“That was supposed to make you realize the assignment is unreasonable.”</w:t>
      </w:r>
    </w:p>
    <w:p>
      <w:pPr>
        <w:spacing w:before="0" w:after="0" w:line="264" w:lineRule="exact"/>
        <w:ind w:firstLine="0" w:left="0" w:right="0"/>
      </w:pPr>
      <w:r>
        <w:rPr>
          <w:rFonts w:ascii="EB Garamond" w:hAnsi="EB Garamond"/>
          <w:sz w:val="22"/>
        </w:rPr>
        <w:t>“It did not.”</w:t>
      </w:r>
    </w:p>
    <w:p>
      <w:pPr>
        <w:spacing w:before="0" w:after="0" w:line="264" w:lineRule="exact"/>
        <w:ind w:firstLine="0" w:left="0" w:right="0"/>
      </w:pPr>
      <w:r>
        <w:rPr>
          <w:rFonts w:ascii="EB Garamond" w:hAnsi="EB Garamond"/>
          <w:sz w:val="22"/>
        </w:rPr>
        <w:t>“Worth a shot.”</w:t>
      </w:r>
    </w:p>
    <w:p>
      <w:pPr>
        <w:spacing w:before="0" w:after="0" w:line="264" w:lineRule="exact"/>
        <w:ind w:firstLine="0" w:left="0" w:right="0"/>
      </w:pPr>
      <w:r>
        <w:rPr>
          <w:rFonts w:ascii="EB Garamond" w:hAnsi="EB Garamond"/>
          <w:sz w:val="22"/>
        </w:rPr>
        <w:t>Mrs. Bennett turned the laptop slightly.</w:t>
      </w:r>
    </w:p>
    <w:p>
      <w:pPr>
        <w:spacing w:before="0" w:after="0" w:line="264" w:lineRule="exact"/>
        <w:ind w:firstLine="0" w:left="0" w:right="0"/>
      </w:pPr>
      <w:r>
        <w:rPr>
          <w:rFonts w:ascii="EB Garamond" w:hAnsi="EB Garamond"/>
          <w:sz w:val="22"/>
        </w:rPr>
        <w:t>“Maybe you’re answering the wrong question.”</w:t>
      </w:r>
    </w:p>
    <w:p>
      <w:pPr>
        <w:spacing w:before="0" w:after="0" w:line="264" w:lineRule="exact"/>
        <w:ind w:firstLine="0" w:left="0" w:right="0"/>
      </w:pPr>
      <w:r>
        <w:rPr>
          <w:rFonts w:ascii="EB Garamond" w:hAnsi="EB Garamond"/>
          <w:sz w:val="22"/>
        </w:rPr>
        <w:t>“You wrote the question.”</w:t>
      </w:r>
    </w:p>
    <w:p>
      <w:pPr>
        <w:spacing w:before="0" w:after="0" w:line="264" w:lineRule="exact"/>
        <w:ind w:firstLine="0" w:left="0" w:right="0"/>
      </w:pPr>
      <w:r>
        <w:rPr>
          <w:rFonts w:ascii="EB Garamond" w:hAnsi="EB Garamond"/>
          <w:sz w:val="22"/>
        </w:rPr>
        <w:t>“I know.”</w:t>
      </w:r>
    </w:p>
    <w:p>
      <w:pPr>
        <w:spacing w:before="0" w:after="0" w:line="264" w:lineRule="exact"/>
        <w:ind w:firstLine="0" w:left="0" w:right="0"/>
      </w:pPr>
      <w:r>
        <w:rPr>
          <w:rFonts w:ascii="EB Garamond" w:hAnsi="EB Garamond"/>
          <w:sz w:val="22"/>
        </w:rPr>
        <w:t>“This feels like entrapment.”</w:t>
      </w:r>
    </w:p>
    <w:p>
      <w:pPr>
        <w:spacing w:before="0" w:after="0" w:line="264" w:lineRule="exact"/>
        <w:ind w:firstLine="0" w:left="0" w:right="0"/>
      </w:pPr>
      <w:r>
        <w:rPr>
          <w:rFonts w:ascii="EB Garamond" w:hAnsi="EB Garamond"/>
          <w:sz w:val="22"/>
        </w:rPr>
        <w:t>Mrs. Bennett smiled.</w:t>
      </w:r>
    </w:p>
    <w:p>
      <w:pPr>
        <w:spacing w:before="0" w:after="0" w:line="264" w:lineRule="exact"/>
        <w:ind w:firstLine="0" w:left="0" w:right="0"/>
      </w:pPr>
      <w:r>
        <w:rPr>
          <w:rFonts w:ascii="EB Garamond" w:hAnsi="EB Garamond"/>
          <w:sz w:val="22"/>
        </w:rPr>
        <w:t>“Who do other people think you are?”</w:t>
      </w:r>
    </w:p>
    <w:p>
      <w:pPr>
        <w:spacing w:before="0" w:after="0" w:line="264" w:lineRule="exact"/>
        <w:ind w:firstLine="0" w:left="0" w:right="0"/>
      </w:pPr>
      <w:r>
        <w:rPr>
          <w:rFonts w:ascii="EB Garamond" w:hAnsi="EB Garamond"/>
          <w:sz w:val="22"/>
        </w:rPr>
        <w:t>Elsie looked at her.</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“Start there.”</w:t>
      </w:r>
    </w:p>
    <w:p>
      <w:pPr>
        <w:spacing w:before="0" w:after="0" w:line="264" w:lineRule="exact"/>
        <w:ind w:firstLine="0" w:left="0" w:right="0"/>
      </w:pPr>
      <w:r>
        <w:rPr>
          <w:rFonts w:ascii="EB Garamond" w:hAnsi="EB Garamond"/>
          <w:sz w:val="22"/>
        </w:rPr>
        <w:t>Elsie glanced at the document.</w:t>
      </w:r>
    </w:p>
    <w:p>
      <w:pPr>
        <w:spacing w:before="0" w:after="0" w:line="264" w:lineRule="exact"/>
        <w:ind w:firstLine="0" w:left="0" w:right="0"/>
      </w:pPr>
      <w:r>
        <w:rPr>
          <w:rFonts w:ascii="EB Garamond" w:hAnsi="EB Garamond"/>
          <w:sz w:val="22"/>
        </w:rPr>
        <w:t>“Who does your mother think you are?”</w:t>
      </w:r>
    </w:p>
    <w:p>
      <w:pPr>
        <w:spacing w:before="0" w:after="0" w:line="264" w:lineRule="exact"/>
        <w:ind w:firstLine="0" w:left="0" w:right="0"/>
      </w:pPr>
      <w:r>
        <w:rPr>
          <w:rFonts w:ascii="EB Garamond" w:hAnsi="EB Garamond"/>
          <w:sz w:val="22"/>
        </w:rPr>
        <w:t>“Messy.”</w:t>
      </w:r>
    </w:p>
    <w:p>
      <w:pPr>
        <w:spacing w:before="0" w:after="0" w:line="264" w:lineRule="exact"/>
        <w:ind w:firstLine="0" w:left="0" w:right="0"/>
      </w:pPr>
      <w:r>
        <w:rPr>
          <w:rFonts w:ascii="EB Garamond" w:hAnsi="EB Garamond"/>
          <w:sz w:val="22"/>
        </w:rPr>
        <w:t>“Your grandmother?”</w:t>
      </w:r>
    </w:p>
    <w:p>
      <w:pPr>
        <w:spacing w:before="0" w:after="0" w:line="264" w:lineRule="exact"/>
        <w:ind w:firstLine="0" w:left="0" w:right="0"/>
      </w:pPr>
      <w:r>
        <w:rPr>
          <w:rFonts w:ascii="EB Garamond" w:hAnsi="EB Garamond"/>
          <w:sz w:val="22"/>
        </w:rPr>
        <w:t>“Bossy.”</w:t>
      </w:r>
    </w:p>
    <w:p>
      <w:pPr>
        <w:spacing w:before="0" w:after="0" w:line="264" w:lineRule="exact"/>
        <w:ind w:firstLine="0" w:left="0" w:right="0"/>
      </w:pPr>
      <w:r>
        <w:rPr>
          <w:rFonts w:ascii="EB Garamond" w:hAnsi="EB Garamond"/>
          <w:sz w:val="22"/>
        </w:rPr>
        <w:t>Mrs. Bennett smiled.</w:t>
      </w:r>
    </w:p>
    <w:p>
      <w:pPr>
        <w:spacing w:before="0" w:after="0" w:line="264" w:lineRule="exact"/>
        <w:ind w:firstLine="0" w:left="0" w:right="0"/>
      </w:pPr>
      <w:r>
        <w:rPr>
          <w:rFonts w:ascii="EB Garamond" w:hAnsi="EB Garamond"/>
          <w:sz w:val="22"/>
        </w:rPr>
        <w:t>“Your best friend?”</w:t>
      </w:r>
    </w:p>
    <w:p>
      <w:pPr>
        <w:spacing w:before="0" w:after="0" w:line="264" w:lineRule="exact"/>
        <w:ind w:firstLine="0" w:left="0" w:right="0"/>
      </w:pPr>
      <w:r>
        <w:rPr>
          <w:rFonts w:ascii="EB Garamond" w:hAnsi="EB Garamond"/>
          <w:sz w:val="22"/>
        </w:rPr>
        <w:t>Elsie hesitated.</w:t>
      </w:r>
    </w:p>
    <w:p>
      <w:pPr>
        <w:spacing w:before="0" w:after="0" w:line="264" w:lineRule="exact"/>
        <w:ind w:firstLine="0" w:left="0" w:right="0"/>
      </w:pPr>
      <w:r>
        <w:rPr>
          <w:rFonts w:ascii="EB Garamond" w:hAnsi="EB Garamond"/>
          <w:sz w:val="22"/>
        </w:rPr>
        <w:t>“Funny, I guess.”</w:t>
      </w:r>
    </w:p>
    <w:p>
      <w:pPr>
        <w:spacing w:before="0" w:after="0" w:line="264" w:lineRule="exact"/>
        <w:ind w:firstLine="0" w:left="0" w:right="0"/>
      </w:pPr>
      <w:r>
        <w:rPr>
          <w:rFonts w:ascii="EB Garamond" w:hAnsi="EB Garamond"/>
          <w:sz w:val="22"/>
        </w:rPr>
        <w:t>“Your teachers?”</w:t>
      </w:r>
    </w:p>
    <w:p>
      <w:pPr>
        <w:spacing w:before="0" w:after="0" w:line="264" w:lineRule="exact"/>
        <w:ind w:firstLine="0" w:left="0" w:right="0"/>
      </w:pPr>
      <w:r>
        <w:rPr>
          <w:rFonts w:ascii="EB Garamond" w:hAnsi="EB Garamond"/>
          <w:sz w:val="22"/>
        </w:rPr>
        <w:t>“Distracted.”</w:t>
      </w:r>
    </w:p>
    <w:p>
      <w:pPr>
        <w:spacing w:before="0" w:after="0" w:line="264" w:lineRule="exact"/>
        <w:ind w:firstLine="0" w:left="0" w:right="0"/>
      </w:pPr>
      <w:r>
        <w:rPr>
          <w:rFonts w:ascii="EB Garamond" w:hAnsi="EB Garamond"/>
          <w:sz w:val="22"/>
        </w:rPr>
        <w:t>“Yourself?”</w:t>
      </w:r>
    </w:p>
    <w:p>
      <w:pPr>
        <w:spacing w:before="0" w:after="0" w:line="264" w:lineRule="exact"/>
        <w:ind w:firstLine="0" w:left="0" w:right="0"/>
      </w:pPr>
      <w:r>
        <w:rPr>
          <w:rFonts w:ascii="EB Garamond" w:hAnsi="EB Garamond"/>
          <w:sz w:val="22"/>
        </w:rPr>
        <w:t>Elsie didn’t answer.</w:t>
      </w:r>
    </w:p>
    <w:p>
      <w:pPr>
        <w:spacing w:before="0" w:after="0" w:line="264" w:lineRule="exact"/>
        <w:ind w:firstLine="0" w:left="0" w:right="0"/>
      </w:pPr>
      <w:r>
        <w:rPr>
          <w:rFonts w:ascii="EB Garamond" w:hAnsi="EB Garamond"/>
          <w:sz w:val="22"/>
        </w:rPr>
        <w:t>Mrs. Bennett waited.</w:t>
      </w:r>
    </w:p>
    <w:p>
      <w:pPr>
        <w:spacing w:before="0" w:after="0" w:line="264" w:lineRule="exact"/>
        <w:ind w:firstLine="0" w:left="0" w:right="0"/>
      </w:pPr>
      <w:r>
        <w:rPr>
          <w:rFonts w:ascii="EB Garamond" w:hAnsi="EB Garamond"/>
          <w:sz w:val="22"/>
        </w:rPr>
        <w:t>“I don’t know.”</w:t>
      </w:r>
    </w:p>
    <w:p>
      <w:pPr>
        <w:spacing w:before="0" w:after="0" w:line="264" w:lineRule="exact"/>
        <w:ind w:firstLine="0" w:left="0" w:right="0"/>
      </w:pPr>
      <w:r>
        <w:rPr>
          <w:rFonts w:ascii="EB Garamond" w:hAnsi="EB Garamond"/>
          <w:sz w:val="22"/>
        </w:rPr>
        <w:t>“There you go.”</w:t>
      </w:r>
    </w:p>
    <w:p>
      <w:pPr>
        <w:spacing w:before="0" w:after="0" w:line="264" w:lineRule="exact"/>
        <w:ind w:firstLine="0" w:left="0" w:right="0"/>
      </w:pPr>
      <w:r>
        <w:rPr>
          <w:rFonts w:ascii="EB Garamond" w:hAnsi="EB Garamond"/>
          <w:sz w:val="22"/>
        </w:rPr>
        <w:t>“That is not an essay.”</w:t>
      </w:r>
    </w:p>
    <w:p>
      <w:pPr>
        <w:spacing w:before="0" w:after="0" w:line="264" w:lineRule="exact"/>
        <w:ind w:firstLine="0" w:left="0" w:right="0"/>
      </w:pPr>
      <w:r>
        <w:rPr>
          <w:rFonts w:ascii="EB Garamond" w:hAnsi="EB Garamond"/>
          <w:sz w:val="22"/>
        </w:rPr>
        <w:t>“It could be.”</w:t>
      </w:r>
    </w:p>
    <w:p>
      <w:pPr>
        <w:spacing w:before="0" w:after="0" w:line="264" w:lineRule="exact"/>
        <w:ind w:firstLine="0" w:left="0" w:right="0"/>
      </w:pPr>
      <w:r>
        <w:rPr>
          <w:rFonts w:ascii="EB Garamond" w:hAnsi="EB Garamond"/>
          <w:sz w:val="22"/>
        </w:rPr>
        <w:t>Mrs. Bennett stood.</w:t>
      </w:r>
    </w:p>
    <w:p>
      <w:pPr>
        <w:spacing w:before="0" w:after="0" w:line="264" w:lineRule="exact"/>
        <w:ind w:firstLine="0" w:left="0" w:right="0"/>
      </w:pPr>
      <w:r>
        <w:rPr>
          <w:rFonts w:ascii="EB Garamond" w:hAnsi="EB Garamond"/>
          <w:sz w:val="22"/>
        </w:rPr>
        <w:t>“Write about the distance between all those answers.”</w:t>
      </w:r>
    </w:p>
    <w:p>
      <w:pPr>
        <w:spacing w:before="0" w:after="0" w:line="264" w:lineRule="exact"/>
        <w:ind w:firstLine="0" w:left="0" w:right="0"/>
      </w:pPr>
      <w:r>
        <w:rPr>
          <w:rFonts w:ascii="EB Garamond" w:hAnsi="EB Garamond"/>
          <w:sz w:val="22"/>
        </w:rPr>
        <w:t>Then she moved toward the next desk.</w:t>
      </w:r>
    </w:p>
    <w:p>
      <w:pPr>
        <w:spacing w:before="0" w:after="0" w:line="264" w:lineRule="exact"/>
        <w:ind w:firstLine="0" w:left="0" w:right="0"/>
      </w:pPr>
      <w:r>
        <w:rPr>
          <w:rFonts w:ascii="EB Garamond" w:hAnsi="EB Garamond"/>
          <w:sz w:val="22"/>
        </w:rPr>
        <w:t>Elsie stared at her laptop.</w:t>
      </w:r>
    </w:p>
    <w:p>
      <w:pPr>
        <w:spacing w:before="0" w:after="0" w:line="264" w:lineRule="exact"/>
        <w:ind w:firstLine="0" w:left="0" w:right="0"/>
      </w:pPr>
      <w:r>
        <w:rPr>
          <w:rFonts w:ascii="EB Garamond" w:hAnsi="EB Garamond"/>
          <w:sz w:val="22"/>
        </w:rPr>
        <w:t>The distance between all those answers.</w:t>
      </w:r>
    </w:p>
    <w:p>
      <w:pPr>
        <w:spacing w:before="0" w:after="0" w:line="264" w:lineRule="exact"/>
        <w:ind w:firstLine="0" w:left="0" w:right="0"/>
      </w:pPr>
      <w:r>
        <w:rPr>
          <w:rFonts w:ascii="EB Garamond" w:hAnsi="EB Garamond"/>
          <w:sz w:val="22"/>
        </w:rPr>
        <w:t>She thought about what Mason had said.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Maybe they’re all you.</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opened a new document.</w:t>
      </w:r>
    </w:p>
    <w:p>
      <w:pPr>
        <w:spacing w:before="0" w:after="0" w:line="264" w:lineRule="exact"/>
        <w:ind w:firstLine="0" w:left="0" w:right="0"/>
      </w:pPr>
      <w:r>
        <w:rPr>
          <w:rFonts w:ascii="EB Garamond" w:hAnsi="EB Garamond"/>
          <w:sz w:val="22"/>
        </w:rPr>
        <w:t>For several seconds, she watched the cursor blink.</w:t>
      </w:r>
    </w:p>
    <w:p>
      <w:pPr>
        <w:spacing w:before="0" w:after="0" w:line="264" w:lineRule="exact"/>
        <w:ind w:firstLine="0" w:left="0" w:right="0"/>
      </w:pPr>
      <w:r>
        <w:rPr>
          <w:rFonts w:ascii="EB Garamond" w:hAnsi="EB Garamond"/>
          <w:sz w:val="22"/>
        </w:rPr>
        <w:t>Then she 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My name is Elsie Carter, and I am different depending on who is looking.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stopped.</w:t>
      </w:r>
    </w:p>
    <w:p>
      <w:pPr>
        <w:spacing w:before="0" w:after="0" w:line="264" w:lineRule="exact"/>
        <w:ind w:firstLine="0" w:left="0" w:right="0"/>
      </w:pPr>
      <w:r>
        <w:rPr>
          <w:rFonts w:ascii="EB Garamond" w:hAnsi="EB Garamond"/>
          <w:sz w:val="22"/>
        </w:rPr>
        <w:t>Read it.</w:t>
      </w:r>
    </w:p>
    <w:p>
      <w:pPr>
        <w:spacing w:before="0" w:after="0" w:line="264" w:lineRule="exact"/>
        <w:ind w:firstLine="0" w:left="0" w:right="0"/>
      </w:pPr>
      <w:r>
        <w:rPr>
          <w:rFonts w:ascii="EB Garamond" w:hAnsi="EB Garamond"/>
          <w:sz w:val="22"/>
        </w:rPr>
        <w:t>Kept going.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My mother thinks I spend too much time on my phone. My teachers think I should apply myself more. My grandmother thinks I worry too much about people who aren’t thinking about me nearly as much as I think they are. My best friend thinks I’m funny. A boy I like apparently thinks I hate coffee.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t>Then typed: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I think they’re all right.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stopped again.</w:t>
      </w:r>
    </w:p>
    <w:p>
      <w:pPr>
        <w:spacing w:before="0" w:after="0" w:line="264" w:lineRule="exact"/>
        <w:ind w:firstLine="0" w:left="0" w:right="0"/>
      </w:pPr>
      <w:r>
        <w:rPr>
          <w:rFonts w:ascii="EB Garamond" w:hAnsi="EB Garamond"/>
          <w:sz w:val="22"/>
        </w:rPr>
        <w:t>The classroom disappeared around her.</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Maybe the problem isn’t that I don’t know who I am. Maybe the problem is that I keep asking everyone else.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Elsie’s fingers froze above the keyboard.</w:t>
      </w:r>
    </w:p>
    <w:p>
      <w:pPr>
        <w:spacing w:before="0" w:after="0" w:line="264" w:lineRule="exact"/>
        <w:ind w:firstLine="0" w:left="0" w:right="0"/>
      </w:pPr>
      <w:r>
        <w:rPr>
          <w:rFonts w:ascii="EB Garamond" w:hAnsi="EB Garamond"/>
          <w:sz w:val="22"/>
        </w:rPr>
        <w:t>Whoa.</w:t>
      </w:r>
    </w:p>
    <w:p>
      <w:pPr>
        <w:spacing w:before="0" w:after="0" w:line="264" w:lineRule="exact"/>
        <w:ind w:firstLine="0" w:left="0" w:right="0"/>
      </w:pPr>
      <w:r>
        <w:rPr>
          <w:rFonts w:ascii="EB Garamond" w:hAnsi="EB Garamond"/>
          <w:sz w:val="22"/>
        </w:rPr>
        <w:t>She reread it.</w:t>
      </w:r>
    </w:p>
    <w:p>
      <w:pPr>
        <w:spacing w:before="0" w:after="0" w:line="264" w:lineRule="exact"/>
        <w:ind w:firstLine="0" w:left="0" w:right="0"/>
      </w:pPr>
      <w:r>
        <w:rPr>
          <w:rFonts w:ascii="EB Garamond" w:hAnsi="EB Garamond"/>
          <w:sz w:val="22"/>
        </w:rPr>
        <w:t>That sounded suspiciously intelligent.</w:t>
      </w:r>
    </w:p>
    <w:p>
      <w:pPr>
        <w:spacing w:before="0" w:after="0" w:line="264" w:lineRule="exact"/>
        <w:ind w:firstLine="0" w:left="0" w:right="0"/>
      </w:pPr>
      <w:r>
        <w:rPr>
          <w:rFonts w:ascii="EB Garamond" w:hAnsi="EB Garamond"/>
          <w:sz w:val="22"/>
        </w:rPr>
        <w:t>She looked around to make sure nobody had possessed her.</w:t>
      </w:r>
    </w:p>
    <w:p>
      <w:pPr>
        <w:spacing w:before="0" w:after="0" w:line="264" w:lineRule="exact"/>
        <w:ind w:firstLine="0" w:left="0" w:right="0"/>
      </w:pPr>
      <w:r>
        <w:rPr>
          <w:rFonts w:ascii="EB Garamond" w:hAnsi="EB Garamond"/>
          <w:sz w:val="22"/>
        </w:rPr>
        <w:t>Then she thought about Jeremiah.</w:t>
      </w:r>
    </w:p>
    <w:p>
      <w:pPr>
        <w:spacing w:before="0" w:after="0" w:line="264" w:lineRule="exact"/>
        <w:ind w:firstLine="0" w:left="0" w:right="0"/>
      </w:pPr>
      <w:r>
        <w:rPr>
          <w:rFonts w:ascii="EB Garamond" w:hAnsi="EB Garamond"/>
          <w:b w:val="0"/>
          <w:i/>
          <w:sz w:val="22"/>
        </w:rPr>
        <w:t>Too young.</w:t>
      </w:r>
    </w:p>
    <w:p>
      <w:pPr>
        <w:spacing w:before="0" w:after="0" w:line="264" w:lineRule="exact"/>
        <w:ind w:firstLine="0" w:left="0" w:right="0"/>
      </w:pPr>
      <w:r>
        <w:rPr>
          <w:rFonts w:ascii="EB Garamond" w:hAnsi="EB Garamond"/>
          <w:sz w:val="22"/>
        </w:rPr>
        <w:t>Moses.</w:t>
      </w:r>
    </w:p>
    <w:p>
      <w:pPr>
        <w:spacing w:before="0" w:after="0" w:line="264" w:lineRule="exact"/>
        <w:ind w:firstLine="0" w:left="0" w:right="0"/>
      </w:pPr>
      <w:r>
        <w:rPr>
          <w:rFonts w:ascii="EB Garamond" w:hAnsi="EB Garamond"/>
          <w:b w:val="0"/>
          <w:i/>
          <w:sz w:val="22"/>
        </w:rPr>
        <w:t>Couldn’t speak.</w:t>
      </w:r>
    </w:p>
    <w:p>
      <w:pPr>
        <w:spacing w:before="0" w:after="0" w:line="264" w:lineRule="exact"/>
        <w:ind w:firstLine="0" w:left="0" w:right="0"/>
      </w:pPr>
      <w:r>
        <w:rPr>
          <w:rFonts w:ascii="EB Garamond" w:hAnsi="EB Garamond"/>
          <w:sz w:val="22"/>
        </w:rPr>
        <w:t>Peter.</w:t>
      </w:r>
    </w:p>
    <w:p>
      <w:pPr>
        <w:spacing w:before="0" w:after="0" w:line="264" w:lineRule="exact"/>
        <w:ind w:firstLine="0" w:left="0" w:right="0"/>
      </w:pPr>
      <w:r>
        <w:rPr>
          <w:rFonts w:ascii="EB Garamond" w:hAnsi="EB Garamond"/>
          <w:b w:val="0"/>
          <w:i/>
          <w:sz w:val="22"/>
        </w:rPr>
        <w:t>Afraid.</w:t>
      </w:r>
    </w:p>
    <w:p>
      <w:pPr>
        <w:spacing w:before="0" w:after="0" w:line="264" w:lineRule="exact"/>
        <w:ind w:firstLine="0" w:left="0" w:right="0"/>
      </w:pPr>
      <w:r>
        <w:rPr>
          <w:rFonts w:ascii="EB Garamond" w:hAnsi="EB Garamond"/>
          <w:sz w:val="22"/>
        </w:rPr>
        <w:t>They all told God something about themselves.</w:t>
      </w:r>
    </w:p>
    <w:p>
      <w:pPr>
        <w:spacing w:before="0" w:after="0" w:line="264" w:lineRule="exact"/>
        <w:ind w:firstLine="0" w:left="0" w:right="0"/>
      </w:pPr>
      <w:r>
        <w:rPr>
          <w:rFonts w:ascii="EB Garamond" w:hAnsi="EB Garamond"/>
          <w:sz w:val="22"/>
        </w:rPr>
        <w:t>Maybe the strange part was that God didn’t seem to change His mind.</w:t>
      </w:r>
    </w:p>
    <w:p>
      <w:pPr>
        <w:spacing w:before="0" w:after="0" w:line="264" w:lineRule="exact"/>
        <w:ind w:firstLine="0" w:left="0" w:right="0"/>
      </w:pPr>
      <w:r>
        <w:rPr>
          <w:rFonts w:ascii="EB Garamond" w:hAnsi="EB Garamond"/>
          <w:sz w:val="22"/>
        </w:rPr>
        <w:t>Elsie opened a second tab.</w:t>
      </w:r>
    </w:p>
    <w:p>
      <w:pPr>
        <w:spacing w:before="0" w:after="0" w:line="264" w:lineRule="exact"/>
        <w:ind w:firstLine="0" w:left="0" w:right="0"/>
      </w:pPr>
      <w:r>
        <w:rPr>
          <w:rFonts w:ascii="EB Garamond" w:hAnsi="EB Garamond"/>
          <w:sz w:val="22"/>
        </w:rPr>
        <w:t>She searched Jeremiah again.</w:t>
      </w:r>
    </w:p>
    <w:p>
      <w:pPr>
        <w:spacing w:before="0" w:after="0" w:line="264" w:lineRule="exact"/>
        <w:ind w:firstLine="0" w:left="0" w:right="0"/>
      </w:pPr>
      <w:r>
        <w:rPr>
          <w:rFonts w:ascii="EB Garamond" w:hAnsi="EB Garamond"/>
          <w:sz w:val="22"/>
        </w:rPr>
        <w:t>Found the passage.</w:t>
      </w:r>
    </w:p>
    <w:p>
      <w:pPr>
        <w:spacing w:before="0" w:after="0" w:line="264" w:lineRule="exact"/>
        <w:ind w:firstLine="0" w:left="0" w:right="0"/>
      </w:pPr>
      <w:r>
        <w:rPr>
          <w:rFonts w:ascii="EB Garamond" w:hAnsi="EB Garamond"/>
          <w:sz w:val="22"/>
        </w:rPr>
        <w:t>Read it slowly.</w:t>
      </w:r>
    </w:p>
    <w:p>
      <w:pPr>
        <w:spacing w:before="0" w:after="0" w:line="264" w:lineRule="exact"/>
        <w:ind w:firstLine="0" w:left="0" w:right="0"/>
      </w:pPr>
      <w:r>
        <w:rPr>
          <w:rFonts w:ascii="EB Garamond" w:hAnsi="EB Garamond"/>
          <w:sz w:val="22"/>
        </w:rPr>
        <w:t>Jeremiah thought his age mattered.</w:t>
      </w:r>
    </w:p>
    <w:p>
      <w:pPr>
        <w:spacing w:before="0" w:after="0" w:line="264" w:lineRule="exact"/>
        <w:ind w:firstLine="0" w:left="0" w:right="0"/>
      </w:pPr>
      <w:r>
        <w:rPr>
          <w:rFonts w:ascii="EB Garamond" w:hAnsi="EB Garamond"/>
          <w:sz w:val="22"/>
        </w:rPr>
        <w:t>God told him not to say he was too young.</w:t>
      </w:r>
    </w:p>
    <w:p>
      <w:pPr>
        <w:spacing w:before="0" w:after="0" w:line="264" w:lineRule="exact"/>
        <w:ind w:firstLine="0" w:left="0" w:right="0"/>
      </w:pPr>
      <w:r>
        <w:rPr>
          <w:rFonts w:ascii="EB Garamond" w:hAnsi="EB Garamond"/>
          <w:sz w:val="22"/>
        </w:rPr>
        <w:t>Elsie stared at the screen.</w:t>
      </w:r>
    </w:p>
    <w:p>
      <w:pPr>
        <w:spacing w:before="0" w:after="0" w:line="264" w:lineRule="exact"/>
        <w:ind w:firstLine="0" w:left="0" w:right="0"/>
      </w:pPr>
      <w:r>
        <w:rPr>
          <w:rFonts w:ascii="EB Garamond" w:hAnsi="EB Garamond"/>
          <w:sz w:val="22"/>
        </w:rPr>
        <w:t>She’d always assumed people in the Bible knew who they were.</w:t>
      </w:r>
    </w:p>
    <w:p>
      <w:pPr>
        <w:spacing w:before="0" w:after="0" w:line="264" w:lineRule="exact"/>
        <w:ind w:firstLine="0" w:left="0" w:right="0"/>
      </w:pPr>
      <w:r>
        <w:rPr>
          <w:rFonts w:ascii="EB Garamond" w:hAnsi="EB Garamond"/>
          <w:sz w:val="22"/>
        </w:rPr>
        <w:t>That Moses woke up feeling like Moses.</w:t>
      </w:r>
    </w:p>
    <w:p>
      <w:pPr>
        <w:spacing w:before="0" w:after="0" w:line="264" w:lineRule="exact"/>
        <w:ind w:firstLine="0" w:left="0" w:right="0"/>
      </w:pPr>
      <w:r>
        <w:rPr>
          <w:rFonts w:ascii="EB Garamond" w:hAnsi="EB Garamond"/>
          <w:sz w:val="22"/>
        </w:rPr>
        <w:t>That David knew he was David.</w:t>
      </w:r>
    </w:p>
    <w:p>
      <w:pPr>
        <w:spacing w:before="0" w:after="0" w:line="264" w:lineRule="exact"/>
        <w:ind w:firstLine="0" w:left="0" w:right="0"/>
      </w:pPr>
      <w:r>
        <w:rPr>
          <w:rFonts w:ascii="EB Garamond" w:hAnsi="EB Garamond"/>
          <w:sz w:val="22"/>
        </w:rPr>
        <w:t>That Peter understood he was going to become Peter.</w:t>
      </w:r>
    </w:p>
    <w:p>
      <w:pPr>
        <w:spacing w:before="0" w:after="0" w:line="264" w:lineRule="exact"/>
        <w:ind w:firstLine="0" w:left="0" w:right="0"/>
      </w:pPr>
      <w:r>
        <w:rPr>
          <w:rFonts w:ascii="EB Garamond" w:hAnsi="EB Garamond"/>
          <w:sz w:val="22"/>
        </w:rPr>
        <w:t>Which was stupid when she thought about it.</w:t>
      </w:r>
    </w:p>
    <w:p>
      <w:pPr>
        <w:spacing w:before="0" w:after="0" w:line="264" w:lineRule="exact"/>
        <w:ind w:firstLine="0" w:left="0" w:right="0"/>
      </w:pPr>
      <w:r>
        <w:rPr>
          <w:rFonts w:ascii="EB Garamond" w:hAnsi="EB Garamond"/>
          <w:sz w:val="22"/>
        </w:rPr>
        <w:t>They didn’t know they were Bible characters.</w:t>
      </w:r>
    </w:p>
    <w:p>
      <w:pPr>
        <w:spacing w:before="0" w:after="0" w:line="264" w:lineRule="exact"/>
        <w:ind w:firstLine="0" w:left="0" w:right="0"/>
      </w:pPr>
      <w:r>
        <w:rPr>
          <w:rFonts w:ascii="EB Garamond" w:hAnsi="EB Garamond"/>
          <w:sz w:val="22"/>
        </w:rPr>
        <w:t>They were just people.</w:t>
      </w:r>
    </w:p>
    <w:p>
      <w:pPr>
        <w:spacing w:before="0" w:after="0" w:line="264" w:lineRule="exact"/>
        <w:ind w:firstLine="0" w:left="0" w:right="0"/>
      </w:pPr>
      <w:r>
        <w:rPr>
          <w:rFonts w:ascii="EB Garamond" w:hAnsi="EB Garamond"/>
          <w:sz w:val="22"/>
        </w:rPr>
        <w:t>Jeremiah hadn’t known teenagers thousands of years later would underline his words.</w:t>
      </w:r>
    </w:p>
    <w:p>
      <w:pPr>
        <w:spacing w:before="0" w:after="0" w:line="264" w:lineRule="exact"/>
        <w:ind w:firstLine="0" w:left="0" w:right="0"/>
      </w:pPr>
      <w:r>
        <w:rPr>
          <w:rFonts w:ascii="EB Garamond" w:hAnsi="EB Garamond"/>
          <w:sz w:val="22"/>
        </w:rPr>
        <w:t>Peter hadn’t known churches would be named after him.</w:t>
      </w:r>
    </w:p>
    <w:p>
      <w:pPr>
        <w:spacing w:before="0" w:after="0" w:line="264" w:lineRule="exact"/>
        <w:ind w:firstLine="0" w:left="0" w:right="0"/>
      </w:pPr>
      <w:r>
        <w:rPr>
          <w:rFonts w:ascii="EB Garamond" w:hAnsi="EB Garamond"/>
          <w:sz w:val="22"/>
        </w:rPr>
        <w:t>David hadn’t known children would make construction-paper slingshots and act out his life in Sunday school.</w:t>
      </w:r>
    </w:p>
    <w:p>
      <w:pPr>
        <w:spacing w:before="0" w:after="0" w:line="264" w:lineRule="exact"/>
        <w:ind w:firstLine="0" w:left="0" w:right="0"/>
      </w:pPr>
      <w:r>
        <w:rPr>
          <w:rFonts w:ascii="EB Garamond" w:hAnsi="EB Garamond"/>
          <w:sz w:val="22"/>
        </w:rPr>
        <w:t>They were just living it.</w:t>
      </w:r>
    </w:p>
    <w:p>
      <w:pPr>
        <w:spacing w:before="0" w:after="0" w:line="264" w:lineRule="exact"/>
        <w:ind w:firstLine="0" w:left="0" w:right="0"/>
      </w:pPr>
      <w:r>
        <w:rPr>
          <w:rFonts w:ascii="EB Garamond" w:hAnsi="EB Garamond"/>
          <w:sz w:val="22"/>
        </w:rPr>
        <w:t>Messily.</w:t>
      </w:r>
    </w:p>
    <w:p>
      <w:pPr>
        <w:spacing w:before="0" w:after="0" w:line="264" w:lineRule="exact"/>
        <w:ind w:firstLine="0" w:left="0" w:right="0"/>
      </w:pPr>
      <w:r>
        <w:rPr>
          <w:rFonts w:ascii="EB Garamond" w:hAnsi="EB Garamond"/>
          <w:sz w:val="22"/>
        </w:rPr>
        <w:t>One day at a time.</w:t>
      </w:r>
    </w:p>
    <w:p>
      <w:pPr>
        <w:spacing w:before="0" w:after="0" w:line="264" w:lineRule="exact"/>
        <w:ind w:firstLine="0" w:left="0" w:right="0"/>
      </w:pPr>
      <w:r>
        <w:rPr>
          <w:rFonts w:ascii="EB Garamond" w:hAnsi="EB Garamond"/>
          <w:sz w:val="22"/>
        </w:rPr>
        <w:t>Elsie looked at her essay.</w:t>
      </w:r>
    </w:p>
    <w:p>
      <w:pPr>
        <w:spacing w:before="0" w:after="0" w:line="264" w:lineRule="exact"/>
        <w:ind w:firstLine="0" w:left="0" w:right="0"/>
      </w:pPr>
      <w:r>
        <w:rPr>
          <w:rFonts w:ascii="EB Garamond" w:hAnsi="EB Garamond"/>
          <w:sz w:val="22"/>
        </w:rPr>
        <w:t>Maybe nobody knew who they were while they were becoming who they were.</w:t>
      </w:r>
    </w:p>
    <w:p>
      <w:pPr>
        <w:spacing w:before="0" w:after="0" w:line="264" w:lineRule="exact"/>
        <w:ind w:firstLine="0" w:left="0" w:right="0"/>
      </w:pPr>
      <w:r>
        <w:rPr>
          <w:rFonts w:ascii="EB Garamond" w:hAnsi="EB Garamond"/>
          <w:sz w:val="22"/>
        </w:rPr>
        <w:t>Her phone buzzed inside her backpack.</w:t>
      </w:r>
    </w:p>
    <w:p>
      <w:pPr>
        <w:spacing w:before="0" w:after="0" w:line="264" w:lineRule="exact"/>
        <w:ind w:firstLine="0" w:left="0" w:right="0"/>
      </w:pPr>
      <w:r>
        <w:rPr>
          <w:rFonts w:ascii="EB Garamond" w:hAnsi="EB Garamond"/>
          <w:sz w:val="22"/>
        </w:rPr>
        <w:t>She ignored it.</w:t>
      </w:r>
    </w:p>
    <w:p>
      <w:pPr>
        <w:spacing w:before="0" w:after="0" w:line="264" w:lineRule="exact"/>
        <w:ind w:firstLine="0" w:left="0" w:right="0"/>
      </w:pPr>
      <w:r>
        <w:rPr>
          <w:rFonts w:ascii="EB Garamond" w:hAnsi="EB Garamond"/>
          <w:sz w:val="22"/>
        </w:rPr>
        <w:t>For once.</w:t>
      </w:r>
    </w:p>
    <w:p>
      <w:pPr>
        <w:spacing w:before="0" w:after="0" w:line="264" w:lineRule="exact"/>
        <w:ind w:firstLine="0" w:left="0" w:right="0"/>
      </w:pPr>
      <w:r>
        <w:rPr>
          <w:rFonts w:ascii="EB Garamond" w:hAnsi="EB Garamond"/>
          <w:sz w:val="22"/>
        </w:rPr>
        <w:t>And kept writing.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At lunch, Nora was sitting at her usual table.</w:t>
      </w:r>
    </w:p>
    <w:p>
      <w:pPr>
        <w:spacing w:before="0" w:after="0" w:line="264" w:lineRule="exact"/>
        <w:ind w:firstLine="0" w:left="0" w:right="0"/>
      </w:pPr>
      <w:r>
        <w:rPr>
          <w:rFonts w:ascii="EB Garamond" w:hAnsi="EB Garamond"/>
          <w:sz w:val="22"/>
        </w:rPr>
        <w:t>Elsie saw her.</w:t>
      </w:r>
    </w:p>
    <w:p>
      <w:pPr>
        <w:spacing w:before="0" w:after="0" w:line="264" w:lineRule="exact"/>
        <w:ind w:firstLine="0" w:left="0" w:right="0"/>
      </w:pPr>
      <w:r>
        <w:rPr>
          <w:rFonts w:ascii="EB Garamond" w:hAnsi="EB Garamond"/>
          <w:sz w:val="22"/>
        </w:rPr>
        <w:t>Nora saw Elsie.</w:t>
      </w:r>
    </w:p>
    <w:p>
      <w:pPr>
        <w:spacing w:before="0" w:after="0" w:line="264" w:lineRule="exact"/>
        <w:ind w:firstLine="0" w:left="0" w:right="0"/>
      </w:pPr>
      <w:r>
        <w:rPr>
          <w:rFonts w:ascii="EB Garamond" w:hAnsi="EB Garamond"/>
          <w:sz w:val="22"/>
        </w:rPr>
        <w:t>Neither moved.</w:t>
      </w:r>
    </w:p>
    <w:p>
      <w:pPr>
        <w:spacing w:before="0" w:after="0" w:line="264" w:lineRule="exact"/>
        <w:ind w:firstLine="0" w:left="0" w:right="0"/>
      </w:pPr>
      <w:r>
        <w:rPr>
          <w:rFonts w:ascii="EB Garamond" w:hAnsi="EB Garamond"/>
          <w:sz w:val="22"/>
        </w:rPr>
        <w:t>Maddie was already at their table with Ava and Kenzie.</w:t>
      </w:r>
    </w:p>
    <w:p>
      <w:pPr>
        <w:spacing w:before="0" w:after="0" w:line="264" w:lineRule="exact"/>
        <w:ind w:firstLine="0" w:left="0" w:right="0"/>
      </w:pPr>
      <w:r>
        <w:rPr>
          <w:rFonts w:ascii="EB Garamond" w:hAnsi="EB Garamond"/>
          <w:sz w:val="22"/>
        </w:rPr>
        <w:t>There was an empty seat beside her.</w:t>
      </w:r>
    </w:p>
    <w:p>
      <w:pPr>
        <w:spacing w:before="0" w:after="0" w:line="264" w:lineRule="exact"/>
        <w:ind w:firstLine="0" w:left="0" w:right="0"/>
      </w:pPr>
      <w:r>
        <w:rPr>
          <w:rFonts w:ascii="EB Garamond" w:hAnsi="EB Garamond"/>
          <w:sz w:val="22"/>
        </w:rPr>
        <w:t>Elsie stood in the middle of the cafeteria holding her tray.</w:t>
      </w:r>
    </w:p>
    <w:p>
      <w:pPr>
        <w:spacing w:before="0" w:after="0" w:line="264" w:lineRule="exact"/>
        <w:ind w:firstLine="0" w:left="0" w:right="0"/>
      </w:pPr>
      <w:r>
        <w:rPr>
          <w:rFonts w:ascii="EB Garamond" w:hAnsi="EB Garamond"/>
          <w:sz w:val="22"/>
        </w:rPr>
        <w:t>It was ridiculous how dramatic a chair could become.</w:t>
      </w:r>
    </w:p>
    <w:p>
      <w:pPr>
        <w:spacing w:before="0" w:after="0" w:line="264" w:lineRule="exact"/>
        <w:ind w:firstLine="0" w:left="0" w:right="0"/>
      </w:pPr>
      <w:r>
        <w:rPr>
          <w:rFonts w:ascii="EB Garamond" w:hAnsi="EB Garamond"/>
          <w:sz w:val="22"/>
        </w:rPr>
        <w:t>Sit with Nora and everybody would notice.</w:t>
      </w:r>
    </w:p>
    <w:p>
      <w:pPr>
        <w:spacing w:before="0" w:after="0" w:line="264" w:lineRule="exact"/>
        <w:ind w:firstLine="0" w:left="0" w:right="0"/>
      </w:pPr>
      <w:r>
        <w:rPr>
          <w:rFonts w:ascii="EB Garamond" w:hAnsi="EB Garamond"/>
          <w:sz w:val="22"/>
        </w:rPr>
        <w:t>Sit with Maddie and maybe nobody would.</w:t>
      </w:r>
    </w:p>
    <w:p>
      <w:pPr>
        <w:spacing w:before="0" w:after="0" w:line="264" w:lineRule="exact"/>
        <w:ind w:firstLine="0" w:left="0" w:right="0"/>
      </w:pPr>
      <w:r>
        <w:rPr>
          <w:rFonts w:ascii="EB Garamond" w:hAnsi="EB Garamond"/>
          <w:sz w:val="22"/>
        </w:rPr>
        <w:t>Her heart started beating faster.</w:t>
      </w:r>
    </w:p>
    <w:p>
      <w:pPr>
        <w:spacing w:before="0" w:after="0" w:line="264" w:lineRule="exact"/>
        <w:ind w:firstLine="0" w:left="0" w:right="0"/>
      </w:pPr>
      <w:r>
        <w:rPr>
          <w:rFonts w:ascii="EB Garamond" w:hAnsi="EB Garamond"/>
          <w:sz w:val="22"/>
        </w:rPr>
        <w:t>She hated this.</w:t>
      </w:r>
    </w:p>
    <w:p>
      <w:pPr>
        <w:spacing w:before="0" w:after="0" w:line="264" w:lineRule="exact"/>
        <w:ind w:firstLine="0" w:left="0" w:right="0"/>
      </w:pPr>
      <w:r>
        <w:rPr>
          <w:rFonts w:ascii="EB Garamond" w:hAnsi="EB Garamond"/>
          <w:sz w:val="22"/>
        </w:rPr>
        <w:t>She wasn’t choosing between good and evil.</w:t>
      </w:r>
    </w:p>
    <w:p>
      <w:pPr>
        <w:spacing w:before="0" w:after="0" w:line="264" w:lineRule="exact"/>
        <w:ind w:firstLine="0" w:left="0" w:right="0"/>
      </w:pPr>
      <w:r>
        <w:rPr>
          <w:rFonts w:ascii="EB Garamond" w:hAnsi="EB Garamond"/>
          <w:sz w:val="22"/>
        </w:rPr>
        <w:t>Nobody was asking her to deny Jesus.</w:t>
      </w:r>
    </w:p>
    <w:p>
      <w:pPr>
        <w:spacing w:before="0" w:after="0" w:line="264" w:lineRule="exact"/>
        <w:ind w:firstLine="0" w:left="0" w:right="0"/>
      </w:pPr>
      <w:r>
        <w:rPr>
          <w:rFonts w:ascii="EB Garamond" w:hAnsi="EB Garamond"/>
          <w:sz w:val="22"/>
        </w:rPr>
        <w:t>Nobody was asking her to betray a friend.</w:t>
      </w:r>
    </w:p>
    <w:p>
      <w:pPr>
        <w:spacing w:before="0" w:after="0" w:line="264" w:lineRule="exact"/>
        <w:ind w:firstLine="0" w:left="0" w:right="0"/>
      </w:pPr>
      <w:r>
        <w:rPr>
          <w:rFonts w:ascii="EB Garamond" w:hAnsi="EB Garamond"/>
          <w:sz w:val="22"/>
        </w:rPr>
        <w:t>They were chairs.</w:t>
      </w:r>
    </w:p>
    <w:p>
      <w:pPr>
        <w:spacing w:before="0" w:after="0" w:line="264" w:lineRule="exact"/>
        <w:ind w:firstLine="0" w:left="0" w:right="0"/>
      </w:pPr>
      <w:r>
        <w:rPr>
          <w:rFonts w:ascii="EB Garamond" w:hAnsi="EB Garamond"/>
          <w:sz w:val="22"/>
        </w:rPr>
        <w:t>Plastic cafeteria chairs.</w:t>
      </w:r>
    </w:p>
    <w:p>
      <w:pPr>
        <w:spacing w:before="0" w:after="0" w:line="264" w:lineRule="exact"/>
        <w:ind w:firstLine="0" w:left="0" w:right="0"/>
      </w:pPr>
      <w:r>
        <w:rPr>
          <w:rFonts w:ascii="EB Garamond" w:hAnsi="EB Garamond"/>
          <w:sz w:val="22"/>
        </w:rPr>
        <w:t>“Elsie?”</w:t>
      </w:r>
    </w:p>
    <w:p>
      <w:pPr>
        <w:spacing w:before="0" w:after="0" w:line="264" w:lineRule="exact"/>
        <w:ind w:firstLine="0" w:left="0" w:right="0"/>
      </w:pPr>
      <w:r>
        <w:rPr>
          <w:rFonts w:ascii="EB Garamond" w:hAnsi="EB Garamond"/>
          <w:sz w:val="22"/>
        </w:rPr>
        <w:t>She turned.</w:t>
      </w:r>
    </w:p>
    <w:p>
      <w:pPr>
        <w:spacing w:before="0" w:after="0" w:line="264" w:lineRule="exact"/>
        <w:ind w:firstLine="0" w:left="0" w:right="0"/>
      </w:pPr>
      <w:r>
        <w:rPr>
          <w:rFonts w:ascii="EB Garamond" w:hAnsi="EB Garamond"/>
          <w:sz w:val="22"/>
        </w:rPr>
        <w:t>Mason was behind her.</w:t>
      </w:r>
    </w:p>
    <w:p>
      <w:pPr>
        <w:spacing w:before="0" w:after="0" w:line="264" w:lineRule="exact"/>
        <w:ind w:firstLine="0" w:left="0" w:right="0"/>
      </w:pPr>
      <w:r>
        <w:rPr>
          <w:rFonts w:ascii="EB Garamond" w:hAnsi="EB Garamond"/>
          <w:sz w:val="22"/>
        </w:rPr>
        <w:t>“You okay?”</w:t>
      </w:r>
    </w:p>
    <w:p>
      <w:pPr>
        <w:spacing w:before="0" w:after="0" w:line="264" w:lineRule="exact"/>
        <w:ind w:firstLine="0" w:left="0" w:right="0"/>
      </w:pPr>
      <w:r>
        <w:rPr>
          <w:rFonts w:ascii="EB Garamond" w:hAnsi="EB Garamond"/>
          <w:sz w:val="22"/>
        </w:rPr>
        <w:t>She looked between the tables.</w:t>
      </w:r>
    </w:p>
    <w:p>
      <w:pPr>
        <w:spacing w:before="0" w:after="0" w:line="264" w:lineRule="exact"/>
        <w:ind w:firstLine="0" w:left="0" w:right="0"/>
      </w:pPr>
      <w:r>
        <w:rPr>
          <w:rFonts w:ascii="EB Garamond" w:hAnsi="EB Garamond"/>
          <w:sz w:val="22"/>
        </w:rPr>
        <w:t>“Yeah.”</w:t>
      </w:r>
    </w:p>
    <w:p>
      <w:pPr>
        <w:spacing w:before="0" w:after="0" w:line="264" w:lineRule="exact"/>
        <w:ind w:firstLine="0" w:left="0" w:right="0"/>
      </w:pPr>
      <w:r>
        <w:rPr>
          <w:rFonts w:ascii="EB Garamond" w:hAnsi="EB Garamond"/>
          <w:sz w:val="22"/>
        </w:rPr>
        <w:t>He followed her eyes.</w:t>
      </w:r>
    </w:p>
    <w:p>
      <w:pPr>
        <w:spacing w:before="0" w:after="0" w:line="264" w:lineRule="exact"/>
        <w:ind w:firstLine="0" w:left="0" w:right="0"/>
      </w:pPr>
      <w:r>
        <w:rPr>
          <w:rFonts w:ascii="EB Garamond" w:hAnsi="EB Garamond"/>
          <w:sz w:val="22"/>
        </w:rPr>
        <w:t>First Maddie.</w:t>
      </w:r>
    </w:p>
    <w:p>
      <w:pPr>
        <w:spacing w:before="0" w:after="0" w:line="264" w:lineRule="exact"/>
        <w:ind w:firstLine="0" w:left="0" w:right="0"/>
      </w:pPr>
      <w:r>
        <w:rPr>
          <w:rFonts w:ascii="EB Garamond" w:hAnsi="EB Garamond"/>
          <w:sz w:val="22"/>
        </w:rPr>
        <w:t>Then Nora.</w:t>
      </w:r>
    </w:p>
    <w:p>
      <w:pPr>
        <w:spacing w:before="0" w:after="0" w:line="264" w:lineRule="exact"/>
        <w:ind w:firstLine="0" w:left="0" w:right="0"/>
      </w:pPr>
      <w:r>
        <w:rPr>
          <w:rFonts w:ascii="EB Garamond" w:hAnsi="EB Garamond"/>
          <w:sz w:val="22"/>
        </w:rPr>
        <w:t>Then back to Elsie.</w:t>
      </w:r>
    </w:p>
    <w:p>
      <w:pPr>
        <w:spacing w:before="0" w:after="0" w:line="264" w:lineRule="exact"/>
        <w:ind w:firstLine="0" w:left="0" w:right="0"/>
      </w:pPr>
      <w:r>
        <w:rPr>
          <w:rFonts w:ascii="EB Garamond" w:hAnsi="EB Garamond"/>
          <w:sz w:val="22"/>
        </w:rPr>
        <w:t>He understood.</w:t>
      </w:r>
    </w:p>
    <w:p>
      <w:pPr>
        <w:spacing w:before="0" w:after="0" w:line="264" w:lineRule="exact"/>
        <w:ind w:firstLine="0" w:left="0" w:right="0"/>
      </w:pPr>
      <w:r>
        <w:rPr>
          <w:rFonts w:ascii="EB Garamond" w:hAnsi="EB Garamond"/>
          <w:sz w:val="22"/>
        </w:rPr>
        <w:t>Of course he did.</w:t>
      </w:r>
    </w:p>
    <w:p>
      <w:pPr>
        <w:spacing w:before="0" w:after="0" w:line="264" w:lineRule="exact"/>
        <w:ind w:firstLine="0" w:left="0" w:right="0"/>
      </w:pPr>
      <w:r>
        <w:rPr>
          <w:rFonts w:ascii="EB Garamond" w:hAnsi="EB Garamond"/>
          <w:sz w:val="22"/>
        </w:rPr>
        <w:t>“You know you can talk to both of them, right?”</w:t>
      </w:r>
    </w:p>
    <w:p>
      <w:pPr>
        <w:spacing w:before="0" w:after="0" w:line="264" w:lineRule="exact"/>
        <w:ind w:firstLine="0" w:left="0" w:right="0"/>
      </w:pPr>
      <w:r>
        <w:rPr>
          <w:rFonts w:ascii="EB Garamond" w:hAnsi="EB Garamond"/>
          <w:sz w:val="22"/>
        </w:rPr>
        <w:t>Elsie stared at him.</w:t>
      </w:r>
    </w:p>
    <w:p>
      <w:pPr>
        <w:spacing w:before="0" w:after="0" w:line="264" w:lineRule="exact"/>
        <w:ind w:firstLine="0" w:left="0" w:right="0"/>
      </w:pPr>
      <w:r>
        <w:rPr>
          <w:rFonts w:ascii="EB Garamond" w:hAnsi="EB Garamond"/>
          <w:sz w:val="22"/>
        </w:rPr>
        <w:t>“What?”</w:t>
      </w:r>
    </w:p>
    <w:p>
      <w:pPr>
        <w:spacing w:before="0" w:after="0" w:line="264" w:lineRule="exact"/>
        <w:ind w:firstLine="0" w:left="0" w:right="0"/>
      </w:pPr>
      <w:r>
        <w:rPr>
          <w:rFonts w:ascii="EB Garamond" w:hAnsi="EB Garamond"/>
          <w:sz w:val="22"/>
        </w:rPr>
        <w:t>“Maddie and Nora.”</w:t>
      </w:r>
    </w:p>
    <w:p>
      <w:pPr>
        <w:spacing w:before="0" w:after="0" w:line="264" w:lineRule="exact"/>
        <w:ind w:firstLine="0" w:left="0" w:right="0"/>
      </w:pPr>
      <w:r>
        <w:rPr>
          <w:rFonts w:ascii="EB Garamond" w:hAnsi="EB Garamond"/>
          <w:sz w:val="22"/>
        </w:rPr>
        <w:t>“I know.”</w:t>
      </w:r>
    </w:p>
    <w:p>
      <w:pPr>
        <w:spacing w:before="0" w:after="0" w:line="264" w:lineRule="exact"/>
        <w:ind w:firstLine="0" w:left="0" w:right="0"/>
      </w:pPr>
      <w:r>
        <w:rPr>
          <w:rFonts w:ascii="EB Garamond" w:hAnsi="EB Garamond"/>
          <w:sz w:val="22"/>
        </w:rPr>
        <w:t>“You look like you’re choosing custody.”</w:t>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“I hate you.”</w:t>
      </w:r>
    </w:p>
    <w:p>
      <w:pPr>
        <w:spacing w:before="0" w:after="0" w:line="264" w:lineRule="exact"/>
        <w:ind w:firstLine="0" w:left="0" w:right="0"/>
      </w:pPr>
      <w:r>
        <w:rPr>
          <w:rFonts w:ascii="EB Garamond" w:hAnsi="EB Garamond"/>
          <w:sz w:val="22"/>
        </w:rPr>
        <w:t>“No, you don’t.”</w:t>
      </w:r>
    </w:p>
    <w:p>
      <w:pPr>
        <w:spacing w:before="0" w:after="0" w:line="264" w:lineRule="exact"/>
        <w:ind w:firstLine="0" w:left="0" w:right="0"/>
      </w:pPr>
      <w:r>
        <w:rPr>
          <w:rFonts w:ascii="EB Garamond" w:hAnsi="EB Garamond"/>
          <w:sz w:val="22"/>
        </w:rPr>
        <w:t>Her face warmed.</w:t>
      </w:r>
    </w:p>
    <w:p>
      <w:pPr>
        <w:spacing w:before="0" w:after="0" w:line="264" w:lineRule="exact"/>
        <w:ind w:firstLine="0" w:left="0" w:right="0"/>
      </w:pPr>
      <w:r>
        <w:rPr>
          <w:rFonts w:ascii="EB Garamond" w:hAnsi="EB Garamond"/>
          <w:sz w:val="22"/>
        </w:rPr>
        <w:t>Mason smiled and walked toward his table.</w:t>
      </w:r>
    </w:p>
    <w:p>
      <w:pPr>
        <w:spacing w:before="0" w:after="0" w:line="264" w:lineRule="exact"/>
        <w:ind w:firstLine="0" w:left="0" w:right="0"/>
      </w:pPr>
      <w:r>
        <w:rPr>
          <w:rFonts w:ascii="EB Garamond" w:hAnsi="EB Garamond"/>
          <w:sz w:val="22"/>
        </w:rPr>
        <w:t>Elsie stood there another second.</w:t>
      </w:r>
    </w:p>
    <w:p>
      <w:pPr>
        <w:spacing w:before="0" w:after="0" w:line="264" w:lineRule="exact"/>
        <w:ind w:firstLine="0" w:left="0" w:right="0"/>
      </w:pPr>
      <w:r>
        <w:rPr>
          <w:rFonts w:ascii="EB Garamond" w:hAnsi="EB Garamond"/>
          <w:sz w:val="22"/>
        </w:rPr>
        <w:t>Then she did something incredibly anticlimactic.</w:t>
      </w:r>
    </w:p>
    <w:p>
      <w:pPr>
        <w:spacing w:before="0" w:after="0" w:line="264" w:lineRule="exact"/>
        <w:ind w:firstLine="0" w:left="0" w:right="0"/>
      </w:pPr>
      <w:r>
        <w:rPr>
          <w:rFonts w:ascii="EB Garamond" w:hAnsi="EB Garamond"/>
          <w:sz w:val="22"/>
        </w:rPr>
        <w:t>She walked to Maddie’s table.</w:t>
      </w:r>
    </w:p>
    <w:p>
      <w:pPr>
        <w:spacing w:before="0" w:after="0" w:line="264" w:lineRule="exact"/>
        <w:ind w:firstLine="0" w:left="0" w:right="0"/>
      </w:pPr>
      <w:r>
        <w:rPr>
          <w:rFonts w:ascii="EB Garamond" w:hAnsi="EB Garamond"/>
          <w:sz w:val="22"/>
        </w:rPr>
        <w:t>And sat down.</w:t>
      </w:r>
    </w:p>
    <w:p>
      <w:pPr>
        <w:spacing w:before="0" w:after="0" w:line="264" w:lineRule="exact"/>
        <w:ind w:firstLine="0" w:left="0" w:right="0"/>
      </w:pPr>
      <w:r>
        <w:rPr>
          <w:rFonts w:ascii="EB Garamond" w:hAnsi="EB Garamond"/>
          <w:sz w:val="22"/>
        </w:rPr>
        <w:t>Maddie looked at her.</w:t>
      </w:r>
    </w:p>
    <w:p>
      <w:pPr>
        <w:spacing w:before="0" w:after="0" w:line="264" w:lineRule="exact"/>
        <w:ind w:firstLine="0" w:left="0" w:right="0"/>
      </w:pPr>
      <w:r>
        <w:rPr>
          <w:rFonts w:ascii="EB Garamond" w:hAnsi="EB Garamond"/>
          <w:sz w:val="22"/>
        </w:rPr>
        <w:t>Elsie looked at Maddie.</w:t>
      </w:r>
    </w:p>
    <w:p>
      <w:pPr>
        <w:spacing w:before="0" w:after="0" w:line="264" w:lineRule="exact"/>
        <w:ind w:firstLine="0" w:left="0" w:right="0"/>
      </w:pPr>
      <w:r>
        <w:rPr>
          <w:rFonts w:ascii="EB Garamond" w:hAnsi="EB Garamond"/>
          <w:sz w:val="22"/>
        </w:rPr>
        <w:t>“Hi.”</w:t>
      </w:r>
    </w:p>
    <w:p>
      <w:pPr>
        <w:spacing w:before="0" w:after="0" w:line="264" w:lineRule="exact"/>
        <w:ind w:firstLine="0" w:left="0" w:right="0"/>
      </w:pPr>
      <w:r>
        <w:rPr>
          <w:rFonts w:ascii="EB Garamond" w:hAnsi="EB Garamond"/>
          <w:sz w:val="22"/>
        </w:rPr>
        <w:t>“Hi.”</w:t>
      </w:r>
    </w:p>
    <w:p>
      <w:pPr>
        <w:spacing w:before="0" w:after="0" w:line="264" w:lineRule="exact"/>
        <w:ind w:firstLine="0" w:left="0" w:right="0"/>
      </w:pPr>
      <w:r>
        <w:rPr>
          <w:rFonts w:ascii="EB Garamond" w:hAnsi="EB Garamond"/>
          <w:sz w:val="22"/>
        </w:rPr>
        <w:t>Ava glanced between them.</w:t>
      </w:r>
    </w:p>
    <w:p>
      <w:pPr>
        <w:spacing w:before="0" w:after="0" w:line="264" w:lineRule="exact"/>
        <w:ind w:firstLine="0" w:left="0" w:right="0"/>
      </w:pPr>
      <w:r>
        <w:rPr>
          <w:rFonts w:ascii="EB Garamond" w:hAnsi="EB Garamond"/>
          <w:sz w:val="22"/>
        </w:rPr>
        <w:t>“Are you guys fighting?”</w:t>
      </w:r>
    </w:p>
    <w:p>
      <w:pPr>
        <w:spacing w:before="0" w:after="0" w:line="264" w:lineRule="exact"/>
        <w:ind w:firstLine="0" w:left="0" w:right="0"/>
      </w:pPr>
      <w:r>
        <w:rPr>
          <w:rFonts w:ascii="EB Garamond" w:hAnsi="EB Garamond"/>
          <w:sz w:val="22"/>
        </w:rPr>
        <w:t>“No,” they said together.</w:t>
      </w:r>
    </w:p>
    <w:p>
      <w:pPr>
        <w:spacing w:before="0" w:after="0" w:line="264" w:lineRule="exact"/>
        <w:ind w:firstLine="0" w:left="0" w:right="0"/>
      </w:pPr>
      <w:r>
        <w:rPr>
          <w:rFonts w:ascii="EB Garamond" w:hAnsi="EB Garamond"/>
          <w:sz w:val="22"/>
        </w:rPr>
        <w:t>Kenzie laughed.</w:t>
      </w:r>
    </w:p>
    <w:p>
      <w:pPr>
        <w:spacing w:before="0" w:after="0" w:line="264" w:lineRule="exact"/>
        <w:ind w:firstLine="0" w:left="0" w:right="0"/>
      </w:pPr>
      <w:r>
        <w:rPr>
          <w:rFonts w:ascii="EB Garamond" w:hAnsi="EB Garamond"/>
          <w:sz w:val="22"/>
        </w:rPr>
        <w:t>Then Ava looked at Elsie.</w:t>
      </w:r>
    </w:p>
    <w:p>
      <w:pPr>
        <w:spacing w:before="0" w:after="0" w:line="264" w:lineRule="exact"/>
        <w:ind w:firstLine="0" w:left="0" w:right="0"/>
      </w:pPr>
      <w:r>
        <w:rPr>
          <w:rFonts w:ascii="EB Garamond" w:hAnsi="EB Garamond"/>
          <w:sz w:val="22"/>
        </w:rPr>
        <w:t>“So was it actually a date?”</w:t>
      </w:r>
    </w:p>
    <w:p>
      <w:pPr>
        <w:spacing w:before="0" w:after="0" w:line="264" w:lineRule="exact"/>
        <w:ind w:firstLine="0" w:left="0" w:right="0"/>
      </w:pPr>
      <w:r>
        <w:rPr>
          <w:rFonts w:ascii="EB Garamond" w:hAnsi="EB Garamond"/>
          <w:sz w:val="22"/>
        </w:rPr>
        <w:t>Elsie sighed.</w:t>
      </w:r>
    </w:p>
    <w:p>
      <w:pPr>
        <w:spacing w:before="0" w:after="0" w:line="264" w:lineRule="exact"/>
        <w:ind w:firstLine="0" w:left="0" w:right="0"/>
      </w:pPr>
      <w:r>
        <w:rPr>
          <w:rFonts w:ascii="EB Garamond" w:hAnsi="EB Garamond"/>
          <w:sz w:val="22"/>
        </w:rPr>
        <w:t>“We’re still doing this?”</w:t>
      </w:r>
    </w:p>
    <w:p>
      <w:pPr>
        <w:spacing w:before="0" w:after="0" w:line="264" w:lineRule="exact"/>
        <w:ind w:firstLine="0" w:left="0" w:right="0"/>
      </w:pPr>
      <w:r>
        <w:rPr>
          <w:rFonts w:ascii="EB Garamond" w:hAnsi="EB Garamond"/>
          <w:sz w:val="22"/>
        </w:rPr>
        <w:t>“Yes.”</w:t>
      </w:r>
    </w:p>
    <w:p>
      <w:pPr>
        <w:spacing w:before="0" w:after="0" w:line="264" w:lineRule="exact"/>
        <w:ind w:firstLine="0" w:left="0" w:right="0"/>
      </w:pPr>
      <w:r>
        <w:rPr>
          <w:rFonts w:ascii="EB Garamond" w:hAnsi="EB Garamond"/>
          <w:sz w:val="22"/>
        </w:rPr>
        <w:t>“It was coffee.”</w:t>
      </w:r>
    </w:p>
    <w:p>
      <w:pPr>
        <w:spacing w:before="0" w:after="0" w:line="264" w:lineRule="exact"/>
        <w:ind w:firstLine="0" w:left="0" w:right="0"/>
      </w:pPr>
      <w:r>
        <w:rPr>
          <w:rFonts w:ascii="EB Garamond" w:hAnsi="EB Garamond"/>
          <w:sz w:val="22"/>
        </w:rPr>
        <w:t>Maddie pointed at her.</w:t>
      </w:r>
    </w:p>
    <w:p>
      <w:pPr>
        <w:spacing w:before="0" w:after="0" w:line="264" w:lineRule="exact"/>
        <w:ind w:firstLine="0" w:left="0" w:right="0"/>
      </w:pPr>
      <w:r>
        <w:rPr>
          <w:rFonts w:ascii="EB Garamond" w:hAnsi="EB Garamond"/>
          <w:sz w:val="22"/>
        </w:rPr>
        <w:t>“Very serious coffee.”</w:t>
      </w:r>
    </w:p>
    <w:p>
      <w:pPr>
        <w:spacing w:before="0" w:after="0" w:line="264" w:lineRule="exact"/>
        <w:ind w:firstLine="0" w:left="0" w:right="0"/>
      </w:pPr>
      <w:r>
        <w:rPr>
          <w:rFonts w:ascii="EB Garamond" w:hAnsi="EB Garamond"/>
          <w:sz w:val="22"/>
        </w:rPr>
        <w:t>Elsie glared.</w:t>
      </w:r>
    </w:p>
    <w:p>
      <w:pPr>
        <w:spacing w:before="0" w:after="0" w:line="264" w:lineRule="exact"/>
        <w:ind w:firstLine="0" w:left="0" w:right="0"/>
      </w:pPr>
      <w:r>
        <w:rPr>
          <w:rFonts w:ascii="EB Garamond" w:hAnsi="EB Garamond"/>
          <w:sz w:val="22"/>
        </w:rPr>
        <w:t>“We discussed Jeremiah.”</w:t>
      </w:r>
    </w:p>
    <w:p>
      <w:pPr>
        <w:spacing w:before="0" w:after="0" w:line="264" w:lineRule="exact"/>
        <w:ind w:firstLine="0" w:left="0" w:right="0"/>
      </w:pPr>
      <w:r>
        <w:rPr>
          <w:rFonts w:ascii="EB Garamond" w:hAnsi="EB Garamond"/>
          <w:sz w:val="22"/>
        </w:rPr>
        <w:t>Ava stared at her.</w:t>
      </w:r>
    </w:p>
    <w:p>
      <w:pPr>
        <w:spacing w:before="0" w:after="0" w:line="264" w:lineRule="exact"/>
        <w:ind w:firstLine="0" w:left="0" w:right="0"/>
      </w:pPr>
      <w:r>
        <w:rPr>
          <w:rFonts w:ascii="EB Garamond" w:hAnsi="EB Garamond"/>
          <w:sz w:val="22"/>
        </w:rPr>
        <w:t>“Who?”</w:t>
      </w:r>
    </w:p>
    <w:p>
      <w:pPr>
        <w:spacing w:before="0" w:after="0" w:line="264" w:lineRule="exact"/>
        <w:ind w:firstLine="0" w:left="0" w:right="0"/>
      </w:pPr>
      <w:r>
        <w:rPr>
          <w:rFonts w:ascii="EB Garamond" w:hAnsi="EB Garamond"/>
          <w:sz w:val="22"/>
        </w:rPr>
        <w:t>Elsie laughed.</w:t>
      </w:r>
    </w:p>
    <w:p>
      <w:pPr>
        <w:spacing w:before="0" w:after="0" w:line="264" w:lineRule="exact"/>
        <w:ind w:firstLine="0" w:left="0" w:right="0"/>
      </w:pPr>
      <w:r>
        <w:rPr>
          <w:rFonts w:ascii="EB Garamond" w:hAnsi="EB Garamond"/>
          <w:sz w:val="22"/>
        </w:rPr>
        <w:t>“Never mind.”</w:t>
      </w:r>
    </w:p>
    <w:p>
      <w:pPr>
        <w:spacing w:before="0" w:after="0" w:line="264" w:lineRule="exact"/>
        <w:ind w:firstLine="0" w:left="0" w:right="0"/>
      </w:pPr>
      <w:r>
        <w:rPr>
          <w:rFonts w:ascii="EB Garamond" w:hAnsi="EB Garamond"/>
          <w:sz w:val="22"/>
        </w:rPr>
        <w:t>Across the cafeteria, Nora was opening a bag of chips.</w:t>
      </w:r>
    </w:p>
    <w:p>
      <w:pPr>
        <w:spacing w:before="0" w:after="0" w:line="264" w:lineRule="exact"/>
        <w:ind w:firstLine="0" w:left="0" w:right="0"/>
      </w:pPr>
      <w:r>
        <w:rPr>
          <w:rFonts w:ascii="EB Garamond" w:hAnsi="EB Garamond"/>
          <w:sz w:val="22"/>
        </w:rPr>
        <w:t>Elsie pulled out her phone.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Wednesday at 7?</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Across the room, Nora’s phone lit up.</w:t>
      </w:r>
    </w:p>
    <w:p>
      <w:pPr>
        <w:spacing w:before="0" w:after="0" w:line="264" w:lineRule="exact"/>
        <w:ind w:firstLine="0" w:left="0" w:right="0"/>
      </w:pPr>
      <w:r>
        <w:rPr>
          <w:rFonts w:ascii="EB Garamond" w:hAnsi="EB Garamond"/>
          <w:sz w:val="22"/>
        </w:rPr>
        <w:t>She looked at it.</w:t>
      </w:r>
    </w:p>
    <w:p>
      <w:pPr>
        <w:spacing w:before="0" w:after="0" w:line="264" w:lineRule="exact"/>
        <w:ind w:firstLine="0" w:left="0" w:right="0"/>
      </w:pPr>
      <w:r>
        <w:rPr>
          <w:rFonts w:ascii="EB Garamond" w:hAnsi="EB Garamond"/>
          <w:sz w:val="22"/>
        </w:rPr>
        <w:t>Then looked at Elsie.</w:t>
      </w:r>
    </w:p>
    <w:p>
      <w:pPr>
        <w:spacing w:before="0" w:after="0" w:line="264" w:lineRule="exact"/>
        <w:ind w:firstLine="0" w:left="0" w:right="0"/>
      </w:pPr>
      <w:r>
        <w:rPr>
          <w:rFonts w:ascii="EB Garamond" w:hAnsi="EB Garamond"/>
          <w:sz w:val="22"/>
        </w:rPr>
        <w:t>Her eyebrows rose.</w:t>
      </w:r>
    </w:p>
    <w:p>
      <w:pPr>
        <w:spacing w:before="0" w:after="0" w:line="264" w:lineRule="exact"/>
        <w:ind w:firstLine="0" w:left="0" w:right="0"/>
      </w:pPr>
      <w:r>
        <w:rPr>
          <w:rFonts w:ascii="EB Garamond" w:hAnsi="EB Garamond"/>
          <w:sz w:val="22"/>
        </w:rPr>
        <w:t>Elsie’s phone buzzed.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Nora:</w:t>
      </w:r>
      <w:r>
        <w:rPr>
          <w:rFonts w:ascii="EB Garamond" w:hAnsi="EB Garamond"/>
          <w:b w:val="0"/>
          <w:i w:val="0"/>
          <w:sz w:val="22"/>
        </w:rPr>
        <w:t xml:space="preserve"> Thought you weren’t joining Bible study?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smiled.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I’m not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Pause.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Elsie:</w:t>
      </w:r>
      <w:r>
        <w:rPr>
          <w:rFonts w:ascii="EB Garamond" w:hAnsi="EB Garamond"/>
          <w:b w:val="0"/>
          <w:i w:val="0"/>
          <w:sz w:val="22"/>
        </w:rPr>
        <w:t xml:space="preserve"> I’m conducting research.</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Nora laughed from across the cafeteria.</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Nora:</w:t>
      </w:r>
      <w:r>
        <w:rPr>
          <w:rFonts w:ascii="EB Garamond" w:hAnsi="EB Garamond"/>
          <w:b w:val="0"/>
          <w:i w:val="0"/>
          <w:sz w:val="22"/>
        </w:rPr>
        <w:t xml:space="preserve"> Obviously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Nora:</w:t>
      </w:r>
      <w:r>
        <w:rPr>
          <w:rFonts w:ascii="EB Garamond" w:hAnsi="EB Garamond"/>
          <w:b w:val="0"/>
          <w:i w:val="0"/>
          <w:sz w:val="22"/>
        </w:rPr>
        <w:t xml:space="preserve"> Wednesday at 7</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put her phone down.</w:t>
      </w:r>
    </w:p>
    <w:p>
      <w:pPr>
        <w:spacing w:before="0" w:after="0" w:line="264" w:lineRule="exact"/>
        <w:ind w:firstLine="0" w:left="0" w:right="0"/>
      </w:pPr>
      <w:r>
        <w:rPr>
          <w:rFonts w:ascii="EB Garamond" w:hAnsi="EB Garamond"/>
          <w:sz w:val="22"/>
        </w:rPr>
        <w:t>Maddie had seen.</w:t>
      </w:r>
    </w:p>
    <w:p>
      <w:pPr>
        <w:spacing w:before="0" w:after="0" w:line="264" w:lineRule="exact"/>
        <w:ind w:firstLine="0" w:left="0" w:right="0"/>
      </w:pPr>
      <w:r>
        <w:rPr>
          <w:rFonts w:ascii="EB Garamond" w:hAnsi="EB Garamond"/>
          <w:sz w:val="22"/>
        </w:rPr>
        <w:t>She didn’t say anything.</w:t>
      </w:r>
    </w:p>
    <w:p>
      <w:pPr>
        <w:spacing w:before="0" w:after="0" w:line="264" w:lineRule="exact"/>
        <w:ind w:firstLine="0" w:left="0" w:right="0"/>
      </w:pPr>
      <w:r>
        <w:rPr>
          <w:rFonts w:ascii="EB Garamond" w:hAnsi="EB Garamond"/>
          <w:sz w:val="22"/>
        </w:rPr>
        <w:t>Neither did Elsie.</w:t>
      </w:r>
    </w:p>
    <w:p>
      <w:pPr>
        <w:spacing w:before="0" w:after="0" w:line="264" w:lineRule="exact"/>
        <w:ind w:firstLine="0" w:left="0" w:right="0"/>
      </w:pPr>
      <w:r>
        <w:rPr>
          <w:rFonts w:ascii="EB Garamond" w:hAnsi="EB Garamond"/>
          <w:sz w:val="22"/>
        </w:rPr>
        <w:t>Not yet.</w:t>
      </w:r>
    </w:p>
    <w:p>
      <w:pPr>
        <w:spacing w:before="0" w:after="0" w:line="264" w:lineRule="exact"/>
        <w:ind w:firstLine="0" w:left="0" w:right="0"/>
      </w:pPr>
      <w:r>
        <w:rPr>
          <w:rFonts w:ascii="EB Garamond" w:hAnsi="EB Garamond"/>
          <w:sz w:val="22"/>
        </w:rPr>
        <w:t>Maybe they would fight about it later.</w:t>
      </w:r>
    </w:p>
    <w:p>
      <w:pPr>
        <w:spacing w:before="0" w:after="0" w:line="264" w:lineRule="exact"/>
        <w:ind w:firstLine="0" w:left="0" w:right="0"/>
      </w:pPr>
      <w:r>
        <w:rPr>
          <w:rFonts w:ascii="EB Garamond" w:hAnsi="EB Garamond"/>
          <w:sz w:val="22"/>
        </w:rPr>
        <w:t>Maybe Maddie would think it was weird.</w:t>
      </w:r>
    </w:p>
    <w:p>
      <w:pPr>
        <w:spacing w:before="0" w:after="0" w:line="264" w:lineRule="exact"/>
        <w:ind w:firstLine="0" w:left="0" w:right="0"/>
      </w:pPr>
      <w:r>
        <w:rPr>
          <w:rFonts w:ascii="EB Garamond" w:hAnsi="EB Garamond"/>
          <w:sz w:val="22"/>
        </w:rPr>
        <w:t>Maybe Elsie would go Wednesday and hate it.</w:t>
      </w:r>
    </w:p>
    <w:p>
      <w:pPr>
        <w:spacing w:before="0" w:after="0" w:line="264" w:lineRule="exact"/>
        <w:ind w:firstLine="0" w:left="0" w:right="0"/>
      </w:pPr>
      <w:r>
        <w:rPr>
          <w:rFonts w:ascii="EB Garamond" w:hAnsi="EB Garamond"/>
          <w:sz w:val="22"/>
        </w:rPr>
        <w:t>Maybe she’d never go back.</w:t>
      </w:r>
    </w:p>
    <w:p>
      <w:pPr>
        <w:spacing w:before="0" w:after="0" w:line="264" w:lineRule="exact"/>
        <w:ind w:firstLine="0" w:left="0" w:right="0"/>
      </w:pPr>
      <w:r>
        <w:rPr>
          <w:rFonts w:ascii="EB Garamond" w:hAnsi="EB Garamond"/>
          <w:sz w:val="22"/>
        </w:rPr>
        <w:t>She didn’t know.</w:t>
      </w:r>
    </w:p>
    <w:p>
      <w:pPr>
        <w:spacing w:before="0" w:after="0" w:line="264" w:lineRule="exact"/>
        <w:ind w:firstLine="0" w:left="0" w:right="0"/>
      </w:pPr>
      <w:r>
        <w:rPr>
          <w:rFonts w:ascii="EB Garamond" w:hAnsi="EB Garamond"/>
          <w:sz w:val="22"/>
        </w:rPr>
        <w:t>For once, I don’t know didn’t feel like a problem that needed solving immediately.</w:t>
      </w:r>
    </w:p>
    <w:p>
      <w:pPr>
        <w:spacing w:before="0" w:after="0" w:line="264" w:lineRule="exact"/>
        <w:ind w:firstLine="0" w:left="0" w:right="0"/>
      </w:pPr>
      <w:r>
        <w:rPr>
          <w:rFonts w:ascii="EB Garamond" w:hAnsi="EB Garamond"/>
          <w:sz w:val="22"/>
        </w:rPr>
        <w:t>It just meant the story wasn’t finished.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That afternoon, Elsie opened her notebook.</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PEOPLE GOD USED ANYWAY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found Jeremiah.</w:t>
      </w:r>
    </w:p>
    <w:p>
      <w:pPr>
        <w:spacing w:before="0" w:after="0" w:line="264" w:lineRule="exact"/>
        <w:ind w:firstLine="0" w:left="0" w:right="0"/>
      </w:pPr>
      <w:r>
        <w:rPr>
          <w:rFonts w:ascii="EB Garamond" w:hAnsi="EB Garamond"/>
          <w:sz w:val="22"/>
        </w:rPr>
        <w:t>Beside his name, Grandma had written: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Jeremiah — Thought he was too young.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stared at it.</w:t>
      </w:r>
    </w:p>
    <w:p>
      <w:pPr>
        <w:spacing w:before="0" w:after="0" w:line="264" w:lineRule="exact"/>
        <w:ind w:firstLine="0" w:left="0" w:right="0"/>
      </w:pPr>
      <w:r>
        <w:rPr>
          <w:rFonts w:ascii="EB Garamond" w:hAnsi="EB Garamond"/>
          <w:sz w:val="22"/>
        </w:rPr>
        <w:t>For once, Grandma’s summary wasn’t exactly wrong.</w:t>
      </w:r>
    </w:p>
    <w:p>
      <w:pPr>
        <w:spacing w:before="0" w:after="0" w:line="264" w:lineRule="exact"/>
        <w:ind w:firstLine="0" w:left="0" w:right="0"/>
      </w:pPr>
      <w:r>
        <w:rPr>
          <w:rFonts w:ascii="EB Garamond" w:hAnsi="EB Garamond"/>
          <w:sz w:val="22"/>
        </w:rPr>
        <w:t>Just incomplete.</w:t>
      </w:r>
    </w:p>
    <w:p>
      <w:pPr>
        <w:spacing w:before="0" w:after="0" w:line="264" w:lineRule="exact"/>
        <w:ind w:firstLine="0" w:left="0" w:right="0"/>
      </w:pPr>
      <w:r>
        <w:rPr>
          <w:rFonts w:ascii="EB Garamond" w:hAnsi="EB Garamond"/>
          <w:sz w:val="22"/>
        </w:rPr>
        <w:t>She thought about the sermon.</w:t>
      </w:r>
    </w:p>
    <w:p>
      <w:pPr>
        <w:spacing w:before="0" w:after="0" w:line="264" w:lineRule="exact"/>
        <w:ind w:firstLine="0" w:left="0" w:right="0"/>
      </w:pPr>
      <w:r>
        <w:rPr>
          <w:rFonts w:ascii="EB Garamond" w:hAnsi="EB Garamond"/>
          <w:sz w:val="22"/>
        </w:rPr>
        <w:t>About Jeremiah deciding his age meant he wasn’t ready before he even knew what God was asking.</w:t>
      </w:r>
    </w:p>
    <w:p>
      <w:pPr>
        <w:spacing w:before="0" w:after="0" w:line="264" w:lineRule="exact"/>
        <w:ind w:firstLine="0" w:left="0" w:right="0"/>
      </w:pPr>
      <w:r>
        <w:rPr>
          <w:rFonts w:ascii="EB Garamond" w:hAnsi="EB Garamond"/>
          <w:sz w:val="22"/>
        </w:rPr>
        <w:t>Elsie drew one line through the sentence.</w:t>
      </w:r>
    </w:p>
    <w:p>
      <w:pPr>
        <w:spacing w:before="0" w:after="0" w:line="264" w:lineRule="exact"/>
        <w:ind w:firstLine="0" w:left="0" w:right="0"/>
      </w:pPr>
      <w:r>
        <w:rPr>
          <w:rFonts w:ascii="EB Garamond" w:hAnsi="EB Garamond"/>
          <w:sz w:val="22"/>
        </w:rPr>
        <w:t>Underneath, she wrote: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Jeremiah — thought being young meant he wasn’t ready.</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Then: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God knew his age when He called him.</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tapped her pen against the page.</w:t>
      </w:r>
    </w:p>
    <w:p>
      <w:pPr>
        <w:spacing w:before="0" w:after="0" w:line="264" w:lineRule="exact"/>
        <w:ind w:firstLine="0" w:left="0" w:right="0"/>
      </w:pPr>
      <w:r>
        <w:rPr>
          <w:rFonts w:ascii="EB Garamond" w:hAnsi="EB Garamond"/>
          <w:sz w:val="22"/>
        </w:rPr>
        <w:t>After a moment, she turned to a clean sheet.</w:t>
      </w:r>
    </w:p>
    <w:p>
      <w:pPr>
        <w:spacing w:before="0" w:after="0" w:line="264" w:lineRule="exact"/>
        <w:ind w:firstLine="0" w:left="0" w:right="0"/>
      </w:pPr>
      <w:r>
        <w:rPr>
          <w:rFonts w:ascii="EB Garamond" w:hAnsi="EB Garamond"/>
          <w:sz w:val="22"/>
        </w:rPr>
        <w:t>At the top, she wrote: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i w:val="0"/>
          <w:sz w:val="22"/>
        </w:rPr>
        <w:t>THINGS I HAVE DECIDED ABOUT PEOPLE WITHOUT ASKING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added the first name.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Nora — thinks she’s better than everyone.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Crossed it out.</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Mason — doesn’t care about God.</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Crossed it out.</w:t>
      </w:r>
    </w:p>
    <w:p>
      <w:pPr>
        <w:spacing w:before="0" w:after="0" w:line="264" w:lineRule="exact"/>
        <w:ind w:firstLine="0" w:left="0" w:right="0"/>
      </w:pPr>
      <w:r>
        <w:rPr>
          <w:rFonts w:ascii="EB Garamond" w:hAnsi="EB Garamond"/>
          <w:sz w:val="22"/>
        </w:rPr>
        <w:t>Then:</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Maddie — will stop liking me if I change.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Elsie stared at this one.</w:t>
      </w:r>
    </w:p>
    <w:p>
      <w:pPr>
        <w:spacing w:before="0" w:after="0" w:line="264" w:lineRule="exact"/>
        <w:ind w:firstLine="0" w:left="0" w:right="0"/>
      </w:pPr>
      <w:r>
        <w:rPr>
          <w:rFonts w:ascii="EB Garamond" w:hAnsi="EB Garamond"/>
          <w:sz w:val="22"/>
        </w:rPr>
        <w:t>She couldn’t cross it out.</w:t>
      </w:r>
    </w:p>
    <w:p>
      <w:pPr>
        <w:spacing w:before="0" w:after="0" w:line="264" w:lineRule="exact"/>
        <w:ind w:firstLine="0" w:left="0" w:right="0"/>
      </w:pPr>
      <w:r>
        <w:rPr>
          <w:rFonts w:ascii="EB Garamond" w:hAnsi="EB Garamond"/>
          <w:sz w:val="22"/>
        </w:rPr>
        <w:t>Not yet.</w:t>
      </w:r>
    </w:p>
    <w:p>
      <w:pPr>
        <w:spacing w:before="0" w:after="0" w:line="264" w:lineRule="exact"/>
        <w:ind w:firstLine="0" w:left="0" w:right="0"/>
      </w:pPr>
      <w:r>
        <w:rPr>
          <w:rFonts w:ascii="EB Garamond" w:hAnsi="EB Garamond"/>
          <w:sz w:val="22"/>
        </w:rPr>
        <w:t>She didn’t know whether it was true.</w:t>
      </w:r>
    </w:p>
    <w:p>
      <w:pPr>
        <w:spacing w:before="0" w:after="0" w:line="264" w:lineRule="exact"/>
        <w:ind w:firstLine="0" w:left="0" w:right="0"/>
      </w:pPr>
      <w:r>
        <w:rPr>
          <w:rFonts w:ascii="EB Garamond" w:hAnsi="EB Garamond"/>
          <w:sz w:val="22"/>
        </w:rPr>
        <w:t>Finally, she wrote one more.</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b w:val="0"/>
          <w:i/>
          <w:sz w:val="22"/>
        </w:rPr>
        <w:t>Elsie — has to figure out who she is before she can become anything.</w:t>
      </w:r>
    </w:p>
    <w:p>
      <w:pPr>
        <w:spacing w:before="0" w:after="0" w:line="264" w:lineRule="exact"/>
        <w:ind w:firstLine="0" w:left="0" w:right="0"/>
      </w:pPr>
      <w:r>
        <w:rPr>
          <w:rFonts w:ascii="EB Garamond" w:hAnsi="EB Garamond"/>
          <w:sz w:val="22"/>
        </w:rPr>
      </w:r>
    </w:p>
    <w:p>
      <w:pPr>
        <w:spacing w:before="0" w:after="0" w:line="264" w:lineRule="exact"/>
        <w:ind w:firstLine="0" w:left="0" w:right="0"/>
      </w:pPr>
      <w:r>
        <w:rPr>
          <w:rFonts w:ascii="EB Garamond" w:hAnsi="EB Garamond"/>
          <w:sz w:val="22"/>
        </w:rPr>
        <w:t>She looked at the sentence for a long time.</w:t>
      </w:r>
    </w:p>
    <w:p>
      <w:pPr>
        <w:spacing w:before="0" w:after="0" w:line="264" w:lineRule="exact"/>
        <w:ind w:firstLine="0" w:left="0" w:right="0"/>
      </w:pPr>
      <w:r>
        <w:rPr>
          <w:rFonts w:ascii="EB Garamond" w:hAnsi="EB Garamond"/>
          <w:sz w:val="22"/>
        </w:rPr>
        <w:t>Then drew a line through it.</w:t>
      </w:r>
    </w:p>
    <w:p>
      <w:pPr>
        <w:spacing w:before="0" w:after="0" w:line="264" w:lineRule="exact"/>
        <w:ind w:firstLine="0" w:left="0" w:right="0"/>
      </w:pPr>
      <w:r>
        <w:rPr>
          <w:rFonts w:ascii="EB Garamond" w:hAnsi="EB Garamond"/>
          <w:sz w:val="22"/>
        </w:rPr>
        <w:t>That one, she was beginning to doubt.</w:t>
      </w:r>
    </w:p>
    <w:p>
      <w:r>
        <w:br w:type="page"/>
      </w:r>
    </w:p>
    <w:p>
      <w:pPr>
        <w:spacing w:before="0" w:after="0" w:line="264" w:lineRule="exact"/>
        <w:ind w:left="0" w:right="0" w:firstLine="0"/>
        <w:jc w:val="center"/>
      </w:pPr>
      <w:r>
        <w:rPr>
          <w:rFonts w:ascii="EB Garamond" w:hAnsi="EB Garamond"/>
          <w:b/>
          <w:i w:val="0"/>
          <w:sz w:val="22"/>
        </w:rPr>
        <w:t>CHAPTER FIVE</w:t>
      </w:r>
    </w:p>
    <w:p>
      <w:pPr>
        <w:spacing w:before="0" w:after="0" w:line="264" w:lineRule="exact"/>
        <w:ind w:left="0" w:right="0" w:firstLine="0"/>
        <w:jc w:val="center"/>
      </w:pPr>
      <w:r>
        <w:rPr>
          <w:rFonts w:ascii="EB Garamond" w:hAnsi="EB Garamond"/>
          <w:b/>
          <w:i w:val="0"/>
          <w:sz w:val="22"/>
        </w:rPr>
        <w:t>The Other Girl</w:t>
      </w:r>
    </w:p>
    <w:p>
      <w:pPr>
        <w:spacing w:before="0" w:after="0" w:line="264" w:lineRule="exact"/>
        <w:ind w:left="0" w:right="0" w:firstLine="0"/>
      </w:pPr>
      <w:r>
        <w:rPr>
          <w:rFonts w:ascii="EB Garamond" w:hAnsi="EB Garamond"/>
          <w:b w:val="0"/>
          <w:i w:val="0"/>
          <w:sz w:val="22"/>
        </w:rPr>
        <w:t>By Wednesday afternoon, Elsie had decided not to go to Bible study seventeen times.</w:t>
      </w:r>
    </w:p>
    <w:p>
      <w:pPr>
        <w:spacing w:before="0" w:after="0" w:line="264" w:lineRule="exact"/>
        <w:ind w:left="0" w:right="0" w:firstLine="0"/>
      </w:pPr>
      <w:r>
        <w:rPr>
          <w:rFonts w:ascii="EB Garamond" w:hAnsi="EB Garamond"/>
          <w:b w:val="0"/>
          <w:i w:val="0"/>
          <w:sz w:val="22"/>
        </w:rPr>
        <w:t>At 7:42 Tuesday morning, she was going.</w:t>
      </w:r>
    </w:p>
    <w:p>
      <w:pPr>
        <w:spacing w:before="0" w:after="0" w:line="264" w:lineRule="exact"/>
        <w:ind w:left="0" w:right="0" w:firstLine="0"/>
      </w:pPr>
      <w:r>
        <w:rPr>
          <w:rFonts w:ascii="EB Garamond" w:hAnsi="EB Garamond"/>
          <w:b w:val="0"/>
          <w:i w:val="0"/>
          <w:sz w:val="22"/>
        </w:rPr>
        <w:t>At 12:16, absolutely not.</w:t>
      </w:r>
    </w:p>
    <w:p>
      <w:pPr>
        <w:spacing w:before="0" w:after="0" w:line="264" w:lineRule="exact"/>
        <w:ind w:left="0" w:right="0" w:firstLine="0"/>
      </w:pPr>
      <w:r>
        <w:rPr>
          <w:rFonts w:ascii="EB Garamond" w:hAnsi="EB Garamond"/>
          <w:b w:val="0"/>
          <w:i w:val="0"/>
          <w:sz w:val="22"/>
        </w:rPr>
        <w:t>Tuesday night, she was definitely going because Nora sent her a picture of three pizzas with the caption:</w:t>
      </w:r>
    </w:p>
    <w:p>
      <w:pPr>
        <w:spacing w:before="0" w:after="0" w:line="264" w:lineRule="exact"/>
        <w:ind w:left="0" w:right="0" w:firstLine="0"/>
      </w:pPr>
      <w:r>
        <w:rPr>
          <w:rFonts w:ascii="EB Garamond" w:hAnsi="EB Garamond"/>
          <w:b/>
          <w:sz w:val="22"/>
        </w:rPr>
        <w:t>Nora:</w:t>
      </w:r>
      <w:r>
        <w:rPr>
          <w:rFonts w:ascii="EB Garamond" w:hAnsi="EB Garamond"/>
          <w:sz w:val="22"/>
        </w:rPr>
        <w:t xml:space="preserve"> </w:t>
      </w:r>
      <w:r>
        <w:rPr>
          <w:rFonts w:ascii="EB Garamond" w:hAnsi="EB Garamond"/>
          <w:sz w:val="22"/>
        </w:rPr>
        <w:t>we have carbs and low expectations</w:t>
      </w:r>
    </w:p>
    <w:p>
      <w:pPr>
        <w:spacing w:before="0" w:after="0" w:line="264" w:lineRule="exact"/>
        <w:ind w:left="0" w:right="0" w:firstLine="0"/>
      </w:pPr>
      <w:r>
        <w:rPr>
          <w:rFonts w:ascii="EB Garamond" w:hAnsi="EB Garamond"/>
          <w:b w:val="0"/>
          <w:i w:val="0"/>
          <w:sz w:val="22"/>
        </w:rPr>
        <w:t>At 6:07 Wednesday evening, Elsie stood in front of her closet and decided Christianity required too many outfit decisions.</w:t>
      </w:r>
    </w:p>
    <w:p>
      <w:pPr>
        <w:spacing w:before="0" w:after="0" w:line="264" w:lineRule="exact"/>
        <w:ind w:left="0" w:right="0" w:firstLine="0"/>
      </w:pPr>
      <w:r>
        <w:rPr>
          <w:rFonts w:ascii="EB Garamond" w:hAnsi="EB Garamond"/>
          <w:b w:val="0"/>
          <w:i w:val="0"/>
          <w:sz w:val="22"/>
        </w:rPr>
        <w:t>She had already told her mother she needed a ride to Nora’s at seven.</w:t>
      </w:r>
    </w:p>
    <w:p>
      <w:pPr>
        <w:spacing w:before="0" w:after="0" w:line="264" w:lineRule="exact"/>
        <w:ind w:left="0" w:right="0" w:firstLine="0"/>
      </w:pPr>
      <w:r>
        <w:rPr>
          <w:rFonts w:ascii="EB Garamond" w:hAnsi="EB Garamond"/>
          <w:b w:val="0"/>
          <w:i w:val="0"/>
          <w:sz w:val="22"/>
        </w:rPr>
        <w:t>She had not mentioned why.</w:t>
      </w:r>
    </w:p>
    <w:p>
      <w:pPr>
        <w:spacing w:before="0" w:after="0" w:line="264" w:lineRule="exact"/>
        <w:ind w:left="0" w:right="0" w:firstLine="0"/>
      </w:pPr>
      <w:r>
        <w:rPr>
          <w:rFonts w:ascii="EB Garamond" w:hAnsi="EB Garamond"/>
          <w:b w:val="0"/>
          <w:i w:val="0"/>
          <w:sz w:val="22"/>
        </w:rPr>
        <w:t>What did one wear to Bible study?</w:t>
      </w:r>
    </w:p>
    <w:p>
      <w:pPr>
        <w:spacing w:before="0" w:after="0" w:line="264" w:lineRule="exact"/>
        <w:ind w:left="0" w:right="0" w:firstLine="0"/>
      </w:pPr>
      <w:r>
        <w:rPr>
          <w:rFonts w:ascii="EB Garamond" w:hAnsi="EB Garamond"/>
          <w:b w:val="0"/>
          <w:i w:val="0"/>
          <w:sz w:val="22"/>
        </w:rPr>
        <w:t>Jeans seemed safe.</w:t>
      </w:r>
    </w:p>
    <w:p>
      <w:pPr>
        <w:spacing w:before="0" w:after="0" w:line="264" w:lineRule="exact"/>
        <w:ind w:left="0" w:right="0" w:firstLine="0"/>
      </w:pPr>
      <w:r>
        <w:rPr>
          <w:rFonts w:ascii="EB Garamond" w:hAnsi="EB Garamond"/>
          <w:sz w:val="22"/>
        </w:rPr>
        <w:t xml:space="preserve">But what kind of shirt said </w:t>
      </w:r>
      <w:r>
        <w:rPr>
          <w:rFonts w:ascii="EB Garamond" w:hAnsi="EB Garamond"/>
          <w:i/>
          <w:sz w:val="22"/>
        </w:rPr>
        <w:t>I believe in God but please don’t ask me to lead prayer?</w:t>
      </w:r>
    </w:p>
    <w:p>
      <w:pPr>
        <w:spacing w:before="0" w:after="0" w:line="264" w:lineRule="exact"/>
        <w:ind w:left="0" w:right="0" w:firstLine="0"/>
      </w:pPr>
      <w:r>
        <w:rPr>
          <w:rFonts w:ascii="EB Garamond" w:hAnsi="EB Garamond"/>
          <w:b w:val="0"/>
          <w:i w:val="0"/>
          <w:sz w:val="22"/>
        </w:rPr>
        <w:t>She rejected a sweatshirt because it felt too casual.</w:t>
      </w:r>
    </w:p>
    <w:p>
      <w:pPr>
        <w:spacing w:before="0" w:after="0" w:line="264" w:lineRule="exact"/>
        <w:ind w:left="0" w:right="0" w:firstLine="0"/>
      </w:pPr>
      <w:r>
        <w:rPr>
          <w:rFonts w:ascii="EB Garamond" w:hAnsi="EB Garamond"/>
          <w:sz w:val="22"/>
        </w:rPr>
        <w:t>Then rejected a sweater because it looked like she was attending a women’s conference.</w:t>
      </w:r>
    </w:p>
    <w:p>
      <w:pPr>
        <w:spacing w:before="0" w:after="0" w:line="264" w:lineRule="exact"/>
        <w:ind w:left="0" w:right="0" w:firstLine="0"/>
      </w:pPr>
      <w:r>
        <w:rPr>
          <w:rFonts w:ascii="EB Garamond" w:hAnsi="EB Garamond"/>
          <w:b w:val="0"/>
          <w:i w:val="0"/>
          <w:sz w:val="22"/>
        </w:rPr>
        <w:t>She put the sweatshirt back on.</w:t>
      </w:r>
    </w:p>
    <w:p>
      <w:pPr>
        <w:spacing w:before="0" w:after="0" w:line="264" w:lineRule="exact"/>
        <w:ind w:left="0" w:right="0" w:firstLine="0"/>
      </w:pPr>
      <w:r>
        <w:rPr>
          <w:rFonts w:ascii="EB Garamond" w:hAnsi="EB Garamond"/>
          <w:b w:val="0"/>
          <w:i w:val="0"/>
          <w:sz w:val="22"/>
        </w:rPr>
        <w:t>Her mother appeared in the doorway.</w:t>
      </w:r>
    </w:p>
    <w:p>
      <w:pPr>
        <w:spacing w:before="0" w:after="0" w:line="264" w:lineRule="exact"/>
        <w:ind w:left="0" w:right="0" w:firstLine="0"/>
      </w:pPr>
      <w:r>
        <w:rPr>
          <w:rFonts w:ascii="EB Garamond" w:hAnsi="EB Garamond"/>
          <w:b w:val="0"/>
          <w:i w:val="0"/>
          <w:sz w:val="22"/>
        </w:rPr>
        <w:t>Elsie pointed at her immediately.</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“I didn’t say anything.”</w:t>
      </w:r>
    </w:p>
    <w:p>
      <w:pPr>
        <w:spacing w:before="0" w:after="0" w:line="264" w:lineRule="exact"/>
        <w:ind w:left="0" w:right="0" w:firstLine="0"/>
      </w:pPr>
      <w:r>
        <w:rPr>
          <w:rFonts w:ascii="EB Garamond" w:hAnsi="EB Garamond"/>
          <w:b w:val="0"/>
          <w:i w:val="0"/>
          <w:sz w:val="22"/>
        </w:rPr>
        <w:t>“You were about to.”</w:t>
      </w:r>
    </w:p>
    <w:p>
      <w:pPr>
        <w:spacing w:before="0" w:after="0" w:line="264" w:lineRule="exact"/>
        <w:ind w:left="0" w:right="0" w:firstLine="0"/>
      </w:pPr>
      <w:r>
        <w:rPr>
          <w:rFonts w:ascii="EB Garamond" w:hAnsi="EB Garamond"/>
          <w:b w:val="0"/>
          <w:i w:val="0"/>
          <w:sz w:val="22"/>
        </w:rPr>
        <w:t>“I was going to ask what you’re doing.”</w:t>
      </w:r>
    </w:p>
    <w:p>
      <w:pPr>
        <w:spacing w:before="0" w:after="0" w:line="264" w:lineRule="exact"/>
        <w:ind w:left="0" w:right="0" w:firstLine="0"/>
      </w:pPr>
      <w:r>
        <w:rPr>
          <w:rFonts w:ascii="EB Garamond" w:hAnsi="EB Garamond"/>
          <w:b w:val="0"/>
          <w:i w:val="0"/>
          <w:sz w:val="22"/>
        </w:rPr>
        <w:t>Elsie pulled her hair into a ponytail.</w:t>
      </w:r>
    </w:p>
    <w:p>
      <w:pPr>
        <w:spacing w:before="0" w:after="0" w:line="264" w:lineRule="exact"/>
        <w:ind w:left="0" w:right="0" w:firstLine="0"/>
      </w:pPr>
      <w:r>
        <w:rPr>
          <w:rFonts w:ascii="EB Garamond" w:hAnsi="EB Garamond"/>
          <w:b w:val="0"/>
          <w:i w:val="0"/>
          <w:sz w:val="22"/>
        </w:rPr>
        <w:t>“Going to Nora’s.”</w:t>
      </w:r>
    </w:p>
    <w:p>
      <w:pPr>
        <w:spacing w:before="0" w:after="0" w:line="264" w:lineRule="exact"/>
        <w:ind w:left="0" w:right="0" w:firstLine="0"/>
      </w:pPr>
      <w:r>
        <w:rPr>
          <w:rFonts w:ascii="EB Garamond" w:hAnsi="EB Garamond"/>
          <w:b w:val="0"/>
          <w:i w:val="0"/>
          <w:sz w:val="22"/>
        </w:rPr>
        <w:t>“I know that. I’m driving you.”</w:t>
      </w:r>
    </w:p>
    <w:p>
      <w:pPr>
        <w:spacing w:before="0" w:after="0" w:line="264" w:lineRule="exact"/>
        <w:ind w:left="0" w:right="0" w:firstLine="0"/>
      </w:pPr>
      <w:r>
        <w:rPr>
          <w:rFonts w:ascii="EB Garamond" w:hAnsi="EB Garamond"/>
          <w:b w:val="0"/>
          <w:i w:val="0"/>
          <w:sz w:val="22"/>
        </w:rPr>
        <w:t>“Oh. Right.”</w:t>
      </w:r>
    </w:p>
    <w:p>
      <w:pPr>
        <w:spacing w:before="0" w:after="0" w:line="264" w:lineRule="exact"/>
        <w:ind w:left="0" w:right="0" w:firstLine="0"/>
      </w:pPr>
      <w:r>
        <w:rPr>
          <w:rFonts w:ascii="EB Garamond" w:hAnsi="EB Garamond"/>
          <w:b w:val="0"/>
          <w:i w:val="0"/>
          <w:sz w:val="22"/>
        </w:rPr>
        <w:t>Her mother smiled.</w:t>
      </w:r>
    </w:p>
    <w:p>
      <w:pPr>
        <w:spacing w:before="0" w:after="0" w:line="264" w:lineRule="exact"/>
        <w:ind w:left="0" w:right="0" w:firstLine="0"/>
      </w:pPr>
      <w:r>
        <w:rPr>
          <w:rFonts w:ascii="EB Garamond" w:hAnsi="EB Garamond"/>
          <w:b w:val="0"/>
          <w:i w:val="0"/>
          <w:sz w:val="22"/>
        </w:rPr>
        <w:t>“I meant what are you doing at Nora’s?”</w:t>
      </w:r>
    </w:p>
    <w:p>
      <w:pPr>
        <w:spacing w:before="0" w:after="0" w:line="264" w:lineRule="exact"/>
        <w:ind w:left="0" w:right="0" w:firstLine="0"/>
      </w:pPr>
      <w:r>
        <w:rPr>
          <w:rFonts w:ascii="EB Garamond" w:hAnsi="EB Garamond"/>
          <w:b w:val="0"/>
          <w:i w:val="0"/>
          <w:sz w:val="22"/>
        </w:rPr>
        <w:t>Elsie looked at herself in the mirror.</w:t>
      </w:r>
    </w:p>
    <w:p>
      <w:pPr>
        <w:spacing w:before="0" w:after="0" w:line="264" w:lineRule="exact"/>
        <w:ind w:left="0" w:right="0" w:firstLine="0"/>
      </w:pPr>
      <w:r>
        <w:rPr>
          <w:rFonts w:ascii="EB Garamond" w:hAnsi="EB Garamond"/>
          <w:b w:val="0"/>
          <w:i w:val="0"/>
          <w:sz w:val="22"/>
        </w:rPr>
        <w:t>“Bible study.”</w:t>
      </w:r>
    </w:p>
    <w:p>
      <w:pPr>
        <w:spacing w:before="0" w:after="0" w:line="264" w:lineRule="exact"/>
        <w:ind w:left="0" w:right="0" w:firstLine="0"/>
      </w:pPr>
      <w:r>
        <w:rPr>
          <w:rFonts w:ascii="EB Garamond" w:hAnsi="EB Garamond"/>
          <w:b w:val="0"/>
          <w:i w:val="0"/>
          <w:sz w:val="22"/>
        </w:rPr>
        <w:t>Silence.</w:t>
      </w:r>
    </w:p>
    <w:p>
      <w:pPr>
        <w:spacing w:before="0" w:after="0" w:line="264" w:lineRule="exact"/>
        <w:ind w:left="0" w:right="0" w:firstLine="0"/>
      </w:pPr>
      <w:r>
        <w:rPr>
          <w:rFonts w:ascii="EB Garamond" w:hAnsi="EB Garamond"/>
          <w:b w:val="0"/>
          <w:i w:val="0"/>
          <w:sz w:val="22"/>
        </w:rPr>
        <w:t>Elsie turned.</w:t>
      </w:r>
    </w:p>
    <w:p>
      <w:pPr>
        <w:spacing w:before="0" w:after="0" w:line="264" w:lineRule="exact"/>
        <w:ind w:left="0" w:right="0" w:firstLine="0"/>
      </w:pPr>
      <w:r>
        <w:rPr>
          <w:rFonts w:ascii="EB Garamond" w:hAnsi="EB Garamond"/>
          <w:b w:val="0"/>
          <w:i w:val="0"/>
          <w:sz w:val="22"/>
        </w:rPr>
        <w:t>Her mother’s eyebrows were slightly raised.</w:t>
      </w:r>
    </w:p>
    <w:p>
      <w:pPr>
        <w:spacing w:before="0" w:after="0" w:line="264" w:lineRule="exact"/>
        <w:ind w:left="0" w:right="0" w:firstLine="0"/>
      </w:pPr>
      <w:r>
        <w:rPr>
          <w:rFonts w:ascii="EB Garamond" w:hAnsi="EB Garamond"/>
          <w:b w:val="0"/>
          <w:i w:val="0"/>
          <w:sz w:val="22"/>
        </w:rPr>
        <w:t>“There!”</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“That face.”</w:t>
      </w:r>
    </w:p>
    <w:p>
      <w:pPr>
        <w:spacing w:before="0" w:after="0" w:line="264" w:lineRule="exact"/>
        <w:ind w:left="0" w:right="0" w:firstLine="0"/>
      </w:pPr>
      <w:r>
        <w:rPr>
          <w:rFonts w:ascii="EB Garamond" w:hAnsi="EB Garamond"/>
          <w:b w:val="0"/>
          <w:i w:val="0"/>
          <w:sz w:val="22"/>
        </w:rPr>
        <w:t>“I didn’t make a face.”</w:t>
      </w:r>
    </w:p>
    <w:p>
      <w:pPr>
        <w:spacing w:before="0" w:after="0" w:line="264" w:lineRule="exact"/>
        <w:ind w:left="0" w:right="0" w:firstLine="0"/>
      </w:pPr>
      <w:r>
        <w:rPr>
          <w:rFonts w:ascii="EB Garamond" w:hAnsi="EB Garamond"/>
          <w:b w:val="0"/>
          <w:i w:val="0"/>
          <w:sz w:val="22"/>
        </w:rPr>
        <w:t>“You made a face.”</w:t>
      </w:r>
    </w:p>
    <w:p>
      <w:pPr>
        <w:spacing w:before="0" w:after="0" w:line="264" w:lineRule="exact"/>
        <w:ind w:left="0" w:right="0" w:firstLine="0"/>
      </w:pPr>
      <w:r>
        <w:rPr>
          <w:rFonts w:ascii="EB Garamond" w:hAnsi="EB Garamond"/>
          <w:b w:val="0"/>
          <w:i w:val="0"/>
          <w:sz w:val="22"/>
        </w:rPr>
        <w:t>“I was surprised.”</w:t>
      </w:r>
    </w:p>
    <w:p>
      <w:pPr>
        <w:spacing w:before="0" w:after="0" w:line="264" w:lineRule="exact"/>
        <w:ind w:left="0" w:right="0" w:firstLine="0"/>
      </w:pPr>
      <w:r>
        <w:rPr>
          <w:rFonts w:ascii="EB Garamond" w:hAnsi="EB Garamond"/>
          <w:b w:val="0"/>
          <w:i w:val="0"/>
          <w:sz w:val="22"/>
        </w:rPr>
        <w:t>“Why?”</w:t>
      </w:r>
    </w:p>
    <w:p>
      <w:pPr>
        <w:spacing w:before="0" w:after="0" w:line="264" w:lineRule="exact"/>
        <w:ind w:left="0" w:right="0" w:firstLine="0"/>
      </w:pPr>
      <w:r>
        <w:rPr>
          <w:rFonts w:ascii="EB Garamond" w:hAnsi="EB Garamond"/>
          <w:b w:val="0"/>
          <w:i w:val="0"/>
          <w:sz w:val="22"/>
        </w:rPr>
        <w:t>Her mother opened her mouth.</w:t>
      </w:r>
    </w:p>
    <w:p>
      <w:pPr>
        <w:spacing w:before="0" w:after="0" w:line="264" w:lineRule="exact"/>
        <w:ind w:left="0" w:right="0" w:firstLine="0"/>
      </w:pPr>
      <w:r>
        <w:rPr>
          <w:rFonts w:ascii="EB Garamond" w:hAnsi="EB Garamond"/>
          <w:b w:val="0"/>
          <w:i w:val="0"/>
          <w:sz w:val="22"/>
        </w:rPr>
        <w:t>Stopped.</w:t>
      </w:r>
    </w:p>
    <w:p>
      <w:pPr>
        <w:spacing w:before="0" w:after="0" w:line="264" w:lineRule="exact"/>
        <w:ind w:left="0" w:right="0" w:firstLine="0"/>
      </w:pPr>
      <w:r>
        <w:rPr>
          <w:rFonts w:ascii="EB Garamond" w:hAnsi="EB Garamond"/>
          <w:b w:val="0"/>
          <w:i w:val="0"/>
          <w:sz w:val="22"/>
        </w:rPr>
        <w:t>Elsie crossed her arms.</w:t>
      </w:r>
    </w:p>
    <w:p>
      <w:pPr>
        <w:spacing w:before="0" w:after="0" w:line="264" w:lineRule="exact"/>
        <w:ind w:left="0" w:right="0" w:firstLine="0"/>
      </w:pPr>
      <w:r>
        <w:rPr>
          <w:rFonts w:ascii="EB Garamond" w:hAnsi="EB Garamond"/>
          <w:b w:val="0"/>
          <w:i w:val="0"/>
          <w:sz w:val="22"/>
        </w:rPr>
        <w:t>“Exactly.”</w:t>
      </w:r>
    </w:p>
    <w:p>
      <w:pPr>
        <w:spacing w:before="0" w:after="0" w:line="264" w:lineRule="exact"/>
        <w:ind w:left="0" w:right="0" w:firstLine="0"/>
      </w:pPr>
      <w:r>
        <w:rPr>
          <w:rFonts w:ascii="EB Garamond" w:hAnsi="EB Garamond"/>
          <w:b w:val="0"/>
          <w:i w:val="0"/>
          <w:sz w:val="22"/>
        </w:rPr>
        <w:t>“No, I just…”</w:t>
      </w:r>
    </w:p>
    <w:p>
      <w:pPr>
        <w:spacing w:before="0" w:after="0" w:line="264" w:lineRule="exact"/>
        <w:ind w:left="0" w:right="0" w:firstLine="0"/>
      </w:pPr>
      <w:r>
        <w:rPr>
          <w:rFonts w:ascii="EB Garamond" w:hAnsi="EB Garamond"/>
          <w:b w:val="0"/>
          <w:i w:val="0"/>
          <w:sz w:val="22"/>
        </w:rPr>
        <w:t>“You didn’t think I was Bible study material.”</w:t>
      </w:r>
    </w:p>
    <w:p>
      <w:pPr>
        <w:spacing w:before="0" w:after="0" w:line="264" w:lineRule="exact"/>
        <w:ind w:left="0" w:right="0" w:firstLine="0"/>
      </w:pPr>
      <w:r>
        <w:rPr>
          <w:rFonts w:ascii="EB Garamond" w:hAnsi="EB Garamond"/>
          <w:b w:val="0"/>
          <w:i w:val="0"/>
          <w:sz w:val="22"/>
        </w:rPr>
        <w:t>“I didn’t know there was Bible study material.”</w:t>
      </w:r>
    </w:p>
    <w:p>
      <w:pPr>
        <w:spacing w:before="0" w:after="0" w:line="264" w:lineRule="exact"/>
        <w:ind w:left="0" w:right="0" w:firstLine="0"/>
      </w:pPr>
      <w:r>
        <w:rPr>
          <w:rFonts w:ascii="EB Garamond" w:hAnsi="EB Garamond"/>
          <w:b w:val="0"/>
          <w:i w:val="0"/>
          <w:sz w:val="22"/>
        </w:rPr>
        <w:t>“Apparently there is, and apparently I’m not it.”</w:t>
      </w:r>
    </w:p>
    <w:p>
      <w:pPr>
        <w:spacing w:before="0" w:after="0" w:line="264" w:lineRule="exact"/>
        <w:ind w:left="0" w:right="0" w:firstLine="0"/>
      </w:pPr>
      <w:r>
        <w:rPr>
          <w:rFonts w:ascii="EB Garamond" w:hAnsi="EB Garamond"/>
          <w:b w:val="0"/>
          <w:i w:val="0"/>
          <w:sz w:val="22"/>
        </w:rPr>
        <w:t>Her mother laughed.</w:t>
      </w:r>
    </w:p>
    <w:p>
      <w:pPr>
        <w:spacing w:before="0" w:after="0" w:line="264" w:lineRule="exact"/>
        <w:ind w:left="0" w:right="0" w:firstLine="0"/>
      </w:pPr>
      <w:r>
        <w:rPr>
          <w:rFonts w:ascii="EB Garamond" w:hAnsi="EB Garamond"/>
          <w:b w:val="0"/>
          <w:i w:val="0"/>
          <w:sz w:val="22"/>
        </w:rPr>
        <w:t>“That’s not what I meant.”</w:t>
      </w:r>
    </w:p>
    <w:p>
      <w:pPr>
        <w:spacing w:before="0" w:after="0" w:line="264" w:lineRule="exact"/>
        <w:ind w:left="0" w:right="0" w:firstLine="0"/>
      </w:pPr>
      <w:r>
        <w:rPr>
          <w:rFonts w:ascii="EB Garamond" w:hAnsi="EB Garamond"/>
          <w:b w:val="0"/>
          <w:i w:val="0"/>
          <w:sz w:val="22"/>
        </w:rPr>
        <w:t>Elsie grabbed her phone.</w:t>
      </w:r>
    </w:p>
    <w:p>
      <w:pPr>
        <w:spacing w:before="0" w:after="0" w:line="264" w:lineRule="exact"/>
        <w:ind w:left="0" w:right="0" w:firstLine="0"/>
      </w:pPr>
      <w:r>
        <w:rPr>
          <w:rFonts w:ascii="EB Garamond" w:hAnsi="EB Garamond"/>
          <w:b w:val="0"/>
          <w:i w:val="0"/>
          <w:sz w:val="22"/>
        </w:rPr>
        <w:t>“I know.”</w:t>
      </w:r>
    </w:p>
    <w:p>
      <w:pPr>
        <w:spacing w:before="0" w:after="0" w:line="264" w:lineRule="exact"/>
        <w:ind w:left="0" w:right="0" w:firstLine="0"/>
      </w:pPr>
      <w:r>
        <w:rPr>
          <w:rFonts w:ascii="EB Garamond" w:hAnsi="EB Garamond"/>
          <w:b w:val="0"/>
          <w:i w:val="0"/>
          <w:sz w:val="22"/>
        </w:rPr>
        <w:t>She headed toward the door.</w:t>
      </w:r>
    </w:p>
    <w:p>
      <w:pPr>
        <w:spacing w:before="0" w:after="0" w:line="264" w:lineRule="exact"/>
        <w:ind w:left="0" w:right="0" w:firstLine="0"/>
      </w:pPr>
      <w:r>
        <w:rPr>
          <w:rFonts w:ascii="EB Garamond" w:hAnsi="EB Garamond"/>
          <w:b w:val="0"/>
          <w:i w:val="0"/>
          <w:sz w:val="22"/>
        </w:rPr>
        <w:t>Her mother called after her,</w:t>
      </w:r>
    </w:p>
    <w:p>
      <w:pPr>
        <w:spacing w:before="0" w:after="0" w:line="264" w:lineRule="exact"/>
        <w:ind w:left="0" w:right="0" w:firstLine="0"/>
      </w:pPr>
      <w:r>
        <w:rPr>
          <w:rFonts w:ascii="EB Garamond" w:hAnsi="EB Garamond"/>
          <w:b w:val="0"/>
          <w:i w:val="0"/>
          <w:sz w:val="22"/>
        </w:rPr>
        <w:t>“Have fun!”</w:t>
      </w:r>
    </w:p>
    <w:p>
      <w:pPr>
        <w:spacing w:before="0" w:after="0" w:line="264" w:lineRule="exact"/>
        <w:ind w:left="0" w:right="0" w:firstLine="0"/>
      </w:pPr>
      <w:r>
        <w:rPr>
          <w:rFonts w:ascii="EB Garamond" w:hAnsi="EB Garamond"/>
          <w:b w:val="0"/>
          <w:i w:val="0"/>
          <w:sz w:val="22"/>
        </w:rPr>
        <w:t>Elsie stopped halfway down the stairs.</w:t>
      </w:r>
    </w:p>
    <w:p>
      <w:pPr>
        <w:spacing w:before="0" w:after="0" w:line="264" w:lineRule="exact"/>
        <w:ind w:left="0" w:right="0" w:firstLine="0"/>
      </w:pPr>
      <w:r>
        <w:rPr>
          <w:rFonts w:ascii="EB Garamond" w:hAnsi="EB Garamond"/>
          <w:b w:val="0"/>
          <w:i w:val="0"/>
          <w:sz w:val="22"/>
        </w:rPr>
        <w:t>“At Bible study?”</w:t>
      </w:r>
    </w:p>
    <w:p>
      <w:pPr>
        <w:spacing w:before="0" w:after="0" w:line="264" w:lineRule="exact"/>
        <w:ind w:left="0" w:right="0" w:firstLine="0"/>
      </w:pPr>
      <w:r>
        <w:rPr>
          <w:rFonts w:ascii="EB Garamond" w:hAnsi="EB Garamond"/>
          <w:b w:val="0"/>
          <w:i w:val="0"/>
          <w:sz w:val="22"/>
        </w:rPr>
        <w:t>“Sure.”</w:t>
      </w:r>
    </w:p>
    <w:p>
      <w:pPr>
        <w:spacing w:before="0" w:after="0" w:line="264" w:lineRule="exact"/>
        <w:ind w:left="0" w:right="0" w:firstLine="0"/>
      </w:pPr>
      <w:r>
        <w:rPr>
          <w:rFonts w:ascii="EB Garamond" w:hAnsi="EB Garamond"/>
          <w:b w:val="0"/>
          <w:i w:val="0"/>
          <w:sz w:val="22"/>
        </w:rPr>
        <w:t>“Do people have fun at Bible study?”</w:t>
      </w:r>
    </w:p>
    <w:p>
      <w:pPr>
        <w:spacing w:before="0" w:after="0" w:line="264" w:lineRule="exact"/>
        <w:ind w:left="0" w:right="0" w:firstLine="0"/>
      </w:pPr>
      <w:r>
        <w:rPr>
          <w:rFonts w:ascii="EB Garamond" w:hAnsi="EB Garamond"/>
          <w:b w:val="0"/>
          <w:i w:val="0"/>
          <w:sz w:val="22"/>
        </w:rPr>
        <w:t>“I assume.”</w:t>
      </w:r>
    </w:p>
    <w:p>
      <w:pPr>
        <w:spacing w:before="0" w:after="0" w:line="264" w:lineRule="exact"/>
        <w:ind w:left="0" w:right="0" w:firstLine="0"/>
      </w:pPr>
      <w:r>
        <w:rPr>
          <w:rFonts w:ascii="EB Garamond" w:hAnsi="EB Garamond"/>
          <w:b w:val="0"/>
          <w:i w:val="0"/>
          <w:sz w:val="22"/>
        </w:rPr>
        <w:t>“Have you ever been?”</w:t>
      </w:r>
    </w:p>
    <w:p>
      <w:pPr>
        <w:spacing w:before="0" w:after="0" w:line="264" w:lineRule="exact"/>
        <w:ind w:left="0" w:right="0" w:firstLine="0"/>
      </w:pPr>
      <w:r>
        <w:rPr>
          <w:rFonts w:ascii="EB Garamond" w:hAnsi="EB Garamond"/>
          <w:b w:val="0"/>
          <w:i w:val="0"/>
          <w:sz w:val="22"/>
        </w:rPr>
        <w:t>There was a pause.</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Elsie turned around.</w:t>
      </w:r>
    </w:p>
    <w:p>
      <w:pPr>
        <w:spacing w:before="0" w:after="0" w:line="264" w:lineRule="exact"/>
        <w:ind w:left="0" w:right="0" w:firstLine="0"/>
      </w:pPr>
      <w:r>
        <w:rPr>
          <w:rFonts w:ascii="EB Garamond" w:hAnsi="EB Garamond"/>
          <w:b w:val="0"/>
          <w:i w:val="0"/>
          <w:sz w:val="22"/>
        </w:rPr>
        <w:t>Her mother was still standing at the top of the stairs.</w:t>
      </w:r>
    </w:p>
    <w:p>
      <w:pPr>
        <w:spacing w:before="0" w:after="0" w:line="264" w:lineRule="exact"/>
        <w:ind w:left="0" w:right="0" w:firstLine="0"/>
      </w:pPr>
      <w:r>
        <w:rPr>
          <w:rFonts w:ascii="EB Garamond" w:hAnsi="EB Garamond"/>
          <w:b w:val="0"/>
          <w:i w:val="0"/>
          <w:sz w:val="22"/>
        </w:rPr>
        <w:t>Interesting.</w:t>
      </w:r>
    </w:p>
    <w:p>
      <w:pPr>
        <w:spacing w:before="0" w:after="0" w:line="264" w:lineRule="exact"/>
        <w:ind w:left="0" w:right="0" w:firstLine="0"/>
      </w:pPr>
      <w:r>
        <w:rPr>
          <w:rFonts w:ascii="EB Garamond" w:hAnsi="EB Garamond"/>
          <w:b w:val="0"/>
          <w:i w:val="0"/>
          <w:sz w:val="22"/>
        </w:rPr>
        <w:t>“So we’re both working from stereotypes.”</w:t>
      </w:r>
    </w:p>
    <w:p>
      <w:pPr>
        <w:spacing w:before="0" w:after="0" w:line="264" w:lineRule="exact"/>
        <w:ind w:left="0" w:right="0" w:firstLine="0"/>
      </w:pPr>
      <w:r>
        <w:rPr>
          <w:rFonts w:ascii="EB Garamond" w:hAnsi="EB Garamond"/>
          <w:b w:val="0"/>
          <w:i w:val="0"/>
          <w:sz w:val="22"/>
        </w:rPr>
        <w:t>Her mother smiled.</w:t>
      </w:r>
    </w:p>
    <w:p>
      <w:pPr>
        <w:spacing w:before="0" w:after="0" w:line="264" w:lineRule="exact"/>
        <w:ind w:left="0" w:right="0" w:firstLine="0"/>
      </w:pPr>
      <w:r>
        <w:rPr>
          <w:rFonts w:ascii="EB Garamond" w:hAnsi="EB Garamond"/>
          <w:b w:val="0"/>
          <w:i w:val="0"/>
          <w:sz w:val="22"/>
        </w:rPr>
        <w:t>“Apparently.”</w:t>
      </w:r>
    </w:p>
    <w:p>
      <w:pPr>
        <w:spacing w:before="0" w:after="0" w:line="264" w:lineRule="exact"/>
        <w:ind w:left="0" w:right="0" w:firstLine="0"/>
      </w:pPr>
      <w:r>
        <w:rPr>
          <w:rFonts w:ascii="EB Garamond" w:hAnsi="EB Garamond"/>
          <w:b w:val="0"/>
          <w:i w:val="0"/>
          <w:sz w:val="22"/>
        </w:rPr>
        <w:t>Elsie continued downstairs.</w:t>
      </w:r>
    </w:p>
    <w:p>
      <w:pPr>
        <w:spacing w:before="0" w:after="0" w:line="264" w:lineRule="exact"/>
        <w:ind w:left="0" w:right="0" w:firstLine="0"/>
      </w:pPr>
      <w:r>
        <w:rPr>
          <w:rFonts w:ascii="EB Garamond" w:hAnsi="EB Garamond"/>
          <w:b w:val="0"/>
          <w:i w:val="0"/>
          <w:sz w:val="22"/>
        </w:rPr>
        <w:t>“Growth!”</w:t>
      </w:r>
    </w:p>
    <w:p>
      <w:pPr>
        <w:spacing w:before="0" w:after="0" w:line="264" w:lineRule="exact"/>
        <w:ind w:left="0" w:right="0" w:firstLine="0"/>
      </w:pPr>
      <w:r>
        <w:rPr>
          <w:rFonts w:ascii="EB Garamond" w:hAnsi="EB Garamond"/>
          <w:b w:val="0"/>
          <w:i w:val="0"/>
          <w:sz w:val="22"/>
        </w:rPr>
        <w:t>“Don’t be a smartass!”</w:t>
      </w:r>
    </w:p>
    <w:p>
      <w:pPr>
        <w:spacing w:before="0" w:after="0" w:line="264" w:lineRule="exact"/>
        <w:ind w:left="0" w:right="0" w:firstLine="0"/>
      </w:pPr>
      <w:r>
        <w:rPr>
          <w:rFonts w:ascii="EB Garamond" w:hAnsi="EB Garamond"/>
          <w:b w:val="0"/>
          <w:i w:val="0"/>
          <w:sz w:val="22"/>
        </w:rPr>
        <w:t>“Very Christian language, Mom!”</w:t>
      </w:r>
    </w:p>
    <w:p>
      <w:pPr>
        <w:spacing w:before="0" w:after="0" w:line="264" w:lineRule="exact"/>
        <w:ind w:left="0" w:right="0" w:firstLine="0"/>
      </w:pPr>
      <w:r>
        <w:rPr>
          <w:rFonts w:ascii="EB Garamond" w:hAnsi="EB Garamond"/>
          <w:b w:val="0"/>
          <w:i w:val="0"/>
          <w:sz w:val="22"/>
        </w:rPr>
        <w:t>“Go read your Bible!”</w:t>
      </w:r>
    </w:p>
    <w:p>
      <w:pPr>
        <w:spacing w:before="0" w:after="0" w:line="264" w:lineRule="exact"/>
        <w:ind w:left="0" w:right="0" w:firstLine="0"/>
      </w:pPr>
      <w:r>
        <w:rPr>
          <w:rFonts w:ascii="EB Garamond" w:hAnsi="EB Garamond"/>
          <w:b w:val="0"/>
          <w:i w:val="0"/>
          <w:sz w:val="22"/>
        </w:rPr>
        <w:t>Elsie laughed.</w:t>
      </w:r>
    </w:p>
    <w:p>
      <w:pPr>
        <w:spacing w:before="0" w:after="0" w:line="264" w:lineRule="exact"/>
        <w:ind w:left="0" w:right="0" w:firstLine="0"/>
      </w:pPr>
      <w:r>
        <w:rPr>
          <w:rFonts w:ascii="EB Garamond" w:hAnsi="EB Garamond"/>
          <w:b w:val="0"/>
          <w:i w:val="0"/>
          <w:sz w:val="22"/>
        </w:rPr>
        <w:t>Her mother grabbed her keys and followed her out.</w:t>
      </w:r>
    </w:p>
    <w:p>
      <w:pPr>
        <w:spacing w:before="0" w:after="0" w:line="264" w:lineRule="exact"/>
        <w:ind w:left="0" w:right="0" w:firstLine="0"/>
      </w:pPr>
      <w:r>
        <w:rPr>
          <w:rFonts w:ascii="EB Garamond" w:hAnsi="EB Garamond"/>
          <w:b w:val="0"/>
          <w:i w:val="0"/>
          <w:sz w:val="22"/>
        </w:rPr>
        <w:t>A few minutes later, her mother dropped her off in front of Nora’s house.</w:t>
      </w:r>
    </w:p>
    <w:p>
      <w:pPr>
        <w:spacing w:before="0" w:after="0" w:line="264" w:lineRule="exact"/>
        <w:ind w:left="0" w:right="0" w:firstLine="0"/>
      </w:pPr>
      <w:r>
        <w:rPr>
          <w:rFonts w:ascii="EB Garamond" w:hAnsi="EB Garamond"/>
          <w:b w:val="0"/>
          <w:i w:val="0"/>
          <w:sz w:val="22"/>
        </w:rPr>
        <w:t>For some reason, she’d imagined a church basement.</w:t>
      </w:r>
    </w:p>
    <w:p>
      <w:pPr>
        <w:spacing w:before="0" w:after="0" w:line="264" w:lineRule="exact"/>
        <w:ind w:left="0" w:right="0" w:firstLine="0"/>
      </w:pPr>
      <w:r>
        <w:rPr>
          <w:rFonts w:ascii="EB Garamond" w:hAnsi="EB Garamond"/>
          <w:b w:val="0"/>
          <w:i w:val="0"/>
          <w:sz w:val="22"/>
        </w:rPr>
        <w:t>Metal folding chairs.</w:t>
      </w:r>
    </w:p>
    <w:p>
      <w:pPr>
        <w:spacing w:before="0" w:after="0" w:line="264" w:lineRule="exact"/>
        <w:ind w:left="0" w:right="0" w:firstLine="0"/>
      </w:pPr>
      <w:r>
        <w:rPr>
          <w:rFonts w:ascii="EB Garamond" w:hAnsi="EB Garamond"/>
          <w:b w:val="0"/>
          <w:i w:val="0"/>
          <w:sz w:val="22"/>
        </w:rPr>
        <w:t>Fluorescent lighting.</w:t>
      </w:r>
    </w:p>
    <w:p>
      <w:pPr>
        <w:spacing w:before="0" w:after="0" w:line="264" w:lineRule="exact"/>
        <w:ind w:left="0" w:right="0" w:firstLine="0"/>
      </w:pPr>
      <w:r>
        <w:rPr>
          <w:rFonts w:ascii="EB Garamond" w:hAnsi="EB Garamond"/>
          <w:b w:val="0"/>
          <w:i w:val="0"/>
          <w:sz w:val="22"/>
        </w:rPr>
        <w:t>Maybe a guitar.</w:t>
      </w:r>
    </w:p>
    <w:p>
      <w:pPr>
        <w:spacing w:before="0" w:after="0" w:line="264" w:lineRule="exact"/>
        <w:ind w:left="0" w:right="0" w:firstLine="0"/>
      </w:pPr>
      <w:r>
        <w:rPr>
          <w:rFonts w:ascii="EB Garamond" w:hAnsi="EB Garamond"/>
          <w:b w:val="0"/>
          <w:i w:val="0"/>
          <w:sz w:val="22"/>
        </w:rPr>
        <w:t>Definitely someone named Caleb.</w:t>
      </w:r>
    </w:p>
    <w:p>
      <w:pPr>
        <w:spacing w:before="0" w:after="0" w:line="264" w:lineRule="exact"/>
        <w:ind w:left="0" w:right="0" w:firstLine="0"/>
      </w:pPr>
      <w:r>
        <w:rPr>
          <w:rFonts w:ascii="EB Garamond" w:hAnsi="EB Garamond"/>
          <w:b w:val="0"/>
          <w:i w:val="0"/>
          <w:sz w:val="22"/>
        </w:rPr>
        <w:t>Instead, Nora opened the front door barefoot.</w:t>
      </w:r>
    </w:p>
    <w:p>
      <w:pPr>
        <w:spacing w:before="0" w:after="0" w:line="264" w:lineRule="exact"/>
        <w:ind w:left="0" w:right="0" w:firstLine="0"/>
      </w:pPr>
      <w:r>
        <w:rPr>
          <w:rFonts w:ascii="EB Garamond" w:hAnsi="EB Garamond"/>
          <w:b w:val="0"/>
          <w:i w:val="0"/>
          <w:sz w:val="22"/>
        </w:rPr>
        <w:t>“You came.”</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val="0"/>
          <w:i w:val="0"/>
          <w:sz w:val="22"/>
        </w:rPr>
        <w:t>“You sound surprised.”</w:t>
      </w:r>
    </w:p>
    <w:p>
      <w:pPr>
        <w:spacing w:before="0" w:after="0" w:line="264" w:lineRule="exact"/>
        <w:ind w:left="0" w:right="0" w:firstLine="0"/>
      </w:pPr>
      <w:r>
        <w:rPr>
          <w:rFonts w:ascii="EB Garamond" w:hAnsi="EB Garamond"/>
          <w:b w:val="0"/>
          <w:i w:val="0"/>
          <w:sz w:val="22"/>
        </w:rPr>
        <w:t>“I gave it a sixty-forty.”</w:t>
      </w:r>
    </w:p>
    <w:p>
      <w:pPr>
        <w:spacing w:before="0" w:after="0" w:line="264" w:lineRule="exact"/>
        <w:ind w:left="0" w:right="0" w:firstLine="0"/>
      </w:pPr>
      <w:r>
        <w:rPr>
          <w:rFonts w:ascii="EB Garamond" w:hAnsi="EB Garamond"/>
          <w:b w:val="0"/>
          <w:i w:val="0"/>
          <w:sz w:val="22"/>
        </w:rPr>
        <w:t>“Which way?”</w:t>
      </w:r>
    </w:p>
    <w:p>
      <w:pPr>
        <w:spacing w:before="0" w:after="0" w:line="264" w:lineRule="exact"/>
        <w:ind w:left="0" w:right="0" w:firstLine="0"/>
      </w:pPr>
      <w:r>
        <w:rPr>
          <w:rFonts w:ascii="EB Garamond" w:hAnsi="EB Garamond"/>
          <w:b w:val="0"/>
          <w:i w:val="0"/>
          <w:sz w:val="22"/>
        </w:rPr>
        <w:t>“Against.”</w:t>
      </w:r>
    </w:p>
    <w:p>
      <w:pPr>
        <w:spacing w:before="0" w:after="0" w:line="264" w:lineRule="exact"/>
        <w:ind w:left="0" w:right="0" w:firstLine="0"/>
      </w:pPr>
      <w:r>
        <w:rPr>
          <w:rFonts w:ascii="EB Garamond" w:hAnsi="EB Garamond"/>
          <w:b w:val="0"/>
          <w:i w:val="0"/>
          <w:sz w:val="22"/>
        </w:rPr>
        <w:t>“Rude.”</w:t>
      </w:r>
    </w:p>
    <w:p>
      <w:pPr>
        <w:spacing w:before="0" w:after="0" w:line="264" w:lineRule="exact"/>
        <w:ind w:left="0" w:right="0" w:firstLine="0"/>
      </w:pPr>
      <w:r>
        <w:rPr>
          <w:rFonts w:ascii="EB Garamond" w:hAnsi="EB Garamond"/>
          <w:b w:val="0"/>
          <w:i w:val="0"/>
          <w:sz w:val="22"/>
        </w:rPr>
        <w:t>“Accurate.”</w:t>
      </w:r>
    </w:p>
    <w:p>
      <w:pPr>
        <w:spacing w:before="0" w:after="0" w:line="264" w:lineRule="exact"/>
        <w:ind w:left="0" w:right="0" w:firstLine="0"/>
      </w:pPr>
      <w:r>
        <w:rPr>
          <w:rFonts w:ascii="EB Garamond" w:hAnsi="EB Garamond"/>
          <w:b w:val="0"/>
          <w:i w:val="0"/>
          <w:sz w:val="22"/>
        </w:rPr>
        <w:t>Elsie stepped inside.</w:t>
      </w:r>
    </w:p>
    <w:p>
      <w:pPr>
        <w:spacing w:before="0" w:after="0" w:line="264" w:lineRule="exact"/>
        <w:ind w:left="0" w:right="0" w:firstLine="0"/>
      </w:pPr>
      <w:r>
        <w:rPr>
          <w:rFonts w:ascii="EB Garamond" w:hAnsi="EB Garamond"/>
          <w:b w:val="0"/>
          <w:i w:val="0"/>
          <w:sz w:val="22"/>
        </w:rPr>
        <w:t>“Can I still leave?”</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Nora shut the door behind her.</w:t>
      </w:r>
    </w:p>
    <w:p>
      <w:pPr>
        <w:spacing w:before="0" w:after="0" w:line="264" w:lineRule="exact"/>
        <w:ind w:left="0" w:right="0" w:firstLine="0"/>
      </w:pPr>
      <w:r>
        <w:rPr>
          <w:rFonts w:ascii="EB Garamond" w:hAnsi="EB Garamond"/>
          <w:b w:val="0"/>
          <w:i w:val="0"/>
          <w:sz w:val="22"/>
        </w:rPr>
        <w:t>“Cult behavior.”</w:t>
      </w:r>
    </w:p>
    <w:p>
      <w:pPr>
        <w:spacing w:before="0" w:after="0" w:line="264" w:lineRule="exact"/>
        <w:ind w:left="0" w:right="0" w:firstLine="0"/>
      </w:pPr>
      <w:r>
        <w:rPr>
          <w:rFonts w:ascii="EB Garamond" w:hAnsi="EB Garamond"/>
          <w:b w:val="0"/>
          <w:i w:val="0"/>
          <w:sz w:val="22"/>
        </w:rPr>
        <w:t>“Wait until the chanting.”</w:t>
      </w:r>
    </w:p>
    <w:p>
      <w:pPr>
        <w:spacing w:before="0" w:after="0" w:line="264" w:lineRule="exact"/>
        <w:ind w:left="0" w:right="0" w:firstLine="0"/>
      </w:pPr>
      <w:r>
        <w:rPr>
          <w:rFonts w:ascii="EB Garamond" w:hAnsi="EB Garamond"/>
          <w:b w:val="0"/>
          <w:i w:val="0"/>
          <w:sz w:val="22"/>
        </w:rPr>
        <w:t>Elsie laughed.</w:t>
      </w:r>
    </w:p>
    <w:p>
      <w:pPr>
        <w:spacing w:before="0" w:after="0" w:line="264" w:lineRule="exact"/>
        <w:ind w:left="0" w:right="0" w:firstLine="0"/>
      </w:pPr>
      <w:r>
        <w:rPr>
          <w:rFonts w:ascii="EB Garamond" w:hAnsi="EB Garamond"/>
          <w:sz w:val="22"/>
        </w:rPr>
        <w:t>The house smelled like pizza.</w:t>
      </w:r>
    </w:p>
    <w:p>
      <w:pPr>
        <w:spacing w:before="0" w:after="0" w:line="264" w:lineRule="exact"/>
        <w:ind w:left="0" w:right="0" w:firstLine="0"/>
      </w:pPr>
      <w:r>
        <w:rPr>
          <w:rFonts w:ascii="EB Garamond" w:hAnsi="EB Garamond"/>
          <w:b w:val="0"/>
          <w:i w:val="0"/>
          <w:sz w:val="22"/>
        </w:rPr>
        <w:t>There were shoes piled near the stairs and voices coming from the living room.</w:t>
      </w:r>
    </w:p>
    <w:p>
      <w:pPr>
        <w:spacing w:before="0" w:after="0" w:line="264" w:lineRule="exact"/>
        <w:ind w:left="0" w:right="0" w:firstLine="0"/>
      </w:pPr>
      <w:r>
        <w:rPr>
          <w:rFonts w:ascii="EB Garamond" w:hAnsi="EB Garamond"/>
          <w:b w:val="0"/>
          <w:i w:val="0"/>
          <w:sz w:val="22"/>
        </w:rPr>
        <w:t>Normal voices.</w:t>
      </w:r>
    </w:p>
    <w:p>
      <w:pPr>
        <w:spacing w:before="0" w:after="0" w:line="264" w:lineRule="exact"/>
        <w:ind w:left="0" w:right="0" w:firstLine="0"/>
      </w:pPr>
      <w:r>
        <w:rPr>
          <w:rFonts w:ascii="EB Garamond" w:hAnsi="EB Garamond"/>
          <w:b w:val="0"/>
          <w:i w:val="0"/>
          <w:sz w:val="22"/>
        </w:rPr>
        <w:t>Teenage voices.</w:t>
      </w:r>
    </w:p>
    <w:p>
      <w:pPr>
        <w:spacing w:before="0" w:after="0" w:line="264" w:lineRule="exact"/>
        <w:ind w:left="0" w:right="0" w:firstLine="0"/>
      </w:pPr>
      <w:r>
        <w:rPr>
          <w:rFonts w:ascii="EB Garamond" w:hAnsi="EB Garamond"/>
          <w:b w:val="0"/>
          <w:i w:val="0"/>
          <w:sz w:val="22"/>
        </w:rPr>
        <w:t>Someone was laughing loudly.</w:t>
      </w:r>
    </w:p>
    <w:p>
      <w:pPr>
        <w:spacing w:before="0" w:after="0" w:line="264" w:lineRule="exact"/>
        <w:ind w:left="0" w:right="0" w:firstLine="0"/>
      </w:pPr>
      <w:r>
        <w:rPr>
          <w:rFonts w:ascii="EB Garamond" w:hAnsi="EB Garamond"/>
          <w:b w:val="0"/>
          <w:i w:val="0"/>
          <w:sz w:val="22"/>
        </w:rPr>
        <w:t>Someone else yelled, “That’s literally not what happened!”</w:t>
      </w:r>
    </w:p>
    <w:p>
      <w:pPr>
        <w:spacing w:before="0" w:after="0" w:line="264" w:lineRule="exact"/>
        <w:ind w:left="0" w:right="0" w:firstLine="0"/>
      </w:pPr>
      <w:r>
        <w:rPr>
          <w:rFonts w:ascii="EB Garamond" w:hAnsi="EB Garamond"/>
          <w:b w:val="0"/>
          <w:i w:val="0"/>
          <w:sz w:val="22"/>
        </w:rPr>
        <w:t>Elsie looked at Nora.</w:t>
      </w:r>
    </w:p>
    <w:p>
      <w:pPr>
        <w:spacing w:before="0" w:after="0" w:line="264" w:lineRule="exact"/>
        <w:ind w:left="0" w:right="0" w:firstLine="0"/>
      </w:pPr>
      <w:r>
        <w:rPr>
          <w:rFonts w:ascii="EB Garamond" w:hAnsi="EB Garamond"/>
          <w:b w:val="0"/>
          <w:i w:val="0"/>
          <w:sz w:val="22"/>
        </w:rPr>
        <w:t>“This is Bible study?”</w:t>
      </w:r>
    </w:p>
    <w:p>
      <w:pPr>
        <w:spacing w:before="0" w:after="0" w:line="264" w:lineRule="exact"/>
        <w:ind w:left="0" w:right="0" w:firstLine="0"/>
      </w:pPr>
      <w:r>
        <w:rPr>
          <w:rFonts w:ascii="EB Garamond" w:hAnsi="EB Garamond"/>
          <w:b w:val="0"/>
          <w:i w:val="0"/>
          <w:sz w:val="22"/>
        </w:rPr>
        <w:t>“What were you expecting?”</w:t>
      </w:r>
    </w:p>
    <w:p>
      <w:pPr>
        <w:spacing w:before="0" w:after="0" w:line="264" w:lineRule="exact"/>
        <w:ind w:left="0" w:right="0" w:firstLine="0"/>
      </w:pPr>
      <w:r>
        <w:rPr>
          <w:rFonts w:ascii="EB Garamond" w:hAnsi="EB Garamond"/>
          <w:b w:val="0"/>
          <w:i w:val="0"/>
          <w:sz w:val="22"/>
        </w:rPr>
        <w:t>“I don’t know.”</w:t>
      </w:r>
    </w:p>
    <w:p>
      <w:pPr>
        <w:spacing w:before="0" w:after="0" w:line="264" w:lineRule="exact"/>
        <w:ind w:left="0" w:right="0" w:firstLine="0"/>
      </w:pPr>
      <w:r>
        <w:rPr>
          <w:rFonts w:ascii="EB Garamond" w:hAnsi="EB Garamond"/>
          <w:b w:val="0"/>
          <w:i w:val="0"/>
          <w:sz w:val="22"/>
        </w:rPr>
        <w:t>“Robes?”</w:t>
      </w:r>
    </w:p>
    <w:p>
      <w:pPr>
        <w:spacing w:before="0" w:after="0" w:line="264" w:lineRule="exact"/>
        <w:ind w:left="0" w:right="0" w:firstLine="0"/>
      </w:pPr>
      <w:r>
        <w:rPr>
          <w:rFonts w:ascii="EB Garamond" w:hAnsi="EB Garamond"/>
          <w:sz w:val="22"/>
        </w:rPr>
        <w:t>“Maybe.”</w:t>
      </w:r>
    </w:p>
    <w:p>
      <w:pPr>
        <w:spacing w:before="0" w:after="0" w:line="264" w:lineRule="exact"/>
        <w:ind w:left="0" w:right="0" w:firstLine="0"/>
      </w:pPr>
      <w:r>
        <w:rPr>
          <w:rFonts w:ascii="EB Garamond" w:hAnsi="EB Garamond"/>
          <w:b w:val="0"/>
          <w:i w:val="0"/>
          <w:sz w:val="22"/>
        </w:rPr>
        <w:t>“Candles?”</w:t>
      </w:r>
    </w:p>
    <w:p>
      <w:pPr>
        <w:spacing w:before="0" w:after="0" w:line="264" w:lineRule="exact"/>
        <w:ind w:left="0" w:right="0" w:firstLine="0"/>
      </w:pPr>
      <w:r>
        <w:rPr>
          <w:rFonts w:ascii="EB Garamond" w:hAnsi="EB Garamond"/>
          <w:b w:val="0"/>
          <w:i w:val="0"/>
          <w:sz w:val="22"/>
        </w:rPr>
        <w:t>“A few.”</w:t>
      </w:r>
    </w:p>
    <w:p>
      <w:pPr>
        <w:spacing w:before="0" w:after="0" w:line="264" w:lineRule="exact"/>
        <w:ind w:left="0" w:right="0" w:firstLine="0"/>
      </w:pPr>
      <w:r>
        <w:rPr>
          <w:rFonts w:ascii="EB Garamond" w:hAnsi="EB Garamond"/>
          <w:b w:val="0"/>
          <w:i w:val="0"/>
          <w:sz w:val="22"/>
        </w:rPr>
        <w:t>“Goats?”</w:t>
      </w:r>
    </w:p>
    <w:p>
      <w:pPr>
        <w:spacing w:before="0" w:after="0" w:line="264" w:lineRule="exact"/>
        <w:ind w:left="0" w:right="0" w:firstLine="0"/>
      </w:pPr>
      <w:r>
        <w:rPr>
          <w:rFonts w:ascii="EB Garamond" w:hAnsi="EB Garamond"/>
          <w:b w:val="0"/>
          <w:i w:val="0"/>
          <w:sz w:val="22"/>
        </w:rPr>
        <w:t>Elsie stared.</w:t>
      </w:r>
    </w:p>
    <w:p>
      <w:pPr>
        <w:spacing w:before="0" w:after="0" w:line="264" w:lineRule="exact"/>
        <w:ind w:left="0" w:right="0" w:firstLine="0"/>
      </w:pPr>
      <w:r>
        <w:rPr>
          <w:rFonts w:ascii="EB Garamond" w:hAnsi="EB Garamond"/>
          <w:b w:val="0"/>
          <w:i w:val="0"/>
          <w:sz w:val="22"/>
        </w:rPr>
        <w:t>“I wasn’t expecting goats.”</w:t>
      </w:r>
    </w:p>
    <w:p>
      <w:pPr>
        <w:spacing w:before="0" w:after="0" w:line="264" w:lineRule="exact"/>
        <w:ind w:left="0" w:right="0" w:firstLine="0"/>
      </w:pPr>
      <w:r>
        <w:rPr>
          <w:rFonts w:ascii="EB Garamond" w:hAnsi="EB Garamond"/>
          <w:b w:val="0"/>
          <w:i w:val="0"/>
          <w:sz w:val="22"/>
        </w:rPr>
        <w:t>“You looked like you were.”</w:t>
      </w:r>
    </w:p>
    <w:p>
      <w:pPr>
        <w:spacing w:before="0" w:after="0" w:line="264" w:lineRule="exact"/>
        <w:ind w:left="0" w:right="0" w:firstLine="0"/>
      </w:pPr>
      <w:r>
        <w:rPr>
          <w:rFonts w:ascii="EB Garamond" w:hAnsi="EB Garamond"/>
          <w:b w:val="0"/>
          <w:i w:val="0"/>
          <w:sz w:val="22"/>
        </w:rPr>
        <w:t>Nora led her into the living room.</w:t>
      </w:r>
    </w:p>
    <w:p>
      <w:pPr>
        <w:spacing w:before="0" w:after="0" w:line="264" w:lineRule="exact"/>
        <w:ind w:left="0" w:right="0" w:firstLine="0"/>
      </w:pPr>
      <w:r>
        <w:rPr>
          <w:rFonts w:ascii="EB Garamond" w:hAnsi="EB Garamond"/>
          <w:b w:val="0"/>
          <w:i w:val="0"/>
          <w:sz w:val="22"/>
        </w:rPr>
        <w:t>There were nine people.</w:t>
      </w:r>
    </w:p>
    <w:p>
      <w:pPr>
        <w:spacing w:before="0" w:after="0" w:line="264" w:lineRule="exact"/>
        <w:ind w:left="0" w:right="0" w:firstLine="0"/>
      </w:pPr>
      <w:r>
        <w:rPr>
          <w:rFonts w:ascii="EB Garamond" w:hAnsi="EB Garamond"/>
          <w:b w:val="0"/>
          <w:i w:val="0"/>
          <w:sz w:val="22"/>
        </w:rPr>
        <w:t>Elsie recognized six of them from school.</w:t>
      </w:r>
    </w:p>
    <w:p>
      <w:pPr>
        <w:spacing w:before="0" w:after="0" w:line="264" w:lineRule="exact"/>
        <w:ind w:left="0" w:right="0" w:firstLine="0"/>
      </w:pPr>
      <w:r>
        <w:rPr>
          <w:rFonts w:ascii="EB Garamond" w:hAnsi="EB Garamond"/>
          <w:b w:val="0"/>
          <w:i w:val="0"/>
          <w:sz w:val="22"/>
        </w:rPr>
        <w:t>That was alarming.</w:t>
      </w:r>
    </w:p>
    <w:p>
      <w:pPr>
        <w:spacing w:before="0" w:after="0" w:line="264" w:lineRule="exact"/>
        <w:ind w:left="0" w:right="0" w:firstLine="0"/>
      </w:pPr>
      <w:r>
        <w:rPr>
          <w:rFonts w:ascii="EB Garamond" w:hAnsi="EB Garamond"/>
          <w:b w:val="0"/>
          <w:i w:val="0"/>
          <w:sz w:val="22"/>
        </w:rPr>
        <w:t>She had apparently been attending classes with underground Christians.</w:t>
      </w:r>
    </w:p>
    <w:p>
      <w:pPr>
        <w:spacing w:before="0" w:after="0" w:line="264" w:lineRule="exact"/>
        <w:ind w:left="0" w:right="0" w:firstLine="0"/>
      </w:pPr>
      <w:r>
        <w:rPr>
          <w:rFonts w:ascii="EB Garamond" w:hAnsi="EB Garamond"/>
          <w:b w:val="0"/>
          <w:i w:val="0"/>
          <w:sz w:val="22"/>
        </w:rPr>
        <w:t>There was Maya Chen from AP Biology.</w:t>
      </w:r>
    </w:p>
    <w:p>
      <w:pPr>
        <w:spacing w:before="0" w:after="0" w:line="264" w:lineRule="exact"/>
        <w:ind w:left="0" w:right="0" w:firstLine="0"/>
      </w:pPr>
      <w:r>
        <w:rPr>
          <w:rFonts w:ascii="EB Garamond" w:hAnsi="EB Garamond"/>
          <w:b w:val="0"/>
          <w:i w:val="0"/>
          <w:sz w:val="22"/>
        </w:rPr>
        <w:t>Lucas Grant from varsity soccer.</w:t>
      </w:r>
    </w:p>
    <w:p>
      <w:pPr>
        <w:spacing w:before="0" w:after="0" w:line="264" w:lineRule="exact"/>
        <w:ind w:left="0" w:right="0" w:firstLine="0"/>
      </w:pPr>
      <w:r>
        <w:rPr>
          <w:rFonts w:ascii="EB Garamond" w:hAnsi="EB Garamond"/>
          <w:b w:val="0"/>
          <w:i w:val="0"/>
          <w:sz w:val="22"/>
        </w:rPr>
        <w:t xml:space="preserve">A sophomore named Sophie who had approximately eighty thousand TikTok followers and whose morning routine videos occasionally appeared on Elsie’s For You Page. </w:t>
      </w:r>
    </w:p>
    <w:p>
      <w:pPr>
        <w:spacing w:before="0" w:after="0" w:line="264" w:lineRule="exact"/>
        <w:ind w:left="0" w:right="0" w:firstLine="0"/>
      </w:pPr>
      <w:r>
        <w:rPr>
          <w:rFonts w:ascii="EB Garamond" w:hAnsi="EB Garamond"/>
          <w:b w:val="0"/>
          <w:i w:val="0"/>
          <w:sz w:val="22"/>
        </w:rPr>
        <w:t>Elsie stopped.</w:t>
      </w:r>
    </w:p>
    <w:p>
      <w:pPr>
        <w:spacing w:before="0" w:after="0" w:line="264" w:lineRule="exact"/>
        <w:ind w:left="0" w:right="0" w:firstLine="0"/>
      </w:pPr>
      <w:r>
        <w:rPr>
          <w:rFonts w:ascii="EB Garamond" w:hAnsi="EB Garamond"/>
          <w:b w:val="0"/>
          <w:i w:val="0"/>
          <w:sz w:val="22"/>
        </w:rPr>
        <w:t>“Sophie?”</w:t>
      </w:r>
    </w:p>
    <w:p>
      <w:pPr>
        <w:spacing w:before="0" w:after="0" w:line="264" w:lineRule="exact"/>
        <w:ind w:left="0" w:right="0" w:firstLine="0"/>
      </w:pPr>
      <w:r>
        <w:rPr>
          <w:rFonts w:ascii="EB Garamond" w:hAnsi="EB Garamond"/>
          <w:b w:val="0"/>
          <w:i w:val="0"/>
          <w:sz w:val="22"/>
        </w:rPr>
        <w:t>Nora followed her eyes.</w:t>
      </w:r>
    </w:p>
    <w:p>
      <w:pPr>
        <w:spacing w:before="0" w:after="0" w:line="264" w:lineRule="exact"/>
        <w:ind w:left="0" w:right="0" w:firstLine="0"/>
      </w:pPr>
      <w:r>
        <w:rPr>
          <w:rFonts w:ascii="EB Garamond" w:hAnsi="EB Garamond"/>
          <w:b w:val="0"/>
          <w:i w:val="0"/>
          <w:sz w:val="22"/>
        </w:rPr>
        <w:t>“Don’t.”</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“You’re doing that face.”</w:t>
      </w:r>
    </w:p>
    <w:p>
      <w:pPr>
        <w:spacing w:before="0" w:after="0" w:line="264" w:lineRule="exact"/>
        <w:ind w:left="0" w:right="0" w:firstLine="0"/>
      </w:pPr>
      <w:r>
        <w:rPr>
          <w:rFonts w:ascii="EB Garamond" w:hAnsi="EB Garamond"/>
          <w:b w:val="0"/>
          <w:i w:val="0"/>
          <w:sz w:val="22"/>
        </w:rPr>
        <w:t>“What face?”</w:t>
      </w:r>
    </w:p>
    <w:p>
      <w:pPr>
        <w:spacing w:before="0" w:after="0" w:line="264" w:lineRule="exact"/>
        <w:ind w:left="0" w:right="0" w:firstLine="0"/>
      </w:pPr>
      <w:r>
        <w:rPr>
          <w:rFonts w:ascii="EB Garamond" w:hAnsi="EB Garamond"/>
          <w:b w:val="0"/>
          <w:i w:val="0"/>
          <w:sz w:val="22"/>
        </w:rPr>
        <w:t>“The face you do when you’ve already decided something about somebody.”</w:t>
      </w:r>
    </w:p>
    <w:p>
      <w:pPr>
        <w:spacing w:before="0" w:after="0" w:line="264" w:lineRule="exact"/>
        <w:ind w:left="0" w:right="0" w:firstLine="0"/>
      </w:pPr>
      <w:r>
        <w:rPr>
          <w:rFonts w:ascii="EB Garamond" w:hAnsi="EB Garamond"/>
          <w:b w:val="0"/>
          <w:i w:val="0"/>
          <w:sz w:val="22"/>
        </w:rPr>
        <w:t>Elsie looked at her.</w:t>
      </w:r>
    </w:p>
    <w:p>
      <w:pPr>
        <w:spacing w:before="0" w:after="0" w:line="264" w:lineRule="exact"/>
        <w:ind w:left="0" w:right="0" w:firstLine="0"/>
      </w:pPr>
      <w:r>
        <w:rPr>
          <w:rFonts w:ascii="EB Garamond" w:hAnsi="EB Garamond"/>
          <w:b w:val="0"/>
          <w:i w:val="0"/>
          <w:sz w:val="22"/>
        </w:rPr>
        <w:t>“I hate that you know me now.”</w:t>
      </w:r>
    </w:p>
    <w:p>
      <w:pPr>
        <w:spacing w:before="0" w:after="0" w:line="264" w:lineRule="exact"/>
        <w:ind w:left="0" w:right="0" w:firstLine="0"/>
      </w:pPr>
      <w:r>
        <w:rPr>
          <w:rFonts w:ascii="EB Garamond" w:hAnsi="EB Garamond"/>
          <w:b w:val="0"/>
          <w:i w:val="0"/>
          <w:sz w:val="22"/>
        </w:rPr>
        <w:t>“It’s been four days.”</w:t>
      </w:r>
    </w:p>
    <w:p>
      <w:pPr>
        <w:spacing w:before="0" w:after="0" w:line="264" w:lineRule="exact"/>
        <w:ind w:left="0" w:right="0" w:firstLine="0"/>
      </w:pPr>
      <w:r>
        <w:rPr>
          <w:rFonts w:ascii="EB Garamond" w:hAnsi="EB Garamond"/>
          <w:b w:val="0"/>
          <w:i w:val="0"/>
          <w:sz w:val="22"/>
        </w:rPr>
        <w:t>“Too long.”</w:t>
      </w:r>
    </w:p>
    <w:p>
      <w:pPr>
        <w:spacing w:before="0" w:after="0" w:line="264" w:lineRule="exact"/>
        <w:ind w:left="0" w:right="0" w:firstLine="0"/>
      </w:pPr>
      <w:r>
        <w:rPr>
          <w:rFonts w:ascii="EB Garamond" w:hAnsi="EB Garamond"/>
          <w:b w:val="0"/>
          <w:i w:val="0"/>
          <w:sz w:val="22"/>
        </w:rPr>
        <w:t>A girl sitting on the floor waved.</w:t>
      </w:r>
    </w:p>
    <w:p>
      <w:pPr>
        <w:spacing w:before="0" w:after="0" w:line="264" w:lineRule="exact"/>
        <w:ind w:left="0" w:right="0" w:firstLine="0"/>
      </w:pPr>
      <w:r>
        <w:rPr>
          <w:rFonts w:ascii="EB Garamond" w:hAnsi="EB Garamond"/>
          <w:b w:val="0"/>
          <w:i w:val="0"/>
          <w:sz w:val="22"/>
        </w:rPr>
        <w:t>“Elsie!”</w:t>
      </w:r>
    </w:p>
    <w:p>
      <w:pPr>
        <w:spacing w:before="0" w:after="0" w:line="264" w:lineRule="exact"/>
        <w:ind w:left="0" w:right="0" w:firstLine="0"/>
      </w:pPr>
      <w:r>
        <w:rPr>
          <w:rFonts w:ascii="EB Garamond" w:hAnsi="EB Garamond"/>
          <w:b w:val="0"/>
          <w:i w:val="0"/>
          <w:sz w:val="22"/>
        </w:rPr>
        <w:t xml:space="preserve">Elsie recognized her. </w:t>
      </w:r>
    </w:p>
    <w:p>
      <w:pPr>
        <w:spacing w:before="0" w:after="0" w:line="264" w:lineRule="exact"/>
        <w:ind w:left="0" w:right="0" w:firstLine="0"/>
      </w:pPr>
      <w:r>
        <w:rPr>
          <w:rFonts w:ascii="EB Garamond" w:hAnsi="EB Garamond"/>
          <w:b w:val="0"/>
          <w:i w:val="0"/>
          <w:sz w:val="22"/>
        </w:rPr>
        <w:t>Hannah.</w:t>
      </w:r>
    </w:p>
    <w:p>
      <w:pPr>
        <w:spacing w:before="0" w:after="0" w:line="264" w:lineRule="exact"/>
        <w:ind w:left="0" w:right="0" w:firstLine="0"/>
      </w:pPr>
      <w:r>
        <w:rPr>
          <w:rFonts w:ascii="EB Garamond" w:hAnsi="EB Garamond"/>
          <w:b w:val="0"/>
          <w:i w:val="0"/>
          <w:sz w:val="22"/>
        </w:rPr>
        <w:t>The college girl.</w:t>
      </w:r>
    </w:p>
    <w:p>
      <w:pPr>
        <w:spacing w:before="0" w:after="0" w:line="264" w:lineRule="exact"/>
        <w:ind w:left="0" w:right="0" w:firstLine="0"/>
      </w:pPr>
      <w:r>
        <w:rPr>
          <w:rFonts w:ascii="EB Garamond" w:hAnsi="EB Garamond"/>
          <w:b w:val="0"/>
          <w:i w:val="0"/>
          <w:sz w:val="22"/>
        </w:rPr>
        <w:t>The one who’d led the youth-group discussion the two times Elsie had come when she was fifteen.</w:t>
      </w:r>
    </w:p>
    <w:p>
      <w:pPr>
        <w:spacing w:before="0" w:after="0" w:line="264" w:lineRule="exact"/>
        <w:ind w:left="0" w:right="0" w:firstLine="0"/>
      </w:pPr>
      <w:r>
        <w:rPr>
          <w:rFonts w:ascii="EB Garamond" w:hAnsi="EB Garamond"/>
          <w:b w:val="0"/>
          <w:i w:val="0"/>
          <w:sz w:val="22"/>
        </w:rPr>
        <w:t xml:space="preserve">Apparently, she still existed. </w:t>
      </w:r>
    </w:p>
    <w:p>
      <w:pPr>
        <w:spacing w:before="0" w:after="0" w:line="264" w:lineRule="exact"/>
        <w:ind w:left="0" w:right="0" w:firstLine="0"/>
      </w:pPr>
      <w:r>
        <w:rPr>
          <w:rFonts w:ascii="EB Garamond" w:hAnsi="EB Garamond"/>
          <w:b w:val="0"/>
          <w:i w:val="0"/>
          <w:sz w:val="22"/>
        </w:rPr>
        <w:t>“Hey.”</w:t>
      </w:r>
    </w:p>
    <w:p>
      <w:pPr>
        <w:spacing w:before="0" w:after="0" w:line="264" w:lineRule="exact"/>
        <w:ind w:left="0" w:right="0" w:firstLine="0"/>
      </w:pPr>
      <w:r>
        <w:rPr>
          <w:rFonts w:ascii="EB Garamond" w:hAnsi="EB Garamond"/>
          <w:b w:val="0"/>
          <w:i w:val="0"/>
          <w:sz w:val="22"/>
        </w:rPr>
        <w:t>“You came back!”</w:t>
      </w:r>
    </w:p>
    <w:p>
      <w:pPr>
        <w:spacing w:before="0" w:after="0" w:line="264" w:lineRule="exact"/>
        <w:ind w:left="0" w:right="0" w:firstLine="0"/>
      </w:pPr>
      <w:r>
        <w:rPr>
          <w:rFonts w:ascii="EB Garamond" w:hAnsi="EB Garamond"/>
          <w:b w:val="0"/>
          <w:i w:val="0"/>
          <w:sz w:val="22"/>
        </w:rPr>
        <w:t>Everyone looked at Elsie.</w:t>
      </w:r>
    </w:p>
    <w:p>
      <w:pPr>
        <w:spacing w:before="0" w:after="0" w:line="264" w:lineRule="exact"/>
        <w:ind w:left="0" w:right="0" w:firstLine="0"/>
      </w:pPr>
      <w:r>
        <w:rPr>
          <w:rFonts w:ascii="EB Garamond" w:hAnsi="EB Garamond"/>
          <w:b w:val="0"/>
          <w:i w:val="0"/>
          <w:sz w:val="22"/>
        </w:rPr>
        <w:t xml:space="preserve">She immediately wanted to evaporate. </w:t>
      </w:r>
    </w:p>
    <w:p>
      <w:pPr>
        <w:spacing w:before="0" w:after="0" w:line="264" w:lineRule="exact"/>
        <w:ind w:left="0" w:right="0" w:firstLine="0"/>
      </w:pPr>
      <w:r>
        <w:rPr>
          <w:rFonts w:ascii="EB Garamond" w:hAnsi="EB Garamond"/>
          <w:b w:val="0"/>
          <w:i w:val="0"/>
          <w:sz w:val="22"/>
        </w:rPr>
        <w:t>“Temporarily.”</w:t>
      </w:r>
    </w:p>
    <w:p>
      <w:pPr>
        <w:spacing w:before="0" w:after="0" w:line="264" w:lineRule="exact"/>
        <w:ind w:left="0" w:right="0" w:firstLine="0"/>
      </w:pPr>
      <w:r>
        <w:rPr>
          <w:rFonts w:ascii="EB Garamond" w:hAnsi="EB Garamond"/>
          <w:b w:val="0"/>
          <w:i w:val="0"/>
          <w:sz w:val="22"/>
        </w:rPr>
        <w:t>Hannah laughed.</w:t>
      </w:r>
    </w:p>
    <w:p>
      <w:pPr>
        <w:spacing w:before="0" w:after="0" w:line="264" w:lineRule="exact"/>
        <w:ind w:left="0" w:right="0" w:firstLine="0"/>
      </w:pPr>
      <w:r>
        <w:rPr>
          <w:rFonts w:ascii="EB Garamond" w:hAnsi="EB Garamond"/>
          <w:b w:val="0"/>
          <w:i w:val="0"/>
          <w:sz w:val="22"/>
        </w:rPr>
        <w:t>“We’ll take it.”</w:t>
      </w:r>
    </w:p>
    <w:p>
      <w:pPr>
        <w:spacing w:before="0" w:after="0" w:line="264" w:lineRule="exact"/>
        <w:ind w:left="0" w:right="0" w:firstLine="0"/>
      </w:pPr>
      <w:r>
        <w:rPr>
          <w:rFonts w:ascii="EB Garamond" w:hAnsi="EB Garamond"/>
          <w:b w:val="0"/>
          <w:i w:val="0"/>
          <w:sz w:val="22"/>
        </w:rPr>
        <w:t>Nora handed Elsie a paper plate.</w:t>
      </w:r>
    </w:p>
    <w:p>
      <w:pPr>
        <w:spacing w:before="0" w:after="0" w:line="264" w:lineRule="exact"/>
        <w:ind w:left="0" w:right="0" w:firstLine="0"/>
      </w:pPr>
      <w:r>
        <w:rPr>
          <w:rFonts w:ascii="EB Garamond" w:hAnsi="EB Garamond"/>
          <w:b w:val="0"/>
          <w:i w:val="0"/>
          <w:sz w:val="22"/>
        </w:rPr>
        <w:t>“Pizza first. Spiritual enlightenment later.”</w:t>
      </w:r>
    </w:p>
    <w:p>
      <w:pPr>
        <w:spacing w:before="0" w:after="0" w:line="264" w:lineRule="exact"/>
        <w:ind w:left="0" w:right="0" w:firstLine="0"/>
      </w:pPr>
      <w:r>
        <w:rPr>
          <w:rFonts w:ascii="EB Garamond" w:hAnsi="EB Garamond"/>
          <w:b w:val="0"/>
          <w:i w:val="0"/>
          <w:sz w:val="22"/>
        </w:rPr>
        <w:t>“Finally, a religion I can support.”</w:t>
      </w:r>
    </w:p>
    <w:p>
      <w:pPr>
        <w:spacing w:before="0" w:after="0" w:line="264" w:lineRule="exact"/>
        <w:ind w:left="0" w:right="0" w:firstLine="0"/>
      </w:pPr>
      <w:r>
        <w:rPr>
          <w:rFonts w:ascii="EB Garamond" w:hAnsi="EB Garamond"/>
          <w:b w:val="0"/>
          <w:i w:val="0"/>
          <w:sz w:val="22"/>
        </w:rPr>
        <w:t>Lucas looked over.</w:t>
      </w:r>
    </w:p>
    <w:p>
      <w:pPr>
        <w:spacing w:before="0" w:after="0" w:line="264" w:lineRule="exact"/>
        <w:ind w:left="0" w:right="0" w:firstLine="0"/>
      </w:pPr>
      <w:r>
        <w:rPr>
          <w:rFonts w:ascii="EB Garamond" w:hAnsi="EB Garamond"/>
          <w:b w:val="0"/>
          <w:i w:val="0"/>
          <w:sz w:val="22"/>
        </w:rPr>
        <w:t>“That’s basically how they got me.”</w:t>
      </w:r>
    </w:p>
    <w:p>
      <w:pPr>
        <w:spacing w:before="0" w:after="0" w:line="264" w:lineRule="exact"/>
        <w:ind w:left="0" w:right="0" w:firstLine="0"/>
      </w:pPr>
      <w:r>
        <w:rPr>
          <w:rFonts w:ascii="EB Garamond" w:hAnsi="EB Garamond"/>
          <w:b w:val="0"/>
          <w:i w:val="0"/>
          <w:sz w:val="22"/>
        </w:rPr>
        <w:t>Everyone laughed.</w:t>
      </w:r>
    </w:p>
    <w:p>
      <w:pPr>
        <w:spacing w:before="0" w:after="0" w:line="264" w:lineRule="exact"/>
        <w:ind w:left="0" w:right="0" w:firstLine="0"/>
      </w:pPr>
      <w:r>
        <w:rPr>
          <w:rFonts w:ascii="EB Garamond" w:hAnsi="EB Garamond"/>
          <w:b w:val="0"/>
          <w:i w:val="0"/>
          <w:sz w:val="22"/>
        </w:rPr>
        <w:t>Elsie relaxed approximately four percent.</w:t>
      </w:r>
    </w:p>
    <w:p>
      <w:pPr>
        <w:spacing w:before="0" w:after="0" w:line="264" w:lineRule="exact"/>
        <w:ind w:left="0" w:right="0" w:firstLine="0"/>
      </w:pPr>
      <w:r>
        <w:rPr>
          <w:rFonts w:ascii="EB Garamond" w:hAnsi="EB Garamond"/>
          <w:b w:val="0"/>
          <w:i w:val="0"/>
          <w:sz w:val="22"/>
        </w:rPr>
        <w:t>Maybe she could survive this.</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Nobody opened a Bible for the first thirty minutes.</w:t>
      </w:r>
    </w:p>
    <w:p>
      <w:pPr>
        <w:spacing w:before="0" w:after="0" w:line="264" w:lineRule="exact"/>
        <w:ind w:left="0" w:right="0" w:firstLine="0"/>
      </w:pPr>
      <w:r>
        <w:rPr>
          <w:rFonts w:ascii="EB Garamond" w:hAnsi="EB Garamond"/>
          <w:b w:val="0"/>
          <w:i w:val="0"/>
          <w:sz w:val="22"/>
        </w:rPr>
        <w:t>They ate.</w:t>
      </w:r>
    </w:p>
    <w:p>
      <w:pPr>
        <w:spacing w:before="0" w:after="0" w:line="264" w:lineRule="exact"/>
        <w:ind w:left="0" w:right="0" w:firstLine="0"/>
      </w:pPr>
      <w:r>
        <w:rPr>
          <w:rFonts w:ascii="EB Garamond" w:hAnsi="EB Garamond"/>
          <w:b w:val="0"/>
          <w:i w:val="0"/>
          <w:sz w:val="22"/>
        </w:rPr>
        <w:t>Talked about school.</w:t>
      </w:r>
    </w:p>
    <w:p>
      <w:pPr>
        <w:spacing w:before="0" w:after="0" w:line="264" w:lineRule="exact"/>
        <w:ind w:left="0" w:right="0" w:firstLine="0"/>
      </w:pPr>
      <w:r>
        <w:rPr>
          <w:rFonts w:ascii="EB Garamond" w:hAnsi="EB Garamond"/>
          <w:b w:val="0"/>
          <w:i w:val="0"/>
          <w:sz w:val="22"/>
        </w:rPr>
        <w:t>Argued about whether their football team was going to win on Friday.</w:t>
      </w:r>
    </w:p>
    <w:p>
      <w:pPr>
        <w:spacing w:before="0" w:after="0" w:line="264" w:lineRule="exact"/>
        <w:ind w:left="0" w:right="0" w:firstLine="0"/>
      </w:pPr>
      <w:r>
        <w:rPr>
          <w:rFonts w:ascii="EB Garamond" w:hAnsi="EB Garamond"/>
          <w:b w:val="0"/>
          <w:i w:val="0"/>
          <w:sz w:val="22"/>
        </w:rPr>
        <w:t>Sophie showed everyone a video of her little brother falling off a hoverboard.</w:t>
      </w:r>
    </w:p>
    <w:p>
      <w:pPr>
        <w:spacing w:before="0" w:after="0" w:line="264" w:lineRule="exact"/>
        <w:ind w:left="0" w:right="0" w:firstLine="0"/>
      </w:pPr>
      <w:r>
        <w:rPr>
          <w:rFonts w:ascii="EB Garamond" w:hAnsi="EB Garamond"/>
          <w:sz w:val="22"/>
        </w:rPr>
        <w:t>Lucas told a story about accidentally calling his teacher Mom in third grade and still thinking about it at night.</w:t>
      </w:r>
    </w:p>
    <w:p>
      <w:pPr>
        <w:spacing w:before="0" w:after="0" w:line="264" w:lineRule="exact"/>
        <w:ind w:left="0" w:right="0" w:firstLine="0"/>
      </w:pPr>
      <w:r>
        <w:rPr>
          <w:rFonts w:ascii="EB Garamond" w:hAnsi="EB Garamond"/>
          <w:b w:val="0"/>
          <w:i w:val="0"/>
          <w:sz w:val="22"/>
        </w:rPr>
        <w:t>At 7:36, Hannah clapped her hands.</w:t>
      </w:r>
    </w:p>
    <w:p>
      <w:pPr>
        <w:spacing w:before="0" w:after="0" w:line="264" w:lineRule="exact"/>
        <w:ind w:left="0" w:right="0" w:firstLine="0"/>
      </w:pPr>
      <w:r>
        <w:rPr>
          <w:rFonts w:ascii="EB Garamond" w:hAnsi="EB Garamond"/>
          <w:b w:val="0"/>
          <w:i w:val="0"/>
          <w:sz w:val="22"/>
        </w:rPr>
        <w:t>“Okay.”</w:t>
      </w:r>
    </w:p>
    <w:p>
      <w:pPr>
        <w:spacing w:before="0" w:after="0" w:line="264" w:lineRule="exact"/>
        <w:ind w:left="0" w:right="0" w:firstLine="0"/>
      </w:pPr>
      <w:r>
        <w:rPr>
          <w:rFonts w:ascii="EB Garamond" w:hAnsi="EB Garamond"/>
          <w:b w:val="0"/>
          <w:i w:val="0"/>
          <w:sz w:val="22"/>
        </w:rPr>
        <w:t>Everyone groaned.</w:t>
      </w:r>
    </w:p>
    <w:p>
      <w:pPr>
        <w:spacing w:before="0" w:after="0" w:line="264" w:lineRule="exact"/>
        <w:ind w:left="0" w:right="0" w:firstLine="0"/>
      </w:pPr>
      <w:r>
        <w:rPr>
          <w:rFonts w:ascii="EB Garamond" w:hAnsi="EB Garamond"/>
          <w:b w:val="0"/>
          <w:i w:val="0"/>
          <w:sz w:val="22"/>
        </w:rPr>
        <w:t>“Oh, shut up,” Hannah said. “You knew why you were invited.”</w:t>
      </w:r>
    </w:p>
    <w:p>
      <w:pPr>
        <w:spacing w:before="0" w:after="0" w:line="264" w:lineRule="exact"/>
        <w:ind w:left="0" w:right="0" w:firstLine="0"/>
      </w:pPr>
      <w:r>
        <w:rPr>
          <w:rFonts w:ascii="EB Garamond" w:hAnsi="EB Garamond"/>
          <w:b w:val="0"/>
          <w:i w:val="0"/>
          <w:sz w:val="22"/>
        </w:rPr>
        <w:t>“Pizza,” Lucas said.</w:t>
      </w:r>
    </w:p>
    <w:p>
      <w:pPr>
        <w:spacing w:before="0" w:after="0" w:line="264" w:lineRule="exact"/>
        <w:ind w:left="0" w:right="0" w:firstLine="0"/>
      </w:pPr>
      <w:r>
        <w:rPr>
          <w:rFonts w:ascii="EB Garamond" w:hAnsi="EB Garamond"/>
          <w:b w:val="0"/>
          <w:i w:val="0"/>
          <w:sz w:val="22"/>
        </w:rPr>
        <w:t>“Leave.”</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People moved into a loose circle.</w:t>
      </w:r>
    </w:p>
    <w:p>
      <w:pPr>
        <w:spacing w:before="0" w:after="0" w:line="264" w:lineRule="exact"/>
        <w:ind w:left="0" w:right="0" w:firstLine="0"/>
      </w:pPr>
      <w:r>
        <w:rPr>
          <w:rFonts w:ascii="EB Garamond" w:hAnsi="EB Garamond"/>
          <w:b w:val="0"/>
          <w:i w:val="0"/>
          <w:sz w:val="22"/>
        </w:rPr>
        <w:t>Some sat on the couch.</w:t>
      </w:r>
    </w:p>
    <w:p>
      <w:pPr>
        <w:spacing w:before="0" w:after="0" w:line="264" w:lineRule="exact"/>
        <w:ind w:left="0" w:right="0" w:firstLine="0"/>
      </w:pPr>
      <w:r>
        <w:rPr>
          <w:rFonts w:ascii="EB Garamond" w:hAnsi="EB Garamond"/>
          <w:b w:val="0"/>
          <w:i w:val="0"/>
          <w:sz w:val="22"/>
        </w:rPr>
        <w:t>Others stayed on the floor.</w:t>
      </w:r>
    </w:p>
    <w:p>
      <w:pPr>
        <w:spacing w:before="0" w:after="0" w:line="264" w:lineRule="exact"/>
        <w:ind w:left="0" w:right="0" w:firstLine="0"/>
      </w:pPr>
      <w:r>
        <w:rPr>
          <w:rFonts w:ascii="EB Garamond" w:hAnsi="EB Garamond"/>
          <w:b w:val="0"/>
          <w:i w:val="0"/>
          <w:sz w:val="22"/>
        </w:rPr>
        <w:t>Elsie sat beside Nora.</w:t>
      </w:r>
    </w:p>
    <w:p>
      <w:pPr>
        <w:spacing w:before="0" w:after="0" w:line="264" w:lineRule="exact"/>
        <w:ind w:left="0" w:right="0" w:firstLine="0"/>
      </w:pPr>
      <w:r>
        <w:rPr>
          <w:rFonts w:ascii="EB Garamond" w:hAnsi="EB Garamond"/>
          <w:b w:val="0"/>
          <w:i w:val="0"/>
          <w:sz w:val="22"/>
        </w:rPr>
        <w:t>Hannah handed her a Bible.</w:t>
      </w:r>
    </w:p>
    <w:p>
      <w:pPr>
        <w:spacing w:before="0" w:after="0" w:line="264" w:lineRule="exact"/>
        <w:ind w:left="0" w:right="0" w:firstLine="0"/>
      </w:pPr>
      <w:r>
        <w:rPr>
          <w:rFonts w:ascii="EB Garamond" w:hAnsi="EB Garamond"/>
          <w:b w:val="0"/>
          <w:i w:val="0"/>
          <w:sz w:val="22"/>
        </w:rPr>
        <w:t>“I brought mine.”</w:t>
      </w:r>
    </w:p>
    <w:p>
      <w:pPr>
        <w:spacing w:before="0" w:after="0" w:line="264" w:lineRule="exact"/>
        <w:ind w:left="0" w:right="0" w:firstLine="0"/>
      </w:pPr>
      <w:r>
        <w:rPr>
          <w:rFonts w:ascii="EB Garamond" w:hAnsi="EB Garamond"/>
          <w:b w:val="0"/>
          <w:i w:val="0"/>
          <w:sz w:val="22"/>
        </w:rPr>
        <w:t>The words left Elsie’s mouth before she realized what she’d said.</w:t>
      </w:r>
    </w:p>
    <w:p>
      <w:pPr>
        <w:spacing w:before="0" w:after="0" w:line="264" w:lineRule="exact"/>
        <w:ind w:left="0" w:right="0" w:firstLine="0"/>
      </w:pPr>
      <w:r>
        <w:rPr>
          <w:rFonts w:ascii="EB Garamond" w:hAnsi="EB Garamond"/>
          <w:b w:val="0"/>
          <w:i w:val="0"/>
          <w:sz w:val="22"/>
        </w:rPr>
        <w:t>Nora looked at her.</w:t>
      </w:r>
    </w:p>
    <w:p>
      <w:pPr>
        <w:spacing w:before="0" w:after="0" w:line="264" w:lineRule="exact"/>
        <w:ind w:left="0" w:right="0" w:firstLine="0"/>
      </w:pPr>
      <w:r>
        <w:rPr>
          <w:rFonts w:ascii="EB Garamond" w:hAnsi="EB Garamond"/>
          <w:b w:val="0"/>
          <w:i w:val="0"/>
          <w:sz w:val="22"/>
        </w:rPr>
        <w:t>Elsie pulled the blue Bible from her bag.</w:t>
      </w:r>
    </w:p>
    <w:p>
      <w:pPr>
        <w:spacing w:before="0" w:after="0" w:line="264" w:lineRule="exact"/>
        <w:ind w:left="0" w:right="0" w:firstLine="0"/>
      </w:pPr>
      <w:r>
        <w:rPr>
          <w:rFonts w:ascii="EB Garamond" w:hAnsi="EB Garamond"/>
          <w:b w:val="0"/>
          <w:i w:val="0"/>
          <w:sz w:val="22"/>
        </w:rPr>
        <w:t>Nora’s smile started.</w:t>
      </w:r>
    </w:p>
    <w:p>
      <w:pPr>
        <w:spacing w:before="0" w:after="0" w:line="264" w:lineRule="exact"/>
        <w:ind w:left="0" w:right="0" w:firstLine="0"/>
      </w:pPr>
      <w:r>
        <w:rPr>
          <w:rFonts w:ascii="EB Garamond" w:hAnsi="EB Garamond"/>
          <w:b w:val="0"/>
          <w:i w:val="0"/>
          <w:sz w:val="22"/>
        </w:rPr>
        <w:t>Elsie pointed.</w:t>
      </w:r>
    </w:p>
    <w:p>
      <w:pPr>
        <w:spacing w:before="0" w:after="0" w:line="264" w:lineRule="exact"/>
        <w:ind w:left="0" w:right="0" w:firstLine="0"/>
      </w:pPr>
      <w:r>
        <w:rPr>
          <w:rFonts w:ascii="EB Garamond" w:hAnsi="EB Garamond"/>
          <w:b w:val="0"/>
          <w:i w:val="0"/>
          <w:sz w:val="22"/>
        </w:rPr>
        <w:t>“Don’t.”</w:t>
      </w:r>
    </w:p>
    <w:p>
      <w:pPr>
        <w:spacing w:before="0" w:after="0" w:line="264" w:lineRule="exact"/>
        <w:ind w:left="0" w:right="0" w:firstLine="0"/>
      </w:pPr>
      <w:r>
        <w:rPr>
          <w:rFonts w:ascii="EB Garamond" w:hAnsi="EB Garamond"/>
          <w:b w:val="0"/>
          <w:i w:val="0"/>
          <w:sz w:val="22"/>
        </w:rPr>
        <w:t>“I didn’t say anything.”</w:t>
      </w:r>
    </w:p>
    <w:p>
      <w:pPr>
        <w:spacing w:before="0" w:after="0" w:line="264" w:lineRule="exact"/>
        <w:ind w:left="0" w:right="0" w:firstLine="0"/>
      </w:pPr>
      <w:r>
        <w:rPr>
          <w:rFonts w:ascii="EB Garamond" w:hAnsi="EB Garamond"/>
          <w:b w:val="0"/>
          <w:i w:val="0"/>
          <w:sz w:val="22"/>
        </w:rPr>
        <w:t>“You’re thinking loudly.”</w:t>
      </w:r>
    </w:p>
    <w:p>
      <w:pPr>
        <w:spacing w:before="0" w:after="0" w:line="264" w:lineRule="exact"/>
        <w:ind w:left="0" w:right="0" w:firstLine="0"/>
      </w:pPr>
      <w:r>
        <w:rPr>
          <w:rFonts w:ascii="EB Garamond" w:hAnsi="EB Garamond"/>
          <w:b w:val="0"/>
          <w:i w:val="0"/>
          <w:sz w:val="22"/>
        </w:rPr>
        <w:t>Nora laughed.</w:t>
      </w:r>
    </w:p>
    <w:p>
      <w:pPr>
        <w:spacing w:before="0" w:after="0" w:line="264" w:lineRule="exact"/>
        <w:ind w:left="0" w:right="0" w:firstLine="0"/>
      </w:pPr>
      <w:r>
        <w:rPr>
          <w:rFonts w:ascii="EB Garamond" w:hAnsi="EB Garamond"/>
          <w:b w:val="0"/>
          <w:i w:val="0"/>
          <w:sz w:val="22"/>
        </w:rPr>
        <w:t>Elsie opened the Bible.</w:t>
      </w:r>
    </w:p>
    <w:p>
      <w:pPr>
        <w:spacing w:before="0" w:after="0" w:line="264" w:lineRule="exact"/>
        <w:ind w:left="0" w:right="0" w:firstLine="0"/>
      </w:pPr>
      <w:r>
        <w:rPr>
          <w:rFonts w:ascii="EB Garamond" w:hAnsi="EB Garamond"/>
          <w:b w:val="0"/>
          <w:i w:val="0"/>
          <w:sz w:val="22"/>
        </w:rPr>
        <w:t>Hannah sat cross-legged on the floor.</w:t>
      </w:r>
    </w:p>
    <w:p>
      <w:pPr>
        <w:spacing w:before="0" w:after="0" w:line="264" w:lineRule="exact"/>
        <w:ind w:left="0" w:right="0" w:firstLine="0"/>
      </w:pPr>
      <w:r>
        <w:rPr>
          <w:rFonts w:ascii="EB Garamond" w:hAnsi="EB Garamond"/>
          <w:b w:val="0"/>
          <w:i w:val="0"/>
          <w:sz w:val="22"/>
        </w:rPr>
        <w:t>“Genesis twenty-nine.”</w:t>
      </w:r>
    </w:p>
    <w:p>
      <w:pPr>
        <w:spacing w:before="0" w:after="0" w:line="264" w:lineRule="exact"/>
        <w:ind w:left="0" w:right="0" w:firstLine="0"/>
      </w:pPr>
      <w:r>
        <w:rPr>
          <w:rFonts w:ascii="EB Garamond" w:hAnsi="EB Garamond"/>
          <w:b w:val="0"/>
          <w:i w:val="0"/>
          <w:sz w:val="22"/>
        </w:rPr>
        <w:t>Pages started turning.</w:t>
      </w:r>
    </w:p>
    <w:p>
      <w:pPr>
        <w:spacing w:before="0" w:after="0" w:line="264" w:lineRule="exact"/>
        <w:ind w:left="0" w:right="0" w:firstLine="0"/>
      </w:pPr>
      <w:r>
        <w:rPr>
          <w:rFonts w:ascii="EB Garamond" w:hAnsi="EB Garamond"/>
          <w:b w:val="0"/>
          <w:i w:val="0"/>
          <w:sz w:val="22"/>
        </w:rPr>
        <w:t>Elsie leaned toward Nora.</w:t>
      </w:r>
    </w:p>
    <w:p>
      <w:pPr>
        <w:spacing w:before="0" w:after="0" w:line="264" w:lineRule="exact"/>
        <w:ind w:left="0" w:right="0" w:firstLine="0"/>
      </w:pPr>
      <w:r>
        <w:rPr>
          <w:rFonts w:ascii="EB Garamond" w:hAnsi="EB Garamond"/>
          <w:b w:val="0"/>
          <w:i w:val="0"/>
          <w:sz w:val="22"/>
        </w:rPr>
        <w:t>“Where is that?”</w:t>
      </w:r>
    </w:p>
    <w:p>
      <w:pPr>
        <w:spacing w:before="0" w:after="0" w:line="264" w:lineRule="exact"/>
        <w:ind w:left="0" w:right="0" w:firstLine="0"/>
      </w:pPr>
      <w:r>
        <w:rPr>
          <w:rFonts w:ascii="EB Garamond" w:hAnsi="EB Garamond"/>
          <w:b w:val="0"/>
          <w:i w:val="0"/>
          <w:sz w:val="22"/>
        </w:rPr>
        <w:t>Nora stared at her.</w:t>
      </w:r>
    </w:p>
    <w:p>
      <w:pPr>
        <w:spacing w:before="0" w:after="0" w:line="264" w:lineRule="exact"/>
        <w:ind w:left="0" w:right="0" w:firstLine="0"/>
      </w:pPr>
      <w:r>
        <w:rPr>
          <w:rFonts w:ascii="EB Garamond" w:hAnsi="EB Garamond"/>
          <w:b w:val="0"/>
          <w:i w:val="0"/>
          <w:sz w:val="22"/>
        </w:rPr>
        <w:t>“I know Genesis is first.”</w:t>
      </w:r>
    </w:p>
    <w:p>
      <w:pPr>
        <w:spacing w:before="0" w:after="0" w:line="264" w:lineRule="exact"/>
        <w:ind w:left="0" w:right="0" w:firstLine="0"/>
      </w:pPr>
      <w:r>
        <w:rPr>
          <w:rFonts w:ascii="EB Garamond" w:hAnsi="EB Garamond"/>
          <w:b w:val="0"/>
          <w:i w:val="0"/>
          <w:sz w:val="22"/>
        </w:rPr>
        <w:t>“Proud of you.”</w:t>
      </w:r>
    </w:p>
    <w:p>
      <w:pPr>
        <w:spacing w:before="0" w:after="0" w:line="264" w:lineRule="exact"/>
        <w:ind w:left="0" w:right="0" w:firstLine="0"/>
      </w:pPr>
      <w:r>
        <w:rPr>
          <w:rFonts w:ascii="EB Garamond" w:hAnsi="EB Garamond"/>
          <w:b w:val="0"/>
          <w:i w:val="0"/>
          <w:sz w:val="22"/>
        </w:rPr>
        <w:t>“Shut up.”</w:t>
      </w:r>
    </w:p>
    <w:p>
      <w:pPr>
        <w:spacing w:before="0" w:after="0" w:line="264" w:lineRule="exact"/>
        <w:ind w:left="0" w:right="0" w:firstLine="0"/>
      </w:pPr>
      <w:r>
        <w:rPr>
          <w:rFonts w:ascii="EB Garamond" w:hAnsi="EB Garamond"/>
          <w:b w:val="0"/>
          <w:i w:val="0"/>
          <w:sz w:val="22"/>
        </w:rPr>
        <w:t>She found it.</w:t>
      </w:r>
    </w:p>
    <w:p>
      <w:pPr>
        <w:spacing w:before="0" w:after="0" w:line="264" w:lineRule="exact"/>
        <w:ind w:left="0" w:right="0" w:firstLine="0"/>
      </w:pPr>
      <w:r>
        <w:rPr>
          <w:rFonts w:ascii="EB Garamond" w:hAnsi="EB Garamond"/>
          <w:b w:val="0"/>
          <w:i w:val="0"/>
          <w:sz w:val="22"/>
        </w:rPr>
        <w:t>At the top of the page were names she recognized.</w:t>
      </w:r>
    </w:p>
    <w:p>
      <w:pPr>
        <w:spacing w:before="0" w:after="0" w:line="264" w:lineRule="exact"/>
        <w:ind w:left="0" w:right="0" w:firstLine="0"/>
      </w:pPr>
      <w:r>
        <w:rPr>
          <w:rFonts w:ascii="EB Garamond" w:hAnsi="EB Garamond"/>
          <w:b w:val="0"/>
          <w:i w:val="0"/>
          <w:sz w:val="22"/>
        </w:rPr>
        <w:t>Jacob.</w:t>
      </w:r>
    </w:p>
    <w:p>
      <w:pPr>
        <w:spacing w:before="0" w:after="0" w:line="264" w:lineRule="exact"/>
        <w:ind w:left="0" w:right="0" w:firstLine="0"/>
      </w:pPr>
      <w:r>
        <w:rPr>
          <w:rFonts w:ascii="EB Garamond" w:hAnsi="EB Garamond"/>
          <w:b w:val="0"/>
          <w:i w:val="0"/>
          <w:sz w:val="22"/>
        </w:rPr>
        <w:t>Leah.</w:t>
      </w:r>
    </w:p>
    <w:p>
      <w:pPr>
        <w:spacing w:before="0" w:after="0" w:line="264" w:lineRule="exact"/>
        <w:ind w:left="0" w:right="0" w:firstLine="0"/>
      </w:pPr>
      <w:r>
        <w:rPr>
          <w:rFonts w:ascii="EB Garamond" w:hAnsi="EB Garamond"/>
          <w:b w:val="0"/>
          <w:i w:val="0"/>
          <w:sz w:val="22"/>
        </w:rPr>
        <w:t>Rachel.</w:t>
      </w:r>
    </w:p>
    <w:p>
      <w:pPr>
        <w:spacing w:before="0" w:after="0" w:line="264" w:lineRule="exact"/>
        <w:ind w:left="0" w:right="0" w:firstLine="0"/>
      </w:pPr>
      <w:r>
        <w:rPr>
          <w:rFonts w:ascii="EB Garamond" w:hAnsi="EB Garamond"/>
          <w:b w:val="0"/>
          <w:i w:val="0"/>
          <w:sz w:val="22"/>
        </w:rPr>
        <w:t>Elsie stopped.</w:t>
      </w:r>
    </w:p>
    <w:p>
      <w:pPr>
        <w:spacing w:before="0" w:after="0" w:line="264" w:lineRule="exact"/>
        <w:ind w:left="0" w:right="0" w:firstLine="0"/>
      </w:pPr>
      <w:r>
        <w:rPr>
          <w:rFonts w:ascii="EB Garamond" w:hAnsi="EB Garamond"/>
          <w:b w:val="0"/>
          <w:i w:val="0"/>
          <w:sz w:val="22"/>
        </w:rPr>
        <w:t>Leah.</w:t>
      </w:r>
    </w:p>
    <w:p>
      <w:pPr>
        <w:spacing w:before="0" w:after="0" w:line="264" w:lineRule="exact"/>
        <w:ind w:left="0" w:right="0" w:firstLine="0"/>
      </w:pPr>
      <w:r>
        <w:rPr>
          <w:rFonts w:ascii="EB Garamond" w:hAnsi="EB Garamond"/>
          <w:b w:val="0"/>
          <w:i w:val="0"/>
          <w:sz w:val="22"/>
        </w:rPr>
        <w:t>Grandma’s list.</w:t>
      </w:r>
    </w:p>
    <w:p>
      <w:pPr>
        <w:spacing w:before="0" w:after="0" w:line="264" w:lineRule="exact"/>
        <w:ind w:left="0" w:right="0" w:firstLine="0"/>
      </w:pPr>
      <w:r>
        <w:rPr>
          <w:rFonts w:ascii="EB Garamond" w:hAnsi="EB Garamond"/>
          <w:b w:val="0"/>
          <w:i w:val="0"/>
          <w:sz w:val="22"/>
        </w:rPr>
        <w:t>She glanced at Nora.</w:t>
      </w:r>
    </w:p>
    <w:p>
      <w:pPr>
        <w:spacing w:before="0" w:after="0" w:line="264" w:lineRule="exact"/>
        <w:ind w:left="0" w:right="0" w:firstLine="0"/>
      </w:pPr>
      <w:r>
        <w:rPr>
          <w:rFonts w:ascii="EB Garamond" w:hAnsi="EB Garamond"/>
          <w:b w:val="0"/>
          <w:i w:val="0"/>
          <w:sz w:val="22"/>
        </w:rPr>
        <w:t>Nora was already reading.</w:t>
      </w:r>
    </w:p>
    <w:p>
      <w:pPr>
        <w:spacing w:before="0" w:after="0" w:line="264" w:lineRule="exact"/>
        <w:ind w:left="0" w:right="0" w:firstLine="0"/>
      </w:pPr>
      <w:r>
        <w:rPr>
          <w:rFonts w:ascii="EB Garamond" w:hAnsi="EB Garamond"/>
          <w:b w:val="0"/>
          <w:i w:val="0"/>
          <w:sz w:val="22"/>
        </w:rPr>
        <w:t>Hannah said, “Who knows the story?”</w:t>
      </w:r>
    </w:p>
    <w:p>
      <w:pPr>
        <w:spacing w:before="0" w:after="0" w:line="264" w:lineRule="exact"/>
        <w:ind w:left="0" w:right="0" w:firstLine="0"/>
      </w:pPr>
      <w:r>
        <w:rPr>
          <w:rFonts w:ascii="EB Garamond" w:hAnsi="EB Garamond"/>
          <w:b w:val="0"/>
          <w:i w:val="0"/>
          <w:sz w:val="22"/>
        </w:rPr>
        <w:t>Several hands went up.</w:t>
      </w:r>
    </w:p>
    <w:p>
      <w:pPr>
        <w:spacing w:before="0" w:after="0" w:line="264" w:lineRule="exact"/>
        <w:ind w:left="0" w:right="0" w:firstLine="0"/>
      </w:pPr>
      <w:r>
        <w:rPr>
          <w:rFonts w:ascii="EB Garamond" w:hAnsi="EB Garamond"/>
          <w:b w:val="0"/>
          <w:i w:val="0"/>
          <w:sz w:val="22"/>
        </w:rPr>
        <w:t>Elsie’s did not.</w:t>
      </w:r>
    </w:p>
    <w:p>
      <w:pPr>
        <w:spacing w:before="0" w:after="0" w:line="264" w:lineRule="exact"/>
        <w:ind w:left="0" w:right="0" w:firstLine="0"/>
      </w:pPr>
      <w:r>
        <w:rPr>
          <w:rFonts w:ascii="EB Garamond" w:hAnsi="EB Garamond"/>
          <w:b w:val="0"/>
          <w:i w:val="0"/>
          <w:sz w:val="22"/>
        </w:rPr>
        <w:t>“Okay. Short version.”</w:t>
      </w:r>
    </w:p>
    <w:p>
      <w:pPr>
        <w:spacing w:before="0" w:after="0" w:line="264" w:lineRule="exact"/>
        <w:ind w:left="0" w:right="0" w:firstLine="0"/>
      </w:pPr>
      <w:r>
        <w:rPr>
          <w:rFonts w:ascii="EB Garamond" w:hAnsi="EB Garamond"/>
          <w:b w:val="0"/>
          <w:i w:val="0"/>
          <w:sz w:val="22"/>
        </w:rPr>
        <w:t>Hannah looked around.</w:t>
      </w:r>
    </w:p>
    <w:p>
      <w:pPr>
        <w:spacing w:before="0" w:after="0" w:line="264" w:lineRule="exact"/>
        <w:ind w:left="0" w:right="0" w:firstLine="0"/>
      </w:pPr>
      <w:r>
        <w:rPr>
          <w:rFonts w:ascii="EB Garamond" w:hAnsi="EB Garamond"/>
          <w:b w:val="0"/>
          <w:i w:val="0"/>
          <w:sz w:val="22"/>
        </w:rPr>
        <w:t>“Jacob falls in love with Rachel.”</w:t>
      </w:r>
    </w:p>
    <w:p>
      <w:pPr>
        <w:spacing w:before="0" w:after="0" w:line="264" w:lineRule="exact"/>
        <w:ind w:left="0" w:right="0" w:firstLine="0"/>
      </w:pPr>
      <w:r>
        <w:rPr>
          <w:rFonts w:ascii="EB Garamond" w:hAnsi="EB Garamond"/>
          <w:b w:val="0"/>
          <w:i w:val="0"/>
          <w:sz w:val="22"/>
        </w:rPr>
        <w:t>“Aww,” Sophie said.</w:t>
      </w:r>
    </w:p>
    <w:p>
      <w:pPr>
        <w:spacing w:before="0" w:after="0" w:line="264" w:lineRule="exact"/>
        <w:ind w:left="0" w:right="0" w:firstLine="0"/>
      </w:pPr>
      <w:r>
        <w:rPr>
          <w:rFonts w:ascii="EB Garamond" w:hAnsi="EB Garamond"/>
          <w:b w:val="0"/>
          <w:i w:val="0"/>
          <w:sz w:val="22"/>
        </w:rPr>
        <w:t>“Don’t get attached,” Lucas said.</w:t>
      </w:r>
    </w:p>
    <w:p>
      <w:pPr>
        <w:spacing w:before="0" w:after="0" w:line="264" w:lineRule="exact"/>
        <w:ind w:left="0" w:right="0" w:firstLine="0"/>
      </w:pPr>
      <w:r>
        <w:rPr>
          <w:rFonts w:ascii="EB Garamond" w:hAnsi="EB Garamond"/>
          <w:b w:val="0"/>
          <w:i w:val="0"/>
          <w:sz w:val="22"/>
        </w:rPr>
        <w:t>Hannah laughed.</w:t>
      </w:r>
    </w:p>
    <w:p>
      <w:pPr>
        <w:spacing w:before="0" w:after="0" w:line="264" w:lineRule="exact"/>
        <w:ind w:left="0" w:right="0" w:firstLine="0"/>
      </w:pPr>
      <w:r>
        <w:rPr>
          <w:rFonts w:ascii="EB Garamond" w:hAnsi="EB Garamond"/>
          <w:b w:val="0"/>
          <w:i w:val="0"/>
          <w:sz w:val="22"/>
        </w:rPr>
        <w:t>“Jacob agrees to work seven years for Rachel’s father so he can marry her.”</w:t>
      </w:r>
    </w:p>
    <w:p>
      <w:pPr>
        <w:spacing w:before="0" w:after="0" w:line="264" w:lineRule="exact"/>
        <w:ind w:left="0" w:right="0" w:firstLine="0"/>
      </w:pPr>
      <w:r>
        <w:rPr>
          <w:rFonts w:ascii="EB Garamond" w:hAnsi="EB Garamond"/>
          <w:b w:val="0"/>
          <w:i w:val="0"/>
          <w:sz w:val="22"/>
        </w:rPr>
        <w:t>Elsie’s head came up.</w:t>
      </w:r>
    </w:p>
    <w:p>
      <w:pPr>
        <w:spacing w:before="0" w:after="0" w:line="264" w:lineRule="exact"/>
        <w:ind w:left="0" w:right="0" w:firstLine="0"/>
      </w:pPr>
      <w:r>
        <w:rPr>
          <w:rFonts w:ascii="EB Garamond" w:hAnsi="EB Garamond"/>
          <w:b w:val="0"/>
          <w:i w:val="0"/>
          <w:sz w:val="22"/>
        </w:rPr>
        <w:t>“I’m sorry. Seven years?”</w:t>
      </w:r>
    </w:p>
    <w:p>
      <w:pPr>
        <w:spacing w:before="0" w:after="0" w:line="264" w:lineRule="exact"/>
        <w:ind w:left="0" w:right="0" w:firstLine="0"/>
      </w:pPr>
      <w:r>
        <w:rPr>
          <w:rFonts w:ascii="EB Garamond" w:hAnsi="EB Garamond"/>
          <w:b w:val="0"/>
          <w:i w:val="0"/>
          <w:sz w:val="22"/>
        </w:rPr>
        <w:t>“Yep.”</w:t>
      </w:r>
    </w:p>
    <w:p>
      <w:pPr>
        <w:spacing w:before="0" w:after="0" w:line="264" w:lineRule="exact"/>
        <w:ind w:left="0" w:right="0" w:firstLine="0"/>
      </w:pPr>
      <w:r>
        <w:rPr>
          <w:rFonts w:ascii="EB Garamond" w:hAnsi="EB Garamond"/>
          <w:b w:val="0"/>
          <w:i w:val="0"/>
          <w:sz w:val="22"/>
        </w:rPr>
        <w:t>“For a woman?”</w:t>
      </w:r>
    </w:p>
    <w:p>
      <w:pPr>
        <w:spacing w:before="0" w:after="0" w:line="264" w:lineRule="exact"/>
        <w:ind w:left="0" w:right="0" w:firstLine="0"/>
      </w:pPr>
      <w:r>
        <w:rPr>
          <w:rFonts w:ascii="EB Garamond" w:hAnsi="EB Garamond"/>
          <w:b w:val="0"/>
          <w:i w:val="0"/>
          <w:sz w:val="22"/>
        </w:rPr>
        <w:t>Sophie laughed.</w:t>
      </w:r>
    </w:p>
    <w:p>
      <w:pPr>
        <w:spacing w:before="0" w:after="0" w:line="264" w:lineRule="exact"/>
        <w:ind w:left="0" w:right="0" w:firstLine="0"/>
      </w:pPr>
      <w:r>
        <w:rPr>
          <w:rFonts w:ascii="EB Garamond" w:hAnsi="EB Garamond"/>
          <w:b w:val="0"/>
          <w:i w:val="0"/>
          <w:sz w:val="22"/>
        </w:rPr>
        <w:t>“Standards have dropped.”</w:t>
      </w:r>
    </w:p>
    <w:p>
      <w:pPr>
        <w:spacing w:before="0" w:after="0" w:line="264" w:lineRule="exact"/>
        <w:ind w:left="0" w:right="0" w:firstLine="0"/>
      </w:pPr>
      <w:r>
        <w:rPr>
          <w:rFonts w:ascii="EB Garamond" w:hAnsi="EB Garamond"/>
          <w:b w:val="0"/>
          <w:i w:val="0"/>
          <w:sz w:val="22"/>
        </w:rPr>
        <w:t>“Significantly,” Elsie said.</w:t>
      </w:r>
    </w:p>
    <w:p>
      <w:pPr>
        <w:spacing w:before="0" w:after="0" w:line="264" w:lineRule="exact"/>
        <w:ind w:left="0" w:right="0" w:firstLine="0"/>
      </w:pPr>
      <w:r>
        <w:rPr>
          <w:rFonts w:ascii="EB Garamond" w:hAnsi="EB Garamond"/>
          <w:b w:val="0"/>
          <w:i w:val="0"/>
          <w:sz w:val="22"/>
        </w:rPr>
        <w:t>Nora nudged her.</w:t>
      </w:r>
    </w:p>
    <w:p>
      <w:pPr>
        <w:spacing w:before="0" w:after="0" w:line="264" w:lineRule="exact"/>
        <w:ind w:left="0" w:right="0" w:firstLine="0"/>
      </w:pPr>
      <w:r>
        <w:rPr>
          <w:rFonts w:ascii="EB Garamond" w:hAnsi="EB Garamond"/>
          <w:b w:val="0"/>
          <w:i w:val="0"/>
          <w:sz w:val="22"/>
        </w:rPr>
        <w:t>Hannah continued.</w:t>
      </w:r>
    </w:p>
    <w:p>
      <w:pPr>
        <w:spacing w:before="0" w:after="0" w:line="264" w:lineRule="exact"/>
        <w:ind w:left="0" w:right="0" w:firstLine="0"/>
      </w:pPr>
      <w:r>
        <w:rPr>
          <w:rFonts w:ascii="EB Garamond" w:hAnsi="EB Garamond"/>
          <w:b w:val="0"/>
          <w:i w:val="0"/>
          <w:sz w:val="22"/>
        </w:rPr>
        <w:t>“Jacob works seven years. Wedding happens. And then Rachel’s father tricks him.”</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val="0"/>
          <w:i w:val="0"/>
          <w:sz w:val="22"/>
        </w:rPr>
        <w:t>“How do you trick somebody at their own wedding?”</w:t>
      </w:r>
    </w:p>
    <w:p>
      <w:pPr>
        <w:spacing w:before="0" w:after="0" w:line="264" w:lineRule="exact"/>
        <w:ind w:left="0" w:right="0" w:firstLine="0"/>
      </w:pPr>
      <w:r>
        <w:rPr>
          <w:rFonts w:ascii="EB Garamond" w:hAnsi="EB Garamond"/>
          <w:b w:val="0"/>
          <w:i w:val="0"/>
          <w:sz w:val="22"/>
        </w:rPr>
        <w:t>“Different time. Different customs. Probably significantly less lighting.”</w:t>
      </w:r>
    </w:p>
    <w:p>
      <w:pPr>
        <w:spacing w:before="0" w:after="0" w:line="264" w:lineRule="exact"/>
        <w:ind w:left="0" w:right="0" w:firstLine="0"/>
      </w:pPr>
      <w:r>
        <w:rPr>
          <w:rFonts w:ascii="EB Garamond" w:hAnsi="EB Garamond"/>
          <w:b w:val="0"/>
          <w:i w:val="0"/>
          <w:sz w:val="22"/>
        </w:rPr>
        <w:t>A few people laughed.</w:t>
      </w:r>
    </w:p>
    <w:p>
      <w:pPr>
        <w:spacing w:before="0" w:after="0" w:line="264" w:lineRule="exact"/>
        <w:ind w:left="0" w:right="0" w:firstLine="0"/>
      </w:pPr>
      <w:r>
        <w:rPr>
          <w:rFonts w:ascii="EB Garamond" w:hAnsi="EB Garamond"/>
          <w:b w:val="0"/>
          <w:i w:val="0"/>
          <w:sz w:val="22"/>
        </w:rPr>
        <w:t>“And Jacob wakes up married to Leah.”</w:t>
      </w:r>
    </w:p>
    <w:p>
      <w:pPr>
        <w:spacing w:before="0" w:after="0" w:line="264" w:lineRule="exact"/>
        <w:ind w:left="0" w:right="0" w:firstLine="0"/>
      </w:pPr>
      <w:r>
        <w:rPr>
          <w:rFonts w:ascii="EB Garamond" w:hAnsi="EB Garamond"/>
          <w:b w:val="0"/>
          <w:i w:val="0"/>
          <w:sz w:val="22"/>
        </w:rPr>
        <w:t>Elsie’s mouth opened.</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sz w:val="22"/>
        </w:rPr>
        <w:t>Nora whispered, “Keep reading.”</w:t>
      </w:r>
    </w:p>
    <w:p>
      <w:pPr>
        <w:spacing w:before="0" w:after="0" w:line="264" w:lineRule="exact"/>
        <w:ind w:left="0" w:right="0" w:firstLine="0"/>
      </w:pPr>
      <w:r>
        <w:rPr>
          <w:rFonts w:ascii="EB Garamond" w:hAnsi="EB Garamond"/>
          <w:b w:val="0"/>
          <w:i w:val="0"/>
          <w:sz w:val="22"/>
        </w:rPr>
        <w:t>“So Jacob confronts their father, and eventually he marries Rachel too, after agreeing to work another seven years.”</w:t>
      </w:r>
    </w:p>
    <w:p>
      <w:pPr>
        <w:spacing w:before="0" w:after="0" w:line="264" w:lineRule="exact"/>
        <w:ind w:left="0" w:right="0" w:firstLine="0"/>
      </w:pPr>
      <w:r>
        <w:rPr>
          <w:rFonts w:ascii="EB Garamond" w:hAnsi="EB Garamond"/>
          <w:b w:val="0"/>
          <w:i w:val="0"/>
          <w:sz w:val="22"/>
        </w:rPr>
        <w:t>Elsie stared at the page.</w:t>
      </w:r>
    </w:p>
    <w:p>
      <w:pPr>
        <w:spacing w:before="0" w:after="0" w:line="264" w:lineRule="exact"/>
        <w:ind w:left="0" w:right="0" w:firstLine="0"/>
      </w:pPr>
      <w:r>
        <w:rPr>
          <w:rFonts w:ascii="EB Garamond" w:hAnsi="EB Garamond"/>
          <w:b w:val="0"/>
          <w:i w:val="0"/>
          <w:sz w:val="22"/>
        </w:rPr>
        <w:t>“This family needs therapy.”</w:t>
      </w:r>
    </w:p>
    <w:p>
      <w:pPr>
        <w:spacing w:before="0" w:after="0" w:line="264" w:lineRule="exact"/>
        <w:ind w:left="0" w:right="0" w:firstLine="0"/>
      </w:pPr>
      <w:r>
        <w:rPr>
          <w:rFonts w:ascii="EB Garamond" w:hAnsi="EB Garamond"/>
          <w:b w:val="0"/>
          <w:i w:val="0"/>
          <w:sz w:val="22"/>
        </w:rPr>
        <w:t>“Correct,” Hannah said.</w:t>
      </w:r>
    </w:p>
    <w:p>
      <w:pPr>
        <w:spacing w:before="0" w:after="0" w:line="264" w:lineRule="exact"/>
        <w:ind w:left="0" w:right="0" w:firstLine="0"/>
      </w:pPr>
      <w:r>
        <w:rPr>
          <w:rFonts w:ascii="EB Garamond" w:hAnsi="EB Garamond"/>
          <w:b w:val="0"/>
          <w:i w:val="0"/>
          <w:sz w:val="22"/>
        </w:rPr>
        <w:t xml:space="preserve">Lucas raised his hand. </w:t>
      </w:r>
    </w:p>
    <w:p>
      <w:pPr>
        <w:spacing w:before="0" w:after="0" w:line="264" w:lineRule="exact"/>
        <w:ind w:left="0" w:right="0" w:firstLine="0"/>
      </w:pPr>
      <w:r>
        <w:rPr>
          <w:rFonts w:ascii="EB Garamond" w:hAnsi="EB Garamond"/>
          <w:b w:val="0"/>
          <w:i w:val="0"/>
          <w:sz w:val="22"/>
        </w:rPr>
        <w:t>“Is that the official theological interpretation?”</w:t>
      </w:r>
    </w:p>
    <w:p>
      <w:pPr>
        <w:spacing w:before="0" w:after="0" w:line="264" w:lineRule="exact"/>
        <w:ind w:left="0" w:right="0" w:firstLine="0"/>
      </w:pPr>
      <w:r>
        <w:rPr>
          <w:rFonts w:ascii="EB Garamond" w:hAnsi="EB Garamond"/>
          <w:b w:val="0"/>
          <w:i w:val="0"/>
          <w:sz w:val="22"/>
        </w:rPr>
        <w:t>“Yes. Write it down.”</w:t>
      </w:r>
    </w:p>
    <w:p>
      <w:pPr>
        <w:spacing w:before="0" w:after="0" w:line="264" w:lineRule="exact"/>
        <w:ind w:left="0" w:right="0" w:firstLine="0"/>
      </w:pPr>
      <w:r>
        <w:rPr>
          <w:rFonts w:ascii="EB Garamond" w:hAnsi="EB Garamond"/>
          <w:b w:val="0"/>
          <w:i w:val="0"/>
          <w:sz w:val="22"/>
        </w:rPr>
        <w:t>Elsie smiled.</w:t>
      </w:r>
    </w:p>
    <w:p>
      <w:pPr>
        <w:spacing w:before="0" w:after="0" w:line="264" w:lineRule="exact"/>
        <w:ind w:left="0" w:right="0" w:firstLine="0"/>
      </w:pPr>
      <w:r>
        <w:rPr>
          <w:rFonts w:ascii="EB Garamond" w:hAnsi="EB Garamond"/>
          <w:b w:val="0"/>
          <w:i w:val="0"/>
          <w:sz w:val="22"/>
        </w:rPr>
        <w:t>Then Hannah’s expression changed.</w:t>
      </w:r>
    </w:p>
    <w:p>
      <w:pPr>
        <w:spacing w:before="0" w:after="0" w:line="264" w:lineRule="exact"/>
        <w:ind w:left="0" w:right="0" w:firstLine="0"/>
      </w:pPr>
      <w:r>
        <w:rPr>
          <w:rFonts w:ascii="EB Garamond" w:hAnsi="EB Garamond"/>
          <w:b w:val="0"/>
          <w:i w:val="0"/>
          <w:sz w:val="22"/>
        </w:rPr>
        <w:t>“But tonight I don’t really want to talk about Jacob.”</w:t>
      </w:r>
    </w:p>
    <w:p>
      <w:pPr>
        <w:spacing w:before="0" w:after="0" w:line="264" w:lineRule="exact"/>
        <w:ind w:left="0" w:right="0" w:firstLine="0"/>
      </w:pPr>
      <w:r>
        <w:rPr>
          <w:rFonts w:ascii="EB Garamond" w:hAnsi="EB Garamond"/>
          <w:b w:val="0"/>
          <w:i w:val="0"/>
          <w:sz w:val="22"/>
        </w:rPr>
        <w:t>She looked around the circle.</w:t>
      </w:r>
    </w:p>
    <w:p>
      <w:pPr>
        <w:spacing w:before="0" w:after="0" w:line="264" w:lineRule="exact"/>
        <w:ind w:left="0" w:right="0" w:firstLine="0"/>
      </w:pPr>
      <w:r>
        <w:rPr>
          <w:rFonts w:ascii="EB Garamond" w:hAnsi="EB Garamond"/>
          <w:b w:val="0"/>
          <w:i w:val="0"/>
          <w:sz w:val="22"/>
        </w:rPr>
        <w:t>“I want to talk about Leah.”</w:t>
      </w:r>
    </w:p>
    <w:p>
      <w:pPr>
        <w:spacing w:before="0" w:after="0" w:line="264" w:lineRule="exact"/>
        <w:ind w:left="0" w:right="0" w:firstLine="0"/>
      </w:pPr>
      <w:r>
        <w:rPr>
          <w:rFonts w:ascii="EB Garamond" w:hAnsi="EB Garamond"/>
          <w:b w:val="0"/>
          <w:i w:val="0"/>
          <w:sz w:val="22"/>
        </w:rPr>
        <w:t>Elsie’s smile faded.</w:t>
      </w:r>
    </w:p>
    <w:p>
      <w:pPr>
        <w:spacing w:before="0" w:after="0" w:line="264" w:lineRule="exact"/>
        <w:ind w:left="0" w:right="0" w:firstLine="0"/>
      </w:pPr>
      <w:r>
        <w:rPr>
          <w:rFonts w:ascii="EB Garamond" w:hAnsi="EB Garamond"/>
          <w:b w:val="0"/>
          <w:i w:val="0"/>
          <w:sz w:val="22"/>
        </w:rPr>
        <w:t>Hannah read the passage aloud.</w:t>
      </w:r>
    </w:p>
    <w:p>
      <w:pPr>
        <w:spacing w:before="0" w:after="0" w:line="264" w:lineRule="exact"/>
        <w:ind w:left="0" w:right="0" w:firstLine="0"/>
      </w:pPr>
      <w:r>
        <w:rPr>
          <w:rFonts w:ascii="EB Garamond" w:hAnsi="EB Garamond"/>
          <w:b w:val="0"/>
          <w:i w:val="0"/>
          <w:sz w:val="22"/>
        </w:rPr>
        <w:t>When she reached the description of the sisters, Elsie looked down at her own Bible.</w:t>
      </w:r>
    </w:p>
    <w:p>
      <w:pPr>
        <w:spacing w:before="0" w:after="0" w:line="264" w:lineRule="exact"/>
        <w:ind w:left="0" w:right="0" w:firstLine="0"/>
      </w:pPr>
      <w:r>
        <w:rPr>
          <w:rFonts w:ascii="EB Garamond" w:hAnsi="EB Garamond"/>
          <w:b w:val="0"/>
          <w:i w:val="0"/>
          <w:sz w:val="22"/>
        </w:rPr>
        <w:t>Leah’s eyes were described as delicate.</w:t>
      </w:r>
    </w:p>
    <w:p>
      <w:pPr>
        <w:spacing w:before="0" w:after="0" w:line="264" w:lineRule="exact"/>
        <w:ind w:left="0" w:right="0" w:firstLine="0"/>
      </w:pPr>
      <w:r>
        <w:rPr>
          <w:rFonts w:ascii="EB Garamond" w:hAnsi="EB Garamond"/>
          <w:b w:val="0"/>
          <w:i w:val="0"/>
          <w:sz w:val="22"/>
        </w:rPr>
        <w:t>Rachel was beautiful in form and appearance.</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val="0"/>
          <w:i w:val="0"/>
          <w:sz w:val="22"/>
        </w:rPr>
        <w:t>She raised her hand slightly.</w:t>
      </w:r>
    </w:p>
    <w:p>
      <w:pPr>
        <w:spacing w:before="0" w:after="0" w:line="264" w:lineRule="exact"/>
        <w:ind w:left="0" w:right="0" w:firstLine="0"/>
      </w:pPr>
      <w:r>
        <w:rPr>
          <w:rFonts w:ascii="EB Garamond" w:hAnsi="EB Garamond"/>
          <w:b w:val="0"/>
          <w:i w:val="0"/>
          <w:sz w:val="22"/>
        </w:rPr>
        <w:t>Hannah noticed.</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“I thought Leah was ugly.”</w:t>
      </w:r>
    </w:p>
    <w:p>
      <w:pPr>
        <w:spacing w:before="0" w:after="0" w:line="264" w:lineRule="exact"/>
        <w:ind w:left="0" w:right="0" w:firstLine="0"/>
      </w:pPr>
      <w:r>
        <w:rPr>
          <w:rFonts w:ascii="EB Garamond" w:hAnsi="EB Garamond"/>
          <w:b w:val="0"/>
          <w:i w:val="0"/>
          <w:sz w:val="22"/>
        </w:rPr>
        <w:t>The room went quiet.</w:t>
      </w:r>
    </w:p>
    <w:p>
      <w:pPr>
        <w:spacing w:before="0" w:after="0" w:line="264" w:lineRule="exact"/>
        <w:ind w:left="0" w:right="0" w:firstLine="0"/>
      </w:pPr>
      <w:r>
        <w:rPr>
          <w:rFonts w:ascii="EB Garamond" w:hAnsi="EB Garamond"/>
          <w:b w:val="0"/>
          <w:i w:val="0"/>
          <w:sz w:val="22"/>
        </w:rPr>
        <w:t>Not judgmental quiet.</w:t>
      </w:r>
    </w:p>
    <w:p>
      <w:pPr>
        <w:spacing w:before="0" w:after="0" w:line="264" w:lineRule="exact"/>
        <w:ind w:left="0" w:right="0" w:firstLine="0"/>
      </w:pPr>
      <w:r>
        <w:rPr>
          <w:rFonts w:ascii="EB Garamond" w:hAnsi="EB Garamond"/>
          <w:b w:val="0"/>
          <w:i w:val="0"/>
          <w:sz w:val="22"/>
        </w:rPr>
        <w:t xml:space="preserve">Thinking quiet. </w:t>
      </w:r>
    </w:p>
    <w:p>
      <w:pPr>
        <w:spacing w:before="0" w:after="0" w:line="264" w:lineRule="exact"/>
        <w:ind w:left="0" w:right="0" w:firstLine="0"/>
      </w:pPr>
      <w:r>
        <w:rPr>
          <w:rFonts w:ascii="EB Garamond" w:hAnsi="EB Garamond"/>
          <w:b w:val="0"/>
          <w:i w:val="0"/>
          <w:sz w:val="22"/>
        </w:rPr>
        <w:t>Hannah nodded.</w:t>
      </w:r>
    </w:p>
    <w:p>
      <w:pPr>
        <w:spacing w:before="0" w:after="0" w:line="264" w:lineRule="exact"/>
        <w:ind w:left="0" w:right="0" w:firstLine="0"/>
      </w:pPr>
      <w:r>
        <w:rPr>
          <w:rFonts w:ascii="EB Garamond" w:hAnsi="EB Garamond"/>
          <w:b w:val="0"/>
          <w:i w:val="0"/>
          <w:sz w:val="22"/>
        </w:rPr>
        <w:t>“A lot of people say that.”</w:t>
      </w:r>
    </w:p>
    <w:p>
      <w:pPr>
        <w:spacing w:before="0" w:after="0" w:line="264" w:lineRule="exact"/>
        <w:ind w:left="0" w:right="0" w:firstLine="0"/>
      </w:pPr>
      <w:r>
        <w:rPr>
          <w:rFonts w:ascii="EB Garamond" w:hAnsi="EB Garamond"/>
          <w:b w:val="0"/>
          <w:i w:val="0"/>
          <w:sz w:val="22"/>
        </w:rPr>
        <w:t>“It’s on this list my grandma made.”</w:t>
      </w:r>
    </w:p>
    <w:p>
      <w:pPr>
        <w:spacing w:before="0" w:after="0" w:line="264" w:lineRule="exact"/>
        <w:ind w:left="0" w:right="0" w:firstLine="0"/>
      </w:pPr>
      <w:r>
        <w:rPr>
          <w:rFonts w:ascii="EB Garamond" w:hAnsi="EB Garamond"/>
          <w:b w:val="0"/>
          <w:i w:val="0"/>
          <w:sz w:val="22"/>
        </w:rPr>
        <w:t>Elsie pulled out her phone.</w:t>
      </w:r>
    </w:p>
    <w:p>
      <w:pPr>
        <w:spacing w:before="0" w:after="0" w:line="264" w:lineRule="exact"/>
        <w:ind w:left="0" w:right="0" w:firstLine="0"/>
      </w:pPr>
      <w:r>
        <w:rPr>
          <w:rFonts w:ascii="EB Garamond" w:hAnsi="EB Garamond"/>
          <w:b w:val="0"/>
          <w:i w:val="0"/>
          <w:sz w:val="22"/>
        </w:rPr>
        <w:t>She found the picture.</w:t>
      </w:r>
    </w:p>
    <w:p>
      <w:pPr>
        <w:spacing w:before="0" w:after="0" w:line="264" w:lineRule="exact"/>
        <w:ind w:left="0" w:right="0" w:firstLine="0"/>
      </w:pPr>
      <w:r>
        <w:rPr>
          <w:rFonts w:ascii="EB Garamond" w:hAnsi="EB Garamond"/>
          <w:b w:val="0"/>
          <w:i w:val="0"/>
          <w:sz w:val="22"/>
        </w:rPr>
        <w:t>“Leah — Was ugly.”</w:t>
      </w:r>
    </w:p>
    <w:p>
      <w:pPr>
        <w:spacing w:before="0" w:after="0" w:line="264" w:lineRule="exact"/>
        <w:ind w:left="0" w:right="0" w:firstLine="0"/>
      </w:pPr>
      <w:r>
        <w:rPr>
          <w:rFonts w:ascii="EB Garamond" w:hAnsi="EB Garamond"/>
          <w:b w:val="0"/>
          <w:i w:val="0"/>
          <w:sz w:val="22"/>
        </w:rPr>
        <w:t>Hannah smiled a little.</w:t>
      </w:r>
    </w:p>
    <w:p>
      <w:pPr>
        <w:spacing w:before="0" w:after="0" w:line="264" w:lineRule="exact"/>
        <w:ind w:left="0" w:right="0" w:firstLine="0"/>
      </w:pPr>
      <w:r>
        <w:rPr>
          <w:rFonts w:ascii="EB Garamond" w:hAnsi="EB Garamond"/>
          <w:b w:val="0"/>
          <w:i w:val="0"/>
          <w:sz w:val="22"/>
        </w:rPr>
        <w:t>“Except the Bible doesn’t actually say that.”</w:t>
      </w:r>
    </w:p>
    <w:p>
      <w:pPr>
        <w:spacing w:before="0" w:after="0" w:line="264" w:lineRule="exact"/>
        <w:ind w:left="0" w:right="0" w:firstLine="0"/>
      </w:pPr>
      <w:r>
        <w:rPr>
          <w:rFonts w:ascii="EB Garamond" w:hAnsi="EB Garamond"/>
          <w:b w:val="0"/>
          <w:i w:val="0"/>
          <w:sz w:val="22"/>
        </w:rPr>
        <w:t>Elsie looked down again.</w:t>
      </w:r>
    </w:p>
    <w:p>
      <w:pPr>
        <w:spacing w:before="0" w:after="0" w:line="264" w:lineRule="exact"/>
        <w:ind w:left="0" w:right="0" w:firstLine="0"/>
      </w:pPr>
      <w:r>
        <w:rPr>
          <w:rFonts w:ascii="EB Garamond" w:hAnsi="EB Garamond"/>
          <w:b w:val="0"/>
          <w:i w:val="0"/>
          <w:sz w:val="22"/>
        </w:rPr>
        <w:t>“But Rachel was beautiful.”</w:t>
      </w:r>
    </w:p>
    <w:p>
      <w:pPr>
        <w:spacing w:before="0" w:after="0" w:line="264" w:lineRule="exact"/>
        <w:ind w:left="0" w:right="0" w:firstLine="0"/>
      </w:pPr>
      <w:r>
        <w:rPr>
          <w:rFonts w:ascii="EB Garamond" w:hAnsi="EB Garamond"/>
          <w:b w:val="0"/>
          <w:i w:val="0"/>
          <w:sz w:val="22"/>
        </w:rPr>
        <w:t>“It does.”</w:t>
      </w:r>
    </w:p>
    <w:p>
      <w:pPr>
        <w:spacing w:before="0" w:after="0" w:line="264" w:lineRule="exact"/>
        <w:ind w:left="0" w:right="0" w:firstLine="0"/>
      </w:pPr>
      <w:r>
        <w:rPr>
          <w:rFonts w:ascii="EB Garamond" w:hAnsi="EB Garamond"/>
          <w:b w:val="0"/>
          <w:i w:val="0"/>
          <w:sz w:val="22"/>
        </w:rPr>
        <w:t>She squinted.</w:t>
      </w:r>
    </w:p>
    <w:p>
      <w:pPr>
        <w:spacing w:before="0" w:after="0" w:line="264" w:lineRule="exact"/>
        <w:ind w:left="0" w:right="0" w:firstLine="0"/>
      </w:pPr>
      <w:r>
        <w:rPr>
          <w:rFonts w:ascii="EB Garamond" w:hAnsi="EB Garamond"/>
          <w:b w:val="0"/>
          <w:i w:val="0"/>
          <w:sz w:val="22"/>
        </w:rPr>
        <w:t>“Delicate eyes?”</w:t>
      </w:r>
    </w:p>
    <w:p>
      <w:pPr>
        <w:spacing w:before="0" w:after="0" w:line="264" w:lineRule="exact"/>
        <w:ind w:left="0" w:right="0" w:firstLine="0"/>
      </w:pPr>
      <w:r>
        <w:rPr>
          <w:rFonts w:ascii="EB Garamond" w:hAnsi="EB Garamond"/>
          <w:sz w:val="22"/>
        </w:rPr>
        <w:t>“Translations handle the phrase differently,” Hannah said. “Weak eyes. Tender eyes. Delicate eyes. There’s debate over exactly what the description meant.”</w:t>
      </w:r>
    </w:p>
    <w:p>
      <w:pPr>
        <w:spacing w:before="0" w:after="0" w:line="264" w:lineRule="exact"/>
        <w:ind w:left="0" w:right="0" w:firstLine="0"/>
      </w:pPr>
      <w:r>
        <w:rPr>
          <w:rFonts w:ascii="EB Garamond" w:hAnsi="EB Garamond"/>
          <w:b w:val="0"/>
          <w:i w:val="0"/>
          <w:sz w:val="22"/>
        </w:rPr>
        <w:t>“So she might’ve been ugly.”</w:t>
      </w:r>
    </w:p>
    <w:p>
      <w:pPr>
        <w:spacing w:before="0" w:after="0" w:line="264" w:lineRule="exact"/>
        <w:ind w:left="0" w:right="0" w:firstLine="0"/>
      </w:pPr>
      <w:r>
        <w:rPr>
          <w:rFonts w:ascii="EB Garamond" w:hAnsi="EB Garamond"/>
          <w:b w:val="0"/>
          <w:i w:val="0"/>
          <w:sz w:val="22"/>
        </w:rPr>
        <w:t>“She might not have been considered as beautiful as Rachel. We don’t really know.”</w:t>
      </w:r>
    </w:p>
    <w:p>
      <w:pPr>
        <w:spacing w:before="0" w:after="0" w:line="264" w:lineRule="exact"/>
        <w:ind w:left="0" w:right="0" w:firstLine="0"/>
      </w:pPr>
      <w:r>
        <w:rPr>
          <w:rFonts w:ascii="EB Garamond" w:hAnsi="EB Garamond"/>
          <w:b w:val="0"/>
          <w:i w:val="0"/>
          <w:sz w:val="22"/>
        </w:rPr>
        <w:t>Hannah leaned forward.</w:t>
      </w:r>
    </w:p>
    <w:p>
      <w:pPr>
        <w:spacing w:before="0" w:after="0" w:line="264" w:lineRule="exact"/>
        <w:ind w:left="0" w:right="0" w:firstLine="0"/>
      </w:pPr>
      <w:r>
        <w:rPr>
          <w:rFonts w:ascii="EB Garamond" w:hAnsi="EB Garamond"/>
          <w:b w:val="0"/>
          <w:i w:val="0"/>
          <w:sz w:val="22"/>
        </w:rPr>
        <w:t>“But isn’t it interesting that we’ve taken a woman whose story is largely about what happened to her, because she wasn’t the woman a man wanted… and remembered her as the ugly one?”</w:t>
      </w:r>
    </w:p>
    <w:p>
      <w:pPr>
        <w:spacing w:before="0" w:after="0" w:line="264" w:lineRule="exact"/>
        <w:ind w:left="0" w:right="0" w:firstLine="0"/>
      </w:pPr>
      <w:r>
        <w:rPr>
          <w:rFonts w:ascii="EB Garamond" w:hAnsi="EB Garamond"/>
          <w:b w:val="0"/>
          <w:i w:val="0"/>
          <w:sz w:val="22"/>
        </w:rPr>
        <w:t>Nobody spoke.</w:t>
      </w:r>
    </w:p>
    <w:p>
      <w:pPr>
        <w:spacing w:before="0" w:after="0" w:line="264" w:lineRule="exact"/>
        <w:ind w:left="0" w:right="0" w:firstLine="0"/>
      </w:pPr>
      <w:r>
        <w:rPr>
          <w:rFonts w:ascii="EB Garamond" w:hAnsi="EB Garamond"/>
          <w:b w:val="0"/>
          <w:i w:val="0"/>
          <w:sz w:val="22"/>
        </w:rPr>
        <w:t>Elsie looked down at the page.</w:t>
      </w:r>
    </w:p>
    <w:p>
      <w:pPr>
        <w:spacing w:before="0" w:after="0" w:line="264" w:lineRule="exact"/>
        <w:ind w:left="0" w:right="0" w:firstLine="0"/>
      </w:pPr>
      <w:r>
        <w:rPr>
          <w:rFonts w:ascii="EB Garamond" w:hAnsi="EB Garamond"/>
          <w:b w:val="0"/>
          <w:i w:val="0"/>
          <w:sz w:val="22"/>
        </w:rPr>
        <w:t>Something shifted inside her.</w:t>
      </w:r>
    </w:p>
    <w:p>
      <w:pPr>
        <w:spacing w:before="0" w:after="0" w:line="264" w:lineRule="exact"/>
        <w:ind w:left="0" w:right="0" w:firstLine="0"/>
      </w:pPr>
      <w:r>
        <w:rPr>
          <w:rFonts w:ascii="EB Garamond" w:hAnsi="EB Garamond"/>
          <w:b w:val="0"/>
          <w:i w:val="0"/>
          <w:sz w:val="22"/>
        </w:rPr>
        <w:t>Hannah continued.</w:t>
      </w:r>
    </w:p>
    <w:p>
      <w:pPr>
        <w:spacing w:before="0" w:after="0" w:line="264" w:lineRule="exact"/>
        <w:ind w:left="0" w:right="0" w:firstLine="0"/>
      </w:pPr>
      <w:r>
        <w:rPr>
          <w:rFonts w:ascii="EB Garamond" w:hAnsi="EB Garamond"/>
          <w:b w:val="0"/>
          <w:i w:val="0"/>
          <w:sz w:val="22"/>
        </w:rPr>
        <w:t>“The Bible tells us Rachel was beautiful. It tells us Jacob loved Rachel. And later it explicitly tells us Leah was unloved… or less loved, depending on the translation.”</w:t>
      </w:r>
    </w:p>
    <w:p>
      <w:pPr>
        <w:spacing w:before="0" w:after="0" w:line="264" w:lineRule="exact"/>
        <w:ind w:left="0" w:right="0" w:firstLine="0"/>
      </w:pPr>
      <w:r>
        <w:rPr>
          <w:rFonts w:ascii="EB Garamond" w:hAnsi="EB Garamond"/>
          <w:b w:val="0"/>
          <w:i w:val="0"/>
          <w:sz w:val="22"/>
        </w:rPr>
        <w:t>She paused.</w:t>
      </w:r>
    </w:p>
    <w:p>
      <w:pPr>
        <w:spacing w:before="0" w:after="0" w:line="264" w:lineRule="exact"/>
        <w:ind w:left="0" w:right="0" w:firstLine="0"/>
      </w:pPr>
      <w:r>
        <w:rPr>
          <w:rFonts w:ascii="EB Garamond" w:hAnsi="EB Garamond"/>
          <w:b w:val="0"/>
          <w:i w:val="0"/>
          <w:sz w:val="22"/>
        </w:rPr>
        <w:t>Unwanted.</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Not ugly.</w:t>
      </w:r>
    </w:p>
    <w:p>
      <w:pPr>
        <w:spacing w:before="0" w:after="0" w:line="264" w:lineRule="exact"/>
        <w:ind w:left="0" w:right="0" w:firstLine="0"/>
      </w:pPr>
      <w:r>
        <w:rPr>
          <w:rFonts w:ascii="EB Garamond" w:hAnsi="EB Garamond"/>
          <w:b w:val="0"/>
          <w:i w:val="0"/>
          <w:sz w:val="22"/>
        </w:rPr>
        <w:t>Those weren’t the same thing.</w:t>
      </w:r>
    </w:p>
    <w:p>
      <w:pPr>
        <w:spacing w:before="0" w:after="0" w:line="264" w:lineRule="exact"/>
        <w:ind w:left="0" w:right="0" w:firstLine="0"/>
      </w:pPr>
      <w:r>
        <w:rPr>
          <w:rFonts w:ascii="EB Garamond" w:hAnsi="EB Garamond"/>
          <w:b w:val="0"/>
          <w:i w:val="0"/>
          <w:sz w:val="22"/>
        </w:rPr>
        <w:t>Not even close.</w:t>
      </w:r>
    </w:p>
    <w:p>
      <w:pPr>
        <w:spacing w:before="0" w:after="0" w:line="264" w:lineRule="exact"/>
        <w:ind w:left="0" w:right="0" w:firstLine="0"/>
      </w:pPr>
      <w:r>
        <w:rPr>
          <w:rFonts w:ascii="EB Garamond" w:hAnsi="EB Garamond"/>
          <w:b w:val="0"/>
          <w:i w:val="0"/>
          <w:sz w:val="22"/>
        </w:rPr>
        <w:t>“So,” Hannah said, “what do you think it would do to a person to live beside someone everybody seemed to prefer?”</w:t>
      </w:r>
    </w:p>
    <w:p>
      <w:pPr>
        <w:spacing w:before="0" w:after="0" w:line="264" w:lineRule="exact"/>
        <w:ind w:left="0" w:right="0" w:firstLine="0"/>
      </w:pPr>
      <w:r>
        <w:rPr>
          <w:rFonts w:ascii="EB Garamond" w:hAnsi="EB Garamond"/>
          <w:b w:val="0"/>
          <w:i w:val="0"/>
          <w:sz w:val="22"/>
        </w:rPr>
        <w:t>Nobody answered immediately.</w:t>
      </w:r>
    </w:p>
    <w:p>
      <w:pPr>
        <w:spacing w:before="0" w:after="0" w:line="264" w:lineRule="exact"/>
        <w:ind w:left="0" w:right="0" w:firstLine="0"/>
      </w:pPr>
      <w:r>
        <w:rPr>
          <w:rFonts w:ascii="EB Garamond" w:hAnsi="EB Garamond"/>
          <w:b w:val="0"/>
          <w:i w:val="0"/>
          <w:sz w:val="22"/>
        </w:rPr>
        <w:t>Then Sophie said quietly, “Destroy you.”</w:t>
      </w:r>
    </w:p>
    <w:p>
      <w:pPr>
        <w:spacing w:before="0" w:after="0" w:line="264" w:lineRule="exact"/>
        <w:ind w:left="0" w:right="0" w:firstLine="0"/>
      </w:pPr>
      <w:r>
        <w:rPr>
          <w:rFonts w:ascii="EB Garamond" w:hAnsi="EB Garamond"/>
          <w:b w:val="0"/>
          <w:i w:val="0"/>
          <w:sz w:val="22"/>
        </w:rPr>
        <w:t>Elsie looked at her.</w:t>
      </w:r>
    </w:p>
    <w:p>
      <w:pPr>
        <w:spacing w:before="0" w:after="0" w:line="264" w:lineRule="exact"/>
        <w:ind w:left="0" w:right="0" w:firstLine="0"/>
      </w:pPr>
      <w:r>
        <w:rPr>
          <w:rFonts w:ascii="EB Garamond" w:hAnsi="EB Garamond"/>
          <w:b w:val="0"/>
          <w:i w:val="0"/>
          <w:sz w:val="22"/>
        </w:rPr>
        <w:t>Sophie was staring at the floor.</w:t>
      </w:r>
    </w:p>
    <w:p>
      <w:pPr>
        <w:spacing w:before="0" w:after="0" w:line="264" w:lineRule="exact"/>
        <w:ind w:left="0" w:right="0" w:firstLine="0"/>
      </w:pPr>
      <w:r>
        <w:rPr>
          <w:rFonts w:ascii="EB Garamond" w:hAnsi="EB Garamond"/>
          <w:b w:val="0"/>
          <w:i w:val="0"/>
          <w:sz w:val="22"/>
        </w:rPr>
        <w:t>Hannah nodded.</w:t>
      </w:r>
    </w:p>
    <w:p>
      <w:pPr>
        <w:spacing w:before="0" w:after="0" w:line="264" w:lineRule="exact"/>
        <w:ind w:left="0" w:right="0" w:firstLine="0"/>
      </w:pPr>
      <w:r>
        <w:rPr>
          <w:rFonts w:ascii="EB Garamond" w:hAnsi="EB Garamond"/>
          <w:b w:val="0"/>
          <w:i w:val="0"/>
          <w:sz w:val="22"/>
        </w:rPr>
        <w:t>“Why?”</w:t>
      </w:r>
    </w:p>
    <w:p>
      <w:pPr>
        <w:spacing w:before="0" w:after="0" w:line="264" w:lineRule="exact"/>
        <w:ind w:left="0" w:right="0" w:firstLine="0"/>
      </w:pPr>
      <w:r>
        <w:rPr>
          <w:rFonts w:ascii="EB Garamond" w:hAnsi="EB Garamond"/>
          <w:b w:val="0"/>
          <w:i w:val="0"/>
          <w:sz w:val="22"/>
        </w:rPr>
        <w:t>Sophie shrugged.</w:t>
      </w:r>
    </w:p>
    <w:p>
      <w:pPr>
        <w:spacing w:before="0" w:after="0" w:line="264" w:lineRule="exact"/>
        <w:ind w:left="0" w:right="0" w:firstLine="0"/>
      </w:pPr>
      <w:r>
        <w:rPr>
          <w:rFonts w:ascii="EB Garamond" w:hAnsi="EB Garamond"/>
          <w:b w:val="0"/>
          <w:i w:val="0"/>
          <w:sz w:val="22"/>
        </w:rPr>
        <w:t>“Because eventually you’d start looking at them to figure out what was wrong with you.”</w:t>
      </w:r>
    </w:p>
    <w:p>
      <w:pPr>
        <w:spacing w:before="0" w:after="0" w:line="264" w:lineRule="exact"/>
        <w:ind w:left="0" w:right="0" w:firstLine="0"/>
      </w:pPr>
      <w:r>
        <w:rPr>
          <w:rFonts w:ascii="EB Garamond" w:hAnsi="EB Garamond"/>
          <w:b w:val="0"/>
          <w:i w:val="0"/>
          <w:sz w:val="22"/>
        </w:rPr>
        <w:t>The room became very still.</w:t>
      </w:r>
    </w:p>
    <w:p>
      <w:pPr>
        <w:spacing w:before="0" w:after="0" w:line="264" w:lineRule="exact"/>
        <w:ind w:left="0" w:right="0" w:firstLine="0"/>
      </w:pPr>
      <w:r>
        <w:rPr>
          <w:rFonts w:ascii="EB Garamond" w:hAnsi="EB Garamond"/>
          <w:b w:val="0"/>
          <w:i w:val="0"/>
          <w:sz w:val="22"/>
        </w:rPr>
        <w:t>Elsie felt something crawl up her spine.</w:t>
      </w:r>
    </w:p>
    <w:p>
      <w:pPr>
        <w:spacing w:before="0" w:after="0" w:line="264" w:lineRule="exact"/>
        <w:ind w:left="0" w:right="0" w:firstLine="0"/>
      </w:pPr>
      <w:r>
        <w:rPr>
          <w:rFonts w:ascii="EB Garamond" w:hAnsi="EB Garamond"/>
          <w:b w:val="0"/>
          <w:i w:val="0"/>
          <w:sz w:val="22"/>
        </w:rPr>
        <w:t xml:space="preserve">She thought about Instagram. </w:t>
      </w:r>
    </w:p>
    <w:p>
      <w:pPr>
        <w:spacing w:before="0" w:after="0" w:line="264" w:lineRule="exact"/>
        <w:ind w:left="0" w:right="0" w:firstLine="0"/>
      </w:pPr>
      <w:r>
        <w:rPr>
          <w:rFonts w:ascii="EB Garamond" w:hAnsi="EB Garamond"/>
          <w:b w:val="0"/>
          <w:i w:val="0"/>
          <w:sz w:val="22"/>
        </w:rPr>
        <w:t>Ava’s pictures.</w:t>
      </w:r>
    </w:p>
    <w:p>
      <w:pPr>
        <w:spacing w:before="0" w:after="0" w:line="264" w:lineRule="exact"/>
        <w:ind w:left="0" w:right="0" w:firstLine="0"/>
      </w:pPr>
      <w:r>
        <w:rPr>
          <w:rFonts w:ascii="EB Garamond" w:hAnsi="EB Garamond"/>
          <w:b w:val="0"/>
          <w:i w:val="0"/>
          <w:sz w:val="22"/>
        </w:rPr>
        <w:t>Girls at school.</w:t>
      </w:r>
    </w:p>
    <w:p>
      <w:pPr>
        <w:spacing w:before="0" w:after="0" w:line="264" w:lineRule="exact"/>
        <w:ind w:left="0" w:right="0" w:firstLine="0"/>
      </w:pPr>
      <w:r>
        <w:rPr>
          <w:rFonts w:ascii="EB Garamond" w:hAnsi="EB Garamond"/>
          <w:b w:val="0"/>
          <w:i w:val="0"/>
          <w:sz w:val="22"/>
        </w:rPr>
        <w:t>Her own reflection.</w:t>
      </w:r>
    </w:p>
    <w:p>
      <w:pPr>
        <w:spacing w:before="0" w:after="0" w:line="264" w:lineRule="exact"/>
        <w:ind w:left="0" w:right="0" w:firstLine="0"/>
        <w:jc w:val="left"/>
      </w:pPr>
      <w:r>
        <w:rPr>
          <w:rFonts w:ascii="EB Garamond" w:hAnsi="EB Garamond"/>
          <w:b w:val="0"/>
          <w:i/>
          <w:sz w:val="22"/>
        </w:rPr>
        <w:t>Why doesn’t my stomach look like hers?</w:t>
      </w:r>
    </w:p>
    <w:p>
      <w:pPr>
        <w:spacing w:before="0" w:after="0" w:line="264" w:lineRule="exact"/>
        <w:ind w:left="0" w:right="0" w:firstLine="0"/>
        <w:jc w:val="left"/>
      </w:pPr>
      <w:r>
        <w:rPr>
          <w:rFonts w:ascii="EB Garamond" w:hAnsi="EB Garamond"/>
          <w:b w:val="0"/>
          <w:i/>
          <w:sz w:val="22"/>
        </w:rPr>
        <w:t>Why doesn’t my hair do that?</w:t>
      </w:r>
    </w:p>
    <w:p>
      <w:pPr>
        <w:spacing w:before="0" w:after="0" w:line="264" w:lineRule="exact"/>
        <w:ind w:left="0" w:right="0" w:firstLine="0"/>
        <w:jc w:val="left"/>
      </w:pPr>
      <w:r>
        <w:rPr>
          <w:rFonts w:ascii="EB Garamond" w:hAnsi="EB Garamond"/>
          <w:b w:val="0"/>
          <w:i/>
          <w:sz w:val="22"/>
        </w:rPr>
        <w:t>Why does she look good without makeup?</w:t>
      </w:r>
    </w:p>
    <w:p>
      <w:pPr>
        <w:spacing w:before="0" w:after="0" w:line="264" w:lineRule="exact"/>
        <w:ind w:left="0" w:right="0" w:firstLine="0"/>
        <w:jc w:val="left"/>
      </w:pPr>
      <w:r>
        <w:rPr>
          <w:rFonts w:ascii="EB Garamond" w:hAnsi="EB Garamond"/>
          <w:b w:val="0"/>
          <w:i/>
          <w:sz w:val="22"/>
        </w:rPr>
        <w:t>Why did he like her picture?</w:t>
      </w:r>
    </w:p>
    <w:p>
      <w:pPr>
        <w:spacing w:before="0" w:after="0" w:line="264" w:lineRule="exact"/>
        <w:ind w:left="0" w:right="0" w:firstLine="0"/>
        <w:jc w:val="left"/>
      </w:pPr>
      <w:r>
        <w:rPr>
          <w:rFonts w:ascii="EB Garamond" w:hAnsi="EB Garamond"/>
          <w:b w:val="0"/>
          <w:i/>
          <w:sz w:val="22"/>
        </w:rPr>
        <w:t>Why does everyone want her there?</w:t>
      </w:r>
    </w:p>
    <w:p>
      <w:pPr>
        <w:spacing w:before="0" w:after="0" w:line="264" w:lineRule="exact"/>
        <w:ind w:left="0" w:right="0" w:firstLine="0"/>
      </w:pPr>
      <w:r>
        <w:rPr>
          <w:rFonts w:ascii="EB Garamond" w:hAnsi="EB Garamond"/>
          <w:b w:val="0"/>
          <w:i w:val="0"/>
          <w:sz w:val="22"/>
        </w:rPr>
        <w:t>Hannah said, “Exactly.”</w:t>
      </w:r>
    </w:p>
    <w:p>
      <w:pPr>
        <w:spacing w:before="0" w:after="0" w:line="264" w:lineRule="exact"/>
        <w:ind w:left="0" w:right="0" w:firstLine="0"/>
      </w:pPr>
      <w:r>
        <w:rPr>
          <w:rFonts w:ascii="EB Garamond" w:hAnsi="EB Garamond"/>
          <w:b w:val="0"/>
          <w:i w:val="0"/>
          <w:sz w:val="22"/>
        </w:rPr>
        <w:t>Sophie pulled at the sleeve of her sweatshirt.</w:t>
      </w:r>
    </w:p>
    <w:p>
      <w:pPr>
        <w:spacing w:before="0" w:after="0" w:line="264" w:lineRule="exact"/>
        <w:ind w:left="0" w:right="0" w:firstLine="0"/>
      </w:pPr>
      <w:r>
        <w:rPr>
          <w:rFonts w:ascii="EB Garamond" w:hAnsi="EB Garamond"/>
          <w:b w:val="0"/>
          <w:i w:val="0"/>
          <w:sz w:val="22"/>
        </w:rPr>
        <w:t>“You’d think if you could just become more like them, then maybe somebody would choose you too.”</w:t>
      </w:r>
    </w:p>
    <w:p>
      <w:pPr>
        <w:spacing w:before="0" w:after="0" w:line="264" w:lineRule="exact"/>
        <w:ind w:left="0" w:right="0" w:firstLine="0"/>
      </w:pPr>
      <w:r>
        <w:rPr>
          <w:rFonts w:ascii="EB Garamond" w:hAnsi="EB Garamond"/>
          <w:b w:val="0"/>
          <w:i w:val="0"/>
          <w:sz w:val="22"/>
        </w:rPr>
        <w:t>Elsie looked at her again.</w:t>
      </w:r>
    </w:p>
    <w:p>
      <w:pPr>
        <w:spacing w:before="0" w:after="0" w:line="264" w:lineRule="exact"/>
        <w:ind w:left="0" w:right="0" w:firstLine="0"/>
      </w:pPr>
      <w:r>
        <w:rPr>
          <w:rFonts w:ascii="EB Garamond" w:hAnsi="EB Garamond"/>
          <w:b w:val="0"/>
          <w:i w:val="0"/>
          <w:sz w:val="22"/>
        </w:rPr>
        <w:t>Sophie.</w:t>
      </w:r>
    </w:p>
    <w:p>
      <w:pPr>
        <w:spacing w:before="0" w:after="0" w:line="264" w:lineRule="exact"/>
        <w:ind w:left="0" w:right="0" w:firstLine="0"/>
      </w:pPr>
      <w:r>
        <w:rPr>
          <w:rFonts w:ascii="EB Garamond" w:hAnsi="EB Garamond"/>
          <w:b w:val="0"/>
          <w:i w:val="0"/>
          <w:sz w:val="22"/>
        </w:rPr>
        <w:t>Eighty-thousand-followers Sophie.</w:t>
      </w:r>
    </w:p>
    <w:p>
      <w:pPr>
        <w:spacing w:before="0" w:after="0" w:line="264" w:lineRule="exact"/>
        <w:ind w:left="0" w:right="0" w:firstLine="0"/>
      </w:pPr>
      <w:r>
        <w:rPr>
          <w:rFonts w:ascii="EB Garamond" w:hAnsi="EB Garamond"/>
          <w:b w:val="0"/>
          <w:i w:val="0"/>
          <w:sz w:val="22"/>
        </w:rPr>
        <w:t>Perfect-Skin Sophie.</w:t>
      </w:r>
    </w:p>
    <w:p>
      <w:pPr>
        <w:spacing w:before="0" w:after="0" w:line="264" w:lineRule="exact"/>
        <w:ind w:left="0" w:right="0" w:firstLine="0"/>
      </w:pPr>
      <w:r>
        <w:rPr>
          <w:rFonts w:ascii="EB Garamond" w:hAnsi="EB Garamond"/>
          <w:b w:val="0"/>
          <w:i w:val="0"/>
          <w:sz w:val="22"/>
        </w:rPr>
        <w:t>Gets-ready-for-school-at-5:30-a.m. Sophie.</w:t>
      </w:r>
    </w:p>
    <w:p>
      <w:pPr>
        <w:spacing w:before="0" w:after="0" w:line="264" w:lineRule="exact"/>
        <w:ind w:left="0" w:right="0" w:firstLine="0"/>
      </w:pPr>
      <w:r>
        <w:rPr>
          <w:rFonts w:ascii="EB Garamond" w:hAnsi="EB Garamond"/>
          <w:b w:val="0"/>
          <w:i w:val="0"/>
          <w:sz w:val="22"/>
        </w:rPr>
        <w:t>Elsie had watched that girl organize a refrigerator on TikTok and somehow felt worse about herself afterward.</w:t>
      </w:r>
    </w:p>
    <w:p>
      <w:pPr>
        <w:spacing w:before="0" w:after="0" w:line="264" w:lineRule="exact"/>
        <w:ind w:left="0" w:right="0" w:firstLine="0"/>
      </w:pPr>
      <w:r>
        <w:rPr>
          <w:rFonts w:ascii="EB Garamond" w:hAnsi="EB Garamond"/>
          <w:b w:val="0"/>
          <w:i w:val="0"/>
          <w:sz w:val="22"/>
        </w:rPr>
        <w:t>What could Sophie possibly know about not feeling chosen?</w:t>
      </w:r>
    </w:p>
    <w:p>
      <w:pPr>
        <w:spacing w:before="0" w:after="0" w:line="264" w:lineRule="exact"/>
        <w:ind w:left="0" w:right="0" w:firstLine="0"/>
      </w:pPr>
      <w:r>
        <w:rPr>
          <w:rFonts w:ascii="EB Garamond" w:hAnsi="EB Garamond"/>
          <w:b w:val="0"/>
          <w:i w:val="0"/>
          <w:sz w:val="22"/>
        </w:rPr>
        <w:t>And there it was.</w:t>
      </w:r>
    </w:p>
    <w:p>
      <w:pPr>
        <w:spacing w:before="0" w:after="0" w:line="264" w:lineRule="exact"/>
        <w:ind w:left="0" w:right="0" w:firstLine="0"/>
      </w:pPr>
      <w:r>
        <w:rPr>
          <w:rFonts w:ascii="EB Garamond" w:hAnsi="EB Garamond"/>
          <w:b w:val="0"/>
          <w:i w:val="0"/>
          <w:sz w:val="22"/>
        </w:rPr>
        <w:t>Again.</w:t>
      </w:r>
    </w:p>
    <w:p>
      <w:pPr>
        <w:spacing w:before="0" w:after="0" w:line="264" w:lineRule="exact"/>
        <w:ind w:left="0" w:right="0" w:firstLine="0"/>
      </w:pPr>
      <w:r>
        <w:rPr>
          <w:rFonts w:ascii="EB Garamond" w:hAnsi="EB Garamond"/>
          <w:b w:val="0"/>
          <w:i w:val="0"/>
          <w:sz w:val="22"/>
        </w:rPr>
        <w:t>Elsie’s list.</w:t>
      </w:r>
    </w:p>
    <w:p>
      <w:pPr>
        <w:spacing w:before="0" w:after="0" w:line="264" w:lineRule="exact"/>
        <w:ind w:left="0" w:right="0" w:firstLine="0"/>
        <w:jc w:val="left"/>
      </w:pPr>
      <w:r>
        <w:rPr>
          <w:rFonts w:ascii="EB Garamond" w:hAnsi="EB Garamond"/>
          <w:b/>
          <w:i w:val="0"/>
          <w:sz w:val="22"/>
        </w:rPr>
        <w:t>THINGS I HAVE DECIDED ABOUT PEOPLE WITHOUT ASKING</w:t>
      </w:r>
    </w:p>
    <w:p>
      <w:pPr>
        <w:spacing w:before="0" w:after="0" w:line="264" w:lineRule="exact"/>
        <w:ind w:left="0" w:right="0" w:firstLine="0"/>
      </w:pPr>
      <w:r>
        <w:rPr>
          <w:rFonts w:ascii="EB Garamond" w:hAnsi="EB Garamond"/>
          <w:b w:val="0"/>
          <w:i w:val="0"/>
          <w:sz w:val="22"/>
        </w:rPr>
        <w:t>Apparently, she needed more paper.</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They read further.</w:t>
      </w:r>
    </w:p>
    <w:p>
      <w:pPr>
        <w:spacing w:before="0" w:after="0" w:line="264" w:lineRule="exact"/>
        <w:ind w:left="0" w:right="0" w:firstLine="0"/>
      </w:pPr>
      <w:r>
        <w:rPr>
          <w:rFonts w:ascii="EB Garamond" w:hAnsi="EB Garamond"/>
          <w:b w:val="0"/>
          <w:i w:val="0"/>
          <w:sz w:val="22"/>
        </w:rPr>
        <w:t>Leah had children.</w:t>
      </w:r>
    </w:p>
    <w:p>
      <w:pPr>
        <w:spacing w:before="0" w:after="0" w:line="264" w:lineRule="exact"/>
        <w:ind w:left="0" w:right="0" w:firstLine="0"/>
      </w:pPr>
      <w:r>
        <w:rPr>
          <w:rFonts w:ascii="EB Garamond" w:hAnsi="EB Garamond"/>
          <w:b w:val="0"/>
          <w:i w:val="0"/>
          <w:sz w:val="22"/>
        </w:rPr>
        <w:t>With each son, she hoped something would change.</w:t>
      </w:r>
    </w:p>
    <w:p>
      <w:pPr>
        <w:spacing w:before="0" w:after="0" w:line="264" w:lineRule="exact"/>
        <w:ind w:left="0" w:right="0" w:firstLine="0"/>
      </w:pPr>
      <w:r>
        <w:rPr>
          <w:rFonts w:ascii="EB Garamond" w:hAnsi="EB Garamond"/>
          <w:b w:val="0"/>
          <w:i w:val="0"/>
          <w:sz w:val="22"/>
        </w:rPr>
        <w:t>Maybe now her husband would love her.</w:t>
      </w:r>
    </w:p>
    <w:p>
      <w:pPr>
        <w:spacing w:before="0" w:after="0" w:line="264" w:lineRule="exact"/>
        <w:ind w:left="0" w:right="0" w:firstLine="0"/>
      </w:pPr>
      <w:r>
        <w:rPr>
          <w:rFonts w:ascii="EB Garamond" w:hAnsi="EB Garamond"/>
          <w:b w:val="0"/>
          <w:i w:val="0"/>
          <w:sz w:val="22"/>
        </w:rPr>
        <w:t>Maybe now he’d become attached to her.</w:t>
      </w:r>
    </w:p>
    <w:p>
      <w:pPr>
        <w:spacing w:before="0" w:after="0" w:line="264" w:lineRule="exact"/>
        <w:ind w:left="0" w:right="0" w:firstLine="0"/>
      </w:pPr>
      <w:r>
        <w:rPr>
          <w:rFonts w:ascii="EB Garamond" w:hAnsi="EB Garamond"/>
          <w:b w:val="0"/>
          <w:i w:val="0"/>
          <w:sz w:val="22"/>
        </w:rPr>
        <w:t>Maybe now she would finally be enough.</w:t>
      </w:r>
    </w:p>
    <w:p>
      <w:pPr>
        <w:spacing w:before="0" w:after="0" w:line="264" w:lineRule="exact"/>
        <w:ind w:left="0" w:right="0" w:firstLine="0"/>
      </w:pPr>
      <w:r>
        <w:rPr>
          <w:rFonts w:ascii="EB Garamond" w:hAnsi="EB Garamond"/>
          <w:b w:val="0"/>
          <w:i w:val="0"/>
          <w:sz w:val="22"/>
        </w:rPr>
        <w:t>Elsie hated it.</w:t>
      </w:r>
    </w:p>
    <w:p>
      <w:pPr>
        <w:spacing w:before="0" w:after="0" w:line="264" w:lineRule="exact"/>
        <w:ind w:left="0" w:right="0" w:firstLine="0"/>
      </w:pPr>
      <w:r>
        <w:rPr>
          <w:rFonts w:ascii="EB Garamond" w:hAnsi="EB Garamond"/>
          <w:b w:val="0"/>
          <w:i w:val="0"/>
          <w:sz w:val="22"/>
        </w:rPr>
        <w:t>Not the story.</w:t>
      </w:r>
    </w:p>
    <w:p>
      <w:pPr>
        <w:spacing w:before="0" w:after="0" w:line="264" w:lineRule="exact"/>
        <w:ind w:left="0" w:right="0" w:firstLine="0"/>
      </w:pPr>
      <w:r>
        <w:rPr>
          <w:rFonts w:ascii="EB Garamond" w:hAnsi="EB Garamond"/>
          <w:b w:val="0"/>
          <w:i w:val="0"/>
          <w:sz w:val="22"/>
        </w:rPr>
        <w:t>The feeling.</w:t>
      </w:r>
    </w:p>
    <w:p>
      <w:pPr>
        <w:spacing w:before="0" w:after="0" w:line="264" w:lineRule="exact"/>
        <w:ind w:left="0" w:right="0" w:firstLine="0"/>
      </w:pPr>
      <w:r>
        <w:rPr>
          <w:rFonts w:ascii="EB Garamond" w:hAnsi="EB Garamond"/>
          <w:b w:val="0"/>
          <w:i w:val="0"/>
          <w:sz w:val="22"/>
        </w:rPr>
        <w:t>Because she understood it.</w:t>
      </w:r>
    </w:p>
    <w:p>
      <w:pPr>
        <w:spacing w:before="0" w:after="0" w:line="264" w:lineRule="exact"/>
        <w:ind w:left="0" w:right="0" w:firstLine="0"/>
      </w:pPr>
      <w:r>
        <w:rPr>
          <w:rFonts w:ascii="EB Garamond" w:hAnsi="EB Garamond"/>
          <w:b w:val="0"/>
          <w:i w:val="0"/>
          <w:sz w:val="22"/>
        </w:rPr>
        <w:t>Not literally.</w:t>
      </w:r>
    </w:p>
    <w:p>
      <w:pPr>
        <w:spacing w:before="0" w:after="0" w:line="264" w:lineRule="exact"/>
        <w:ind w:left="0" w:right="0" w:firstLine="0"/>
      </w:pPr>
      <w:r>
        <w:rPr>
          <w:rFonts w:ascii="EB Garamond" w:hAnsi="EB Garamond"/>
          <w:b w:val="0"/>
          <w:i w:val="0"/>
          <w:sz w:val="22"/>
        </w:rPr>
        <w:t>She was sixteen.</w:t>
      </w:r>
    </w:p>
    <w:p>
      <w:pPr>
        <w:spacing w:before="0" w:after="0" w:line="264" w:lineRule="exact"/>
        <w:ind w:left="0" w:right="0" w:firstLine="0"/>
      </w:pPr>
      <w:r>
        <w:rPr>
          <w:rFonts w:ascii="EB Garamond" w:hAnsi="EB Garamond"/>
          <w:b w:val="0"/>
          <w:i w:val="0"/>
          <w:sz w:val="22"/>
        </w:rPr>
        <w:t>Nobody was marrying her sister and then accidentally marrying her.</w:t>
      </w:r>
    </w:p>
    <w:p>
      <w:pPr>
        <w:spacing w:before="0" w:after="0" w:line="264" w:lineRule="exact"/>
        <w:ind w:left="0" w:right="0" w:firstLine="0"/>
      </w:pPr>
      <w:r>
        <w:rPr>
          <w:rFonts w:ascii="EB Garamond" w:hAnsi="EB Garamond"/>
          <w:b w:val="0"/>
          <w:i w:val="0"/>
          <w:sz w:val="22"/>
        </w:rPr>
        <w:t>But the maybe now part?</w:t>
      </w:r>
    </w:p>
    <w:p>
      <w:pPr>
        <w:spacing w:before="0" w:after="0" w:line="264" w:lineRule="exact"/>
        <w:ind w:left="0" w:right="0" w:firstLine="0"/>
      </w:pPr>
      <w:r>
        <w:rPr>
          <w:rFonts w:ascii="EB Garamond" w:hAnsi="EB Garamond"/>
          <w:b w:val="0"/>
          <w:i w:val="0"/>
          <w:sz w:val="22"/>
        </w:rPr>
        <w:t>That she knew.</w:t>
      </w:r>
    </w:p>
    <w:p>
      <w:pPr>
        <w:spacing w:before="0" w:after="0" w:line="264" w:lineRule="exact"/>
        <w:ind w:left="0" w:right="0" w:firstLine="0"/>
        <w:jc w:val="left"/>
      </w:pPr>
      <w:r>
        <w:rPr>
          <w:rFonts w:ascii="EB Garamond" w:hAnsi="EB Garamond"/>
          <w:b w:val="0"/>
          <w:i/>
          <w:sz w:val="22"/>
        </w:rPr>
        <w:t>Maybe if she lost five pounds.</w:t>
      </w:r>
    </w:p>
    <w:p>
      <w:pPr>
        <w:spacing w:before="0" w:after="0" w:line="264" w:lineRule="exact"/>
        <w:ind w:left="0" w:right="0" w:firstLine="0"/>
        <w:jc w:val="left"/>
      </w:pPr>
      <w:r>
        <w:rPr>
          <w:rFonts w:ascii="EB Garamond" w:hAnsi="EB Garamond"/>
          <w:b w:val="0"/>
          <w:i/>
          <w:sz w:val="22"/>
        </w:rPr>
        <w:t>Maybe if Mason liked her.</w:t>
      </w:r>
    </w:p>
    <w:p>
      <w:pPr>
        <w:spacing w:before="0" w:after="0" w:line="264" w:lineRule="exact"/>
        <w:ind w:left="0" w:right="0" w:firstLine="0"/>
        <w:jc w:val="left"/>
      </w:pPr>
      <w:r>
        <w:rPr>
          <w:rFonts w:ascii="EB Garamond" w:hAnsi="EB Garamond"/>
          <w:b w:val="0"/>
          <w:i/>
          <w:sz w:val="22"/>
        </w:rPr>
        <w:t>Maybe if she made varsity next year.</w:t>
      </w:r>
    </w:p>
    <w:p>
      <w:pPr>
        <w:spacing w:before="0" w:after="0" w:line="264" w:lineRule="exact"/>
        <w:ind w:left="0" w:right="0" w:firstLine="0"/>
        <w:jc w:val="left"/>
      </w:pPr>
      <w:r>
        <w:rPr>
          <w:rFonts w:ascii="EB Garamond" w:hAnsi="EB Garamond"/>
          <w:b w:val="0"/>
          <w:i/>
          <w:sz w:val="22"/>
        </w:rPr>
        <w:t>Maybe if she got invited.</w:t>
      </w:r>
    </w:p>
    <w:p>
      <w:pPr>
        <w:spacing w:before="0" w:after="0" w:line="264" w:lineRule="exact"/>
        <w:ind w:left="0" w:right="0" w:firstLine="0"/>
        <w:jc w:val="left"/>
      </w:pPr>
      <w:r>
        <w:rPr>
          <w:rFonts w:ascii="EB Garamond" w:hAnsi="EB Garamond"/>
          <w:b w:val="0"/>
          <w:i/>
          <w:sz w:val="22"/>
        </w:rPr>
        <w:t>Maybe if her picture got enough likes.</w:t>
      </w:r>
    </w:p>
    <w:p>
      <w:pPr>
        <w:spacing w:before="0" w:after="0" w:line="264" w:lineRule="exact"/>
        <w:ind w:left="0" w:right="0" w:firstLine="0"/>
        <w:jc w:val="left"/>
      </w:pPr>
      <w:r>
        <w:rPr>
          <w:rFonts w:ascii="EB Garamond" w:hAnsi="EB Garamond"/>
          <w:b w:val="0"/>
          <w:i/>
          <w:sz w:val="22"/>
        </w:rPr>
        <w:t>Maybe if she wore the right thing.</w:t>
      </w:r>
    </w:p>
    <w:p>
      <w:pPr>
        <w:spacing w:before="0" w:after="0" w:line="264" w:lineRule="exact"/>
        <w:ind w:left="0" w:right="0" w:firstLine="0"/>
        <w:jc w:val="left"/>
      </w:pPr>
      <w:r>
        <w:rPr>
          <w:rFonts w:ascii="EB Garamond" w:hAnsi="EB Garamond"/>
          <w:b w:val="0"/>
          <w:i/>
          <w:sz w:val="22"/>
        </w:rPr>
        <w:t>Maybe if she was funny enough at lunch.</w:t>
      </w:r>
    </w:p>
    <w:p>
      <w:pPr>
        <w:spacing w:before="0" w:after="0" w:line="264" w:lineRule="exact"/>
        <w:ind w:left="0" w:right="0" w:firstLine="0"/>
        <w:jc w:val="left"/>
      </w:pPr>
      <w:r>
        <w:rPr>
          <w:rFonts w:ascii="EB Garamond" w:hAnsi="EB Garamond"/>
          <w:b w:val="0"/>
          <w:i/>
          <w:sz w:val="22"/>
        </w:rPr>
        <w:t>Maybe if she stopped being so much.</w:t>
      </w:r>
    </w:p>
    <w:p>
      <w:pPr>
        <w:spacing w:before="0" w:after="0" w:line="264" w:lineRule="exact"/>
        <w:ind w:left="0" w:right="0" w:firstLine="0"/>
        <w:jc w:val="left"/>
      </w:pPr>
      <w:r>
        <w:rPr>
          <w:rFonts w:ascii="EB Garamond" w:hAnsi="EB Garamond"/>
          <w:b w:val="0"/>
          <w:i/>
          <w:sz w:val="22"/>
        </w:rPr>
        <w:t>Maybe if she became more.</w:t>
      </w:r>
    </w:p>
    <w:p>
      <w:pPr>
        <w:spacing w:before="0" w:after="0" w:line="264" w:lineRule="exact"/>
        <w:ind w:left="0" w:right="0" w:firstLine="0"/>
        <w:jc w:val="left"/>
      </w:pPr>
      <w:r>
        <w:rPr>
          <w:rFonts w:ascii="EB Garamond" w:hAnsi="EB Garamond"/>
          <w:b w:val="0"/>
          <w:i/>
          <w:sz w:val="22"/>
        </w:rPr>
        <w:t>Maybe now.</w:t>
      </w:r>
    </w:p>
    <w:p>
      <w:pPr>
        <w:spacing w:before="0" w:after="0" w:line="264" w:lineRule="exact"/>
        <w:ind w:left="0" w:right="0" w:firstLine="0"/>
        <w:jc w:val="left"/>
      </w:pPr>
      <w:r>
        <w:rPr>
          <w:rFonts w:ascii="EB Garamond" w:hAnsi="EB Garamond"/>
          <w:b w:val="0"/>
          <w:i/>
          <w:sz w:val="22"/>
        </w:rPr>
        <w:t>Maybe now.</w:t>
      </w:r>
    </w:p>
    <w:p>
      <w:pPr>
        <w:spacing w:before="0" w:after="0" w:line="264" w:lineRule="exact"/>
        <w:ind w:left="0" w:right="0" w:firstLine="0"/>
        <w:jc w:val="left"/>
      </w:pPr>
      <w:r>
        <w:rPr>
          <w:rFonts w:ascii="EB Garamond" w:hAnsi="EB Garamond"/>
          <w:b w:val="0"/>
          <w:i/>
          <w:sz w:val="22"/>
        </w:rPr>
        <w:t>Maybe now.</w:t>
      </w:r>
    </w:p>
    <w:p>
      <w:pPr>
        <w:spacing w:before="0" w:after="0" w:line="264" w:lineRule="exact"/>
        <w:ind w:left="0" w:right="0" w:firstLine="0"/>
      </w:pPr>
      <w:r>
        <w:rPr>
          <w:rFonts w:ascii="EB Garamond" w:hAnsi="EB Garamond"/>
          <w:b w:val="0"/>
          <w:i w:val="0"/>
          <w:sz w:val="22"/>
        </w:rPr>
        <w:t>“Her poor kids,” Maya said.</w:t>
      </w:r>
    </w:p>
    <w:p>
      <w:pPr>
        <w:spacing w:before="0" w:after="0" w:line="264" w:lineRule="exact"/>
        <w:ind w:left="0" w:right="0" w:firstLine="0"/>
      </w:pPr>
      <w:r>
        <w:rPr>
          <w:rFonts w:ascii="EB Garamond" w:hAnsi="EB Garamond"/>
          <w:b w:val="0"/>
          <w:i w:val="0"/>
          <w:sz w:val="22"/>
        </w:rPr>
        <w:t>Elsie looked up.</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Maya pointed at the passage.</w:t>
      </w:r>
    </w:p>
    <w:p>
      <w:pPr>
        <w:spacing w:before="0" w:after="0" w:line="264" w:lineRule="exact"/>
        <w:ind w:left="0" w:right="0" w:firstLine="0"/>
      </w:pPr>
      <w:r>
        <w:rPr>
          <w:rFonts w:ascii="EB Garamond" w:hAnsi="EB Garamond"/>
          <w:b w:val="0"/>
          <w:i w:val="0"/>
          <w:sz w:val="22"/>
        </w:rPr>
        <w:t>“Imagine being born with a job.”</w:t>
      </w:r>
    </w:p>
    <w:p>
      <w:pPr>
        <w:spacing w:before="0" w:after="0" w:line="264" w:lineRule="exact"/>
        <w:ind w:left="0" w:right="0" w:firstLine="0"/>
      </w:pPr>
      <w:r>
        <w:rPr>
          <w:rFonts w:ascii="EB Garamond" w:hAnsi="EB Garamond"/>
          <w:b w:val="0"/>
          <w:i w:val="0"/>
          <w:sz w:val="22"/>
        </w:rPr>
        <w:t>Nobody spoke.</w:t>
      </w:r>
    </w:p>
    <w:p>
      <w:pPr>
        <w:spacing w:before="0" w:after="0" w:line="264" w:lineRule="exact"/>
        <w:ind w:left="0" w:right="0" w:firstLine="0"/>
      </w:pPr>
      <w:r>
        <w:rPr>
          <w:rFonts w:ascii="EB Garamond" w:hAnsi="EB Garamond"/>
          <w:b w:val="0"/>
          <w:i w:val="0"/>
          <w:sz w:val="22"/>
        </w:rPr>
        <w:t>She continued.</w:t>
      </w:r>
    </w:p>
    <w:p>
      <w:pPr>
        <w:spacing w:before="0" w:after="0" w:line="264" w:lineRule="exact"/>
        <w:ind w:left="0" w:right="0" w:firstLine="0"/>
      </w:pPr>
      <w:r>
        <w:rPr>
          <w:rFonts w:ascii="EB Garamond" w:hAnsi="EB Garamond"/>
          <w:b w:val="0"/>
          <w:i w:val="0"/>
          <w:sz w:val="22"/>
        </w:rPr>
        <w:t xml:space="preserve">“Like, your mom has you and immediately it’s, ‘Maybe my husband will love me now.’” </w:t>
      </w:r>
    </w:p>
    <w:p>
      <w:pPr>
        <w:spacing w:before="0" w:after="0" w:line="264" w:lineRule="exact"/>
        <w:ind w:left="0" w:right="0" w:firstLine="0"/>
      </w:pPr>
      <w:r>
        <w:rPr>
          <w:rFonts w:ascii="EB Garamond" w:hAnsi="EB Garamond"/>
          <w:b w:val="0"/>
          <w:i w:val="0"/>
          <w:sz w:val="22"/>
        </w:rPr>
        <w:t>Hannah nodded.</w:t>
      </w:r>
    </w:p>
    <w:p>
      <w:pPr>
        <w:spacing w:before="0" w:after="0" w:line="264" w:lineRule="exact"/>
        <w:ind w:left="0" w:right="0" w:firstLine="0"/>
      </w:pPr>
      <w:r>
        <w:rPr>
          <w:rFonts w:ascii="EB Garamond" w:hAnsi="EB Garamond"/>
          <w:b w:val="0"/>
          <w:i w:val="0"/>
          <w:sz w:val="22"/>
        </w:rPr>
        <w:t>“That’s a lot for a baby.”</w:t>
      </w:r>
    </w:p>
    <w:p>
      <w:pPr>
        <w:spacing w:before="0" w:after="0" w:line="264" w:lineRule="exact"/>
        <w:ind w:left="0" w:right="0" w:firstLine="0"/>
      </w:pPr>
      <w:r>
        <w:rPr>
          <w:rFonts w:ascii="EB Garamond" w:hAnsi="EB Garamond"/>
          <w:b w:val="0"/>
          <w:i w:val="0"/>
          <w:sz w:val="22"/>
        </w:rPr>
        <w:t>“That’s a lot for anyone.”</w:t>
      </w:r>
    </w:p>
    <w:p>
      <w:pPr>
        <w:spacing w:before="0" w:after="0" w:line="264" w:lineRule="exact"/>
        <w:ind w:left="0" w:right="0" w:firstLine="0"/>
      </w:pPr>
      <w:r>
        <w:rPr>
          <w:rFonts w:ascii="EB Garamond" w:hAnsi="EB Garamond"/>
          <w:b w:val="0"/>
          <w:i w:val="0"/>
          <w:sz w:val="22"/>
        </w:rPr>
        <w:t>Elsie thought about that.</w:t>
      </w:r>
    </w:p>
    <w:p>
      <w:pPr>
        <w:spacing w:before="0" w:after="0" w:line="264" w:lineRule="exact"/>
        <w:ind w:left="0" w:right="0" w:firstLine="0"/>
      </w:pPr>
      <w:r>
        <w:rPr>
          <w:rFonts w:ascii="EB Garamond" w:hAnsi="EB Garamond"/>
          <w:b w:val="0"/>
          <w:i w:val="0"/>
          <w:sz w:val="22"/>
        </w:rPr>
        <w:t>Being born with a job.</w:t>
      </w:r>
    </w:p>
    <w:p>
      <w:pPr>
        <w:spacing w:before="0" w:after="0" w:line="264" w:lineRule="exact"/>
        <w:ind w:left="0" w:right="0" w:firstLine="0"/>
      </w:pPr>
      <w:r>
        <w:rPr>
          <w:rFonts w:ascii="EB Garamond" w:hAnsi="EB Garamond"/>
          <w:b w:val="0"/>
          <w:i w:val="0"/>
          <w:sz w:val="22"/>
        </w:rPr>
        <w:t>She wondered how often people did that to other people.</w:t>
      </w:r>
    </w:p>
    <w:p>
      <w:pPr>
        <w:spacing w:before="0" w:after="0" w:line="264" w:lineRule="exact"/>
        <w:ind w:left="0" w:right="0" w:firstLine="0"/>
      </w:pPr>
      <w:r>
        <w:rPr>
          <w:rFonts w:ascii="EB Garamond" w:hAnsi="EB Garamond"/>
          <w:b w:val="0"/>
          <w:i w:val="0"/>
          <w:sz w:val="22"/>
        </w:rPr>
        <w:t>Made them responsible for fixing something they hadn’t broken.</w:t>
      </w:r>
    </w:p>
    <w:p>
      <w:pPr>
        <w:spacing w:before="0" w:after="0" w:line="264" w:lineRule="exact"/>
        <w:ind w:left="0" w:right="0" w:firstLine="0"/>
      </w:pPr>
      <w:r>
        <w:rPr>
          <w:rFonts w:ascii="EB Garamond" w:hAnsi="EB Garamond"/>
          <w:b w:val="0"/>
          <w:i w:val="0"/>
          <w:sz w:val="22"/>
        </w:rPr>
        <w:t>Boyfriends were supposed to make you feel beautiful.</w:t>
      </w:r>
    </w:p>
    <w:p>
      <w:pPr>
        <w:spacing w:before="0" w:after="0" w:line="264" w:lineRule="exact"/>
        <w:ind w:left="0" w:right="0" w:firstLine="0"/>
      </w:pPr>
      <w:r>
        <w:rPr>
          <w:rFonts w:ascii="EB Garamond" w:hAnsi="EB Garamond"/>
          <w:b w:val="0"/>
          <w:i w:val="0"/>
          <w:sz w:val="22"/>
        </w:rPr>
        <w:t>Friends were supposed to make you feel wanted.</w:t>
      </w:r>
    </w:p>
    <w:p>
      <w:pPr>
        <w:spacing w:before="0" w:after="0" w:line="264" w:lineRule="exact"/>
        <w:ind w:left="0" w:right="0" w:firstLine="0"/>
      </w:pPr>
      <w:r>
        <w:rPr>
          <w:rFonts w:ascii="EB Garamond" w:hAnsi="EB Garamond"/>
          <w:b w:val="0"/>
          <w:i w:val="0"/>
          <w:sz w:val="22"/>
        </w:rPr>
        <w:t>Parents were supposed to make you feel safe.</w:t>
      </w:r>
    </w:p>
    <w:p>
      <w:pPr>
        <w:spacing w:before="0" w:after="0" w:line="264" w:lineRule="exact"/>
        <w:ind w:left="0" w:right="0" w:firstLine="0"/>
      </w:pPr>
      <w:r>
        <w:rPr>
          <w:rFonts w:ascii="EB Garamond" w:hAnsi="EB Garamond"/>
          <w:b w:val="0"/>
          <w:i w:val="0"/>
          <w:sz w:val="22"/>
        </w:rPr>
        <w:t>Children were supposed to make marriages happy.</w:t>
      </w:r>
    </w:p>
    <w:p>
      <w:pPr>
        <w:spacing w:before="0" w:after="0" w:line="264" w:lineRule="exact"/>
        <w:ind w:left="0" w:right="0" w:firstLine="0"/>
      </w:pPr>
      <w:r>
        <w:rPr>
          <w:rFonts w:ascii="EB Garamond" w:hAnsi="EB Garamond"/>
          <w:b w:val="0"/>
          <w:i w:val="0"/>
          <w:sz w:val="22"/>
        </w:rPr>
        <w:t>Followers were supposed to make you feel important.</w:t>
      </w:r>
    </w:p>
    <w:p>
      <w:pPr>
        <w:spacing w:before="0" w:after="0" w:line="264" w:lineRule="exact"/>
        <w:ind w:left="0" w:right="0" w:firstLine="0"/>
      </w:pPr>
      <w:r>
        <w:rPr>
          <w:rFonts w:ascii="EB Garamond" w:hAnsi="EB Garamond"/>
          <w:b w:val="0"/>
          <w:i w:val="0"/>
          <w:sz w:val="22"/>
        </w:rPr>
        <w:t>Maybe people kept handing each other jobs nobody was qualified to do.</w:t>
      </w:r>
    </w:p>
    <w:p>
      <w:pPr>
        <w:spacing w:before="0" w:after="0" w:line="264" w:lineRule="exact"/>
        <w:ind w:left="0" w:right="0" w:firstLine="0"/>
      </w:pPr>
      <w:r>
        <w:rPr>
          <w:rFonts w:ascii="EB Garamond" w:hAnsi="EB Garamond"/>
          <w:b w:val="0"/>
          <w:i w:val="0"/>
          <w:sz w:val="22"/>
        </w:rPr>
        <w:t>“Keep going,” Hannah said.</w:t>
      </w:r>
    </w:p>
    <w:p>
      <w:pPr>
        <w:spacing w:before="0" w:after="0" w:line="264" w:lineRule="exact"/>
        <w:ind w:left="0" w:right="0" w:firstLine="0"/>
      </w:pPr>
      <w:r>
        <w:rPr>
          <w:rFonts w:ascii="EB Garamond" w:hAnsi="EB Garamond"/>
          <w:b w:val="0"/>
          <w:i w:val="0"/>
          <w:sz w:val="22"/>
        </w:rPr>
        <w:t>They did.</w:t>
      </w:r>
    </w:p>
    <w:p>
      <w:pPr>
        <w:spacing w:before="0" w:after="0" w:line="264" w:lineRule="exact"/>
        <w:ind w:left="0" w:right="0" w:firstLine="0"/>
      </w:pPr>
      <w:r>
        <w:rPr>
          <w:rFonts w:ascii="EB Garamond" w:hAnsi="EB Garamond"/>
          <w:b w:val="0"/>
          <w:i w:val="0"/>
          <w:sz w:val="22"/>
        </w:rPr>
        <w:t>Another son.</w:t>
      </w:r>
    </w:p>
    <w:p>
      <w:pPr>
        <w:spacing w:before="0" w:after="0" w:line="264" w:lineRule="exact"/>
        <w:ind w:left="0" w:right="0" w:firstLine="0"/>
      </w:pPr>
      <w:r>
        <w:rPr>
          <w:rFonts w:ascii="EB Garamond" w:hAnsi="EB Garamond"/>
          <w:b w:val="0"/>
          <w:i w:val="0"/>
          <w:sz w:val="22"/>
        </w:rPr>
        <w:t>Another hope.</w:t>
      </w:r>
    </w:p>
    <w:p>
      <w:pPr>
        <w:spacing w:before="0" w:after="0" w:line="264" w:lineRule="exact"/>
        <w:ind w:left="0" w:right="0" w:firstLine="0"/>
      </w:pPr>
      <w:r>
        <w:rPr>
          <w:rFonts w:ascii="EB Garamond" w:hAnsi="EB Garamond"/>
          <w:b w:val="0"/>
          <w:i w:val="0"/>
          <w:sz w:val="22"/>
        </w:rPr>
        <w:t>Another maybe now.</w:t>
      </w:r>
    </w:p>
    <w:p>
      <w:pPr>
        <w:spacing w:before="0" w:after="0" w:line="264" w:lineRule="exact"/>
        <w:ind w:left="0" w:right="0" w:firstLine="0"/>
      </w:pPr>
      <w:r>
        <w:rPr>
          <w:rFonts w:ascii="EB Garamond" w:hAnsi="EB Garamond"/>
          <w:b w:val="0"/>
          <w:i w:val="0"/>
          <w:sz w:val="22"/>
        </w:rPr>
        <w:t>Then Judah.</w:t>
      </w:r>
    </w:p>
    <w:p>
      <w:pPr>
        <w:spacing w:before="0" w:after="0" w:line="264" w:lineRule="exact"/>
        <w:ind w:left="0" w:right="0" w:firstLine="0"/>
      </w:pPr>
      <w:r>
        <w:rPr>
          <w:rFonts w:ascii="EB Garamond" w:hAnsi="EB Garamond"/>
          <w:b w:val="0"/>
          <w:i w:val="0"/>
          <w:sz w:val="22"/>
        </w:rPr>
        <w:t>Elsie read the verse twice.</w:t>
      </w:r>
    </w:p>
    <w:p>
      <w:pPr>
        <w:spacing w:before="0" w:after="0" w:line="264" w:lineRule="exact"/>
        <w:ind w:left="0" w:right="0" w:firstLine="0"/>
      </w:pPr>
      <w:r>
        <w:rPr>
          <w:rFonts w:ascii="EB Garamond" w:hAnsi="EB Garamond"/>
          <w:b w:val="0"/>
          <w:i w:val="0"/>
          <w:sz w:val="22"/>
        </w:rPr>
        <w:t>Something was different.</w:t>
      </w:r>
    </w:p>
    <w:p>
      <w:pPr>
        <w:spacing w:before="0" w:after="0" w:line="264" w:lineRule="exact"/>
        <w:ind w:left="0" w:right="0" w:firstLine="0"/>
      </w:pPr>
      <w:r>
        <w:rPr>
          <w:rFonts w:ascii="EB Garamond" w:hAnsi="EB Garamond"/>
          <w:b w:val="0"/>
          <w:i w:val="0"/>
          <w:sz w:val="22"/>
        </w:rPr>
        <w:t>“This time,” Hannah said.</w:t>
      </w:r>
    </w:p>
    <w:p>
      <w:pPr>
        <w:spacing w:before="0" w:after="0" w:line="264" w:lineRule="exact"/>
        <w:ind w:left="0" w:right="0" w:firstLine="0"/>
      </w:pPr>
      <w:r>
        <w:rPr>
          <w:rFonts w:ascii="EB Garamond" w:hAnsi="EB Garamond"/>
          <w:b w:val="0"/>
          <w:i w:val="0"/>
          <w:sz w:val="22"/>
        </w:rPr>
        <w:t>Sophie looked up.</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“Look at what Leah says when Judah is born.”</w:t>
      </w:r>
    </w:p>
    <w:p>
      <w:pPr>
        <w:spacing w:before="0" w:after="0" w:line="264" w:lineRule="exact"/>
        <w:ind w:left="0" w:right="0" w:firstLine="0"/>
      </w:pPr>
      <w:r>
        <w:rPr>
          <w:rFonts w:ascii="EB Garamond" w:hAnsi="EB Garamond"/>
          <w:b w:val="0"/>
          <w:i w:val="0"/>
          <w:sz w:val="22"/>
        </w:rPr>
        <w:t>Elsie read it.</w:t>
      </w:r>
    </w:p>
    <w:p>
      <w:pPr>
        <w:spacing w:before="0" w:after="0" w:line="264" w:lineRule="exact"/>
        <w:ind w:left="0" w:right="0" w:firstLine="0"/>
        <w:jc w:val="left"/>
      </w:pPr>
      <w:r>
        <w:rPr>
          <w:rFonts w:ascii="EB Garamond" w:hAnsi="EB Garamond"/>
          <w:b w:val="0"/>
          <w:i/>
          <w:sz w:val="22"/>
        </w:rPr>
        <w:t>This time I will praise the Lord.</w:t>
      </w:r>
    </w:p>
    <w:p>
      <w:pPr>
        <w:spacing w:before="0" w:after="0" w:line="264" w:lineRule="exact"/>
        <w:ind w:left="0" w:right="0" w:firstLine="0"/>
      </w:pPr>
      <w:r>
        <w:rPr>
          <w:rFonts w:ascii="EB Garamond" w:hAnsi="EB Garamond"/>
          <w:b w:val="0"/>
          <w:i w:val="0"/>
          <w:sz w:val="22"/>
        </w:rPr>
        <w:t xml:space="preserve">She frowned. </w:t>
      </w:r>
    </w:p>
    <w:p>
      <w:pPr>
        <w:spacing w:before="0" w:after="0" w:line="264" w:lineRule="exact"/>
        <w:ind w:left="0" w:right="0" w:firstLine="0"/>
      </w:pPr>
      <w:r>
        <w:rPr>
          <w:rFonts w:ascii="EB Garamond" w:hAnsi="EB Garamond"/>
          <w:b w:val="0"/>
          <w:i w:val="0"/>
          <w:sz w:val="22"/>
        </w:rPr>
        <w:t>“No Jacob.”</w:t>
      </w:r>
    </w:p>
    <w:p>
      <w:pPr>
        <w:spacing w:before="0" w:after="0" w:line="264" w:lineRule="exact"/>
        <w:ind w:left="0" w:right="0" w:firstLine="0"/>
      </w:pPr>
      <w:r>
        <w:rPr>
          <w:rFonts w:ascii="EB Garamond" w:hAnsi="EB Garamond"/>
          <w:b w:val="0"/>
          <w:i w:val="0"/>
          <w:sz w:val="22"/>
        </w:rPr>
        <w:t>Hannah smiled.</w:t>
      </w:r>
    </w:p>
    <w:p>
      <w:pPr>
        <w:spacing w:before="0" w:after="0" w:line="264" w:lineRule="exact"/>
        <w:ind w:left="0" w:right="0" w:firstLine="0"/>
      </w:pPr>
      <w:r>
        <w:rPr>
          <w:rFonts w:ascii="EB Garamond" w:hAnsi="EB Garamond"/>
          <w:b w:val="0"/>
          <w:i w:val="0"/>
          <w:sz w:val="22"/>
        </w:rPr>
        <w:t>“No Jacob.”</w:t>
      </w:r>
    </w:p>
    <w:p>
      <w:pPr>
        <w:spacing w:before="0" w:after="0" w:line="264" w:lineRule="exact"/>
        <w:ind w:left="0" w:right="0" w:firstLine="0"/>
      </w:pPr>
      <w:r>
        <w:rPr>
          <w:rFonts w:ascii="EB Garamond" w:hAnsi="EB Garamond"/>
          <w:b w:val="0"/>
          <w:i w:val="0"/>
          <w:sz w:val="22"/>
        </w:rPr>
        <w:t>“She stops talking about him.”</w:t>
      </w:r>
    </w:p>
    <w:p>
      <w:pPr>
        <w:spacing w:before="0" w:after="0" w:line="264" w:lineRule="exact"/>
        <w:ind w:left="0" w:right="0" w:firstLine="0"/>
      </w:pPr>
      <w:r>
        <w:rPr>
          <w:rFonts w:ascii="EB Garamond" w:hAnsi="EB Garamond"/>
          <w:b w:val="0"/>
          <w:i w:val="0"/>
          <w:sz w:val="22"/>
        </w:rPr>
        <w:t>“For that moment, yes.”</w:t>
      </w:r>
    </w:p>
    <w:p>
      <w:pPr>
        <w:spacing w:before="0" w:after="0" w:line="264" w:lineRule="exact"/>
        <w:ind w:left="0" w:right="0" w:firstLine="0"/>
      </w:pPr>
      <w:r>
        <w:rPr>
          <w:rFonts w:ascii="EB Garamond" w:hAnsi="EB Garamond"/>
          <w:b w:val="0"/>
          <w:i w:val="0"/>
          <w:sz w:val="22"/>
        </w:rPr>
        <w:t>Elsie stared at the words.</w:t>
      </w:r>
    </w:p>
    <w:p>
      <w:pPr>
        <w:spacing w:before="0" w:after="0" w:line="264" w:lineRule="exact"/>
        <w:ind w:left="0" w:right="0" w:firstLine="0"/>
      </w:pPr>
      <w:r>
        <w:rPr>
          <w:rFonts w:ascii="EB Garamond" w:hAnsi="EB Garamond"/>
          <w:b w:val="0"/>
          <w:i w:val="0"/>
          <w:sz w:val="22"/>
        </w:rPr>
        <w:t>This time.</w:t>
      </w:r>
    </w:p>
    <w:p>
      <w:pPr>
        <w:spacing w:before="0" w:after="0" w:line="264" w:lineRule="exact"/>
        <w:ind w:left="0" w:right="0" w:firstLine="0"/>
      </w:pPr>
      <w:r>
        <w:rPr>
          <w:rFonts w:ascii="EB Garamond" w:hAnsi="EB Garamond"/>
          <w:b w:val="0"/>
          <w:i w:val="0"/>
          <w:sz w:val="22"/>
        </w:rPr>
        <w:t>Two small words.</w:t>
      </w:r>
    </w:p>
    <w:p>
      <w:pPr>
        <w:spacing w:before="0" w:after="0" w:line="264" w:lineRule="exact"/>
        <w:ind w:left="0" w:right="0" w:firstLine="0"/>
      </w:pPr>
      <w:r>
        <w:rPr>
          <w:rFonts w:ascii="EB Garamond" w:hAnsi="EB Garamond"/>
          <w:b w:val="0"/>
          <w:i w:val="0"/>
          <w:sz w:val="22"/>
        </w:rPr>
        <w:t>She wasn’t suddenly healed.</w:t>
      </w:r>
    </w:p>
    <w:p>
      <w:pPr>
        <w:spacing w:before="0" w:after="0" w:line="264" w:lineRule="exact"/>
        <w:ind w:left="0" w:right="0" w:firstLine="0"/>
      </w:pPr>
      <w:r>
        <w:rPr>
          <w:rFonts w:ascii="EB Garamond" w:hAnsi="EB Garamond"/>
          <w:b w:val="0"/>
          <w:i w:val="0"/>
          <w:sz w:val="22"/>
        </w:rPr>
        <w:t>Jacob didn’t suddenly love her the way she wanted.</w:t>
      </w:r>
    </w:p>
    <w:p>
      <w:pPr>
        <w:spacing w:before="0" w:after="0" w:line="264" w:lineRule="exact"/>
        <w:ind w:left="0" w:right="0" w:firstLine="0"/>
      </w:pPr>
      <w:r>
        <w:rPr>
          <w:rFonts w:ascii="EB Garamond" w:hAnsi="EB Garamond"/>
          <w:b w:val="0"/>
          <w:i w:val="0"/>
          <w:sz w:val="22"/>
        </w:rPr>
        <w:t>Rachel did not disappear.</w:t>
      </w:r>
    </w:p>
    <w:p>
      <w:pPr>
        <w:spacing w:before="0" w:after="0" w:line="264" w:lineRule="exact"/>
        <w:ind w:left="0" w:right="0" w:firstLine="0"/>
      </w:pPr>
      <w:r>
        <w:rPr>
          <w:rFonts w:ascii="EB Garamond" w:hAnsi="EB Garamond"/>
          <w:b w:val="0"/>
          <w:i w:val="0"/>
          <w:sz w:val="22"/>
        </w:rPr>
        <w:t>The situation hadn’t changed.</w:t>
      </w:r>
    </w:p>
    <w:p>
      <w:pPr>
        <w:spacing w:before="0" w:after="0" w:line="264" w:lineRule="exact"/>
        <w:ind w:left="0" w:right="0" w:firstLine="0"/>
      </w:pPr>
      <w:r>
        <w:rPr>
          <w:rFonts w:ascii="EB Garamond" w:hAnsi="EB Garamond"/>
          <w:b w:val="0"/>
          <w:i w:val="0"/>
          <w:sz w:val="22"/>
        </w:rPr>
        <w:t>Leah had.</w:t>
      </w:r>
    </w:p>
    <w:p>
      <w:pPr>
        <w:spacing w:before="0" w:after="0" w:line="264" w:lineRule="exact"/>
        <w:ind w:left="0" w:right="0" w:firstLine="0"/>
      </w:pPr>
      <w:r>
        <w:rPr>
          <w:rFonts w:ascii="EB Garamond" w:hAnsi="EB Garamond"/>
          <w:sz w:val="22"/>
        </w:rPr>
        <w:t>Or maybe just something small inside her.</w:t>
      </w:r>
    </w:p>
    <w:p>
      <w:pPr>
        <w:spacing w:before="0" w:after="0" w:line="264" w:lineRule="exact"/>
        <w:ind w:left="0" w:right="0" w:firstLine="0"/>
      </w:pPr>
      <w:r>
        <w:rPr>
          <w:rFonts w:ascii="EB Garamond" w:hAnsi="EB Garamond"/>
          <w:b w:val="0"/>
          <w:i w:val="0"/>
          <w:sz w:val="22"/>
        </w:rPr>
        <w:t>For one moment, she stopped looking sideways.</w:t>
      </w:r>
    </w:p>
    <w:p>
      <w:pPr>
        <w:spacing w:before="0" w:after="0" w:line="264" w:lineRule="exact"/>
        <w:ind w:left="0" w:right="0" w:firstLine="0"/>
      </w:pPr>
      <w:r>
        <w:rPr>
          <w:rFonts w:ascii="EB Garamond" w:hAnsi="EB Garamond"/>
          <w:b w:val="0"/>
          <w:i w:val="0"/>
          <w:sz w:val="22"/>
        </w:rPr>
        <w:t>At Rachel.</w:t>
      </w:r>
    </w:p>
    <w:p>
      <w:pPr>
        <w:spacing w:before="0" w:after="0" w:line="264" w:lineRule="exact"/>
        <w:ind w:left="0" w:right="0" w:firstLine="0"/>
      </w:pPr>
      <w:r>
        <w:rPr>
          <w:rFonts w:ascii="EB Garamond" w:hAnsi="EB Garamond"/>
          <w:b w:val="0"/>
          <w:i w:val="0"/>
          <w:sz w:val="22"/>
        </w:rPr>
        <w:t>At Jacob.</w:t>
      </w:r>
    </w:p>
    <w:p>
      <w:pPr>
        <w:spacing w:before="0" w:after="0" w:line="264" w:lineRule="exact"/>
        <w:ind w:left="0" w:right="0" w:firstLine="0"/>
      </w:pPr>
      <w:r>
        <w:rPr>
          <w:rFonts w:ascii="EB Garamond" w:hAnsi="EB Garamond"/>
          <w:b w:val="0"/>
          <w:i w:val="0"/>
          <w:sz w:val="22"/>
        </w:rPr>
        <w:t>At who wanted whom.</w:t>
      </w:r>
    </w:p>
    <w:p>
      <w:pPr>
        <w:spacing w:before="0" w:after="0" w:line="264" w:lineRule="exact"/>
        <w:ind w:left="0" w:right="0" w:firstLine="0"/>
      </w:pPr>
      <w:r>
        <w:rPr>
          <w:rFonts w:ascii="EB Garamond" w:hAnsi="EB Garamond"/>
          <w:b w:val="0"/>
          <w:i w:val="0"/>
          <w:sz w:val="22"/>
        </w:rPr>
        <w:t>And looked somewhere else.</w:t>
      </w:r>
    </w:p>
    <w:p>
      <w:pPr>
        <w:spacing w:before="0" w:after="0" w:line="264" w:lineRule="exact"/>
        <w:ind w:left="0" w:right="0" w:firstLine="0"/>
      </w:pPr>
      <w:r>
        <w:rPr>
          <w:rFonts w:ascii="EB Garamond" w:hAnsi="EB Garamond"/>
          <w:b w:val="0"/>
          <w:i w:val="0"/>
          <w:sz w:val="22"/>
        </w:rPr>
        <w:t>“This time,” Elsie whispered.</w:t>
      </w:r>
    </w:p>
    <w:p>
      <w:pPr>
        <w:spacing w:before="0" w:after="0" w:line="264" w:lineRule="exact"/>
        <w:ind w:left="0" w:right="0" w:firstLine="0"/>
      </w:pPr>
      <w:r>
        <w:rPr>
          <w:rFonts w:ascii="EB Garamond" w:hAnsi="EB Garamond"/>
          <w:b w:val="0"/>
          <w:i w:val="0"/>
          <w:sz w:val="22"/>
        </w:rPr>
        <w:t>Nora looked at her.</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“Nothing.”</w:t>
      </w:r>
    </w:p>
    <w:p>
      <w:pPr>
        <w:spacing w:before="0" w:after="0" w:line="264" w:lineRule="exact"/>
        <w:ind w:left="0" w:right="0" w:firstLine="0"/>
      </w:pPr>
      <w:r>
        <w:rPr>
          <w:rFonts w:ascii="EB Garamond" w:hAnsi="EB Garamond"/>
          <w:b w:val="0"/>
          <w:i w:val="0"/>
          <w:sz w:val="22"/>
        </w:rPr>
        <w:t>But Elsie wrote in the margin.</w:t>
      </w:r>
    </w:p>
    <w:p>
      <w:pPr>
        <w:spacing w:before="0" w:after="0" w:line="264" w:lineRule="exact"/>
        <w:ind w:left="0" w:right="0" w:firstLine="0"/>
        <w:jc w:val="left"/>
      </w:pPr>
      <w:r>
        <w:rPr>
          <w:rFonts w:ascii="EB Garamond" w:hAnsi="EB Garamond"/>
          <w:b w:val="0"/>
          <w:i/>
          <w:sz w:val="22"/>
        </w:rPr>
        <w:t>THIS TIME.</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Hannah closed her Bible.</w:t>
      </w:r>
    </w:p>
    <w:p>
      <w:pPr>
        <w:spacing w:before="0" w:after="0" w:line="264" w:lineRule="exact"/>
        <w:ind w:left="0" w:right="0" w:firstLine="0"/>
      </w:pPr>
      <w:r>
        <w:rPr>
          <w:rFonts w:ascii="EB Garamond" w:hAnsi="EB Garamond"/>
          <w:b w:val="0"/>
          <w:i w:val="0"/>
          <w:sz w:val="22"/>
        </w:rPr>
        <w:t>“So here’s the question.”</w:t>
      </w:r>
    </w:p>
    <w:p>
      <w:pPr>
        <w:spacing w:before="0" w:after="0" w:line="264" w:lineRule="exact"/>
        <w:ind w:left="0" w:right="0" w:firstLine="0"/>
      </w:pPr>
      <w:r>
        <w:rPr>
          <w:rFonts w:ascii="EB Garamond" w:hAnsi="EB Garamond"/>
          <w:b w:val="0"/>
          <w:i w:val="0"/>
          <w:sz w:val="22"/>
        </w:rPr>
        <w:t xml:space="preserve">Lucas groaned. </w:t>
      </w:r>
    </w:p>
    <w:p>
      <w:pPr>
        <w:spacing w:before="0" w:after="0" w:line="264" w:lineRule="exact"/>
        <w:ind w:left="0" w:right="0" w:firstLine="0"/>
      </w:pPr>
      <w:r>
        <w:rPr>
          <w:rFonts w:ascii="EB Garamond" w:hAnsi="EB Garamond"/>
          <w:b w:val="0"/>
          <w:i w:val="0"/>
          <w:sz w:val="22"/>
        </w:rPr>
        <w:t>“I hate when you say that.”</w:t>
      </w:r>
    </w:p>
    <w:p>
      <w:pPr>
        <w:spacing w:before="0" w:after="0" w:line="264" w:lineRule="exact"/>
        <w:ind w:left="0" w:right="0" w:firstLine="0"/>
      </w:pPr>
      <w:r>
        <w:rPr>
          <w:rFonts w:ascii="EB Garamond" w:hAnsi="EB Garamond"/>
          <w:b w:val="0"/>
          <w:i w:val="0"/>
          <w:sz w:val="22"/>
        </w:rPr>
        <w:t>“You’ll survive.”</w:t>
      </w:r>
    </w:p>
    <w:p>
      <w:pPr>
        <w:spacing w:before="0" w:after="0" w:line="264" w:lineRule="exact"/>
        <w:ind w:left="0" w:right="0" w:firstLine="0"/>
      </w:pPr>
      <w:r>
        <w:rPr>
          <w:rFonts w:ascii="EB Garamond" w:hAnsi="EB Garamond"/>
          <w:b w:val="0"/>
          <w:i w:val="0"/>
          <w:sz w:val="22"/>
        </w:rPr>
        <w:t>“Debatable.”</w:t>
      </w:r>
    </w:p>
    <w:p>
      <w:pPr>
        <w:spacing w:before="0" w:after="0" w:line="264" w:lineRule="exact"/>
        <w:ind w:left="0" w:right="0" w:firstLine="0"/>
      </w:pPr>
      <w:r>
        <w:rPr>
          <w:rFonts w:ascii="EB Garamond" w:hAnsi="EB Garamond"/>
          <w:b w:val="0"/>
          <w:i w:val="0"/>
          <w:sz w:val="22"/>
        </w:rPr>
        <w:t>“What is something you’ve been asking another person to prove about you?”</w:t>
      </w:r>
    </w:p>
    <w:p>
      <w:pPr>
        <w:spacing w:before="0" w:after="0" w:line="264" w:lineRule="exact"/>
        <w:ind w:left="0" w:right="0" w:firstLine="0"/>
      </w:pPr>
      <w:r>
        <w:rPr>
          <w:rFonts w:ascii="EB Garamond" w:hAnsi="EB Garamond"/>
          <w:b w:val="0"/>
          <w:i w:val="0"/>
          <w:sz w:val="22"/>
        </w:rPr>
        <w:t>The room changed.</w:t>
      </w:r>
    </w:p>
    <w:p>
      <w:pPr>
        <w:spacing w:before="0" w:after="0" w:line="264" w:lineRule="exact"/>
        <w:ind w:left="0" w:right="0" w:firstLine="0"/>
      </w:pPr>
      <w:r>
        <w:rPr>
          <w:rFonts w:ascii="EB Garamond" w:hAnsi="EB Garamond"/>
          <w:b w:val="0"/>
          <w:i w:val="0"/>
          <w:sz w:val="22"/>
        </w:rPr>
        <w:t>Elsie immediately looked down.</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 xml:space="preserve">Absolutely not. </w:t>
      </w:r>
    </w:p>
    <w:p>
      <w:pPr>
        <w:spacing w:before="0" w:after="0" w:line="264" w:lineRule="exact"/>
        <w:ind w:left="0" w:right="0" w:firstLine="0"/>
      </w:pPr>
      <w:r>
        <w:rPr>
          <w:rFonts w:ascii="EB Garamond" w:hAnsi="EB Garamond"/>
          <w:b w:val="0"/>
          <w:i w:val="0"/>
          <w:sz w:val="22"/>
        </w:rPr>
        <w:t>She had been tricked.</w:t>
      </w:r>
    </w:p>
    <w:p>
      <w:pPr>
        <w:spacing w:before="0" w:after="0" w:line="264" w:lineRule="exact"/>
        <w:ind w:left="0" w:right="0" w:firstLine="0"/>
      </w:pPr>
      <w:r>
        <w:rPr>
          <w:rFonts w:ascii="EB Garamond" w:hAnsi="EB Garamond"/>
          <w:b w:val="0"/>
          <w:i w:val="0"/>
          <w:sz w:val="22"/>
        </w:rPr>
        <w:t>Pizza had been used as bait.</w:t>
      </w:r>
    </w:p>
    <w:p>
      <w:pPr>
        <w:spacing w:before="0" w:after="0" w:line="264" w:lineRule="exact"/>
        <w:ind w:left="0" w:right="0" w:firstLine="0"/>
      </w:pPr>
      <w:r>
        <w:rPr>
          <w:rFonts w:ascii="EB Garamond" w:hAnsi="EB Garamond"/>
          <w:b w:val="0"/>
          <w:i w:val="0"/>
          <w:sz w:val="22"/>
        </w:rPr>
        <w:t>This was an ambush.</w:t>
      </w:r>
    </w:p>
    <w:p>
      <w:pPr>
        <w:spacing w:before="0" w:after="0" w:line="264" w:lineRule="exact"/>
        <w:ind w:left="0" w:right="0" w:firstLine="0"/>
      </w:pPr>
      <w:r>
        <w:rPr>
          <w:rFonts w:ascii="EB Garamond" w:hAnsi="EB Garamond"/>
          <w:b w:val="0"/>
          <w:i w:val="0"/>
          <w:sz w:val="22"/>
        </w:rPr>
        <w:t>Hannah continued.</w:t>
      </w:r>
    </w:p>
    <w:p>
      <w:pPr>
        <w:spacing w:before="0" w:after="0" w:line="264" w:lineRule="exact"/>
        <w:ind w:left="0" w:right="0" w:firstLine="0"/>
      </w:pPr>
      <w:r>
        <w:rPr>
          <w:rFonts w:ascii="EB Garamond" w:hAnsi="EB Garamond"/>
          <w:b w:val="0"/>
          <w:i w:val="0"/>
          <w:sz w:val="22"/>
        </w:rPr>
        <w:t>“You don’t have to answer out loud.”</w:t>
      </w:r>
    </w:p>
    <w:p>
      <w:pPr>
        <w:spacing w:before="0" w:after="0" w:line="264" w:lineRule="exact"/>
        <w:ind w:left="0" w:right="0" w:firstLine="0"/>
      </w:pPr>
      <w:r>
        <w:rPr>
          <w:rFonts w:ascii="EB Garamond" w:hAnsi="EB Garamond"/>
          <w:b w:val="0"/>
          <w:i w:val="0"/>
          <w:sz w:val="22"/>
        </w:rPr>
        <w:t>Thank God.</w:t>
      </w:r>
    </w:p>
    <w:p>
      <w:pPr>
        <w:spacing w:before="0" w:after="0" w:line="264" w:lineRule="exact"/>
        <w:ind w:left="0" w:right="0" w:firstLine="0"/>
      </w:pPr>
      <w:r>
        <w:rPr>
          <w:rFonts w:ascii="EB Garamond" w:hAnsi="EB Garamond"/>
          <w:sz w:val="22"/>
        </w:rPr>
        <w:t>“Maybe you’re asking a boyfriend or girlfriend to prove you’re lovable. Maybe you’re asking your parents to prove you’re successful. Maybe you’re asking friends to prove you belong. Maybe you’re asking strangers online to prove you’re attractive.”</w:t>
      </w:r>
    </w:p>
    <w:p>
      <w:pPr>
        <w:spacing w:before="0" w:after="0" w:line="264" w:lineRule="exact"/>
        <w:ind w:left="0" w:right="0" w:firstLine="0"/>
      </w:pPr>
      <w:r>
        <w:rPr>
          <w:rFonts w:ascii="EB Garamond" w:hAnsi="EB Garamond"/>
          <w:b w:val="0"/>
          <w:i w:val="0"/>
          <w:sz w:val="22"/>
        </w:rPr>
        <w:t>Sophie shifted beside the couch.</w:t>
      </w:r>
    </w:p>
    <w:p>
      <w:pPr>
        <w:spacing w:before="0" w:after="0" w:line="264" w:lineRule="exact"/>
        <w:ind w:left="0" w:right="0" w:firstLine="0"/>
      </w:pPr>
      <w:r>
        <w:rPr>
          <w:rFonts w:ascii="EB Garamond" w:hAnsi="EB Garamond"/>
          <w:b w:val="0"/>
          <w:i w:val="0"/>
          <w:sz w:val="22"/>
        </w:rPr>
        <w:t>“Maybe you’re asking your grades to prove you’re smart.”</w:t>
      </w:r>
    </w:p>
    <w:p>
      <w:pPr>
        <w:spacing w:before="0" w:after="0" w:line="264" w:lineRule="exact"/>
        <w:ind w:left="0" w:right="0" w:firstLine="0"/>
      </w:pPr>
      <w:r>
        <w:rPr>
          <w:rFonts w:ascii="EB Garamond" w:hAnsi="EB Garamond"/>
          <w:b w:val="0"/>
          <w:i w:val="0"/>
          <w:sz w:val="22"/>
        </w:rPr>
        <w:t>Maya stared at her hands.</w:t>
      </w:r>
    </w:p>
    <w:p>
      <w:pPr>
        <w:spacing w:before="0" w:after="0" w:line="264" w:lineRule="exact"/>
        <w:ind w:left="0" w:right="0" w:firstLine="0"/>
      </w:pPr>
      <w:r>
        <w:rPr>
          <w:rFonts w:ascii="EB Garamond" w:hAnsi="EB Garamond"/>
          <w:b w:val="0"/>
          <w:i w:val="0"/>
          <w:sz w:val="22"/>
        </w:rPr>
        <w:t>“Or a team to prove you’re talented.”</w:t>
      </w:r>
    </w:p>
    <w:p>
      <w:pPr>
        <w:spacing w:before="0" w:after="0" w:line="264" w:lineRule="exact"/>
        <w:ind w:left="0" w:right="0" w:firstLine="0"/>
      </w:pPr>
      <w:r>
        <w:rPr>
          <w:rFonts w:ascii="EB Garamond" w:hAnsi="EB Garamond"/>
          <w:b w:val="0"/>
          <w:i w:val="0"/>
          <w:sz w:val="22"/>
        </w:rPr>
        <w:t>Lucas stopped smiling.</w:t>
      </w:r>
    </w:p>
    <w:p>
      <w:pPr>
        <w:spacing w:before="0" w:after="0" w:line="264" w:lineRule="exact"/>
        <w:ind w:left="0" w:right="0" w:firstLine="0"/>
      </w:pPr>
      <w:r>
        <w:rPr>
          <w:rFonts w:ascii="EB Garamond" w:hAnsi="EB Garamond"/>
          <w:b w:val="0"/>
          <w:i w:val="0"/>
          <w:sz w:val="22"/>
        </w:rPr>
        <w:t>Elsie’s throat tightened.</w:t>
      </w:r>
    </w:p>
    <w:p>
      <w:pPr>
        <w:spacing w:before="0" w:after="0" w:line="264" w:lineRule="exact"/>
        <w:ind w:left="0" w:right="0" w:firstLine="0"/>
      </w:pPr>
      <w:r>
        <w:rPr>
          <w:rFonts w:ascii="EB Garamond" w:hAnsi="EB Garamond"/>
          <w:b w:val="0"/>
          <w:i w:val="0"/>
          <w:sz w:val="22"/>
        </w:rPr>
        <w:t>“None of those things are bad,” Hannah said. “Wanting people to love you isn’t bad. Wanting to be successful isn’t bad. Wanting to be included isn’t bad.”</w:t>
      </w:r>
    </w:p>
    <w:p>
      <w:pPr>
        <w:spacing w:before="0" w:after="0" w:line="264" w:lineRule="exact"/>
        <w:ind w:left="0" w:right="0" w:firstLine="0"/>
      </w:pPr>
      <w:r>
        <w:rPr>
          <w:rFonts w:ascii="EB Garamond" w:hAnsi="EB Garamond"/>
          <w:b w:val="0"/>
          <w:i w:val="0"/>
          <w:sz w:val="22"/>
        </w:rPr>
        <w:t>She paused.</w:t>
      </w:r>
    </w:p>
    <w:p>
      <w:pPr>
        <w:spacing w:before="0" w:after="0" w:line="264" w:lineRule="exact"/>
        <w:ind w:left="0" w:right="0" w:firstLine="0"/>
      </w:pPr>
      <w:r>
        <w:rPr>
          <w:rFonts w:ascii="EB Garamond" w:hAnsi="EB Garamond"/>
          <w:b w:val="0"/>
          <w:i w:val="0"/>
          <w:sz w:val="22"/>
        </w:rPr>
        <w:t>“The problem is when we give those things authority to tell us who we are.”</w:t>
      </w:r>
    </w:p>
    <w:p>
      <w:pPr>
        <w:spacing w:before="0" w:after="0" w:line="264" w:lineRule="exact"/>
        <w:ind w:left="0" w:right="0" w:firstLine="0"/>
      </w:pPr>
      <w:r>
        <w:rPr>
          <w:rFonts w:ascii="EB Garamond" w:hAnsi="EB Garamond"/>
          <w:b w:val="0"/>
          <w:i w:val="0"/>
          <w:sz w:val="22"/>
        </w:rPr>
        <w:t>Elsie looked down at her Bible.</w:t>
      </w:r>
    </w:p>
    <w:p>
      <w:pPr>
        <w:spacing w:before="0" w:after="0" w:line="264" w:lineRule="exact"/>
        <w:ind w:left="0" w:right="0" w:firstLine="0"/>
      </w:pPr>
      <w:r>
        <w:rPr>
          <w:rFonts w:ascii="EB Garamond" w:hAnsi="EB Garamond"/>
          <w:b w:val="0"/>
          <w:i w:val="0"/>
          <w:sz w:val="22"/>
        </w:rPr>
        <w:t>There it was.</w:t>
      </w:r>
    </w:p>
    <w:p>
      <w:pPr>
        <w:spacing w:before="0" w:after="0" w:line="264" w:lineRule="exact"/>
        <w:ind w:left="0" w:right="0" w:firstLine="0"/>
      </w:pPr>
      <w:r>
        <w:rPr>
          <w:rFonts w:ascii="EB Garamond" w:hAnsi="EB Garamond"/>
          <w:b w:val="0"/>
          <w:i w:val="0"/>
          <w:sz w:val="22"/>
        </w:rPr>
        <w:t>Again.</w:t>
      </w:r>
    </w:p>
    <w:p>
      <w:pPr>
        <w:spacing w:before="0" w:after="0" w:line="264" w:lineRule="exact"/>
        <w:ind w:left="0" w:right="0" w:firstLine="0"/>
      </w:pPr>
      <w:r>
        <w:rPr>
          <w:rFonts w:ascii="EB Garamond" w:hAnsi="EB Garamond"/>
          <w:b w:val="0"/>
          <w:i/>
          <w:sz w:val="22"/>
        </w:rPr>
        <w:t>WHO ARE YOU?</w:t>
      </w:r>
    </w:p>
    <w:p>
      <w:pPr>
        <w:spacing w:before="0" w:after="0" w:line="264" w:lineRule="exact"/>
        <w:ind w:left="0" w:right="0" w:firstLine="0"/>
      </w:pPr>
      <w:r>
        <w:rPr>
          <w:rFonts w:ascii="EB Garamond" w:hAnsi="EB Garamond"/>
          <w:b w:val="0"/>
          <w:i w:val="0"/>
          <w:sz w:val="22"/>
        </w:rPr>
        <w:t xml:space="preserve">Apparently, God and Mrs. Bennett were collaborating. </w:t>
      </w:r>
    </w:p>
    <w:p>
      <w:pPr>
        <w:spacing w:before="0" w:after="0" w:line="264" w:lineRule="exact"/>
        <w:ind w:left="0" w:right="0" w:firstLine="0"/>
      </w:pPr>
      <w:r>
        <w:rPr>
          <w:rFonts w:ascii="EB Garamond" w:hAnsi="EB Garamond"/>
          <w:b w:val="0"/>
          <w:i w:val="0"/>
          <w:sz w:val="22"/>
        </w:rPr>
        <w:t>She didn’t appreciate it.</w:t>
      </w:r>
    </w:p>
    <w:p>
      <w:pPr>
        <w:spacing w:before="0" w:after="0" w:line="264" w:lineRule="exact"/>
        <w:ind w:left="0" w:right="0" w:firstLine="0"/>
      </w:pPr>
      <w:r>
        <w:rPr>
          <w:rFonts w:ascii="EB Garamond" w:hAnsi="EB Garamond"/>
          <w:b w:val="0"/>
          <w:i w:val="0"/>
          <w:sz w:val="22"/>
        </w:rPr>
        <w:t>Hannah continued.</w:t>
      </w:r>
    </w:p>
    <w:p>
      <w:pPr>
        <w:spacing w:before="0" w:after="0" w:line="264" w:lineRule="exact"/>
        <w:ind w:left="0" w:right="0" w:firstLine="0"/>
      </w:pPr>
      <w:r>
        <w:rPr>
          <w:rFonts w:ascii="EB Garamond" w:hAnsi="EB Garamond"/>
          <w:b w:val="0"/>
          <w:i w:val="0"/>
          <w:sz w:val="22"/>
        </w:rPr>
        <w:t>“Leah wanted to be loved by her husband. That’s not some shallow desire we should criticize her for. She was put into a painful situation she didn’t create.”</w:t>
      </w:r>
    </w:p>
    <w:p>
      <w:pPr>
        <w:spacing w:before="0" w:after="0" w:line="264" w:lineRule="exact"/>
        <w:ind w:left="0" w:right="0" w:firstLine="0"/>
      </w:pPr>
      <w:r>
        <w:rPr>
          <w:rFonts w:ascii="EB Garamond" w:hAnsi="EB Garamond"/>
          <w:b w:val="0"/>
          <w:i w:val="0"/>
          <w:sz w:val="22"/>
        </w:rPr>
        <w:t>Elsie appreciated that.</w:t>
      </w:r>
    </w:p>
    <w:p>
      <w:pPr>
        <w:spacing w:before="0" w:after="0" w:line="264" w:lineRule="exact"/>
        <w:ind w:left="0" w:right="0" w:firstLine="0"/>
      </w:pPr>
      <w:r>
        <w:rPr>
          <w:rFonts w:ascii="EB Garamond" w:hAnsi="EB Garamond"/>
          <w:b w:val="0"/>
          <w:i w:val="0"/>
          <w:sz w:val="22"/>
        </w:rPr>
        <w:t>No blaming Leah.</w:t>
      </w:r>
    </w:p>
    <w:p>
      <w:pPr>
        <w:spacing w:before="0" w:after="0" w:line="264" w:lineRule="exact"/>
        <w:ind w:left="0" w:right="0" w:firstLine="0"/>
      </w:pPr>
      <w:r>
        <w:rPr>
          <w:rFonts w:ascii="EB Garamond" w:hAnsi="EB Garamond"/>
          <w:b w:val="0"/>
          <w:i w:val="0"/>
          <w:sz w:val="22"/>
        </w:rPr>
        <w:t>No telling her she should’ve just loved herself more.</w:t>
      </w:r>
    </w:p>
    <w:p>
      <w:pPr>
        <w:spacing w:before="0" w:after="0" w:line="264" w:lineRule="exact"/>
        <w:ind w:left="0" w:right="0" w:firstLine="0"/>
      </w:pPr>
      <w:r>
        <w:rPr>
          <w:rFonts w:ascii="EB Garamond" w:hAnsi="EB Garamond"/>
          <w:b w:val="0"/>
          <w:i w:val="0"/>
          <w:sz w:val="22"/>
        </w:rPr>
        <w:t>“But if another person’s choice becomes the evidence you use to determine your worth, you’re giving a human being a job they were never built to do.”</w:t>
      </w:r>
    </w:p>
    <w:p>
      <w:pPr>
        <w:spacing w:before="0" w:after="0" w:line="264" w:lineRule="exact"/>
        <w:ind w:left="0" w:right="0" w:firstLine="0"/>
      </w:pPr>
      <w:r>
        <w:rPr>
          <w:rFonts w:ascii="EB Garamond" w:hAnsi="EB Garamond"/>
          <w:b w:val="0"/>
          <w:i w:val="0"/>
          <w:sz w:val="22"/>
        </w:rPr>
        <w:t>Elsie stopped breathing for a second.</w:t>
      </w:r>
    </w:p>
    <w:p>
      <w:pPr>
        <w:spacing w:before="0" w:after="0" w:line="264" w:lineRule="exact"/>
        <w:ind w:left="0" w:right="0" w:firstLine="0"/>
      </w:pPr>
      <w:r>
        <w:rPr>
          <w:rFonts w:ascii="EB Garamond" w:hAnsi="EB Garamond"/>
          <w:b w:val="0"/>
          <w:i/>
          <w:sz w:val="22"/>
        </w:rPr>
        <w:t>A human being a job they were never built to do.</w:t>
      </w:r>
    </w:p>
    <w:p>
      <w:pPr>
        <w:spacing w:before="0" w:after="0" w:line="264" w:lineRule="exact"/>
        <w:ind w:left="0" w:right="0" w:firstLine="0"/>
      </w:pPr>
      <w:r>
        <w:rPr>
          <w:rFonts w:ascii="EB Garamond" w:hAnsi="EB Garamond"/>
          <w:b w:val="0"/>
          <w:i w:val="0"/>
          <w:sz w:val="22"/>
        </w:rPr>
        <w:t>She thought about Mason.</w:t>
      </w:r>
    </w:p>
    <w:p>
      <w:pPr>
        <w:spacing w:before="0" w:after="0" w:line="264" w:lineRule="exact"/>
        <w:ind w:left="0" w:right="0" w:firstLine="0"/>
      </w:pPr>
      <w:r>
        <w:rPr>
          <w:rFonts w:ascii="EB Garamond" w:hAnsi="EB Garamond"/>
          <w:b w:val="0"/>
          <w:i w:val="0"/>
          <w:sz w:val="22"/>
        </w:rPr>
        <w:t>Then immediately felt guilty for thinking about Mason.</w:t>
      </w:r>
    </w:p>
    <w:p>
      <w:pPr>
        <w:spacing w:before="0" w:after="0" w:line="264" w:lineRule="exact"/>
        <w:ind w:left="0" w:right="0" w:firstLine="0"/>
      </w:pPr>
      <w:r>
        <w:rPr>
          <w:rFonts w:ascii="EB Garamond" w:hAnsi="EB Garamond"/>
          <w:b w:val="0"/>
          <w:i w:val="0"/>
          <w:sz w:val="22"/>
        </w:rPr>
        <w:t>Hannah must have seen everyone’s faces.</w:t>
      </w:r>
    </w:p>
    <w:p>
      <w:pPr>
        <w:spacing w:before="0" w:after="0" w:line="264" w:lineRule="exact"/>
        <w:ind w:left="0" w:right="0" w:firstLine="0"/>
      </w:pPr>
      <w:r>
        <w:rPr>
          <w:rFonts w:ascii="EB Garamond" w:hAnsi="EB Garamond"/>
          <w:b w:val="0"/>
          <w:i w:val="0"/>
          <w:sz w:val="22"/>
        </w:rPr>
        <w:t>“This isn’t just romantic relationships.”</w:t>
      </w:r>
    </w:p>
    <w:p>
      <w:pPr>
        <w:spacing w:before="0" w:after="0" w:line="264" w:lineRule="exact"/>
        <w:ind w:left="0" w:right="0" w:firstLine="0"/>
      </w:pPr>
      <w:r>
        <w:rPr>
          <w:rFonts w:ascii="EB Garamond" w:hAnsi="EB Garamond"/>
          <w:b w:val="0"/>
          <w:i w:val="0"/>
          <w:sz w:val="22"/>
        </w:rPr>
        <w:t>Thank you.</w:t>
      </w:r>
    </w:p>
    <w:p>
      <w:pPr>
        <w:spacing w:before="0" w:after="0" w:line="264" w:lineRule="exact"/>
        <w:ind w:left="0" w:right="0" w:firstLine="0"/>
      </w:pPr>
      <w:r>
        <w:rPr>
          <w:rFonts w:ascii="EB Garamond" w:hAnsi="EB Garamond"/>
          <w:b w:val="0"/>
          <w:i w:val="0"/>
          <w:sz w:val="22"/>
        </w:rPr>
        <w:t>“Friends do it too.”</w:t>
      </w:r>
    </w:p>
    <w:p>
      <w:pPr>
        <w:spacing w:before="0" w:after="0" w:line="264" w:lineRule="exact"/>
        <w:ind w:left="0" w:right="0" w:firstLine="0"/>
      </w:pPr>
      <w:r>
        <w:rPr>
          <w:rFonts w:ascii="EB Garamond" w:hAnsi="EB Garamond"/>
          <w:b w:val="0"/>
          <w:i w:val="0"/>
          <w:sz w:val="22"/>
        </w:rPr>
        <w:t>Never mind.</w:t>
      </w:r>
    </w:p>
    <w:p>
      <w:pPr>
        <w:spacing w:before="0" w:after="0" w:line="264" w:lineRule="exact"/>
        <w:ind w:left="0" w:right="0" w:firstLine="0"/>
      </w:pPr>
      <w:r>
        <w:rPr>
          <w:rFonts w:ascii="EB Garamond" w:hAnsi="EB Garamond"/>
          <w:b w:val="0"/>
          <w:i w:val="0"/>
          <w:sz w:val="22"/>
        </w:rPr>
        <w:t>Elsie thought about Maddie.</w:t>
      </w:r>
    </w:p>
    <w:p>
      <w:pPr>
        <w:spacing w:before="0" w:after="0" w:line="264" w:lineRule="exact"/>
        <w:ind w:left="0" w:right="0" w:firstLine="0"/>
        <w:jc w:val="left"/>
      </w:pPr>
      <w:r>
        <w:rPr>
          <w:rFonts w:ascii="EB Garamond" w:hAnsi="EB Garamond"/>
          <w:b w:val="0"/>
          <w:i/>
          <w:sz w:val="22"/>
        </w:rPr>
        <w:t>Would it be weird if I went?</w:t>
      </w:r>
    </w:p>
    <w:p>
      <w:pPr>
        <w:spacing w:before="0" w:after="0" w:line="264" w:lineRule="exact"/>
        <w:ind w:left="0" w:right="0" w:firstLine="0"/>
        <w:jc w:val="left"/>
      </w:pPr>
      <w:r>
        <w:rPr>
          <w:rFonts w:ascii="EB Garamond" w:hAnsi="EB Garamond"/>
          <w:b w:val="0"/>
          <w:i/>
          <w:sz w:val="22"/>
        </w:rPr>
        <w:t>A little.</w:t>
      </w:r>
    </w:p>
    <w:p>
      <w:pPr>
        <w:spacing w:before="0" w:after="0" w:line="264" w:lineRule="exact"/>
        <w:ind w:left="0" w:right="0" w:firstLine="0"/>
      </w:pPr>
      <w:r>
        <w:rPr>
          <w:rFonts w:ascii="EB Garamond" w:hAnsi="EB Garamond"/>
          <w:b w:val="0"/>
          <w:i w:val="0"/>
          <w:sz w:val="22"/>
        </w:rPr>
        <w:t>Her stomach tightened.</w:t>
      </w:r>
    </w:p>
    <w:p>
      <w:pPr>
        <w:spacing w:before="0" w:after="0" w:line="264" w:lineRule="exact"/>
        <w:ind w:left="0" w:right="0" w:firstLine="0"/>
      </w:pPr>
      <w:r>
        <w:rPr>
          <w:rFonts w:ascii="EB Garamond" w:hAnsi="EB Garamond"/>
          <w:b w:val="0"/>
          <w:i w:val="0"/>
          <w:sz w:val="22"/>
        </w:rPr>
        <w:t>She’d been carrying those two words around for two days.</w:t>
      </w:r>
    </w:p>
    <w:p>
      <w:pPr>
        <w:spacing w:before="0" w:after="0" w:line="264" w:lineRule="exact"/>
        <w:ind w:left="0" w:right="0" w:firstLine="0"/>
      </w:pPr>
      <w:r>
        <w:rPr>
          <w:rFonts w:ascii="EB Garamond" w:hAnsi="EB Garamond"/>
          <w:b w:val="0"/>
          <w:i/>
          <w:sz w:val="22"/>
        </w:rPr>
        <w:t>A little weird.</w:t>
      </w:r>
    </w:p>
    <w:p>
      <w:pPr>
        <w:spacing w:before="0" w:after="0" w:line="264" w:lineRule="exact"/>
        <w:ind w:left="0" w:right="0" w:firstLine="0"/>
      </w:pPr>
      <w:r>
        <w:rPr>
          <w:rFonts w:ascii="EB Garamond" w:hAnsi="EB Garamond"/>
          <w:b w:val="0"/>
          <w:i w:val="0"/>
          <w:sz w:val="22"/>
        </w:rPr>
        <w:t>Maddie had said she didn’t care.</w:t>
      </w:r>
    </w:p>
    <w:p>
      <w:pPr>
        <w:spacing w:before="0" w:after="0" w:line="264" w:lineRule="exact"/>
        <w:ind w:left="0" w:right="0" w:firstLine="0"/>
      </w:pPr>
      <w:r>
        <w:rPr>
          <w:rFonts w:ascii="EB Garamond" w:hAnsi="EB Garamond"/>
          <w:b w:val="0"/>
          <w:i w:val="0"/>
          <w:sz w:val="22"/>
        </w:rPr>
        <w:t>Elsie decided she did.</w:t>
      </w:r>
    </w:p>
    <w:p>
      <w:pPr>
        <w:spacing w:before="0" w:after="0" w:line="264" w:lineRule="exact"/>
        <w:ind w:left="0" w:right="0" w:firstLine="0"/>
      </w:pPr>
      <w:r>
        <w:rPr>
          <w:rFonts w:ascii="EB Garamond" w:hAnsi="EB Garamond"/>
          <w:b w:val="0"/>
          <w:i w:val="0"/>
          <w:sz w:val="22"/>
        </w:rPr>
        <w:t>And even if Maddie did…</w:t>
      </w:r>
    </w:p>
    <w:p>
      <w:pPr>
        <w:spacing w:before="0" w:after="0" w:line="264" w:lineRule="exact"/>
        <w:ind w:left="0" w:right="0" w:firstLine="0"/>
      </w:pPr>
      <w:r>
        <w:rPr>
          <w:rFonts w:ascii="EB Garamond" w:hAnsi="EB Garamond"/>
          <w:b w:val="0"/>
          <w:i w:val="0"/>
          <w:sz w:val="22"/>
        </w:rPr>
        <w:t>Why did that get to decide anything?</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After the discussion, everyone scattered.</w:t>
      </w:r>
    </w:p>
    <w:p>
      <w:pPr>
        <w:spacing w:before="0" w:after="0" w:line="264" w:lineRule="exact"/>
        <w:ind w:left="0" w:right="0" w:firstLine="0"/>
      </w:pPr>
      <w:r>
        <w:rPr>
          <w:rFonts w:ascii="EB Garamond" w:hAnsi="EB Garamond"/>
          <w:b w:val="0"/>
          <w:i w:val="0"/>
          <w:sz w:val="22"/>
        </w:rPr>
        <w:t>Some went for more pizza.</w:t>
      </w:r>
    </w:p>
    <w:p>
      <w:pPr>
        <w:spacing w:before="0" w:after="0" w:line="264" w:lineRule="exact"/>
        <w:ind w:left="0" w:right="0" w:firstLine="0"/>
      </w:pPr>
      <w:r>
        <w:rPr>
          <w:rFonts w:ascii="EB Garamond" w:hAnsi="EB Garamond"/>
          <w:b w:val="0"/>
          <w:i w:val="0"/>
          <w:sz w:val="22"/>
        </w:rPr>
        <w:t>Lucas and Maya started arguing over music.</w:t>
      </w:r>
    </w:p>
    <w:p>
      <w:pPr>
        <w:spacing w:before="0" w:after="0" w:line="264" w:lineRule="exact"/>
        <w:ind w:left="0" w:right="0" w:firstLine="0"/>
      </w:pPr>
      <w:r>
        <w:rPr>
          <w:rFonts w:ascii="EB Garamond" w:hAnsi="EB Garamond"/>
          <w:b w:val="0"/>
          <w:i w:val="0"/>
          <w:sz w:val="22"/>
        </w:rPr>
        <w:t>Nora disappeared upstairs to find a charger.</w:t>
      </w:r>
    </w:p>
    <w:p>
      <w:pPr>
        <w:spacing w:before="0" w:after="0" w:line="264" w:lineRule="exact"/>
        <w:ind w:left="0" w:right="0" w:firstLine="0"/>
      </w:pPr>
      <w:r>
        <w:rPr>
          <w:rFonts w:ascii="EB Garamond" w:hAnsi="EB Garamond"/>
          <w:b w:val="0"/>
          <w:i w:val="0"/>
          <w:sz w:val="22"/>
        </w:rPr>
        <w:t>Elsie stayed on the floor with her Bible.</w:t>
      </w:r>
    </w:p>
    <w:p>
      <w:pPr>
        <w:spacing w:before="0" w:after="0" w:line="264" w:lineRule="exact"/>
        <w:ind w:left="0" w:right="0" w:firstLine="0"/>
      </w:pPr>
      <w:r>
        <w:rPr>
          <w:rFonts w:ascii="EB Garamond" w:hAnsi="EB Garamond"/>
          <w:b w:val="0"/>
          <w:i w:val="0"/>
          <w:sz w:val="22"/>
        </w:rPr>
        <w:t>Sophie was beside her.</w:t>
      </w:r>
    </w:p>
    <w:p>
      <w:pPr>
        <w:spacing w:before="0" w:after="0" w:line="264" w:lineRule="exact"/>
        <w:ind w:left="0" w:right="0" w:firstLine="0"/>
      </w:pPr>
      <w:r>
        <w:rPr>
          <w:rFonts w:ascii="EB Garamond" w:hAnsi="EB Garamond"/>
          <w:b w:val="0"/>
          <w:i w:val="0"/>
          <w:sz w:val="22"/>
        </w:rPr>
        <w:t>For several seconds, neither spoke.</w:t>
      </w:r>
    </w:p>
    <w:p>
      <w:pPr>
        <w:spacing w:before="0" w:after="0" w:line="264" w:lineRule="exact"/>
        <w:ind w:left="0" w:right="0" w:firstLine="0"/>
      </w:pPr>
      <w:r>
        <w:rPr>
          <w:rFonts w:ascii="EB Garamond" w:hAnsi="EB Garamond"/>
          <w:b w:val="0"/>
          <w:i w:val="0"/>
          <w:sz w:val="22"/>
        </w:rPr>
        <w:t>Then Sophie said, “I hate Leah.”</w:t>
      </w:r>
    </w:p>
    <w:p>
      <w:pPr>
        <w:spacing w:before="0" w:after="0" w:line="264" w:lineRule="exact"/>
        <w:ind w:left="0" w:right="0" w:firstLine="0"/>
      </w:pPr>
      <w:r>
        <w:rPr>
          <w:rFonts w:ascii="EB Garamond" w:hAnsi="EB Garamond"/>
          <w:b w:val="0"/>
          <w:i w:val="0"/>
          <w:sz w:val="22"/>
        </w:rPr>
        <w:t>Elsie looked at her.</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“Not her.”</w:t>
      </w:r>
    </w:p>
    <w:p>
      <w:pPr>
        <w:spacing w:before="0" w:after="0" w:line="264" w:lineRule="exact"/>
        <w:ind w:left="0" w:right="0" w:firstLine="0"/>
      </w:pPr>
      <w:r>
        <w:rPr>
          <w:rFonts w:ascii="EB Garamond" w:hAnsi="EB Garamond"/>
          <w:b w:val="0"/>
          <w:i w:val="0"/>
          <w:sz w:val="22"/>
        </w:rPr>
        <w:t>Sophie shook her head.</w:t>
      </w:r>
    </w:p>
    <w:p>
      <w:pPr>
        <w:spacing w:before="0" w:after="0" w:line="264" w:lineRule="exact"/>
        <w:ind w:left="0" w:right="0" w:firstLine="0"/>
      </w:pPr>
      <w:r>
        <w:rPr>
          <w:rFonts w:ascii="EB Garamond" w:hAnsi="EB Garamond"/>
          <w:b w:val="0"/>
          <w:i w:val="0"/>
          <w:sz w:val="22"/>
        </w:rPr>
        <w:t>“I hate how much I get her.”</w:t>
      </w:r>
    </w:p>
    <w:p>
      <w:pPr>
        <w:spacing w:before="0" w:after="0" w:line="264" w:lineRule="exact"/>
        <w:ind w:left="0" w:right="0" w:firstLine="0"/>
      </w:pPr>
      <w:r>
        <w:rPr>
          <w:rFonts w:ascii="EB Garamond" w:hAnsi="EB Garamond"/>
          <w:b w:val="0"/>
          <w:i w:val="0"/>
          <w:sz w:val="22"/>
        </w:rPr>
        <w:t>Elsie smiled slightly.</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Sophie pulled her knees toward her chest.</w:t>
      </w:r>
    </w:p>
    <w:p>
      <w:pPr>
        <w:spacing w:before="0" w:after="0" w:line="264" w:lineRule="exact"/>
        <w:ind w:left="0" w:right="0" w:firstLine="0"/>
      </w:pPr>
      <w:r>
        <w:rPr>
          <w:rFonts w:ascii="EB Garamond" w:hAnsi="EB Garamond"/>
          <w:b w:val="0"/>
          <w:i w:val="0"/>
          <w:sz w:val="22"/>
        </w:rPr>
        <w:t>“You know what’s messed up?”</w:t>
      </w:r>
    </w:p>
    <w:p>
      <w:pPr>
        <w:spacing w:before="0" w:after="0" w:line="264" w:lineRule="exact"/>
        <w:ind w:left="0" w:right="0" w:firstLine="0"/>
      </w:pPr>
      <w:r>
        <w:rPr>
          <w:rFonts w:ascii="EB Garamond" w:hAnsi="EB Garamond"/>
          <w:b w:val="0"/>
          <w:i w:val="0"/>
          <w:sz w:val="22"/>
        </w:rPr>
        <w:t>“Probably a lot.”</w:t>
      </w:r>
    </w:p>
    <w:p>
      <w:pPr>
        <w:spacing w:before="0" w:after="0" w:line="264" w:lineRule="exact"/>
        <w:ind w:left="0" w:right="0" w:firstLine="0"/>
      </w:pPr>
      <w:r>
        <w:rPr>
          <w:rFonts w:ascii="EB Garamond" w:hAnsi="EB Garamond"/>
          <w:b w:val="0"/>
          <w:i w:val="0"/>
          <w:sz w:val="22"/>
        </w:rPr>
        <w:t>Sophie laughed.</w:t>
      </w:r>
    </w:p>
    <w:p>
      <w:pPr>
        <w:spacing w:before="0" w:after="0" w:line="264" w:lineRule="exact"/>
        <w:ind w:left="0" w:right="0" w:firstLine="0"/>
      </w:pPr>
      <w:r>
        <w:rPr>
          <w:rFonts w:ascii="EB Garamond" w:hAnsi="EB Garamond"/>
          <w:b w:val="0"/>
          <w:i w:val="0"/>
          <w:sz w:val="22"/>
        </w:rPr>
        <w:t>“I have eighty-three thousand followers.”</w:t>
      </w:r>
    </w:p>
    <w:p>
      <w:pPr>
        <w:spacing w:before="0" w:after="0" w:line="264" w:lineRule="exact"/>
        <w:ind w:left="0" w:right="0" w:firstLine="0"/>
      </w:pPr>
      <w:r>
        <w:rPr>
          <w:rFonts w:ascii="EB Garamond" w:hAnsi="EB Garamond"/>
          <w:b w:val="0"/>
          <w:i w:val="0"/>
          <w:sz w:val="22"/>
        </w:rPr>
        <w:t>Elsie pretended she didn’t know that.</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Sophie looked at her.</w:t>
      </w:r>
    </w:p>
    <w:p>
      <w:pPr>
        <w:spacing w:before="0" w:after="0" w:line="264" w:lineRule="exact"/>
        <w:ind w:left="0" w:right="0" w:firstLine="0"/>
      </w:pPr>
      <w:r>
        <w:rPr>
          <w:rFonts w:ascii="EB Garamond" w:hAnsi="EB Garamond"/>
          <w:b w:val="0"/>
          <w:i w:val="0"/>
          <w:sz w:val="22"/>
        </w:rPr>
        <w:t>“You knew.”</w:t>
      </w:r>
    </w:p>
    <w:p>
      <w:pPr>
        <w:spacing w:before="0" w:after="0" w:line="264" w:lineRule="exact"/>
        <w:ind w:left="0" w:right="0" w:firstLine="0"/>
      </w:pPr>
      <w:r>
        <w:rPr>
          <w:rFonts w:ascii="EB Garamond" w:hAnsi="EB Garamond"/>
          <w:b w:val="0"/>
          <w:i w:val="0"/>
          <w:sz w:val="22"/>
        </w:rPr>
        <w:t>“Absolutely.”</w:t>
      </w:r>
    </w:p>
    <w:p>
      <w:pPr>
        <w:spacing w:before="0" w:after="0" w:line="264" w:lineRule="exact"/>
        <w:ind w:left="0" w:right="0" w:firstLine="0"/>
      </w:pPr>
      <w:r>
        <w:rPr>
          <w:rFonts w:ascii="EB Garamond" w:hAnsi="EB Garamond"/>
          <w:b w:val="0"/>
          <w:i w:val="0"/>
          <w:sz w:val="22"/>
        </w:rPr>
        <w:t>They both laughed.</w:t>
      </w:r>
    </w:p>
    <w:p>
      <w:pPr>
        <w:spacing w:before="0" w:after="0" w:line="264" w:lineRule="exact"/>
        <w:ind w:left="0" w:right="0" w:firstLine="0"/>
      </w:pPr>
      <w:r>
        <w:rPr>
          <w:rFonts w:ascii="EB Garamond" w:hAnsi="EB Garamond"/>
          <w:b w:val="0"/>
          <w:i w:val="0"/>
          <w:sz w:val="22"/>
        </w:rPr>
        <w:t>“I know that’s not, like, famous.”</w:t>
      </w:r>
    </w:p>
    <w:p>
      <w:pPr>
        <w:spacing w:before="0" w:after="0" w:line="264" w:lineRule="exact"/>
        <w:ind w:left="0" w:right="0" w:firstLine="0"/>
      </w:pPr>
      <w:r>
        <w:rPr>
          <w:rFonts w:ascii="EB Garamond" w:hAnsi="EB Garamond"/>
          <w:b w:val="0"/>
          <w:i w:val="0"/>
          <w:sz w:val="22"/>
        </w:rPr>
        <w:t>“It’s more than I have.”</w:t>
      </w:r>
    </w:p>
    <w:p>
      <w:pPr>
        <w:spacing w:before="0" w:after="0" w:line="264" w:lineRule="exact"/>
        <w:ind w:left="0" w:right="0" w:firstLine="0"/>
      </w:pPr>
      <w:r>
        <w:rPr>
          <w:rFonts w:ascii="EB Garamond" w:hAnsi="EB Garamond"/>
          <w:b w:val="0"/>
          <w:i w:val="0"/>
          <w:sz w:val="22"/>
        </w:rPr>
        <w:t>“How many do you have?”</w:t>
      </w:r>
    </w:p>
    <w:p>
      <w:pPr>
        <w:spacing w:before="0" w:after="0" w:line="264" w:lineRule="exact"/>
        <w:ind w:left="0" w:right="0" w:firstLine="0"/>
      </w:pPr>
      <w:r>
        <w:rPr>
          <w:rFonts w:ascii="EB Garamond" w:hAnsi="EB Garamond"/>
          <w:b w:val="0"/>
          <w:i w:val="0"/>
          <w:sz w:val="22"/>
        </w:rPr>
        <w:t>“Eight hundred.”</w:t>
      </w:r>
    </w:p>
    <w:p>
      <w:pPr>
        <w:spacing w:before="0" w:after="0" w:line="264" w:lineRule="exact"/>
        <w:ind w:left="0" w:right="0" w:firstLine="0"/>
      </w:pPr>
      <w:r>
        <w:rPr>
          <w:rFonts w:ascii="EB Garamond" w:hAnsi="EB Garamond"/>
          <w:b w:val="0"/>
          <w:i w:val="0"/>
          <w:sz w:val="22"/>
        </w:rPr>
        <w:t>“That’s healthier.”</w:t>
      </w:r>
    </w:p>
    <w:p>
      <w:pPr>
        <w:spacing w:before="0" w:after="0" w:line="264" w:lineRule="exact"/>
        <w:ind w:left="0" w:right="0" w:firstLine="0"/>
      </w:pPr>
      <w:r>
        <w:rPr>
          <w:rFonts w:ascii="EB Garamond" w:hAnsi="EB Garamond"/>
          <w:b w:val="0"/>
          <w:i w:val="0"/>
          <w:sz w:val="22"/>
        </w:rPr>
        <w:t>“Seven hundred of them are probably bots.”</w:t>
      </w:r>
    </w:p>
    <w:p>
      <w:pPr>
        <w:spacing w:before="0" w:after="0" w:line="264" w:lineRule="exact"/>
        <w:ind w:left="0" w:right="0" w:firstLine="0"/>
      </w:pPr>
      <w:r>
        <w:rPr>
          <w:rFonts w:ascii="EB Garamond" w:hAnsi="EB Garamond"/>
          <w:b w:val="0"/>
          <w:i w:val="0"/>
          <w:sz w:val="22"/>
        </w:rPr>
        <w:t>Sophie smiled.</w:t>
      </w:r>
    </w:p>
    <w:p>
      <w:pPr>
        <w:spacing w:before="0" w:after="0" w:line="264" w:lineRule="exact"/>
        <w:ind w:left="0" w:right="0" w:firstLine="0"/>
      </w:pPr>
      <w:r>
        <w:rPr>
          <w:rFonts w:ascii="EB Garamond" w:hAnsi="EB Garamond"/>
          <w:b w:val="0"/>
          <w:i w:val="0"/>
          <w:sz w:val="22"/>
        </w:rPr>
        <w:t>Then she looked down.</w:t>
      </w:r>
    </w:p>
    <w:p>
      <w:pPr>
        <w:spacing w:before="0" w:after="0" w:line="264" w:lineRule="exact"/>
        <w:ind w:left="0" w:right="0" w:firstLine="0"/>
      </w:pPr>
      <w:r>
        <w:rPr>
          <w:rFonts w:ascii="EB Garamond" w:hAnsi="EB Garamond"/>
          <w:b w:val="0"/>
          <w:i w:val="0"/>
          <w:sz w:val="22"/>
        </w:rPr>
        <w:t>“I posted a video last month that got nine hundred thousand views.”</w:t>
      </w:r>
    </w:p>
    <w:p>
      <w:pPr>
        <w:spacing w:before="0" w:after="0" w:line="264" w:lineRule="exact"/>
        <w:ind w:left="0" w:right="0" w:firstLine="0"/>
      </w:pPr>
      <w:r>
        <w:rPr>
          <w:rFonts w:ascii="EB Garamond" w:hAnsi="EB Garamond"/>
          <w:b w:val="0"/>
          <w:i w:val="0"/>
          <w:sz w:val="22"/>
        </w:rPr>
        <w:t>Elsie’s eyes widened.</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“That’s insane.”</w:t>
      </w:r>
    </w:p>
    <w:p>
      <w:pPr>
        <w:spacing w:before="0" w:after="0" w:line="264" w:lineRule="exact"/>
        <w:ind w:left="0" w:right="0" w:firstLine="0"/>
      </w:pPr>
      <w:r>
        <w:rPr>
          <w:rFonts w:ascii="EB Garamond" w:hAnsi="EB Garamond"/>
          <w:b w:val="0"/>
          <w:i w:val="0"/>
          <w:sz w:val="22"/>
        </w:rPr>
        <w:t>“It was.”</w:t>
      </w:r>
    </w:p>
    <w:p>
      <w:pPr>
        <w:spacing w:before="0" w:after="0" w:line="264" w:lineRule="exact"/>
        <w:ind w:left="0" w:right="0" w:firstLine="0"/>
      </w:pPr>
      <w:r>
        <w:rPr>
          <w:rFonts w:ascii="EB Garamond" w:hAnsi="EB Garamond"/>
          <w:b w:val="0"/>
          <w:i w:val="0"/>
          <w:sz w:val="22"/>
        </w:rPr>
        <w:t>Sophie twisted a ring around her finger.</w:t>
      </w:r>
    </w:p>
    <w:p>
      <w:pPr>
        <w:spacing w:before="0" w:after="0" w:line="264" w:lineRule="exact"/>
        <w:ind w:left="0" w:right="0" w:firstLine="0"/>
      </w:pPr>
      <w:r>
        <w:rPr>
          <w:rFonts w:ascii="EB Garamond" w:hAnsi="EB Garamond"/>
          <w:b w:val="0"/>
          <w:i w:val="0"/>
          <w:sz w:val="22"/>
        </w:rPr>
        <w:t>“And then the next one got twelve thousand.”</w:t>
      </w:r>
    </w:p>
    <w:p>
      <w:pPr>
        <w:spacing w:before="0" w:after="0" w:line="264" w:lineRule="exact"/>
        <w:ind w:left="0" w:right="0" w:firstLine="0"/>
      </w:pPr>
      <w:r>
        <w:rPr>
          <w:rFonts w:ascii="EB Garamond" w:hAnsi="EB Garamond"/>
          <w:b w:val="0"/>
          <w:i w:val="0"/>
          <w:sz w:val="22"/>
        </w:rPr>
        <w:t>Elsie waited.</w:t>
      </w:r>
    </w:p>
    <w:p>
      <w:pPr>
        <w:spacing w:before="0" w:after="0" w:line="264" w:lineRule="exact"/>
        <w:ind w:left="0" w:right="0" w:firstLine="0"/>
      </w:pPr>
      <w:r>
        <w:rPr>
          <w:rFonts w:ascii="EB Garamond" w:hAnsi="EB Garamond"/>
          <w:b w:val="0"/>
          <w:i w:val="0"/>
          <w:sz w:val="22"/>
        </w:rPr>
        <w:t>“I cried.”</w:t>
      </w:r>
    </w:p>
    <w:p>
      <w:pPr>
        <w:spacing w:before="0" w:after="0" w:line="264" w:lineRule="exact"/>
        <w:ind w:left="0" w:right="0" w:firstLine="0"/>
      </w:pPr>
      <w:r>
        <w:rPr>
          <w:rFonts w:ascii="EB Garamond" w:hAnsi="EB Garamond"/>
          <w:b w:val="0"/>
          <w:i w:val="0"/>
          <w:sz w:val="22"/>
        </w:rPr>
        <w:t>Elsie didn’t laugh.</w:t>
      </w:r>
    </w:p>
    <w:p>
      <w:pPr>
        <w:spacing w:before="0" w:after="0" w:line="264" w:lineRule="exact"/>
        <w:ind w:left="0" w:right="0" w:firstLine="0"/>
      </w:pPr>
      <w:r>
        <w:rPr>
          <w:rFonts w:ascii="EB Garamond" w:hAnsi="EB Garamond"/>
          <w:b w:val="0"/>
          <w:i w:val="0"/>
          <w:sz w:val="22"/>
        </w:rPr>
        <w:t>“I literally sat in my bathroom and cried because twelve thousand people watched something I made.”</w:t>
      </w:r>
    </w:p>
    <w:p>
      <w:pPr>
        <w:spacing w:before="0" w:after="0" w:line="264" w:lineRule="exact"/>
        <w:ind w:left="0" w:right="0" w:firstLine="0"/>
      </w:pPr>
      <w:r>
        <w:rPr>
          <w:rFonts w:ascii="EB Garamond" w:hAnsi="EB Garamond"/>
          <w:b w:val="0"/>
          <w:i w:val="0"/>
          <w:sz w:val="22"/>
        </w:rPr>
        <w:t>She shook her head.</w:t>
      </w:r>
    </w:p>
    <w:p>
      <w:pPr>
        <w:spacing w:before="0" w:after="0" w:line="264" w:lineRule="exact"/>
        <w:ind w:left="0" w:right="0" w:firstLine="0"/>
      </w:pPr>
      <w:r>
        <w:rPr>
          <w:rFonts w:ascii="EB Garamond" w:hAnsi="EB Garamond"/>
          <w:b w:val="0"/>
          <w:i w:val="0"/>
          <w:sz w:val="22"/>
        </w:rPr>
        <w:t>“Do you know how insane that is?”</w:t>
      </w:r>
    </w:p>
    <w:p>
      <w:pPr>
        <w:spacing w:before="0" w:after="0" w:line="264" w:lineRule="exact"/>
        <w:ind w:left="0" w:right="0" w:firstLine="0"/>
      </w:pPr>
      <w:r>
        <w:rPr>
          <w:rFonts w:ascii="EB Garamond" w:hAnsi="EB Garamond"/>
          <w:b w:val="0"/>
          <w:i w:val="0"/>
          <w:sz w:val="22"/>
        </w:rPr>
        <w:t>Elsie thought about thirty-eight likes on Nora’s sunset.</w:t>
      </w:r>
    </w:p>
    <w:p>
      <w:pPr>
        <w:spacing w:before="0" w:after="0" w:line="264" w:lineRule="exact"/>
        <w:ind w:left="0" w:right="0" w:firstLine="0"/>
      </w:pPr>
      <w:r>
        <w:rPr>
          <w:rFonts w:ascii="EB Garamond" w:hAnsi="EB Garamond"/>
          <w:b w:val="0"/>
          <w:i w:val="0"/>
          <w:sz w:val="22"/>
        </w:rPr>
        <w:t>Thirty-nine after hers.</w:t>
      </w:r>
    </w:p>
    <w:p>
      <w:pPr>
        <w:spacing w:before="0" w:after="0" w:line="264" w:lineRule="exact"/>
        <w:ind w:left="0" w:right="0" w:firstLine="0"/>
      </w:pPr>
      <w:r>
        <w:rPr>
          <w:rFonts w:ascii="EB Garamond" w:hAnsi="EB Garamond"/>
          <w:b w:val="0"/>
          <w:i w:val="0"/>
          <w:sz w:val="22"/>
        </w:rPr>
        <w:t>“I don’t think that’s insane.”</w:t>
      </w:r>
    </w:p>
    <w:p>
      <w:pPr>
        <w:spacing w:before="0" w:after="0" w:line="264" w:lineRule="exact"/>
        <w:ind w:left="0" w:right="0" w:firstLine="0"/>
      </w:pPr>
      <w:r>
        <w:rPr>
          <w:rFonts w:ascii="EB Garamond" w:hAnsi="EB Garamond"/>
          <w:b w:val="0"/>
          <w:i w:val="0"/>
          <w:sz w:val="22"/>
        </w:rPr>
        <w:t>Sophie looked at her.</w:t>
      </w:r>
    </w:p>
    <w:p>
      <w:pPr>
        <w:spacing w:before="0" w:after="0" w:line="264" w:lineRule="exact"/>
        <w:ind w:left="0" w:right="0" w:firstLine="0"/>
      </w:pPr>
      <w:r>
        <w:rPr>
          <w:rFonts w:ascii="EB Garamond" w:hAnsi="EB Garamond"/>
          <w:b w:val="0"/>
          <w:i w:val="0"/>
          <w:sz w:val="22"/>
        </w:rPr>
        <w:t>“I do.”</w:t>
      </w:r>
    </w:p>
    <w:p>
      <w:pPr>
        <w:spacing w:before="0" w:after="0" w:line="264" w:lineRule="exact"/>
        <w:ind w:left="0" w:right="0" w:firstLine="0"/>
      </w:pPr>
      <w:r>
        <w:rPr>
          <w:rFonts w:ascii="EB Garamond" w:hAnsi="EB Garamond"/>
          <w:b w:val="0"/>
          <w:i w:val="0"/>
          <w:sz w:val="22"/>
        </w:rPr>
        <w:t>“Why?”</w:t>
      </w:r>
    </w:p>
    <w:p>
      <w:pPr>
        <w:spacing w:before="0" w:after="0" w:line="264" w:lineRule="exact"/>
        <w:ind w:left="0" w:right="0" w:firstLine="0"/>
      </w:pPr>
      <w:r>
        <w:rPr>
          <w:rFonts w:ascii="EB Garamond" w:hAnsi="EB Garamond"/>
          <w:b w:val="0"/>
          <w:i w:val="0"/>
          <w:sz w:val="22"/>
        </w:rPr>
        <w:t>“Because twelve thousand people is a lot of people.”</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“But it felt like nobody because the number before it was bigger.”</w:t>
      </w:r>
    </w:p>
    <w:p>
      <w:pPr>
        <w:spacing w:before="0" w:after="0" w:line="264" w:lineRule="exact"/>
        <w:ind w:left="0" w:right="0" w:firstLine="0"/>
      </w:pPr>
      <w:r>
        <w:rPr>
          <w:rFonts w:ascii="EB Garamond" w:hAnsi="EB Garamond"/>
          <w:b w:val="0"/>
          <w:i w:val="0"/>
          <w:sz w:val="22"/>
        </w:rPr>
        <w:t>Elsie swallowed.</w:t>
      </w:r>
    </w:p>
    <w:p>
      <w:pPr>
        <w:spacing w:before="0" w:after="0" w:line="264" w:lineRule="exact"/>
        <w:ind w:left="0" w:right="0" w:firstLine="0"/>
      </w:pPr>
      <w:r>
        <w:rPr>
          <w:rFonts w:ascii="EB Garamond" w:hAnsi="EB Garamond"/>
          <w:b w:val="0"/>
          <w:i w:val="0"/>
          <w:sz w:val="22"/>
        </w:rPr>
        <w:t>There it was.</w:t>
      </w:r>
    </w:p>
    <w:p>
      <w:pPr>
        <w:spacing w:before="0" w:after="0" w:line="264" w:lineRule="exact"/>
        <w:ind w:left="0" w:right="0" w:firstLine="0"/>
      </w:pPr>
      <w:r>
        <w:rPr>
          <w:rFonts w:ascii="EB Garamond" w:hAnsi="EB Garamond"/>
          <w:b w:val="0"/>
          <w:i w:val="0"/>
          <w:sz w:val="22"/>
        </w:rPr>
        <w:t>Rachel.</w:t>
      </w:r>
    </w:p>
    <w:p>
      <w:pPr>
        <w:spacing w:before="0" w:after="0" w:line="264" w:lineRule="exact"/>
        <w:ind w:left="0" w:right="0" w:firstLine="0"/>
      </w:pPr>
      <w:r>
        <w:rPr>
          <w:rFonts w:ascii="EB Garamond" w:hAnsi="EB Garamond"/>
          <w:b w:val="0"/>
          <w:i w:val="0"/>
          <w:sz w:val="22"/>
        </w:rPr>
        <w:t>Not a person.</w:t>
      </w:r>
    </w:p>
    <w:p>
      <w:pPr>
        <w:spacing w:before="0" w:after="0" w:line="264" w:lineRule="exact"/>
        <w:ind w:left="0" w:right="0" w:firstLine="0"/>
      </w:pPr>
      <w:r>
        <w:rPr>
          <w:rFonts w:ascii="EB Garamond" w:hAnsi="EB Garamond"/>
          <w:b w:val="0"/>
          <w:i w:val="0"/>
          <w:sz w:val="22"/>
        </w:rPr>
        <w:t>A number.</w:t>
      </w:r>
    </w:p>
    <w:p>
      <w:pPr>
        <w:spacing w:before="0" w:after="0" w:line="264" w:lineRule="exact"/>
        <w:ind w:left="0" w:right="0" w:firstLine="0"/>
      </w:pPr>
      <w:r>
        <w:rPr>
          <w:rFonts w:ascii="EB Garamond" w:hAnsi="EB Garamond"/>
          <w:b w:val="0"/>
          <w:i w:val="0"/>
          <w:sz w:val="22"/>
        </w:rPr>
        <w:t>Something beside you that made what you had look smaller.</w:t>
      </w:r>
    </w:p>
    <w:p>
      <w:pPr>
        <w:spacing w:before="0" w:after="0" w:line="264" w:lineRule="exact"/>
        <w:ind w:left="0" w:right="0" w:firstLine="0"/>
      </w:pPr>
      <w:r>
        <w:rPr>
          <w:rFonts w:ascii="EB Garamond" w:hAnsi="EB Garamond"/>
          <w:b w:val="0"/>
          <w:i w:val="0"/>
          <w:sz w:val="22"/>
        </w:rPr>
        <w:t>“And then I started looking at other girls’ accounts. People with a million followers. Two million. Girls younger than me getting brand deals.”</w:t>
      </w:r>
    </w:p>
    <w:p>
      <w:pPr>
        <w:spacing w:before="0" w:after="0" w:line="264" w:lineRule="exact"/>
        <w:ind w:left="0" w:right="0" w:firstLine="0"/>
      </w:pPr>
      <w:r>
        <w:rPr>
          <w:rFonts w:ascii="EB Garamond" w:hAnsi="EB Garamond"/>
          <w:b w:val="0"/>
          <w:i w:val="0"/>
          <w:sz w:val="22"/>
        </w:rPr>
        <w:t>She laughed, but there wasn’t anything funny in it.</w:t>
      </w:r>
    </w:p>
    <w:p>
      <w:pPr>
        <w:spacing w:before="0" w:after="0" w:line="264" w:lineRule="exact"/>
        <w:ind w:left="0" w:right="0" w:firstLine="0"/>
      </w:pPr>
      <w:r>
        <w:rPr>
          <w:rFonts w:ascii="EB Garamond" w:hAnsi="EB Garamond"/>
          <w:b w:val="0"/>
          <w:i w:val="0"/>
          <w:sz w:val="22"/>
        </w:rPr>
        <w:t>“I started hating my face.”</w:t>
      </w:r>
    </w:p>
    <w:p>
      <w:pPr>
        <w:spacing w:before="0" w:after="0" w:line="264" w:lineRule="exact"/>
        <w:ind w:left="0" w:right="0" w:firstLine="0"/>
      </w:pPr>
      <w:r>
        <w:rPr>
          <w:rFonts w:ascii="EB Garamond" w:hAnsi="EB Garamond"/>
          <w:b w:val="0"/>
          <w:i w:val="0"/>
          <w:sz w:val="22"/>
        </w:rPr>
        <w:t>Elsie looked at her.</w:t>
      </w:r>
    </w:p>
    <w:p>
      <w:pPr>
        <w:spacing w:before="0" w:after="0" w:line="264" w:lineRule="exact"/>
        <w:ind w:left="0" w:right="0" w:firstLine="0"/>
      </w:pPr>
      <w:r>
        <w:rPr>
          <w:rFonts w:ascii="EB Garamond" w:hAnsi="EB Garamond"/>
          <w:b w:val="0"/>
          <w:i w:val="0"/>
          <w:sz w:val="22"/>
        </w:rPr>
        <w:t>That felt impossible.</w:t>
      </w:r>
    </w:p>
    <w:p>
      <w:pPr>
        <w:spacing w:before="0" w:after="0" w:line="264" w:lineRule="exact"/>
        <w:ind w:left="0" w:right="0" w:firstLine="0"/>
      </w:pPr>
      <w:r>
        <w:rPr>
          <w:rFonts w:ascii="EB Garamond" w:hAnsi="EB Garamond"/>
          <w:b w:val="0"/>
          <w:i w:val="0"/>
          <w:sz w:val="22"/>
        </w:rPr>
        <w:t>“You?”</w:t>
      </w:r>
    </w:p>
    <w:p>
      <w:pPr>
        <w:spacing w:before="0" w:after="0" w:line="264" w:lineRule="exact"/>
        <w:ind w:left="0" w:right="0" w:firstLine="0"/>
      </w:pPr>
      <w:r>
        <w:rPr>
          <w:rFonts w:ascii="EB Garamond" w:hAnsi="EB Garamond"/>
          <w:b w:val="0"/>
          <w:i w:val="0"/>
          <w:sz w:val="22"/>
        </w:rPr>
        <w:t>Sophie smiled.</w:t>
      </w:r>
    </w:p>
    <w:p>
      <w:pPr>
        <w:spacing w:before="0" w:after="0" w:line="264" w:lineRule="exact"/>
        <w:ind w:left="0" w:right="0" w:firstLine="0"/>
      </w:pPr>
      <w:r>
        <w:rPr>
          <w:rFonts w:ascii="EB Garamond" w:hAnsi="EB Garamond"/>
          <w:b w:val="0"/>
          <w:i w:val="0"/>
          <w:sz w:val="22"/>
        </w:rPr>
        <w:t>“There it is.”</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“The face.”</w:t>
      </w:r>
    </w:p>
    <w:p>
      <w:pPr>
        <w:spacing w:before="0" w:after="0" w:line="264" w:lineRule="exact"/>
        <w:ind w:left="0" w:right="0" w:firstLine="0"/>
      </w:pPr>
      <w:r>
        <w:rPr>
          <w:rFonts w:ascii="EB Garamond" w:hAnsi="EB Garamond"/>
          <w:b w:val="0"/>
          <w:i w:val="0"/>
          <w:sz w:val="22"/>
        </w:rPr>
        <w:t>Apparently everyone knew about Elsie’s face now.</w:t>
      </w:r>
    </w:p>
    <w:p>
      <w:pPr>
        <w:spacing w:before="0" w:after="0" w:line="264" w:lineRule="exact"/>
        <w:ind w:left="0" w:right="0" w:firstLine="0"/>
      </w:pPr>
      <w:r>
        <w:rPr>
          <w:rFonts w:ascii="EB Garamond" w:hAnsi="EB Garamond"/>
          <w:b w:val="0"/>
          <w:i w:val="0"/>
          <w:sz w:val="22"/>
        </w:rPr>
        <w:t>“What face?”</w:t>
      </w:r>
    </w:p>
    <w:p>
      <w:pPr>
        <w:spacing w:before="0" w:after="0" w:line="264" w:lineRule="exact"/>
        <w:ind w:left="0" w:right="0" w:firstLine="0"/>
      </w:pPr>
      <w:r>
        <w:rPr>
          <w:rFonts w:ascii="EB Garamond" w:hAnsi="EB Garamond"/>
          <w:b w:val="0"/>
          <w:i w:val="0"/>
          <w:sz w:val="22"/>
        </w:rPr>
        <w:t>“The but you’re pretty face.”</w:t>
      </w:r>
    </w:p>
    <w:p>
      <w:pPr>
        <w:spacing w:before="0" w:after="0" w:line="264" w:lineRule="exact"/>
        <w:ind w:left="0" w:right="0" w:firstLine="0"/>
      </w:pPr>
      <w:r>
        <w:rPr>
          <w:rFonts w:ascii="EB Garamond" w:hAnsi="EB Garamond"/>
          <w:b w:val="0"/>
          <w:i w:val="0"/>
          <w:sz w:val="22"/>
        </w:rPr>
        <w:t>Elsie looked away.</w:t>
      </w:r>
    </w:p>
    <w:p>
      <w:pPr>
        <w:spacing w:before="0" w:after="0" w:line="264" w:lineRule="exact"/>
        <w:ind w:left="0" w:right="0" w:firstLine="0"/>
      </w:pPr>
      <w:r>
        <w:rPr>
          <w:rFonts w:ascii="EB Garamond" w:hAnsi="EB Garamond"/>
          <w:b w:val="0"/>
          <w:i w:val="0"/>
          <w:sz w:val="22"/>
        </w:rPr>
        <w:t>“Sorry.”</w:t>
      </w:r>
    </w:p>
    <w:p>
      <w:pPr>
        <w:spacing w:before="0" w:after="0" w:line="264" w:lineRule="exact"/>
        <w:ind w:left="0" w:right="0" w:firstLine="0"/>
      </w:pPr>
      <w:r>
        <w:rPr>
          <w:rFonts w:ascii="EB Garamond" w:hAnsi="EB Garamond"/>
          <w:b w:val="0"/>
          <w:i w:val="0"/>
          <w:sz w:val="22"/>
        </w:rPr>
        <w:t>“No. It’s okay.”</w:t>
      </w:r>
    </w:p>
    <w:p>
      <w:pPr>
        <w:spacing w:before="0" w:after="0" w:line="264" w:lineRule="exact"/>
        <w:ind w:left="0" w:right="0" w:firstLine="0"/>
      </w:pPr>
      <w:r>
        <w:rPr>
          <w:rFonts w:ascii="EB Garamond" w:hAnsi="EB Garamond"/>
          <w:b w:val="0"/>
          <w:i w:val="0"/>
          <w:sz w:val="22"/>
        </w:rPr>
        <w:t>Sophie paused.</w:t>
      </w:r>
    </w:p>
    <w:p>
      <w:pPr>
        <w:spacing w:before="0" w:after="0" w:line="264" w:lineRule="exact"/>
        <w:ind w:left="0" w:right="0" w:firstLine="0"/>
      </w:pPr>
      <w:r>
        <w:rPr>
          <w:rFonts w:ascii="EB Garamond" w:hAnsi="EB Garamond"/>
          <w:b w:val="0"/>
          <w:i w:val="0"/>
          <w:sz w:val="22"/>
        </w:rPr>
        <w:t>“I know I’m not ugly.”</w:t>
      </w:r>
    </w:p>
    <w:p>
      <w:pPr>
        <w:spacing w:before="0" w:after="0" w:line="264" w:lineRule="exact"/>
        <w:ind w:left="0" w:right="0" w:firstLine="0"/>
      </w:pPr>
      <w:r>
        <w:rPr>
          <w:rFonts w:ascii="EB Garamond" w:hAnsi="EB Garamond"/>
          <w:b w:val="0"/>
          <w:i w:val="0"/>
          <w:sz w:val="22"/>
        </w:rPr>
        <w:t>The way she said it surprised Elsie.</w:t>
      </w:r>
    </w:p>
    <w:p>
      <w:pPr>
        <w:spacing w:before="0" w:after="0" w:line="264" w:lineRule="exact"/>
        <w:ind w:left="0" w:right="0" w:firstLine="0"/>
      </w:pPr>
      <w:r>
        <w:rPr>
          <w:rFonts w:ascii="EB Garamond" w:hAnsi="EB Garamond"/>
          <w:b w:val="0"/>
          <w:i w:val="0"/>
          <w:sz w:val="22"/>
        </w:rPr>
        <w:t>Not arrogant.</w:t>
      </w:r>
    </w:p>
    <w:p>
      <w:pPr>
        <w:spacing w:before="0" w:after="0" w:line="264" w:lineRule="exact"/>
        <w:ind w:left="0" w:right="0" w:firstLine="0"/>
      </w:pPr>
      <w:r>
        <w:rPr>
          <w:rFonts w:ascii="EB Garamond" w:hAnsi="EB Garamond"/>
          <w:b w:val="0"/>
          <w:i w:val="0"/>
          <w:sz w:val="22"/>
        </w:rPr>
        <w:t>Just factual.</w:t>
      </w:r>
    </w:p>
    <w:p>
      <w:pPr>
        <w:spacing w:before="0" w:after="0" w:line="264" w:lineRule="exact"/>
        <w:ind w:left="0" w:right="0" w:firstLine="0"/>
      </w:pPr>
      <w:r>
        <w:rPr>
          <w:rFonts w:ascii="EB Garamond" w:hAnsi="EB Garamond"/>
          <w:b w:val="0"/>
          <w:i w:val="0"/>
          <w:sz w:val="22"/>
        </w:rPr>
        <w:t>“But knowing you’re pretty doesn’t stop you from finding someone prettier.”</w:t>
      </w:r>
    </w:p>
    <w:p>
      <w:pPr>
        <w:spacing w:before="0" w:after="0" w:line="264" w:lineRule="exact"/>
        <w:ind w:left="0" w:right="0" w:firstLine="0"/>
      </w:pPr>
      <w:r>
        <w:rPr>
          <w:rFonts w:ascii="EB Garamond" w:hAnsi="EB Garamond"/>
          <w:b w:val="0"/>
          <w:i w:val="0"/>
          <w:sz w:val="22"/>
        </w:rPr>
        <w:t>Elsie felt that sentence.</w:t>
      </w:r>
    </w:p>
    <w:p>
      <w:pPr>
        <w:spacing w:before="0" w:after="0" w:line="264" w:lineRule="exact"/>
        <w:ind w:left="0" w:right="0" w:firstLine="0"/>
      </w:pPr>
      <w:r>
        <w:rPr>
          <w:rFonts w:ascii="EB Garamond" w:hAnsi="EB Garamond"/>
          <w:b w:val="0"/>
          <w:i w:val="0"/>
          <w:sz w:val="22"/>
        </w:rPr>
        <w:t>Deep.</w:t>
      </w:r>
    </w:p>
    <w:p>
      <w:pPr>
        <w:spacing w:before="0" w:after="0" w:line="264" w:lineRule="exact"/>
        <w:ind w:left="0" w:right="0" w:firstLine="0"/>
      </w:pPr>
      <w:r>
        <w:rPr>
          <w:rFonts w:ascii="EB Garamond" w:hAnsi="EB Garamond"/>
          <w:b w:val="0"/>
          <w:i w:val="0"/>
          <w:sz w:val="22"/>
        </w:rPr>
        <w:t>Sophie looked toward the other side of the room where everyone else was laughing.</w:t>
      </w:r>
    </w:p>
    <w:p>
      <w:pPr>
        <w:spacing w:before="0" w:after="0" w:line="264" w:lineRule="exact"/>
        <w:ind w:left="0" w:right="0" w:firstLine="0"/>
      </w:pPr>
      <w:r>
        <w:rPr>
          <w:rFonts w:ascii="EB Garamond" w:hAnsi="EB Garamond"/>
          <w:b w:val="0"/>
          <w:i w:val="0"/>
          <w:sz w:val="22"/>
        </w:rPr>
        <w:t>“There’s always another Rachel.”</w:t>
      </w:r>
    </w:p>
    <w:p>
      <w:pPr>
        <w:spacing w:before="0" w:after="0" w:line="264" w:lineRule="exact"/>
        <w:ind w:left="0" w:right="0" w:firstLine="0"/>
      </w:pPr>
      <w:r>
        <w:rPr>
          <w:rFonts w:ascii="EB Garamond" w:hAnsi="EB Garamond"/>
          <w:b w:val="0"/>
          <w:i w:val="0"/>
          <w:sz w:val="22"/>
        </w:rPr>
        <w:t>Elsie looked down at Leah’s story.</w:t>
      </w:r>
    </w:p>
    <w:p>
      <w:pPr>
        <w:spacing w:before="0" w:after="0" w:line="264" w:lineRule="exact"/>
        <w:ind w:left="0" w:right="0" w:firstLine="0"/>
      </w:pPr>
      <w:r>
        <w:rPr>
          <w:rFonts w:ascii="EB Garamond" w:hAnsi="EB Garamond"/>
          <w:b w:val="0"/>
          <w:i w:val="0"/>
          <w:sz w:val="22"/>
        </w:rPr>
        <w:t>Always another Rachel.</w:t>
      </w:r>
    </w:p>
    <w:p>
      <w:pPr>
        <w:spacing w:before="0" w:after="0" w:line="264" w:lineRule="exact"/>
        <w:ind w:left="0" w:right="0" w:firstLine="0"/>
      </w:pPr>
      <w:r>
        <w:rPr>
          <w:rFonts w:ascii="EB Garamond" w:hAnsi="EB Garamond"/>
          <w:b w:val="0"/>
          <w:i w:val="0"/>
          <w:sz w:val="22"/>
        </w:rPr>
        <w:t>Another girl.</w:t>
      </w:r>
    </w:p>
    <w:p>
      <w:pPr>
        <w:spacing w:before="0" w:after="0" w:line="264" w:lineRule="exact"/>
        <w:ind w:left="0" w:right="0" w:firstLine="0"/>
      </w:pPr>
      <w:r>
        <w:rPr>
          <w:rFonts w:ascii="EB Garamond" w:hAnsi="EB Garamond"/>
          <w:b w:val="0"/>
          <w:i w:val="0"/>
          <w:sz w:val="22"/>
        </w:rPr>
        <w:t>Another body.</w:t>
      </w:r>
    </w:p>
    <w:p>
      <w:pPr>
        <w:spacing w:before="0" w:after="0" w:line="264" w:lineRule="exact"/>
        <w:ind w:left="0" w:right="0" w:firstLine="0"/>
      </w:pPr>
      <w:r>
        <w:rPr>
          <w:rFonts w:ascii="EB Garamond" w:hAnsi="EB Garamond"/>
          <w:b w:val="0"/>
          <w:i w:val="0"/>
          <w:sz w:val="22"/>
        </w:rPr>
        <w:t>Another grade.</w:t>
      </w:r>
    </w:p>
    <w:p>
      <w:pPr>
        <w:spacing w:before="0" w:after="0" w:line="264" w:lineRule="exact"/>
        <w:ind w:left="0" w:right="0" w:firstLine="0"/>
      </w:pPr>
      <w:r>
        <w:rPr>
          <w:rFonts w:ascii="EB Garamond" w:hAnsi="EB Garamond"/>
          <w:b w:val="0"/>
          <w:i w:val="0"/>
          <w:sz w:val="22"/>
        </w:rPr>
        <w:t>Another team.</w:t>
      </w:r>
    </w:p>
    <w:p>
      <w:pPr>
        <w:spacing w:before="0" w:after="0" w:line="264" w:lineRule="exact"/>
        <w:ind w:left="0" w:right="0" w:firstLine="0"/>
      </w:pPr>
      <w:r>
        <w:rPr>
          <w:rFonts w:ascii="EB Garamond" w:hAnsi="EB Garamond"/>
          <w:b w:val="0"/>
          <w:i w:val="0"/>
          <w:sz w:val="22"/>
        </w:rPr>
        <w:t>Another house.</w:t>
      </w:r>
    </w:p>
    <w:p>
      <w:pPr>
        <w:spacing w:before="0" w:after="0" w:line="264" w:lineRule="exact"/>
        <w:ind w:left="0" w:right="0" w:firstLine="0"/>
      </w:pPr>
      <w:r>
        <w:rPr>
          <w:rFonts w:ascii="EB Garamond" w:hAnsi="EB Garamond"/>
          <w:b w:val="0"/>
          <w:i w:val="0"/>
          <w:sz w:val="22"/>
        </w:rPr>
        <w:t>Another relationship.</w:t>
      </w:r>
    </w:p>
    <w:p>
      <w:pPr>
        <w:spacing w:before="0" w:after="0" w:line="264" w:lineRule="exact"/>
        <w:ind w:left="0" w:right="0" w:firstLine="0"/>
      </w:pPr>
      <w:r>
        <w:rPr>
          <w:rFonts w:ascii="EB Garamond" w:hAnsi="EB Garamond"/>
          <w:b w:val="0"/>
          <w:i w:val="0"/>
          <w:sz w:val="22"/>
        </w:rPr>
        <w:t>Another number.</w:t>
      </w:r>
    </w:p>
    <w:p>
      <w:pPr>
        <w:spacing w:before="0" w:after="0" w:line="264" w:lineRule="exact"/>
        <w:ind w:left="0" w:right="0" w:firstLine="0"/>
      </w:pPr>
      <w:r>
        <w:rPr>
          <w:rFonts w:ascii="EB Garamond" w:hAnsi="EB Garamond"/>
          <w:b w:val="0"/>
          <w:i w:val="0"/>
          <w:sz w:val="22"/>
        </w:rPr>
        <w:t>Another life that looked like proof yours wasn’t enough.</w:t>
      </w:r>
    </w:p>
    <w:p>
      <w:pPr>
        <w:spacing w:before="0" w:after="0" w:line="264" w:lineRule="exact"/>
        <w:ind w:left="0" w:right="0" w:firstLine="0"/>
      </w:pPr>
      <w:r>
        <w:rPr>
          <w:rFonts w:ascii="EB Garamond" w:hAnsi="EB Garamond"/>
          <w:b w:val="0"/>
          <w:i w:val="0"/>
          <w:sz w:val="22"/>
        </w:rPr>
        <w:t>“That’s awful,” Elsie said.</w:t>
      </w:r>
    </w:p>
    <w:p>
      <w:pPr>
        <w:spacing w:before="0" w:after="0" w:line="264" w:lineRule="exact"/>
        <w:ind w:left="0" w:right="0" w:firstLine="0"/>
      </w:pPr>
      <w:r>
        <w:rPr>
          <w:rFonts w:ascii="EB Garamond" w:hAnsi="EB Garamond"/>
          <w:b w:val="0"/>
          <w:i w:val="0"/>
          <w:sz w:val="22"/>
        </w:rPr>
        <w:t>Sophie laughed softly.</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Then she looked at Elsie.</w:t>
      </w:r>
    </w:p>
    <w:p>
      <w:pPr>
        <w:spacing w:before="0" w:after="0" w:line="264" w:lineRule="exact"/>
        <w:ind w:left="0" w:right="0" w:firstLine="0"/>
      </w:pPr>
      <w:r>
        <w:rPr>
          <w:rFonts w:ascii="EB Garamond" w:hAnsi="EB Garamond"/>
          <w:b w:val="0"/>
          <w:i w:val="0"/>
          <w:sz w:val="22"/>
        </w:rPr>
        <w:t>“Who’s yours?”</w:t>
      </w:r>
    </w:p>
    <w:p>
      <w:pPr>
        <w:spacing w:before="0" w:after="0" w:line="264" w:lineRule="exact"/>
        <w:ind w:left="0" w:right="0" w:firstLine="0"/>
      </w:pPr>
      <w:r>
        <w:rPr>
          <w:rFonts w:ascii="EB Garamond" w:hAnsi="EB Garamond"/>
          <w:b w:val="0"/>
          <w:i w:val="0"/>
          <w:sz w:val="22"/>
        </w:rPr>
        <w:t>Elsie’s heart stopped.</w:t>
      </w:r>
    </w:p>
    <w:p>
      <w:pPr>
        <w:spacing w:before="0" w:after="0" w:line="264" w:lineRule="exact"/>
        <w:ind w:left="0" w:right="0" w:firstLine="0"/>
      </w:pPr>
      <w:r>
        <w:rPr>
          <w:rFonts w:ascii="EB Garamond" w:hAnsi="EB Garamond"/>
          <w:b w:val="0"/>
          <w:i w:val="0"/>
          <w:sz w:val="22"/>
        </w:rPr>
        <w:t>“What?”</w:t>
      </w:r>
    </w:p>
    <w:p>
      <w:pPr>
        <w:spacing w:before="0" w:after="0" w:line="264" w:lineRule="exact"/>
        <w:ind w:left="0" w:right="0" w:firstLine="0"/>
      </w:pPr>
      <w:r>
        <w:rPr>
          <w:rFonts w:ascii="EB Garamond" w:hAnsi="EB Garamond"/>
          <w:b w:val="0"/>
          <w:i w:val="0"/>
          <w:sz w:val="22"/>
        </w:rPr>
        <w:t>“Your Rachel.”</w:t>
      </w:r>
    </w:p>
    <w:p>
      <w:pPr>
        <w:spacing w:before="0" w:after="0" w:line="264" w:lineRule="exact"/>
        <w:ind w:left="0" w:right="0" w:firstLine="0"/>
      </w:pPr>
      <w:r>
        <w:rPr>
          <w:rFonts w:ascii="EB Garamond" w:hAnsi="EB Garamond"/>
          <w:b w:val="0"/>
          <w:i w:val="0"/>
          <w:sz w:val="22"/>
        </w:rPr>
        <w:t>Elsie immediately pictured Ava.</w:t>
      </w:r>
    </w:p>
    <w:p>
      <w:pPr>
        <w:spacing w:before="0" w:after="0" w:line="264" w:lineRule="exact"/>
        <w:ind w:left="0" w:right="0" w:firstLine="0"/>
      </w:pPr>
      <w:r>
        <w:rPr>
          <w:rFonts w:ascii="EB Garamond" w:hAnsi="EB Garamond"/>
          <w:b w:val="0"/>
          <w:i w:val="0"/>
          <w:sz w:val="22"/>
        </w:rPr>
        <w:t>Then hated herself for it.</w:t>
      </w:r>
    </w:p>
    <w:p>
      <w:pPr>
        <w:spacing w:before="0" w:after="0" w:line="264" w:lineRule="exact"/>
        <w:ind w:left="0" w:right="0" w:firstLine="0"/>
      </w:pPr>
      <w:r>
        <w:rPr>
          <w:rFonts w:ascii="EB Garamond" w:hAnsi="EB Garamond"/>
          <w:b w:val="0"/>
          <w:i w:val="0"/>
          <w:sz w:val="22"/>
        </w:rPr>
        <w:t>Ava was her friend.</w:t>
      </w:r>
    </w:p>
    <w:p>
      <w:pPr>
        <w:spacing w:before="0" w:after="0" w:line="264" w:lineRule="exact"/>
        <w:ind w:left="0" w:right="0" w:firstLine="0"/>
      </w:pPr>
      <w:r>
        <w:rPr>
          <w:rFonts w:ascii="EB Garamond" w:hAnsi="EB Garamond"/>
          <w:b w:val="0"/>
          <w:i w:val="0"/>
          <w:sz w:val="22"/>
        </w:rPr>
        <w:t>Ava hadn’t done anything wrong.</w:t>
      </w:r>
    </w:p>
    <w:p>
      <w:pPr>
        <w:spacing w:before="0" w:after="0" w:line="264" w:lineRule="exact"/>
        <w:ind w:left="0" w:right="0" w:firstLine="0"/>
      </w:pPr>
      <w:r>
        <w:rPr>
          <w:rFonts w:ascii="EB Garamond" w:hAnsi="EB Garamond"/>
          <w:b w:val="0"/>
          <w:i w:val="0"/>
          <w:sz w:val="22"/>
        </w:rPr>
        <w:t>That somehow made it worse.</w:t>
      </w:r>
    </w:p>
    <w:p>
      <w:pPr>
        <w:spacing w:before="0" w:after="0" w:line="264" w:lineRule="exact"/>
        <w:ind w:left="0" w:right="0" w:firstLine="0"/>
      </w:pPr>
      <w:r>
        <w:rPr>
          <w:rFonts w:ascii="EB Garamond" w:hAnsi="EB Garamond"/>
          <w:b w:val="0"/>
          <w:i w:val="0"/>
          <w:sz w:val="22"/>
        </w:rPr>
        <w:t>“I don’t know.”</w:t>
      </w:r>
    </w:p>
    <w:p>
      <w:pPr>
        <w:spacing w:before="0" w:after="0" w:line="264" w:lineRule="exact"/>
        <w:ind w:left="0" w:right="0" w:firstLine="0"/>
      </w:pPr>
      <w:r>
        <w:rPr>
          <w:rFonts w:ascii="EB Garamond" w:hAnsi="EB Garamond"/>
          <w:b w:val="0"/>
          <w:i w:val="0"/>
          <w:sz w:val="22"/>
        </w:rPr>
        <w:t>Sophie raised an eyebrow.</w:t>
      </w:r>
    </w:p>
    <w:p>
      <w:pPr>
        <w:spacing w:before="0" w:after="0" w:line="264" w:lineRule="exact"/>
        <w:ind w:left="0" w:right="0" w:firstLine="0"/>
      </w:pPr>
      <w:r>
        <w:rPr>
          <w:rFonts w:ascii="EB Garamond" w:hAnsi="EB Garamond"/>
          <w:b w:val="0"/>
          <w:i w:val="0"/>
          <w:sz w:val="22"/>
        </w:rPr>
        <w:t>Elsie sighed.</w:t>
      </w:r>
    </w:p>
    <w:p>
      <w:pPr>
        <w:spacing w:before="0" w:after="0" w:line="264" w:lineRule="exact"/>
        <w:ind w:left="0" w:right="0" w:firstLine="0"/>
      </w:pPr>
      <w:r>
        <w:rPr>
          <w:rFonts w:ascii="EB Garamond" w:hAnsi="EB Garamond"/>
          <w:b w:val="0"/>
          <w:i w:val="0"/>
          <w:sz w:val="22"/>
        </w:rPr>
        <w:t>“I know.”</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Nora drove her home.</w:t>
      </w:r>
    </w:p>
    <w:p>
      <w:pPr>
        <w:spacing w:before="0" w:after="0" w:line="264" w:lineRule="exact"/>
        <w:ind w:left="0" w:right="0" w:firstLine="0"/>
      </w:pPr>
      <w:r>
        <w:rPr>
          <w:rFonts w:ascii="EB Garamond" w:hAnsi="EB Garamond"/>
          <w:b w:val="0"/>
          <w:i w:val="0"/>
          <w:sz w:val="22"/>
        </w:rPr>
        <w:t>For the first five minutes, neither spoke.</w:t>
      </w:r>
    </w:p>
    <w:p>
      <w:pPr>
        <w:spacing w:before="0" w:after="0" w:line="264" w:lineRule="exact"/>
        <w:ind w:left="0" w:right="0" w:firstLine="0"/>
      </w:pPr>
      <w:r>
        <w:rPr>
          <w:rFonts w:ascii="EB Garamond" w:hAnsi="EB Garamond"/>
          <w:b w:val="0"/>
          <w:i w:val="0"/>
          <w:sz w:val="22"/>
        </w:rPr>
        <w:t>Music played quietly.</w:t>
      </w:r>
    </w:p>
    <w:p>
      <w:pPr>
        <w:spacing w:before="0" w:after="0" w:line="264" w:lineRule="exact"/>
        <w:ind w:left="0" w:right="0" w:firstLine="0"/>
      </w:pPr>
      <w:r>
        <w:rPr>
          <w:rFonts w:ascii="EB Garamond" w:hAnsi="EB Garamond"/>
          <w:b w:val="0"/>
          <w:i w:val="0"/>
          <w:sz w:val="22"/>
        </w:rPr>
        <w:t>Elsie watched houses pass outside the window.</w:t>
      </w:r>
    </w:p>
    <w:p>
      <w:pPr>
        <w:spacing w:before="0" w:after="0" w:line="264" w:lineRule="exact"/>
        <w:ind w:left="0" w:right="0" w:firstLine="0"/>
      </w:pPr>
      <w:r>
        <w:rPr>
          <w:rFonts w:ascii="EB Garamond" w:hAnsi="EB Garamond"/>
          <w:b w:val="0"/>
          <w:i w:val="0"/>
          <w:sz w:val="22"/>
        </w:rPr>
        <w:t>Finally, Nora said, “Well?”</w:t>
      </w:r>
    </w:p>
    <w:p>
      <w:pPr>
        <w:spacing w:before="0" w:after="0" w:line="264" w:lineRule="exact"/>
        <w:ind w:left="0" w:right="0" w:firstLine="0"/>
      </w:pPr>
      <w:r>
        <w:rPr>
          <w:rFonts w:ascii="EB Garamond" w:hAnsi="EB Garamond"/>
          <w:b w:val="0"/>
          <w:i w:val="0"/>
          <w:sz w:val="22"/>
        </w:rPr>
        <w:t>Elsie looked at her.</w:t>
      </w:r>
    </w:p>
    <w:p>
      <w:pPr>
        <w:spacing w:before="0" w:after="0" w:line="264" w:lineRule="exact"/>
        <w:ind w:left="0" w:right="0" w:firstLine="0"/>
      </w:pPr>
      <w:r>
        <w:rPr>
          <w:rFonts w:ascii="EB Garamond" w:hAnsi="EB Garamond"/>
          <w:b w:val="0"/>
          <w:i w:val="0"/>
          <w:sz w:val="22"/>
        </w:rPr>
        <w:t>“Well what?”</w:t>
      </w:r>
    </w:p>
    <w:p>
      <w:pPr>
        <w:spacing w:before="0" w:after="0" w:line="264" w:lineRule="exact"/>
        <w:ind w:left="0" w:right="0" w:firstLine="0"/>
      </w:pPr>
      <w:r>
        <w:rPr>
          <w:rFonts w:ascii="EB Garamond" w:hAnsi="EB Garamond"/>
          <w:b w:val="0"/>
          <w:i w:val="0"/>
          <w:sz w:val="22"/>
        </w:rPr>
        <w:t>“Cult?”</w:t>
      </w:r>
    </w:p>
    <w:p>
      <w:pPr>
        <w:spacing w:before="0" w:after="0" w:line="264" w:lineRule="exact"/>
        <w:ind w:left="0" w:right="0" w:firstLine="0"/>
      </w:pPr>
      <w:r>
        <w:rPr>
          <w:rFonts w:ascii="EB Garamond" w:hAnsi="EB Garamond"/>
          <w:b w:val="0"/>
          <w:i w:val="0"/>
          <w:sz w:val="22"/>
        </w:rPr>
        <w:t>“Definitely.”</w:t>
      </w:r>
    </w:p>
    <w:p>
      <w:pPr>
        <w:spacing w:before="0" w:after="0" w:line="264" w:lineRule="exact"/>
        <w:ind w:left="0" w:right="0" w:firstLine="0"/>
      </w:pPr>
      <w:r>
        <w:rPr>
          <w:rFonts w:ascii="EB Garamond" w:hAnsi="EB Garamond"/>
          <w:b w:val="0"/>
          <w:i w:val="0"/>
          <w:sz w:val="22"/>
        </w:rPr>
        <w:t>“Too many goats?”</w:t>
      </w:r>
    </w:p>
    <w:p>
      <w:pPr>
        <w:spacing w:before="0" w:after="0" w:line="264" w:lineRule="exact"/>
        <w:ind w:left="0" w:right="0" w:firstLine="0"/>
      </w:pPr>
      <w:r>
        <w:rPr>
          <w:rFonts w:ascii="EB Garamond" w:hAnsi="EB Garamond"/>
          <w:b w:val="0"/>
          <w:i w:val="0"/>
          <w:sz w:val="22"/>
        </w:rPr>
        <w:t>“Way too many.”</w:t>
      </w:r>
    </w:p>
    <w:p>
      <w:pPr>
        <w:spacing w:before="0" w:after="0" w:line="264" w:lineRule="exact"/>
        <w:ind w:left="0" w:right="0" w:firstLine="0"/>
      </w:pPr>
      <w:r>
        <w:rPr>
          <w:rFonts w:ascii="EB Garamond" w:hAnsi="EB Garamond"/>
          <w:b w:val="0"/>
          <w:i w:val="0"/>
          <w:sz w:val="22"/>
        </w:rPr>
        <w:t>Nora smiled.</w:t>
      </w:r>
    </w:p>
    <w:p>
      <w:pPr>
        <w:spacing w:before="0" w:after="0" w:line="264" w:lineRule="exact"/>
        <w:ind w:left="0" w:right="0" w:firstLine="0"/>
      </w:pPr>
      <w:r>
        <w:rPr>
          <w:rFonts w:ascii="EB Garamond" w:hAnsi="EB Garamond"/>
          <w:b w:val="0"/>
          <w:i w:val="0"/>
          <w:sz w:val="22"/>
        </w:rPr>
        <w:t>Then waited.</w:t>
      </w:r>
    </w:p>
    <w:p>
      <w:pPr>
        <w:spacing w:before="0" w:after="0" w:line="264" w:lineRule="exact"/>
        <w:ind w:left="0" w:right="0" w:firstLine="0"/>
      </w:pPr>
      <w:r>
        <w:rPr>
          <w:rFonts w:ascii="EB Garamond" w:hAnsi="EB Garamond"/>
          <w:b w:val="0"/>
          <w:i w:val="0"/>
          <w:sz w:val="22"/>
        </w:rPr>
        <w:t>Elsie looked out the window again.</w:t>
      </w:r>
    </w:p>
    <w:p>
      <w:pPr>
        <w:spacing w:before="0" w:after="0" w:line="264" w:lineRule="exact"/>
        <w:ind w:left="0" w:right="0" w:firstLine="0"/>
      </w:pPr>
      <w:r>
        <w:rPr>
          <w:rFonts w:ascii="EB Garamond" w:hAnsi="EB Garamond"/>
          <w:b w:val="0"/>
          <w:i w:val="0"/>
          <w:sz w:val="22"/>
        </w:rPr>
        <w:t>“Why didn’t anybody ever tell me Leah wasn’t ugly?”</w:t>
      </w:r>
    </w:p>
    <w:p>
      <w:pPr>
        <w:spacing w:before="0" w:after="0" w:line="264" w:lineRule="exact"/>
        <w:ind w:left="0" w:right="0" w:firstLine="0"/>
      </w:pPr>
      <w:r>
        <w:rPr>
          <w:rFonts w:ascii="EB Garamond" w:hAnsi="EB Garamond"/>
          <w:b w:val="0"/>
          <w:i w:val="0"/>
          <w:sz w:val="22"/>
        </w:rPr>
        <w:t>Nora laughed.</w:t>
      </w:r>
    </w:p>
    <w:p>
      <w:pPr>
        <w:spacing w:before="0" w:after="0" w:line="264" w:lineRule="exact"/>
        <w:ind w:left="0" w:right="0" w:firstLine="0"/>
      </w:pPr>
      <w:r>
        <w:rPr>
          <w:rFonts w:ascii="EB Garamond" w:hAnsi="EB Garamond"/>
          <w:b w:val="0"/>
          <w:i w:val="0"/>
          <w:sz w:val="22"/>
        </w:rPr>
        <w:t>“That’s what you took from tonight?”</w:t>
      </w:r>
    </w:p>
    <w:p>
      <w:pPr>
        <w:spacing w:before="0" w:after="0" w:line="264" w:lineRule="exact"/>
        <w:ind w:left="0" w:right="0" w:firstLine="0"/>
      </w:pPr>
      <w:r>
        <w:rPr>
          <w:rFonts w:ascii="EB Garamond" w:hAnsi="EB Garamond"/>
          <w:b w:val="0"/>
          <w:i w:val="0"/>
          <w:sz w:val="22"/>
        </w:rPr>
        <w:t>“No. But seriously.”</w:t>
      </w:r>
    </w:p>
    <w:p>
      <w:pPr>
        <w:spacing w:before="0" w:after="0" w:line="264" w:lineRule="exact"/>
        <w:ind w:left="0" w:right="0" w:firstLine="0"/>
      </w:pPr>
      <w:r>
        <w:rPr>
          <w:rFonts w:ascii="EB Garamond" w:hAnsi="EB Garamond"/>
          <w:b w:val="0"/>
          <w:i w:val="0"/>
          <w:sz w:val="22"/>
        </w:rPr>
        <w:t>“I don’t know.”</w:t>
      </w:r>
    </w:p>
    <w:p>
      <w:pPr>
        <w:spacing w:before="0" w:after="0" w:line="264" w:lineRule="exact"/>
        <w:ind w:left="0" w:right="0" w:firstLine="0"/>
      </w:pPr>
      <w:r>
        <w:rPr>
          <w:rFonts w:ascii="EB Garamond" w:hAnsi="EB Garamond"/>
          <w:b w:val="0"/>
          <w:i w:val="0"/>
          <w:sz w:val="22"/>
        </w:rPr>
        <w:t>“People literally put it on lists.”</w:t>
      </w:r>
    </w:p>
    <w:p>
      <w:pPr>
        <w:spacing w:before="0" w:after="0" w:line="264" w:lineRule="exact"/>
        <w:ind w:left="0" w:right="0" w:firstLine="0"/>
      </w:pPr>
      <w:r>
        <w:rPr>
          <w:rFonts w:ascii="EB Garamond" w:hAnsi="EB Garamond"/>
          <w:b w:val="0"/>
          <w:i w:val="0"/>
          <w:sz w:val="22"/>
        </w:rPr>
        <w:t>“People put a lot of things on lists.”</w:t>
      </w:r>
    </w:p>
    <w:p>
      <w:pPr>
        <w:spacing w:before="0" w:after="0" w:line="264" w:lineRule="exact"/>
        <w:ind w:left="0" w:right="0" w:firstLine="0"/>
      </w:pPr>
      <w:r>
        <w:rPr>
          <w:rFonts w:ascii="EB Garamond" w:hAnsi="EB Garamond"/>
          <w:b w:val="0"/>
          <w:i w:val="0"/>
          <w:sz w:val="22"/>
        </w:rPr>
        <w:t>“My grandma put it on a list.”</w:t>
      </w:r>
    </w:p>
    <w:p>
      <w:pPr>
        <w:spacing w:before="0" w:after="0" w:line="264" w:lineRule="exact"/>
        <w:ind w:left="0" w:right="0" w:firstLine="0"/>
      </w:pPr>
      <w:r>
        <w:rPr>
          <w:rFonts w:ascii="EB Garamond" w:hAnsi="EB Garamond"/>
          <w:b w:val="0"/>
          <w:i w:val="0"/>
          <w:sz w:val="22"/>
        </w:rPr>
        <w:t>“Your grandma can be wrong.”</w:t>
      </w:r>
    </w:p>
    <w:p>
      <w:pPr>
        <w:spacing w:before="0" w:after="0" w:line="264" w:lineRule="exact"/>
        <w:ind w:left="0" w:right="0" w:firstLine="0"/>
      </w:pPr>
      <w:r>
        <w:rPr>
          <w:rFonts w:ascii="EB Garamond" w:hAnsi="EB Garamond"/>
          <w:b w:val="0"/>
          <w:i w:val="0"/>
          <w:sz w:val="22"/>
        </w:rPr>
        <w:t>Elsie turned.</w:t>
      </w:r>
    </w:p>
    <w:p>
      <w:pPr>
        <w:spacing w:before="0" w:after="0" w:line="264" w:lineRule="exact"/>
        <w:ind w:left="0" w:right="0" w:firstLine="0"/>
      </w:pPr>
      <w:r>
        <w:rPr>
          <w:rFonts w:ascii="EB Garamond" w:hAnsi="EB Garamond"/>
          <w:b w:val="0"/>
          <w:i w:val="0"/>
          <w:sz w:val="22"/>
        </w:rPr>
        <w:t>“Careful.”</w:t>
      </w:r>
    </w:p>
    <w:p>
      <w:pPr>
        <w:spacing w:before="0" w:after="0" w:line="264" w:lineRule="exact"/>
        <w:ind w:left="0" w:right="0" w:firstLine="0"/>
      </w:pPr>
      <w:r>
        <w:rPr>
          <w:rFonts w:ascii="EB Garamond" w:hAnsi="EB Garamond"/>
          <w:b w:val="0"/>
          <w:i w:val="0"/>
          <w:sz w:val="22"/>
        </w:rPr>
        <w:t>“Sorry.”</w:t>
      </w:r>
    </w:p>
    <w:p>
      <w:pPr>
        <w:spacing w:before="0" w:after="0" w:line="264" w:lineRule="exact"/>
        <w:ind w:left="0" w:right="0" w:firstLine="0"/>
      </w:pPr>
      <w:r>
        <w:rPr>
          <w:rFonts w:ascii="EB Garamond" w:hAnsi="EB Garamond"/>
          <w:b w:val="0"/>
          <w:i w:val="0"/>
          <w:sz w:val="22"/>
        </w:rPr>
        <w:t>“She can. But careful.”</w:t>
      </w:r>
    </w:p>
    <w:p>
      <w:pPr>
        <w:spacing w:before="0" w:after="0" w:line="264" w:lineRule="exact"/>
        <w:ind w:left="0" w:right="0" w:firstLine="0"/>
      </w:pPr>
      <w:r>
        <w:rPr>
          <w:rFonts w:ascii="EB Garamond" w:hAnsi="EB Garamond"/>
          <w:b w:val="0"/>
          <w:i w:val="0"/>
          <w:sz w:val="22"/>
        </w:rPr>
        <w:t>Nora laughed.</w:t>
      </w:r>
    </w:p>
    <w:p>
      <w:pPr>
        <w:spacing w:before="0" w:after="0" w:line="264" w:lineRule="exact"/>
        <w:ind w:left="0" w:right="0" w:firstLine="0"/>
      </w:pPr>
      <w:r>
        <w:rPr>
          <w:rFonts w:ascii="EB Garamond" w:hAnsi="EB Garamond"/>
          <w:b w:val="0"/>
          <w:i w:val="0"/>
          <w:sz w:val="22"/>
        </w:rPr>
        <w:t>Elsie became quiet.</w:t>
      </w:r>
    </w:p>
    <w:p>
      <w:pPr>
        <w:spacing w:before="0" w:after="0" w:line="264" w:lineRule="exact"/>
        <w:ind w:left="0" w:right="0" w:firstLine="0"/>
      </w:pPr>
      <w:r>
        <w:rPr>
          <w:rFonts w:ascii="EB Garamond" w:hAnsi="EB Garamond"/>
          <w:b w:val="0"/>
          <w:i w:val="0"/>
          <w:sz w:val="22"/>
        </w:rPr>
        <w:t>“I think Ava is my Rachel.”</w:t>
      </w:r>
    </w:p>
    <w:p>
      <w:pPr>
        <w:spacing w:before="0" w:after="0" w:line="264" w:lineRule="exact"/>
        <w:ind w:left="0" w:right="0" w:firstLine="0"/>
      </w:pPr>
      <w:r>
        <w:rPr>
          <w:rFonts w:ascii="EB Garamond" w:hAnsi="EB Garamond"/>
          <w:b w:val="0"/>
          <w:i w:val="0"/>
          <w:sz w:val="22"/>
        </w:rPr>
        <w:t>Nora glanced at her.</w:t>
      </w:r>
    </w:p>
    <w:p>
      <w:pPr>
        <w:spacing w:before="0" w:after="0" w:line="264" w:lineRule="exact"/>
        <w:ind w:left="0" w:right="0" w:firstLine="0"/>
      </w:pPr>
      <w:r>
        <w:rPr>
          <w:rFonts w:ascii="EB Garamond" w:hAnsi="EB Garamond"/>
          <w:b w:val="0"/>
          <w:i w:val="0"/>
          <w:sz w:val="22"/>
        </w:rPr>
        <w:t>Then back at the road.</w:t>
      </w:r>
    </w:p>
    <w:p>
      <w:pPr>
        <w:spacing w:before="0" w:after="0" w:line="264" w:lineRule="exact"/>
        <w:ind w:left="0" w:right="0" w:firstLine="0"/>
      </w:pPr>
      <w:r>
        <w:rPr>
          <w:rFonts w:ascii="EB Garamond" w:hAnsi="EB Garamond"/>
          <w:b w:val="0"/>
          <w:i w:val="0"/>
          <w:sz w:val="22"/>
        </w:rPr>
        <w:t>She didn’t say anything.</w:t>
      </w:r>
    </w:p>
    <w:p>
      <w:pPr>
        <w:spacing w:before="0" w:after="0" w:line="264" w:lineRule="exact"/>
        <w:ind w:left="0" w:right="0" w:firstLine="0"/>
      </w:pPr>
      <w:r>
        <w:rPr>
          <w:rFonts w:ascii="EB Garamond" w:hAnsi="EB Garamond"/>
          <w:b w:val="0"/>
          <w:i w:val="0"/>
          <w:sz w:val="22"/>
        </w:rPr>
        <w:t>“I feel horrible saying that.”</w:t>
      </w:r>
    </w:p>
    <w:p>
      <w:pPr>
        <w:spacing w:before="0" w:after="0" w:line="264" w:lineRule="exact"/>
        <w:ind w:left="0" w:right="0" w:firstLine="0"/>
      </w:pPr>
      <w:r>
        <w:rPr>
          <w:rFonts w:ascii="EB Garamond" w:hAnsi="EB Garamond"/>
          <w:b w:val="0"/>
          <w:i w:val="0"/>
          <w:sz w:val="22"/>
        </w:rPr>
        <w:t>“Why?”</w:t>
      </w:r>
    </w:p>
    <w:p>
      <w:pPr>
        <w:spacing w:before="0" w:after="0" w:line="264" w:lineRule="exact"/>
        <w:ind w:left="0" w:right="0" w:firstLine="0"/>
      </w:pPr>
      <w:r>
        <w:rPr>
          <w:rFonts w:ascii="EB Garamond" w:hAnsi="EB Garamond"/>
          <w:b w:val="0"/>
          <w:i w:val="0"/>
          <w:sz w:val="22"/>
        </w:rPr>
        <w:t>“Because she’s my friend.”</w:t>
      </w:r>
    </w:p>
    <w:p>
      <w:pPr>
        <w:spacing w:before="0" w:after="0" w:line="264" w:lineRule="exact"/>
        <w:ind w:left="0" w:right="0" w:firstLine="0"/>
      </w:pPr>
      <w:r>
        <w:rPr>
          <w:rFonts w:ascii="EB Garamond" w:hAnsi="EB Garamond"/>
          <w:b w:val="0"/>
          <w:i w:val="0"/>
          <w:sz w:val="22"/>
        </w:rPr>
        <w:t>“Rachel didn’t do anything wrong by being beautiful.”</w:t>
      </w:r>
    </w:p>
    <w:p>
      <w:pPr>
        <w:spacing w:before="0" w:after="0" w:line="264" w:lineRule="exact"/>
        <w:ind w:left="0" w:right="0" w:firstLine="0"/>
      </w:pPr>
      <w:r>
        <w:rPr>
          <w:rFonts w:ascii="EB Garamond" w:hAnsi="EB Garamond"/>
          <w:b w:val="0"/>
          <w:i w:val="0"/>
          <w:sz w:val="22"/>
        </w:rPr>
        <w:t>Elsie looked at Nora.</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“That’s kind of the point.”</w:t>
      </w:r>
    </w:p>
    <w:p>
      <w:pPr>
        <w:spacing w:before="0" w:after="0" w:line="264" w:lineRule="exact"/>
        <w:ind w:left="0" w:right="0" w:firstLine="0"/>
      </w:pPr>
      <w:r>
        <w:rPr>
          <w:rFonts w:ascii="EB Garamond" w:hAnsi="EB Garamond"/>
          <w:b w:val="0"/>
          <w:i w:val="0"/>
          <w:sz w:val="22"/>
        </w:rPr>
        <w:t>Elsie leaned her head against the window.</w:t>
      </w:r>
    </w:p>
    <w:p>
      <w:pPr>
        <w:spacing w:before="0" w:after="0" w:line="264" w:lineRule="exact"/>
        <w:ind w:left="0" w:right="0" w:firstLine="0"/>
      </w:pPr>
      <w:r>
        <w:rPr>
          <w:rFonts w:ascii="EB Garamond" w:hAnsi="EB Garamond"/>
          <w:b w:val="0"/>
          <w:i w:val="0"/>
          <w:sz w:val="22"/>
        </w:rPr>
        <w:t>Ava was beautiful.</w:t>
      </w:r>
    </w:p>
    <w:p>
      <w:pPr>
        <w:spacing w:before="0" w:after="0" w:line="264" w:lineRule="exact"/>
        <w:ind w:left="0" w:right="0" w:firstLine="0"/>
      </w:pPr>
      <w:r>
        <w:rPr>
          <w:rFonts w:ascii="EB Garamond" w:hAnsi="EB Garamond"/>
          <w:b w:val="0"/>
          <w:i w:val="0"/>
          <w:sz w:val="22"/>
        </w:rPr>
        <w:t>Everyone knew it.</w:t>
      </w:r>
    </w:p>
    <w:p>
      <w:pPr>
        <w:spacing w:before="0" w:after="0" w:line="264" w:lineRule="exact"/>
        <w:ind w:left="0" w:right="0" w:firstLine="0"/>
      </w:pPr>
      <w:r>
        <w:rPr>
          <w:rFonts w:ascii="EB Garamond" w:hAnsi="EB Garamond"/>
          <w:b w:val="0"/>
          <w:i w:val="0"/>
          <w:sz w:val="22"/>
        </w:rPr>
        <w:t>She could wear sweatpants and somehow look intentional.</w:t>
      </w:r>
    </w:p>
    <w:p>
      <w:pPr>
        <w:spacing w:before="0" w:after="0" w:line="264" w:lineRule="exact"/>
        <w:ind w:left="0" w:right="0" w:firstLine="0"/>
      </w:pPr>
      <w:r>
        <w:rPr>
          <w:rFonts w:ascii="EB Garamond" w:hAnsi="EB Garamond"/>
          <w:b w:val="0"/>
          <w:i w:val="0"/>
          <w:sz w:val="22"/>
        </w:rPr>
        <w:t>Teachers liked her.</w:t>
      </w:r>
    </w:p>
    <w:p>
      <w:pPr>
        <w:spacing w:before="0" w:after="0" w:line="264" w:lineRule="exact"/>
        <w:ind w:left="0" w:right="0" w:firstLine="0"/>
      </w:pPr>
      <w:r>
        <w:rPr>
          <w:rFonts w:ascii="EB Garamond" w:hAnsi="EB Garamond"/>
          <w:b w:val="0"/>
          <w:i w:val="0"/>
          <w:sz w:val="22"/>
        </w:rPr>
        <w:t>Boys liked her.</w:t>
      </w:r>
    </w:p>
    <w:p>
      <w:pPr>
        <w:spacing w:before="0" w:after="0" w:line="264" w:lineRule="exact"/>
        <w:ind w:left="0" w:right="0" w:firstLine="0"/>
      </w:pPr>
      <w:r>
        <w:rPr>
          <w:rFonts w:ascii="EB Garamond" w:hAnsi="EB Garamond"/>
          <w:b w:val="0"/>
          <w:i w:val="0"/>
          <w:sz w:val="22"/>
        </w:rPr>
        <w:t>Girls wanted to be invited to her house.</w:t>
      </w:r>
    </w:p>
    <w:p>
      <w:pPr>
        <w:spacing w:before="0" w:after="0" w:line="264" w:lineRule="exact"/>
        <w:ind w:left="0" w:right="0" w:firstLine="0"/>
      </w:pPr>
      <w:r>
        <w:rPr>
          <w:rFonts w:ascii="EB Garamond" w:hAnsi="EB Garamond"/>
          <w:b w:val="0"/>
          <w:i w:val="0"/>
          <w:sz w:val="22"/>
        </w:rPr>
        <w:t>Her parents had money.</w:t>
      </w:r>
    </w:p>
    <w:p>
      <w:pPr>
        <w:spacing w:before="0" w:after="0" w:line="264" w:lineRule="exact"/>
        <w:ind w:left="0" w:right="0" w:firstLine="0"/>
      </w:pPr>
      <w:r>
        <w:rPr>
          <w:rFonts w:ascii="EB Garamond" w:hAnsi="EB Garamond"/>
          <w:b w:val="0"/>
          <w:i w:val="0"/>
          <w:sz w:val="22"/>
        </w:rPr>
        <w:t>Her room looked like a Pinterest board.</w:t>
      </w:r>
    </w:p>
    <w:p>
      <w:pPr>
        <w:spacing w:before="0" w:after="0" w:line="264" w:lineRule="exact"/>
        <w:ind w:left="0" w:right="0" w:firstLine="0"/>
      </w:pPr>
      <w:r>
        <w:rPr>
          <w:rFonts w:ascii="EB Garamond" w:hAnsi="EB Garamond"/>
          <w:b w:val="0"/>
          <w:i w:val="0"/>
          <w:sz w:val="22"/>
        </w:rPr>
        <w:t>She had known what she wanted to study since freshman year.</w:t>
      </w:r>
    </w:p>
    <w:p>
      <w:pPr>
        <w:spacing w:before="0" w:after="0" w:line="264" w:lineRule="exact"/>
        <w:ind w:left="0" w:right="0" w:firstLine="0"/>
      </w:pPr>
      <w:r>
        <w:rPr>
          <w:rFonts w:ascii="EB Garamond" w:hAnsi="EB Garamond"/>
          <w:b w:val="0"/>
          <w:i w:val="0"/>
          <w:sz w:val="22"/>
        </w:rPr>
        <w:t>She was the kind of person who said she was going to wake up at six and then actually woke up at six.</w:t>
      </w:r>
    </w:p>
    <w:p>
      <w:pPr>
        <w:spacing w:before="0" w:after="0" w:line="264" w:lineRule="exact"/>
        <w:ind w:left="0" w:right="0" w:firstLine="0"/>
      </w:pPr>
      <w:r>
        <w:rPr>
          <w:rFonts w:ascii="EB Garamond" w:hAnsi="EB Garamond"/>
          <w:b w:val="0"/>
          <w:i w:val="0"/>
          <w:sz w:val="22"/>
        </w:rPr>
        <w:t>Elsie loved her.</w:t>
      </w:r>
    </w:p>
    <w:p>
      <w:pPr>
        <w:spacing w:before="0" w:after="0" w:line="264" w:lineRule="exact"/>
        <w:ind w:left="0" w:right="0" w:firstLine="0"/>
      </w:pPr>
      <w:r>
        <w:rPr>
          <w:rFonts w:ascii="EB Garamond" w:hAnsi="EB Garamond"/>
          <w:b w:val="0"/>
          <w:i w:val="0"/>
          <w:sz w:val="22"/>
        </w:rPr>
        <w:t>And sometimes being beside her made Elsie feel like less.</w:t>
      </w:r>
    </w:p>
    <w:p>
      <w:pPr>
        <w:spacing w:before="0" w:after="0" w:line="264" w:lineRule="exact"/>
        <w:ind w:left="0" w:right="0" w:firstLine="0"/>
      </w:pPr>
      <w:r>
        <w:rPr>
          <w:rFonts w:ascii="EB Garamond" w:hAnsi="EB Garamond"/>
          <w:b w:val="0"/>
          <w:i w:val="0"/>
          <w:sz w:val="22"/>
        </w:rPr>
        <w:t>Both things could be true.</w:t>
      </w:r>
    </w:p>
    <w:p>
      <w:pPr>
        <w:spacing w:before="0" w:after="0" w:line="264" w:lineRule="exact"/>
        <w:ind w:left="0" w:right="0" w:firstLine="0"/>
      </w:pPr>
      <w:r>
        <w:rPr>
          <w:rFonts w:ascii="EB Garamond" w:hAnsi="EB Garamond"/>
          <w:b w:val="0"/>
          <w:i w:val="0"/>
          <w:sz w:val="22"/>
        </w:rPr>
        <w:t>“That makes me a terrible friend.”</w:t>
      </w:r>
    </w:p>
    <w:p>
      <w:pPr>
        <w:spacing w:before="0" w:after="0" w:line="264" w:lineRule="exact"/>
        <w:ind w:left="0" w:right="0" w:firstLine="0"/>
      </w:pPr>
      <w:r>
        <w:rPr>
          <w:rFonts w:ascii="EB Garamond" w:hAnsi="EB Garamond"/>
          <w:b w:val="0"/>
          <w:i w:val="0"/>
          <w:sz w:val="22"/>
        </w:rPr>
        <w:t>“No, it makes you jealous.”</w:t>
      </w:r>
    </w:p>
    <w:p>
      <w:pPr>
        <w:spacing w:before="0" w:after="0" w:line="264" w:lineRule="exact"/>
        <w:ind w:left="0" w:right="0" w:firstLine="0"/>
      </w:pPr>
      <w:r>
        <w:rPr>
          <w:rFonts w:ascii="EB Garamond" w:hAnsi="EB Garamond"/>
          <w:b w:val="0"/>
          <w:i w:val="0"/>
          <w:sz w:val="22"/>
        </w:rPr>
        <w:t>“Better.”</w:t>
      </w:r>
    </w:p>
    <w:p>
      <w:pPr>
        <w:spacing w:before="0" w:after="0" w:line="264" w:lineRule="exact"/>
        <w:ind w:left="0" w:right="0" w:firstLine="0"/>
      </w:pPr>
      <w:r>
        <w:rPr>
          <w:rFonts w:ascii="EB Garamond" w:hAnsi="EB Garamond"/>
          <w:b w:val="0"/>
          <w:i w:val="0"/>
          <w:sz w:val="22"/>
        </w:rPr>
        <w:t>“Jealousy isn’t the same as hatred.”</w:t>
      </w:r>
    </w:p>
    <w:p>
      <w:pPr>
        <w:spacing w:before="0" w:after="0" w:line="264" w:lineRule="exact"/>
        <w:ind w:left="0" w:right="0" w:firstLine="0"/>
      </w:pPr>
      <w:r>
        <w:rPr>
          <w:rFonts w:ascii="EB Garamond" w:hAnsi="EB Garamond"/>
          <w:b w:val="0"/>
          <w:i w:val="0"/>
          <w:sz w:val="22"/>
        </w:rPr>
        <w:t>“It still sucks.”</w:t>
      </w:r>
    </w:p>
    <w:p>
      <w:pPr>
        <w:spacing w:before="0" w:after="0" w:line="264" w:lineRule="exact"/>
        <w:ind w:left="0" w:right="0" w:firstLine="0"/>
      </w:pPr>
      <w:r>
        <w:rPr>
          <w:rFonts w:ascii="EB Garamond" w:hAnsi="EB Garamond"/>
          <w:b w:val="0"/>
          <w:i w:val="0"/>
          <w:sz w:val="22"/>
        </w:rPr>
        <w:t>“Yep.”</w:t>
      </w:r>
    </w:p>
    <w:p>
      <w:pPr>
        <w:spacing w:before="0" w:after="0" w:line="264" w:lineRule="exact"/>
        <w:ind w:left="0" w:right="0" w:firstLine="0"/>
      </w:pPr>
      <w:r>
        <w:rPr>
          <w:rFonts w:ascii="EB Garamond" w:hAnsi="EB Garamond"/>
          <w:b w:val="0"/>
          <w:i w:val="0"/>
          <w:sz w:val="22"/>
        </w:rPr>
        <w:t>Elsie looked at Nora.</w:t>
      </w:r>
    </w:p>
    <w:p>
      <w:pPr>
        <w:spacing w:before="0" w:after="0" w:line="264" w:lineRule="exact"/>
        <w:ind w:left="0" w:right="0" w:firstLine="0"/>
      </w:pPr>
      <w:r>
        <w:rPr>
          <w:rFonts w:ascii="EB Garamond" w:hAnsi="EB Garamond"/>
          <w:b w:val="0"/>
          <w:i w:val="0"/>
          <w:sz w:val="22"/>
        </w:rPr>
        <w:t>“You’re really bad at comforting people.”</w:t>
      </w:r>
    </w:p>
    <w:p>
      <w:pPr>
        <w:spacing w:before="0" w:after="0" w:line="264" w:lineRule="exact"/>
        <w:ind w:left="0" w:right="0" w:firstLine="0"/>
      </w:pPr>
      <w:r>
        <w:rPr>
          <w:rFonts w:ascii="EB Garamond" w:hAnsi="EB Garamond"/>
          <w:b w:val="0"/>
          <w:i w:val="0"/>
          <w:sz w:val="22"/>
        </w:rPr>
        <w:t>“I know.”</w:t>
      </w:r>
    </w:p>
    <w:p>
      <w:pPr>
        <w:spacing w:before="0" w:after="0" w:line="264" w:lineRule="exact"/>
        <w:ind w:left="0" w:right="0" w:firstLine="0"/>
      </w:pPr>
      <w:r>
        <w:rPr>
          <w:rFonts w:ascii="EB Garamond" w:hAnsi="EB Garamond"/>
          <w:b w:val="0"/>
          <w:i w:val="0"/>
          <w:sz w:val="22"/>
        </w:rPr>
        <w:t>They drove another block.</w:t>
      </w:r>
    </w:p>
    <w:p>
      <w:pPr>
        <w:spacing w:before="0" w:after="0" w:line="264" w:lineRule="exact"/>
        <w:ind w:left="0" w:right="0" w:firstLine="0"/>
      </w:pPr>
      <w:r>
        <w:rPr>
          <w:rFonts w:ascii="EB Garamond" w:hAnsi="EB Garamond"/>
          <w:b w:val="0"/>
          <w:i w:val="0"/>
          <w:sz w:val="22"/>
        </w:rPr>
        <w:t>Then Nora said, “You know Ava probably has a Rachel.”</w:t>
      </w:r>
    </w:p>
    <w:p>
      <w:pPr>
        <w:spacing w:before="0" w:after="0" w:line="264" w:lineRule="exact"/>
        <w:ind w:left="0" w:right="0" w:firstLine="0"/>
      </w:pPr>
      <w:r>
        <w:rPr>
          <w:rFonts w:ascii="EB Garamond" w:hAnsi="EB Garamond"/>
          <w:b w:val="0"/>
          <w:i w:val="0"/>
          <w:sz w:val="22"/>
        </w:rPr>
        <w:t>Elsie frowned.</w:t>
      </w:r>
    </w:p>
    <w:p>
      <w:pPr>
        <w:spacing w:before="0" w:after="0" w:line="264" w:lineRule="exact"/>
        <w:ind w:left="0" w:right="0" w:firstLine="0"/>
      </w:pPr>
      <w:r>
        <w:rPr>
          <w:rFonts w:ascii="EB Garamond" w:hAnsi="EB Garamond"/>
          <w:b w:val="0"/>
          <w:i w:val="0"/>
          <w:sz w:val="22"/>
        </w:rPr>
        <w:t>“Who?”</w:t>
      </w:r>
    </w:p>
    <w:p>
      <w:pPr>
        <w:spacing w:before="0" w:after="0" w:line="264" w:lineRule="exact"/>
        <w:ind w:left="0" w:right="0" w:firstLine="0"/>
      </w:pPr>
      <w:r>
        <w:rPr>
          <w:rFonts w:ascii="EB Garamond" w:hAnsi="EB Garamond"/>
          <w:b w:val="0"/>
          <w:i w:val="0"/>
          <w:sz w:val="22"/>
        </w:rPr>
        <w:t>“I don’t know.”</w:t>
      </w:r>
    </w:p>
    <w:p>
      <w:pPr>
        <w:spacing w:before="0" w:after="0" w:line="264" w:lineRule="exact"/>
        <w:ind w:left="0" w:right="0" w:firstLine="0"/>
      </w:pPr>
      <w:r>
        <w:rPr>
          <w:rFonts w:ascii="EB Garamond" w:hAnsi="EB Garamond"/>
          <w:b w:val="0"/>
          <w:i w:val="0"/>
          <w:sz w:val="22"/>
        </w:rPr>
        <w:t>“Ava doesn’t need one.”</w:t>
      </w:r>
    </w:p>
    <w:p>
      <w:pPr>
        <w:spacing w:before="0" w:after="0" w:line="264" w:lineRule="exact"/>
        <w:ind w:left="0" w:right="0" w:firstLine="0"/>
      </w:pPr>
      <w:r>
        <w:rPr>
          <w:rFonts w:ascii="EB Garamond" w:hAnsi="EB Garamond"/>
          <w:b w:val="0"/>
          <w:i w:val="0"/>
          <w:sz w:val="22"/>
        </w:rPr>
        <w:t>Nora glanced at her.</w:t>
      </w:r>
    </w:p>
    <w:p>
      <w:pPr>
        <w:spacing w:before="0" w:after="0" w:line="264" w:lineRule="exact"/>
        <w:ind w:left="0" w:right="0" w:firstLine="0"/>
      </w:pPr>
      <w:r>
        <w:rPr>
          <w:rFonts w:ascii="EB Garamond" w:hAnsi="EB Garamond"/>
          <w:b w:val="0"/>
          <w:i w:val="0"/>
          <w:sz w:val="22"/>
        </w:rPr>
        <w:t>“You think Rachel knew she was a Rachel?”</w:t>
      </w:r>
    </w:p>
    <w:p>
      <w:pPr>
        <w:spacing w:before="0" w:after="0" w:line="264" w:lineRule="exact"/>
        <w:ind w:left="0" w:right="0" w:firstLine="0"/>
      </w:pPr>
      <w:r>
        <w:rPr>
          <w:rFonts w:ascii="EB Garamond" w:hAnsi="EB Garamond"/>
          <w:b w:val="0"/>
          <w:i w:val="0"/>
          <w:sz w:val="22"/>
        </w:rPr>
        <w:t>Elsie went still.</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Nora smiled slightly.</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Elsie hated Bible study.</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 xml:space="preserve">When she got home, her mother was sitting on the couch folding laundry. </w:t>
      </w:r>
    </w:p>
    <w:p>
      <w:pPr>
        <w:spacing w:before="0" w:after="0" w:line="264" w:lineRule="exact"/>
        <w:ind w:left="0" w:right="0" w:firstLine="0"/>
      </w:pPr>
      <w:r>
        <w:rPr>
          <w:rFonts w:ascii="EB Garamond" w:hAnsi="EB Garamond"/>
          <w:b w:val="0"/>
          <w:i w:val="0"/>
          <w:sz w:val="22"/>
        </w:rPr>
        <w:t>“How was it?”</w:t>
      </w:r>
    </w:p>
    <w:p>
      <w:pPr>
        <w:spacing w:before="0" w:after="0" w:line="264" w:lineRule="exact"/>
        <w:ind w:left="0" w:right="0" w:firstLine="0"/>
      </w:pPr>
      <w:r>
        <w:rPr>
          <w:rFonts w:ascii="EB Garamond" w:hAnsi="EB Garamond"/>
          <w:b w:val="0"/>
          <w:i w:val="0"/>
          <w:sz w:val="22"/>
        </w:rPr>
        <w:t>Elsie dropped her bag by the stairs.</w:t>
      </w:r>
    </w:p>
    <w:p>
      <w:pPr>
        <w:spacing w:before="0" w:after="0" w:line="264" w:lineRule="exact"/>
        <w:ind w:left="0" w:right="0" w:firstLine="0"/>
      </w:pPr>
      <w:r>
        <w:rPr>
          <w:rFonts w:ascii="EB Garamond" w:hAnsi="EB Garamond"/>
          <w:b w:val="0"/>
          <w:i w:val="0"/>
          <w:sz w:val="22"/>
        </w:rPr>
        <w:t>“Emotionally invasive.”</w:t>
      </w:r>
    </w:p>
    <w:p>
      <w:pPr>
        <w:spacing w:before="0" w:after="0" w:line="264" w:lineRule="exact"/>
        <w:ind w:left="0" w:right="0" w:firstLine="0"/>
      </w:pPr>
      <w:r>
        <w:rPr>
          <w:rFonts w:ascii="EB Garamond" w:hAnsi="EB Garamond"/>
          <w:b w:val="0"/>
          <w:i w:val="0"/>
          <w:sz w:val="22"/>
        </w:rPr>
        <w:t>Her mother nodded.</w:t>
      </w:r>
    </w:p>
    <w:p>
      <w:pPr>
        <w:spacing w:before="0" w:after="0" w:line="264" w:lineRule="exact"/>
        <w:ind w:left="0" w:right="0" w:firstLine="0"/>
      </w:pPr>
      <w:r>
        <w:rPr>
          <w:rFonts w:ascii="EB Garamond" w:hAnsi="EB Garamond"/>
          <w:b w:val="0"/>
          <w:i w:val="0"/>
          <w:sz w:val="22"/>
        </w:rPr>
        <w:t>“So good?”</w:t>
      </w:r>
    </w:p>
    <w:p>
      <w:pPr>
        <w:spacing w:before="0" w:after="0" w:line="264" w:lineRule="exact"/>
        <w:ind w:left="0" w:right="0" w:firstLine="0"/>
      </w:pPr>
      <w:r>
        <w:rPr>
          <w:rFonts w:ascii="EB Garamond" w:hAnsi="EB Garamond"/>
          <w:b w:val="0"/>
          <w:i w:val="0"/>
          <w:sz w:val="22"/>
        </w:rPr>
        <w:t>“I think.”</w:t>
      </w:r>
    </w:p>
    <w:p>
      <w:pPr>
        <w:spacing w:before="0" w:after="0" w:line="264" w:lineRule="exact"/>
        <w:ind w:left="0" w:right="0" w:firstLine="0"/>
      </w:pPr>
      <w:r>
        <w:rPr>
          <w:rFonts w:ascii="EB Garamond" w:hAnsi="EB Garamond"/>
          <w:b w:val="0"/>
          <w:i w:val="0"/>
          <w:sz w:val="22"/>
        </w:rPr>
        <w:t>“Pizza?”</w:t>
      </w:r>
    </w:p>
    <w:p>
      <w:pPr>
        <w:spacing w:before="0" w:after="0" w:line="264" w:lineRule="exact"/>
        <w:ind w:left="0" w:right="0" w:firstLine="0"/>
      </w:pPr>
      <w:r>
        <w:rPr>
          <w:rFonts w:ascii="EB Garamond" w:hAnsi="EB Garamond"/>
          <w:b w:val="0"/>
          <w:i w:val="0"/>
          <w:sz w:val="22"/>
        </w:rPr>
        <w:t>“Yes.”</w:t>
      </w:r>
    </w:p>
    <w:p>
      <w:pPr>
        <w:spacing w:before="0" w:after="0" w:line="264" w:lineRule="exact"/>
        <w:ind w:left="0" w:right="0" w:firstLine="0"/>
      </w:pPr>
      <w:r>
        <w:rPr>
          <w:rFonts w:ascii="EB Garamond" w:hAnsi="EB Garamond"/>
          <w:b w:val="0"/>
          <w:i w:val="0"/>
          <w:sz w:val="22"/>
        </w:rPr>
        <w:t>“Then definitely good.”</w:t>
      </w:r>
    </w:p>
    <w:p>
      <w:pPr>
        <w:spacing w:before="0" w:after="0" w:line="264" w:lineRule="exact"/>
        <w:ind w:left="0" w:right="0" w:firstLine="0"/>
      </w:pPr>
      <w:r>
        <w:rPr>
          <w:rFonts w:ascii="EB Garamond" w:hAnsi="EB Garamond"/>
          <w:b w:val="0"/>
          <w:i w:val="0"/>
          <w:sz w:val="22"/>
        </w:rPr>
        <w:t>Elsie started upstairs.</w:t>
      </w:r>
    </w:p>
    <w:p>
      <w:pPr>
        <w:spacing w:before="0" w:after="0" w:line="264" w:lineRule="exact"/>
        <w:ind w:left="0" w:right="0" w:firstLine="0"/>
      </w:pPr>
      <w:r>
        <w:rPr>
          <w:rFonts w:ascii="EB Garamond" w:hAnsi="EB Garamond"/>
          <w:b w:val="0"/>
          <w:i w:val="0"/>
          <w:sz w:val="22"/>
        </w:rPr>
        <w:t>“Hey, Mom?”</w:t>
      </w:r>
    </w:p>
    <w:p>
      <w:pPr>
        <w:spacing w:before="0" w:after="0" w:line="264" w:lineRule="exact"/>
        <w:ind w:left="0" w:right="0" w:firstLine="0"/>
      </w:pPr>
      <w:r>
        <w:rPr>
          <w:rFonts w:ascii="EB Garamond" w:hAnsi="EB Garamond"/>
          <w:b w:val="0"/>
          <w:i w:val="0"/>
          <w:sz w:val="22"/>
        </w:rPr>
        <w:t>“Yeah?”</w:t>
      </w:r>
    </w:p>
    <w:p>
      <w:pPr>
        <w:spacing w:before="0" w:after="0" w:line="264" w:lineRule="exact"/>
        <w:ind w:left="0" w:right="0" w:firstLine="0"/>
      </w:pPr>
      <w:r>
        <w:rPr>
          <w:rFonts w:ascii="EB Garamond" w:hAnsi="EB Garamond"/>
          <w:b w:val="0"/>
          <w:i w:val="0"/>
          <w:sz w:val="22"/>
        </w:rPr>
        <w:t>“Do you think Ava is prettier than me?”</w:t>
      </w:r>
    </w:p>
    <w:p>
      <w:pPr>
        <w:spacing w:before="0" w:after="0" w:line="264" w:lineRule="exact"/>
        <w:ind w:left="0" w:right="0" w:firstLine="0"/>
      </w:pPr>
      <w:r>
        <w:rPr>
          <w:rFonts w:ascii="EB Garamond" w:hAnsi="EB Garamond"/>
          <w:b w:val="0"/>
          <w:i w:val="0"/>
          <w:sz w:val="22"/>
        </w:rPr>
        <w:t>Her mother’s hands stopped.</w:t>
      </w:r>
    </w:p>
    <w:p>
      <w:pPr>
        <w:spacing w:before="0" w:after="0" w:line="264" w:lineRule="exact"/>
        <w:ind w:left="0" w:right="0" w:firstLine="0"/>
      </w:pPr>
      <w:r>
        <w:rPr>
          <w:rFonts w:ascii="EB Garamond" w:hAnsi="EB Garamond"/>
          <w:b w:val="0"/>
          <w:i w:val="0"/>
          <w:sz w:val="22"/>
        </w:rPr>
        <w:t>Elsie immediately regretted asking.</w:t>
      </w:r>
    </w:p>
    <w:p>
      <w:pPr>
        <w:spacing w:before="0" w:after="0" w:line="264" w:lineRule="exact"/>
        <w:ind w:left="0" w:right="0" w:firstLine="0"/>
      </w:pPr>
      <w:r>
        <w:rPr>
          <w:rFonts w:ascii="EB Garamond" w:hAnsi="EB Garamond"/>
          <w:b w:val="0"/>
          <w:i w:val="0"/>
          <w:sz w:val="22"/>
        </w:rPr>
        <w:t>“Never mind.”</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Her mother put down the shirt she was folding.</w:t>
      </w:r>
    </w:p>
    <w:p>
      <w:pPr>
        <w:spacing w:before="0" w:after="0" w:line="264" w:lineRule="exact"/>
        <w:ind w:left="0" w:right="0" w:firstLine="0"/>
      </w:pPr>
      <w:r>
        <w:rPr>
          <w:rFonts w:ascii="EB Garamond" w:hAnsi="EB Garamond"/>
          <w:b w:val="0"/>
          <w:i w:val="0"/>
          <w:sz w:val="22"/>
        </w:rPr>
        <w:t>“Come here.”</w:t>
      </w:r>
    </w:p>
    <w:p>
      <w:pPr>
        <w:spacing w:before="0" w:after="0" w:line="264" w:lineRule="exact"/>
        <w:ind w:left="0" w:right="0" w:firstLine="0"/>
      </w:pPr>
      <w:r>
        <w:rPr>
          <w:rFonts w:ascii="EB Garamond" w:hAnsi="EB Garamond"/>
          <w:b w:val="0"/>
          <w:i w:val="0"/>
          <w:sz w:val="22"/>
        </w:rPr>
        <w:t>“No, absolutely not.”</w:t>
      </w:r>
    </w:p>
    <w:p>
      <w:pPr>
        <w:spacing w:before="0" w:after="0" w:line="264" w:lineRule="exact"/>
        <w:ind w:left="0" w:right="0" w:firstLine="0"/>
      </w:pPr>
      <w:r>
        <w:rPr>
          <w:rFonts w:ascii="EB Garamond" w:hAnsi="EB Garamond"/>
          <w:b w:val="0"/>
          <w:i w:val="0"/>
          <w:sz w:val="22"/>
        </w:rPr>
        <w:t>“Elsie.”</w:t>
      </w:r>
    </w:p>
    <w:p>
      <w:pPr>
        <w:spacing w:before="0" w:after="0" w:line="264" w:lineRule="exact"/>
        <w:ind w:left="0" w:right="0" w:firstLine="0"/>
      </w:pPr>
      <w:r>
        <w:rPr>
          <w:rFonts w:ascii="EB Garamond" w:hAnsi="EB Garamond"/>
          <w:b w:val="0"/>
          <w:i w:val="0"/>
          <w:sz w:val="22"/>
        </w:rPr>
        <w:t>“I don’t need a mom speech.”</w:t>
      </w:r>
    </w:p>
    <w:p>
      <w:pPr>
        <w:spacing w:before="0" w:after="0" w:line="264" w:lineRule="exact"/>
        <w:ind w:left="0" w:right="0" w:firstLine="0"/>
      </w:pPr>
      <w:r>
        <w:rPr>
          <w:rFonts w:ascii="EB Garamond" w:hAnsi="EB Garamond"/>
          <w:b w:val="0"/>
          <w:i w:val="0"/>
          <w:sz w:val="22"/>
        </w:rPr>
        <w:t>“Then why did you ask?”</w:t>
      </w:r>
    </w:p>
    <w:p>
      <w:pPr>
        <w:spacing w:before="0" w:after="0" w:line="264" w:lineRule="exact"/>
        <w:ind w:left="0" w:right="0" w:firstLine="0"/>
      </w:pPr>
      <w:r>
        <w:rPr>
          <w:rFonts w:ascii="EB Garamond" w:hAnsi="EB Garamond"/>
          <w:b w:val="0"/>
          <w:i w:val="0"/>
          <w:sz w:val="22"/>
        </w:rPr>
        <w:t>“I don’t know.”</w:t>
      </w:r>
    </w:p>
    <w:p>
      <w:pPr>
        <w:spacing w:before="0" w:after="0" w:line="264" w:lineRule="exact"/>
        <w:ind w:left="0" w:right="0" w:firstLine="0"/>
      </w:pPr>
      <w:r>
        <w:rPr>
          <w:rFonts w:ascii="EB Garamond" w:hAnsi="EB Garamond"/>
          <w:b w:val="0"/>
          <w:i w:val="0"/>
          <w:sz w:val="22"/>
        </w:rPr>
        <w:t>She stayed on the stairs.</w:t>
      </w:r>
    </w:p>
    <w:p>
      <w:pPr>
        <w:spacing w:before="0" w:after="0" w:line="264" w:lineRule="exact"/>
        <w:ind w:left="0" w:right="0" w:firstLine="0"/>
      </w:pPr>
      <w:r>
        <w:rPr>
          <w:rFonts w:ascii="EB Garamond" w:hAnsi="EB Garamond"/>
          <w:b w:val="0"/>
          <w:i w:val="0"/>
          <w:sz w:val="22"/>
        </w:rPr>
        <w:t>Her mother looked at her.</w:t>
      </w:r>
    </w:p>
    <w:p>
      <w:pPr>
        <w:spacing w:before="0" w:after="0" w:line="264" w:lineRule="exact"/>
        <w:ind w:left="0" w:right="0" w:firstLine="0"/>
      </w:pPr>
      <w:r>
        <w:rPr>
          <w:rFonts w:ascii="EB Garamond" w:hAnsi="EB Garamond"/>
          <w:b w:val="0"/>
          <w:i w:val="0"/>
          <w:sz w:val="22"/>
        </w:rPr>
        <w:t>“Ava is beautiful.”</w:t>
      </w:r>
    </w:p>
    <w:p>
      <w:pPr>
        <w:spacing w:before="0" w:after="0" w:line="264" w:lineRule="exact"/>
        <w:ind w:left="0" w:right="0" w:firstLine="0"/>
      </w:pPr>
      <w:r>
        <w:rPr>
          <w:rFonts w:ascii="EB Garamond" w:hAnsi="EB Garamond"/>
          <w:b w:val="0"/>
          <w:i w:val="0"/>
          <w:sz w:val="22"/>
        </w:rPr>
        <w:t>Elsie’s stomach dropped.</w:t>
      </w:r>
    </w:p>
    <w:p>
      <w:pPr>
        <w:spacing w:before="0" w:after="0" w:line="264" w:lineRule="exact"/>
        <w:ind w:left="0" w:right="0" w:firstLine="0"/>
      </w:pPr>
      <w:r>
        <w:rPr>
          <w:rFonts w:ascii="EB Garamond" w:hAnsi="EB Garamond"/>
          <w:b w:val="0"/>
          <w:i w:val="0"/>
          <w:sz w:val="22"/>
        </w:rPr>
        <w:t>“And so are you.”</w:t>
      </w:r>
    </w:p>
    <w:p>
      <w:pPr>
        <w:spacing w:before="0" w:after="0" w:line="264" w:lineRule="exact"/>
        <w:ind w:left="0" w:right="0" w:firstLine="0"/>
      </w:pPr>
      <w:r>
        <w:rPr>
          <w:rFonts w:ascii="EB Garamond" w:hAnsi="EB Garamond"/>
          <w:b w:val="0"/>
          <w:i w:val="0"/>
          <w:sz w:val="22"/>
        </w:rPr>
        <w:t>“That’s what moms have to say.”</w:t>
      </w:r>
    </w:p>
    <w:p>
      <w:pPr>
        <w:spacing w:before="0" w:after="0" w:line="264" w:lineRule="exact"/>
        <w:ind w:left="0" w:right="0" w:firstLine="0"/>
      </w:pPr>
      <w:r>
        <w:rPr>
          <w:rFonts w:ascii="EB Garamond" w:hAnsi="EB Garamond"/>
          <w:b w:val="0"/>
          <w:i w:val="0"/>
          <w:sz w:val="22"/>
        </w:rPr>
        <w:t>“No, mothers are legally permitted to acknowledge ugly children.”</w:t>
      </w:r>
    </w:p>
    <w:p>
      <w:pPr>
        <w:spacing w:before="0" w:after="0" w:line="264" w:lineRule="exact"/>
        <w:ind w:left="0" w:right="0" w:firstLine="0"/>
      </w:pPr>
      <w:r>
        <w:rPr>
          <w:rFonts w:ascii="EB Garamond" w:hAnsi="EB Garamond"/>
          <w:b w:val="0"/>
          <w:i w:val="0"/>
          <w:sz w:val="22"/>
        </w:rPr>
        <w:t>Elsie laughed.</w:t>
      </w:r>
    </w:p>
    <w:p>
      <w:pPr>
        <w:spacing w:before="0" w:after="0" w:line="264" w:lineRule="exact"/>
        <w:ind w:left="0" w:right="0" w:firstLine="0"/>
      </w:pPr>
      <w:r>
        <w:rPr>
          <w:rFonts w:ascii="EB Garamond" w:hAnsi="EB Garamond"/>
          <w:b w:val="0"/>
          <w:i w:val="0"/>
          <w:sz w:val="22"/>
        </w:rPr>
        <w:t>“Mom.”</w:t>
      </w:r>
    </w:p>
    <w:p>
      <w:pPr>
        <w:spacing w:before="0" w:after="0" w:line="264" w:lineRule="exact"/>
        <w:ind w:left="0" w:right="0" w:firstLine="0"/>
      </w:pPr>
      <w:r>
        <w:rPr>
          <w:rFonts w:ascii="EB Garamond" w:hAnsi="EB Garamond"/>
          <w:b w:val="0"/>
          <w:i w:val="0"/>
          <w:sz w:val="22"/>
        </w:rPr>
        <w:t>“I’m serious. The paperwork is extensive, but it can be done.”</w:t>
      </w:r>
    </w:p>
    <w:p>
      <w:pPr>
        <w:spacing w:before="0" w:after="0" w:line="264" w:lineRule="exact"/>
        <w:ind w:left="0" w:right="0" w:firstLine="0"/>
      </w:pPr>
      <w:r>
        <w:rPr>
          <w:rFonts w:ascii="EB Garamond" w:hAnsi="EB Garamond"/>
          <w:b w:val="0"/>
          <w:i w:val="0"/>
          <w:sz w:val="22"/>
        </w:rPr>
        <w:t>Elsie walked down one step.</w:t>
      </w:r>
    </w:p>
    <w:p>
      <w:pPr>
        <w:spacing w:before="0" w:after="0" w:line="264" w:lineRule="exact"/>
        <w:ind w:left="0" w:right="0" w:firstLine="0"/>
      </w:pPr>
      <w:r>
        <w:rPr>
          <w:rFonts w:ascii="EB Garamond" w:hAnsi="EB Garamond"/>
          <w:b w:val="0"/>
          <w:i w:val="0"/>
          <w:sz w:val="22"/>
        </w:rPr>
        <w:t>Her mother smiled.</w:t>
      </w:r>
    </w:p>
    <w:p>
      <w:pPr>
        <w:spacing w:before="0" w:after="0" w:line="264" w:lineRule="exact"/>
        <w:ind w:left="0" w:right="0" w:firstLine="0"/>
      </w:pPr>
      <w:r>
        <w:rPr>
          <w:rFonts w:ascii="EB Garamond" w:hAnsi="EB Garamond"/>
          <w:b w:val="0"/>
          <w:i w:val="0"/>
          <w:sz w:val="22"/>
        </w:rPr>
        <w:t>“You’re beautiful.”</w:t>
      </w:r>
    </w:p>
    <w:p>
      <w:pPr>
        <w:spacing w:before="0" w:after="0" w:line="264" w:lineRule="exact"/>
        <w:ind w:left="0" w:right="0" w:firstLine="0"/>
      </w:pPr>
      <w:r>
        <w:rPr>
          <w:rFonts w:ascii="EB Garamond" w:hAnsi="EB Garamond"/>
          <w:b w:val="0"/>
          <w:i w:val="0"/>
          <w:sz w:val="22"/>
        </w:rPr>
        <w:t>Elsie looked away.</w:t>
      </w:r>
    </w:p>
    <w:p>
      <w:pPr>
        <w:spacing w:before="0" w:after="0" w:line="264" w:lineRule="exact"/>
        <w:ind w:left="0" w:right="0" w:firstLine="0"/>
      </w:pPr>
      <w:r>
        <w:rPr>
          <w:rFonts w:ascii="EB Garamond" w:hAnsi="EB Garamond"/>
          <w:b w:val="0"/>
          <w:i w:val="0"/>
          <w:sz w:val="22"/>
        </w:rPr>
        <w:t>“Okay.”</w:t>
      </w:r>
    </w:p>
    <w:p>
      <w:pPr>
        <w:spacing w:before="0" w:after="0" w:line="264" w:lineRule="exact"/>
        <w:ind w:left="0" w:right="0" w:firstLine="0"/>
      </w:pPr>
      <w:r>
        <w:rPr>
          <w:rFonts w:ascii="EB Garamond" w:hAnsi="EB Garamond"/>
          <w:b w:val="0"/>
          <w:i w:val="0"/>
          <w:sz w:val="22"/>
        </w:rPr>
        <w:t>“But I don’t think that’s actually what you’re asking.”</w:t>
      </w:r>
    </w:p>
    <w:p>
      <w:pPr>
        <w:spacing w:before="0" w:after="0" w:line="264" w:lineRule="exact"/>
        <w:ind w:left="0" w:right="0" w:firstLine="0"/>
      </w:pPr>
      <w:r>
        <w:rPr>
          <w:rFonts w:ascii="EB Garamond" w:hAnsi="EB Garamond"/>
          <w:b w:val="0"/>
          <w:i w:val="0"/>
          <w:sz w:val="22"/>
        </w:rPr>
        <w:t>Elsie looked back.</w:t>
      </w:r>
    </w:p>
    <w:p>
      <w:pPr>
        <w:spacing w:before="0" w:after="0" w:line="264" w:lineRule="exact"/>
        <w:ind w:left="0" w:right="0" w:firstLine="0"/>
      </w:pPr>
      <w:r>
        <w:rPr>
          <w:rFonts w:ascii="EB Garamond" w:hAnsi="EB Garamond"/>
          <w:b w:val="0"/>
          <w:i w:val="0"/>
          <w:sz w:val="22"/>
        </w:rPr>
        <w:t>“What am I asking?”</w:t>
      </w:r>
    </w:p>
    <w:p>
      <w:pPr>
        <w:spacing w:before="0" w:after="0" w:line="264" w:lineRule="exact"/>
        <w:ind w:left="0" w:right="0" w:firstLine="0"/>
      </w:pPr>
      <w:r>
        <w:rPr>
          <w:rFonts w:ascii="EB Garamond" w:hAnsi="EB Garamond"/>
          <w:b w:val="0"/>
          <w:i w:val="0"/>
          <w:sz w:val="22"/>
        </w:rPr>
        <w:t>“I think you’re asking whether somebody else being beautiful means you are less beautiful.”</w:t>
      </w:r>
    </w:p>
    <w:p>
      <w:pPr>
        <w:spacing w:before="0" w:after="0" w:line="264" w:lineRule="exact"/>
        <w:ind w:left="0" w:right="0" w:firstLine="0"/>
      </w:pPr>
      <w:r>
        <w:rPr>
          <w:rFonts w:ascii="EB Garamond" w:hAnsi="EB Garamond"/>
          <w:b w:val="0"/>
          <w:i w:val="0"/>
          <w:sz w:val="22"/>
        </w:rPr>
        <w:t>Elsie stared.</w:t>
      </w:r>
    </w:p>
    <w:p>
      <w:pPr>
        <w:spacing w:before="0" w:after="0" w:line="264" w:lineRule="exact"/>
        <w:ind w:left="0" w:right="0" w:firstLine="0"/>
      </w:pPr>
      <w:r>
        <w:rPr>
          <w:rFonts w:ascii="EB Garamond" w:hAnsi="EB Garamond"/>
          <w:b w:val="0"/>
          <w:i w:val="0"/>
          <w:sz w:val="22"/>
        </w:rPr>
        <w:t>“Did you secretly go to Bible study?”</w:t>
      </w:r>
    </w:p>
    <w:p>
      <w:pPr>
        <w:spacing w:before="0" w:after="0" w:line="264" w:lineRule="exact"/>
        <w:ind w:left="0" w:right="0" w:firstLine="0"/>
      </w:pPr>
      <w:r>
        <w:rPr>
          <w:rFonts w:ascii="EB Garamond" w:hAnsi="EB Garamond"/>
          <w:b w:val="0"/>
          <w:i w:val="0"/>
          <w:sz w:val="22"/>
        </w:rPr>
        <w:t>“No.”</w:t>
      </w:r>
    </w:p>
    <w:p>
      <w:pPr>
        <w:spacing w:before="0" w:after="0" w:line="264" w:lineRule="exact"/>
        <w:ind w:left="0" w:right="0" w:firstLine="0"/>
      </w:pPr>
      <w:r>
        <w:rPr>
          <w:rFonts w:ascii="EB Garamond" w:hAnsi="EB Garamond"/>
          <w:b w:val="0"/>
          <w:i w:val="0"/>
          <w:sz w:val="22"/>
        </w:rPr>
        <w:t>“Because this feels coordinated.”</w:t>
      </w:r>
    </w:p>
    <w:p>
      <w:pPr>
        <w:spacing w:before="0" w:after="0" w:line="264" w:lineRule="exact"/>
        <w:ind w:left="0" w:right="0" w:firstLine="0"/>
      </w:pPr>
      <w:r>
        <w:rPr>
          <w:rFonts w:ascii="EB Garamond" w:hAnsi="EB Garamond"/>
          <w:b w:val="0"/>
          <w:i w:val="0"/>
          <w:sz w:val="22"/>
        </w:rPr>
        <w:t>Her mother smiled.</w:t>
      </w:r>
    </w:p>
    <w:p>
      <w:pPr>
        <w:spacing w:before="0" w:after="0" w:line="264" w:lineRule="exact"/>
        <w:ind w:left="0" w:right="0" w:firstLine="0"/>
      </w:pPr>
      <w:r>
        <w:rPr>
          <w:rFonts w:ascii="EB Garamond" w:hAnsi="EB Garamond"/>
          <w:b w:val="0"/>
          <w:i w:val="0"/>
          <w:sz w:val="22"/>
        </w:rPr>
        <w:t>Then picked up the shirt again.</w:t>
      </w:r>
    </w:p>
    <w:p>
      <w:pPr>
        <w:spacing w:before="0" w:after="0" w:line="264" w:lineRule="exact"/>
        <w:ind w:left="0" w:right="0" w:firstLine="0"/>
      </w:pPr>
      <w:r>
        <w:rPr>
          <w:rFonts w:ascii="EB Garamond" w:hAnsi="EB Garamond"/>
          <w:b w:val="0"/>
          <w:i w:val="0"/>
          <w:sz w:val="22"/>
        </w:rPr>
        <w:t>“For what it’s worth, I spent most of my high school wishing I looked like my best friend.”</w:t>
      </w:r>
    </w:p>
    <w:p>
      <w:pPr>
        <w:spacing w:before="0" w:after="0" w:line="264" w:lineRule="exact"/>
        <w:ind w:left="0" w:right="0" w:firstLine="0"/>
      </w:pPr>
      <w:r>
        <w:rPr>
          <w:rFonts w:ascii="EB Garamond" w:hAnsi="EB Garamond"/>
          <w:b w:val="0"/>
          <w:i w:val="0"/>
          <w:sz w:val="22"/>
        </w:rPr>
        <w:t>Elsie stopped.</w:t>
      </w:r>
    </w:p>
    <w:p>
      <w:pPr>
        <w:spacing w:before="0" w:after="0" w:line="264" w:lineRule="exact"/>
        <w:ind w:left="0" w:right="0" w:firstLine="0"/>
      </w:pPr>
      <w:r>
        <w:rPr>
          <w:rFonts w:ascii="EB Garamond" w:hAnsi="EB Garamond"/>
          <w:b w:val="0"/>
          <w:i w:val="0"/>
          <w:sz w:val="22"/>
        </w:rPr>
        <w:t>“You?”</w:t>
      </w:r>
    </w:p>
    <w:p>
      <w:pPr>
        <w:spacing w:before="0" w:after="0" w:line="264" w:lineRule="exact"/>
        <w:ind w:left="0" w:right="0" w:firstLine="0"/>
      </w:pPr>
      <w:r>
        <w:rPr>
          <w:rFonts w:ascii="EB Garamond" w:hAnsi="EB Garamond"/>
          <w:b w:val="0"/>
          <w:i w:val="0"/>
          <w:sz w:val="22"/>
        </w:rPr>
        <w:t>“Yes.”</w:t>
      </w:r>
    </w:p>
    <w:p>
      <w:pPr>
        <w:spacing w:before="0" w:after="0" w:line="264" w:lineRule="exact"/>
        <w:ind w:left="0" w:right="0" w:firstLine="0"/>
      </w:pPr>
      <w:r>
        <w:rPr>
          <w:rFonts w:ascii="EB Garamond" w:hAnsi="EB Garamond"/>
          <w:b w:val="0"/>
          <w:i w:val="0"/>
          <w:sz w:val="22"/>
        </w:rPr>
        <w:t>“Who?”</w:t>
      </w:r>
    </w:p>
    <w:p>
      <w:pPr>
        <w:spacing w:before="0" w:after="0" w:line="264" w:lineRule="exact"/>
        <w:ind w:left="0" w:right="0" w:firstLine="0"/>
      </w:pPr>
      <w:r>
        <w:rPr>
          <w:rFonts w:ascii="EB Garamond" w:hAnsi="EB Garamond"/>
          <w:b w:val="0"/>
          <w:i w:val="0"/>
          <w:sz w:val="22"/>
        </w:rPr>
        <w:t>“Michelle.”</w:t>
      </w:r>
    </w:p>
    <w:p>
      <w:pPr>
        <w:spacing w:before="0" w:after="0" w:line="264" w:lineRule="exact"/>
        <w:ind w:left="0" w:right="0" w:firstLine="0"/>
      </w:pPr>
      <w:r>
        <w:rPr>
          <w:rFonts w:ascii="EB Garamond" w:hAnsi="EB Garamond"/>
          <w:b w:val="0"/>
          <w:i w:val="0"/>
          <w:sz w:val="22"/>
        </w:rPr>
        <w:t>“The lady who sends us Christmas cookies?”</w:t>
      </w:r>
    </w:p>
    <w:p>
      <w:pPr>
        <w:spacing w:before="0" w:after="0" w:line="264" w:lineRule="exact"/>
        <w:ind w:left="0" w:right="0" w:firstLine="0"/>
      </w:pPr>
      <w:r>
        <w:rPr>
          <w:rFonts w:ascii="EB Garamond" w:hAnsi="EB Garamond"/>
          <w:b w:val="0"/>
          <w:i w:val="0"/>
          <w:sz w:val="22"/>
        </w:rPr>
        <w:t>“That very one.”</w:t>
      </w:r>
    </w:p>
    <w:p>
      <w:pPr>
        <w:spacing w:before="0" w:after="0" w:line="264" w:lineRule="exact"/>
        <w:ind w:left="0" w:right="0" w:firstLine="0"/>
      </w:pPr>
      <w:r>
        <w:rPr>
          <w:rFonts w:ascii="EB Garamond" w:hAnsi="EB Garamond"/>
          <w:b w:val="0"/>
          <w:i w:val="0"/>
          <w:sz w:val="22"/>
        </w:rPr>
        <w:t>Elsie pictured Michelle.</w:t>
      </w:r>
    </w:p>
    <w:p>
      <w:pPr>
        <w:spacing w:before="0" w:after="0" w:line="264" w:lineRule="exact"/>
        <w:ind w:left="0" w:right="0" w:firstLine="0"/>
      </w:pPr>
      <w:r>
        <w:rPr>
          <w:rFonts w:ascii="EB Garamond" w:hAnsi="EB Garamond"/>
          <w:b w:val="0"/>
          <w:i w:val="0"/>
          <w:sz w:val="22"/>
        </w:rPr>
        <w:t>She was nice.</w:t>
      </w:r>
    </w:p>
    <w:p>
      <w:pPr>
        <w:spacing w:before="0" w:after="0" w:line="264" w:lineRule="exact"/>
        <w:ind w:left="0" w:right="0" w:firstLine="0"/>
      </w:pPr>
      <w:r>
        <w:rPr>
          <w:rFonts w:ascii="EB Garamond" w:hAnsi="EB Garamond"/>
          <w:b w:val="0"/>
          <w:i w:val="0"/>
          <w:sz w:val="22"/>
        </w:rPr>
        <w:t>She had also recently posted seventeen pictures of her cat wearing a birthday hat.</w:t>
      </w:r>
    </w:p>
    <w:p>
      <w:pPr>
        <w:spacing w:before="0" w:after="0" w:line="264" w:lineRule="exact"/>
        <w:ind w:left="0" w:right="0" w:firstLine="0"/>
      </w:pPr>
      <w:r>
        <w:rPr>
          <w:rFonts w:ascii="EB Garamond" w:hAnsi="EB Garamond"/>
          <w:b w:val="0"/>
          <w:i w:val="0"/>
          <w:sz w:val="22"/>
        </w:rPr>
        <w:t>“You were jealous of Michelle?”</w:t>
      </w:r>
    </w:p>
    <w:p>
      <w:pPr>
        <w:spacing w:before="0" w:after="0" w:line="264" w:lineRule="exact"/>
        <w:ind w:left="0" w:right="0" w:firstLine="0"/>
      </w:pPr>
      <w:r>
        <w:rPr>
          <w:rFonts w:ascii="EB Garamond" w:hAnsi="EB Garamond"/>
          <w:b w:val="0"/>
          <w:i w:val="0"/>
          <w:sz w:val="22"/>
        </w:rPr>
        <w:t>“She had perfect hair.”</w:t>
      </w:r>
    </w:p>
    <w:p>
      <w:pPr>
        <w:spacing w:before="0" w:after="0" w:line="264" w:lineRule="exact"/>
        <w:ind w:left="0" w:right="0" w:firstLine="0"/>
      </w:pPr>
      <w:r>
        <w:rPr>
          <w:rFonts w:ascii="EB Garamond" w:hAnsi="EB Garamond"/>
          <w:b w:val="0"/>
          <w:i w:val="0"/>
          <w:sz w:val="22"/>
        </w:rPr>
        <w:t>“Her hair is gray.”</w:t>
      </w:r>
    </w:p>
    <w:p>
      <w:pPr>
        <w:spacing w:before="0" w:after="0" w:line="264" w:lineRule="exact"/>
        <w:ind w:left="0" w:right="0" w:firstLine="0"/>
      </w:pPr>
      <w:r>
        <w:rPr>
          <w:rFonts w:ascii="EB Garamond" w:hAnsi="EB Garamond"/>
          <w:b w:val="0"/>
          <w:i w:val="0"/>
          <w:sz w:val="22"/>
        </w:rPr>
        <w:t>“It wasn’t always.”</w:t>
      </w:r>
    </w:p>
    <w:p>
      <w:pPr>
        <w:spacing w:before="0" w:after="0" w:line="264" w:lineRule="exact"/>
        <w:ind w:left="0" w:right="0" w:firstLine="0"/>
      </w:pPr>
      <w:r>
        <w:rPr>
          <w:rFonts w:ascii="EB Garamond" w:hAnsi="EB Garamond"/>
          <w:b w:val="0"/>
          <w:i w:val="0"/>
          <w:sz w:val="22"/>
        </w:rPr>
        <w:t>This was disturbing.</w:t>
      </w:r>
    </w:p>
    <w:p>
      <w:pPr>
        <w:spacing w:before="0" w:after="0" w:line="264" w:lineRule="exact"/>
        <w:ind w:left="0" w:right="0" w:firstLine="0"/>
      </w:pPr>
      <w:r>
        <w:rPr>
          <w:rFonts w:ascii="EB Garamond" w:hAnsi="EB Garamond"/>
          <w:b w:val="0"/>
          <w:i w:val="0"/>
          <w:sz w:val="22"/>
        </w:rPr>
        <w:t>“What did you want to look like?”</w:t>
      </w:r>
    </w:p>
    <w:p>
      <w:pPr>
        <w:spacing w:before="0" w:after="0" w:line="264" w:lineRule="exact"/>
        <w:ind w:left="0" w:right="0" w:firstLine="0"/>
      </w:pPr>
      <w:r>
        <w:rPr>
          <w:rFonts w:ascii="EB Garamond" w:hAnsi="EB Garamond"/>
          <w:b w:val="0"/>
          <w:i w:val="0"/>
          <w:sz w:val="22"/>
        </w:rPr>
        <w:t>“Her.”</w:t>
      </w:r>
    </w:p>
    <w:p>
      <w:pPr>
        <w:spacing w:before="0" w:after="0" w:line="264" w:lineRule="exact"/>
        <w:ind w:left="0" w:right="0" w:firstLine="0"/>
      </w:pPr>
      <w:r>
        <w:rPr>
          <w:rFonts w:ascii="EB Garamond" w:hAnsi="EB Garamond"/>
          <w:b w:val="0"/>
          <w:i w:val="0"/>
          <w:sz w:val="22"/>
        </w:rPr>
        <w:t>“No, I mean what was wrong with you?”</w:t>
      </w:r>
    </w:p>
    <w:p>
      <w:pPr>
        <w:spacing w:before="0" w:after="0" w:line="264" w:lineRule="exact"/>
        <w:ind w:left="0" w:right="0" w:firstLine="0"/>
      </w:pPr>
      <w:r>
        <w:rPr>
          <w:rFonts w:ascii="EB Garamond" w:hAnsi="EB Garamond"/>
          <w:b w:val="0"/>
          <w:i w:val="0"/>
          <w:sz w:val="22"/>
        </w:rPr>
        <w:t>Her mother looked at her.</w:t>
      </w:r>
    </w:p>
    <w:p>
      <w:pPr>
        <w:spacing w:before="0" w:after="0" w:line="264" w:lineRule="exact"/>
        <w:ind w:left="0" w:right="0" w:firstLine="0"/>
      </w:pPr>
      <w:r>
        <w:rPr>
          <w:rFonts w:ascii="EB Garamond" w:hAnsi="EB Garamond"/>
          <w:b w:val="0"/>
          <w:i w:val="0"/>
          <w:sz w:val="22"/>
        </w:rPr>
        <w:t>“Nothing.”</w:t>
      </w:r>
    </w:p>
    <w:p>
      <w:pPr>
        <w:spacing w:before="0" w:after="0" w:line="264" w:lineRule="exact"/>
        <w:ind w:left="0" w:right="0" w:firstLine="0"/>
      </w:pPr>
      <w:r>
        <w:rPr>
          <w:rFonts w:ascii="EB Garamond" w:hAnsi="EB Garamond"/>
          <w:b w:val="0"/>
          <w:i w:val="0"/>
          <w:sz w:val="22"/>
        </w:rPr>
        <w:t xml:space="preserve">Elsie waited. </w:t>
      </w:r>
    </w:p>
    <w:p>
      <w:pPr>
        <w:spacing w:before="0" w:after="0" w:line="264" w:lineRule="exact"/>
        <w:ind w:left="0" w:right="0" w:firstLine="0"/>
      </w:pPr>
      <w:r>
        <w:rPr>
          <w:rFonts w:ascii="EB Garamond" w:hAnsi="EB Garamond"/>
          <w:b w:val="0"/>
          <w:i w:val="0"/>
          <w:sz w:val="22"/>
        </w:rPr>
        <w:t>Her mother smiled.</w:t>
      </w:r>
    </w:p>
    <w:p>
      <w:pPr>
        <w:spacing w:before="0" w:after="0" w:line="264" w:lineRule="exact"/>
        <w:ind w:left="0" w:right="0" w:firstLine="0"/>
      </w:pPr>
      <w:r>
        <w:rPr>
          <w:rFonts w:ascii="EB Garamond" w:hAnsi="EB Garamond"/>
          <w:b w:val="0"/>
          <w:i w:val="0"/>
          <w:sz w:val="22"/>
        </w:rPr>
        <w:t>“That took me about twenty years to figure out.”</w:t>
      </w:r>
    </w:p>
    <w:p>
      <w:pPr>
        <w:spacing w:before="0" w:after="0" w:line="264" w:lineRule="exact"/>
        <w:ind w:left="0" w:right="0" w:firstLine="0"/>
      </w:pPr>
      <w:r>
        <w:rPr>
          <w:rFonts w:ascii="EB Garamond" w:hAnsi="EB Garamond"/>
          <w:b w:val="0"/>
          <w:i w:val="0"/>
          <w:sz w:val="22"/>
        </w:rPr>
        <w:t>Something inside Elsie softened.</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“Good night.”</w:t>
      </w:r>
    </w:p>
    <w:p>
      <w:pPr>
        <w:spacing w:before="0" w:after="0" w:line="264" w:lineRule="exact"/>
        <w:ind w:left="0" w:right="0" w:firstLine="0"/>
      </w:pPr>
      <w:r>
        <w:rPr>
          <w:rFonts w:ascii="EB Garamond" w:hAnsi="EB Garamond"/>
          <w:b w:val="0"/>
          <w:i w:val="0"/>
          <w:sz w:val="22"/>
        </w:rPr>
        <w:t>“Night.”</w:t>
      </w:r>
    </w:p>
    <w:p>
      <w:pPr>
        <w:spacing w:before="0" w:after="0" w:line="264" w:lineRule="exact"/>
        <w:ind w:left="0" w:right="0" w:firstLine="0"/>
      </w:pPr>
      <w:r>
        <w:rPr>
          <w:rFonts w:ascii="EB Garamond" w:hAnsi="EB Garamond"/>
          <w:b w:val="0"/>
          <w:i w:val="0"/>
          <w:sz w:val="22"/>
        </w:rPr>
        <w:t xml:space="preserve">Elsie climbed the stairs. </w:t>
      </w:r>
    </w:p>
    <w:p>
      <w:pPr>
        <w:spacing w:before="0" w:after="0" w:line="264" w:lineRule="exact"/>
        <w:ind w:left="0" w:right="0" w:firstLine="0"/>
      </w:pPr>
      <w:r>
        <w:rPr>
          <w:rFonts w:ascii="EB Garamond" w:hAnsi="EB Garamond"/>
          <w:b w:val="0"/>
          <w:i w:val="0"/>
          <w:sz w:val="22"/>
        </w:rPr>
        <w:t>Halfway up, her mother called after her.</w:t>
      </w:r>
    </w:p>
    <w:p>
      <w:pPr>
        <w:spacing w:before="0" w:after="0" w:line="264" w:lineRule="exact"/>
        <w:ind w:left="0" w:right="0" w:firstLine="0"/>
      </w:pPr>
      <w:r>
        <w:rPr>
          <w:rFonts w:ascii="EB Garamond" w:hAnsi="EB Garamond"/>
          <w:b w:val="0"/>
          <w:i w:val="0"/>
          <w:sz w:val="22"/>
        </w:rPr>
        <w:t>“And Ava probably compares herself to somebody too.”</w:t>
      </w:r>
    </w:p>
    <w:p>
      <w:pPr>
        <w:spacing w:before="0" w:after="0" w:line="264" w:lineRule="exact"/>
        <w:ind w:left="0" w:right="0" w:firstLine="0"/>
      </w:pPr>
      <w:r>
        <w:rPr>
          <w:rFonts w:ascii="EB Garamond" w:hAnsi="EB Garamond"/>
          <w:b w:val="0"/>
          <w:i w:val="0"/>
          <w:sz w:val="22"/>
        </w:rPr>
        <w:t>Elsie stopped.</w:t>
      </w:r>
    </w:p>
    <w:p>
      <w:pPr>
        <w:spacing w:before="0" w:after="0" w:line="264" w:lineRule="exact"/>
        <w:ind w:left="0" w:right="0" w:firstLine="0"/>
      </w:pPr>
      <w:r>
        <w:rPr>
          <w:rFonts w:ascii="EB Garamond" w:hAnsi="EB Garamond"/>
          <w:b w:val="0"/>
          <w:i w:val="0"/>
          <w:sz w:val="22"/>
        </w:rPr>
        <w:t>“Nora said that.”</w:t>
      </w:r>
    </w:p>
    <w:p>
      <w:pPr>
        <w:spacing w:before="0" w:after="0" w:line="264" w:lineRule="exact"/>
        <w:ind w:left="0" w:right="0" w:firstLine="0"/>
      </w:pPr>
      <w:r>
        <w:rPr>
          <w:rFonts w:ascii="EB Garamond" w:hAnsi="EB Garamond"/>
          <w:b w:val="0"/>
          <w:i w:val="0"/>
          <w:sz w:val="22"/>
        </w:rPr>
        <w:t>“Smart girl.”</w:t>
      </w:r>
    </w:p>
    <w:p>
      <w:pPr>
        <w:spacing w:before="0" w:after="0" w:line="264" w:lineRule="exact"/>
        <w:ind w:left="0" w:right="0" w:firstLine="0"/>
      </w:pPr>
      <w:r>
        <w:rPr>
          <w:rFonts w:ascii="EB Garamond" w:hAnsi="EB Garamond"/>
          <w:b w:val="0"/>
          <w:i w:val="0"/>
          <w:sz w:val="22"/>
        </w:rPr>
        <w:t>“Don’t start.”</w:t>
      </w:r>
    </w:p>
    <w:p>
      <w:pPr>
        <w:spacing w:before="0" w:after="0" w:line="264" w:lineRule="exact"/>
        <w:ind w:left="0" w:right="0" w:firstLine="0"/>
      </w:pPr>
      <w:r>
        <w:rPr>
          <w:rFonts w:ascii="EB Garamond" w:hAnsi="EB Garamond"/>
          <w:b w:val="0"/>
          <w:i w:val="0"/>
          <w:sz w:val="22"/>
        </w:rPr>
        <w:t>Her mother laughed.</w:t>
      </w:r>
    </w:p>
    <w:p>
      <w:pPr>
        <w:spacing w:before="0" w:after="0" w:line="264" w:lineRule="exact"/>
        <w:ind w:left="0" w:right="0" w:firstLine="0"/>
      </w:pPr>
      <w:r>
        <w:rPr>
          <w:rFonts w:ascii="EB Garamond" w:hAnsi="EB Garamond"/>
          <w:b w:val="0"/>
          <w:i w:val="0"/>
          <w:sz w:val="22"/>
        </w:rPr>
      </w:r>
    </w:p>
    <w:p>
      <w:pPr>
        <w:spacing w:before="0" w:after="0" w:line="264" w:lineRule="exact"/>
        <w:ind w:left="0" w:right="0" w:firstLine="0"/>
      </w:pPr>
      <w:r>
        <w:rPr>
          <w:rFonts w:ascii="EB Garamond" w:hAnsi="EB Garamond"/>
          <w:b w:val="0"/>
          <w:i w:val="0"/>
          <w:sz w:val="22"/>
        </w:rPr>
        <w:t xml:space="preserve">In her room, Elsie opened Instagram. </w:t>
      </w:r>
    </w:p>
    <w:p>
      <w:pPr>
        <w:spacing w:before="0" w:after="0" w:line="264" w:lineRule="exact"/>
        <w:ind w:left="0" w:right="0" w:firstLine="0"/>
      </w:pPr>
      <w:r>
        <w:rPr>
          <w:rFonts w:ascii="EB Garamond" w:hAnsi="EB Garamond"/>
          <w:b w:val="0"/>
          <w:i w:val="0"/>
          <w:sz w:val="22"/>
        </w:rPr>
        <w:t>She didn’t mean to.</w:t>
      </w:r>
    </w:p>
    <w:p>
      <w:pPr>
        <w:spacing w:before="0" w:after="0" w:line="264" w:lineRule="exact"/>
        <w:ind w:left="0" w:right="0" w:firstLine="0"/>
      </w:pPr>
      <w:r>
        <w:rPr>
          <w:rFonts w:ascii="EB Garamond" w:hAnsi="EB Garamond"/>
          <w:b w:val="0"/>
          <w:i w:val="0"/>
          <w:sz w:val="22"/>
        </w:rPr>
        <w:t>It happened automatically.</w:t>
      </w:r>
    </w:p>
    <w:p>
      <w:pPr>
        <w:spacing w:before="0" w:after="0" w:line="264" w:lineRule="exact"/>
        <w:ind w:left="0" w:right="0" w:firstLine="0"/>
      </w:pPr>
      <w:r>
        <w:rPr>
          <w:rFonts w:ascii="EB Garamond" w:hAnsi="EB Garamond"/>
          <w:b w:val="0"/>
          <w:i w:val="0"/>
          <w:sz w:val="22"/>
        </w:rPr>
        <w:t>Ava had posted a picture.</w:t>
      </w:r>
    </w:p>
    <w:p>
      <w:pPr>
        <w:spacing w:before="0" w:after="0" w:line="264" w:lineRule="exact"/>
        <w:ind w:left="0" w:right="0" w:firstLine="0"/>
      </w:pPr>
      <w:r>
        <w:rPr>
          <w:rFonts w:ascii="EB Garamond" w:hAnsi="EB Garamond"/>
          <w:b w:val="0"/>
          <w:i w:val="0"/>
          <w:sz w:val="22"/>
        </w:rPr>
        <w:t>Of course.</w:t>
      </w:r>
    </w:p>
    <w:p>
      <w:pPr>
        <w:spacing w:before="0" w:after="0" w:line="264" w:lineRule="exact"/>
        <w:ind w:left="0" w:right="0" w:firstLine="0"/>
      </w:pPr>
      <w:r>
        <w:rPr>
          <w:rFonts w:ascii="EB Garamond" w:hAnsi="EB Garamond"/>
          <w:b w:val="0"/>
          <w:i w:val="0"/>
          <w:sz w:val="22"/>
        </w:rPr>
        <w:t>She was standing in front of her bathroom mirror wearing leggings and a cropped sweatshirt.</w:t>
      </w:r>
    </w:p>
    <w:p>
      <w:pPr>
        <w:spacing w:before="0" w:after="0" w:line="264" w:lineRule="exact"/>
        <w:ind w:left="0" w:right="0" w:firstLine="0"/>
      </w:pPr>
      <w:r>
        <w:rPr>
          <w:rFonts w:ascii="EB Garamond" w:hAnsi="EB Garamond"/>
          <w:b w:val="0"/>
          <w:i w:val="0"/>
          <w:sz w:val="22"/>
        </w:rPr>
        <w:t>Her hair was perfect.</w:t>
      </w:r>
    </w:p>
    <w:p>
      <w:pPr>
        <w:spacing w:before="0" w:after="0" w:line="264" w:lineRule="exact"/>
        <w:ind w:left="0" w:right="0" w:firstLine="0"/>
      </w:pPr>
      <w:r>
        <w:rPr>
          <w:rFonts w:ascii="EB Garamond" w:hAnsi="EB Garamond"/>
          <w:b w:val="0"/>
          <w:i w:val="0"/>
          <w:sz w:val="22"/>
        </w:rPr>
        <w:t>Her stomach was flat.</w:t>
      </w:r>
    </w:p>
    <w:p>
      <w:pPr>
        <w:spacing w:before="0" w:after="0" w:line="264" w:lineRule="exact"/>
        <w:ind w:left="0" w:right="0" w:firstLine="0"/>
      </w:pPr>
      <w:r>
        <w:rPr>
          <w:rFonts w:ascii="EB Garamond" w:hAnsi="EB Garamond"/>
          <w:b w:val="0"/>
          <w:i w:val="0"/>
          <w:sz w:val="22"/>
        </w:rPr>
        <w:t>The caption said:</w:t>
      </w:r>
    </w:p>
    <w:p>
      <w:pPr>
        <w:spacing w:before="0" w:after="0" w:line="264" w:lineRule="exact"/>
        <w:ind w:left="0" w:right="0" w:firstLine="0"/>
      </w:pPr>
      <w:r>
        <w:rPr>
          <w:rFonts w:ascii="EB Garamond" w:hAnsi="EB Garamond"/>
          <w:b w:val="0"/>
          <w:i w:val="0"/>
          <w:sz w:val="22"/>
        </w:rPr>
        <w:t>Barely surviving this week</w:t>
      </w:r>
    </w:p>
    <w:p>
      <w:pPr>
        <w:spacing w:before="0" w:after="0" w:line="264" w:lineRule="exact"/>
        <w:ind w:left="0" w:right="0" w:firstLine="0"/>
      </w:pPr>
      <w:r>
        <w:rPr>
          <w:rFonts w:ascii="EB Garamond" w:hAnsi="EB Garamond"/>
          <w:b w:val="0"/>
          <w:i w:val="0"/>
          <w:sz w:val="22"/>
        </w:rPr>
        <w:t>Elsie stared at the picture.</w:t>
      </w:r>
    </w:p>
    <w:p>
      <w:pPr>
        <w:spacing w:before="0" w:after="0" w:line="264" w:lineRule="exact"/>
        <w:ind w:left="0" w:right="0" w:firstLine="0"/>
      </w:pPr>
      <w:r>
        <w:rPr>
          <w:rFonts w:ascii="EB Garamond" w:hAnsi="EB Garamond"/>
          <w:b w:val="0"/>
          <w:i w:val="0"/>
          <w:sz w:val="22"/>
        </w:rPr>
        <w:t>Her first thought was:</w:t>
      </w:r>
    </w:p>
    <w:p>
      <w:pPr>
        <w:spacing w:before="0" w:after="0" w:line="264" w:lineRule="exact"/>
        <w:ind w:left="0" w:right="0" w:firstLine="0"/>
      </w:pPr>
      <w:r>
        <w:rPr>
          <w:rFonts w:ascii="EB Garamond" w:hAnsi="EB Garamond"/>
          <w:b w:val="0"/>
          <w:i/>
          <w:sz w:val="22"/>
        </w:rPr>
        <w:t>I wish I looked like that.</w:t>
      </w:r>
    </w:p>
    <w:p>
      <w:pPr>
        <w:spacing w:before="0" w:after="0" w:line="264" w:lineRule="exact"/>
        <w:ind w:left="0" w:right="0" w:firstLine="0"/>
      </w:pPr>
      <w:r>
        <w:rPr>
          <w:rFonts w:ascii="EB Garamond" w:hAnsi="EB Garamond"/>
          <w:b w:val="0"/>
          <w:i w:val="0"/>
          <w:sz w:val="22"/>
        </w:rPr>
        <w:t>Her second was:</w:t>
      </w:r>
    </w:p>
    <w:p>
      <w:pPr>
        <w:spacing w:before="0" w:after="0" w:line="264" w:lineRule="exact"/>
        <w:ind w:left="0" w:right="0" w:firstLine="0"/>
      </w:pPr>
      <w:r>
        <w:rPr>
          <w:rFonts w:ascii="EB Garamond" w:hAnsi="EB Garamond"/>
          <w:b w:val="0"/>
          <w:i/>
          <w:sz w:val="22"/>
        </w:rPr>
        <w:t>There’s always another Rachel.</w:t>
      </w:r>
    </w:p>
    <w:p>
      <w:pPr>
        <w:spacing w:before="0" w:after="0" w:line="264" w:lineRule="exact"/>
        <w:ind w:left="0" w:right="0" w:firstLine="0"/>
      </w:pPr>
      <w:r>
        <w:rPr>
          <w:rFonts w:ascii="EB Garamond" w:hAnsi="EB Garamond"/>
          <w:b w:val="0"/>
          <w:i w:val="0"/>
          <w:sz w:val="22"/>
        </w:rPr>
        <w:t>She almost laughed.</w:t>
      </w:r>
    </w:p>
    <w:p>
      <w:pPr>
        <w:spacing w:before="0" w:after="0" w:line="264" w:lineRule="exact"/>
        <w:ind w:left="0" w:right="0" w:firstLine="0"/>
      </w:pPr>
      <w:r>
        <w:rPr>
          <w:rFonts w:ascii="EB Garamond" w:hAnsi="EB Garamond"/>
          <w:b w:val="0"/>
          <w:i w:val="0"/>
          <w:sz w:val="22"/>
        </w:rPr>
        <w:t>Then she clicked on Ava’s profile.</w:t>
      </w:r>
    </w:p>
    <w:p>
      <w:pPr>
        <w:spacing w:before="0" w:after="0" w:line="264" w:lineRule="exact"/>
        <w:ind w:left="0" w:right="0" w:firstLine="0"/>
      </w:pPr>
      <w:r>
        <w:rPr>
          <w:rFonts w:ascii="EB Garamond" w:hAnsi="EB Garamond"/>
          <w:b w:val="0"/>
          <w:i w:val="0"/>
          <w:sz w:val="22"/>
        </w:rPr>
        <w:t>Scroll.</w:t>
      </w:r>
    </w:p>
    <w:p>
      <w:pPr>
        <w:spacing w:before="0" w:after="0" w:line="264" w:lineRule="exact"/>
        <w:ind w:left="0" w:right="0" w:firstLine="0"/>
      </w:pPr>
      <w:r>
        <w:rPr>
          <w:rFonts w:ascii="EB Garamond" w:hAnsi="EB Garamond"/>
          <w:b w:val="0"/>
          <w:i w:val="0"/>
          <w:sz w:val="22"/>
        </w:rPr>
        <w:t>Perfect.</w:t>
      </w:r>
    </w:p>
    <w:p>
      <w:pPr>
        <w:spacing w:before="0" w:after="0" w:line="264" w:lineRule="exact"/>
        <w:ind w:left="0" w:right="0" w:firstLine="0"/>
      </w:pPr>
      <w:r>
        <w:rPr>
          <w:rFonts w:ascii="EB Garamond" w:hAnsi="EB Garamond"/>
          <w:b w:val="0"/>
          <w:i w:val="0"/>
          <w:sz w:val="22"/>
        </w:rPr>
        <w:t>Scroll.</w:t>
      </w:r>
    </w:p>
    <w:p>
      <w:pPr>
        <w:spacing w:before="0" w:after="0" w:line="264" w:lineRule="exact"/>
        <w:ind w:left="0" w:right="0" w:firstLine="0"/>
      </w:pPr>
      <w:r>
        <w:rPr>
          <w:rFonts w:ascii="EB Garamond" w:hAnsi="EB Garamond"/>
          <w:b w:val="0"/>
          <w:i w:val="0"/>
          <w:sz w:val="22"/>
        </w:rPr>
        <w:t>Perfect.</w:t>
      </w:r>
    </w:p>
    <w:p>
      <w:pPr>
        <w:spacing w:before="0" w:after="0" w:line="264" w:lineRule="exact"/>
        <w:ind w:left="0" w:right="0" w:firstLine="0"/>
      </w:pPr>
      <w:r>
        <w:rPr>
          <w:rFonts w:ascii="EB Garamond" w:hAnsi="EB Garamond"/>
          <w:b w:val="0"/>
          <w:i w:val="0"/>
          <w:sz w:val="22"/>
        </w:rPr>
        <w:t>Scroll.</w:t>
      </w:r>
    </w:p>
    <w:p>
      <w:pPr>
        <w:spacing w:before="0" w:after="0" w:line="264" w:lineRule="exact"/>
        <w:ind w:left="0" w:right="0" w:firstLine="0"/>
      </w:pPr>
      <w:r>
        <w:rPr>
          <w:rFonts w:ascii="EB Garamond" w:hAnsi="EB Garamond"/>
          <w:b w:val="0"/>
          <w:i w:val="0"/>
          <w:sz w:val="22"/>
        </w:rPr>
        <w:t>Perfect.</w:t>
      </w:r>
    </w:p>
    <w:p>
      <w:pPr>
        <w:spacing w:before="0" w:after="0" w:line="264" w:lineRule="exact"/>
        <w:ind w:left="0" w:right="0" w:firstLine="0"/>
      </w:pPr>
      <w:r>
        <w:rPr>
          <w:rFonts w:ascii="EB Garamond" w:hAnsi="EB Garamond"/>
          <w:b w:val="0"/>
          <w:i w:val="0"/>
          <w:sz w:val="22"/>
        </w:rPr>
        <w:t>Homecoming last year.</w:t>
      </w:r>
    </w:p>
    <w:p>
      <w:pPr>
        <w:spacing w:before="0" w:after="0" w:line="264" w:lineRule="exact"/>
        <w:ind w:left="0" w:right="0" w:firstLine="0"/>
      </w:pPr>
      <w:r>
        <w:rPr>
          <w:rFonts w:ascii="EB Garamond" w:hAnsi="EB Garamond"/>
          <w:b w:val="0"/>
          <w:i w:val="0"/>
          <w:sz w:val="22"/>
        </w:rPr>
        <w:t>Beach.</w:t>
      </w:r>
    </w:p>
    <w:p>
      <w:pPr>
        <w:spacing w:before="0" w:after="0" w:line="264" w:lineRule="exact"/>
        <w:ind w:left="0" w:right="0" w:firstLine="0"/>
      </w:pPr>
      <w:r>
        <w:rPr>
          <w:rFonts w:ascii="EB Garamond" w:hAnsi="EB Garamond"/>
          <w:b w:val="0"/>
          <w:i w:val="0"/>
          <w:sz w:val="22"/>
        </w:rPr>
        <w:t>Football game.</w:t>
      </w:r>
    </w:p>
    <w:p>
      <w:pPr>
        <w:spacing w:before="0" w:after="0" w:line="264" w:lineRule="exact"/>
        <w:ind w:left="0" w:right="0" w:firstLine="0"/>
      </w:pPr>
      <w:r>
        <w:rPr>
          <w:rFonts w:ascii="EB Garamond" w:hAnsi="EB Garamond"/>
          <w:b w:val="0"/>
          <w:i w:val="0"/>
          <w:sz w:val="22"/>
        </w:rPr>
        <w:t>Birthday dinner.</w:t>
      </w:r>
    </w:p>
    <w:p>
      <w:pPr>
        <w:spacing w:before="0" w:after="0" w:line="264" w:lineRule="exact"/>
        <w:ind w:left="0" w:right="0" w:firstLine="0"/>
      </w:pPr>
      <w:r>
        <w:rPr>
          <w:rFonts w:ascii="EB Garamond" w:hAnsi="EB Garamond"/>
          <w:b w:val="0"/>
          <w:i w:val="0"/>
          <w:sz w:val="22"/>
        </w:rPr>
        <w:t>Perfect.</w:t>
      </w:r>
    </w:p>
    <w:p>
      <w:pPr>
        <w:spacing w:before="0" w:after="0" w:line="264" w:lineRule="exact"/>
        <w:ind w:left="0" w:right="0" w:firstLine="0"/>
      </w:pPr>
      <w:r>
        <w:rPr>
          <w:rFonts w:ascii="EB Garamond" w:hAnsi="EB Garamond"/>
          <w:b w:val="0"/>
          <w:i w:val="0"/>
          <w:sz w:val="22"/>
        </w:rPr>
        <w:t xml:space="preserve">Elsie knew things the pictures didn’t. </w:t>
      </w:r>
    </w:p>
    <w:p>
      <w:pPr>
        <w:spacing w:before="0" w:after="0" w:line="264" w:lineRule="exact"/>
        <w:ind w:left="0" w:right="0" w:firstLine="0"/>
      </w:pPr>
      <w:r>
        <w:rPr>
          <w:rFonts w:ascii="EB Garamond" w:hAnsi="EB Garamond"/>
          <w:b w:val="0"/>
          <w:i w:val="0"/>
          <w:sz w:val="22"/>
        </w:rPr>
        <w:t>Ava had cried in Elsie’s mom’s car after failing her driver’s test.</w:t>
      </w:r>
    </w:p>
    <w:p>
      <w:pPr>
        <w:spacing w:before="0" w:after="0" w:line="264" w:lineRule="exact"/>
        <w:ind w:left="0" w:right="0" w:firstLine="0"/>
      </w:pPr>
      <w:r>
        <w:rPr>
          <w:rFonts w:ascii="EB Garamond" w:hAnsi="EB Garamond"/>
          <w:b w:val="0"/>
          <w:i w:val="0"/>
          <w:sz w:val="22"/>
        </w:rPr>
        <w:t>Ava’s parents fought sometimes.</w:t>
      </w:r>
    </w:p>
    <w:p>
      <w:pPr>
        <w:spacing w:before="0" w:after="0" w:line="264" w:lineRule="exact"/>
        <w:ind w:left="0" w:right="0" w:firstLine="0"/>
      </w:pPr>
      <w:r>
        <w:rPr>
          <w:rFonts w:ascii="EB Garamond" w:hAnsi="EB Garamond"/>
          <w:b w:val="0"/>
          <w:i w:val="0"/>
          <w:sz w:val="22"/>
        </w:rPr>
        <w:t>Ava hated her nose.</w:t>
      </w:r>
    </w:p>
    <w:p>
      <w:pPr>
        <w:spacing w:before="0" w:after="0" w:line="264" w:lineRule="exact"/>
        <w:ind w:left="0" w:right="0" w:firstLine="0"/>
      </w:pPr>
      <w:r>
        <w:rPr>
          <w:rFonts w:ascii="EB Garamond" w:hAnsi="EB Garamond"/>
          <w:b w:val="0"/>
          <w:i w:val="0"/>
          <w:sz w:val="22"/>
        </w:rPr>
        <w:t>She’d once refused to swim at a pool party because she didn’t want anyone seeing her without a cover-up.</w:t>
      </w:r>
    </w:p>
    <w:p>
      <w:pPr>
        <w:spacing w:before="0" w:after="0" w:line="264" w:lineRule="exact"/>
        <w:ind w:left="0" w:right="0" w:firstLine="0"/>
      </w:pPr>
      <w:r>
        <w:rPr>
          <w:rFonts w:ascii="EB Garamond" w:hAnsi="EB Garamond"/>
          <w:b w:val="0"/>
          <w:i w:val="0"/>
          <w:sz w:val="22"/>
        </w:rPr>
        <w:t>Elsie had forgotten that.</w:t>
      </w:r>
    </w:p>
    <w:p>
      <w:pPr>
        <w:spacing w:before="0" w:after="0" w:line="264" w:lineRule="exact"/>
        <w:ind w:left="0" w:right="0" w:firstLine="0"/>
      </w:pPr>
      <w:r>
        <w:rPr>
          <w:rFonts w:ascii="EB Garamond" w:hAnsi="EB Garamond"/>
          <w:b w:val="0"/>
          <w:i w:val="0"/>
          <w:sz w:val="22"/>
        </w:rPr>
        <w:t>Or maybe she’d ignored it because it didn’t fit the version of Ava she’d built.</w:t>
      </w:r>
    </w:p>
    <w:p>
      <w:pPr>
        <w:spacing w:before="0" w:after="0" w:line="264" w:lineRule="exact"/>
        <w:ind w:left="0" w:right="0" w:firstLine="0"/>
      </w:pPr>
      <w:r>
        <w:rPr>
          <w:rFonts w:ascii="EB Garamond" w:hAnsi="EB Garamond"/>
          <w:b w:val="0"/>
          <w:i w:val="0"/>
          <w:sz w:val="22"/>
        </w:rPr>
        <w:t>She closed Instagram.</w:t>
      </w:r>
    </w:p>
    <w:p>
      <w:pPr>
        <w:spacing w:before="0" w:after="0" w:line="264" w:lineRule="exact"/>
        <w:ind w:left="0" w:right="0" w:firstLine="0"/>
      </w:pPr>
      <w:r>
        <w:rPr>
          <w:rFonts w:ascii="EB Garamond" w:hAnsi="EB Garamond"/>
          <w:b w:val="0"/>
          <w:i w:val="0"/>
          <w:sz w:val="22"/>
        </w:rPr>
        <w:t>Opened her notebook.</w:t>
      </w:r>
    </w:p>
    <w:p>
      <w:pPr>
        <w:spacing w:before="0" w:after="0" w:line="264" w:lineRule="exact"/>
        <w:ind w:left="0" w:right="0" w:firstLine="0"/>
        <w:jc w:val="left"/>
      </w:pPr>
      <w:r>
        <w:rPr>
          <w:rFonts w:ascii="EB Garamond" w:hAnsi="EB Garamond"/>
          <w:b/>
          <w:i w:val="0"/>
          <w:sz w:val="22"/>
        </w:rPr>
        <w:t>PEOPLE GOD USED ANYWAY</w:t>
      </w:r>
    </w:p>
    <w:p>
      <w:pPr>
        <w:spacing w:before="0" w:after="0" w:line="264" w:lineRule="exact"/>
        <w:ind w:left="0" w:right="0" w:firstLine="0"/>
      </w:pPr>
      <w:r>
        <w:rPr>
          <w:rFonts w:ascii="EB Garamond" w:hAnsi="EB Garamond"/>
          <w:b w:val="0"/>
          <w:i w:val="0"/>
          <w:sz w:val="22"/>
        </w:rPr>
        <w:t>She added:</w:t>
      </w:r>
    </w:p>
    <w:p>
      <w:pPr>
        <w:spacing w:before="0" w:after="0" w:line="264" w:lineRule="exact"/>
        <w:ind w:left="0" w:right="0" w:firstLine="0"/>
        <w:jc w:val="left"/>
      </w:pPr>
      <w:r>
        <w:rPr>
          <w:rFonts w:ascii="EB Garamond" w:hAnsi="EB Garamond"/>
          <w:b w:val="0"/>
          <w:i/>
          <w:sz w:val="22"/>
        </w:rPr>
        <w:t>Leah — knew what it was like to feel unwanted.</w:t>
      </w:r>
    </w:p>
    <w:p>
      <w:pPr>
        <w:spacing w:before="0" w:after="0" w:line="264" w:lineRule="exact"/>
        <w:ind w:left="0" w:right="0" w:firstLine="0"/>
      </w:pPr>
      <w:r>
        <w:rPr>
          <w:rFonts w:ascii="EB Garamond" w:hAnsi="EB Garamond"/>
          <w:b w:val="0"/>
          <w:i w:val="0"/>
          <w:sz w:val="22"/>
        </w:rPr>
        <w:t>Then she stared at Grandma’s original description.</w:t>
      </w:r>
    </w:p>
    <w:p>
      <w:pPr>
        <w:spacing w:before="0" w:after="0" w:line="264" w:lineRule="exact"/>
        <w:ind w:left="0" w:right="0" w:firstLine="0"/>
        <w:jc w:val="left"/>
      </w:pPr>
      <w:r>
        <w:rPr>
          <w:rFonts w:ascii="EB Garamond" w:hAnsi="EB Garamond"/>
          <w:b/>
          <w:i w:val="0"/>
          <w:sz w:val="22"/>
        </w:rPr>
        <w:t>Leah — Was ugly.</w:t>
      </w:r>
    </w:p>
    <w:p>
      <w:pPr>
        <w:spacing w:before="0" w:after="0" w:line="264" w:lineRule="exact"/>
        <w:ind w:left="0" w:right="0" w:firstLine="0"/>
      </w:pPr>
      <w:r>
        <w:rPr>
          <w:rFonts w:ascii="EB Garamond" w:hAnsi="EB Garamond"/>
          <w:b w:val="0"/>
          <w:i w:val="0"/>
          <w:sz w:val="22"/>
        </w:rPr>
        <w:t>Elsie drew a careful line through it.</w:t>
      </w:r>
    </w:p>
    <w:p>
      <w:pPr>
        <w:spacing w:before="0" w:after="0" w:line="264" w:lineRule="exact"/>
        <w:ind w:left="0" w:right="0" w:firstLine="0"/>
      </w:pPr>
      <w:r>
        <w:rPr>
          <w:rFonts w:ascii="EB Garamond" w:hAnsi="EB Garamond"/>
          <w:b w:val="0"/>
          <w:i w:val="0"/>
          <w:sz w:val="22"/>
        </w:rPr>
        <w:t>Not angrily.</w:t>
      </w:r>
    </w:p>
    <w:p>
      <w:pPr>
        <w:spacing w:before="0" w:after="0" w:line="264" w:lineRule="exact"/>
        <w:ind w:left="0" w:right="0" w:firstLine="0"/>
      </w:pPr>
      <w:r>
        <w:rPr>
          <w:rFonts w:ascii="EB Garamond" w:hAnsi="EB Garamond"/>
          <w:b w:val="0"/>
          <w:i w:val="0"/>
          <w:sz w:val="22"/>
        </w:rPr>
        <w:t>Grandma hadn’t known.</w:t>
      </w:r>
    </w:p>
    <w:p>
      <w:pPr>
        <w:spacing w:before="0" w:after="0" w:line="264" w:lineRule="exact"/>
        <w:ind w:left="0" w:right="0" w:firstLine="0"/>
      </w:pPr>
      <w:r>
        <w:rPr>
          <w:rFonts w:ascii="EB Garamond" w:hAnsi="EB Garamond"/>
          <w:b w:val="0"/>
          <w:i w:val="0"/>
          <w:sz w:val="22"/>
        </w:rPr>
        <w:t>Neither had she.</w:t>
      </w:r>
    </w:p>
    <w:p>
      <w:pPr>
        <w:spacing w:before="0" w:after="0" w:line="264" w:lineRule="exact"/>
        <w:ind w:left="0" w:right="0" w:firstLine="0"/>
      </w:pPr>
      <w:r>
        <w:rPr>
          <w:rFonts w:ascii="EB Garamond" w:hAnsi="EB Garamond"/>
          <w:b w:val="0"/>
          <w:i w:val="0"/>
          <w:sz w:val="22"/>
        </w:rPr>
        <w:t>Beside it, she wrote:</w:t>
      </w:r>
    </w:p>
    <w:p>
      <w:pPr>
        <w:spacing w:before="0" w:after="0" w:line="264" w:lineRule="exact"/>
        <w:ind w:left="0" w:right="0" w:firstLine="0"/>
        <w:jc w:val="left"/>
      </w:pPr>
      <w:r>
        <w:rPr>
          <w:rFonts w:ascii="EB Garamond" w:hAnsi="EB Garamond"/>
          <w:b w:val="0"/>
          <w:i/>
          <w:sz w:val="22"/>
        </w:rPr>
        <w:t>People called her that later. God didn’t.</w:t>
      </w:r>
    </w:p>
    <w:p>
      <w:pPr>
        <w:spacing w:before="0" w:after="0" w:line="264" w:lineRule="exact"/>
        <w:ind w:left="0" w:right="0" w:firstLine="0"/>
      </w:pPr>
      <w:r>
        <w:rPr>
          <w:rFonts w:ascii="EB Garamond" w:hAnsi="EB Garamond"/>
          <w:b w:val="0"/>
          <w:i w:val="0"/>
          <w:sz w:val="22"/>
        </w:rPr>
        <w:t>She stopped.</w:t>
      </w:r>
    </w:p>
    <w:p>
      <w:pPr>
        <w:spacing w:before="0" w:after="0" w:line="264" w:lineRule="exact"/>
        <w:ind w:left="0" w:right="0" w:firstLine="0"/>
      </w:pPr>
      <w:r>
        <w:rPr>
          <w:rFonts w:ascii="EB Garamond" w:hAnsi="EB Garamond"/>
          <w:b w:val="0"/>
          <w:i w:val="0"/>
          <w:sz w:val="22"/>
        </w:rPr>
        <w:t>Read it again.</w:t>
      </w:r>
    </w:p>
    <w:p>
      <w:pPr>
        <w:spacing w:before="0" w:after="0" w:line="264" w:lineRule="exact"/>
        <w:ind w:left="0" w:right="0" w:firstLine="0"/>
      </w:pPr>
      <w:r>
        <w:rPr>
          <w:rFonts w:ascii="EB Garamond" w:hAnsi="EB Garamond"/>
          <w:b w:val="0"/>
          <w:i w:val="0"/>
          <w:sz w:val="22"/>
        </w:rPr>
        <w:t>That felt important.</w:t>
      </w:r>
    </w:p>
    <w:p>
      <w:pPr>
        <w:spacing w:before="0" w:after="0" w:line="264" w:lineRule="exact"/>
        <w:ind w:left="0" w:right="0" w:firstLine="0"/>
      </w:pPr>
      <w:r>
        <w:rPr>
          <w:rFonts w:ascii="EB Garamond" w:hAnsi="EB Garamond"/>
          <w:b w:val="0"/>
          <w:i w:val="0"/>
          <w:sz w:val="22"/>
        </w:rPr>
        <w:t>Maybe more important than she understood yet.</w:t>
      </w:r>
    </w:p>
    <w:p>
      <w:pPr>
        <w:spacing w:before="0" w:after="0" w:line="264" w:lineRule="exact"/>
        <w:ind w:left="0" w:right="0" w:firstLine="0"/>
      </w:pPr>
      <w:r>
        <w:rPr>
          <w:rFonts w:ascii="EB Garamond" w:hAnsi="EB Garamond"/>
          <w:b w:val="0"/>
          <w:i w:val="0"/>
          <w:sz w:val="22"/>
        </w:rPr>
        <w:t>Elsie turned another page.</w:t>
      </w:r>
    </w:p>
    <w:p>
      <w:pPr>
        <w:spacing w:before="0" w:after="0" w:line="264" w:lineRule="exact"/>
        <w:ind w:left="0" w:right="0" w:firstLine="0"/>
        <w:jc w:val="left"/>
      </w:pPr>
      <w:r>
        <w:rPr>
          <w:rFonts w:ascii="EB Garamond" w:hAnsi="EB Garamond"/>
          <w:b/>
          <w:i w:val="0"/>
          <w:sz w:val="22"/>
        </w:rPr>
        <w:t>THINGS I HAVE DECIDED ABOUT PEOPLE WITHOUT ASKING</w:t>
      </w:r>
    </w:p>
    <w:p>
      <w:pPr>
        <w:spacing w:before="0" w:after="0" w:line="264" w:lineRule="exact"/>
        <w:ind w:left="0" w:right="0" w:firstLine="0"/>
        <w:jc w:val="left"/>
      </w:pPr>
      <w:r>
        <w:rPr>
          <w:rFonts w:ascii="EB Garamond" w:hAnsi="EB Garamond"/>
          <w:b w:val="0"/>
          <w:i/>
          <w:sz w:val="22"/>
        </w:rPr>
        <w:t>Nora — thinks she’s better than everyone.</w:t>
      </w:r>
    </w:p>
    <w:p>
      <w:pPr>
        <w:spacing w:before="0" w:after="0" w:line="264" w:lineRule="exact"/>
        <w:ind w:left="0" w:right="0" w:firstLine="0"/>
      </w:pPr>
      <w:r>
        <w:rPr>
          <w:rFonts w:ascii="EB Garamond" w:hAnsi="EB Garamond"/>
          <w:b w:val="0"/>
          <w:i w:val="0"/>
          <w:sz w:val="22"/>
        </w:rPr>
        <w:t>Crossed out.</w:t>
      </w:r>
    </w:p>
    <w:p>
      <w:pPr>
        <w:spacing w:before="0" w:after="0" w:line="264" w:lineRule="exact"/>
        <w:ind w:left="0" w:right="0" w:firstLine="0"/>
        <w:jc w:val="left"/>
      </w:pPr>
      <w:r>
        <w:rPr>
          <w:rFonts w:ascii="EB Garamond" w:hAnsi="EB Garamond"/>
          <w:b w:val="0"/>
          <w:i/>
          <w:sz w:val="22"/>
        </w:rPr>
        <w:t>Mason — doesn’t care about God.</w:t>
      </w:r>
    </w:p>
    <w:p>
      <w:pPr>
        <w:spacing w:before="0" w:after="0" w:line="264" w:lineRule="exact"/>
        <w:ind w:left="0" w:right="0" w:firstLine="0"/>
      </w:pPr>
      <w:r>
        <w:rPr>
          <w:rFonts w:ascii="EB Garamond" w:hAnsi="EB Garamond"/>
          <w:b w:val="0"/>
          <w:i w:val="0"/>
          <w:sz w:val="22"/>
        </w:rPr>
        <w:t>Crossed out.</w:t>
      </w:r>
    </w:p>
    <w:p>
      <w:pPr>
        <w:spacing w:before="0" w:after="0" w:line="264" w:lineRule="exact"/>
        <w:ind w:left="0" w:right="0" w:firstLine="0"/>
        <w:jc w:val="left"/>
      </w:pPr>
      <w:r>
        <w:rPr>
          <w:rFonts w:ascii="EB Garamond" w:hAnsi="EB Garamond"/>
          <w:b w:val="0"/>
          <w:i/>
          <w:sz w:val="22"/>
        </w:rPr>
        <w:t>Maddie — will stop liking me if I change.</w:t>
      </w:r>
    </w:p>
    <w:p>
      <w:pPr>
        <w:spacing w:before="0" w:after="0" w:line="264" w:lineRule="exact"/>
        <w:ind w:left="0" w:right="0" w:firstLine="0"/>
      </w:pPr>
      <w:r>
        <w:rPr>
          <w:rFonts w:ascii="EB Garamond" w:hAnsi="EB Garamond"/>
          <w:b w:val="0"/>
          <w:i w:val="0"/>
          <w:sz w:val="22"/>
        </w:rPr>
        <w:t>Still there.</w:t>
      </w:r>
    </w:p>
    <w:p>
      <w:pPr>
        <w:spacing w:before="0" w:after="0" w:line="264" w:lineRule="exact"/>
        <w:ind w:left="0" w:right="0" w:firstLine="0"/>
      </w:pPr>
      <w:r>
        <w:rPr>
          <w:rFonts w:ascii="EB Garamond" w:hAnsi="EB Garamond"/>
          <w:b w:val="0"/>
          <w:i w:val="0"/>
          <w:sz w:val="22"/>
        </w:rPr>
        <w:t>Then she added:</w:t>
      </w:r>
    </w:p>
    <w:p>
      <w:pPr>
        <w:spacing w:before="0" w:after="0" w:line="264" w:lineRule="exact"/>
        <w:ind w:left="0" w:right="0" w:firstLine="0"/>
        <w:jc w:val="left"/>
      </w:pPr>
      <w:r>
        <w:rPr>
          <w:rFonts w:ascii="EB Garamond" w:hAnsi="EB Garamond"/>
          <w:b w:val="0"/>
          <w:i/>
          <w:sz w:val="22"/>
        </w:rPr>
        <w:t>Sophie — knows she’s beautiful.</w:t>
      </w:r>
    </w:p>
    <w:p>
      <w:pPr>
        <w:spacing w:before="0" w:after="0" w:line="264" w:lineRule="exact"/>
        <w:ind w:left="0" w:right="0" w:firstLine="0"/>
      </w:pPr>
      <w:r>
        <w:rPr>
          <w:rFonts w:ascii="EB Garamond" w:hAnsi="EB Garamond"/>
          <w:b w:val="0"/>
          <w:i w:val="0"/>
          <w:sz w:val="22"/>
        </w:rPr>
        <w:t>She crossed it out.</w:t>
      </w:r>
    </w:p>
    <w:p>
      <w:pPr>
        <w:spacing w:before="0" w:after="0" w:line="264" w:lineRule="exact"/>
        <w:ind w:left="0" w:right="0" w:firstLine="0"/>
        <w:jc w:val="left"/>
      </w:pPr>
      <w:r>
        <w:rPr>
          <w:rFonts w:ascii="EB Garamond" w:hAnsi="EB Garamond"/>
          <w:b w:val="0"/>
          <w:i/>
          <w:sz w:val="22"/>
        </w:rPr>
        <w:t>Ava — is my Rachel.</w:t>
      </w:r>
    </w:p>
    <w:p>
      <w:pPr>
        <w:spacing w:before="0" w:after="0" w:line="264" w:lineRule="exact"/>
        <w:ind w:left="0" w:right="0" w:firstLine="0"/>
      </w:pPr>
      <w:r>
        <w:rPr>
          <w:rFonts w:ascii="EB Garamond" w:hAnsi="EB Garamond"/>
          <w:b w:val="0"/>
          <w:i w:val="0"/>
          <w:sz w:val="22"/>
        </w:rPr>
        <w:t>Elsie stared at that one for a second.</w:t>
      </w:r>
    </w:p>
    <w:p>
      <w:pPr>
        <w:spacing w:before="0" w:after="0" w:line="264" w:lineRule="exact"/>
        <w:ind w:left="0" w:right="0" w:firstLine="0"/>
      </w:pPr>
      <w:r>
        <w:rPr>
          <w:rFonts w:ascii="EB Garamond" w:hAnsi="EB Garamond"/>
          <w:b w:val="0"/>
          <w:i w:val="0"/>
          <w:sz w:val="22"/>
        </w:rPr>
        <w:t>Then underneath it:</w:t>
      </w:r>
    </w:p>
    <w:p>
      <w:pPr>
        <w:spacing w:before="0" w:after="0" w:line="264" w:lineRule="exact"/>
        <w:ind w:left="0" w:right="0" w:firstLine="0"/>
        <w:jc w:val="left"/>
      </w:pPr>
      <w:r>
        <w:rPr>
          <w:rFonts w:ascii="EB Garamond" w:hAnsi="EB Garamond"/>
          <w:b w:val="0"/>
          <w:i/>
          <w:sz w:val="22"/>
        </w:rPr>
        <w:t>Ava — has nothing to be insecure about.</w:t>
      </w:r>
    </w:p>
    <w:p>
      <w:pPr>
        <w:spacing w:before="0" w:after="0" w:line="264" w:lineRule="exact"/>
        <w:ind w:left="0" w:right="0" w:firstLine="0"/>
      </w:pPr>
      <w:r>
        <w:rPr>
          <w:rFonts w:ascii="EB Garamond" w:hAnsi="EB Garamond"/>
          <w:b w:val="0"/>
          <w:i w:val="0"/>
          <w:sz w:val="22"/>
        </w:rPr>
        <w:t>She crossed out both.</w:t>
      </w:r>
    </w:p>
    <w:p>
      <w:pPr>
        <w:spacing w:before="0" w:after="0" w:line="264" w:lineRule="exact"/>
        <w:ind w:left="0" w:right="0" w:firstLine="0"/>
      </w:pPr>
      <w:r>
        <w:rPr>
          <w:rFonts w:ascii="EB Garamond" w:hAnsi="EB Garamond"/>
          <w:b w:val="0"/>
          <w:i w:val="0"/>
          <w:sz w:val="22"/>
        </w:rPr>
        <w:t>Elsie stared at the page.</w:t>
      </w:r>
    </w:p>
    <w:p>
      <w:pPr>
        <w:spacing w:before="0" w:after="0" w:line="264" w:lineRule="exact"/>
        <w:ind w:left="0" w:right="0" w:firstLine="0"/>
      </w:pPr>
      <w:r>
        <w:rPr>
          <w:rFonts w:ascii="EB Garamond" w:hAnsi="EB Garamond"/>
          <w:b w:val="0"/>
          <w:i w:val="0"/>
          <w:sz w:val="22"/>
        </w:rPr>
        <w:t>Then wrote:</w:t>
      </w:r>
    </w:p>
    <w:p>
      <w:pPr>
        <w:spacing w:before="0" w:after="0" w:line="264" w:lineRule="exact"/>
        <w:ind w:left="0" w:right="0" w:firstLine="0"/>
        <w:jc w:val="left"/>
      </w:pPr>
      <w:r>
        <w:rPr>
          <w:rFonts w:ascii="EB Garamond" w:hAnsi="EB Garamond"/>
          <w:b w:val="0"/>
          <w:i/>
          <w:sz w:val="22"/>
        </w:rPr>
        <w:t>Rachel — had everything Leah wanted.</w:t>
      </w:r>
    </w:p>
    <w:p>
      <w:pPr>
        <w:spacing w:before="0" w:after="0" w:line="264" w:lineRule="exact"/>
        <w:ind w:left="0" w:right="0" w:firstLine="0"/>
      </w:pPr>
      <w:r>
        <w:rPr>
          <w:rFonts w:ascii="EB Garamond" w:hAnsi="EB Garamond"/>
          <w:b w:val="0"/>
          <w:i w:val="0"/>
          <w:sz w:val="22"/>
        </w:rPr>
        <w:t>She stopped.</w:t>
      </w:r>
    </w:p>
    <w:p>
      <w:pPr>
        <w:spacing w:before="0" w:after="0" w:line="264" w:lineRule="exact"/>
        <w:ind w:left="0" w:right="0" w:firstLine="0"/>
      </w:pPr>
      <w:r>
        <w:rPr>
          <w:rFonts w:ascii="EB Garamond" w:hAnsi="EB Garamond"/>
          <w:b w:val="0"/>
          <w:i w:val="0"/>
          <w:sz w:val="22"/>
        </w:rPr>
        <w:t>Had she?</w:t>
      </w:r>
    </w:p>
    <w:p>
      <w:pPr>
        <w:spacing w:before="0" w:after="0" w:line="264" w:lineRule="exact"/>
        <w:ind w:left="0" w:right="0" w:firstLine="0"/>
      </w:pPr>
      <w:r>
        <w:rPr>
          <w:rFonts w:ascii="EB Garamond" w:hAnsi="EB Garamond"/>
          <w:b w:val="0"/>
          <w:i w:val="0"/>
          <w:sz w:val="22"/>
        </w:rPr>
        <w:t>Elsie reopened Genesis.</w:t>
      </w:r>
    </w:p>
    <w:p>
      <w:pPr>
        <w:spacing w:before="0" w:after="0" w:line="264" w:lineRule="exact"/>
        <w:ind w:left="0" w:right="0" w:firstLine="0"/>
      </w:pPr>
      <w:r>
        <w:rPr>
          <w:rFonts w:ascii="EB Garamond" w:hAnsi="EB Garamond"/>
          <w:b w:val="0"/>
          <w:i w:val="0"/>
          <w:sz w:val="22"/>
        </w:rPr>
        <w:t>Kept reading.</w:t>
      </w:r>
    </w:p>
    <w:p>
      <w:pPr>
        <w:spacing w:before="0" w:after="0" w:line="264" w:lineRule="exact"/>
        <w:ind w:left="0" w:right="0" w:firstLine="0"/>
      </w:pPr>
      <w:r>
        <w:rPr>
          <w:rFonts w:ascii="EB Garamond" w:hAnsi="EB Garamond"/>
          <w:b w:val="0"/>
          <w:i w:val="0"/>
          <w:sz w:val="22"/>
        </w:rPr>
        <w:t>Rachel couldn’t have children.</w:t>
      </w:r>
    </w:p>
    <w:p>
      <w:pPr>
        <w:spacing w:before="0" w:after="0" w:line="264" w:lineRule="exact"/>
        <w:ind w:left="0" w:right="0" w:firstLine="0"/>
      </w:pPr>
      <w:r>
        <w:rPr>
          <w:rFonts w:ascii="EB Garamond" w:hAnsi="EB Garamond"/>
          <w:b w:val="0"/>
          <w:i w:val="0"/>
          <w:sz w:val="22"/>
        </w:rPr>
        <w:t>Leah could.</w:t>
      </w:r>
    </w:p>
    <w:p>
      <w:pPr>
        <w:spacing w:before="0" w:after="0" w:line="264" w:lineRule="exact"/>
        <w:ind w:left="0" w:right="0" w:firstLine="0"/>
      </w:pPr>
      <w:r>
        <w:rPr>
          <w:rFonts w:ascii="EB Garamond" w:hAnsi="EB Garamond"/>
          <w:b w:val="0"/>
          <w:i w:val="0"/>
          <w:sz w:val="22"/>
        </w:rPr>
        <w:t>Elsie sat up.</w:t>
      </w:r>
    </w:p>
    <w:p>
      <w:pPr>
        <w:spacing w:before="0" w:after="0" w:line="264" w:lineRule="exact"/>
        <w:ind w:left="0" w:right="0" w:firstLine="0"/>
      </w:pPr>
      <w:r>
        <w:rPr>
          <w:rFonts w:ascii="EB Garamond" w:hAnsi="EB Garamond"/>
          <w:b w:val="0"/>
          <w:i w:val="0"/>
          <w:sz w:val="22"/>
        </w:rPr>
        <w:t>“Oh.”</w:t>
      </w:r>
    </w:p>
    <w:p>
      <w:pPr>
        <w:spacing w:before="0" w:after="0" w:line="264" w:lineRule="exact"/>
        <w:ind w:left="0" w:right="0" w:firstLine="0"/>
      </w:pPr>
      <w:r>
        <w:rPr>
          <w:rFonts w:ascii="EB Garamond" w:hAnsi="EB Garamond"/>
          <w:b w:val="0"/>
          <w:i w:val="0"/>
          <w:sz w:val="22"/>
        </w:rPr>
        <w:t>She read more.</w:t>
      </w:r>
    </w:p>
    <w:p>
      <w:pPr>
        <w:spacing w:before="0" w:after="0" w:line="264" w:lineRule="exact"/>
        <w:ind w:left="0" w:right="0" w:firstLine="0"/>
      </w:pPr>
      <w:r>
        <w:rPr>
          <w:rFonts w:ascii="EB Garamond" w:hAnsi="EB Garamond"/>
          <w:b w:val="0"/>
          <w:i w:val="0"/>
          <w:sz w:val="22"/>
        </w:rPr>
        <w:t>Rachel envied Leah.</w:t>
      </w:r>
    </w:p>
    <w:p>
      <w:pPr>
        <w:spacing w:before="0" w:after="0" w:line="264" w:lineRule="exact"/>
        <w:ind w:left="0" w:right="0" w:firstLine="0"/>
      </w:pPr>
      <w:r>
        <w:rPr>
          <w:rFonts w:ascii="EB Garamond" w:hAnsi="EB Garamond"/>
          <w:b w:val="0"/>
          <w:i w:val="0"/>
          <w:sz w:val="22"/>
        </w:rPr>
        <w:t>Elsie’s mouth opened.</w:t>
      </w:r>
    </w:p>
    <w:p>
      <w:pPr>
        <w:spacing w:before="0" w:after="0" w:line="264" w:lineRule="exact"/>
        <w:ind w:left="0" w:right="0" w:firstLine="0"/>
      </w:pPr>
      <w:r>
        <w:rPr>
          <w:rFonts w:ascii="EB Garamond" w:hAnsi="EB Garamond"/>
          <w:b w:val="0"/>
          <w:i w:val="0"/>
          <w:sz w:val="22"/>
        </w:rPr>
        <w:t>“No way.”</w:t>
      </w:r>
    </w:p>
    <w:p>
      <w:pPr>
        <w:spacing w:before="0" w:after="0" w:line="264" w:lineRule="exact"/>
        <w:ind w:left="0" w:right="0" w:firstLine="0"/>
      </w:pPr>
      <w:r>
        <w:rPr>
          <w:rFonts w:ascii="EB Garamond" w:hAnsi="EB Garamond"/>
          <w:b w:val="0"/>
          <w:i w:val="0"/>
          <w:sz w:val="22"/>
        </w:rPr>
        <w:t>She read it again.</w:t>
      </w:r>
    </w:p>
    <w:p>
      <w:pPr>
        <w:spacing w:before="0" w:after="0" w:line="264" w:lineRule="exact"/>
        <w:ind w:left="0" w:right="0" w:firstLine="0"/>
      </w:pPr>
      <w:r>
        <w:rPr>
          <w:rFonts w:ascii="EB Garamond" w:hAnsi="EB Garamond"/>
          <w:b w:val="0"/>
          <w:i w:val="0"/>
          <w:sz w:val="22"/>
        </w:rPr>
        <w:t>Leah wanted what Rachel had.</w:t>
      </w:r>
    </w:p>
    <w:p>
      <w:pPr>
        <w:spacing w:before="0" w:after="0" w:line="264" w:lineRule="exact"/>
        <w:ind w:left="0" w:right="0" w:firstLine="0"/>
      </w:pPr>
      <w:r>
        <w:rPr>
          <w:rFonts w:ascii="EB Garamond" w:hAnsi="EB Garamond"/>
          <w:b w:val="0"/>
          <w:i w:val="0"/>
          <w:sz w:val="22"/>
        </w:rPr>
        <w:t>Both sisters were looking sideways.</w:t>
      </w:r>
    </w:p>
    <w:p>
      <w:pPr>
        <w:spacing w:before="0" w:after="0" w:line="264" w:lineRule="exact"/>
        <w:ind w:left="0" w:right="0" w:firstLine="0"/>
      </w:pPr>
      <w:r>
        <w:rPr>
          <w:rFonts w:ascii="EB Garamond" w:hAnsi="EB Garamond"/>
          <w:sz w:val="22"/>
        </w:rPr>
        <w:t>Both apparently convinced the other possessed the thing that would make her life whole.</w:t>
      </w:r>
    </w:p>
    <w:p>
      <w:pPr>
        <w:spacing w:before="0" w:after="0" w:line="264" w:lineRule="exact"/>
        <w:ind w:left="0" w:right="0" w:firstLine="0"/>
      </w:pPr>
      <w:r>
        <w:rPr>
          <w:rFonts w:ascii="EB Garamond" w:hAnsi="EB Garamond"/>
          <w:b w:val="0"/>
          <w:i w:val="0"/>
          <w:sz w:val="22"/>
        </w:rPr>
        <w:t>Elsie grabbed her pen.</w:t>
      </w:r>
    </w:p>
    <w:p>
      <w:pPr>
        <w:spacing w:before="0" w:after="0" w:line="264" w:lineRule="exact"/>
        <w:ind w:left="0" w:right="0" w:firstLine="0"/>
      </w:pPr>
      <w:r>
        <w:rPr>
          <w:rFonts w:ascii="EB Garamond" w:hAnsi="EB Garamond"/>
          <w:b w:val="0"/>
          <w:i w:val="0"/>
          <w:sz w:val="22"/>
        </w:rPr>
        <w:t>Underneath Rachel — had everything Leah wanted, she wrote:</w:t>
      </w:r>
    </w:p>
    <w:p>
      <w:pPr>
        <w:spacing w:before="0" w:after="0" w:line="264" w:lineRule="exact"/>
        <w:ind w:left="0" w:right="0" w:firstLine="0"/>
        <w:jc w:val="left"/>
      </w:pPr>
      <w:r>
        <w:rPr>
          <w:rFonts w:ascii="EB Garamond" w:hAnsi="EB Garamond"/>
          <w:b w:val="0"/>
          <w:i/>
          <w:sz w:val="22"/>
        </w:rPr>
        <w:t>Rachel wanted something Leah had too.</w:t>
      </w:r>
    </w:p>
    <w:p>
      <w:pPr>
        <w:spacing w:before="0" w:after="0" w:line="264" w:lineRule="exact"/>
        <w:ind w:left="0" w:right="0" w:firstLine="0"/>
      </w:pPr>
      <w:r>
        <w:rPr>
          <w:rFonts w:ascii="EB Garamond" w:hAnsi="EB Garamond"/>
          <w:b w:val="0"/>
          <w:i w:val="0"/>
          <w:sz w:val="22"/>
        </w:rPr>
        <w:t>Then underneath that:</w:t>
      </w:r>
    </w:p>
    <w:p>
      <w:pPr>
        <w:spacing w:before="0" w:after="0" w:line="264" w:lineRule="exact"/>
        <w:ind w:left="0" w:right="0" w:firstLine="0"/>
        <w:jc w:val="left"/>
      </w:pPr>
      <w:r>
        <w:rPr>
          <w:rFonts w:ascii="EB Garamond" w:hAnsi="EB Garamond"/>
          <w:b w:val="0"/>
          <w:i/>
          <w:sz w:val="22"/>
        </w:rPr>
        <w:t>Neither one thought she was the lucky one.</w:t>
      </w:r>
    </w:p>
    <w:p>
      <w:pPr>
        <w:spacing w:before="0" w:after="0" w:line="264" w:lineRule="exact"/>
        <w:ind w:left="0" w:right="0" w:firstLine="0"/>
      </w:pPr>
      <w:r>
        <w:rPr>
          <w:rFonts w:ascii="EB Garamond" w:hAnsi="EB Garamond"/>
          <w:b w:val="0"/>
          <w:i w:val="0"/>
          <w:sz w:val="22"/>
        </w:rPr>
        <w:t xml:space="preserve">Elsie stared. </w:t>
      </w:r>
    </w:p>
    <w:p>
      <w:pPr>
        <w:spacing w:before="0" w:after="0" w:line="264" w:lineRule="exact"/>
        <w:ind w:left="0" w:right="0" w:firstLine="0"/>
      </w:pPr>
      <w:r>
        <w:rPr>
          <w:rFonts w:ascii="EB Garamond" w:hAnsi="EB Garamond"/>
          <w:b w:val="0"/>
          <w:i w:val="0"/>
          <w:sz w:val="22"/>
        </w:rPr>
        <w:t>There it was.</w:t>
      </w:r>
    </w:p>
    <w:p>
      <w:pPr>
        <w:spacing w:before="0" w:after="0" w:line="264" w:lineRule="exact"/>
        <w:ind w:left="0" w:right="0" w:firstLine="0"/>
      </w:pPr>
      <w:r>
        <w:rPr>
          <w:rFonts w:ascii="EB Garamond" w:hAnsi="EB Garamond"/>
          <w:b w:val="0"/>
          <w:i w:val="0"/>
          <w:sz w:val="22"/>
        </w:rPr>
        <w:t>The whole stupid thing.</w:t>
      </w:r>
    </w:p>
    <w:p>
      <w:pPr>
        <w:spacing w:before="0" w:after="0" w:line="264" w:lineRule="exact"/>
        <w:ind w:left="0" w:right="0" w:firstLine="0"/>
      </w:pPr>
      <w:r>
        <w:rPr>
          <w:rFonts w:ascii="EB Garamond" w:hAnsi="EB Garamond"/>
          <w:b w:val="0"/>
          <w:i w:val="0"/>
          <w:sz w:val="22"/>
        </w:rPr>
        <w:t>Ava might look at someone else.</w:t>
      </w:r>
    </w:p>
    <w:p>
      <w:pPr>
        <w:spacing w:before="0" w:after="0" w:line="264" w:lineRule="exact"/>
        <w:ind w:left="0" w:right="0" w:firstLine="0"/>
      </w:pPr>
      <w:r>
        <w:rPr>
          <w:rFonts w:ascii="EB Garamond" w:hAnsi="EB Garamond"/>
          <w:b w:val="0"/>
          <w:i w:val="0"/>
          <w:sz w:val="22"/>
        </w:rPr>
        <w:t>Sophie looked at girls with more followers.</w:t>
      </w:r>
    </w:p>
    <w:p>
      <w:pPr>
        <w:spacing w:before="0" w:after="0" w:line="264" w:lineRule="exact"/>
        <w:ind w:left="0" w:right="0" w:firstLine="0"/>
      </w:pPr>
      <w:r>
        <w:rPr>
          <w:rFonts w:ascii="EB Garamond" w:hAnsi="EB Garamond"/>
          <w:b w:val="0"/>
          <w:i w:val="0"/>
          <w:sz w:val="22"/>
        </w:rPr>
        <w:t>Elsie looked at Ava.</w:t>
      </w:r>
    </w:p>
    <w:p>
      <w:pPr>
        <w:spacing w:before="0" w:after="0" w:line="264" w:lineRule="exact"/>
        <w:ind w:left="0" w:right="0" w:firstLine="0"/>
      </w:pPr>
      <w:r>
        <w:rPr>
          <w:rFonts w:ascii="EB Garamond" w:hAnsi="EB Garamond"/>
          <w:b w:val="0"/>
          <w:i w:val="0"/>
          <w:sz w:val="22"/>
        </w:rPr>
        <w:t>Maybe somebody looked at Elsie.</w:t>
      </w:r>
    </w:p>
    <w:p>
      <w:pPr>
        <w:spacing w:before="0" w:after="0" w:line="264" w:lineRule="exact"/>
        <w:ind w:left="0" w:right="0" w:firstLine="0"/>
      </w:pPr>
      <w:r>
        <w:rPr>
          <w:rFonts w:ascii="EB Garamond" w:hAnsi="EB Garamond"/>
          <w:b w:val="0"/>
          <w:i w:val="0"/>
          <w:sz w:val="22"/>
        </w:rPr>
        <w:t xml:space="preserve">Everybody standing in somebody else’s shadow while somebody else stood in theirs. </w:t>
      </w:r>
    </w:p>
    <w:p>
      <w:pPr>
        <w:spacing w:before="0" w:after="0" w:line="264" w:lineRule="exact"/>
        <w:ind w:left="0" w:right="0" w:firstLine="0"/>
      </w:pPr>
      <w:r>
        <w:rPr>
          <w:rFonts w:ascii="EB Garamond" w:hAnsi="EB Garamond"/>
          <w:b w:val="0"/>
          <w:i w:val="0"/>
          <w:sz w:val="22"/>
        </w:rPr>
        <w:t>What an exhausting way to live.</w:t>
      </w:r>
    </w:p>
    <w:p>
      <w:pPr>
        <w:spacing w:before="0" w:after="0" w:line="264" w:lineRule="exact"/>
        <w:ind w:left="0" w:right="0" w:firstLine="0"/>
      </w:pPr>
      <w:r>
        <w:rPr>
          <w:rFonts w:ascii="EB Garamond" w:hAnsi="EB Garamond"/>
          <w:b w:val="0"/>
          <w:i w:val="0"/>
          <w:sz w:val="22"/>
        </w:rPr>
        <w:t>She picked up her phone.</w:t>
      </w:r>
    </w:p>
    <w:p>
      <w:pPr>
        <w:spacing w:before="0" w:after="0" w:line="264" w:lineRule="exact"/>
        <w:ind w:left="0" w:right="0" w:firstLine="0"/>
      </w:pPr>
      <w:r>
        <w:rPr>
          <w:rFonts w:ascii="EB Garamond" w:hAnsi="EB Garamond"/>
          <w:b w:val="0"/>
          <w:i w:val="0"/>
          <w:sz w:val="22"/>
        </w:rPr>
        <w:t>Opened her messages.</w:t>
      </w:r>
    </w:p>
    <w:p>
      <w:pPr>
        <w:spacing w:before="0" w:after="0" w:line="264" w:lineRule="exact"/>
        <w:ind w:left="0" w:right="0" w:firstLine="0"/>
      </w:pPr>
      <w:r>
        <w:rPr>
          <w:rFonts w:ascii="EB Garamond" w:hAnsi="EB Garamond"/>
          <w:b w:val="0"/>
          <w:i w:val="0"/>
          <w:sz w:val="22"/>
        </w:rPr>
        <w:t>Ava.</w:t>
      </w:r>
    </w:p>
    <w:p>
      <w:pPr>
        <w:spacing w:before="0" w:after="0" w:line="264" w:lineRule="exact"/>
        <w:ind w:left="0" w:right="0" w:firstLine="0"/>
      </w:pPr>
      <w:r>
        <w:rPr>
          <w:rFonts w:ascii="EB Garamond" w:hAnsi="EB Garamond"/>
          <w:b w:val="0"/>
          <w:i w:val="0"/>
          <w:sz w:val="22"/>
        </w:rPr>
        <w:t xml:space="preserve">Elsie hesitated. </w:t>
      </w:r>
    </w:p>
    <w:p>
      <w:pPr>
        <w:spacing w:before="0" w:after="0" w:line="264" w:lineRule="exact"/>
        <w:ind w:left="0" w:right="0" w:firstLine="0"/>
      </w:pPr>
      <w:r>
        <w:rPr>
          <w:rFonts w:ascii="EB Garamond" w:hAnsi="EB Garamond"/>
          <w:b w:val="0"/>
          <w:i w:val="0"/>
          <w:sz w:val="22"/>
        </w:rPr>
        <w:t>Then typed: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random question</w:t>
      </w:r>
    </w:p>
    <w:p>
      <w:pPr>
        <w:spacing w:before="0" w:after="0" w:line="264" w:lineRule="exact"/>
        <w:ind w:left="0" w:right="0" w:firstLine="0"/>
      </w:pPr>
      <w:r>
        <w:rPr>
          <w:rFonts w:ascii="EB Garamond" w:hAnsi="EB Garamond"/>
          <w:b w:val="0"/>
          <w:i w:val="0"/>
          <w:sz w:val="22"/>
        </w:rPr>
        <w:t>Ava responded almost immediately.</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terrifying but okay</w:t>
      </w:r>
    </w:p>
    <w:p>
      <w:pPr>
        <w:spacing w:before="0" w:after="0" w:line="264" w:lineRule="exact"/>
        <w:ind w:left="0" w:right="0" w:firstLine="0"/>
      </w:pPr>
      <w:r>
        <w:rPr>
          <w:rFonts w:ascii="EB Garamond" w:hAnsi="EB Garamond"/>
          <w:b w:val="0"/>
          <w:i w:val="0"/>
          <w:sz w:val="22"/>
        </w:rPr>
        <w:t xml:space="preserve">Elsie smiled. </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do you ever compare yourself to me?</w:t>
      </w:r>
    </w:p>
    <w:p>
      <w:pPr>
        <w:spacing w:before="0" w:after="0" w:line="264" w:lineRule="exact"/>
        <w:ind w:left="0" w:right="0" w:firstLine="0"/>
      </w:pPr>
      <w:r>
        <w:rPr>
          <w:rFonts w:ascii="EB Garamond" w:hAnsi="EB Garamond"/>
          <w:b w:val="0"/>
          <w:i w:val="0"/>
          <w:sz w:val="22"/>
        </w:rPr>
        <w:t>Three dots appeared.</w:t>
      </w:r>
    </w:p>
    <w:p>
      <w:pPr>
        <w:spacing w:before="0" w:after="0" w:line="264" w:lineRule="exact"/>
        <w:ind w:left="0" w:right="0" w:firstLine="0"/>
      </w:pPr>
      <w:r>
        <w:rPr>
          <w:rFonts w:ascii="EB Garamond" w:hAnsi="EB Garamond"/>
          <w:b w:val="0"/>
          <w:i w:val="0"/>
          <w:sz w:val="22"/>
        </w:rPr>
        <w:t>Stopped.</w:t>
      </w:r>
    </w:p>
    <w:p>
      <w:pPr>
        <w:spacing w:before="0" w:after="0" w:line="264" w:lineRule="exact"/>
        <w:ind w:left="0" w:right="0" w:firstLine="0"/>
      </w:pPr>
      <w:r>
        <w:rPr>
          <w:rFonts w:ascii="EB Garamond" w:hAnsi="EB Garamond"/>
          <w:b w:val="0"/>
          <w:i w:val="0"/>
          <w:sz w:val="22"/>
        </w:rPr>
        <w:t>Appeared again.</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 xml:space="preserve">what kind of question is that </w:t>
      </w:r>
      <w:r>
        <w:rPr>
          <w:rFonts w:ascii="Segoe UI Emoji" w:hAnsi="Segoe UI Emoji"/>
          <w:sz w:val="22"/>
        </w:rPr>
        <w:t>😭</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just answer</w:t>
      </w:r>
    </w:p>
    <w:p>
      <w:pPr>
        <w:spacing w:before="0" w:after="0" w:line="264" w:lineRule="exact"/>
        <w:ind w:left="0" w:right="0" w:firstLine="0"/>
      </w:pPr>
      <w:r>
        <w:rPr>
          <w:rFonts w:ascii="EB Garamond" w:hAnsi="EB Garamond"/>
          <w:b w:val="0"/>
          <w:i w:val="0"/>
          <w:sz w:val="22"/>
        </w:rPr>
        <w:t>Pause.</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Obviously</w:t>
      </w:r>
    </w:p>
    <w:p>
      <w:pPr>
        <w:spacing w:before="0" w:after="0" w:line="264" w:lineRule="exact"/>
        <w:ind w:left="0" w:right="0" w:firstLine="0"/>
      </w:pPr>
      <w:r>
        <w:rPr>
          <w:rFonts w:ascii="EB Garamond" w:hAnsi="EB Garamond"/>
          <w:b w:val="0"/>
          <w:i w:val="0"/>
          <w:sz w:val="22"/>
        </w:rPr>
        <w:t>Elsie stared.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obviously???</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Yes???</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WHY</w:t>
      </w:r>
    </w:p>
    <w:p>
      <w:pPr>
        <w:spacing w:before="0" w:after="0" w:line="264" w:lineRule="exact"/>
        <w:ind w:left="0" w:right="0" w:firstLine="0"/>
      </w:pPr>
      <w:r>
        <w:rPr>
          <w:rFonts w:ascii="EB Garamond" w:hAnsi="EB Garamond"/>
          <w:b w:val="0"/>
          <w:i w:val="0"/>
          <w:sz w:val="22"/>
        </w:rPr>
        <w:t>Ava started typing.</w:t>
      </w:r>
    </w:p>
    <w:p>
      <w:pPr>
        <w:spacing w:before="0" w:after="0" w:line="264" w:lineRule="exact"/>
        <w:ind w:left="0" w:right="0" w:firstLine="0"/>
      </w:pPr>
      <w:r>
        <w:rPr>
          <w:rFonts w:ascii="EB Garamond" w:hAnsi="EB Garamond"/>
          <w:b w:val="0"/>
          <w:i w:val="0"/>
          <w:sz w:val="22"/>
        </w:rPr>
        <w:t>Stopped.</w:t>
      </w:r>
    </w:p>
    <w:p>
      <w:pPr>
        <w:spacing w:before="0" w:after="0" w:line="264" w:lineRule="exact"/>
        <w:ind w:left="0" w:right="0" w:firstLine="0"/>
      </w:pPr>
      <w:r>
        <w:rPr>
          <w:rFonts w:ascii="EB Garamond" w:hAnsi="EB Garamond"/>
          <w:b w:val="0"/>
          <w:i w:val="0"/>
          <w:sz w:val="22"/>
        </w:rPr>
        <w:t>Then:</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are you serious</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yes</w:t>
      </w:r>
    </w:p>
    <w:p>
      <w:pPr>
        <w:spacing w:before="0" w:after="0" w:line="264" w:lineRule="exact"/>
        <w:ind w:left="0" w:right="0" w:firstLine="0"/>
      </w:pPr>
      <w:r>
        <w:rPr>
          <w:rFonts w:ascii="EB Garamond" w:hAnsi="EB Garamond"/>
          <w:b w:val="0"/>
          <w:i w:val="0"/>
          <w:sz w:val="22"/>
        </w:rPr>
        <w:t>Longer pause.</w:t>
      </w:r>
    </w:p>
    <w:p>
      <w:pPr>
        <w:spacing w:before="0" w:after="0" w:line="264" w:lineRule="exact"/>
        <w:ind w:left="0" w:right="0" w:firstLine="0"/>
      </w:pPr>
      <w:r>
        <w:rPr>
          <w:rFonts w:ascii="EB Garamond" w:hAnsi="EB Garamond"/>
          <w:b w:val="0"/>
          <w:i w:val="0"/>
          <w:sz w:val="22"/>
        </w:rPr>
        <w:t>Then:</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you’re funny without trying.</w:t>
      </w:r>
    </w:p>
    <w:p>
      <w:pPr>
        <w:spacing w:before="0" w:after="0" w:line="264" w:lineRule="exact"/>
        <w:ind w:left="0" w:right="0" w:firstLine="0"/>
      </w:pPr>
      <w:r>
        <w:rPr>
          <w:rFonts w:ascii="EB Garamond" w:hAnsi="EB Garamond"/>
          <w:b w:val="0"/>
          <w:i w:val="0"/>
          <w:sz w:val="22"/>
        </w:rPr>
        <w:t>Elsie blinked.</w:t>
      </w:r>
    </w:p>
    <w:p>
      <w:pPr>
        <w:spacing w:before="0" w:after="0" w:line="264" w:lineRule="exact"/>
        <w:ind w:left="0" w:right="0" w:firstLine="0"/>
      </w:pPr>
      <w:r>
        <w:rPr>
          <w:rFonts w:ascii="EB Garamond" w:hAnsi="EB Garamond"/>
          <w:b w:val="0"/>
          <w:i w:val="0"/>
          <w:sz w:val="22"/>
        </w:rPr>
        <w:t>Another message.</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people relax around you</w:t>
      </w:r>
    </w:p>
    <w:p>
      <w:pPr>
        <w:spacing w:before="0" w:after="0" w:line="264" w:lineRule="exact"/>
        <w:ind w:left="0" w:right="0" w:firstLine="0"/>
      </w:pPr>
      <w:r>
        <w:rPr>
          <w:rFonts w:ascii="EB Garamond" w:hAnsi="EB Garamond"/>
          <w:b w:val="0"/>
          <w:i w:val="0"/>
          <w:sz w:val="22"/>
        </w:rPr>
        <w:t>Then:</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your mom actually listens to you</w:t>
      </w:r>
    </w:p>
    <w:p>
      <w:pPr>
        <w:spacing w:before="0" w:after="0" w:line="264" w:lineRule="exact"/>
        <w:ind w:left="0" w:right="0" w:firstLine="0"/>
      </w:pPr>
      <w:r>
        <w:rPr>
          <w:rFonts w:ascii="EB Garamond" w:hAnsi="EB Garamond"/>
          <w:b w:val="0"/>
          <w:i w:val="0"/>
          <w:sz w:val="22"/>
        </w:rPr>
        <w:t>Elsie’s chest tightened.</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you and your grandma are like best friends.</w:t>
      </w:r>
    </w:p>
    <w:p>
      <w:pPr>
        <w:spacing w:before="0" w:after="0" w:line="264" w:lineRule="exact"/>
        <w:ind w:left="0" w:right="0" w:firstLine="0"/>
      </w:pPr>
      <w:r>
        <w:rPr>
          <w:rFonts w:ascii="EB Garamond" w:hAnsi="EB Garamond"/>
          <w:b w:val="0"/>
          <w:i w:val="0"/>
          <w:sz w:val="22"/>
        </w:rPr>
        <w:t>Another.</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you can talk to literally anyone</w:t>
      </w:r>
    </w:p>
    <w:p>
      <w:pPr>
        <w:spacing w:before="0" w:after="0" w:line="264" w:lineRule="exact"/>
        <w:ind w:left="0" w:right="0" w:firstLine="0"/>
      </w:pPr>
      <w:r>
        <w:rPr>
          <w:rFonts w:ascii="EB Garamond" w:hAnsi="EB Garamond"/>
          <w:b w:val="0"/>
          <w:i w:val="0"/>
          <w:sz w:val="22"/>
        </w:rPr>
        <w:t>And then:</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 xml:space="preserve">mason has liked you forever and you somehow didn’t know </w:t>
      </w:r>
      <w:r>
        <w:rPr>
          <w:rFonts w:ascii="Segoe UI Emoji" w:hAnsi="Segoe UI Emoji"/>
          <w:sz w:val="22"/>
        </w:rPr>
        <w:t>😂</w:t>
      </w:r>
    </w:p>
    <w:p>
      <w:pPr>
        <w:spacing w:before="0" w:after="0" w:line="264" w:lineRule="exact"/>
        <w:ind w:left="0" w:right="0" w:firstLine="0"/>
      </w:pPr>
      <w:r>
        <w:rPr>
          <w:rFonts w:ascii="EB Garamond" w:hAnsi="EB Garamond"/>
          <w:b w:val="0"/>
          <w:i w:val="0"/>
          <w:sz w:val="22"/>
        </w:rPr>
        <w:t>Elsie stopped.</w:t>
      </w:r>
    </w:p>
    <w:p>
      <w:pPr>
        <w:spacing w:before="0" w:after="0" w:line="264" w:lineRule="exact"/>
        <w:ind w:left="0" w:right="0" w:firstLine="0"/>
      </w:pPr>
      <w:r>
        <w:rPr>
          <w:rFonts w:ascii="EB Garamond" w:hAnsi="EB Garamond"/>
          <w:b w:val="0"/>
          <w:i w:val="0"/>
          <w:sz w:val="22"/>
        </w:rPr>
        <w:t>Everything else disappeared.</w:t>
      </w:r>
    </w:p>
    <w:p>
      <w:pPr>
        <w:spacing w:before="0" w:after="0" w:line="264" w:lineRule="exact"/>
        <w:ind w:left="0" w:right="0" w:firstLine="0"/>
      </w:pPr>
      <w:r>
        <w:rPr>
          <w:rFonts w:ascii="EB Garamond" w:hAnsi="EB Garamond"/>
          <w:b w:val="0"/>
          <w:i w:val="0"/>
          <w:sz w:val="22"/>
        </w:rPr>
        <w:t>She reread the last message.</w:t>
      </w:r>
    </w:p>
    <w:p>
      <w:pPr>
        <w:spacing w:before="0" w:after="0" w:line="264" w:lineRule="exact"/>
        <w:ind w:left="0" w:right="0" w:firstLine="0"/>
      </w:pPr>
      <w:r>
        <w:rPr>
          <w:rFonts w:ascii="EB Garamond" w:hAnsi="EB Garamond"/>
          <w:b w:val="0"/>
          <w:i w:val="0"/>
          <w:sz w:val="22"/>
        </w:rPr>
        <w:t>Once.</w:t>
      </w:r>
    </w:p>
    <w:p>
      <w:pPr>
        <w:spacing w:before="0" w:after="0" w:line="264" w:lineRule="exact"/>
        <w:ind w:left="0" w:right="0" w:firstLine="0"/>
      </w:pPr>
      <w:r>
        <w:rPr>
          <w:rFonts w:ascii="EB Garamond" w:hAnsi="EB Garamond"/>
          <w:b w:val="0"/>
          <w:i w:val="0"/>
          <w:sz w:val="22"/>
        </w:rPr>
        <w:t>Twice.</w:t>
      </w:r>
    </w:p>
    <w:p>
      <w:pPr>
        <w:spacing w:before="0" w:after="0" w:line="264" w:lineRule="exact"/>
        <w:ind w:left="0" w:right="0" w:firstLine="0"/>
      </w:pPr>
      <w:r>
        <w:rPr>
          <w:rFonts w:ascii="EB Garamond" w:hAnsi="EB Garamond"/>
          <w:b w:val="0"/>
          <w:i w:val="0"/>
          <w:sz w:val="22"/>
        </w:rPr>
        <w:t>Three times.</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EXCUSE ME</w:t>
      </w:r>
    </w:p>
    <w:p>
      <w:pPr>
        <w:spacing w:before="0" w:after="0" w:line="264" w:lineRule="exact"/>
        <w:ind w:left="0" w:right="0" w:firstLine="0"/>
      </w:pPr>
      <w:r>
        <w:rPr>
          <w:rFonts w:ascii="EB Garamond" w:hAnsi="EB Garamond"/>
          <w:b w:val="0"/>
          <w:i w:val="0"/>
          <w:sz w:val="22"/>
        </w:rPr>
        <w:t>Ava sent six laughing emojis.</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AVA</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THAT’S what you got from all of that???</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HE HAS WHAT</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I’m going to bed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YOU CANNOT GO TO BED</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 xml:space="preserve">goodnight leah </w:t>
      </w:r>
      <w:r>
        <w:rPr>
          <w:rFonts w:ascii="Segoe UI Emoji" w:hAnsi="Segoe UI Emoji"/>
          <w:sz w:val="22"/>
        </w:rPr>
        <w:t>❤️</w:t>
      </w:r>
    </w:p>
    <w:p>
      <w:pPr>
        <w:spacing w:before="0" w:after="0" w:line="264" w:lineRule="exact"/>
        <w:ind w:left="0" w:right="0" w:firstLine="0"/>
      </w:pPr>
      <w:r>
        <w:rPr>
          <w:rFonts w:ascii="EB Garamond" w:hAnsi="EB Garamond"/>
          <w:b w:val="0"/>
          <w:i w:val="0"/>
          <w:sz w:val="22"/>
        </w:rPr>
        <w:t>Elsie froze.</w:t>
      </w:r>
    </w:p>
    <w:p>
      <w:pPr>
        <w:spacing w:before="0" w:after="0" w:line="264" w:lineRule="exact"/>
        <w:ind w:left="0" w:right="0" w:firstLine="0"/>
      </w:pPr>
      <w:r>
        <w:rPr>
          <w:rFonts w:ascii="EB Garamond" w:hAnsi="EB Garamond"/>
          <w:b w:val="0"/>
          <w:i w:val="0"/>
          <w:sz w:val="22"/>
        </w:rPr>
        <w:t>Her fingers stopped.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what did you just call me?</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idk you were being weird about comparing people so I assumed this was bible study related</w:t>
      </w:r>
    </w:p>
    <w:p>
      <w:pPr>
        <w:spacing w:before="0" w:after="0" w:line="264" w:lineRule="exact"/>
        <w:ind w:left="0" w:right="0" w:firstLine="0"/>
      </w:pPr>
      <w:r>
        <w:rPr>
          <w:rFonts w:ascii="EB Garamond" w:hAnsi="EB Garamond"/>
          <w:b w:val="0"/>
          <w:i w:val="0"/>
          <w:sz w:val="22"/>
        </w:rPr>
        <w:t>Elsie laughed so loudly her mother yelled from downstairs.</w:t>
      </w:r>
    </w:p>
    <w:p>
      <w:pPr>
        <w:spacing w:before="0" w:after="0" w:line="264" w:lineRule="exact"/>
        <w:ind w:left="0" w:right="0" w:firstLine="0"/>
      </w:pPr>
      <w:r>
        <w:rPr>
          <w:rFonts w:ascii="EB Garamond" w:hAnsi="EB Garamond"/>
          <w:b w:val="0"/>
          <w:i w:val="0"/>
          <w:sz w:val="22"/>
        </w:rPr>
        <w:t>“Everything okay?”</w:t>
      </w:r>
    </w:p>
    <w:p>
      <w:pPr>
        <w:spacing w:before="0" w:after="0" w:line="264" w:lineRule="exact"/>
        <w:ind w:left="0" w:right="0" w:firstLine="0"/>
      </w:pPr>
      <w:r>
        <w:rPr>
          <w:rFonts w:ascii="EB Garamond" w:hAnsi="EB Garamond"/>
          <w:b w:val="0"/>
          <w:i w:val="0"/>
          <w:sz w:val="22"/>
        </w:rPr>
        <w:t>“Yes!”</w:t>
      </w:r>
    </w:p>
    <w:p>
      <w:pPr>
        <w:spacing w:before="0" w:after="0" w:line="264" w:lineRule="exact"/>
        <w:ind w:left="0" w:right="0" w:firstLine="0"/>
      </w:pPr>
      <w:r>
        <w:rPr>
          <w:rFonts w:ascii="EB Garamond" w:hAnsi="EB Garamond"/>
          <w:b w:val="0"/>
          <w:i w:val="0"/>
          <w:sz w:val="22"/>
        </w:rPr>
        <w:t>She looked back at the phone.</w:t>
      </w:r>
    </w:p>
    <w:p>
      <w:pPr>
        <w:spacing w:before="0" w:after="0" w:line="264" w:lineRule="exact"/>
        <w:ind w:left="0" w:right="0" w:firstLine="0"/>
      </w:pPr>
      <w:r>
        <w:rPr>
          <w:rFonts w:ascii="EB Garamond" w:hAnsi="EB Garamond"/>
          <w:b w:val="0"/>
          <w:i w:val="0"/>
          <w:sz w:val="22"/>
        </w:rPr>
        <w:t>Then typed: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you know about leah?</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I have also attended church elsie</w:t>
      </w:r>
    </w:p>
    <w:p>
      <w:pPr>
        <w:spacing w:before="0" w:after="0" w:line="264" w:lineRule="exact"/>
        <w:ind w:left="0" w:right="0" w:firstLine="0"/>
      </w:pPr>
      <w:r>
        <w:rPr>
          <w:rFonts w:ascii="EB Garamond" w:hAnsi="EB Garamond"/>
          <w:b w:val="0"/>
          <w:i w:val="0"/>
          <w:sz w:val="22"/>
        </w:rPr>
        <w:t>Elsie covered her face.</w:t>
      </w:r>
    </w:p>
    <w:p>
      <w:pPr>
        <w:spacing w:before="0" w:after="0" w:line="264" w:lineRule="exact"/>
        <w:ind w:left="0" w:right="0" w:firstLine="0"/>
      </w:pPr>
      <w:r>
        <w:rPr>
          <w:rFonts w:ascii="EB Garamond" w:hAnsi="EB Garamond"/>
          <w:b w:val="0"/>
          <w:i w:val="0"/>
          <w:sz w:val="22"/>
        </w:rPr>
        <w:t>Apparently, the entire world had been secretly reading the Bible without informing her.</w:t>
      </w:r>
    </w:p>
    <w:p>
      <w:pPr>
        <w:spacing w:before="0" w:after="0" w:line="264" w:lineRule="exact"/>
        <w:ind w:left="0" w:right="0" w:firstLine="0"/>
      </w:pPr>
      <w:r>
        <w:rPr>
          <w:rFonts w:ascii="EB Garamond" w:hAnsi="EB Garamond"/>
          <w:b w:val="0"/>
          <w:i w:val="0"/>
          <w:sz w:val="22"/>
        </w:rPr>
        <w:t>She typed.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apparently everyone is religious except me</w:t>
      </w:r>
    </w:p>
    <w:p>
      <w:pPr>
        <w:spacing w:before="0" w:after="0" w:line="264" w:lineRule="exact"/>
        <w:ind w:left="0" w:right="0" w:firstLine="0"/>
      </w:pPr>
      <w:r>
        <w:rPr>
          <w:rFonts w:ascii="EB Garamond" w:hAnsi="EB Garamond"/>
          <w:b w:val="0"/>
          <w:i w:val="0"/>
          <w:sz w:val="22"/>
        </w:rPr>
        <w:t>Ava responded:</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pretty sure that’s not how religion works</w:t>
      </w:r>
    </w:p>
    <w:p>
      <w:pPr>
        <w:spacing w:before="0" w:after="0" w:line="264" w:lineRule="exact"/>
        <w:ind w:left="0" w:right="0" w:firstLine="0"/>
      </w:pPr>
      <w:r>
        <w:rPr>
          <w:rFonts w:ascii="EB Garamond" w:hAnsi="EB Garamond"/>
          <w:b w:val="0"/>
          <w:i w:val="0"/>
          <w:sz w:val="22"/>
        </w:rPr>
        <w:t>Elsie smiled.</w:t>
      </w:r>
    </w:p>
    <w:p>
      <w:pPr>
        <w:spacing w:before="0" w:after="0" w:line="264" w:lineRule="exact"/>
        <w:ind w:left="0" w:right="0" w:firstLine="0"/>
      </w:pPr>
      <w:r>
        <w:rPr>
          <w:rFonts w:ascii="EB Garamond" w:hAnsi="EB Garamond"/>
          <w:b w:val="0"/>
          <w:i w:val="0"/>
          <w:sz w:val="22"/>
        </w:rPr>
        <w:t>Mason had said almost the same thing.</w:t>
      </w:r>
    </w:p>
    <w:p>
      <w:pPr>
        <w:spacing w:before="0" w:after="0" w:line="264" w:lineRule="exact"/>
        <w:ind w:left="0" w:right="0" w:firstLine="0"/>
      </w:pPr>
      <w:r>
        <w:rPr>
          <w:rFonts w:ascii="EB Garamond" w:hAnsi="EB Garamond"/>
          <w:b w:val="0"/>
          <w:i w:val="0"/>
          <w:sz w:val="22"/>
        </w:rPr>
        <w:t>She put her phone down.</w:t>
      </w:r>
    </w:p>
    <w:p>
      <w:pPr>
        <w:spacing w:before="0" w:after="0" w:line="264" w:lineRule="exact"/>
        <w:ind w:left="0" w:right="0" w:firstLine="0"/>
      </w:pPr>
      <w:r>
        <w:rPr>
          <w:rFonts w:ascii="EB Garamond" w:hAnsi="EB Garamond"/>
          <w:b w:val="0"/>
          <w:i w:val="0"/>
          <w:sz w:val="22"/>
        </w:rPr>
        <w:t>Then picked it up again.</w:t>
      </w:r>
    </w:p>
    <w:p>
      <w:pPr>
        <w:spacing w:before="0" w:after="0" w:line="264" w:lineRule="exact"/>
        <w:ind w:left="0" w:right="0" w:firstLine="0"/>
      </w:pPr>
      <w:r>
        <w:rPr>
          <w:rFonts w:ascii="EB Garamond" w:hAnsi="EB Garamond"/>
          <w:b w:val="0"/>
          <w:i w:val="0"/>
          <w:sz w:val="22"/>
        </w:rPr>
        <w:t>She reread Ava’s messages.</w:t>
      </w:r>
    </w:p>
    <w:p>
      <w:pPr>
        <w:spacing w:before="0" w:after="0" w:line="264" w:lineRule="exact"/>
        <w:ind w:left="0" w:right="0" w:firstLine="0"/>
        <w:jc w:val="left"/>
      </w:pPr>
      <w:r>
        <w:rPr>
          <w:rFonts w:ascii="EB Garamond" w:hAnsi="EB Garamond"/>
          <w:b w:val="0"/>
          <w:i/>
          <w:sz w:val="22"/>
        </w:rPr>
        <w:t>You’re funny without trying.</w:t>
      </w:r>
    </w:p>
    <w:p>
      <w:pPr>
        <w:spacing w:before="0" w:after="0" w:line="264" w:lineRule="exact"/>
        <w:ind w:left="0" w:right="0" w:firstLine="0"/>
        <w:jc w:val="left"/>
      </w:pPr>
      <w:r>
        <w:rPr>
          <w:rFonts w:ascii="EB Garamond" w:hAnsi="EB Garamond"/>
          <w:b w:val="0"/>
          <w:i/>
          <w:sz w:val="22"/>
        </w:rPr>
        <w:t>People relax around you.</w:t>
      </w:r>
    </w:p>
    <w:p>
      <w:pPr>
        <w:spacing w:before="0" w:after="0" w:line="264" w:lineRule="exact"/>
        <w:ind w:left="0" w:right="0" w:firstLine="0"/>
        <w:jc w:val="left"/>
      </w:pPr>
      <w:r>
        <w:rPr>
          <w:rFonts w:ascii="EB Garamond" w:hAnsi="EB Garamond"/>
          <w:b w:val="0"/>
          <w:i/>
          <w:sz w:val="22"/>
        </w:rPr>
        <w:t>Your mom actually listens to you.</w:t>
      </w:r>
    </w:p>
    <w:p>
      <w:pPr>
        <w:spacing w:before="0" w:after="0" w:line="264" w:lineRule="exact"/>
        <w:ind w:left="0" w:right="0" w:firstLine="0"/>
        <w:jc w:val="left"/>
      </w:pPr>
      <w:r>
        <w:rPr>
          <w:rFonts w:ascii="EB Garamond" w:hAnsi="EB Garamond"/>
          <w:b w:val="0"/>
          <w:i/>
          <w:sz w:val="22"/>
        </w:rPr>
        <w:t>You and your grandma are like best friends.</w:t>
      </w:r>
    </w:p>
    <w:p>
      <w:pPr>
        <w:spacing w:before="0" w:after="0" w:line="264" w:lineRule="exact"/>
        <w:ind w:left="0" w:right="0" w:firstLine="0"/>
        <w:jc w:val="left"/>
      </w:pPr>
      <w:r>
        <w:rPr>
          <w:rFonts w:ascii="EB Garamond" w:hAnsi="EB Garamond"/>
          <w:b w:val="0"/>
          <w:i/>
          <w:sz w:val="22"/>
        </w:rPr>
        <w:t>You can talk to literally anyone.</w:t>
      </w:r>
    </w:p>
    <w:p>
      <w:pPr>
        <w:spacing w:before="0" w:after="0" w:line="264" w:lineRule="exact"/>
        <w:ind w:left="0" w:right="0" w:firstLine="0"/>
      </w:pPr>
      <w:r>
        <w:rPr>
          <w:rFonts w:ascii="EB Garamond" w:hAnsi="EB Garamond"/>
          <w:b w:val="0"/>
          <w:i w:val="0"/>
          <w:sz w:val="22"/>
        </w:rPr>
        <w:t>Elsie hadn’t known Ava wanted any of those things.</w:t>
      </w:r>
    </w:p>
    <w:p>
      <w:pPr>
        <w:spacing w:before="0" w:after="0" w:line="264" w:lineRule="exact"/>
        <w:ind w:left="0" w:right="0" w:firstLine="0"/>
      </w:pPr>
      <w:r>
        <w:rPr>
          <w:rFonts w:ascii="EB Garamond" w:hAnsi="EB Garamond"/>
          <w:b w:val="0"/>
          <w:i w:val="0"/>
          <w:sz w:val="22"/>
        </w:rPr>
        <w:t>She had been too busy counting everything Ava had that she didn’t.</w:t>
      </w:r>
    </w:p>
    <w:p>
      <w:pPr>
        <w:spacing w:before="0" w:after="0" w:line="264" w:lineRule="exact"/>
        <w:ind w:left="0" w:right="0" w:firstLine="0"/>
      </w:pPr>
      <w:r>
        <w:rPr>
          <w:rFonts w:ascii="EB Garamond" w:hAnsi="EB Garamond"/>
          <w:b w:val="0"/>
          <w:i w:val="0"/>
          <w:sz w:val="22"/>
        </w:rPr>
        <w:t>Elsie looked at the Bible.</w:t>
      </w:r>
    </w:p>
    <w:p>
      <w:pPr>
        <w:spacing w:before="0" w:after="0" w:line="264" w:lineRule="exact"/>
        <w:ind w:left="0" w:right="0" w:firstLine="0"/>
      </w:pPr>
      <w:r>
        <w:rPr>
          <w:rFonts w:ascii="EB Garamond" w:hAnsi="EB Garamond"/>
          <w:b w:val="0"/>
          <w:i w:val="0"/>
          <w:sz w:val="22"/>
        </w:rPr>
        <w:t>Leah had sons and wanted Rachel’s love.</w:t>
      </w:r>
    </w:p>
    <w:p>
      <w:pPr>
        <w:spacing w:before="0" w:after="0" w:line="264" w:lineRule="exact"/>
        <w:ind w:left="0" w:right="0" w:firstLine="0"/>
      </w:pPr>
      <w:r>
        <w:rPr>
          <w:rFonts w:ascii="EB Garamond" w:hAnsi="EB Garamond"/>
          <w:b w:val="0"/>
          <w:i w:val="0"/>
          <w:sz w:val="22"/>
        </w:rPr>
        <w:t>Rachel had Jacob’s love and wanted Leah’s children.</w:t>
      </w:r>
    </w:p>
    <w:p>
      <w:pPr>
        <w:spacing w:before="0" w:after="0" w:line="264" w:lineRule="exact"/>
        <w:ind w:left="0" w:right="0" w:firstLine="0"/>
      </w:pPr>
      <w:r>
        <w:rPr>
          <w:rFonts w:ascii="EB Garamond" w:hAnsi="EB Garamond"/>
          <w:b w:val="0"/>
          <w:i w:val="0"/>
          <w:sz w:val="22"/>
        </w:rPr>
        <w:t>Neither thought she was the lucky one.</w:t>
      </w:r>
    </w:p>
    <w:p>
      <w:pPr>
        <w:spacing w:before="0" w:after="0" w:line="264" w:lineRule="exact"/>
        <w:ind w:left="0" w:right="0" w:firstLine="0"/>
      </w:pPr>
      <w:r>
        <w:rPr>
          <w:rFonts w:ascii="EB Garamond" w:hAnsi="EB Garamond"/>
          <w:b w:val="0"/>
          <w:i w:val="0"/>
          <w:sz w:val="22"/>
        </w:rPr>
        <w:t>Elsie picked up her pen.</w:t>
      </w:r>
    </w:p>
    <w:p>
      <w:pPr>
        <w:spacing w:before="0" w:after="0" w:line="264" w:lineRule="exact"/>
        <w:ind w:left="0" w:right="0" w:firstLine="0"/>
      </w:pPr>
      <w:r>
        <w:rPr>
          <w:rFonts w:ascii="EB Garamond" w:hAnsi="EB Garamond"/>
          <w:b w:val="0"/>
          <w:i w:val="0"/>
          <w:sz w:val="22"/>
        </w:rPr>
        <w:t>At the bottom of the page she wrote:</w:t>
      </w:r>
    </w:p>
    <w:p>
      <w:pPr>
        <w:spacing w:before="0" w:after="0" w:line="264" w:lineRule="exact"/>
        <w:ind w:left="0" w:right="0" w:firstLine="0"/>
        <w:jc w:val="left"/>
      </w:pPr>
      <w:r>
        <w:rPr>
          <w:rFonts w:ascii="EB Garamond" w:hAnsi="EB Garamond"/>
          <w:b w:val="0"/>
          <w:i/>
          <w:sz w:val="22"/>
        </w:rPr>
        <w:t>There is always another Rachel.</w:t>
      </w:r>
    </w:p>
    <w:p>
      <w:pPr>
        <w:spacing w:before="0" w:after="0" w:line="264" w:lineRule="exact"/>
        <w:ind w:left="0" w:right="0" w:firstLine="0"/>
      </w:pPr>
      <w:r>
        <w:rPr>
          <w:rFonts w:ascii="EB Garamond" w:hAnsi="EB Garamond"/>
          <w:b w:val="0"/>
          <w:i w:val="0"/>
          <w:sz w:val="22"/>
        </w:rPr>
        <w:t>She paused.</w:t>
      </w:r>
    </w:p>
    <w:p>
      <w:pPr>
        <w:spacing w:before="0" w:after="0" w:line="264" w:lineRule="exact"/>
        <w:ind w:left="0" w:right="0" w:firstLine="0"/>
      </w:pPr>
      <w:r>
        <w:rPr>
          <w:rFonts w:ascii="EB Garamond" w:hAnsi="EB Garamond"/>
          <w:b w:val="0"/>
          <w:i w:val="0"/>
          <w:sz w:val="22"/>
        </w:rPr>
        <w:t>Then underneath:</w:t>
      </w:r>
    </w:p>
    <w:p>
      <w:pPr>
        <w:spacing w:before="0" w:after="0" w:line="264" w:lineRule="exact"/>
        <w:ind w:left="0" w:right="0" w:firstLine="0"/>
        <w:jc w:val="left"/>
      </w:pPr>
      <w:r>
        <w:rPr>
          <w:rFonts w:ascii="EB Garamond" w:hAnsi="EB Garamond"/>
          <w:b w:val="0"/>
          <w:i/>
          <w:sz w:val="22"/>
        </w:rPr>
        <w:t>Unless you’re Rachel.</w:t>
      </w:r>
    </w:p>
    <w:p>
      <w:pPr>
        <w:spacing w:before="0" w:after="0" w:line="264" w:lineRule="exact"/>
        <w:ind w:left="0" w:right="0" w:firstLine="0"/>
      </w:pPr>
      <w:r>
        <w:rPr>
          <w:rFonts w:ascii="EB Garamond" w:hAnsi="EB Garamond"/>
          <w:b w:val="0"/>
          <w:i w:val="0"/>
          <w:sz w:val="22"/>
        </w:rPr>
        <w:t>She smiled.</w:t>
      </w:r>
    </w:p>
    <w:p>
      <w:pPr>
        <w:spacing w:before="0" w:after="0" w:line="264" w:lineRule="exact"/>
        <w:ind w:left="0" w:right="0" w:firstLine="0"/>
      </w:pPr>
      <w:r>
        <w:rPr>
          <w:rFonts w:ascii="EB Garamond" w:hAnsi="EB Garamond"/>
          <w:b w:val="0"/>
          <w:i w:val="0"/>
          <w:sz w:val="22"/>
        </w:rPr>
        <w:t>One more line.</w:t>
      </w:r>
    </w:p>
    <w:p>
      <w:pPr>
        <w:spacing w:before="0" w:after="0" w:line="264" w:lineRule="exact"/>
        <w:ind w:left="0" w:right="0" w:firstLine="0"/>
        <w:jc w:val="left"/>
      </w:pPr>
      <w:r>
        <w:rPr>
          <w:rFonts w:ascii="EB Garamond" w:hAnsi="EB Garamond"/>
          <w:b w:val="0"/>
          <w:i/>
          <w:sz w:val="22"/>
        </w:rPr>
        <w:t>Then there’s probably a Leah.</w:t>
      </w:r>
    </w:p>
    <w:p>
      <w:pPr>
        <w:spacing w:before="0" w:after="0" w:line="264" w:lineRule="exact"/>
        <w:ind w:left="0" w:right="0" w:firstLine="0"/>
      </w:pPr>
      <w:r>
        <w:rPr>
          <w:rFonts w:ascii="EB Garamond" w:hAnsi="EB Garamond"/>
          <w:b w:val="0"/>
          <w:i w:val="0"/>
          <w:sz w:val="22"/>
        </w:rPr>
        <w:t>Elsie leaned back against her pillows.</w:t>
      </w:r>
    </w:p>
    <w:p>
      <w:pPr>
        <w:spacing w:before="0" w:after="0" w:line="264" w:lineRule="exact"/>
        <w:ind w:left="0" w:right="0" w:firstLine="0"/>
      </w:pPr>
      <w:r>
        <w:rPr>
          <w:rFonts w:ascii="EB Garamond" w:hAnsi="EB Garamond"/>
          <w:b w:val="0"/>
          <w:i w:val="0"/>
          <w:sz w:val="22"/>
        </w:rPr>
        <w:t>She thought about Mrs. Bennett’s assignment.</w:t>
      </w:r>
    </w:p>
    <w:p>
      <w:pPr>
        <w:spacing w:before="0" w:after="0" w:line="264" w:lineRule="exact"/>
        <w:ind w:left="0" w:right="0" w:firstLine="0"/>
      </w:pPr>
      <w:r>
        <w:rPr>
          <w:rFonts w:ascii="EB Garamond" w:hAnsi="EB Garamond"/>
          <w:b w:val="0"/>
          <w:i/>
          <w:sz w:val="22"/>
        </w:rPr>
        <w:t>WHO ARE YOU?</w:t>
      </w:r>
    </w:p>
    <w:p>
      <w:pPr>
        <w:spacing w:before="0" w:after="0" w:line="264" w:lineRule="exact"/>
        <w:ind w:left="0" w:right="0" w:firstLine="0"/>
      </w:pPr>
      <w:r>
        <w:rPr>
          <w:rFonts w:ascii="EB Garamond" w:hAnsi="EB Garamond"/>
          <w:b w:val="0"/>
          <w:i w:val="0"/>
          <w:sz w:val="22"/>
        </w:rPr>
        <w:t>Maybe there was another version of the question.</w:t>
      </w:r>
    </w:p>
    <w:p>
      <w:pPr>
        <w:spacing w:before="0" w:after="0" w:line="264" w:lineRule="exact"/>
        <w:ind w:left="0" w:right="0" w:firstLine="0"/>
        <w:jc w:val="left"/>
      </w:pPr>
      <w:r>
        <w:rPr>
          <w:rFonts w:ascii="EB Garamond" w:hAnsi="EB Garamond"/>
          <w:b w:val="0"/>
          <w:i/>
          <w:sz w:val="22"/>
        </w:rPr>
        <w:t>Who are you when nobody is standing beside you?</w:t>
      </w:r>
    </w:p>
    <w:p>
      <w:pPr>
        <w:spacing w:before="0" w:after="0" w:line="264" w:lineRule="exact"/>
        <w:ind w:left="0" w:right="0" w:firstLine="0"/>
      </w:pPr>
      <w:r>
        <w:rPr>
          <w:rFonts w:ascii="EB Garamond" w:hAnsi="EB Garamond"/>
          <w:b w:val="0"/>
          <w:i w:val="0"/>
          <w:sz w:val="22"/>
        </w:rPr>
        <w:t>Not prettier than.</w:t>
      </w:r>
    </w:p>
    <w:p>
      <w:pPr>
        <w:spacing w:before="0" w:after="0" w:line="264" w:lineRule="exact"/>
        <w:ind w:left="0" w:right="0" w:firstLine="0"/>
      </w:pPr>
      <w:r>
        <w:rPr>
          <w:rFonts w:ascii="EB Garamond" w:hAnsi="EB Garamond"/>
          <w:b w:val="0"/>
          <w:i w:val="0"/>
          <w:sz w:val="22"/>
        </w:rPr>
        <w:t>Not smarter than.</w:t>
      </w:r>
    </w:p>
    <w:p>
      <w:pPr>
        <w:spacing w:before="0" w:after="0" w:line="264" w:lineRule="exact"/>
        <w:ind w:left="0" w:right="0" w:firstLine="0"/>
      </w:pPr>
      <w:r>
        <w:rPr>
          <w:rFonts w:ascii="EB Garamond" w:hAnsi="EB Garamond"/>
          <w:b w:val="0"/>
          <w:i w:val="0"/>
          <w:sz w:val="22"/>
        </w:rPr>
        <w:t>Not more popular than.</w:t>
      </w:r>
    </w:p>
    <w:p>
      <w:pPr>
        <w:spacing w:before="0" w:after="0" w:line="264" w:lineRule="exact"/>
        <w:ind w:left="0" w:right="0" w:firstLine="0"/>
      </w:pPr>
      <w:r>
        <w:rPr>
          <w:rFonts w:ascii="EB Garamond" w:hAnsi="EB Garamond"/>
          <w:b w:val="0"/>
          <w:i w:val="0"/>
          <w:sz w:val="22"/>
        </w:rPr>
        <w:t>Not less awkward than.</w:t>
      </w:r>
    </w:p>
    <w:p>
      <w:pPr>
        <w:spacing w:before="0" w:after="0" w:line="264" w:lineRule="exact"/>
        <w:ind w:left="0" w:right="0" w:firstLine="0"/>
      </w:pPr>
      <w:r>
        <w:rPr>
          <w:rFonts w:ascii="EB Garamond" w:hAnsi="EB Garamond"/>
          <w:b w:val="0"/>
          <w:i w:val="0"/>
          <w:sz w:val="22"/>
        </w:rPr>
        <w:t>Not better than.</w:t>
      </w:r>
    </w:p>
    <w:p>
      <w:pPr>
        <w:spacing w:before="0" w:after="0" w:line="264" w:lineRule="exact"/>
        <w:ind w:left="0" w:right="0" w:firstLine="0"/>
      </w:pPr>
      <w:r>
        <w:rPr>
          <w:rFonts w:ascii="EB Garamond" w:hAnsi="EB Garamond"/>
          <w:b w:val="0"/>
          <w:i w:val="0"/>
          <w:sz w:val="22"/>
        </w:rPr>
        <w:t>Not worse than.</w:t>
      </w:r>
    </w:p>
    <w:p>
      <w:pPr>
        <w:spacing w:before="0" w:after="0" w:line="264" w:lineRule="exact"/>
        <w:ind w:left="0" w:right="0" w:firstLine="0"/>
      </w:pPr>
      <w:r>
        <w:rPr>
          <w:rFonts w:ascii="EB Garamond" w:hAnsi="EB Garamond"/>
          <w:b w:val="0"/>
          <w:i w:val="0"/>
          <w:sz w:val="22"/>
        </w:rPr>
        <w:t>Just…</w:t>
      </w:r>
    </w:p>
    <w:p>
      <w:pPr>
        <w:spacing w:before="0" w:after="0" w:line="264" w:lineRule="exact"/>
        <w:ind w:left="0" w:right="0" w:firstLine="0"/>
      </w:pPr>
      <w:r>
        <w:rPr>
          <w:rFonts w:ascii="EB Garamond" w:hAnsi="EB Garamond"/>
          <w:b w:val="0"/>
          <w:i w:val="0"/>
          <w:sz w:val="22"/>
        </w:rPr>
        <w:t>You.</w:t>
      </w:r>
    </w:p>
    <w:p>
      <w:pPr>
        <w:spacing w:before="0" w:after="0" w:line="264" w:lineRule="exact"/>
        <w:ind w:left="0" w:right="0" w:firstLine="0"/>
      </w:pPr>
      <w:r>
        <w:rPr>
          <w:rFonts w:ascii="EB Garamond" w:hAnsi="EB Garamond"/>
          <w:b w:val="0"/>
          <w:i w:val="0"/>
          <w:sz w:val="22"/>
        </w:rPr>
        <w:t>Elsie Carter.</w:t>
      </w:r>
    </w:p>
    <w:p>
      <w:pPr>
        <w:spacing w:before="0" w:after="0" w:line="264" w:lineRule="exact"/>
        <w:ind w:left="0" w:right="0" w:firstLine="0"/>
      </w:pPr>
      <w:r>
        <w:rPr>
          <w:rFonts w:ascii="EB Garamond" w:hAnsi="EB Garamond"/>
          <w:b w:val="0"/>
          <w:i w:val="0"/>
          <w:sz w:val="22"/>
        </w:rPr>
        <w:t>Sixteen.</w:t>
      </w:r>
    </w:p>
    <w:p>
      <w:pPr>
        <w:spacing w:before="0" w:after="0" w:line="264" w:lineRule="exact"/>
        <w:ind w:left="0" w:right="0" w:firstLine="0"/>
      </w:pPr>
      <w:r>
        <w:rPr>
          <w:rFonts w:ascii="EB Garamond" w:hAnsi="EB Garamond"/>
          <w:b w:val="0"/>
          <w:i w:val="0"/>
          <w:sz w:val="22"/>
        </w:rPr>
        <w:t>Funny.</w:t>
      </w:r>
    </w:p>
    <w:p>
      <w:pPr>
        <w:spacing w:before="0" w:after="0" w:line="264" w:lineRule="exact"/>
        <w:ind w:left="0" w:right="0" w:firstLine="0"/>
      </w:pPr>
      <w:r>
        <w:rPr>
          <w:rFonts w:ascii="EB Garamond" w:hAnsi="EB Garamond"/>
          <w:b w:val="0"/>
          <w:i w:val="0"/>
          <w:sz w:val="22"/>
        </w:rPr>
        <w:t>Messy.</w:t>
      </w:r>
    </w:p>
    <w:p>
      <w:pPr>
        <w:spacing w:before="0" w:after="0" w:line="264" w:lineRule="exact"/>
        <w:ind w:left="0" w:right="0" w:firstLine="0"/>
      </w:pPr>
      <w:r>
        <w:rPr>
          <w:rFonts w:ascii="EB Garamond" w:hAnsi="EB Garamond"/>
          <w:b w:val="0"/>
          <w:i w:val="0"/>
          <w:sz w:val="22"/>
        </w:rPr>
        <w:t>Jealous sometimes.</w:t>
      </w:r>
    </w:p>
    <w:p>
      <w:pPr>
        <w:spacing w:before="0" w:after="0" w:line="264" w:lineRule="exact"/>
        <w:ind w:left="0" w:right="0" w:firstLine="0"/>
      </w:pPr>
      <w:r>
        <w:rPr>
          <w:rFonts w:ascii="EB Garamond" w:hAnsi="EB Garamond"/>
          <w:b w:val="0"/>
          <w:i w:val="0"/>
          <w:sz w:val="22"/>
        </w:rPr>
        <w:t>A liar sometimes.</w:t>
      </w:r>
    </w:p>
    <w:p>
      <w:pPr>
        <w:spacing w:before="0" w:after="0" w:line="264" w:lineRule="exact"/>
        <w:ind w:left="0" w:right="0" w:firstLine="0"/>
      </w:pPr>
      <w:r>
        <w:rPr>
          <w:rFonts w:ascii="EB Garamond" w:hAnsi="EB Garamond"/>
          <w:b w:val="0"/>
          <w:i w:val="0"/>
          <w:sz w:val="22"/>
        </w:rPr>
        <w:t>A good friend sometimes.</w:t>
      </w:r>
    </w:p>
    <w:p>
      <w:pPr>
        <w:spacing w:before="0" w:after="0" w:line="264" w:lineRule="exact"/>
        <w:ind w:left="0" w:right="0" w:firstLine="0"/>
      </w:pPr>
      <w:r>
        <w:rPr>
          <w:rFonts w:ascii="EB Garamond" w:hAnsi="EB Garamond"/>
          <w:b w:val="0"/>
          <w:i w:val="0"/>
          <w:sz w:val="22"/>
        </w:rPr>
        <w:t>A bad one sometimes.</w:t>
      </w:r>
    </w:p>
    <w:p>
      <w:pPr>
        <w:spacing w:before="0" w:after="0" w:line="264" w:lineRule="exact"/>
        <w:ind w:left="0" w:right="0" w:firstLine="0"/>
      </w:pPr>
      <w:r>
        <w:rPr>
          <w:rFonts w:ascii="EB Garamond" w:hAnsi="EB Garamond"/>
          <w:b w:val="0"/>
          <w:i w:val="0"/>
          <w:sz w:val="22"/>
        </w:rPr>
        <w:t>A girl who hated coffee but apparently went on coffee dates.</w:t>
      </w:r>
    </w:p>
    <w:p>
      <w:pPr>
        <w:spacing w:before="0" w:after="0" w:line="264" w:lineRule="exact"/>
        <w:ind w:left="0" w:right="0" w:firstLine="0"/>
      </w:pPr>
      <w:r>
        <w:rPr>
          <w:rFonts w:ascii="EB Garamond" w:hAnsi="EB Garamond"/>
          <w:b w:val="0"/>
          <w:i w:val="0"/>
          <w:sz w:val="22"/>
        </w:rPr>
        <w:t>A girl who had spent the past few nights reading a Bible she’d barely touched for two years.</w:t>
      </w:r>
    </w:p>
    <w:p>
      <w:pPr>
        <w:spacing w:before="0" w:after="0" w:line="264" w:lineRule="exact"/>
        <w:ind w:left="0" w:right="0" w:firstLine="0"/>
      </w:pPr>
      <w:r>
        <w:rPr>
          <w:rFonts w:ascii="EB Garamond" w:hAnsi="EB Garamond"/>
          <w:b w:val="0"/>
          <w:i w:val="0"/>
          <w:sz w:val="22"/>
        </w:rPr>
        <w:t>A girl who still wasn’t sure what she believed about half of it.</w:t>
      </w:r>
    </w:p>
    <w:p>
      <w:pPr>
        <w:spacing w:before="0" w:after="0" w:line="264" w:lineRule="exact"/>
        <w:ind w:left="0" w:right="0" w:firstLine="0"/>
      </w:pPr>
      <w:r>
        <w:rPr>
          <w:rFonts w:ascii="EB Garamond" w:hAnsi="EB Garamond"/>
          <w:b w:val="0"/>
          <w:i w:val="0"/>
          <w:sz w:val="22"/>
        </w:rPr>
        <w:t>A girl who had no idea what she wanted to do with her life.</w:t>
      </w:r>
    </w:p>
    <w:p>
      <w:pPr>
        <w:spacing w:before="0" w:after="0" w:line="264" w:lineRule="exact"/>
        <w:ind w:left="0" w:right="0" w:firstLine="0"/>
      </w:pPr>
      <w:r>
        <w:rPr>
          <w:rFonts w:ascii="EB Garamond" w:hAnsi="EB Garamond"/>
          <w:b w:val="0"/>
          <w:i w:val="0"/>
          <w:sz w:val="22"/>
        </w:rPr>
        <w:t>A girl who was beginning to realize those things didn’t cancel each other out.</w:t>
      </w:r>
    </w:p>
    <w:p>
      <w:pPr>
        <w:spacing w:before="0" w:after="0" w:line="264" w:lineRule="exact"/>
        <w:ind w:left="0" w:right="0" w:firstLine="0"/>
      </w:pPr>
      <w:r>
        <w:rPr>
          <w:rFonts w:ascii="EB Garamond" w:hAnsi="EB Garamond"/>
          <w:b w:val="0"/>
          <w:i w:val="0"/>
          <w:sz w:val="22"/>
        </w:rPr>
        <w:t>Her phone buzzed again.</w:t>
      </w:r>
    </w:p>
    <w:p>
      <w:pPr>
        <w:spacing w:before="0" w:after="0" w:line="264" w:lineRule="exact"/>
        <w:ind w:left="0" w:right="0" w:firstLine="0"/>
      </w:pPr>
      <w:r>
        <w:rPr>
          <w:rFonts w:ascii="EB Garamond" w:hAnsi="EB Garamond"/>
          <w:b w:val="0"/>
          <w:i w:val="0"/>
          <w:sz w:val="22"/>
        </w:rPr>
        <w:t>Ava.</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for the record</w:t>
      </w:r>
    </w:p>
    <w:p>
      <w:pPr>
        <w:spacing w:before="0" w:after="0" w:line="264" w:lineRule="exact"/>
        <w:ind w:left="0" w:right="0" w:firstLine="0"/>
      </w:pPr>
      <w:r>
        <w:rPr>
          <w:rFonts w:ascii="EB Garamond" w:hAnsi="EB Garamond"/>
          <w:b w:val="0"/>
          <w:i w:val="0"/>
          <w:sz w:val="22"/>
        </w:rPr>
        <w:t>Elsie opened it.</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I would kill for your eyelashes.</w:t>
      </w:r>
    </w:p>
    <w:p>
      <w:pPr>
        <w:spacing w:before="0" w:after="0" w:line="264" w:lineRule="exact"/>
        <w:ind w:left="0" w:right="0" w:firstLine="0"/>
      </w:pPr>
      <w:r>
        <w:rPr>
          <w:rFonts w:ascii="EB Garamond" w:hAnsi="EB Garamond"/>
          <w:b w:val="0"/>
          <w:i w:val="0"/>
          <w:sz w:val="22"/>
        </w:rPr>
        <w:t>Elsie laughed.</w:t>
      </w:r>
    </w:p>
    <w:p>
      <w:pPr>
        <w:spacing w:before="0" w:after="0" w:line="264" w:lineRule="exact"/>
        <w:ind w:left="0" w:right="0" w:firstLine="0"/>
      </w:pPr>
      <w:r>
        <w:rPr>
          <w:rFonts w:ascii="EB Garamond" w:hAnsi="EB Garamond"/>
          <w:b w:val="0"/>
          <w:i w:val="0"/>
          <w:sz w:val="22"/>
        </w:rPr>
        <w:t>She typed:</w:t>
      </w:r>
    </w:p>
    <w:p>
      <w:pPr>
        <w:spacing w:before="0" w:after="0" w:line="264" w:lineRule="exact"/>
        <w:ind w:left="0" w:right="0" w:firstLine="0"/>
      </w:pPr>
      <w:r>
        <w:rPr>
          <w:rFonts w:ascii="EB Garamond" w:hAnsi="EB Garamond"/>
          <w:b/>
          <w:sz w:val="22"/>
        </w:rPr>
        <w:t>Elsie:</w:t>
      </w:r>
      <w:r>
        <w:rPr>
          <w:rFonts w:ascii="EB Garamond" w:hAnsi="EB Garamond"/>
          <w:sz w:val="22"/>
        </w:rPr>
        <w:t xml:space="preserve"> </w:t>
      </w:r>
      <w:r>
        <w:rPr>
          <w:rFonts w:ascii="EB Garamond" w:hAnsi="EB Garamond"/>
          <w:sz w:val="22"/>
        </w:rPr>
        <w:t>you need help</w:t>
      </w:r>
    </w:p>
    <w:p>
      <w:pPr>
        <w:spacing w:before="0" w:after="0" w:line="264" w:lineRule="exact"/>
        <w:ind w:left="0" w:right="0" w:firstLine="0"/>
      </w:pPr>
      <w:r>
        <w:rPr>
          <w:rFonts w:ascii="EB Garamond" w:hAnsi="EB Garamond"/>
          <w:b w:val="0"/>
          <w:i w:val="0"/>
          <w:sz w:val="22"/>
        </w:rPr>
        <w:t>Ava responded:</w:t>
      </w:r>
    </w:p>
    <w:p>
      <w:pPr>
        <w:spacing w:before="0" w:after="0" w:line="264" w:lineRule="exact"/>
        <w:ind w:left="0" w:right="0" w:firstLine="0"/>
      </w:pPr>
      <w:r>
        <w:rPr>
          <w:rFonts w:ascii="EB Garamond" w:hAnsi="EB Garamond"/>
          <w:b/>
          <w:sz w:val="22"/>
        </w:rPr>
        <w:t>Ava:</w:t>
      </w:r>
      <w:r>
        <w:rPr>
          <w:rFonts w:ascii="EB Garamond" w:hAnsi="EB Garamond"/>
          <w:sz w:val="22"/>
        </w:rPr>
        <w:t xml:space="preserve"> </w:t>
      </w:r>
      <w:r>
        <w:rPr>
          <w:rFonts w:ascii="EB Garamond" w:hAnsi="EB Garamond"/>
          <w:sz w:val="22"/>
        </w:rPr>
        <w:t>probably</w:t>
      </w:r>
    </w:p>
    <w:p>
      <w:pPr>
        <w:spacing w:before="0" w:after="0" w:line="264" w:lineRule="exact"/>
        <w:ind w:left="0" w:right="0" w:firstLine="0"/>
      </w:pPr>
      <w:r>
        <w:rPr>
          <w:rFonts w:ascii="EB Garamond" w:hAnsi="EB Garamond"/>
          <w:b w:val="0"/>
          <w:i w:val="0"/>
          <w:sz w:val="22"/>
        </w:rPr>
        <w:t>Elsie put her phone on the nightstand.</w:t>
      </w:r>
    </w:p>
    <w:p>
      <w:pPr>
        <w:spacing w:before="0" w:after="0" w:line="264" w:lineRule="exact"/>
        <w:ind w:left="0" w:right="0" w:firstLine="0"/>
      </w:pPr>
      <w:r>
        <w:rPr>
          <w:rFonts w:ascii="EB Garamond" w:hAnsi="EB Garamond"/>
          <w:b w:val="0"/>
          <w:i w:val="0"/>
          <w:sz w:val="22"/>
        </w:rPr>
        <w:t>She opened her notebook one last time.</w:t>
      </w:r>
    </w:p>
    <w:p>
      <w:pPr>
        <w:spacing w:before="0" w:after="0" w:line="264" w:lineRule="exact"/>
        <w:ind w:left="0" w:right="0" w:firstLine="0"/>
      </w:pPr>
      <w:r>
        <w:rPr>
          <w:rFonts w:ascii="EB Garamond" w:hAnsi="EB Garamond"/>
          <w:b w:val="0"/>
          <w:i w:val="0"/>
          <w:sz w:val="22"/>
        </w:rPr>
        <w:t>Underneath everything she’d written about Leah and Rachel, she added:</w:t>
      </w:r>
    </w:p>
    <w:p>
      <w:pPr>
        <w:spacing w:before="0" w:after="0" w:line="264" w:lineRule="exact"/>
        <w:ind w:left="0" w:right="0" w:firstLine="0"/>
        <w:jc w:val="left"/>
      </w:pPr>
      <w:r>
        <w:rPr>
          <w:rFonts w:ascii="EB Garamond" w:hAnsi="EB Garamond"/>
          <w:b w:val="0"/>
          <w:i/>
          <w:sz w:val="22"/>
        </w:rPr>
        <w:t>Maybe comparison isn’t wanting someone else’s life.</w:t>
      </w:r>
    </w:p>
    <w:p>
      <w:pPr>
        <w:spacing w:before="0" w:after="0" w:line="264" w:lineRule="exact"/>
        <w:ind w:left="0" w:right="0" w:firstLine="0"/>
      </w:pPr>
      <w:r>
        <w:rPr>
          <w:rFonts w:ascii="EB Garamond" w:hAnsi="EB Garamond"/>
          <w:b w:val="0"/>
          <w:i w:val="0"/>
          <w:sz w:val="22"/>
        </w:rPr>
        <w:t>She thought for a moment.</w:t>
      </w:r>
    </w:p>
    <w:p>
      <w:pPr>
        <w:spacing w:before="0" w:after="0" w:line="264" w:lineRule="exact"/>
        <w:ind w:left="0" w:right="0" w:firstLine="0"/>
      </w:pPr>
      <w:r>
        <w:rPr>
          <w:rFonts w:ascii="EB Garamond" w:hAnsi="EB Garamond"/>
          <w:b w:val="0"/>
          <w:i w:val="0"/>
          <w:sz w:val="22"/>
        </w:rPr>
        <w:t>Then finished:</w:t>
      </w:r>
    </w:p>
    <w:p>
      <w:pPr>
        <w:spacing w:before="0" w:after="0" w:line="264" w:lineRule="exact"/>
        <w:ind w:left="0" w:right="0" w:firstLine="0"/>
        <w:jc w:val="left"/>
      </w:pPr>
      <w:r>
        <w:rPr>
          <w:rFonts w:ascii="EB Garamond" w:hAnsi="EB Garamond"/>
          <w:b w:val="0"/>
          <w:i/>
          <w:sz w:val="22"/>
        </w:rPr>
        <w:t>Maybe it’s forgetting they have one.</w:t>
      </w:r>
    </w:p>
    <w:p>
      <w:pPr>
        <w:spacing w:before="0" w:after="0" w:line="264" w:lineRule="exact"/>
        <w:ind w:left="0" w:right="0" w:firstLine="0"/>
      </w:pPr>
      <w:r>
        <w:rPr>
          <w:rFonts w:ascii="EB Garamond" w:hAnsi="EB Garamond"/>
          <w:b w:val="0"/>
          <w:i w:val="0"/>
          <w:sz w:val="22"/>
        </w:rPr>
        <w:t>Elsie read the sentence twice.</w:t>
      </w:r>
    </w:p>
    <w:p>
      <w:pPr>
        <w:spacing w:before="0" w:after="0" w:line="264" w:lineRule="exact"/>
        <w:ind w:left="0" w:right="0" w:firstLine="0"/>
      </w:pPr>
      <w:r>
        <w:rPr>
          <w:rFonts w:ascii="EB Garamond" w:hAnsi="EB Garamond"/>
          <w:b w:val="0"/>
          <w:i w:val="0"/>
          <w:sz w:val="22"/>
        </w:rPr>
        <w:t>She liked it.</w:t>
      </w:r>
    </w:p>
    <w:p>
      <w:pPr>
        <w:spacing w:before="0" w:after="0" w:line="264" w:lineRule="exact"/>
        <w:ind w:left="0" w:right="0" w:firstLine="0"/>
      </w:pPr>
      <w:r>
        <w:rPr>
          <w:rFonts w:ascii="EB Garamond" w:hAnsi="EB Garamond"/>
          <w:b w:val="0"/>
          <w:i w:val="0"/>
          <w:sz w:val="22"/>
        </w:rPr>
        <w:t>But something was missing.</w:t>
      </w:r>
    </w:p>
    <w:p>
      <w:pPr>
        <w:spacing w:before="0" w:after="0" w:line="264" w:lineRule="exact"/>
        <w:ind w:left="0" w:right="0" w:firstLine="0"/>
      </w:pPr>
      <w:r>
        <w:rPr>
          <w:rFonts w:ascii="EB Garamond" w:hAnsi="EB Garamond"/>
          <w:b w:val="0"/>
          <w:i w:val="0"/>
          <w:sz w:val="22"/>
        </w:rPr>
        <w:t>She added one final line.</w:t>
      </w:r>
    </w:p>
    <w:p>
      <w:pPr>
        <w:spacing w:before="0" w:after="0" w:line="264" w:lineRule="exact"/>
        <w:ind w:left="0" w:right="0" w:firstLine="0"/>
        <w:jc w:val="left"/>
      </w:pPr>
      <w:r>
        <w:rPr>
          <w:rFonts w:ascii="EB Garamond" w:hAnsi="EB Garamond"/>
          <w:b w:val="0"/>
          <w:i/>
          <w:sz w:val="22"/>
        </w:rPr>
        <w:t>And forgetting that I do too.</w:t>
      </w:r>
    </w:p>
    <w:p>
      <w:pPr>
        <w:spacing w:before="0" w:after="0" w:line="264" w:lineRule="exact"/>
        <w:ind w:left="0" w:right="0" w:firstLine="0"/>
      </w:pPr>
      <w:r>
        <w:rPr>
          <w:rFonts w:ascii="EB Garamond" w:hAnsi="EB Garamond"/>
          <w:b w:val="0"/>
          <w:i w:val="0"/>
          <w:sz w:val="22"/>
        </w:rPr>
        <w:t>She closed the notebook.</w:t>
      </w:r>
    </w:p>
    <w:p>
      <w:pPr>
        <w:spacing w:before="0" w:after="0" w:line="264" w:lineRule="exact"/>
        <w:ind w:left="0" w:right="0" w:firstLine="0"/>
      </w:pPr>
      <w:r>
        <w:rPr>
          <w:rFonts w:ascii="EB Garamond" w:hAnsi="EB Garamond"/>
          <w:b w:val="0"/>
          <w:i w:val="0"/>
          <w:sz w:val="22"/>
        </w:rPr>
        <w:t>For once, she didn’t open Instagram again.</w:t>
      </w:r>
    </w:p>
    <w:p>
      <w:pPr>
        <w:spacing w:before="0" w:after="0" w:line="264" w:lineRule="exact"/>
        <w:ind w:left="0" w:right="0" w:firstLine="0"/>
      </w:pPr>
      <w:r>
        <w:rPr>
          <w:rFonts w:ascii="EB Garamond" w:hAnsi="EB Garamond"/>
          <w:b w:val="0"/>
          <w:i w:val="0"/>
          <w:sz w:val="22"/>
        </w:rPr>
        <w:t>Not because she had suddenly stopped comparing herself.</w:t>
      </w:r>
    </w:p>
    <w:p>
      <w:pPr>
        <w:spacing w:before="0" w:after="0" w:line="264" w:lineRule="exact"/>
        <w:ind w:left="0" w:right="0" w:firstLine="0"/>
      </w:pPr>
      <w:r>
        <w:rPr>
          <w:rFonts w:ascii="EB Garamond" w:hAnsi="EB Garamond"/>
          <w:b w:val="0"/>
          <w:i w:val="0"/>
          <w:sz w:val="22"/>
        </w:rPr>
        <w:t>She hadn’t.</w:t>
      </w:r>
    </w:p>
    <w:p>
      <w:pPr>
        <w:spacing w:before="0" w:after="0" w:line="264" w:lineRule="exact"/>
        <w:ind w:left="0" w:right="0" w:firstLine="0"/>
      </w:pPr>
      <w:r>
        <w:rPr>
          <w:rFonts w:ascii="EB Garamond" w:hAnsi="EB Garamond"/>
          <w:b w:val="0"/>
          <w:i w:val="0"/>
          <w:sz w:val="22"/>
        </w:rPr>
        <w:t>Tomorrow she’d probably see somebody’s hair and hate hers.</w:t>
      </w:r>
    </w:p>
    <w:p>
      <w:pPr>
        <w:spacing w:before="0" w:after="0" w:line="264" w:lineRule="exact"/>
        <w:ind w:left="0" w:right="0" w:firstLine="0"/>
      </w:pPr>
      <w:r>
        <w:rPr>
          <w:rFonts w:ascii="EB Garamond" w:hAnsi="EB Garamond"/>
          <w:b w:val="0"/>
          <w:i w:val="0"/>
          <w:sz w:val="22"/>
        </w:rPr>
        <w:t>She’d probably wonder whether Mason liked some girl’s picture.</w:t>
      </w:r>
    </w:p>
    <w:p>
      <w:pPr>
        <w:spacing w:before="0" w:after="0" w:line="264" w:lineRule="exact"/>
        <w:ind w:left="0" w:right="0" w:firstLine="0"/>
      </w:pPr>
      <w:r>
        <w:rPr>
          <w:rFonts w:ascii="EB Garamond" w:hAnsi="EB Garamond"/>
          <w:b w:val="0"/>
          <w:i w:val="0"/>
          <w:sz w:val="22"/>
        </w:rPr>
        <w:t>She’d probably stand beside Ava and feel too something or not enough something.</w:t>
      </w:r>
    </w:p>
    <w:p>
      <w:pPr>
        <w:spacing w:before="0" w:after="0" w:line="264" w:lineRule="exact"/>
        <w:ind w:left="0" w:right="0" w:firstLine="0"/>
      </w:pPr>
      <w:r>
        <w:rPr>
          <w:rFonts w:ascii="EB Garamond" w:hAnsi="EB Garamond"/>
          <w:b w:val="0"/>
          <w:i w:val="0"/>
          <w:sz w:val="22"/>
        </w:rPr>
        <w:t>Knowing better, Elsie was discovering, did not magically make you better.</w:t>
      </w:r>
    </w:p>
    <w:p>
      <w:pPr>
        <w:spacing w:before="0" w:after="0" w:line="264" w:lineRule="exact"/>
        <w:ind w:left="0" w:right="0" w:firstLine="0"/>
      </w:pPr>
      <w:r>
        <w:rPr>
          <w:rFonts w:ascii="EB Garamond" w:hAnsi="EB Garamond"/>
          <w:b w:val="0"/>
          <w:i w:val="0"/>
          <w:sz w:val="22"/>
        </w:rPr>
        <w:t>It just gave you a chance to notice.</w:t>
      </w:r>
    </w:p>
    <w:p>
      <w:pPr>
        <w:spacing w:before="0" w:after="0" w:line="264" w:lineRule="exact"/>
        <w:ind w:left="0" w:right="0" w:firstLine="0"/>
      </w:pPr>
      <w:r>
        <w:rPr>
          <w:rFonts w:ascii="EB Garamond" w:hAnsi="EB Garamond"/>
          <w:b w:val="0"/>
          <w:i w:val="0"/>
          <w:sz w:val="22"/>
        </w:rPr>
        <w:t>Maybe that was where change started.</w:t>
      </w:r>
    </w:p>
    <w:p>
      <w:pPr>
        <w:spacing w:before="0" w:after="0" w:line="264" w:lineRule="exact"/>
        <w:ind w:left="0" w:right="0" w:firstLine="0"/>
      </w:pPr>
      <w:r>
        <w:rPr>
          <w:rFonts w:ascii="EB Garamond" w:hAnsi="EB Garamond"/>
          <w:b w:val="0"/>
          <w:i w:val="0"/>
          <w:sz w:val="22"/>
        </w:rPr>
        <w:t>Not with never looking sideways again.</w:t>
      </w:r>
    </w:p>
    <w:p>
      <w:pPr>
        <w:spacing w:before="0" w:after="0" w:line="264" w:lineRule="exact"/>
        <w:ind w:left="0" w:right="0" w:firstLine="0"/>
      </w:pPr>
      <w:r>
        <w:rPr>
          <w:rFonts w:ascii="EB Garamond" w:hAnsi="EB Garamond"/>
          <w:b w:val="0"/>
          <w:i w:val="0"/>
          <w:sz w:val="22"/>
        </w:rPr>
        <w:t>Just noticing when you did.</w:t>
      </w:r>
    </w:p>
    <w:p>
      <w:pPr>
        <w:spacing w:before="0" w:after="0" w:line="264" w:lineRule="exact"/>
        <w:ind w:left="0" w:right="0" w:firstLine="0"/>
      </w:pPr>
      <w:r>
        <w:rPr>
          <w:rFonts w:ascii="EB Garamond" w:hAnsi="EB Garamond"/>
          <w:b w:val="0"/>
          <w:i w:val="0"/>
          <w:sz w:val="22"/>
        </w:rPr>
        <w:t>And remembering to look back.</w:t>
      </w:r>
    </w:p>
    <w:p>
      <w:r>
        <w:br w:type="page"/>
      </w:r>
    </w:p>
    <w:p>
      <w:pPr>
        <w:spacing w:after="0" w:line="264" w:lineRule="exact"/>
        <w:ind w:firstLine="0" w:left="0" w:right="0"/>
        <w:jc w:val="center"/>
      </w:pPr>
      <w:r>
        <w:rPr>
          <w:rFonts w:ascii="EB Garamond" w:hAnsi="EB Garamond"/>
          <w:b/>
          <w:sz w:val="24"/>
        </w:rPr>
        <w:t>CHAPTER SIX</w:t>
      </w:r>
    </w:p>
    <w:p>
      <w:pPr>
        <w:spacing w:after="0" w:line="264" w:lineRule="exact"/>
        <w:ind w:firstLine="0" w:left="0" w:right="0"/>
        <w:jc w:val="center"/>
      </w:pPr>
      <w:r>
        <w:rPr>
          <w:rFonts w:ascii="EB Garamond" w:hAnsi="EB Garamond"/>
          <w:b/>
          <w:sz w:val="24"/>
        </w:rPr>
        <w:t>Say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By Thursday morning, Elsie had learned two things.</w:t>
      </w:r>
    </w:p>
    <w:p>
      <w:pPr>
        <w:spacing w:after="0" w:line="264" w:lineRule="exact"/>
        <w:ind w:firstLine="0" w:left="0" w:right="0"/>
      </w:pPr>
    </w:p>
    <w:p>
      <w:pPr>
        <w:spacing w:after="0" w:line="264" w:lineRule="exact"/>
        <w:ind w:firstLine="0" w:left="0" w:right="0"/>
      </w:pPr>
      <w:r>
        <w:rPr>
          <w:rFonts w:ascii="EB Garamond" w:hAnsi="EB Garamond" w:eastAsia="EB Garamond"/>
          <w:sz w:val="22"/>
        </w:rPr>
        <w:t>First, Bible study was apparently capable of ruining perfectly good insecurities.</w:t>
      </w:r>
    </w:p>
    <w:p>
      <w:pPr>
        <w:spacing w:after="0" w:line="264" w:lineRule="exact"/>
        <w:ind w:firstLine="0" w:left="0" w:right="0"/>
      </w:pPr>
    </w:p>
    <w:p>
      <w:pPr>
        <w:spacing w:after="0" w:line="264" w:lineRule="exact"/>
        <w:ind w:firstLine="0" w:left="0" w:right="0"/>
      </w:pPr>
      <w:r>
        <w:rPr>
          <w:rFonts w:ascii="EB Garamond" w:hAnsi="EB Garamond" w:eastAsia="EB Garamond"/>
          <w:sz w:val="22"/>
        </w:rPr>
        <w:t>Second, knowing an insecurity was irrational did absolutely nothing to prevent you from having it.</w:t>
      </w:r>
    </w:p>
    <w:p>
      <w:pPr>
        <w:spacing w:after="0" w:line="264" w:lineRule="exact"/>
        <w:ind w:firstLine="0" w:left="0" w:right="0"/>
      </w:pPr>
    </w:p>
    <w:p>
      <w:pPr>
        <w:spacing w:after="0" w:line="264" w:lineRule="exact"/>
        <w:ind w:firstLine="0" w:left="0" w:right="0"/>
      </w:pPr>
      <w:r>
        <w:rPr>
          <w:rFonts w:ascii="EB Garamond" w:hAnsi="EB Garamond" w:eastAsia="EB Garamond"/>
          <w:sz w:val="22"/>
        </w:rPr>
        <w:t>Ava walked into school wearing black leggings, an oversized sweatshirt, and barely any makeup.</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incredible.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hated her for approximately four seconds.</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remembered Leah.</w:t>
      </w:r>
    </w:p>
    <w:p>
      <w:pPr>
        <w:spacing w:after="0" w:line="264" w:lineRule="exact"/>
        <w:ind w:firstLine="0" w:left="0" w:right="0"/>
      </w:pPr>
    </w:p>
    <w:p>
      <w:pPr>
        <w:spacing w:after="0" w:line="264" w:lineRule="exact"/>
        <w:ind w:firstLine="0" w:left="0" w:right="0"/>
      </w:pPr>
      <w:r>
        <w:rPr>
          <w:rFonts w:ascii="EB Garamond" w:hAnsi="EB Garamond" w:eastAsia="EB Garamond"/>
          <w:i/>
          <w:sz w:val="22"/>
        </w:rPr>
        <w:t>There’s always another Rachel.</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remembered Rachel.</w:t>
      </w:r>
    </w:p>
    <w:p>
      <w:pPr>
        <w:spacing w:after="0" w:line="264" w:lineRule="exact"/>
        <w:ind w:firstLine="0" w:left="0" w:right="0"/>
      </w:pPr>
    </w:p>
    <w:p>
      <w:pPr>
        <w:spacing w:after="0" w:line="264" w:lineRule="exact"/>
        <w:ind w:firstLine="0" w:left="0" w:right="0"/>
      </w:pPr>
      <w:r>
        <w:rPr>
          <w:rFonts w:ascii="EB Garamond" w:hAnsi="EB Garamond" w:eastAsia="EB Garamond"/>
          <w:i/>
          <w:sz w:val="22"/>
        </w:rPr>
        <w:t>Unless you’re Rachel.</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remembered Ava’s text.</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would kill for your eyelashes.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Ava as she approached.</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is exhausting.”</w:t>
      </w:r>
    </w:p>
    <w:p>
      <w:pPr>
        <w:spacing w:after="0" w:line="264" w:lineRule="exact"/>
        <w:ind w:firstLine="0" w:left="0" w:right="0"/>
      </w:pPr>
    </w:p>
    <w:p>
      <w:pPr>
        <w:spacing w:after="0" w:line="264" w:lineRule="exact"/>
        <w:ind w:firstLine="0" w:left="0" w:right="0"/>
      </w:pPr>
      <w:r>
        <w:rPr>
          <w:rFonts w:ascii="EB Garamond" w:hAnsi="EB Garamond" w:eastAsia="EB Garamond"/>
          <w:sz w:val="22"/>
        </w:rPr>
        <w:t>Ava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is?”</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“You look angry.”</w:t>
      </w:r>
    </w:p>
    <w:p>
      <w:pPr>
        <w:spacing w:after="0" w:line="264" w:lineRule="exact"/>
        <w:ind w:firstLine="0" w:left="0" w:right="0"/>
      </w:pPr>
    </w:p>
    <w:p>
      <w:pPr>
        <w:spacing w:after="0" w:line="264" w:lineRule="exact"/>
        <w:ind w:firstLine="0" w:left="0" w:right="0"/>
      </w:pPr>
      <w:r>
        <w:rPr>
          <w:rFonts w:ascii="EB Garamond" w:hAnsi="EB Garamond" w:eastAsia="EB Garamond"/>
          <w:sz w:val="22"/>
        </w:rPr>
        <w:t>“I’m growing.”</w:t>
      </w:r>
    </w:p>
    <w:p>
      <w:pPr>
        <w:spacing w:after="0" w:line="264" w:lineRule="exact"/>
        <w:ind w:firstLine="0" w:left="0" w:right="0"/>
      </w:pPr>
    </w:p>
    <w:p>
      <w:pPr>
        <w:spacing w:after="0" w:line="264" w:lineRule="exact"/>
        <w:ind w:firstLine="0" w:left="0" w:right="0"/>
      </w:pPr>
      <w:r>
        <w:rPr>
          <w:rFonts w:ascii="EB Garamond" w:hAnsi="EB Garamond" w:eastAsia="EB Garamond"/>
          <w:sz w:val="22"/>
        </w:rPr>
        <w:t>“Sounds terrible.”</w:t>
      </w:r>
    </w:p>
    <w:p>
      <w:pPr>
        <w:spacing w:after="0" w:line="264" w:lineRule="exact"/>
        <w:ind w:firstLine="0" w:left="0" w:right="0"/>
      </w:pPr>
    </w:p>
    <w:p>
      <w:pPr>
        <w:spacing w:after="0" w:line="264" w:lineRule="exact"/>
        <w:ind w:firstLine="0" w:left="0" w:right="0"/>
      </w:pPr>
      <w:r>
        <w:rPr>
          <w:rFonts w:ascii="EB Garamond" w:hAnsi="EB Garamond" w:eastAsia="EB Garamond"/>
          <w:sz w:val="22"/>
        </w:rPr>
        <w:t>“It is.”</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appeared beside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“Are we going to the game tomorrow?”</w:t>
      </w:r>
    </w:p>
    <w:p>
      <w:pPr>
        <w:spacing w:after="0" w:line="264" w:lineRule="exact"/>
        <w:ind w:firstLine="0" w:left="0" w:right="0"/>
      </w:pPr>
    </w:p>
    <w:p>
      <w:pPr>
        <w:spacing w:after="0" w:line="264" w:lineRule="exact"/>
        <w:ind w:firstLine="0" w:left="0" w:right="0"/>
      </w:pPr>
      <w:r>
        <w:rPr>
          <w:rFonts w:ascii="EB Garamond" w:hAnsi="EB Garamond" w:eastAsia="EB Garamond"/>
          <w:sz w:val="22"/>
        </w:rPr>
        <w:t>“Obviously,” Ava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at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“You?”</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“With us?”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question was casual.</w:t>
      </w:r>
    </w:p>
    <w:p>
      <w:pPr>
        <w:spacing w:after="0" w:line="264" w:lineRule="exact"/>
        <w:ind w:firstLine="0" w:left="0" w:right="0"/>
      </w:pPr>
    </w:p>
    <w:p>
      <w:pPr>
        <w:spacing w:after="0" w:line="264" w:lineRule="exact"/>
        <w:ind w:firstLine="0" w:left="0" w:right="0"/>
      </w:pPr>
      <w:r>
        <w:rPr>
          <w:rFonts w:ascii="EB Garamond" w:hAnsi="EB Garamond" w:eastAsia="EB Garamond"/>
          <w:sz w:val="22"/>
        </w:rPr>
        <w:t>Probably.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“Who else would I go with?”</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shrugged.</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 Nora and the apostles?”</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noticed.</w:t>
      </w:r>
    </w:p>
    <w:p>
      <w:pPr>
        <w:spacing w:after="0" w:line="264" w:lineRule="exact"/>
        <w:ind w:firstLine="0" w:left="0" w:right="0"/>
      </w:pPr>
    </w:p>
    <w:p>
      <w:pPr>
        <w:spacing w:after="0" w:line="264" w:lineRule="exact"/>
        <w:ind w:firstLine="0" w:left="0" w:right="0"/>
      </w:pPr>
      <w:r>
        <w:rPr>
          <w:rFonts w:ascii="EB Garamond" w:hAnsi="EB Garamond" w:eastAsia="EB Garamond"/>
          <w:sz w:val="22"/>
        </w:rPr>
        <w:t>“Oh my God. I’m kidding.”</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it was.</w:t>
      </w:r>
    </w:p>
    <w:p>
      <w:pPr>
        <w:spacing w:after="0" w:line="264" w:lineRule="exact"/>
        <w:ind w:firstLine="0" w:left="0" w:right="0"/>
      </w:pPr>
    </w:p>
    <w:p>
      <w:pPr>
        <w:spacing w:after="0" w:line="264" w:lineRule="exact"/>
        <w:ind w:firstLine="0" w:left="0" w:right="0"/>
      </w:pPr>
      <w:r>
        <w:rPr>
          <w:rFonts w:ascii="EB Garamond" w:hAnsi="EB Garamond" w:eastAsia="EB Garamond"/>
          <w:sz w:val="22"/>
        </w:rPr>
        <w:t>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little crack between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Not a fight.</w:t>
      </w:r>
    </w:p>
    <w:p>
      <w:pPr>
        <w:spacing w:after="0" w:line="264" w:lineRule="exact"/>
        <w:ind w:firstLine="0" w:left="0" w:right="0"/>
      </w:pPr>
    </w:p>
    <w:p>
      <w:pPr>
        <w:spacing w:after="0" w:line="264" w:lineRule="exact"/>
        <w:ind w:firstLine="0" w:left="0" w:right="0"/>
      </w:pPr>
      <w:r>
        <w:rPr>
          <w:rFonts w:ascii="EB Garamond" w:hAnsi="EB Garamond" w:eastAsia="EB Garamond"/>
          <w:sz w:val="22"/>
        </w:rPr>
        <w:t>Almost 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Fights had words.</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was just something sitting between them that neither knew how to pick up.</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looked from Maddie to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clapped twice.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“Whatever weird divorced-parent thing you two are doing needs to stop because I’m not splitting holidays.”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did too.</w:t>
      </w:r>
    </w:p>
    <w:p>
      <w:pPr>
        <w:spacing w:after="0" w:line="264" w:lineRule="exact"/>
        <w:ind w:firstLine="0" w:left="0" w:right="0"/>
      </w:pPr>
    </w:p>
    <w:p>
      <w:pPr>
        <w:spacing w:after="0" w:line="264" w:lineRule="exact"/>
        <w:ind w:firstLine="0" w:left="0" w:right="0"/>
      </w:pPr>
      <w:r>
        <w:rPr>
          <w:rFonts w:ascii="EB Garamond" w:hAnsi="EB Garamond" w:eastAsia="EB Garamond"/>
          <w:sz w:val="22"/>
        </w:rPr>
        <w:t>And just like that, the crack disappeared.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Or maybe everybody just stepped over it.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wasn’t sure.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warning bell rang.</w:t>
      </w:r>
    </w:p>
    <w:p>
      <w:pPr>
        <w:spacing w:after="0" w:line="264" w:lineRule="exact"/>
        <w:ind w:firstLine="0" w:left="0" w:right="0"/>
      </w:pPr>
    </w:p>
    <w:p>
      <w:pPr>
        <w:spacing w:after="0" w:line="264" w:lineRule="exact"/>
        <w:ind w:firstLine="0" w:left="0" w:right="0"/>
      </w:pPr>
      <w:r>
        <w:rPr>
          <w:rFonts w:ascii="EB Garamond" w:hAnsi="EB Garamond" w:eastAsia="EB Garamond"/>
          <w:sz w:val="22"/>
        </w:rPr>
        <w:t>“You have Bennett first?” Ava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essay done?”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“Actually, yes.”</w:t>
      </w:r>
    </w:p>
    <w:p>
      <w:pPr>
        <w:spacing w:after="0" w:line="264" w:lineRule="exact"/>
        <w:ind w:firstLine="0" w:left="0" w:right="0"/>
      </w:pPr>
    </w:p>
    <w:p>
      <w:pPr>
        <w:spacing w:after="0" w:line="264" w:lineRule="exact"/>
        <w:ind w:firstLine="0" w:left="0" w:right="0"/>
      </w:pPr>
      <w:r>
        <w:rPr>
          <w:rFonts w:ascii="EB Garamond" w:hAnsi="EB Garamond" w:eastAsia="EB Garamond"/>
          <w:sz w:val="22"/>
        </w:rPr>
        <w:t>Ava stopped walking.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“Who are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sounded threatening.”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 assignment.”</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“So? Did you figure it out?”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adjusted her backpack.</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Ava waited.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“I wrote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had apparently decided completing the personal narrative wasn’t humiliating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had to read part of it aloud.</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was not in the instructions,” Elsie whispered.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 boy behind her leaned forward.</w:t>
      </w:r>
    </w:p>
    <w:p>
      <w:pPr>
        <w:spacing w:after="0" w:line="264" w:lineRule="exact"/>
        <w:ind w:firstLine="0" w:left="0" w:right="0"/>
      </w:pPr>
    </w:p>
    <w:p>
      <w:pPr>
        <w:spacing w:after="0" w:line="264" w:lineRule="exact"/>
        <w:ind w:firstLine="0" w:left="0" w:right="0"/>
      </w:pPr>
      <w:r>
        <w:rPr>
          <w:rFonts w:ascii="EB Garamond" w:hAnsi="EB Garamond" w:eastAsia="EB Garamond"/>
          <w:sz w:val="22"/>
        </w:rPr>
        <w:t>“I’m dropping out.”</w:t>
      </w:r>
    </w:p>
    <w:p>
      <w:pPr>
        <w:spacing w:after="0" w:line="264" w:lineRule="exact"/>
        <w:ind w:firstLine="0" w:left="0" w:right="0"/>
      </w:pPr>
    </w:p>
    <w:p>
      <w:pPr>
        <w:spacing w:after="0" w:line="264" w:lineRule="exact"/>
        <w:ind w:firstLine="0" w:left="0" w:right="0"/>
      </w:pPr>
      <w:r>
        <w:rPr>
          <w:rFonts w:ascii="EB Garamond" w:hAnsi="EB Garamond" w:eastAsia="EB Garamond"/>
          <w:sz w:val="22"/>
        </w:rPr>
        <w:t>“Take me with you.”</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looked toward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“I can hear you.”</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unfortunate,” Elsie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A few people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reading first.”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smile disappeared.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“Abuse of power.”</w:t>
      </w:r>
    </w:p>
    <w:p>
      <w:pPr>
        <w:spacing w:after="0" w:line="264" w:lineRule="exact"/>
        <w:ind w:firstLine="0" w:left="0" w:right="0"/>
      </w:pPr>
    </w:p>
    <w:p>
      <w:pPr>
        <w:spacing w:after="0" w:line="264" w:lineRule="exact"/>
        <w:ind w:firstLine="0" w:left="0" w:right="0"/>
      </w:pPr>
      <w:r>
        <w:rPr>
          <w:rFonts w:ascii="EB Garamond" w:hAnsi="EB Garamond" w:eastAsia="EB Garamond"/>
          <w:sz w:val="22"/>
        </w:rPr>
        <w:t>“Page one, Ms. Carter.”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down at her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stayed up until 1:14 finishing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Not because she procrastinated.</w:t>
      </w:r>
    </w:p>
    <w:p>
      <w:pPr>
        <w:spacing w:after="0" w:line="264" w:lineRule="exact"/>
        <w:ind w:firstLine="0" w:left="0" w:right="0"/>
      </w:pPr>
    </w:p>
    <w:p>
      <w:pPr>
        <w:spacing w:after="0" w:line="264" w:lineRule="exact"/>
        <w:ind w:firstLine="0" w:left="0" w:right="0"/>
      </w:pPr>
      <w:r>
        <w:rPr>
          <w:rFonts w:ascii="EB Garamond" w:hAnsi="EB Garamond" w:eastAsia="EB Garamond"/>
          <w:sz w:val="22"/>
        </w:rPr>
        <w:t>Well.</w:t>
      </w:r>
    </w:p>
    <w:p>
      <w:pPr>
        <w:spacing w:after="0" w:line="264" w:lineRule="exact"/>
        <w:ind w:firstLine="0" w:left="0" w:right="0"/>
      </w:pPr>
    </w:p>
    <w:p>
      <w:pPr>
        <w:spacing w:after="0" w:line="264" w:lineRule="exact"/>
        <w:ind w:firstLine="0" w:left="0" w:right="0"/>
      </w:pPr>
      <w:r>
        <w:rPr>
          <w:rFonts w:ascii="EB Garamond" w:hAnsi="EB Garamond" w:eastAsia="EB Garamond"/>
          <w:sz w:val="22"/>
        </w:rPr>
        <w:t>Not only because she procrastinated.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kept changing things.</w:t>
      </w:r>
    </w:p>
    <w:p>
      <w:pPr>
        <w:spacing w:after="0" w:line="264" w:lineRule="exact"/>
        <w:ind w:firstLine="0" w:left="0" w:right="0"/>
      </w:pPr>
    </w:p>
    <w:p>
      <w:pPr>
        <w:spacing w:after="0" w:line="264" w:lineRule="exact"/>
        <w:ind w:firstLine="0" w:left="0" w:right="0"/>
      </w:pPr>
      <w:r>
        <w:rPr>
          <w:rFonts w:ascii="EB Garamond" w:hAnsi="EB Garamond" w:eastAsia="EB Garamond"/>
          <w:sz w:val="22"/>
        </w:rPr>
        <w:t>Deleting things.</w:t>
      </w:r>
    </w:p>
    <w:p>
      <w:pPr>
        <w:spacing w:after="0" w:line="264" w:lineRule="exact"/>
        <w:ind w:firstLine="0" w:left="0" w:right="0"/>
      </w:pPr>
    </w:p>
    <w:p>
      <w:pPr>
        <w:spacing w:after="0" w:line="264" w:lineRule="exact"/>
        <w:ind w:firstLine="0" w:left="0" w:right="0"/>
      </w:pPr>
      <w:r>
        <w:rPr>
          <w:rFonts w:ascii="EB Garamond" w:hAnsi="EB Garamond" w:eastAsia="EB Garamond"/>
          <w:sz w:val="22"/>
        </w:rPr>
        <w:t>Putting them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At some point the assignment had stopped feeling like an assignment.</w:t>
      </w:r>
    </w:p>
    <w:p>
      <w:pPr>
        <w:spacing w:after="0" w:line="264" w:lineRule="exact"/>
        <w:ind w:firstLine="0" w:left="0" w:right="0"/>
      </w:pPr>
    </w:p>
    <w:p>
      <w:pPr>
        <w:spacing w:after="0" w:line="264" w:lineRule="exact"/>
        <w:ind w:firstLine="0" w:left="0" w:right="0"/>
      </w:pPr>
      <w:r>
        <w:rPr>
          <w:rFonts w:ascii="EB Garamond" w:hAnsi="EB Garamond" w:eastAsia="EB Garamond"/>
          <w:sz w:val="22"/>
        </w:rPr>
        <w:t>Which was more annoying.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stood at the front of the room.</w:t>
      </w:r>
    </w:p>
    <w:p>
      <w:pPr>
        <w:spacing w:after="0" w:line="264" w:lineRule="exact"/>
        <w:ind w:firstLine="0" w:left="0" w:right="0"/>
      </w:pPr>
    </w:p>
    <w:p>
      <w:pPr>
        <w:spacing w:after="0" w:line="264" w:lineRule="exact"/>
        <w:ind w:firstLine="0" w:left="0" w:right="0"/>
      </w:pPr>
      <w:r>
        <w:rPr>
          <w:rFonts w:ascii="EB Garamond" w:hAnsi="EB Garamond" w:eastAsia="EB Garamond"/>
          <w:sz w:val="22"/>
        </w:rPr>
        <w:t>Twenty-seven people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Her hands started sweating.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was ridiculous.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talked all day.</w:t>
      </w:r>
    </w:p>
    <w:p>
      <w:pPr>
        <w:spacing w:after="0" w:line="264" w:lineRule="exact"/>
        <w:ind w:firstLine="0" w:left="0" w:right="0"/>
      </w:pPr>
    </w:p>
    <w:p>
      <w:pPr>
        <w:spacing w:after="0" w:line="264" w:lineRule="exact"/>
        <w:ind w:firstLine="0" w:left="0" w:right="0"/>
      </w:pPr>
      <w:r>
        <w:rPr>
          <w:rFonts w:ascii="EB Garamond" w:hAnsi="EB Garamond" w:eastAsia="EB Garamond"/>
          <w:sz w:val="22"/>
        </w:rPr>
        <w:t>Constantly.</w:t>
      </w:r>
    </w:p>
    <w:p>
      <w:pPr>
        <w:spacing w:after="0" w:line="264" w:lineRule="exact"/>
        <w:ind w:firstLine="0" w:left="0" w:right="0"/>
      </w:pPr>
    </w:p>
    <w:p>
      <w:pPr>
        <w:spacing w:after="0" w:line="264" w:lineRule="exact"/>
        <w:ind w:firstLine="0" w:left="0" w:right="0"/>
      </w:pPr>
      <w:r>
        <w:rPr>
          <w:rFonts w:ascii="EB Garamond" w:hAnsi="EB Garamond" w:eastAsia="EB Garamond"/>
          <w:sz w:val="22"/>
        </w:rPr>
        <w:t>Her mother had been asking her to stop for sixteen years.</w:t>
      </w:r>
    </w:p>
    <w:p>
      <w:pPr>
        <w:spacing w:after="0" w:line="264" w:lineRule="exact"/>
        <w:ind w:firstLine="0" w:left="0" w:right="0"/>
      </w:pPr>
    </w:p>
    <w:p>
      <w:pPr>
        <w:spacing w:after="0" w:line="264" w:lineRule="exact"/>
        <w:ind w:firstLine="0" w:left="0" w:right="0"/>
      </w:pPr>
      <w:r>
        <w:rPr>
          <w:rFonts w:ascii="EB Garamond" w:hAnsi="EB Garamond" w:eastAsia="EB Garamond"/>
          <w:sz w:val="22"/>
        </w:rPr>
        <w:t>But apparently, speaking voluntarily and being asked to speak were entirely different biological functions.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Mrs. Bennett.</w:t>
      </w:r>
    </w:p>
    <w:p>
      <w:pPr>
        <w:spacing w:after="0" w:line="264" w:lineRule="exact"/>
        <w:ind w:firstLine="0" w:left="0" w:right="0"/>
      </w:pPr>
    </w:p>
    <w:p>
      <w:pPr>
        <w:spacing w:after="0" w:line="264" w:lineRule="exact"/>
        <w:ind w:firstLine="0" w:left="0" w:right="0"/>
      </w:pPr>
      <w:r>
        <w:rPr>
          <w:rFonts w:ascii="EB Garamond" w:hAnsi="EB Garamond" w:eastAsia="EB Garamond"/>
          <w:sz w:val="22"/>
        </w:rPr>
        <w:t>“Can I suddenly develop laryngitis?”</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“Worth asking.”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began.</w:t>
      </w:r>
    </w:p>
    <w:p>
      <w:pPr>
        <w:spacing w:after="0" w:line="264" w:lineRule="exact"/>
        <w:ind w:firstLine="0" w:left="0" w:right="0"/>
      </w:pPr>
    </w:p>
    <w:p>
      <w:pPr>
        <w:spacing w:after="0" w:line="264" w:lineRule="exact"/>
        <w:ind w:firstLine="0" w:left="0" w:right="0"/>
      </w:pPr>
      <w:r>
        <w:rPr>
          <w:rFonts w:ascii="EB Garamond" w:hAnsi="EB Garamond" w:eastAsia="EB Garamond"/>
          <w:sz w:val="22"/>
        </w:rPr>
        <w:t>“My name is Elsie Carter, and I am different depending on who is looking.”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 room became quieter.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“My mother thinks I spend too much time on my phone. My teachers think I should apply myself more. My grandmother thinks I worry too much about people who aren’t thinking about me nearly as much as I think they are.”</w:t>
      </w:r>
    </w:p>
    <w:p>
      <w:pPr>
        <w:spacing w:after="0" w:line="264" w:lineRule="exact"/>
        <w:ind w:firstLine="0" w:left="0" w:right="0"/>
      </w:pPr>
    </w:p>
    <w:p>
      <w:pPr>
        <w:spacing w:after="0" w:line="264" w:lineRule="exact"/>
        <w:ind w:firstLine="0" w:left="0" w:right="0"/>
      </w:pPr>
      <w:r>
        <w:rPr>
          <w:rFonts w:ascii="EB Garamond" w:hAnsi="EB Garamond" w:eastAsia="EB Garamond"/>
          <w:sz w:val="22"/>
        </w:rPr>
        <w:t>A few people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“My best friend thinks I’m funny.”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eyes flicked toward the empty space where Maddie would have been if she were in this class.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wished she were.</w:t>
      </w:r>
    </w:p>
    <w:p>
      <w:pPr>
        <w:spacing w:after="0" w:line="264" w:lineRule="exact"/>
        <w:ind w:firstLine="0" w:left="0" w:right="0"/>
      </w:pPr>
    </w:p>
    <w:p>
      <w:pPr>
        <w:spacing w:after="0" w:line="264" w:lineRule="exact"/>
        <w:ind w:firstLine="0" w:left="0" w:right="0"/>
      </w:pPr>
      <w:r>
        <w:rPr>
          <w:rFonts w:ascii="EB Garamond" w:hAnsi="EB Garamond" w:eastAsia="EB Garamond"/>
          <w:sz w:val="22"/>
        </w:rPr>
        <w:t>“A boy I like apparently thinks I hate coffee.”</w:t>
      </w:r>
    </w:p>
    <w:p>
      <w:pPr>
        <w:spacing w:after="0" w:line="264" w:lineRule="exact"/>
        <w:ind w:firstLine="0" w:left="0" w:right="0"/>
      </w:pPr>
    </w:p>
    <w:p>
      <w:pPr>
        <w:spacing w:after="0" w:line="264" w:lineRule="exact"/>
        <w:ind w:firstLine="0" w:left="0" w:right="0"/>
      </w:pPr>
      <w:r>
        <w:rPr>
          <w:rFonts w:ascii="EB Garamond" w:hAnsi="EB Garamond" w:eastAsia="EB Garamond"/>
          <w:sz w:val="22"/>
        </w:rPr>
        <w:t>Laughter.</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face got hot.</w:t>
      </w:r>
    </w:p>
    <w:p>
      <w:pPr>
        <w:spacing w:after="0" w:line="264" w:lineRule="exact"/>
        <w:ind w:firstLine="0" w:left="0" w:right="0"/>
      </w:pPr>
    </w:p>
    <w:p>
      <w:pPr>
        <w:spacing w:after="0" w:line="264" w:lineRule="exact"/>
        <w:ind w:firstLine="0" w:left="0" w:right="0"/>
      </w:pPr>
      <w:r>
        <w:rPr>
          <w:rFonts w:ascii="EB Garamond" w:hAnsi="EB Garamond" w:eastAsia="EB Garamond"/>
          <w:sz w:val="22"/>
        </w:rPr>
        <w:t>Why had she left that in?</w:t>
      </w:r>
    </w:p>
    <w:p>
      <w:pPr>
        <w:spacing w:after="0" w:line="264" w:lineRule="exact"/>
        <w:ind w:firstLine="0" w:left="0" w:right="0"/>
      </w:pPr>
    </w:p>
    <w:p>
      <w:pPr>
        <w:spacing w:after="0" w:line="264" w:lineRule="exact"/>
        <w:ind w:firstLine="0" w:left="0" w:right="0"/>
      </w:pPr>
      <w:r>
        <w:rPr>
          <w:rFonts w:ascii="EB Garamond" w:hAnsi="EB Garamond" w:eastAsia="EB Garamond"/>
          <w:sz w:val="22"/>
        </w:rPr>
        <w:t>Somewhere in the class, someone whispered,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wanted death.</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gave the room a look.</w:t>
      </w:r>
    </w:p>
    <w:p>
      <w:pPr>
        <w:spacing w:after="0" w:line="264" w:lineRule="exact"/>
        <w:ind w:firstLine="0" w:left="0" w:right="0"/>
      </w:pPr>
    </w:p>
    <w:p>
      <w:pPr>
        <w:spacing w:after="0" w:line="264" w:lineRule="exact"/>
        <w:ind w:firstLine="0" w:left="0" w:right="0"/>
      </w:pPr>
      <w:r>
        <w:rPr>
          <w:rFonts w:ascii="EB Garamond" w:hAnsi="EB Garamond" w:eastAsia="EB Garamond"/>
          <w:sz w:val="22"/>
        </w:rPr>
        <w:t>Silence returned.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“I think they’re all right.”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swallowed.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the problem isn’t that I don’t know who I am. Maybe the problem is that I keep asking everybody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laughed this time.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was watching her.</w:t>
      </w:r>
    </w:p>
    <w:p>
      <w:pPr>
        <w:spacing w:after="0" w:line="264" w:lineRule="exact"/>
        <w:ind w:firstLine="0" w:left="0" w:right="0"/>
      </w:pPr>
    </w:p>
    <w:p>
      <w:pPr>
        <w:spacing w:after="0" w:line="264" w:lineRule="exact"/>
        <w:ind w:firstLine="0" w:left="0" w:right="0"/>
      </w:pPr>
      <w:r>
        <w:rPr>
          <w:rFonts w:ascii="EB Garamond" w:hAnsi="EB Garamond" w:eastAsia="EB Garamond"/>
          <w:sz w:val="22"/>
        </w:rPr>
        <w:t>Not smiling.</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listening.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somehow made it easier.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down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“I’ve spent a lot of time thinking that everybody else got some instruction manual that I missed. Like other people know what they’re going to do and who they’re going to be, and I’m still changing my answer every six months.”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paused.</w:t>
      </w:r>
    </w:p>
    <w:p>
      <w:pPr>
        <w:spacing w:after="0" w:line="264" w:lineRule="exact"/>
        <w:ind w:firstLine="0" w:left="0" w:right="0"/>
      </w:pPr>
    </w:p>
    <w:p>
      <w:pPr>
        <w:spacing w:after="0" w:line="264" w:lineRule="exact"/>
        <w:ind w:firstLine="0" w:left="0" w:right="0"/>
      </w:pPr>
      <w:r>
        <w:rPr>
          <w:rFonts w:ascii="EB Garamond" w:hAnsi="EB Garamond" w:eastAsia="EB Garamond"/>
          <w:sz w:val="22"/>
        </w:rPr>
        <w:t>“My current career path is apparently park ranger.”</w:t>
      </w:r>
    </w:p>
    <w:p>
      <w:pPr>
        <w:spacing w:after="0" w:line="264" w:lineRule="exact"/>
        <w:ind w:firstLine="0" w:left="0" w:right="0"/>
      </w:pPr>
    </w:p>
    <w:p>
      <w:pPr>
        <w:spacing w:after="0" w:line="264" w:lineRule="exact"/>
        <w:ind w:firstLine="0" w:left="0" w:right="0"/>
      </w:pPr>
      <w:r>
        <w:rPr>
          <w:rFonts w:ascii="EB Garamond" w:hAnsi="EB Garamond" w:eastAsia="EB Garamond"/>
          <w:sz w:val="22"/>
        </w:rPr>
        <w:t>A few people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“I hate camping.”</w:t>
      </w:r>
    </w:p>
    <w:p>
      <w:pPr>
        <w:spacing w:after="0" w:line="264" w:lineRule="exact"/>
        <w:ind w:firstLine="0" w:left="0" w:right="0"/>
      </w:pPr>
    </w:p>
    <w:p>
      <w:pPr>
        <w:spacing w:after="0" w:line="264" w:lineRule="exact"/>
        <w:ind w:firstLine="0" w:left="0" w:right="0"/>
      </w:pPr>
      <w:r>
        <w:rPr>
          <w:rFonts w:ascii="EB Garamond" w:hAnsi="EB Garamond" w:eastAsia="EB Garamond"/>
          <w:sz w:val="22"/>
        </w:rPr>
        <w:t>More laughter.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“I used to think not knowing meant I was behind. Like there was something everybody else had figured out that I hadn’t.”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was the part she’d almost deleted.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read it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“But maybe not knowing doesn’t mean I’m lost.”</w:t>
      </w:r>
    </w:p>
    <w:p>
      <w:pPr>
        <w:spacing w:after="0" w:line="264" w:lineRule="exact"/>
        <w:ind w:firstLine="0" w:left="0" w:right="0"/>
      </w:pPr>
    </w:p>
    <w:p>
      <w:pPr>
        <w:spacing w:after="0" w:line="264" w:lineRule="exact"/>
        <w:ind w:firstLine="0" w:left="0" w:right="0"/>
      </w:pPr>
      <w:r>
        <w:rPr>
          <w:rFonts w:ascii="EB Garamond" w:hAnsi="EB Garamond" w:eastAsia="EB Garamond"/>
          <w:sz w:val="22"/>
        </w:rPr>
        <w:t>Her throat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the page.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it just means I’m not finished.”</w:t>
      </w:r>
    </w:p>
    <w:p>
      <w:pPr>
        <w:spacing w:after="0" w:line="264" w:lineRule="exact"/>
        <w:ind w:firstLine="0" w:left="0" w:right="0"/>
      </w:pPr>
    </w:p>
    <w:p>
      <w:pPr>
        <w:spacing w:after="0" w:line="264" w:lineRule="exact"/>
        <w:ind w:firstLine="0" w:left="0" w:right="0"/>
      </w:pPr>
      <w:r>
        <w:rPr>
          <w:rFonts w:ascii="EB Garamond" w:hAnsi="EB Garamond" w:eastAsia="EB Garamond"/>
          <w:sz w:val="22"/>
        </w:rPr>
        <w:t>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Real 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Not awkward.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bored.</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quiet.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Small.</w:t>
      </w:r>
    </w:p>
    <w:p>
      <w:pPr>
        <w:spacing w:after="0" w:line="264" w:lineRule="exact"/>
        <w:ind w:firstLine="0" w:left="0" w:right="0"/>
      </w:pPr>
    </w:p>
    <w:p>
      <w:pPr>
        <w:spacing w:after="0" w:line="264" w:lineRule="exact"/>
        <w:ind w:firstLine="0" w:left="0" w:right="0"/>
      </w:pPr>
      <w:r>
        <w:rPr>
          <w:rFonts w:ascii="EB Garamond" w:hAnsi="EB Garamond" w:eastAsia="EB Garamond"/>
          <w:sz w:val="22"/>
        </w:rPr>
        <w:t>Proud.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immediately looked away because absolutely not.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finished the paragraph and sat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The boy behind her leaned forward.</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was annoyingly good.”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whispered, “Thank you.”</w:t>
      </w:r>
    </w:p>
    <w:p>
      <w:pPr>
        <w:spacing w:after="0" w:line="264" w:lineRule="exact"/>
        <w:ind w:firstLine="0" w:left="0" w:right="0"/>
      </w:pPr>
    </w:p>
    <w:p>
      <w:pPr>
        <w:spacing w:after="0" w:line="264" w:lineRule="exact"/>
        <w:ind w:firstLine="0" w:left="0" w:right="0"/>
      </w:pPr>
      <w:r>
        <w:rPr>
          <w:rFonts w:ascii="EB Garamond" w:hAnsi="EB Garamond" w:eastAsia="EB Garamond"/>
          <w:sz w:val="22"/>
        </w:rPr>
        <w:t>“I wanted yours to suck.”</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called the next name.</w:t>
      </w:r>
    </w:p>
    <w:p>
      <w:pPr>
        <w:spacing w:after="0" w:line="264" w:lineRule="exact"/>
        <w:ind w:firstLine="0" w:left="0" w:right="0"/>
      </w:pPr>
    </w:p>
    <w:p>
      <w:pPr>
        <w:spacing w:after="0" w:line="264" w:lineRule="exact"/>
        <w:ind w:firstLine="0" w:left="0" w:right="0"/>
      </w:pPr>
      <w:r>
        <w:rPr>
          <w:rFonts w:ascii="EB Garamond" w:hAnsi="EB Garamond" w:eastAsia="EB Garamond"/>
          <w:sz w:val="22"/>
        </w:rPr>
        <w:t>A girl near the window 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Pierce.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knew her, technically.</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Everybody knew everybody by junior year.</w:t>
      </w:r>
    </w:p>
    <w:p>
      <w:pPr>
        <w:spacing w:after="0" w:line="264" w:lineRule="exact"/>
        <w:ind w:firstLine="0" w:left="0" w:right="0"/>
      </w:pPr>
    </w:p>
    <w:p>
      <w:pPr>
        <w:spacing w:after="0" w:line="264" w:lineRule="exact"/>
        <w:ind w:firstLine="0" w:left="0" w:right="0"/>
      </w:pPr>
      <w:r>
        <w:rPr>
          <w:rFonts w:ascii="EB Garamond" w:hAnsi="EB Garamond" w:eastAsia="EB Garamond"/>
          <w:sz w:val="22"/>
        </w:rPr>
        <w:t>But Caroline wasn’t part of Elsie’s group.</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played violin.</w:t>
      </w:r>
    </w:p>
    <w:p>
      <w:pPr>
        <w:spacing w:after="0" w:line="264" w:lineRule="exact"/>
        <w:ind w:firstLine="0" w:left="0" w:right="0"/>
      </w:pPr>
    </w:p>
    <w:p>
      <w:pPr>
        <w:spacing w:after="0" w:line="264" w:lineRule="exact"/>
        <w:ind w:firstLine="0" w:left="0" w:right="0"/>
      </w:pPr>
      <w:r>
        <w:rPr>
          <w:rFonts w:ascii="EB Garamond" w:hAnsi="EB Garamond" w:eastAsia="EB Garamond"/>
          <w:sz w:val="22"/>
        </w:rPr>
        <w:t>Always had perfect notes.</w:t>
      </w:r>
    </w:p>
    <w:p>
      <w:pPr>
        <w:spacing w:after="0" w:line="264" w:lineRule="exact"/>
        <w:ind w:firstLine="0" w:left="0" w:right="0"/>
      </w:pPr>
    </w:p>
    <w:p>
      <w:pPr>
        <w:spacing w:after="0" w:line="264" w:lineRule="exact"/>
        <w:ind w:firstLine="0" w:left="0" w:right="0"/>
      </w:pPr>
      <w:r>
        <w:rPr>
          <w:rFonts w:ascii="EB Garamond" w:hAnsi="EB Garamond" w:eastAsia="EB Garamond"/>
          <w:sz w:val="22"/>
        </w:rPr>
        <w:t>Rarely spoke unless a teacher called on her.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walked to the front holding her paper with both hands.</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“Whenever you’re ready.”</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“My name is Caroline Pierce.”</w:t>
      </w:r>
    </w:p>
    <w:p>
      <w:pPr>
        <w:spacing w:after="0" w:line="264" w:lineRule="exact"/>
        <w:ind w:firstLine="0" w:left="0" w:right="0"/>
      </w:pPr>
    </w:p>
    <w:p>
      <w:pPr>
        <w:spacing w:after="0" w:line="264" w:lineRule="exact"/>
        <w:ind w:firstLine="0" w:left="0" w:right="0"/>
      </w:pPr>
      <w:r>
        <w:rPr>
          <w:rFonts w:ascii="EB Garamond" w:hAnsi="EB Garamond" w:eastAsia="EB Garamond"/>
          <w:sz w:val="22"/>
        </w:rPr>
        <w:t>Her voice caught.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reacted.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tried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“My name is Caroline Pierce, and…”</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watched her swallow.</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fingers tightened around the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“My name is…”</w:t>
      </w:r>
    </w:p>
    <w:p>
      <w:pPr>
        <w:spacing w:after="0" w:line="264" w:lineRule="exact"/>
        <w:ind w:firstLine="0" w:left="0" w:right="0"/>
      </w:pPr>
    </w:p>
    <w:p>
      <w:pPr>
        <w:spacing w:after="0" w:line="264" w:lineRule="exact"/>
        <w:ind w:firstLine="0" w:left="0" w:right="0"/>
      </w:pPr>
      <w:r>
        <w:rPr>
          <w:rFonts w:ascii="EB Garamond" w:hAnsi="EB Garamond" w:eastAsia="EB Garamond"/>
          <w:sz w:val="22"/>
        </w:rPr>
        <w:t>Someone near the back whispered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A boy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Caroline’s face turned red.</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looked toward the sound.</w:t>
      </w:r>
    </w:p>
    <w:p>
      <w:pPr>
        <w:spacing w:after="0" w:line="264" w:lineRule="exact"/>
        <w:ind w:firstLine="0" w:left="0" w:right="0"/>
      </w:pPr>
    </w:p>
    <w:p>
      <w:pPr>
        <w:spacing w:after="0" w:line="264" w:lineRule="exact"/>
        <w:ind w:firstLine="0" w:left="0" w:right="0"/>
      </w:pPr>
      <w:r>
        <w:rPr>
          <w:rFonts w:ascii="EB Garamond" w:hAnsi="EB Garamond" w:eastAsia="EB Garamond"/>
          <w:sz w:val="22"/>
        </w:rPr>
        <w:t>“Enough.”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tried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The first few words came out.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realized what was happening.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wasn’t forgetting the essay.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couldn’t get the words out.</w:t>
      </w:r>
    </w:p>
    <w:p>
      <w:pPr>
        <w:spacing w:after="0" w:line="264" w:lineRule="exact"/>
        <w:ind w:firstLine="0" w:left="0" w:right="0"/>
      </w:pPr>
    </w:p>
    <w:p>
      <w:pPr>
        <w:spacing w:after="0" w:line="264" w:lineRule="exact"/>
        <w:ind w:firstLine="0" w:left="0" w:right="0"/>
      </w:pPr>
      <w:r>
        <w:rPr>
          <w:rFonts w:ascii="EB Garamond" w:hAnsi="EB Garamond" w:eastAsia="EB Garamond"/>
          <w:sz w:val="22"/>
        </w:rPr>
        <w:t>Her breathing changed.</w:t>
      </w:r>
    </w:p>
    <w:p>
      <w:pPr>
        <w:spacing w:after="0" w:line="264" w:lineRule="exact"/>
        <w:ind w:firstLine="0" w:left="0" w:right="0"/>
      </w:pPr>
    </w:p>
    <w:p>
      <w:pPr>
        <w:spacing w:after="0" w:line="264" w:lineRule="exact"/>
        <w:ind w:firstLine="0" w:left="0" w:right="0"/>
      </w:pPr>
      <w:r>
        <w:rPr>
          <w:rFonts w:ascii="EB Garamond" w:hAnsi="EB Garamond" w:eastAsia="EB Garamond"/>
          <w:sz w:val="22"/>
        </w:rPr>
        <w:t>Fast.</w:t>
      </w:r>
    </w:p>
    <w:p>
      <w:pPr>
        <w:spacing w:after="0" w:line="264" w:lineRule="exact"/>
        <w:ind w:firstLine="0" w:left="0" w:right="0"/>
      </w:pPr>
    </w:p>
    <w:p>
      <w:pPr>
        <w:spacing w:after="0" w:line="264" w:lineRule="exact"/>
        <w:ind w:firstLine="0" w:left="0" w:right="0"/>
      </w:pPr>
      <w:r>
        <w:rPr>
          <w:rFonts w:ascii="EB Garamond" w:hAnsi="EB Garamond" w:eastAsia="EB Garamond"/>
          <w:sz w:val="22"/>
        </w:rPr>
        <w:t>Shallow.</w:t>
      </w:r>
    </w:p>
    <w:p>
      <w:pPr>
        <w:spacing w:after="0" w:line="264" w:lineRule="exact"/>
        <w:ind w:firstLine="0" w:left="0" w:right="0"/>
      </w:pPr>
    </w:p>
    <w:p>
      <w:pPr>
        <w:spacing w:after="0" w:line="264" w:lineRule="exact"/>
        <w:ind w:firstLine="0" w:left="0" w:right="0"/>
      </w:pPr>
      <w:r>
        <w:rPr>
          <w:rFonts w:ascii="EB Garamond" w:hAnsi="EB Garamond" w:eastAsia="EB Garamond"/>
          <w:sz w:val="22"/>
        </w:rPr>
        <w:t>Her hands shook.</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you’re okay.”</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made it 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Everyone was watching now.</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around the room.</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knew that look.</w:t>
      </w:r>
    </w:p>
    <w:p>
      <w:pPr>
        <w:spacing w:after="0" w:line="264" w:lineRule="exact"/>
        <w:ind w:firstLine="0" w:left="0" w:right="0"/>
      </w:pPr>
    </w:p>
    <w:p>
      <w:pPr>
        <w:spacing w:after="0" w:line="264" w:lineRule="exact"/>
        <w:ind w:firstLine="0" w:left="0" w:right="0"/>
      </w:pPr>
      <w:r>
        <w:rPr>
          <w:rFonts w:ascii="EB Garamond" w:hAnsi="EB Garamond" w:eastAsia="EB Garamond"/>
          <w:sz w:val="22"/>
        </w:rPr>
        <w:t>The desperate calculation of how many people were seeing you fail in real time.</w:t>
      </w:r>
    </w:p>
    <w:p>
      <w:pPr>
        <w:spacing w:after="0" w:line="264" w:lineRule="exact"/>
        <w:ind w:firstLine="0" w:left="0" w:right="0"/>
      </w:pPr>
    </w:p>
    <w:p>
      <w:pPr>
        <w:spacing w:after="0" w:line="264" w:lineRule="exact"/>
        <w:ind w:firstLine="0" w:left="0" w:right="0"/>
      </w:pPr>
      <w:r>
        <w:rPr>
          <w:rFonts w:ascii="EB Garamond" w:hAnsi="EB Garamond" w:eastAsia="EB Garamond"/>
          <w:sz w:val="22"/>
        </w:rPr>
        <w:t>“You don’t have to finish,” Mrs. Bennett said gently.</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shook her head.</w:t>
      </w:r>
    </w:p>
    <w:p>
      <w:pPr>
        <w:spacing w:after="0" w:line="264" w:lineRule="exact"/>
        <w:ind w:firstLine="0" w:left="0" w:right="0"/>
      </w:pPr>
    </w:p>
    <w:p>
      <w:pPr>
        <w:spacing w:after="0" w:line="264" w:lineRule="exact"/>
        <w:ind w:firstLine="0" w:left="0" w:right="0"/>
      </w:pPr>
      <w:r>
        <w:rPr>
          <w:rFonts w:ascii="EB Garamond" w:hAnsi="EB Garamond" w:eastAsia="EB Garamond"/>
          <w:sz w:val="22"/>
        </w:rPr>
        <w:t>“I-I can.”</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tried.</w:t>
      </w:r>
    </w:p>
    <w:p>
      <w:pPr>
        <w:spacing w:after="0" w:line="264" w:lineRule="exact"/>
        <w:ind w:firstLine="0" w:left="0" w:right="0"/>
      </w:pPr>
    </w:p>
    <w:p>
      <w:pPr>
        <w:spacing w:after="0" w:line="264" w:lineRule="exact"/>
        <w:ind w:firstLine="0" w:left="0" w:right="0"/>
      </w:pPr>
      <w:r>
        <w:rPr>
          <w:rFonts w:ascii="EB Garamond" w:hAnsi="EB Garamond" w:eastAsia="EB Garamond"/>
          <w:sz w:val="22"/>
        </w:rPr>
        <w:t>Someone’s phone appeared above a desk.</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saw it.</w:t>
      </w:r>
    </w:p>
    <w:p>
      <w:pPr>
        <w:spacing w:after="0" w:line="264" w:lineRule="exact"/>
        <w:ind w:firstLine="0" w:left="0" w:right="0"/>
      </w:pPr>
    </w:p>
    <w:p>
      <w:pPr>
        <w:spacing w:after="0" w:line="264" w:lineRule="exact"/>
        <w:ind w:firstLine="0" w:left="0" w:right="0"/>
      </w:pPr>
      <w:r>
        <w:rPr>
          <w:rFonts w:ascii="EB Garamond" w:hAnsi="EB Garamond" w:eastAsia="EB Garamond"/>
          <w:sz w:val="22"/>
        </w:rPr>
        <w:t>Two rows over.</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w:t>
      </w:r>
    </w:p>
    <w:p>
      <w:pPr>
        <w:spacing w:after="0" w:line="264" w:lineRule="exact"/>
        <w:ind w:firstLine="0" w:left="0" w:right="0"/>
      </w:pPr>
    </w:p>
    <w:p>
      <w:pPr>
        <w:spacing w:after="0" w:line="264" w:lineRule="exact"/>
        <w:ind w:firstLine="0" w:left="0" w:right="0"/>
      </w:pPr>
      <w:r>
        <w:rPr>
          <w:rFonts w:ascii="EB Garamond" w:hAnsi="EB Garamond" w:eastAsia="EB Garamond"/>
          <w:sz w:val="22"/>
        </w:rPr>
        <w:t>Recording.</w:t>
      </w:r>
    </w:p>
    <w:p>
      <w:pPr>
        <w:spacing w:after="0" w:line="264" w:lineRule="exact"/>
        <w:ind w:firstLine="0" w:left="0" w:right="0"/>
      </w:pPr>
    </w:p>
    <w:p>
      <w:pPr>
        <w:spacing w:after="0" w:line="264" w:lineRule="exact"/>
        <w:ind w:firstLine="0" w:left="0" w:right="0"/>
      </w:pPr>
      <w:r>
        <w:rPr>
          <w:rFonts w:ascii="EB Garamond" w:hAnsi="EB Garamond" w:eastAsia="EB Garamond"/>
          <w:sz w:val="22"/>
        </w:rPr>
        <w:t>Her stomach dropped.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He looked at the screen.</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tried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Tyler’s friend covered his mouth,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felt something rise in her chest.</w:t>
      </w:r>
    </w:p>
    <w:p>
      <w:pPr>
        <w:spacing w:after="0" w:line="264" w:lineRule="exact"/>
        <w:ind w:firstLine="0" w:left="0" w:right="0"/>
      </w:pPr>
    </w:p>
    <w:p>
      <w:pPr>
        <w:spacing w:after="0" w:line="264" w:lineRule="exact"/>
        <w:ind w:firstLine="0" w:left="0" w:right="0"/>
      </w:pPr>
      <w:r>
        <w:rPr>
          <w:rFonts w:ascii="EB Garamond" w:hAnsi="EB Garamond" w:eastAsia="EB Garamond"/>
          <w:i/>
          <w:sz w:val="22"/>
        </w:rPr>
        <w:t>Say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could.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 six feet away.</w:t>
      </w:r>
    </w:p>
    <w:p>
      <w:pPr>
        <w:spacing w:after="0" w:line="264" w:lineRule="exact"/>
        <w:ind w:firstLine="0" w:left="0" w:right="0"/>
      </w:pPr>
    </w:p>
    <w:p>
      <w:pPr>
        <w:spacing w:after="0" w:line="264" w:lineRule="exact"/>
        <w:ind w:firstLine="0" w:left="0" w:right="0"/>
      </w:pPr>
      <w:r>
        <w:rPr>
          <w:rFonts w:ascii="EB Garamond" w:hAnsi="EB Garamond" w:eastAsia="EB Garamond"/>
          <w:i/>
          <w:sz w:val="22"/>
        </w:rPr>
        <w:t>Put your phone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Four small words.</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was all.</w:t>
      </w:r>
    </w:p>
    <w:p>
      <w:pPr>
        <w:spacing w:after="0" w:line="264" w:lineRule="exact"/>
        <w:ind w:firstLine="0" w:left="0" w:right="0"/>
      </w:pPr>
    </w:p>
    <w:p>
      <w:pPr>
        <w:spacing w:after="0" w:line="264" w:lineRule="exact"/>
        <w:ind w:firstLine="0" w:left="0" w:right="0"/>
      </w:pPr>
      <w:r>
        <w:rPr>
          <w:rFonts w:ascii="EB Garamond" w:hAnsi="EB Garamond" w:eastAsia="EB Garamond"/>
          <w:sz w:val="22"/>
        </w:rPr>
        <w:t>She opened her mouth.</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 came out.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Tyler told her to mind her business?</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everyone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Caroline realized she’d noticed?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making a scene made it 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Mrs. Bennett would see.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Tyler wasn’t actually recording.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Caroline’s voice broke.</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Tyler’s phone stayed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toward Mrs. Bennett.</w:t>
      </w:r>
    </w:p>
    <w:p>
      <w:pPr>
        <w:spacing w:after="0" w:line="264" w:lineRule="exact"/>
        <w:ind w:firstLine="0" w:left="0" w:right="0"/>
      </w:pPr>
    </w:p>
    <w:p>
      <w:pPr>
        <w:spacing w:after="0" w:line="264" w:lineRule="exact"/>
        <w:ind w:firstLine="0" w:left="0" w:right="0"/>
      </w:pPr>
      <w:r>
        <w:rPr>
          <w:rFonts w:ascii="EB Garamond" w:hAnsi="EB Garamond" w:eastAsia="EB Garamond"/>
          <w:i/>
          <w:sz w:val="22"/>
        </w:rPr>
        <w:t>Say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Her heart was pounding.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finally saw the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w:t>
      </w:r>
    </w:p>
    <w:p>
      <w:pPr>
        <w:spacing w:after="0" w:line="264" w:lineRule="exact"/>
        <w:ind w:firstLine="0" w:left="0" w:right="0"/>
      </w:pPr>
    </w:p>
    <w:p>
      <w:pPr>
        <w:spacing w:after="0" w:line="264" w:lineRule="exact"/>
        <w:ind w:firstLine="0" w:left="0" w:right="0"/>
      </w:pPr>
      <w:r>
        <w:rPr>
          <w:rFonts w:ascii="EB Garamond" w:hAnsi="EB Garamond" w:eastAsia="EB Garamond"/>
          <w:sz w:val="22"/>
        </w:rPr>
        <w:t>He lowered it immediately.</w:t>
      </w:r>
    </w:p>
    <w:p>
      <w:pPr>
        <w:spacing w:after="0" w:line="264" w:lineRule="exact"/>
        <w:ind w:firstLine="0" w:left="0" w:right="0"/>
      </w:pPr>
    </w:p>
    <w:p>
      <w:pPr>
        <w:spacing w:after="0" w:line="264" w:lineRule="exact"/>
        <w:ind w:firstLine="0" w:left="0" w:right="0"/>
      </w:pPr>
      <w:r>
        <w:rPr>
          <w:rFonts w:ascii="EB Garamond" w:hAnsi="EB Garamond" w:eastAsia="EB Garamond"/>
          <w:sz w:val="22"/>
        </w:rPr>
        <w:t>“Phone. Now.”</w:t>
      </w:r>
    </w:p>
    <w:p>
      <w:pPr>
        <w:spacing w:after="0" w:line="264" w:lineRule="exact"/>
        <w:ind w:firstLine="0" w:left="0" w:right="0"/>
      </w:pPr>
    </w:p>
    <w:p>
      <w:pPr>
        <w:spacing w:after="0" w:line="264" w:lineRule="exact"/>
        <w:ind w:firstLine="0" w:left="0" w:right="0"/>
      </w:pPr>
      <w:r>
        <w:rPr>
          <w:rFonts w:ascii="EB Garamond" w:hAnsi="EB Garamond" w:eastAsia="EB Garamond"/>
          <w:sz w:val="22"/>
        </w:rPr>
        <w:t>“I wasn’t—”</w:t>
      </w:r>
    </w:p>
    <w:p>
      <w:pPr>
        <w:spacing w:after="0" w:line="264" w:lineRule="exact"/>
        <w:ind w:firstLine="0" w:left="0" w:right="0"/>
      </w:pPr>
    </w:p>
    <w:p>
      <w:pPr>
        <w:spacing w:after="0" w:line="264" w:lineRule="exact"/>
        <w:ind w:firstLine="0" w:left="0" w:right="0"/>
      </w:pPr>
      <w:r>
        <w:rPr>
          <w:rFonts w:ascii="EB Garamond" w:hAnsi="EB Garamond" w:eastAsia="EB Garamond"/>
          <w:sz w:val="22"/>
        </w:rPr>
        <w:t>“Now.”</w:t>
      </w:r>
    </w:p>
    <w:p>
      <w:pPr>
        <w:spacing w:after="0" w:line="264" w:lineRule="exact"/>
        <w:ind w:firstLine="0" w:left="0" w:right="0"/>
      </w:pPr>
    </w:p>
    <w:p>
      <w:pPr>
        <w:spacing w:after="0" w:line="264" w:lineRule="exact"/>
        <w:ind w:firstLine="0" w:left="0" w:right="0"/>
      </w:pPr>
      <w:r>
        <w:rPr>
          <w:rFonts w:ascii="EB Garamond" w:hAnsi="EB Garamond" w:eastAsia="EB Garamond"/>
          <w:sz w:val="22"/>
        </w:rPr>
        <w:t>He rolled his eyes and walked it to her desk.</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sat down without finishing.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spoke.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her own paper.</w:t>
      </w:r>
    </w:p>
    <w:p>
      <w:pPr>
        <w:spacing w:after="0" w:line="264" w:lineRule="exact"/>
        <w:ind w:firstLine="0" w:left="0" w:right="0"/>
      </w:pPr>
    </w:p>
    <w:p>
      <w:pPr>
        <w:spacing w:after="0" w:line="264" w:lineRule="exact"/>
        <w:ind w:firstLine="0" w:left="0" w:right="0"/>
      </w:pPr>
      <w:r>
        <w:rPr>
          <w:rFonts w:ascii="EB Garamond" w:hAnsi="EB Garamond" w:eastAsia="EB Garamond"/>
          <w:i/>
          <w:sz w:val="22"/>
        </w:rPr>
        <w:t>Maybe the problem is that I keep asking everyone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For the first time, she hated that sentence.</w:t>
      </w:r>
    </w:p>
    <w:p>
      <w:pPr>
        <w:spacing w:after="0" w:line="264" w:lineRule="exact"/>
        <w:ind w:firstLine="0" w:left="0" w:right="0"/>
      </w:pPr>
    </w:p>
    <w:p>
      <w:pPr>
        <w:spacing w:after="0" w:line="264" w:lineRule="exact"/>
        <w:ind w:firstLine="0" w:left="0" w:right="0"/>
      </w:pPr>
      <w:r>
        <w:rPr>
          <w:rFonts w:ascii="EB Garamond" w:hAnsi="EB Garamond" w:eastAsia="EB Garamond"/>
          <w:sz w:val="22"/>
        </w:rPr>
        <w:t>By lunch, the video was everywhere.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 it was.</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 hadn’t posted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Apparently, he’d sent it to someone before Mrs. Bennett took his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person sent it to someone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someone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By fourth period, it was on an account called Hallway Unfiltered, which existed primarily to remind Elsie why humanity should occasionally lose internet.</w:t>
      </w:r>
    </w:p>
    <w:p>
      <w:pPr>
        <w:spacing w:after="0" w:line="264" w:lineRule="exact"/>
        <w:ind w:firstLine="0" w:left="0" w:right="0"/>
      </w:pPr>
    </w:p>
    <w:p>
      <w:pPr>
        <w:spacing w:after="0" w:line="264" w:lineRule="exact"/>
        <w:ind w:firstLine="0" w:left="0" w:right="0"/>
      </w:pPr>
      <w:r>
        <w:rPr>
          <w:rFonts w:ascii="EB Garamond" w:hAnsi="EB Garamond" w:eastAsia="EB Garamond"/>
          <w:sz w:val="22"/>
        </w:rPr>
        <w:t>The caption said:</w:t>
      </w:r>
    </w:p>
    <w:p>
      <w:pPr>
        <w:spacing w:after="0" w:line="264" w:lineRule="exact"/>
        <w:ind w:firstLine="0" w:left="0" w:right="0"/>
      </w:pPr>
    </w:p>
    <w:p>
      <w:pPr>
        <w:spacing w:after="0" w:line="264" w:lineRule="exact"/>
        <w:ind w:firstLine="0" w:left="0" w:right="0"/>
      </w:pPr>
      <w:r>
        <w:rPr>
          <w:rFonts w:ascii="EB Garamond" w:hAnsi="EB Garamond" w:eastAsia="EB Garamond"/>
          <w:b/>
          <w:sz w:val="22"/>
        </w:rPr>
        <w:t>When the presentation isn’t presenting 💀</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watched three seconds.</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closed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Her stomach hurt.</w:t>
      </w:r>
    </w:p>
    <w:p>
      <w:pPr>
        <w:spacing w:after="0" w:line="264" w:lineRule="exact"/>
        <w:ind w:firstLine="0" w:left="0" w:right="0"/>
      </w:pPr>
    </w:p>
    <w:p>
      <w:pPr>
        <w:spacing w:after="0" w:line="264" w:lineRule="exact"/>
        <w:ind w:firstLine="0" w:left="0" w:right="0"/>
      </w:pPr>
      <w:r>
        <w:rPr>
          <w:rFonts w:ascii="EB Garamond" w:hAnsi="EB Garamond" w:eastAsia="EB Garamond"/>
          <w:sz w:val="22"/>
        </w:rPr>
        <w:t>She’d been 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She’d watched it happen.</w:t>
      </w:r>
    </w:p>
    <w:p>
      <w:pPr>
        <w:spacing w:after="0" w:line="264" w:lineRule="exact"/>
        <w:ind w:firstLine="0" w:left="0" w:right="0"/>
      </w:pPr>
    </w:p>
    <w:p>
      <w:pPr>
        <w:spacing w:after="0" w:line="264" w:lineRule="exact"/>
        <w:ind w:firstLine="0" w:left="0" w:right="0"/>
      </w:pPr>
      <w:r>
        <w:rPr>
          <w:rFonts w:ascii="EB Garamond" w:hAnsi="EB Garamond" w:eastAsia="EB Garamond"/>
          <w:sz w:val="22"/>
        </w:rPr>
        <w:t>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watched someone record it happening.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slid into the cafeteria seat beside her.</w:t>
      </w:r>
    </w:p>
    <w:p>
      <w:pPr>
        <w:spacing w:after="0" w:line="264" w:lineRule="exact"/>
        <w:ind w:firstLine="0" w:left="0" w:right="0"/>
      </w:pPr>
    </w:p>
    <w:p>
      <w:pPr>
        <w:spacing w:after="0" w:line="264" w:lineRule="exact"/>
        <w:ind w:firstLine="0" w:left="0" w:right="0"/>
      </w:pPr>
      <w:r>
        <w:rPr>
          <w:rFonts w:ascii="EB Garamond" w:hAnsi="EB Garamond" w:eastAsia="EB Garamond"/>
          <w:sz w:val="22"/>
        </w:rPr>
        <w:t>“Have you seen…”</w:t>
      </w:r>
    </w:p>
    <w:p>
      <w:pPr>
        <w:spacing w:after="0" w:line="264" w:lineRule="exact"/>
        <w:ind w:firstLine="0" w:left="0" w:right="0"/>
      </w:pPr>
    </w:p>
    <w:p>
      <w:pPr>
        <w:spacing w:after="0" w:line="264" w:lineRule="exact"/>
        <w:ind w:firstLine="0" w:left="0" w:right="0"/>
      </w:pPr>
      <w:r>
        <w:rPr>
          <w:rFonts w:ascii="EB Garamond" w:hAnsi="EB Garamond" w:eastAsia="EB Garamond"/>
          <w:sz w:val="22"/>
        </w:rPr>
        <w:t>“Yes.”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didn’t look up.</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paused.</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Ava sat across from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horrible.”</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“Tyler’s an idiot,” Maddie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pushed a fry around her plate.</w:t>
      </w:r>
    </w:p>
    <w:p>
      <w:pPr>
        <w:spacing w:after="0" w:line="264" w:lineRule="exact"/>
        <w:ind w:firstLine="0" w:left="0" w:right="0"/>
      </w:pPr>
    </w:p>
    <w:p>
      <w:pPr>
        <w:spacing w:after="0" w:line="264" w:lineRule="exact"/>
        <w:ind w:firstLine="0" w:left="0" w:right="0"/>
      </w:pPr>
      <w:r>
        <w:rPr>
          <w:rFonts w:ascii="EB Garamond" w:hAnsi="EB Garamond" w:eastAsia="EB Garamond"/>
          <w:sz w:val="22"/>
        </w:rPr>
        <w:t>“I saw him recording.”</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looked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“In Bennett.”</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saw him?”</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“Did you tell Mrs. Bennett?”</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“Why not?”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shrugged.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were you supposed to do?”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didn’t answer.</w:t>
      </w:r>
    </w:p>
    <w:p>
      <w:pPr>
        <w:spacing w:after="0" w:line="264" w:lineRule="exact"/>
        <w:ind w:firstLine="0" w:left="0" w:right="0"/>
      </w:pPr>
    </w:p>
    <w:p>
      <w:pPr>
        <w:spacing w:after="0" w:line="264" w:lineRule="exact"/>
        <w:ind w:firstLine="0" w:left="0" w:right="0"/>
      </w:pPr>
      <w:r>
        <w:rPr>
          <w:rFonts w:ascii="EB Garamond" w:hAnsi="EB Garamond" w:eastAsia="EB Garamond"/>
          <w:sz w:val="22"/>
        </w:rPr>
        <w:t>“Seriously,” Maddie said. “Mrs. Bennett handled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“After.”</w:t>
      </w:r>
    </w:p>
    <w:p>
      <w:pPr>
        <w:spacing w:after="0" w:line="264" w:lineRule="exact"/>
        <w:ind w:firstLine="0" w:left="0" w:right="0"/>
      </w:pPr>
    </w:p>
    <w:p>
      <w:pPr>
        <w:spacing w:after="0" w:line="264" w:lineRule="exact"/>
        <w:ind w:firstLine="0" w:left="0" w:right="0"/>
      </w:pPr>
      <w:r>
        <w:rPr>
          <w:rFonts w:ascii="EB Garamond" w:hAnsi="EB Garamond" w:eastAsia="EB Garamond"/>
          <w:sz w:val="22"/>
        </w:rPr>
        <w:t>“So?”</w:t>
      </w:r>
    </w:p>
    <w:p>
      <w:pPr>
        <w:spacing w:after="0" w:line="264" w:lineRule="exact"/>
        <w:ind w:firstLine="0" w:left="0" w:right="0"/>
      </w:pPr>
    </w:p>
    <w:p>
      <w:pPr>
        <w:spacing w:after="0" w:line="264" w:lineRule="exact"/>
        <w:ind w:firstLine="0" w:left="0" w:right="0"/>
      </w:pPr>
      <w:r>
        <w:rPr>
          <w:rFonts w:ascii="EB Garamond" w:hAnsi="EB Garamond" w:eastAsia="EB Garamond"/>
          <w:sz w:val="22"/>
        </w:rPr>
        <w:t>“I could’ve said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“To Tyler?”</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made a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would’ve made it a whole 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“It already became a whole 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“You didn’t know he was going to send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“So stop making it your fault.”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hated that Maddie was making sense.</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part of her desperately wanted permission to stop feeling so guilty.</w:t>
      </w:r>
    </w:p>
    <w:p>
      <w:pPr>
        <w:spacing w:after="0" w:line="264" w:lineRule="exact"/>
        <w:ind w:firstLine="0" w:left="0" w:right="0"/>
      </w:pPr>
    </w:p>
    <w:p>
      <w:pPr>
        <w:spacing w:after="0" w:line="264" w:lineRule="exact"/>
        <w:ind w:firstLine="0" w:left="0" w:right="0"/>
      </w:pPr>
      <w:r>
        <w:rPr>
          <w:rFonts w:ascii="EB Garamond" w:hAnsi="EB Garamond" w:eastAsia="EB Garamond"/>
          <w:sz w:val="22"/>
        </w:rPr>
        <w:t>Ava took out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“Did the account take it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“I’ll report it.”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tapped the screen.</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pulled out hers.</w:t>
      </w:r>
    </w:p>
    <w:p>
      <w:pPr>
        <w:spacing w:after="0" w:line="264" w:lineRule="exact"/>
        <w:ind w:firstLine="0" w:left="0" w:right="0"/>
      </w:pPr>
    </w:p>
    <w:p>
      <w:pPr>
        <w:spacing w:after="0" w:line="264" w:lineRule="exact"/>
        <w:ind w:firstLine="0" w:left="0" w:right="0"/>
      </w:pPr>
      <w:r>
        <w:rPr>
          <w:rFonts w:ascii="EB Garamond" w:hAnsi="EB Garamond" w:eastAsia="EB Garamond"/>
          <w:sz w:val="22"/>
        </w:rPr>
        <w:t>“Me too.”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did the same.</w:t>
      </w:r>
    </w:p>
    <w:p>
      <w:pPr>
        <w:spacing w:after="0" w:line="264" w:lineRule="exact"/>
        <w:ind w:firstLine="0" w:left="0" w:right="0"/>
      </w:pPr>
    </w:p>
    <w:p>
      <w:pPr>
        <w:spacing w:after="0" w:line="264" w:lineRule="exact"/>
        <w:ind w:firstLine="0" w:left="0" w:right="0"/>
      </w:pPr>
      <w:r>
        <w:rPr>
          <w:rFonts w:ascii="EB Garamond" w:hAnsi="EB Garamond" w:eastAsia="EB Garamond"/>
          <w:sz w:val="22"/>
        </w:rPr>
        <w:t>Three reports.</w:t>
      </w:r>
    </w:p>
    <w:p>
      <w:pPr>
        <w:spacing w:after="0" w:line="264" w:lineRule="exact"/>
        <w:ind w:firstLine="0" w:left="0" w:right="0"/>
      </w:pPr>
    </w:p>
    <w:p>
      <w:pPr>
        <w:spacing w:after="0" w:line="264" w:lineRule="exact"/>
        <w:ind w:firstLine="0" w:left="0" w:right="0"/>
      </w:pPr>
      <w:r>
        <w:rPr>
          <w:rFonts w:ascii="EB Garamond" w:hAnsi="EB Garamond" w:eastAsia="EB Garamond"/>
          <w:sz w:val="22"/>
        </w:rPr>
        <w:t>Tiny.</w:t>
      </w:r>
    </w:p>
    <w:p>
      <w:pPr>
        <w:spacing w:after="0" w:line="264" w:lineRule="exact"/>
        <w:ind w:firstLine="0" w:left="0" w:right="0"/>
      </w:pPr>
    </w:p>
    <w:p>
      <w:pPr>
        <w:spacing w:after="0" w:line="264" w:lineRule="exact"/>
        <w:ind w:firstLine="0" w:left="0" w:right="0"/>
      </w:pPr>
      <w:r>
        <w:rPr>
          <w:rFonts w:ascii="EB Garamond" w:hAnsi="EB Garamond" w:eastAsia="EB Garamond"/>
          <w:sz w:val="22"/>
        </w:rPr>
        <w:t>Probably meaningless.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across the cafeteria.</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wasn’t 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Her usual table was empty.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stomach twisted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“I should’ve said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sighed.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doing that 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“Where everything suddenly has to mean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liked a Bible post. You went to Nora’s thing. Now you’re acting like you were morally responsible for Tyler being a jerk.”</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looked uncomfortable.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I’m not being mean.”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put down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“No. Say it.”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 just don’t know why everything is suddenly so serious.”</w:t>
      </w:r>
    </w:p>
    <w:p>
      <w:pPr>
        <w:spacing w:after="0" w:line="264" w:lineRule="exact"/>
        <w:ind w:firstLine="0" w:left="0" w:right="0"/>
      </w:pPr>
    </w:p>
    <w:p>
      <w:pPr>
        <w:spacing w:after="0" w:line="264" w:lineRule="exact"/>
        <w:ind w:firstLine="0" w:left="0" w:right="0"/>
      </w:pPr>
      <w:r>
        <w:rPr>
          <w:rFonts w:ascii="EB Garamond" w:hAnsi="EB Garamond" w:eastAsia="EB Garamond"/>
          <w:sz w:val="22"/>
        </w:rPr>
        <w:t>“It isn’t.”</w:t>
      </w:r>
    </w:p>
    <w:p>
      <w:pPr>
        <w:spacing w:after="0" w:line="264" w:lineRule="exact"/>
        <w:ind w:firstLine="0" w:left="0" w:right="0"/>
      </w:pPr>
    </w:p>
    <w:p>
      <w:pPr>
        <w:spacing w:after="0" w:line="264" w:lineRule="exact"/>
        <w:ind w:firstLine="0" w:left="0" w:right="0"/>
      </w:pPr>
      <w:r>
        <w:rPr>
          <w:rFonts w:ascii="EB Garamond" w:hAnsi="EB Garamond" w:eastAsia="EB Garamond"/>
          <w:sz w:val="22"/>
        </w:rPr>
        <w:t>“It kind of is.”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face grew warm.</w:t>
      </w:r>
    </w:p>
    <w:p>
      <w:pPr>
        <w:spacing w:after="0" w:line="264" w:lineRule="exact"/>
        <w:ind w:firstLine="0" w:left="0" w:right="0"/>
      </w:pPr>
    </w:p>
    <w:p>
      <w:pPr>
        <w:spacing w:after="0" w:line="264" w:lineRule="exact"/>
        <w:ind w:firstLine="0" w:left="0" w:right="0"/>
      </w:pPr>
      <w:r>
        <w:rPr>
          <w:rFonts w:ascii="EB Garamond" w:hAnsi="EB Garamond" w:eastAsia="EB Garamond"/>
          <w:sz w:val="22"/>
        </w:rPr>
        <w:t>“I’m literally saying I should’ve told him to stop recording a girl having a panic attack.”</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“So what’s so serious about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it was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rolled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“You know what I mean.”</w:t>
      </w:r>
    </w:p>
    <w:p>
      <w:pPr>
        <w:spacing w:after="0" w:line="264" w:lineRule="exact"/>
        <w:ind w:firstLine="0" w:left="0" w:right="0"/>
      </w:pPr>
    </w:p>
    <w:p>
      <w:pPr>
        <w:spacing w:after="0" w:line="264" w:lineRule="exact"/>
        <w:ind w:firstLine="0" w:left="0" w:right="0"/>
      </w:pPr>
      <w:r>
        <w:rPr>
          <w:rFonts w:ascii="EB Garamond" w:hAnsi="EB Garamond" w:eastAsia="EB Garamond"/>
          <w:sz w:val="22"/>
        </w:rPr>
        <w:t>“No, I don’t.”</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looked between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“Okay, 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leaned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“I’m just saying you wouldn’t have cared this much two weeks ago.”</w:t>
      </w:r>
    </w:p>
    <w:p>
      <w:pPr>
        <w:spacing w:after="0" w:line="264" w:lineRule="exact"/>
        <w:ind w:firstLine="0" w:left="0" w:right="0"/>
      </w:pPr>
    </w:p>
    <w:p>
      <w:pPr>
        <w:spacing w:after="0" w:line="264" w:lineRule="exact"/>
        <w:ind w:firstLine="0" w:left="0" w:right="0"/>
      </w:pPr>
      <w:r>
        <w:rPr>
          <w:rFonts w:ascii="EB Garamond" w:hAnsi="EB Garamond" w:eastAsia="EB Garamond"/>
          <w:sz w:val="22"/>
        </w:rPr>
        <w:t>The words landed harder than Maddie probably intended.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that was the problem.</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she wouldn’t have.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Maddie’s face changed.</w:t>
      </w:r>
    </w:p>
    <w:p>
      <w:pPr>
        <w:spacing w:after="0" w:line="264" w:lineRule="exact"/>
        <w:ind w:firstLine="0" w:left="0" w:right="0"/>
      </w:pPr>
    </w:p>
    <w:p>
      <w:pPr>
        <w:spacing w:after="0" w:line="264" w:lineRule="exact"/>
        <w:ind w:firstLine="0" w:left="0" w:right="0"/>
      </w:pPr>
      <w:r>
        <w:rPr>
          <w:rFonts w:ascii="EB Garamond" w:hAnsi="EB Garamond" w:eastAsia="EB Garamond"/>
          <w:sz w:val="22"/>
        </w:rPr>
        <w:t>“I didn’t mean—”</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“I have to go.”</w:t>
      </w:r>
    </w:p>
    <w:p>
      <w:pPr>
        <w:spacing w:after="0" w:line="264" w:lineRule="exact"/>
        <w:ind w:firstLine="0" w:left="0" w:right="0"/>
      </w:pPr>
    </w:p>
    <w:p>
      <w:pPr>
        <w:spacing w:after="0" w:line="264" w:lineRule="exact"/>
        <w:ind w:firstLine="0" w:left="0" w:right="0"/>
      </w:pPr>
      <w:r>
        <w:rPr>
          <w:rFonts w:ascii="EB Garamond" w:hAnsi="EB Garamond" w:eastAsia="EB Garamond"/>
          <w:sz w:val="22"/>
        </w:rPr>
        <w:t>“Where?”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picked up her tray.</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And walked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ended up in the library.</w:t>
      </w:r>
    </w:p>
    <w:p>
      <w:pPr>
        <w:spacing w:after="0" w:line="264" w:lineRule="exact"/>
        <w:ind w:firstLine="0" w:left="0" w:right="0"/>
      </w:pPr>
    </w:p>
    <w:p>
      <w:pPr>
        <w:spacing w:after="0" w:line="264" w:lineRule="exact"/>
        <w:ind w:firstLine="0" w:left="0" w:right="0"/>
      </w:pPr>
      <w:r>
        <w:rPr>
          <w:rFonts w:ascii="EB Garamond" w:hAnsi="EB Garamond" w:eastAsia="EB Garamond"/>
          <w:sz w:val="22"/>
        </w:rPr>
        <w:t>Apparently, emotional crises made Elsie academic.</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sat at a table in the back between biographies and reference books nobody had touched since 2008.</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buzzed.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ignored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Buzzed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Ava.</w:t>
      </w:r>
    </w:p>
    <w:p>
      <w:pPr>
        <w:spacing w:after="0" w:line="264" w:lineRule="exact"/>
        <w:ind w:firstLine="0" w:left="0" w:right="0"/>
      </w:pPr>
    </w:p>
    <w:p>
      <w:pPr>
        <w:spacing w:after="0" w:line="264" w:lineRule="exact"/>
        <w:ind w:firstLine="0" w:left="0" w:right="0"/>
      </w:pPr>
      <w:r>
        <w:rPr>
          <w:rFonts w:ascii="EB Garamond" w:hAnsi="EB Garamond" w:eastAsia="EB Garamond"/>
          <w:sz w:val="22"/>
        </w:rPr>
        <w:t>Ignored that too.</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Mason:</w:t>
      </w:r>
      <w:r>
        <w:rPr>
          <w:rFonts w:ascii="EB Garamond" w:hAnsi="EB Garamond" w:eastAsia="EB Garamond"/>
          <w:sz w:val="22"/>
        </w:rPr>
        <w:t xml:space="preserve"> you okay?</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w:t>
      </w:r>
    </w:p>
    <w:p>
      <w:pPr>
        <w:spacing w:after="0" w:line="264" w:lineRule="exact"/>
        <w:ind w:firstLine="0" w:left="0" w:right="0"/>
      </w:pPr>
    </w:p>
    <w:p>
      <w:pPr>
        <w:spacing w:after="0" w:line="264" w:lineRule="exact"/>
        <w:ind w:firstLine="0" w:left="0" w:right="0"/>
      </w:pPr>
      <w:r>
        <w:rPr>
          <w:rFonts w:ascii="EB Garamond" w:hAnsi="EB Garamond" w:eastAsia="EB Garamond"/>
          <w:sz w:val="22"/>
        </w:rPr>
        <w:t>Apparently, her face had once again broadcast information without consent.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typed: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fine.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stared at it.</w:t>
      </w:r>
    </w:p>
    <w:p>
      <w:pPr>
        <w:spacing w:after="0" w:line="264" w:lineRule="exact"/>
        <w:ind w:firstLine="0" w:left="0" w:right="0"/>
      </w:pPr>
    </w:p>
    <w:p>
      <w:pPr>
        <w:spacing w:after="0" w:line="264" w:lineRule="exact"/>
        <w:ind w:firstLine="0" w:left="0" w:right="0"/>
      </w:pPr>
      <w:r>
        <w:rPr>
          <w:rFonts w:ascii="EB Garamond" w:hAnsi="EB Garamond" w:eastAsia="EB Garamond"/>
          <w:sz w:val="22"/>
        </w:rPr>
        <w:t>Deleted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Growth.</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Not really.</w:t>
      </w:r>
    </w:p>
    <w:p>
      <w:pPr>
        <w:spacing w:after="0" w:line="264" w:lineRule="exact"/>
        <w:ind w:firstLine="0" w:left="0" w:right="0"/>
      </w:pPr>
    </w:p>
    <w:p>
      <w:pPr>
        <w:spacing w:after="0" w:line="264" w:lineRule="exact"/>
        <w:ind w:firstLine="0" w:left="0" w:right="0"/>
      </w:pPr>
      <w:r>
        <w:rPr>
          <w:rFonts w:ascii="EB Garamond" w:hAnsi="EB Garamond" w:eastAsia="EB Garamond"/>
          <w:sz w:val="22"/>
        </w:rPr>
        <w:t>His response came quickly.</w:t>
      </w:r>
    </w:p>
    <w:p>
      <w:pPr>
        <w:spacing w:after="0" w:line="264" w:lineRule="exact"/>
        <w:ind w:firstLine="0" w:left="0" w:right="0"/>
      </w:pPr>
    </w:p>
    <w:p>
      <w:pPr>
        <w:spacing w:after="0" w:line="264" w:lineRule="exact"/>
        <w:ind w:firstLine="0" w:left="0" w:right="0"/>
      </w:pPr>
      <w:r>
        <w:rPr>
          <w:rFonts w:ascii="EB Garamond" w:hAnsi="EB Garamond" w:eastAsia="EB Garamond"/>
          <w:b/>
          <w:sz w:val="22"/>
        </w:rPr>
        <w:t>Mason:</w:t>
      </w:r>
      <w:r>
        <w:rPr>
          <w:rFonts w:ascii="EB Garamond" w:hAnsi="EB Garamond" w:eastAsia="EB Garamond"/>
          <w:sz w:val="22"/>
        </w:rPr>
        <w:t xml:space="preserve"> Want company?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around.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did.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library</w:t>
      </w:r>
    </w:p>
    <w:p>
      <w:pPr>
        <w:spacing w:after="0" w:line="264" w:lineRule="exact"/>
        <w:ind w:firstLine="0" w:left="0" w:right="0"/>
      </w:pPr>
    </w:p>
    <w:p>
      <w:pPr>
        <w:spacing w:after="0" w:line="264" w:lineRule="exact"/>
        <w:ind w:firstLine="0" w:left="0" w:right="0"/>
      </w:pPr>
      <w:r>
        <w:rPr>
          <w:rFonts w:ascii="EB Garamond" w:hAnsi="EB Garamond" w:eastAsia="EB Garamond"/>
          <w:sz w:val="22"/>
        </w:rPr>
        <w:t>Four minutes later, Mason 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He sat across from her.</w:t>
      </w:r>
    </w:p>
    <w:p>
      <w:pPr>
        <w:spacing w:after="0" w:line="264" w:lineRule="exact"/>
        <w:ind w:firstLine="0" w:left="0" w:right="0"/>
      </w:pPr>
    </w:p>
    <w:p>
      <w:pPr>
        <w:spacing w:after="0" w:line="264" w:lineRule="exact"/>
        <w:ind w:firstLine="0" w:left="0" w:right="0"/>
      </w:pPr>
      <w:r>
        <w:rPr>
          <w:rFonts w:ascii="EB Garamond" w:hAnsi="EB Garamond" w:eastAsia="EB Garamond"/>
          <w:sz w:val="22"/>
        </w:rPr>
        <w:t>No dramatic entrance.</w:t>
      </w:r>
    </w:p>
    <w:p>
      <w:pPr>
        <w:spacing w:after="0" w:line="264" w:lineRule="exact"/>
        <w:ind w:firstLine="0" w:left="0" w:right="0"/>
      </w:pPr>
    </w:p>
    <w:p>
      <w:pPr>
        <w:spacing w:after="0" w:line="264" w:lineRule="exact"/>
        <w:ind w:firstLine="0" w:left="0" w:right="0"/>
      </w:pPr>
      <w:r>
        <w:rPr>
          <w:rFonts w:ascii="EB Garamond" w:hAnsi="EB Garamond" w:eastAsia="EB Garamond"/>
          <w:sz w:val="22"/>
        </w:rPr>
        <w:t>No questions.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He just put a pack of peanut butter crackers on the table.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is this?”</w:t>
      </w:r>
    </w:p>
    <w:p>
      <w:pPr>
        <w:spacing w:after="0" w:line="264" w:lineRule="exact"/>
        <w:ind w:firstLine="0" w:left="0" w:right="0"/>
      </w:pPr>
    </w:p>
    <w:p>
      <w:pPr>
        <w:spacing w:after="0" w:line="264" w:lineRule="exact"/>
        <w:ind w:firstLine="0" w:left="0" w:right="0"/>
      </w:pPr>
      <w:r>
        <w:rPr>
          <w:rFonts w:ascii="EB Garamond" w:hAnsi="EB Garamond" w:eastAsia="EB Garamond"/>
          <w:sz w:val="22"/>
        </w:rPr>
        <w:t>“Lunch.”</w:t>
      </w:r>
    </w:p>
    <w:p>
      <w:pPr>
        <w:spacing w:after="0" w:line="264" w:lineRule="exact"/>
        <w:ind w:firstLine="0" w:left="0" w:right="0"/>
      </w:pPr>
    </w:p>
    <w:p>
      <w:pPr>
        <w:spacing w:after="0" w:line="264" w:lineRule="exact"/>
        <w:ind w:firstLine="0" w:left="0" w:right="0"/>
      </w:pPr>
      <w:r>
        <w:rPr>
          <w:rFonts w:ascii="EB Garamond" w:hAnsi="EB Garamond" w:eastAsia="EB Garamond"/>
          <w:sz w:val="22"/>
        </w:rPr>
        <w:t>“I ate.”</w:t>
      </w:r>
    </w:p>
    <w:p>
      <w:pPr>
        <w:spacing w:after="0" w:line="264" w:lineRule="exact"/>
        <w:ind w:firstLine="0" w:left="0" w:right="0"/>
      </w:pPr>
    </w:p>
    <w:p>
      <w:pPr>
        <w:spacing w:after="0" w:line="264" w:lineRule="exact"/>
        <w:ind w:firstLine="0" w:left="0" w:right="0"/>
      </w:pPr>
      <w:r>
        <w:rPr>
          <w:rFonts w:ascii="EB Garamond" w:hAnsi="EB Garamond" w:eastAsia="EB Garamond"/>
          <w:sz w:val="22"/>
        </w:rPr>
        <w:t>“You ate three fries.”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stared.</w:t>
      </w:r>
    </w:p>
    <w:p>
      <w:pPr>
        <w:spacing w:after="0" w:line="264" w:lineRule="exact"/>
        <w:ind w:firstLine="0" w:left="0" w:right="0"/>
      </w:pPr>
    </w:p>
    <w:p>
      <w:pPr>
        <w:spacing w:after="0" w:line="264" w:lineRule="exact"/>
        <w:ind w:firstLine="0" w:left="0" w:right="0"/>
      </w:pPr>
      <w:r>
        <w:rPr>
          <w:rFonts w:ascii="EB Garamond" w:hAnsi="EB Garamond" w:eastAsia="EB Garamond"/>
          <w:sz w:val="22"/>
        </w:rPr>
        <w:t>“Why is everyone observing me?”</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observable.”</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sounds threatening.”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opened the crackers.</w:t>
      </w:r>
    </w:p>
    <w:p>
      <w:pPr>
        <w:spacing w:after="0" w:line="264" w:lineRule="exact"/>
        <w:ind w:firstLine="0" w:left="0" w:right="0"/>
      </w:pPr>
    </w:p>
    <w:p>
      <w:pPr>
        <w:spacing w:after="0" w:line="264" w:lineRule="exact"/>
        <w:ind w:firstLine="0" w:left="0" w:right="0"/>
      </w:pPr>
      <w:r>
        <w:rPr>
          <w:rFonts w:ascii="EB Garamond" w:hAnsi="EB Garamond" w:eastAsia="EB Garamond"/>
          <w:sz w:val="22"/>
        </w:rPr>
        <w:t>For a minute, they sat quietly.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Mason said, “Caroline?”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saw it?”</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“Everybody saw it.”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hated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“I could’ve stopped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frowned.</w:t>
      </w:r>
    </w:p>
    <w:p>
      <w:pPr>
        <w:spacing w:after="0" w:line="264" w:lineRule="exact"/>
        <w:ind w:firstLine="0" w:left="0" w:right="0"/>
      </w:pPr>
    </w:p>
    <w:p>
      <w:pPr>
        <w:spacing w:after="0" w:line="264" w:lineRule="exact"/>
        <w:ind w:firstLine="0" w:left="0" w:right="0"/>
      </w:pPr>
      <w:r>
        <w:rPr>
          <w:rFonts w:ascii="EB Garamond" w:hAnsi="EB Garamond" w:eastAsia="EB Garamond"/>
          <w:sz w:val="22"/>
        </w:rPr>
        <w:t>“How?”</w:t>
      </w:r>
    </w:p>
    <w:p>
      <w:pPr>
        <w:spacing w:after="0" w:line="264" w:lineRule="exact"/>
        <w:ind w:firstLine="0" w:left="0" w:right="0"/>
      </w:pPr>
    </w:p>
    <w:p>
      <w:pPr>
        <w:spacing w:after="0" w:line="264" w:lineRule="exact"/>
        <w:ind w:firstLine="0" w:left="0" w:right="0"/>
      </w:pPr>
      <w:r>
        <w:rPr>
          <w:rFonts w:ascii="EB Garamond" w:hAnsi="EB Garamond" w:eastAsia="EB Garamond"/>
          <w:sz w:val="22"/>
        </w:rPr>
        <w:t>“I saw Tyler recording.”</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“I could’ve told him to stop.”</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“I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didn’t immediately tell her it wasn’t her fault.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appreciated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ate half a cracker.</w:t>
      </w:r>
    </w:p>
    <w:p>
      <w:pPr>
        <w:spacing w:after="0" w:line="264" w:lineRule="exact"/>
        <w:ind w:firstLine="0" w:left="0" w:right="0"/>
      </w:pPr>
    </w:p>
    <w:p>
      <w:pPr>
        <w:spacing w:after="0" w:line="264" w:lineRule="exact"/>
        <w:ind w:firstLine="0" w:left="0" w:right="0"/>
      </w:pPr>
      <w:r>
        <w:rPr>
          <w:rFonts w:ascii="EB Garamond" w:hAnsi="EB Garamond" w:eastAsia="EB Garamond"/>
          <w:sz w:val="22"/>
        </w:rPr>
        <w:t>“I kept thinking I should say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“Why didn’t you?”</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laughed once.</w:t>
      </w:r>
    </w:p>
    <w:p>
      <w:pPr>
        <w:spacing w:after="0" w:line="264" w:lineRule="exact"/>
        <w:ind w:firstLine="0" w:left="0" w:right="0"/>
      </w:pPr>
    </w:p>
    <w:p>
      <w:pPr>
        <w:spacing w:after="0" w:line="264" w:lineRule="exact"/>
        <w:ind w:firstLine="0" w:left="0" w:right="0"/>
      </w:pPr>
      <w:r>
        <w:rPr>
          <w:rFonts w:ascii="EB Garamond" w:hAnsi="EB Garamond" w:eastAsia="EB Garamond"/>
          <w:sz w:val="22"/>
        </w:rPr>
        <w:t>“I actually do.”</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waited.</w:t>
      </w:r>
    </w:p>
    <w:p>
      <w:pPr>
        <w:spacing w:after="0" w:line="264" w:lineRule="exact"/>
        <w:ind w:firstLine="0" w:left="0" w:right="0"/>
      </w:pPr>
    </w:p>
    <w:p>
      <w:pPr>
        <w:spacing w:after="0" w:line="264" w:lineRule="exact"/>
        <w:ind w:firstLine="0" w:left="0" w:right="0"/>
      </w:pPr>
      <w:r>
        <w:rPr>
          <w:rFonts w:ascii="EB Garamond" w:hAnsi="EB Garamond" w:eastAsia="EB Garamond"/>
          <w:sz w:val="22"/>
        </w:rPr>
        <w:t>“I was scared.”</w:t>
      </w:r>
    </w:p>
    <w:p>
      <w:pPr>
        <w:spacing w:after="0" w:line="264" w:lineRule="exact"/>
        <w:ind w:firstLine="0" w:left="0" w:right="0"/>
      </w:pPr>
    </w:p>
    <w:p>
      <w:pPr>
        <w:spacing w:after="0" w:line="264" w:lineRule="exact"/>
        <w:ind w:firstLine="0" w:left="0" w:right="0"/>
      </w:pPr>
      <w:r>
        <w:rPr>
          <w:rFonts w:ascii="EB Garamond" w:hAnsi="EB Garamond" w:eastAsia="EB Garamond"/>
          <w:sz w:val="22"/>
        </w:rPr>
        <w:t>“Of Tyler?”</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thought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Tyler wasn’t scary.</w:t>
      </w:r>
    </w:p>
    <w:p>
      <w:pPr>
        <w:spacing w:after="0" w:line="264" w:lineRule="exact"/>
        <w:ind w:firstLine="0" w:left="0" w:right="0"/>
      </w:pPr>
    </w:p>
    <w:p>
      <w:pPr>
        <w:spacing w:after="0" w:line="264" w:lineRule="exact"/>
        <w:ind w:firstLine="0" w:left="0" w:right="0"/>
      </w:pPr>
      <w:r>
        <w:rPr>
          <w:rFonts w:ascii="EB Garamond" w:hAnsi="EB Garamond" w:eastAsia="EB Garamond"/>
          <w:sz w:val="22"/>
        </w:rPr>
        <w:t>He was annoying.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was a difference.</w:t>
      </w:r>
    </w:p>
    <w:p>
      <w:pPr>
        <w:spacing w:after="0" w:line="264" w:lineRule="exact"/>
        <w:ind w:firstLine="0" w:left="0" w:right="0"/>
      </w:pPr>
    </w:p>
    <w:p>
      <w:pPr>
        <w:spacing w:after="0" w:line="264" w:lineRule="exact"/>
        <w:ind w:firstLine="0" w:left="0" w:right="0"/>
      </w:pPr>
      <w:r>
        <w:rPr>
          <w:rFonts w:ascii="EB Garamond" w:hAnsi="EB Garamond" w:eastAsia="EB Garamond"/>
          <w:sz w:val="22"/>
        </w:rPr>
        <w:t>“I was scared everyone would look at me.”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“I was scared he’d say something back. Or people would think I was dramatic. Or Caroline would be embarrassed that I was defending her.”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broke another cracker in half.</w:t>
      </w:r>
    </w:p>
    <w:p>
      <w:pPr>
        <w:spacing w:after="0" w:line="264" w:lineRule="exact"/>
        <w:ind w:firstLine="0" w:left="0" w:right="0"/>
      </w:pPr>
    </w:p>
    <w:p>
      <w:pPr>
        <w:spacing w:after="0" w:line="264" w:lineRule="exact"/>
        <w:ind w:firstLine="0" w:left="0" w:right="0"/>
      </w:pPr>
      <w:r>
        <w:rPr>
          <w:rFonts w:ascii="EB Garamond" w:hAnsi="EB Garamond" w:eastAsia="EB Garamond"/>
          <w:sz w:val="22"/>
        </w:rPr>
        <w:t>“And then by the time I finished thinking about all the possible ways it could go wrong, Mrs. Bennett saw him.”</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happens.”</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“Thinking so long you miss the part where you’re supposed to do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“You too?”</w:t>
      </w:r>
    </w:p>
    <w:p>
      <w:pPr>
        <w:spacing w:after="0" w:line="264" w:lineRule="exact"/>
        <w:ind w:firstLine="0" w:left="0" w:right="0"/>
      </w:pPr>
    </w:p>
    <w:p>
      <w:pPr>
        <w:spacing w:after="0" w:line="264" w:lineRule="exact"/>
        <w:ind w:firstLine="0" w:left="0" w:right="0"/>
      </w:pPr>
      <w:r>
        <w:rPr>
          <w:rFonts w:ascii="EB Garamond" w:hAnsi="EB Garamond" w:eastAsia="EB Garamond"/>
          <w:sz w:val="22"/>
        </w:rPr>
        <w:t>“All the time.”</w:t>
      </w:r>
    </w:p>
    <w:p>
      <w:pPr>
        <w:spacing w:after="0" w:line="264" w:lineRule="exact"/>
        <w:ind w:firstLine="0" w:left="0" w:right="0"/>
      </w:pPr>
    </w:p>
    <w:p>
      <w:pPr>
        <w:spacing w:after="0" w:line="264" w:lineRule="exact"/>
        <w:ind w:firstLine="0" w:left="0" w:right="0"/>
      </w:pPr>
      <w:r>
        <w:rPr>
          <w:rFonts w:ascii="EB Garamond" w:hAnsi="EB Garamond" w:eastAsia="EB Garamond"/>
          <w:sz w:val="22"/>
        </w:rPr>
        <w:t>“Like when?”</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leaned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“Last year, one of the guys on my team kept making jokes about another guy.”</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kind of jokes?”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kind everybody pretends are jokes because calling it bullying makes them uncomfortable.”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 eating.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“What’d you do?”</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waited.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“I laughed sometimes.”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chest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“Why?”</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everyone else did.”</w:t>
      </w:r>
    </w:p>
    <w:p>
      <w:pPr>
        <w:spacing w:after="0" w:line="264" w:lineRule="exact"/>
        <w:ind w:firstLine="0" w:left="0" w:right="0"/>
      </w:pPr>
    </w:p>
    <w:p>
      <w:pPr>
        <w:spacing w:after="0" w:line="264" w:lineRule="exact"/>
        <w:ind w:firstLine="0" w:left="0" w:right="0"/>
      </w:pPr>
      <w:r>
        <w:rPr>
          <w:rFonts w:ascii="EB Garamond" w:hAnsi="EB Garamond" w:eastAsia="EB Garamond"/>
          <w:sz w:val="22"/>
        </w:rPr>
        <w:t>The answer was so simple.</w:t>
      </w:r>
    </w:p>
    <w:p>
      <w:pPr>
        <w:spacing w:after="0" w:line="264" w:lineRule="exact"/>
        <w:ind w:firstLine="0" w:left="0" w:right="0"/>
      </w:pPr>
    </w:p>
    <w:p>
      <w:pPr>
        <w:spacing w:after="0" w:line="264" w:lineRule="exact"/>
        <w:ind w:firstLine="0" w:left="0" w:right="0"/>
      </w:pPr>
      <w:r>
        <w:rPr>
          <w:rFonts w:ascii="EB Garamond" w:hAnsi="EB Garamond" w:eastAsia="EB Garamond"/>
          <w:sz w:val="22"/>
        </w:rPr>
        <w:t>So familiar.</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 still think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happened?”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 kid quit.”</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sat quietly.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Mason said, “Knowing you should’ve done something doesn’t mean you can go back and do it.”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“Very inspirational.”</w:t>
      </w:r>
    </w:p>
    <w:p>
      <w:pPr>
        <w:spacing w:after="0" w:line="264" w:lineRule="exact"/>
        <w:ind w:firstLine="0" w:left="0" w:right="0"/>
      </w:pPr>
    </w:p>
    <w:p>
      <w:pPr>
        <w:spacing w:after="0" w:line="264" w:lineRule="exact"/>
        <w:ind w:firstLine="0" w:left="0" w:right="0"/>
      </w:pPr>
      <w:r>
        <w:rPr>
          <w:rFonts w:ascii="EB Garamond" w:hAnsi="EB Garamond" w:eastAsia="EB Garamond"/>
          <w:sz w:val="22"/>
        </w:rPr>
        <w:t>“I’m working on it.”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He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“But maybe you can do something now.”</w:t>
      </w:r>
    </w:p>
    <w:p>
      <w:pPr>
        <w:spacing w:after="0" w:line="264" w:lineRule="exact"/>
        <w:ind w:firstLine="0" w:left="0" w:right="0"/>
      </w:pPr>
    </w:p>
    <w:p>
      <w:pPr>
        <w:spacing w:after="0" w:line="264" w:lineRule="exact"/>
        <w:ind w:firstLine="0" w:left="0" w:right="0"/>
      </w:pPr>
      <w:r>
        <w:rPr>
          <w:rFonts w:ascii="EB Garamond" w:hAnsi="EB Garamond" w:eastAsia="EB Garamond"/>
          <w:sz w:val="22"/>
        </w:rPr>
        <w:t>“Like what?”</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“Excellent.”</w:t>
      </w:r>
    </w:p>
    <w:p>
      <w:pPr>
        <w:spacing w:after="0" w:line="264" w:lineRule="exact"/>
        <w:ind w:firstLine="0" w:left="0" w:right="0"/>
      </w:pPr>
    </w:p>
    <w:p>
      <w:pPr>
        <w:spacing w:after="0" w:line="264" w:lineRule="exact"/>
        <w:ind w:firstLine="0" w:left="0" w:right="0"/>
      </w:pPr>
      <w:r>
        <w:rPr>
          <w:rFonts w:ascii="EB Garamond" w:hAnsi="EB Garamond" w:eastAsia="EB Garamond"/>
          <w:sz w:val="22"/>
        </w:rPr>
        <w:t>“Thank you.”</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buzzed.</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time Nora.</w:t>
      </w:r>
    </w:p>
    <w:p>
      <w:pPr>
        <w:spacing w:after="0" w:line="264" w:lineRule="exact"/>
        <w:ind w:firstLine="0" w:left="0" w:right="0"/>
      </w:pPr>
    </w:p>
    <w:p>
      <w:pPr>
        <w:spacing w:after="0" w:line="264" w:lineRule="exact"/>
        <w:ind w:firstLine="0" w:left="0" w:right="0"/>
      </w:pPr>
      <w:r>
        <w:rPr>
          <w:rFonts w:ascii="EB Garamond" w:hAnsi="EB Garamond" w:eastAsia="EB Garamond"/>
          <w:b/>
          <w:sz w:val="22"/>
        </w:rPr>
        <w:t>Nora:</w:t>
      </w:r>
      <w:r>
        <w:rPr>
          <w:rFonts w:ascii="EB Garamond" w:hAnsi="EB Garamond" w:eastAsia="EB Garamond"/>
          <w:sz w:val="22"/>
        </w:rPr>
        <w:t xml:space="preserve"> You alive?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typed: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debatable</w:t>
      </w:r>
    </w:p>
    <w:p>
      <w:pPr>
        <w:spacing w:after="0" w:line="264" w:lineRule="exact"/>
        <w:ind w:firstLine="0" w:left="0" w:right="0"/>
      </w:pPr>
    </w:p>
    <w:p>
      <w:pPr>
        <w:spacing w:after="0" w:line="264" w:lineRule="exact"/>
        <w:ind w:firstLine="0" w:left="0" w:right="0"/>
      </w:pPr>
      <w:r>
        <w:rPr>
          <w:rFonts w:ascii="EB Garamond" w:hAnsi="EB Garamond" w:eastAsia="EB Garamond"/>
          <w:sz w:val="22"/>
        </w:rPr>
        <w:t>Nora responded: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Nora:</w:t>
      </w:r>
      <w:r>
        <w:rPr>
          <w:rFonts w:ascii="EB Garamond" w:hAnsi="EB Garamond" w:eastAsia="EB Garamond"/>
          <w:sz w:val="22"/>
        </w:rPr>
        <w:t xml:space="preserve"> heard about caroline. awful.</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the message.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clicked.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opened her backpack.</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are you doing?” Mason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“Looking for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found her notebook.</w:t>
      </w:r>
    </w:p>
    <w:p>
      <w:pPr>
        <w:spacing w:after="0" w:line="264" w:lineRule="exact"/>
        <w:ind w:firstLine="0" w:left="0" w:right="0"/>
      </w:pPr>
    </w:p>
    <w:p>
      <w:pPr>
        <w:spacing w:after="0" w:line="264" w:lineRule="exact"/>
        <w:ind w:firstLine="0" w:left="0" w:right="0"/>
      </w:pPr>
      <w:r>
        <w:rPr>
          <w:rFonts w:ascii="EB Garamond" w:hAnsi="EB Garamond" w:eastAsia="EB Garamond"/>
          <w:b/>
          <w:sz w:val="22"/>
        </w:rPr>
        <w:t>PEOPLE GOD USED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Peter.</w:t>
      </w:r>
    </w:p>
    <w:p>
      <w:pPr>
        <w:spacing w:after="0" w:line="264" w:lineRule="exact"/>
        <w:ind w:firstLine="0" w:left="0" w:right="0"/>
      </w:pPr>
    </w:p>
    <w:p>
      <w:pPr>
        <w:spacing w:after="0" w:line="264" w:lineRule="exact"/>
        <w:ind w:firstLine="0" w:left="0" w:right="0"/>
      </w:pPr>
      <w:r>
        <w:rPr>
          <w:rFonts w:ascii="EB Garamond" w:hAnsi="EB Garamond" w:eastAsia="EB Garamond"/>
          <w:sz w:val="22"/>
        </w:rPr>
        <w:t>Jeremiah.</w:t>
      </w:r>
    </w:p>
    <w:p>
      <w:pPr>
        <w:spacing w:after="0" w:line="264" w:lineRule="exact"/>
        <w:ind w:firstLine="0" w:left="0" w:right="0"/>
      </w:pPr>
    </w:p>
    <w:p>
      <w:pPr>
        <w:spacing w:after="0" w:line="264" w:lineRule="exact"/>
        <w:ind w:firstLine="0" w:left="0" w:right="0"/>
      </w:pPr>
      <w:r>
        <w:rPr>
          <w:rFonts w:ascii="EB Garamond" w:hAnsi="EB Garamond" w:eastAsia="EB Garamond"/>
          <w:sz w:val="22"/>
        </w:rPr>
        <w:t>Leah.</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scanned Grandma’s original list.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stopped.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Moses — Killed a man and couldn’t speak.</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frowned.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seems aggressively summarized.”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leaned over.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showed him.</w:t>
      </w:r>
    </w:p>
    <w:p>
      <w:pPr>
        <w:spacing w:after="0" w:line="264" w:lineRule="exact"/>
        <w:ind w:firstLine="0" w:left="0" w:right="0"/>
      </w:pPr>
    </w:p>
    <w:p>
      <w:pPr>
        <w:spacing w:after="0" w:line="264" w:lineRule="exact"/>
        <w:ind w:firstLine="0" w:left="0" w:right="0"/>
      </w:pPr>
      <w:r>
        <w:rPr>
          <w:rFonts w:ascii="EB Garamond" w:hAnsi="EB Garamond" w:eastAsia="EB Garamond"/>
          <w:sz w:val="22"/>
        </w:rPr>
        <w:t>He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grandma’s list needs an editor.”</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pulled out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searched.</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w:t>
      </w:r>
    </w:p>
    <w:p>
      <w:pPr>
        <w:spacing w:after="0" w:line="264" w:lineRule="exact"/>
        <w:ind w:firstLine="0" w:left="0" w:right="0"/>
      </w:pPr>
    </w:p>
    <w:p>
      <w:pPr>
        <w:spacing w:after="0" w:line="264" w:lineRule="exact"/>
        <w:ind w:firstLine="0" w:left="0" w:right="0"/>
      </w:pPr>
      <w:r>
        <w:rPr>
          <w:rFonts w:ascii="EB Garamond" w:hAnsi="EB Garamond" w:eastAsia="EB Garamond"/>
          <w:sz w:val="22"/>
        </w:rPr>
        <w:t>Speech.</w:t>
      </w:r>
    </w:p>
    <w:p>
      <w:pPr>
        <w:spacing w:after="0" w:line="264" w:lineRule="exact"/>
        <w:ind w:firstLine="0" w:left="0" w:right="0"/>
      </w:pPr>
    </w:p>
    <w:p>
      <w:pPr>
        <w:spacing w:after="0" w:line="264" w:lineRule="exact"/>
        <w:ind w:firstLine="0" w:left="0" w:right="0"/>
      </w:pPr>
      <w:r>
        <w:rPr>
          <w:rFonts w:ascii="EB Garamond" w:hAnsi="EB Garamond" w:eastAsia="EB Garamond"/>
          <w:sz w:val="22"/>
        </w:rPr>
        <w:t>Bible.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watched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“Are we doing Bible study now?”</w:t>
      </w:r>
    </w:p>
    <w:p>
      <w:pPr>
        <w:spacing w:after="0" w:line="264" w:lineRule="exact"/>
        <w:ind w:firstLine="0" w:left="0" w:right="0"/>
      </w:pPr>
    </w:p>
    <w:p>
      <w:pPr>
        <w:spacing w:after="0" w:line="264" w:lineRule="exact"/>
        <w:ind w:firstLine="0" w:left="0" w:right="0"/>
      </w:pPr>
      <w:r>
        <w:rPr>
          <w:rFonts w:ascii="EB Garamond" w:hAnsi="EB Garamond" w:eastAsia="EB Garamond"/>
          <w:sz w:val="22"/>
        </w:rPr>
        <w:t>“Don’t make it weird.”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made it weird.”</w:t>
      </w:r>
    </w:p>
    <w:p>
      <w:pPr>
        <w:spacing w:after="0" w:line="264" w:lineRule="exact"/>
        <w:ind w:firstLine="0" w:left="0" w:right="0"/>
      </w:pPr>
    </w:p>
    <w:p>
      <w:pPr>
        <w:spacing w:after="0" w:line="264" w:lineRule="exact"/>
        <w:ind w:firstLine="0" w:left="0" w:right="0"/>
      </w:pPr>
      <w:r>
        <w:rPr>
          <w:rFonts w:ascii="EB Garamond" w:hAnsi="EB Garamond" w:eastAsia="EB Garamond"/>
          <w:sz w:val="22"/>
        </w:rPr>
        <w:t>“Quiet.”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found Exodus.</w:t>
      </w:r>
    </w:p>
    <w:p>
      <w:pPr>
        <w:spacing w:after="0" w:line="264" w:lineRule="exact"/>
        <w:ind w:firstLine="0" w:left="0" w:right="0"/>
      </w:pPr>
    </w:p>
    <w:p>
      <w:pPr>
        <w:spacing w:after="0" w:line="264" w:lineRule="exact"/>
        <w:ind w:firstLine="0" w:left="0" w:right="0"/>
      </w:pPr>
      <w:r>
        <w:rPr>
          <w:rFonts w:ascii="EB Garamond" w:hAnsi="EB Garamond" w:eastAsia="EB Garamond"/>
          <w:sz w:val="22"/>
        </w:rPr>
        <w:t>Read.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frowned.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not exactly what it says.”</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“It doesn’t say he couldn’t speak.”</w:t>
      </w:r>
    </w:p>
    <w:p>
      <w:pPr>
        <w:spacing w:after="0" w:line="264" w:lineRule="exact"/>
        <w:ind w:firstLine="0" w:left="0" w:right="0"/>
      </w:pPr>
    </w:p>
    <w:p>
      <w:pPr>
        <w:spacing w:after="0" w:line="264" w:lineRule="exact"/>
        <w:ind w:firstLine="0" w:left="0" w:right="0"/>
      </w:pPr>
      <w:r>
        <w:rPr>
          <w:rFonts w:ascii="EB Garamond" w:hAnsi="EB Garamond" w:eastAsia="EB Garamond"/>
          <w:sz w:val="22"/>
        </w:rPr>
        <w:t>She read further.</w:t>
      </w:r>
    </w:p>
    <w:p>
      <w:pPr>
        <w:spacing w:after="0" w:line="264" w:lineRule="exact"/>
        <w:ind w:firstLine="0" w:left="0" w:right="0"/>
      </w:pPr>
    </w:p>
    <w:p>
      <w:pPr>
        <w:spacing w:after="0" w:line="264" w:lineRule="exact"/>
        <w:ind w:firstLine="0" w:left="0" w:right="0"/>
      </w:pPr>
      <w:r>
        <w:rPr>
          <w:rFonts w:ascii="EB Garamond" w:hAnsi="EB Garamond" w:eastAsia="EB Garamond"/>
          <w:sz w:val="22"/>
        </w:rPr>
        <w:t>“He says he’s not eloquent. Slow of speech and tongue.”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shrugged.</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he had speech problems.”</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kept reading.</w:t>
      </w:r>
    </w:p>
    <w:p>
      <w:pPr>
        <w:spacing w:after="0" w:line="264" w:lineRule="exact"/>
        <w:ind w:firstLine="0" w:left="0" w:right="0"/>
      </w:pPr>
    </w:p>
    <w:p>
      <w:pPr>
        <w:spacing w:after="0" w:line="264" w:lineRule="exact"/>
        <w:ind w:firstLine="0" w:left="0" w:right="0"/>
      </w:pPr>
      <w:r>
        <w:rPr>
          <w:rFonts w:ascii="EB Garamond" w:hAnsi="EB Garamond" w:eastAsia="EB Garamond"/>
          <w:sz w:val="22"/>
        </w:rPr>
        <w:t>“But we don’t actually know exactly what he meant.”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found another passage.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standing before God.</w:t>
      </w:r>
    </w:p>
    <w:p>
      <w:pPr>
        <w:spacing w:after="0" w:line="264" w:lineRule="exact"/>
        <w:ind w:firstLine="0" w:left="0" w:right="0"/>
      </w:pPr>
    </w:p>
    <w:p>
      <w:pPr>
        <w:spacing w:after="0" w:line="264" w:lineRule="exact"/>
        <w:ind w:firstLine="0" w:left="0" w:right="0"/>
      </w:pPr>
      <w:r>
        <w:rPr>
          <w:rFonts w:ascii="EB Garamond" w:hAnsi="EB Garamond" w:eastAsia="EB Garamond"/>
          <w:sz w:val="22"/>
        </w:rPr>
        <w:t>Burning bush.</w:t>
      </w:r>
    </w:p>
    <w:p>
      <w:pPr>
        <w:spacing w:after="0" w:line="264" w:lineRule="exact"/>
        <w:ind w:firstLine="0" w:left="0" w:right="0"/>
      </w:pPr>
    </w:p>
    <w:p>
      <w:pPr>
        <w:spacing w:after="0" w:line="264" w:lineRule="exact"/>
        <w:ind w:firstLine="0" w:left="0" w:right="0"/>
      </w:pPr>
      <w:r>
        <w:rPr>
          <w:rFonts w:ascii="EB Garamond" w:hAnsi="EB Garamond" w:eastAsia="EB Garamond"/>
          <w:sz w:val="22"/>
        </w:rPr>
        <w:t>God telling him what He wanted him to do.</w:t>
      </w:r>
    </w:p>
    <w:p>
      <w:pPr>
        <w:spacing w:after="0" w:line="264" w:lineRule="exact"/>
        <w:ind w:firstLine="0" w:left="0" w:right="0"/>
      </w:pPr>
    </w:p>
    <w:p>
      <w:pPr>
        <w:spacing w:after="0" w:line="264" w:lineRule="exact"/>
        <w:ind w:firstLine="0" w:left="0" w:right="0"/>
      </w:pPr>
      <w:r>
        <w:rPr>
          <w:rFonts w:ascii="EB Garamond" w:hAnsi="EB Garamond" w:eastAsia="EB Garamond"/>
          <w:sz w:val="22"/>
        </w:rPr>
        <w:t>And Moses asking:</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Who am I?</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“You’ve got to be kidding me.”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leaned closer.</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turned the phone toward him.</w:t>
      </w:r>
    </w:p>
    <w:p>
      <w:pPr>
        <w:spacing w:after="0" w:line="264" w:lineRule="exact"/>
        <w:ind w:firstLine="0" w:left="0" w:right="0"/>
      </w:pPr>
    </w:p>
    <w:p>
      <w:pPr>
        <w:spacing w:after="0" w:line="264" w:lineRule="exact"/>
        <w:ind w:firstLine="0" w:left="0" w:right="0"/>
      </w:pPr>
      <w:r>
        <w:rPr>
          <w:rFonts w:ascii="EB Garamond" w:hAnsi="EB Garamond" w:eastAsia="EB Garamond"/>
          <w:sz w:val="22"/>
        </w:rPr>
        <w:t>He read it.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plagiarized God.”</w:t>
      </w:r>
    </w:p>
    <w:p>
      <w:pPr>
        <w:spacing w:after="0" w:line="264" w:lineRule="exact"/>
        <w:ind w:firstLine="0" w:left="0" w:right="0"/>
      </w:pPr>
    </w:p>
    <w:p>
      <w:pPr>
        <w:spacing w:after="0" w:line="264" w:lineRule="exact"/>
        <w:ind w:firstLine="0" w:left="0" w:right="0"/>
      </w:pPr>
      <w:r>
        <w:rPr>
          <w:rFonts w:ascii="EB Garamond" w:hAnsi="EB Garamond" w:eastAsia="EB Garamond"/>
          <w:sz w:val="22"/>
        </w:rPr>
        <w:t>“Apparently.”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read the next line.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felt strange.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pulled her notebook closer.</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Mason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“God doesn’t answer him.”</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do you mean?”</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asks, ‘Who am I?’”</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“And God basically says, ‘I’ll be with you.’”</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at the passage.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“Huh.”</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not an answer.”</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it is.”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frowned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“No. If I ask who you are and you say, ‘Elsie will be with me,’ that’s not helpful.”</w:t>
      </w:r>
    </w:p>
    <w:p>
      <w:pPr>
        <w:spacing w:after="0" w:line="264" w:lineRule="exact"/>
        <w:ind w:firstLine="0" w:left="0" w:right="0"/>
      </w:pPr>
    </w:p>
    <w:p>
      <w:pPr>
        <w:spacing w:after="0" w:line="264" w:lineRule="exact"/>
        <w:ind w:firstLine="0" w:left="0" w:right="0"/>
      </w:pPr>
      <w:r>
        <w:rPr>
          <w:rFonts w:ascii="EB Garamond" w:hAnsi="EB Garamond" w:eastAsia="EB Garamond"/>
          <w:sz w:val="22"/>
        </w:rPr>
        <w:t>“I’d find it comforting.”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face warmed.</w:t>
      </w:r>
    </w:p>
    <w:p>
      <w:pPr>
        <w:spacing w:after="0" w:line="264" w:lineRule="exact"/>
        <w:ind w:firstLine="0" w:left="0" w:right="0"/>
      </w:pPr>
    </w:p>
    <w:p>
      <w:pPr>
        <w:spacing w:after="0" w:line="264" w:lineRule="exact"/>
        <w:ind w:firstLine="0" w:left="0" w:right="0"/>
      </w:pPr>
      <w:r>
        <w:rPr>
          <w:rFonts w:ascii="EB Garamond" w:hAnsi="EB Garamond" w:eastAsia="EB Garamond"/>
          <w:sz w:val="22"/>
        </w:rPr>
        <w:t>“Stop.”</w:t>
      </w:r>
    </w:p>
    <w:p>
      <w:pPr>
        <w:spacing w:after="0" w:line="264" w:lineRule="exact"/>
        <w:ind w:firstLine="0" w:left="0" w:right="0"/>
      </w:pPr>
    </w:p>
    <w:p>
      <w:pPr>
        <w:spacing w:after="0" w:line="264" w:lineRule="exact"/>
        <w:ind w:firstLine="0" w:left="0" w:right="0"/>
      </w:pPr>
      <w:r>
        <w:rPr>
          <w:rFonts w:ascii="EB Garamond" w:hAnsi="EB Garamond" w:eastAsia="EB Garamond"/>
          <w:sz w:val="22"/>
        </w:rPr>
        <w:t>“Sorry.”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went back to the passage.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But the words stayed.</w:t>
      </w:r>
    </w:p>
    <w:p>
      <w:pPr>
        <w:spacing w:after="0" w:line="264" w:lineRule="exact"/>
        <w:ind w:firstLine="0" w:left="0" w:right="0"/>
      </w:pPr>
    </w:p>
    <w:p>
      <w:pPr>
        <w:spacing w:after="0" w:line="264" w:lineRule="exact"/>
        <w:ind w:firstLine="0" w:left="0" w:right="0"/>
      </w:pPr>
      <w:r>
        <w:rPr>
          <w:rFonts w:ascii="EB Garamond" w:hAnsi="EB Garamond" w:eastAsia="EB Garamond"/>
          <w:i/>
          <w:sz w:val="22"/>
        </w:rPr>
        <w:t>Moses:</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Who am I?</w:t>
      </w:r>
    </w:p>
    <w:p>
      <w:pPr>
        <w:spacing w:after="0" w:line="264" w:lineRule="exact"/>
        <w:ind w:firstLine="0" w:left="0" w:right="0"/>
      </w:pPr>
    </w:p>
    <w:p>
      <w:pPr>
        <w:spacing w:after="0" w:line="264" w:lineRule="exact"/>
        <w:ind w:firstLine="0" w:left="0" w:right="0"/>
      </w:pPr>
      <w:r>
        <w:rPr>
          <w:rFonts w:ascii="EB Garamond" w:hAnsi="EB Garamond" w:eastAsia="EB Garamond"/>
          <w:i/>
          <w:sz w:val="22"/>
        </w:rPr>
        <w:t>God:</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will be with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thought about her essay.</w:t>
      </w:r>
    </w:p>
    <w:p>
      <w:pPr>
        <w:spacing w:after="0" w:line="264" w:lineRule="exact"/>
        <w:ind w:firstLine="0" w:left="0" w:right="0"/>
      </w:pPr>
    </w:p>
    <w:p>
      <w:pPr>
        <w:spacing w:after="0" w:line="264" w:lineRule="exact"/>
        <w:ind w:firstLine="0" w:left="0" w:right="0"/>
      </w:pPr>
      <w:r>
        <w:rPr>
          <w:rFonts w:ascii="EB Garamond" w:hAnsi="EB Garamond" w:eastAsia="EB Garamond"/>
          <w:sz w:val="22"/>
        </w:rPr>
        <w:t>All the versions of herself.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All the people she’d asked to define her.</w:t>
      </w:r>
    </w:p>
    <w:p>
      <w:pPr>
        <w:spacing w:after="0" w:line="264" w:lineRule="exact"/>
        <w:ind w:firstLine="0" w:left="0" w:right="0"/>
      </w:pPr>
    </w:p>
    <w:p>
      <w:pPr>
        <w:spacing w:after="0" w:line="264" w:lineRule="exact"/>
        <w:ind w:firstLine="0" w:left="0" w:right="0"/>
      </w:pPr>
      <w:r>
        <w:rPr>
          <w:rFonts w:ascii="EB Garamond" w:hAnsi="EB Garamond" w:eastAsia="EB Garamond"/>
          <w:sz w:val="22"/>
        </w:rPr>
        <w:t>Her mother.</w:t>
      </w:r>
    </w:p>
    <w:p>
      <w:pPr>
        <w:spacing w:after="0" w:line="264" w:lineRule="exact"/>
        <w:ind w:firstLine="0" w:left="0" w:right="0"/>
      </w:pPr>
    </w:p>
    <w:p>
      <w:pPr>
        <w:spacing w:after="0" w:line="264" w:lineRule="exact"/>
        <w:ind w:firstLine="0" w:left="0" w:right="0"/>
      </w:pPr>
      <w:r>
        <w:rPr>
          <w:rFonts w:ascii="EB Garamond" w:hAnsi="EB Garamond" w:eastAsia="EB Garamond"/>
          <w:sz w:val="22"/>
        </w:rPr>
        <w:t>Grandma.</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Teachers.</w:t>
      </w:r>
    </w:p>
    <w:p>
      <w:pPr>
        <w:spacing w:after="0" w:line="264" w:lineRule="exact"/>
        <w:ind w:firstLine="0" w:left="0" w:right="0"/>
      </w:pPr>
    </w:p>
    <w:p>
      <w:pPr>
        <w:spacing w:after="0" w:line="264" w:lineRule="exact"/>
        <w:ind w:firstLine="0" w:left="0" w:right="0"/>
      </w:pPr>
      <w:r>
        <w:rPr>
          <w:rFonts w:ascii="EB Garamond" w:hAnsi="EB Garamond" w:eastAsia="EB Garamond"/>
          <w:sz w:val="22"/>
        </w:rPr>
        <w:t>Friends.</w:t>
      </w:r>
    </w:p>
    <w:p>
      <w:pPr>
        <w:spacing w:after="0" w:line="264" w:lineRule="exact"/>
        <w:ind w:firstLine="0" w:left="0" w:right="0"/>
      </w:pPr>
    </w:p>
    <w:p>
      <w:pPr>
        <w:spacing w:after="0" w:line="264" w:lineRule="exact"/>
        <w:ind w:firstLine="0" w:left="0" w:right="0"/>
      </w:pPr>
      <w:r>
        <w:rPr>
          <w:rFonts w:ascii="EB Garamond" w:hAnsi="EB Garamond" w:eastAsia="EB Garamond"/>
          <w:sz w:val="22"/>
        </w:rPr>
        <w:t>Herself.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she’d assumed finding the correct description was the point.</w:t>
      </w:r>
    </w:p>
    <w:p>
      <w:pPr>
        <w:spacing w:after="0" w:line="264" w:lineRule="exact"/>
        <w:ind w:firstLine="0" w:left="0" w:right="0"/>
      </w:pPr>
    </w:p>
    <w:p>
      <w:pPr>
        <w:spacing w:after="0" w:line="264" w:lineRule="exact"/>
        <w:ind w:firstLine="0" w:left="0" w:right="0"/>
      </w:pPr>
      <w:r>
        <w:rPr>
          <w:rFonts w:ascii="EB Garamond" w:hAnsi="EB Garamond" w:eastAsia="EB Garamond"/>
          <w:sz w:val="22"/>
        </w:rPr>
        <w:t>Funny.</w:t>
      </w:r>
    </w:p>
    <w:p>
      <w:pPr>
        <w:spacing w:after="0" w:line="264" w:lineRule="exact"/>
        <w:ind w:firstLine="0" w:left="0" w:right="0"/>
      </w:pPr>
    </w:p>
    <w:p>
      <w:pPr>
        <w:spacing w:after="0" w:line="264" w:lineRule="exact"/>
        <w:ind w:firstLine="0" w:left="0" w:right="0"/>
      </w:pPr>
      <w:r>
        <w:rPr>
          <w:rFonts w:ascii="EB Garamond" w:hAnsi="EB Garamond" w:eastAsia="EB Garamond"/>
          <w:sz w:val="22"/>
        </w:rPr>
        <w:t>Smart.</w:t>
      </w:r>
    </w:p>
    <w:p>
      <w:pPr>
        <w:spacing w:after="0" w:line="264" w:lineRule="exact"/>
        <w:ind w:firstLine="0" w:left="0" w:right="0"/>
      </w:pPr>
    </w:p>
    <w:p>
      <w:pPr>
        <w:spacing w:after="0" w:line="264" w:lineRule="exact"/>
        <w:ind w:firstLine="0" w:left="0" w:right="0"/>
      </w:pPr>
      <w:r>
        <w:rPr>
          <w:rFonts w:ascii="EB Garamond" w:hAnsi="EB Garamond" w:eastAsia="EB Garamond"/>
          <w:sz w:val="22"/>
        </w:rPr>
        <w:t>Pretty.</w:t>
      </w:r>
    </w:p>
    <w:p>
      <w:pPr>
        <w:spacing w:after="0" w:line="264" w:lineRule="exact"/>
        <w:ind w:firstLine="0" w:left="0" w:right="0"/>
      </w:pPr>
    </w:p>
    <w:p>
      <w:pPr>
        <w:spacing w:after="0" w:line="264" w:lineRule="exact"/>
        <w:ind w:firstLine="0" w:left="0" w:right="0"/>
      </w:pPr>
      <w:r>
        <w:rPr>
          <w:rFonts w:ascii="EB Garamond" w:hAnsi="EB Garamond" w:eastAsia="EB Garamond"/>
          <w:sz w:val="22"/>
        </w:rPr>
        <w:t>Christian.</w:t>
      </w:r>
    </w:p>
    <w:p>
      <w:pPr>
        <w:spacing w:after="0" w:line="264" w:lineRule="exact"/>
        <w:ind w:firstLine="0" w:left="0" w:right="0"/>
      </w:pPr>
    </w:p>
    <w:p>
      <w:pPr>
        <w:spacing w:after="0" w:line="264" w:lineRule="exact"/>
        <w:ind w:firstLine="0" w:left="0" w:right="0"/>
      </w:pPr>
      <w:r>
        <w:rPr>
          <w:rFonts w:ascii="EB Garamond" w:hAnsi="EB Garamond" w:eastAsia="EB Garamond"/>
          <w:sz w:val="22"/>
        </w:rPr>
        <w:t>Good.</w:t>
      </w:r>
    </w:p>
    <w:p>
      <w:pPr>
        <w:spacing w:after="0" w:line="264" w:lineRule="exact"/>
        <w:ind w:firstLine="0" w:left="0" w:right="0"/>
      </w:pPr>
    </w:p>
    <w:p>
      <w:pPr>
        <w:spacing w:after="0" w:line="264" w:lineRule="exact"/>
        <w:ind w:firstLine="0" w:left="0" w:right="0"/>
      </w:pPr>
      <w:r>
        <w:rPr>
          <w:rFonts w:ascii="EB Garamond" w:hAnsi="EB Garamond" w:eastAsia="EB Garamond"/>
          <w:sz w:val="22"/>
        </w:rPr>
        <w:t>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she could finally write down and prove.</w:t>
      </w:r>
    </w:p>
    <w:p>
      <w:pPr>
        <w:spacing w:after="0" w:line="264" w:lineRule="exact"/>
        <w:ind w:firstLine="0" w:left="0" w:right="0"/>
      </w:pPr>
    </w:p>
    <w:p>
      <w:pPr>
        <w:spacing w:after="0" w:line="264" w:lineRule="exact"/>
        <w:ind w:firstLine="0" w:left="0" w:right="0"/>
      </w:pPr>
      <w:r>
        <w:rPr>
          <w:rFonts w:ascii="EB Garamond" w:hAnsi="EB Garamond" w:eastAsia="EB Garamond"/>
          <w:sz w:val="22"/>
        </w:rPr>
        <w:t>But God hadn’t handed Moses a résumé.</w:t>
      </w:r>
    </w:p>
    <w:p>
      <w:pPr>
        <w:spacing w:after="0" w:line="264" w:lineRule="exact"/>
        <w:ind w:firstLine="0" w:left="0" w:right="0"/>
      </w:pPr>
    </w:p>
    <w:p>
      <w:pPr>
        <w:spacing w:after="0" w:line="264" w:lineRule="exact"/>
        <w:ind w:firstLine="0" w:left="0" w:right="0"/>
      </w:pPr>
      <w:r>
        <w:rPr>
          <w:rFonts w:ascii="EB Garamond" w:hAnsi="EB Garamond" w:eastAsia="EB Garamond"/>
          <w:sz w:val="22"/>
        </w:rPr>
        <w:t>He hadn’t said:</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You’re brave.</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You’re talented.</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You’re secretly an excellent public speaker.</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You’ve got this.</w:t>
      </w:r>
    </w:p>
    <w:p>
      <w:pPr>
        <w:spacing w:after="0" w:line="264" w:lineRule="exact"/>
        <w:ind w:firstLine="0" w:left="0" w:right="0"/>
      </w:pPr>
    </w:p>
    <w:p>
      <w:pPr>
        <w:spacing w:after="0" w:line="264" w:lineRule="exact"/>
        <w:ind w:firstLine="0" w:left="0" w:right="0"/>
      </w:pPr>
      <w:r>
        <w:rPr>
          <w:rFonts w:ascii="EB Garamond" w:hAnsi="EB Garamond" w:eastAsia="EB Garamond"/>
          <w:i/>
          <w:sz w:val="22"/>
        </w:rPr>
        <w:t>Believe in yourself.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He’d said:</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will be with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sat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deeply inconvenient.”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say that about the Bible a lot.”</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it keeps refusing to say what I expect.”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that is the point.”</w:t>
      </w:r>
    </w:p>
    <w:p>
      <w:pPr>
        <w:spacing w:after="0" w:line="264" w:lineRule="exact"/>
        <w:ind w:firstLine="0" w:left="0" w:right="0"/>
      </w:pPr>
    </w:p>
    <w:p>
      <w:pPr>
        <w:spacing w:after="0" w:line="264" w:lineRule="exact"/>
        <w:ind w:firstLine="0" w:left="0" w:right="0"/>
      </w:pPr>
      <w:r>
        <w:rPr>
          <w:rFonts w:ascii="EB Garamond" w:hAnsi="EB Garamond" w:eastAsia="EB Garamond"/>
          <w:sz w:val="22"/>
        </w:rPr>
        <w:t>“Don’t start sounding wise. It’s unattractive.”</w:t>
      </w:r>
    </w:p>
    <w:p>
      <w:pPr>
        <w:spacing w:after="0" w:line="264" w:lineRule="exact"/>
        <w:ind w:firstLine="0" w:left="0" w:right="0"/>
      </w:pPr>
    </w:p>
    <w:p>
      <w:pPr>
        <w:spacing w:after="0" w:line="264" w:lineRule="exact"/>
        <w:ind w:firstLine="0" w:left="0" w:right="0"/>
      </w:pPr>
      <w:r>
        <w:rPr>
          <w:rFonts w:ascii="EB Garamond" w:hAnsi="EB Garamond" w:eastAsia="EB Garamond"/>
          <w:sz w:val="22"/>
        </w:rPr>
        <w:t>“Noted.”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kept reading.</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argued.</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 he did.</w:t>
      </w:r>
    </w:p>
    <w:p>
      <w:pPr>
        <w:spacing w:after="0" w:line="264" w:lineRule="exact"/>
        <w:ind w:firstLine="0" w:left="0" w:right="0"/>
      </w:pPr>
    </w:p>
    <w:p>
      <w:pPr>
        <w:spacing w:after="0" w:line="264" w:lineRule="exact"/>
        <w:ind w:firstLine="0" w:left="0" w:right="0"/>
      </w:pPr>
      <w:r>
        <w:rPr>
          <w:rFonts w:ascii="EB Garamond" w:hAnsi="EB Garamond" w:eastAsia="EB Garamond"/>
          <w:sz w:val="22"/>
        </w:rPr>
        <w:t>He had questions.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they didn’t believe him?</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they didn’t listen?</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he didn’t know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almost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had apparently invented overthinking.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got to the part about speaking.</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told God he wasn’t eloquent.</w:t>
      </w:r>
    </w:p>
    <w:p>
      <w:pPr>
        <w:spacing w:after="0" w:line="264" w:lineRule="exact"/>
        <w:ind w:firstLine="0" w:left="0" w:right="0"/>
      </w:pPr>
    </w:p>
    <w:p>
      <w:pPr>
        <w:spacing w:after="0" w:line="264" w:lineRule="exact"/>
        <w:ind w:firstLine="0" w:left="0" w:right="0"/>
      </w:pPr>
      <w:r>
        <w:rPr>
          <w:rFonts w:ascii="EB Garamond" w:hAnsi="EB Garamond" w:eastAsia="EB Garamond"/>
          <w:sz w:val="22"/>
        </w:rPr>
        <w:t>He was slow of speech.</w:t>
      </w:r>
    </w:p>
    <w:p>
      <w:pPr>
        <w:spacing w:after="0" w:line="264" w:lineRule="exact"/>
        <w:ind w:firstLine="0" w:left="0" w:right="0"/>
      </w:pPr>
    </w:p>
    <w:p>
      <w:pPr>
        <w:spacing w:after="0" w:line="264" w:lineRule="exact"/>
        <w:ind w:firstLine="0" w:left="0" w:right="0"/>
      </w:pPr>
      <w:r>
        <w:rPr>
          <w:rFonts w:ascii="EB Garamond" w:hAnsi="EB Garamond" w:eastAsia="EB Garamond"/>
          <w:sz w:val="22"/>
        </w:rPr>
        <w:t>And God told him He would help him speak and teach him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And Moses still said:</w:t>
      </w:r>
    </w:p>
    <w:p>
      <w:pPr>
        <w:spacing w:after="0" w:line="264" w:lineRule="exact"/>
        <w:ind w:firstLine="0" w:left="0" w:right="0"/>
      </w:pPr>
    </w:p>
    <w:p>
      <w:pPr>
        <w:spacing w:after="0" w:line="264" w:lineRule="exact"/>
        <w:ind w:firstLine="0" w:left="0" w:right="0"/>
      </w:pPr>
      <w:r>
        <w:rPr>
          <w:rFonts w:ascii="EB Garamond" w:hAnsi="EB Garamond" w:eastAsia="EB Garamond"/>
          <w:i/>
          <w:sz w:val="22"/>
        </w:rPr>
        <w:t>Send somebody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is me.”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“God literally tells him He’ll help him speak, and Moses is like, respectfully, no, pick somebody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read.</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“I love him.”</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he’s faithful?”</w:t>
      </w:r>
    </w:p>
    <w:p>
      <w:pPr>
        <w:spacing w:after="0" w:line="264" w:lineRule="exact"/>
        <w:ind w:firstLine="0" w:left="0" w:right="0"/>
      </w:pPr>
    </w:p>
    <w:p>
      <w:pPr>
        <w:spacing w:after="0" w:line="264" w:lineRule="exact"/>
        <w:ind w:firstLine="0" w:left="0" w:right="0"/>
      </w:pPr>
      <w:r>
        <w:rPr>
          <w:rFonts w:ascii="EB Garamond" w:hAnsi="EB Garamond" w:eastAsia="EB Garamond"/>
          <w:sz w:val="22"/>
        </w:rPr>
        <w:t>“No. Because he’s exhausting.”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did too.</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her smile faded.</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courage wasn’t feeling ready.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it wasn’t knowing exactly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it wasn’t having the kind of personality that confronted people in hallways.</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sometimes courage was just…</w:t>
      </w:r>
    </w:p>
    <w:p>
      <w:pPr>
        <w:spacing w:after="0" w:line="264" w:lineRule="exact"/>
        <w:ind w:firstLine="0" w:left="0" w:right="0"/>
      </w:pPr>
    </w:p>
    <w:p>
      <w:pPr>
        <w:spacing w:after="0" w:line="264" w:lineRule="exact"/>
        <w:ind w:firstLine="0" w:left="0" w:right="0"/>
      </w:pPr>
      <w:r>
        <w:rPr>
          <w:rFonts w:ascii="EB Garamond" w:hAnsi="EB Garamond" w:eastAsia="EB Garamond"/>
          <w:sz w:val="22"/>
        </w:rPr>
        <w:t>Going.</w:t>
      </w:r>
    </w:p>
    <w:p>
      <w:pPr>
        <w:spacing w:after="0" w:line="264" w:lineRule="exact"/>
        <w:ind w:firstLine="0" w:left="0" w:right="0"/>
      </w:pPr>
    </w:p>
    <w:p>
      <w:pPr>
        <w:spacing w:after="0" w:line="264" w:lineRule="exact"/>
        <w:ind w:firstLine="0" w:left="0" w:right="0"/>
      </w:pPr>
      <w:r>
        <w:rPr>
          <w:rFonts w:ascii="EB Garamond" w:hAnsi="EB Garamond" w:eastAsia="EB Garamond"/>
          <w:sz w:val="22"/>
        </w:rPr>
        <w:t>Speaking.</w:t>
      </w:r>
    </w:p>
    <w:p>
      <w:pPr>
        <w:spacing w:after="0" w:line="264" w:lineRule="exact"/>
        <w:ind w:firstLine="0" w:left="0" w:right="0"/>
      </w:pPr>
    </w:p>
    <w:p>
      <w:pPr>
        <w:spacing w:after="0" w:line="264" w:lineRule="exact"/>
        <w:ind w:firstLine="0" w:left="0" w:right="0"/>
      </w:pPr>
      <w:r>
        <w:rPr>
          <w:rFonts w:ascii="EB Garamond" w:hAnsi="EB Garamond" w:eastAsia="EB Garamond"/>
          <w:sz w:val="22"/>
        </w:rPr>
        <w:t>Badly, if necessary.</w:t>
      </w:r>
    </w:p>
    <w:p>
      <w:pPr>
        <w:spacing w:after="0" w:line="264" w:lineRule="exact"/>
        <w:ind w:firstLine="0" w:left="0" w:right="0"/>
      </w:pPr>
    </w:p>
    <w:p>
      <w:pPr>
        <w:spacing w:after="0" w:line="264" w:lineRule="exact"/>
        <w:ind w:firstLine="0" w:left="0" w:right="0"/>
      </w:pPr>
      <w:r>
        <w:rPr>
          <w:rFonts w:ascii="EB Garamond" w:hAnsi="EB Garamond" w:eastAsia="EB Garamond"/>
          <w:sz w:val="22"/>
        </w:rPr>
        <w:t>Before your brain found fourteen reasons not to.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the clock.</w:t>
      </w:r>
    </w:p>
    <w:p>
      <w:pPr>
        <w:spacing w:after="0" w:line="264" w:lineRule="exact"/>
        <w:ind w:firstLine="0" w:left="0" w:right="0"/>
      </w:pPr>
    </w:p>
    <w:p>
      <w:pPr>
        <w:spacing w:after="0" w:line="264" w:lineRule="exact"/>
        <w:ind w:firstLine="0" w:left="0" w:right="0"/>
      </w:pPr>
      <w:r>
        <w:rPr>
          <w:rFonts w:ascii="EB Garamond" w:hAnsi="EB Garamond" w:eastAsia="EB Garamond"/>
          <w:sz w:val="22"/>
        </w:rPr>
        <w:t>Lunch ended in twelve minutes.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closed her 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“I have to find Caroline.”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 not find Caroline.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had gone home.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learned that from the attendance office, where a secretary also informed her that no, she could not have another student’s home address.</w:t>
      </w:r>
    </w:p>
    <w:p>
      <w:pPr>
        <w:spacing w:after="0" w:line="264" w:lineRule="exact"/>
        <w:ind w:firstLine="0" w:left="0" w:right="0"/>
      </w:pPr>
    </w:p>
    <w:p>
      <w:pPr>
        <w:spacing w:after="0" w:line="264" w:lineRule="exact"/>
        <w:ind w:firstLine="0" w:left="0" w:right="0"/>
      </w:pPr>
      <w:r>
        <w:rPr>
          <w:rFonts w:ascii="EB Garamond" w:hAnsi="EB Garamond" w:eastAsia="EB Garamond"/>
          <w:sz w:val="22"/>
        </w:rPr>
        <w:t>“I wasn’t asking for her address.”</w:t>
      </w:r>
    </w:p>
    <w:p>
      <w:pPr>
        <w:spacing w:after="0" w:line="264" w:lineRule="exact"/>
        <w:ind w:firstLine="0" w:left="0" w:right="0"/>
      </w:pPr>
    </w:p>
    <w:p>
      <w:pPr>
        <w:spacing w:after="0" w:line="264" w:lineRule="exact"/>
        <w:ind w:firstLine="0" w:left="0" w:right="0"/>
      </w:pPr>
      <w:r>
        <w:rPr>
          <w:rFonts w:ascii="EB Garamond" w:hAnsi="EB Garamond" w:eastAsia="EB Garamond"/>
          <w:sz w:val="22"/>
        </w:rPr>
        <w:t>“You asked where she lives.”</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different.”</w:t>
      </w:r>
    </w:p>
    <w:p>
      <w:pPr>
        <w:spacing w:after="0" w:line="264" w:lineRule="exact"/>
        <w:ind w:firstLine="0" w:left="0" w:right="0"/>
      </w:pPr>
    </w:p>
    <w:p>
      <w:pPr>
        <w:spacing w:after="0" w:line="264" w:lineRule="exact"/>
        <w:ind w:firstLine="0" w:left="0" w:right="0"/>
      </w:pPr>
      <w:r>
        <w:rPr>
          <w:rFonts w:ascii="EB Garamond" w:hAnsi="EB Garamond" w:eastAsia="EB Garamond"/>
          <w:sz w:val="22"/>
        </w:rPr>
        <w:t>“It is not.”</w:t>
      </w:r>
    </w:p>
    <w:p>
      <w:pPr>
        <w:spacing w:after="0" w:line="264" w:lineRule="exact"/>
        <w:ind w:firstLine="0" w:left="0" w:right="0"/>
      </w:pPr>
    </w:p>
    <w:p>
      <w:pPr>
        <w:spacing w:after="0" w:line="264" w:lineRule="exact"/>
        <w:ind w:firstLine="0" w:left="0" w:right="0"/>
      </w:pPr>
      <w:r>
        <w:rPr>
          <w:rFonts w:ascii="EB Garamond" w:hAnsi="EB Garamond" w:eastAsia="EB Garamond"/>
          <w:sz w:val="22"/>
        </w:rPr>
        <w:t>“Fair.”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left.</w:t>
      </w:r>
    </w:p>
    <w:p>
      <w:pPr>
        <w:spacing w:after="0" w:line="264" w:lineRule="exact"/>
        <w:ind w:firstLine="0" w:left="0" w:right="0"/>
      </w:pPr>
    </w:p>
    <w:p>
      <w:pPr>
        <w:spacing w:after="0" w:line="264" w:lineRule="exact"/>
        <w:ind w:firstLine="0" w:left="0" w:right="0"/>
      </w:pPr>
      <w:r>
        <w:rPr>
          <w:rFonts w:ascii="EB Garamond" w:hAnsi="EB Garamond" w:eastAsia="EB Garamond"/>
          <w:sz w:val="22"/>
        </w:rPr>
        <w:t>Now what?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stood in the hallway.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this was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She’d tried.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counted.</w:t>
      </w:r>
    </w:p>
    <w:p>
      <w:pPr>
        <w:spacing w:after="0" w:line="264" w:lineRule="exact"/>
        <w:ind w:firstLine="0" w:left="0" w:right="0"/>
      </w:pPr>
    </w:p>
    <w:p>
      <w:pPr>
        <w:spacing w:after="0" w:line="264" w:lineRule="exact"/>
        <w:ind w:firstLine="0" w:left="0" w:right="0"/>
      </w:pPr>
      <w:r>
        <w:rPr>
          <w:rFonts w:ascii="EB Garamond" w:hAnsi="EB Garamond" w:eastAsia="EB Garamond"/>
          <w:sz w:val="22"/>
        </w:rPr>
        <w:t>Right?</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was in her hand.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could message Caroline.</w:t>
      </w:r>
    </w:p>
    <w:p>
      <w:pPr>
        <w:spacing w:after="0" w:line="264" w:lineRule="exact"/>
        <w:ind w:firstLine="0" w:left="0" w:right="0"/>
      </w:pPr>
    </w:p>
    <w:p>
      <w:pPr>
        <w:spacing w:after="0" w:line="264" w:lineRule="exact"/>
        <w:ind w:firstLine="0" w:left="0" w:right="0"/>
      </w:pPr>
      <w:r>
        <w:rPr>
          <w:rFonts w:ascii="EB Garamond" w:hAnsi="EB Garamond" w:eastAsia="EB Garamond"/>
          <w:sz w:val="22"/>
        </w:rPr>
        <w:t>Except they didn’t follow each other.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searched her name.</w:t>
      </w:r>
    </w:p>
    <w:p>
      <w:pPr>
        <w:spacing w:after="0" w:line="264" w:lineRule="exact"/>
        <w:ind w:firstLine="0" w:left="0" w:right="0"/>
      </w:pPr>
    </w:p>
    <w:p>
      <w:pPr>
        <w:spacing w:after="0" w:line="264" w:lineRule="exact"/>
        <w:ind w:firstLine="0" w:left="0" w:right="0"/>
      </w:pPr>
      <w:r>
        <w:rPr>
          <w:rFonts w:ascii="EB Garamond" w:hAnsi="EB Garamond" w:eastAsia="EB Garamond"/>
          <w:sz w:val="22"/>
        </w:rPr>
        <w:t>Private account.</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stared at the profile.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hit Follow.</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 happened.</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that was how requests worked.</w:t>
      </w:r>
    </w:p>
    <w:p>
      <w:pPr>
        <w:spacing w:after="0" w:line="264" w:lineRule="exact"/>
        <w:ind w:firstLine="0" w:left="0" w:right="0"/>
      </w:pPr>
    </w:p>
    <w:p>
      <w:pPr>
        <w:spacing w:after="0" w:line="264" w:lineRule="exact"/>
        <w:ind w:firstLine="0" w:left="0" w:right="0"/>
      </w:pPr>
      <w:r>
        <w:rPr>
          <w:rFonts w:ascii="EB Garamond" w:hAnsi="EB Garamond" w:eastAsia="EB Garamond"/>
          <w:sz w:val="22"/>
        </w:rPr>
        <w:t>Excellent.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opened a message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Typed:</w:t>
      </w:r>
    </w:p>
    <w:p>
      <w:pPr>
        <w:spacing w:after="0" w:line="264" w:lineRule="exact"/>
        <w:ind w:firstLine="0" w:left="0" w:right="0"/>
      </w:pPr>
    </w:p>
    <w:p>
      <w:pPr>
        <w:spacing w:after="0" w:line="264" w:lineRule="exact"/>
        <w:ind w:firstLine="0" w:left="0" w:right="0"/>
      </w:pPr>
      <w:r>
        <w:rPr>
          <w:rFonts w:ascii="EB Garamond" w:hAnsi="EB Garamond" w:eastAsia="EB Garamond"/>
          <w:sz w:val="22"/>
        </w:rPr>
        <w:t>Hey it’s Elsie from Bennett’s class</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next?</w:t>
      </w:r>
    </w:p>
    <w:p>
      <w:pPr>
        <w:spacing w:after="0" w:line="264" w:lineRule="exact"/>
        <w:ind w:firstLine="0" w:left="0" w:right="0"/>
      </w:pPr>
    </w:p>
    <w:p>
      <w:pPr>
        <w:spacing w:after="0" w:line="264" w:lineRule="exact"/>
        <w:ind w:firstLine="0" w:left="0" w:right="0"/>
      </w:pPr>
      <w:r>
        <w:rPr>
          <w:rFonts w:ascii="EB Garamond" w:hAnsi="EB Garamond" w:eastAsia="EB Garamond"/>
          <w:i/>
          <w:sz w:val="22"/>
        </w:rPr>
        <w:t>Sorry you had a panic attack in front of everyone?</w:t>
      </w:r>
    </w:p>
    <w:p>
      <w:pPr>
        <w:spacing w:after="0" w:line="264" w:lineRule="exact"/>
        <w:ind w:firstLine="0" w:left="0" w:right="0"/>
      </w:pPr>
    </w:p>
    <w:p>
      <w:pPr>
        <w:spacing w:after="0" w:line="264" w:lineRule="exact"/>
        <w:ind w:firstLine="0" w:left="0" w:right="0"/>
      </w:pPr>
      <w:r>
        <w:rPr>
          <w:rFonts w:ascii="EB Garamond" w:hAnsi="EB Garamond" w:eastAsia="EB Garamond"/>
          <w:sz w:val="22"/>
        </w:rPr>
        <w:t>Horrible.</w:t>
      </w:r>
    </w:p>
    <w:p>
      <w:pPr>
        <w:spacing w:after="0" w:line="264" w:lineRule="exact"/>
        <w:ind w:firstLine="0" w:left="0" w:right="0"/>
      </w:pPr>
    </w:p>
    <w:p>
      <w:pPr>
        <w:spacing w:after="0" w:line="264" w:lineRule="exact"/>
        <w:ind w:firstLine="0" w:left="0" w:right="0"/>
      </w:pPr>
      <w:r>
        <w:rPr>
          <w:rFonts w:ascii="EB Garamond" w:hAnsi="EB Garamond" w:eastAsia="EB Garamond"/>
          <w:i/>
          <w:sz w:val="22"/>
        </w:rPr>
        <w:t>Sorry Tyler is an ass?</w:t>
      </w:r>
    </w:p>
    <w:p>
      <w:pPr>
        <w:spacing w:after="0" w:line="264" w:lineRule="exact"/>
        <w:ind w:firstLine="0" w:left="0" w:right="0"/>
      </w:pPr>
    </w:p>
    <w:p>
      <w:pPr>
        <w:spacing w:after="0" w:line="264" w:lineRule="exact"/>
        <w:ind w:firstLine="0" w:left="0" w:right="0"/>
      </w:pPr>
      <w:r>
        <w:rPr>
          <w:rFonts w:ascii="EB Garamond" w:hAnsi="EB Garamond" w:eastAsia="EB Garamond"/>
          <w:sz w:val="22"/>
        </w:rPr>
        <w:t>Accurate but insufficient.</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saw him recording but did nothing, please forgive me so I can stop feeling guilty?</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was probably the real reason she was doing this.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deleted the message.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Maddie was right.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she was making it about herself.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shoved her phone into her pocket.</w:t>
      </w:r>
    </w:p>
    <w:p>
      <w:pPr>
        <w:spacing w:after="0" w:line="264" w:lineRule="exact"/>
        <w:ind w:firstLine="0" w:left="0" w:right="0"/>
      </w:pPr>
    </w:p>
    <w:p>
      <w:pPr>
        <w:spacing w:after="0" w:line="264" w:lineRule="exact"/>
        <w:ind w:firstLine="0" w:left="0" w:right="0"/>
      </w:pPr>
      <w:r>
        <w:rPr>
          <w:rFonts w:ascii="EB Garamond" w:hAnsi="EB Garamond" w:eastAsia="EB Garamond"/>
          <w:sz w:val="22"/>
        </w:rPr>
        <w:t>The bell rang.</w:t>
      </w:r>
    </w:p>
    <w:p>
      <w:pPr>
        <w:spacing w:after="0" w:line="264" w:lineRule="exact"/>
        <w:ind w:firstLine="0" w:left="0" w:right="0"/>
      </w:pPr>
    </w:p>
    <w:p>
      <w:pPr>
        <w:spacing w:after="0" w:line="264" w:lineRule="exact"/>
        <w:ind w:firstLine="0" w:left="0" w:right="0"/>
      </w:pPr>
      <w:r>
        <w:rPr>
          <w:rFonts w:ascii="EB Garamond" w:hAnsi="EB Garamond" w:eastAsia="EB Garamond"/>
          <w:sz w:val="22"/>
        </w:rPr>
        <w:t>Students poured into the hallway.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went to class.</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was back on Friday.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saw her before first period.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 at her locker.</w:t>
      </w:r>
    </w:p>
    <w:p>
      <w:pPr>
        <w:spacing w:after="0" w:line="264" w:lineRule="exact"/>
        <w:ind w:firstLine="0" w:left="0" w:right="0"/>
      </w:pPr>
    </w:p>
    <w:p>
      <w:pPr>
        <w:spacing w:after="0" w:line="264" w:lineRule="exact"/>
        <w:ind w:firstLine="0" w:left="0" w:right="0"/>
      </w:pPr>
      <w:r>
        <w:rPr>
          <w:rFonts w:ascii="EB Garamond" w:hAnsi="EB Garamond" w:eastAsia="EB Garamond"/>
          <w:sz w:val="22"/>
        </w:rPr>
        <w:t>Alone.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 twenty feet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Opportunity.</w:t>
      </w:r>
    </w:p>
    <w:p>
      <w:pPr>
        <w:spacing w:after="0" w:line="264" w:lineRule="exact"/>
        <w:ind w:firstLine="0" w:left="0" w:right="0"/>
      </w:pPr>
    </w:p>
    <w:p>
      <w:pPr>
        <w:spacing w:after="0" w:line="264" w:lineRule="exact"/>
        <w:ind w:firstLine="0" w:left="0" w:right="0"/>
      </w:pPr>
      <w:r>
        <w:rPr>
          <w:rFonts w:ascii="EB Garamond" w:hAnsi="EB Garamond" w:eastAsia="EB Garamond"/>
          <w:sz w:val="22"/>
        </w:rPr>
        <w:t>Immediately, her brain began.</w:t>
      </w:r>
    </w:p>
    <w:p>
      <w:pPr>
        <w:spacing w:after="0" w:line="264" w:lineRule="exact"/>
        <w:ind w:firstLine="0" w:left="0" w:right="0"/>
      </w:pPr>
    </w:p>
    <w:p>
      <w:pPr>
        <w:spacing w:after="0" w:line="264" w:lineRule="exact"/>
        <w:ind w:firstLine="0" w:left="0" w:right="0"/>
      </w:pPr>
      <w:r>
        <w:rPr>
          <w:rFonts w:ascii="EB Garamond" w:hAnsi="EB Garamond" w:eastAsia="EB Garamond"/>
          <w:i/>
          <w:sz w:val="22"/>
        </w:rPr>
        <w:t>Don’t.</w:t>
      </w:r>
    </w:p>
    <w:p>
      <w:pPr>
        <w:spacing w:after="0" w:line="264" w:lineRule="exact"/>
        <w:ind w:firstLine="0" w:left="0" w:right="0"/>
      </w:pPr>
    </w:p>
    <w:p>
      <w:pPr>
        <w:spacing w:after="0" w:line="264" w:lineRule="exact"/>
        <w:ind w:firstLine="0" w:left="0" w:right="0"/>
      </w:pPr>
      <w:r>
        <w:rPr>
          <w:rFonts w:ascii="EB Garamond" w:hAnsi="EB Garamond" w:eastAsia="EB Garamond"/>
          <w:i/>
          <w:sz w:val="22"/>
        </w:rPr>
        <w:t>She doesn’t want to talk about it.</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You’ll embarrass her.</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 barely know her.</w:t>
      </w:r>
    </w:p>
    <w:p>
      <w:pPr>
        <w:spacing w:after="0" w:line="264" w:lineRule="exact"/>
        <w:ind w:firstLine="0" w:left="0" w:right="0"/>
      </w:pPr>
    </w:p>
    <w:p>
      <w:pPr>
        <w:spacing w:after="0" w:line="264" w:lineRule="exact"/>
        <w:ind w:firstLine="0" w:left="0" w:right="0"/>
      </w:pPr>
      <w:r>
        <w:rPr>
          <w:rFonts w:ascii="EB Garamond" w:hAnsi="EB Garamond" w:eastAsia="EB Garamond"/>
          <w:i/>
          <w:sz w:val="22"/>
        </w:rPr>
        <w:t>Someone else probably already said something.</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What would you even say?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almost kept walking.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thought about Moses.</w:t>
      </w:r>
    </w:p>
    <w:p>
      <w:pPr>
        <w:spacing w:after="0" w:line="264" w:lineRule="exact"/>
        <w:ind w:firstLine="0" w:left="0" w:right="0"/>
      </w:pPr>
    </w:p>
    <w:p>
      <w:pPr>
        <w:spacing w:after="0" w:line="264" w:lineRule="exact"/>
        <w:ind w:firstLine="0" w:left="0" w:right="0"/>
      </w:pPr>
      <w:r>
        <w:rPr>
          <w:rFonts w:ascii="EB Garamond" w:hAnsi="EB Garamond" w:eastAsia="EB Garamond"/>
          <w:i/>
          <w:sz w:val="22"/>
        </w:rPr>
        <w:t>Please send someone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actually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over.</w:t>
      </w:r>
    </w:p>
    <w:p>
      <w:pPr>
        <w:spacing w:after="0" w:line="264" w:lineRule="exact"/>
        <w:ind w:firstLine="0" w:left="0" w:right="0"/>
      </w:pPr>
    </w:p>
    <w:p>
      <w:pPr>
        <w:spacing w:after="0" w:line="264" w:lineRule="exact"/>
        <w:ind w:firstLine="0" w:left="0" w:right="0"/>
      </w:pPr>
      <w:r>
        <w:rPr>
          <w:rFonts w:ascii="EB Garamond" w:hAnsi="EB Garamond" w:eastAsia="EB Garamond"/>
          <w:sz w:val="22"/>
        </w:rPr>
        <w:t>Great.</w:t>
      </w:r>
    </w:p>
    <w:p>
      <w:pPr>
        <w:spacing w:after="0" w:line="264" w:lineRule="exact"/>
        <w:ind w:firstLine="0" w:left="0" w:right="0"/>
      </w:pPr>
    </w:p>
    <w:p>
      <w:pPr>
        <w:spacing w:after="0" w:line="264" w:lineRule="exact"/>
        <w:ind w:firstLine="0" w:left="0" w:right="0"/>
      </w:pPr>
      <w:r>
        <w:rPr>
          <w:rFonts w:ascii="EB Garamond" w:hAnsi="EB Garamond" w:eastAsia="EB Garamond"/>
          <w:sz w:val="22"/>
        </w:rPr>
        <w:t>Now she had to go.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walked toward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“Hey.”</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wary.</w:t>
      </w:r>
    </w:p>
    <w:p>
      <w:pPr>
        <w:spacing w:after="0" w:line="264" w:lineRule="exact"/>
        <w:ind w:firstLine="0" w:left="0" w:right="0"/>
      </w:pPr>
    </w:p>
    <w:p>
      <w:pPr>
        <w:spacing w:after="0" w:line="264" w:lineRule="exact"/>
        <w:ind w:firstLine="0" w:left="0" w:right="0"/>
      </w:pPr>
      <w:r>
        <w:rPr>
          <w:rFonts w:ascii="EB Garamond" w:hAnsi="EB Garamond" w:eastAsia="EB Garamond"/>
          <w:sz w:val="22"/>
        </w:rPr>
        <w:t>“Hey.”</w:t>
      </w:r>
    </w:p>
    <w:p>
      <w:pPr>
        <w:spacing w:after="0" w:line="264" w:lineRule="exact"/>
        <w:ind w:firstLine="0" w:left="0" w:right="0"/>
      </w:pPr>
    </w:p>
    <w:p>
      <w:pPr>
        <w:spacing w:after="0" w:line="264" w:lineRule="exact"/>
        <w:ind w:firstLine="0" w:left="0" w:right="0"/>
      </w:pPr>
      <w:r>
        <w:rPr>
          <w:rFonts w:ascii="EB Garamond" w:hAnsi="EB Garamond" w:eastAsia="EB Garamond"/>
          <w:sz w:val="22"/>
        </w:rPr>
        <w:t>“Can I tell you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sounded ominous.</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Caroline’s face confirmed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took a breath.</w:t>
      </w:r>
    </w:p>
    <w:p>
      <w:pPr>
        <w:spacing w:after="0" w:line="264" w:lineRule="exact"/>
        <w:ind w:firstLine="0" w:left="0" w:right="0"/>
      </w:pPr>
    </w:p>
    <w:p>
      <w:pPr>
        <w:spacing w:after="0" w:line="264" w:lineRule="exact"/>
        <w:ind w:firstLine="0" w:left="0" w:right="0"/>
      </w:pPr>
      <w:r>
        <w:rPr>
          <w:rFonts w:ascii="EB Garamond" w:hAnsi="EB Garamond" w:eastAsia="EB Garamond"/>
          <w:sz w:val="22"/>
        </w:rPr>
        <w:t>“I saw Tyler recording yesterday.”</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“And I wanted to tell him to stop.”</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swallowed.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“But I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didn’t say anything.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“I kept thinking about saying something, and then I didn’t. And I’m sorry.”</w:t>
      </w:r>
    </w:p>
    <w:p>
      <w:pPr>
        <w:spacing w:after="0" w:line="264" w:lineRule="exact"/>
        <w:ind w:firstLine="0" w:left="0" w:right="0"/>
      </w:pPr>
    </w:p>
    <w:p>
      <w:pPr>
        <w:spacing w:after="0" w:line="264" w:lineRule="exact"/>
        <w:ind w:firstLine="0" w:left="0" w:right="0"/>
      </w:pPr>
      <w:r>
        <w:rPr>
          <w:rFonts w:ascii="EB Garamond" w:hAnsi="EB Garamond" w:eastAsia="EB Garamond"/>
          <w:sz w:val="22"/>
        </w:rPr>
        <w:t>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was awful.</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wished God had included the teaching-you-what-to-say part.</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 I didn’t post it,” she continued. “And I know I didn’t record it. But I saw it happening.”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forced herself not to fill the 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Finally, Caroline said, “Why are you apologizing?”</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I could’ve helped.”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didn’t know he’d send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“Neither did I.”</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closed her locker.</w:t>
      </w:r>
    </w:p>
    <w:p>
      <w:pPr>
        <w:spacing w:after="0" w:line="264" w:lineRule="exact"/>
        <w:ind w:firstLine="0" w:left="0" w:right="0"/>
      </w:pPr>
    </w:p>
    <w:p>
      <w:pPr>
        <w:spacing w:after="0" w:line="264" w:lineRule="exact"/>
        <w:ind w:firstLine="0" w:left="0" w:right="0"/>
      </w:pPr>
      <w:r>
        <w:rPr>
          <w:rFonts w:ascii="EB Garamond" w:hAnsi="EB Garamond" w:eastAsia="EB Garamond"/>
          <w:sz w:val="22"/>
        </w:rPr>
        <w:t>“My mom wants me to switch English classes.”</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want to.”</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don’t.”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smiled slightly.</w:t>
      </w:r>
    </w:p>
    <w:p>
      <w:pPr>
        <w:spacing w:after="0" w:line="264" w:lineRule="exact"/>
        <w:ind w:firstLine="0" w:left="0" w:right="0"/>
      </w:pPr>
    </w:p>
    <w:p>
      <w:pPr>
        <w:spacing w:after="0" w:line="264" w:lineRule="exact"/>
        <w:ind w:firstLine="0" w:left="0" w:right="0"/>
      </w:pPr>
      <w:r>
        <w:rPr>
          <w:rFonts w:ascii="EB Garamond" w:hAnsi="EB Garamond" w:eastAsia="EB Garamond"/>
          <w:sz w:val="22"/>
        </w:rPr>
        <w:t>“My mom thinks she can prevent me from ever being embarrassed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sounds ambitious.”</w:t>
      </w:r>
    </w:p>
    <w:p>
      <w:pPr>
        <w:spacing w:after="0" w:line="264" w:lineRule="exact"/>
        <w:ind w:firstLine="0" w:left="0" w:right="0"/>
      </w:pPr>
    </w:p>
    <w:p>
      <w:pPr>
        <w:spacing w:after="0" w:line="264" w:lineRule="exact"/>
        <w:ind w:firstLine="0" w:left="0" w:right="0"/>
      </w:pPr>
      <w:r>
        <w:rPr>
          <w:rFonts w:ascii="EB Garamond" w:hAnsi="EB Garamond" w:eastAsia="EB Garamond"/>
          <w:sz w:val="22"/>
        </w:rPr>
        <w:t>“Very.”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Caroline said, “I have panic attacks sometimes.”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“My speech therapist says they make my stutter 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Speech therapist.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hadn’t known Caroline had a stutter.</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barely spoke in class.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had noticed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never wondered why.</w:t>
      </w:r>
    </w:p>
    <w:p>
      <w:pPr>
        <w:spacing w:after="0" w:line="264" w:lineRule="exact"/>
        <w:ind w:firstLine="0" w:left="0" w:right="0"/>
      </w:pPr>
    </w:p>
    <w:p>
      <w:pPr>
        <w:spacing w:after="0" w:line="264" w:lineRule="exact"/>
        <w:ind w:firstLine="0" w:left="0" w:right="0"/>
      </w:pPr>
      <w:r>
        <w:rPr>
          <w:rFonts w:ascii="EB Garamond" w:hAnsi="EB Garamond" w:eastAsia="EB Garamond"/>
          <w:sz w:val="22"/>
        </w:rPr>
        <w:t>“I practiced that stupid essay for three hours.”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chest hurt.</w:t>
      </w:r>
    </w:p>
    <w:p>
      <w:pPr>
        <w:spacing w:after="0" w:line="264" w:lineRule="exact"/>
        <w:ind w:firstLine="0" w:left="0" w:right="0"/>
      </w:pPr>
    </w:p>
    <w:p>
      <w:pPr>
        <w:spacing w:after="0" w:line="264" w:lineRule="exact"/>
        <w:ind w:firstLine="0" w:left="0" w:right="0"/>
      </w:pPr>
      <w:r>
        <w:rPr>
          <w:rFonts w:ascii="EB Garamond" w:hAnsi="EB Garamond" w:eastAsia="EB Garamond"/>
          <w:sz w:val="22"/>
        </w:rPr>
        <w:t>“At home I could do it.”</w:t>
      </w:r>
    </w:p>
    <w:p>
      <w:pPr>
        <w:spacing w:after="0" w:line="264" w:lineRule="exact"/>
        <w:ind w:firstLine="0" w:left="0" w:right="0"/>
      </w:pPr>
    </w:p>
    <w:p>
      <w:pPr>
        <w:spacing w:after="0" w:line="264" w:lineRule="exact"/>
        <w:ind w:firstLine="0" w:left="0" w:right="0"/>
      </w:pPr>
      <w:r>
        <w:rPr>
          <w:rFonts w:ascii="EB Garamond" w:hAnsi="EB Garamond" w:eastAsia="EB Garamond"/>
          <w:sz w:val="22"/>
        </w:rPr>
        <w:t>“I’m sorry.”</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shrugged.</w:t>
      </w:r>
    </w:p>
    <w:p>
      <w:pPr>
        <w:spacing w:after="0" w:line="264" w:lineRule="exact"/>
        <w:ind w:firstLine="0" w:left="0" w:right="0"/>
      </w:pPr>
    </w:p>
    <w:p>
      <w:pPr>
        <w:spacing w:after="0" w:line="264" w:lineRule="exact"/>
        <w:ind w:firstLine="0" w:left="0" w:right="0"/>
      </w:pPr>
      <w:r>
        <w:rPr>
          <w:rFonts w:ascii="EB Garamond" w:hAnsi="EB Garamond" w:eastAsia="EB Garamond"/>
          <w:sz w:val="22"/>
        </w:rPr>
        <w:t>“I’m used to getting stuck.”</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about that phrase stayed with Elsie.</w:t>
      </w:r>
    </w:p>
    <w:p>
      <w:pPr>
        <w:spacing w:after="0" w:line="264" w:lineRule="exact"/>
        <w:ind w:firstLine="0" w:left="0" w:right="0"/>
      </w:pPr>
    </w:p>
    <w:p>
      <w:pPr>
        <w:spacing w:after="0" w:line="264" w:lineRule="exact"/>
        <w:ind w:firstLine="0" w:left="0" w:right="0"/>
      </w:pPr>
      <w:r>
        <w:rPr>
          <w:rFonts w:ascii="EB Garamond" w:hAnsi="EB Garamond" w:eastAsia="EB Garamond"/>
          <w:i/>
          <w:sz w:val="22"/>
        </w:rPr>
        <w:t>Getting stuck.</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adjusted her backpack.</w:t>
      </w:r>
    </w:p>
    <w:p>
      <w:pPr>
        <w:spacing w:after="0" w:line="264" w:lineRule="exact"/>
        <w:ind w:firstLine="0" w:left="0" w:right="0"/>
      </w:pPr>
    </w:p>
    <w:p>
      <w:pPr>
        <w:spacing w:after="0" w:line="264" w:lineRule="exact"/>
        <w:ind w:firstLine="0" w:left="0" w:right="0"/>
      </w:pPr>
      <w:r>
        <w:rPr>
          <w:rFonts w:ascii="EB Garamond" w:hAnsi="EB Garamond" w:eastAsia="EB Garamond"/>
          <w:sz w:val="22"/>
        </w:rPr>
        <w:t>“Yesterday was just…”</w:t>
      </w:r>
    </w:p>
    <w:p>
      <w:pPr>
        <w:spacing w:after="0" w:line="264" w:lineRule="exact"/>
        <w:ind w:firstLine="0" w:left="0" w:right="0"/>
      </w:pPr>
    </w:p>
    <w:p>
      <w:pPr>
        <w:spacing w:after="0" w:line="264" w:lineRule="exact"/>
        <w:ind w:firstLine="0" w:left="0" w:right="0"/>
      </w:pPr>
      <w:r>
        <w:rPr>
          <w:rFonts w:ascii="EB Garamond" w:hAnsi="EB Garamond" w:eastAsia="EB Garamond"/>
          <w:sz w:val="22"/>
        </w:rPr>
        <w:t>“Bad?”</w:t>
      </w:r>
    </w:p>
    <w:p>
      <w:pPr>
        <w:spacing w:after="0" w:line="264" w:lineRule="exact"/>
        <w:ind w:firstLine="0" w:left="0" w:right="0"/>
      </w:pPr>
    </w:p>
    <w:p>
      <w:pPr>
        <w:spacing w:after="0" w:line="264" w:lineRule="exact"/>
        <w:ind w:firstLine="0" w:left="0" w:right="0"/>
      </w:pPr>
      <w:r>
        <w:rPr>
          <w:rFonts w:ascii="EB Garamond" w:hAnsi="EB Garamond" w:eastAsia="EB Garamond"/>
          <w:sz w:val="22"/>
        </w:rPr>
        <w:t>“Humiliating.”</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“I deleted everything.”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“TikTok. Instagram. Snapchat.”</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of the video?”</w:t>
      </w:r>
    </w:p>
    <w:p>
      <w:pPr>
        <w:spacing w:after="0" w:line="264" w:lineRule="exact"/>
        <w:ind w:firstLine="0" w:left="0" w:right="0"/>
      </w:pPr>
    </w:p>
    <w:p>
      <w:pPr>
        <w:spacing w:after="0" w:line="264" w:lineRule="exact"/>
        <w:ind w:firstLine="0" w:left="0" w:right="0"/>
      </w:pPr>
      <w:r>
        <w:rPr>
          <w:rFonts w:ascii="EB Garamond" w:hAnsi="EB Garamond" w:eastAsia="EB Garamond"/>
          <w:sz w:val="22"/>
        </w:rPr>
        <w:t>She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“My mom said I shouldn’t, because then they win or whatever.”</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rolled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“But she is forty-six and has fourteen Facebook friends.”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“So I don’t think she understands.”</w:t>
      </w:r>
    </w:p>
    <w:p>
      <w:pPr>
        <w:spacing w:after="0" w:line="264" w:lineRule="exact"/>
        <w:ind w:firstLine="0" w:left="0" w:right="0"/>
      </w:pPr>
    </w:p>
    <w:p>
      <w:pPr>
        <w:spacing w:after="0" w:line="264" w:lineRule="exact"/>
        <w:ind w:firstLine="0" w:left="0" w:right="0"/>
      </w:pPr>
      <w:r>
        <w:rPr>
          <w:rFonts w:ascii="EB Garamond" w:hAnsi="EB Garamond" w:eastAsia="EB Garamond"/>
          <w:sz w:val="22"/>
        </w:rPr>
        <w:t>“Probably not.”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“Did you watch it?”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stomach dropped.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“Three seconds.”</w:t>
      </w:r>
    </w:p>
    <w:p>
      <w:pPr>
        <w:spacing w:after="0" w:line="264" w:lineRule="exact"/>
        <w:ind w:firstLine="0" w:left="0" w:right="0"/>
      </w:pPr>
    </w:p>
    <w:p>
      <w:pPr>
        <w:spacing w:after="0" w:line="264" w:lineRule="exact"/>
        <w:ind w:firstLine="0" w:left="0" w:right="0"/>
      </w:pPr>
      <w:r>
        <w:rPr>
          <w:rFonts w:ascii="EB Garamond" w:hAnsi="EB Garamond" w:eastAsia="EB Garamond"/>
          <w:sz w:val="22"/>
        </w:rPr>
        <w:t>“Why’d you stop?”</w:t>
      </w:r>
    </w:p>
    <w:p>
      <w:pPr>
        <w:spacing w:after="0" w:line="264" w:lineRule="exact"/>
        <w:ind w:firstLine="0" w:left="0" w:right="0"/>
      </w:pPr>
    </w:p>
    <w:p>
      <w:pPr>
        <w:spacing w:after="0" w:line="264" w:lineRule="exact"/>
        <w:ind w:firstLine="0" w:left="0" w:right="0"/>
      </w:pPr>
      <w:r>
        <w:rPr>
          <w:rFonts w:ascii="EB Garamond" w:hAnsi="EB Garamond" w:eastAsia="EB Garamond"/>
          <w:sz w:val="22"/>
        </w:rPr>
        <w:t>The question surprised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I was 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waited.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tried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it wasn’t funny.”</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in Caroline’s face changed.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dramatically.</w:t>
      </w:r>
    </w:p>
    <w:p>
      <w:pPr>
        <w:spacing w:after="0" w:line="264" w:lineRule="exact"/>
        <w:ind w:firstLine="0" w:left="0" w:right="0"/>
      </w:pPr>
    </w:p>
    <w:p>
      <w:pPr>
        <w:spacing w:after="0" w:line="264" w:lineRule="exact"/>
        <w:ind w:firstLine="0" w:left="0" w:right="0"/>
      </w:pPr>
      <w:r>
        <w:rPr>
          <w:rFonts w:ascii="EB Garamond" w:hAnsi="EB Garamond" w:eastAsia="EB Garamond"/>
          <w:sz w:val="22"/>
        </w:rPr>
        <w:t>But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“Thanks.”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the warning bell rang.</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started to walk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“Hey,” Elsie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turned.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essay.”</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Caroline’s face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should finish it.”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stared.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in class,” Elsie added quickly. “I mean—you wrote it. Don’t let Tyler be the reason nobody gets to hear it.”</w:t>
      </w:r>
    </w:p>
    <w:p>
      <w:pPr>
        <w:spacing w:after="0" w:line="264" w:lineRule="exact"/>
        <w:ind w:firstLine="0" w:left="0" w:right="0"/>
      </w:pPr>
    </w:p>
    <w:p>
      <w:pPr>
        <w:spacing w:after="0" w:line="264" w:lineRule="exact"/>
        <w:ind w:firstLine="0" w:left="0" w:right="0"/>
      </w:pPr>
      <w:r>
        <w:rPr>
          <w:rFonts w:ascii="EB Garamond" w:hAnsi="EB Garamond" w:eastAsia="EB Garamond"/>
          <w:sz w:val="22"/>
        </w:rPr>
        <w:t>The words came out before Elsie had time to test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at her for a long moment.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Small.</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walked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stood 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had not been eloquent.</w:t>
      </w:r>
    </w:p>
    <w:p>
      <w:pPr>
        <w:spacing w:after="0" w:line="264" w:lineRule="exact"/>
        <w:ind w:firstLine="0" w:left="0" w:right="0"/>
      </w:pPr>
    </w:p>
    <w:p>
      <w:pPr>
        <w:spacing w:after="0" w:line="264" w:lineRule="exact"/>
        <w:ind w:firstLine="0" w:left="0" w:right="0"/>
      </w:pPr>
      <w:r>
        <w:rPr>
          <w:rFonts w:ascii="EB Garamond" w:hAnsi="EB Garamond" w:eastAsia="EB Garamond"/>
          <w:sz w:val="22"/>
        </w:rPr>
        <w:t>It had not been powerful.</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not transformed Caroline’s life.</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had been no music.</w:t>
      </w:r>
    </w:p>
    <w:p>
      <w:pPr>
        <w:spacing w:after="0" w:line="264" w:lineRule="exact"/>
        <w:ind w:firstLine="0" w:left="0" w:right="0"/>
      </w:pPr>
    </w:p>
    <w:p>
      <w:pPr>
        <w:spacing w:after="0" w:line="264" w:lineRule="exact"/>
        <w:ind w:firstLine="0" w:left="0" w:right="0"/>
      </w:pPr>
      <w:r>
        <w:rPr>
          <w:rFonts w:ascii="EB Garamond" w:hAnsi="EB Garamond" w:eastAsia="EB Garamond"/>
          <w:sz w:val="22"/>
        </w:rPr>
        <w:t>No applause.</w:t>
      </w:r>
    </w:p>
    <w:p>
      <w:pPr>
        <w:spacing w:after="0" w:line="264" w:lineRule="exact"/>
        <w:ind w:firstLine="0" w:left="0" w:right="0"/>
      </w:pPr>
    </w:p>
    <w:p>
      <w:pPr>
        <w:spacing w:after="0" w:line="264" w:lineRule="exact"/>
        <w:ind w:firstLine="0" w:left="0" w:right="0"/>
      </w:pPr>
      <w:r>
        <w:rPr>
          <w:rFonts w:ascii="EB Garamond" w:hAnsi="EB Garamond" w:eastAsia="EB Garamond"/>
          <w:sz w:val="22"/>
        </w:rPr>
        <w:t>No burning bush.</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a hallway.</w:t>
      </w:r>
    </w:p>
    <w:p>
      <w:pPr>
        <w:spacing w:after="0" w:line="264" w:lineRule="exact"/>
        <w:ind w:firstLine="0" w:left="0" w:right="0"/>
      </w:pPr>
    </w:p>
    <w:p>
      <w:pPr>
        <w:spacing w:after="0" w:line="264" w:lineRule="exact"/>
        <w:ind w:firstLine="0" w:left="0" w:right="0"/>
      </w:pPr>
      <w:r>
        <w:rPr>
          <w:rFonts w:ascii="EB Garamond" w:hAnsi="EB Garamond" w:eastAsia="EB Garamond"/>
          <w:sz w:val="22"/>
        </w:rPr>
        <w:t>Two girls.</w:t>
      </w:r>
    </w:p>
    <w:p>
      <w:pPr>
        <w:spacing w:after="0" w:line="264" w:lineRule="exact"/>
        <w:ind w:firstLine="0" w:left="0" w:right="0"/>
      </w:pPr>
    </w:p>
    <w:p>
      <w:pPr>
        <w:spacing w:after="0" w:line="264" w:lineRule="exact"/>
        <w:ind w:firstLine="0" w:left="0" w:right="0"/>
      </w:pPr>
      <w:r>
        <w:rPr>
          <w:rFonts w:ascii="EB Garamond" w:hAnsi="EB Garamond" w:eastAsia="EB Garamond"/>
          <w:sz w:val="22"/>
        </w:rPr>
        <w:t>And a sentence Elsie almost didn’t say.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that counted.</w:t>
      </w:r>
    </w:p>
    <w:p>
      <w:pPr>
        <w:spacing w:after="0" w:line="264" w:lineRule="exact"/>
        <w:ind w:firstLine="0" w:left="0" w:right="0"/>
      </w:pPr>
    </w:p>
    <w:p>
      <w:pPr>
        <w:spacing w:after="0" w:line="264" w:lineRule="exact"/>
        <w:ind w:firstLine="0" w:left="0" w:right="0"/>
      </w:pPr>
      <w:r>
        <w:rPr>
          <w:rFonts w:ascii="EB Garamond" w:hAnsi="EB Garamond" w:eastAsia="EB Garamond"/>
          <w:sz w:val="22"/>
        </w:rPr>
        <w:t>At lunch, Maddie sat beside her without asking.</w:t>
      </w:r>
    </w:p>
    <w:p>
      <w:pPr>
        <w:spacing w:after="0" w:line="264" w:lineRule="exact"/>
        <w:ind w:firstLine="0" w:left="0" w:right="0"/>
      </w:pPr>
    </w:p>
    <w:p>
      <w:pPr>
        <w:spacing w:after="0" w:line="264" w:lineRule="exact"/>
        <w:ind w:firstLine="0" w:left="0" w:right="0"/>
      </w:pPr>
      <w:r>
        <w:rPr>
          <w:rFonts w:ascii="EB Garamond" w:hAnsi="EB Garamond" w:eastAsia="EB Garamond"/>
          <w:sz w:val="22"/>
        </w:rPr>
        <w:t>For a few minutes, neither spoke.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Maddie stole one of Elsie’s fries.</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theft.”</w:t>
      </w:r>
    </w:p>
    <w:p>
      <w:pPr>
        <w:spacing w:after="0" w:line="264" w:lineRule="exact"/>
        <w:ind w:firstLine="0" w:left="0" w:right="0"/>
      </w:pPr>
    </w:p>
    <w:p>
      <w:pPr>
        <w:spacing w:after="0" w:line="264" w:lineRule="exact"/>
        <w:ind w:firstLine="0" w:left="0" w:right="0"/>
      </w:pPr>
      <w:r>
        <w:rPr>
          <w:rFonts w:ascii="EB Garamond" w:hAnsi="EB Garamond" w:eastAsia="EB Garamond"/>
          <w:sz w:val="22"/>
        </w:rPr>
        <w:t>“Call the police.”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“Are you mad at me?”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considered saying no.</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“A little.”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Normal okay.</w:t>
      </w:r>
    </w:p>
    <w:p>
      <w:pPr>
        <w:spacing w:after="0" w:line="264" w:lineRule="exact"/>
        <w:ind w:firstLine="0" w:left="0" w:right="0"/>
      </w:pPr>
    </w:p>
    <w:p>
      <w:pPr>
        <w:spacing w:after="0" w:line="264" w:lineRule="exact"/>
        <w:ind w:firstLine="0" w:left="0" w:right="0"/>
      </w:pPr>
      <w:r>
        <w:rPr>
          <w:rFonts w:ascii="EB Garamond" w:hAnsi="EB Garamond" w:eastAsia="EB Garamond"/>
          <w:sz w:val="22"/>
        </w:rPr>
        <w:t>No extra letters.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appreciated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want you to think I’m judging you.”</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pulled apart a chicken nugget.</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w:t>
      </w:r>
    </w:p>
    <w:p>
      <w:pPr>
        <w:spacing w:after="0" w:line="264" w:lineRule="exact"/>
        <w:ind w:firstLine="0" w:left="0" w:right="0"/>
      </w:pPr>
    </w:p>
    <w:p>
      <w:pPr>
        <w:spacing w:after="0" w:line="264" w:lineRule="exact"/>
        <w:ind w:firstLine="0" w:left="0" w:right="0"/>
      </w:pPr>
      <w:r>
        <w:rPr>
          <w:rFonts w:ascii="EB Garamond" w:hAnsi="EB Garamond" w:eastAsia="EB Garamond"/>
          <w:sz w:val="22"/>
        </w:rPr>
        <w:t>“I feel like you do.”</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why do you keep making fun of me?”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immediately wanted to retreat.</w:t>
      </w:r>
    </w:p>
    <w:p>
      <w:pPr>
        <w:spacing w:after="0" w:line="264" w:lineRule="exact"/>
        <w:ind w:firstLine="0" w:left="0" w:right="0"/>
      </w:pPr>
    </w:p>
    <w:p>
      <w:pPr>
        <w:spacing w:after="0" w:line="264" w:lineRule="exact"/>
        <w:ind w:firstLine="0" w:left="0" w:right="0"/>
      </w:pPr>
      <w:r>
        <w:rPr>
          <w:rFonts w:ascii="EB Garamond" w:hAnsi="EB Garamond" w:eastAsia="EB Garamond"/>
          <w:sz w:val="22"/>
        </w:rPr>
        <w:t>Too late.</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 Maddie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waited.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sighed.</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it’s weird.”</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it was.</w:t>
      </w:r>
    </w:p>
    <w:p>
      <w:pPr>
        <w:spacing w:after="0" w:line="264" w:lineRule="exact"/>
        <w:ind w:firstLine="0" w:left="0" w:right="0"/>
      </w:pPr>
    </w:p>
    <w:p>
      <w:pPr>
        <w:spacing w:after="0" w:line="264" w:lineRule="exact"/>
        <w:ind w:firstLine="0" w:left="0" w:right="0"/>
      </w:pPr>
      <w:r>
        <w:rPr>
          <w:rFonts w:ascii="EB Garamond" w:hAnsi="EB Garamond" w:eastAsia="EB Garamond"/>
          <w:sz w:val="22"/>
        </w:rPr>
        <w:t>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Weird.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continued quickly.</w:t>
      </w:r>
    </w:p>
    <w:p>
      <w:pPr>
        <w:spacing w:after="0" w:line="264" w:lineRule="exact"/>
        <w:ind w:firstLine="0" w:left="0" w:right="0"/>
      </w:pPr>
    </w:p>
    <w:p>
      <w:pPr>
        <w:spacing w:after="0" w:line="264" w:lineRule="exact"/>
        <w:ind w:firstLine="0" w:left="0" w:right="0"/>
      </w:pPr>
      <w:r>
        <w:rPr>
          <w:rFonts w:ascii="EB Garamond" w:hAnsi="EB Garamond" w:eastAsia="EB Garamond"/>
          <w:sz w:val="22"/>
        </w:rPr>
        <w:t>“Not Bible study. I don’t care about Bible study.”</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just…”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“Changing.”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The cafeteria felt louder around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“Is that bad?”</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frustrated.</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almost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Apparently, I don’t know was contagious.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“We’ve been friends since sixth grade.”</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“And suddenly you’re hanging out with Nora and reading the Bible and having deep conversations and going on dates with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“One date.”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“Whatever.”</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pulled another piece from the chicken nugget.</w:t>
      </w:r>
    </w:p>
    <w:p>
      <w:pPr>
        <w:spacing w:after="0" w:line="264" w:lineRule="exact"/>
        <w:ind w:firstLine="0" w:left="0" w:right="0"/>
      </w:pPr>
    </w:p>
    <w:p>
      <w:pPr>
        <w:spacing w:after="0" w:line="264" w:lineRule="exact"/>
        <w:ind w:firstLine="0" w:left="0" w:right="0"/>
      </w:pPr>
      <w:r>
        <w:rPr>
          <w:rFonts w:ascii="EB Garamond" w:hAnsi="EB Garamond" w:eastAsia="EB Garamond"/>
          <w:sz w:val="22"/>
        </w:rPr>
        <w:t>“And I feel like you’re becoming this whole different person.”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chest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it was.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thing she’d written in her notebook.</w:t>
      </w:r>
    </w:p>
    <w:p>
      <w:pPr>
        <w:spacing w:after="0" w:line="264" w:lineRule="exact"/>
        <w:ind w:firstLine="0" w:left="0" w:right="0"/>
      </w:pPr>
    </w:p>
    <w:p>
      <w:pPr>
        <w:spacing w:after="0" w:line="264" w:lineRule="exact"/>
        <w:ind w:firstLine="0" w:left="0" w:right="0"/>
      </w:pPr>
      <w:r>
        <w:rPr>
          <w:rFonts w:ascii="EB Garamond" w:hAnsi="EB Garamond" w:eastAsia="EB Garamond"/>
          <w:i/>
          <w:sz w:val="22"/>
        </w:rPr>
        <w:t>Maddie — will stop liking me if I change.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hadn’t crossed it out.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because some part of her had known.</w:t>
      </w:r>
    </w:p>
    <w:p>
      <w:pPr>
        <w:spacing w:after="0" w:line="264" w:lineRule="exact"/>
        <w:ind w:firstLine="0" w:left="0" w:right="0"/>
      </w:pPr>
    </w:p>
    <w:p>
      <w:pPr>
        <w:spacing w:after="0" w:line="264" w:lineRule="exact"/>
        <w:ind w:firstLine="0" w:left="0" w:right="0"/>
      </w:pPr>
      <w:r>
        <w:rPr>
          <w:rFonts w:ascii="EB Garamond" w:hAnsi="EB Garamond" w:eastAsia="EB Garamond"/>
          <w:sz w:val="22"/>
        </w:rPr>
        <w:t>“I’m still me.”</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what’s the problem?”</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I’m not part of the new version?”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Not judgment.</w:t>
      </w:r>
    </w:p>
    <w:p>
      <w:pPr>
        <w:spacing w:after="0" w:line="264" w:lineRule="exact"/>
        <w:ind w:firstLine="0" w:left="0" w:right="0"/>
      </w:pPr>
    </w:p>
    <w:p>
      <w:pPr>
        <w:spacing w:after="0" w:line="264" w:lineRule="exact"/>
        <w:ind w:firstLine="0" w:left="0" w:right="0"/>
      </w:pPr>
      <w:r>
        <w:rPr>
          <w:rFonts w:ascii="EB Garamond" w:hAnsi="EB Garamond" w:eastAsia="EB Garamond"/>
          <w:sz w:val="22"/>
        </w:rPr>
        <w:t>Fear.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spent all week assuming Maddie was worried Elsie would become too weird.</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Maddie was worried Elsie would become too different to need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thought about Leah.</w:t>
      </w:r>
    </w:p>
    <w:p>
      <w:pPr>
        <w:spacing w:after="0" w:line="264" w:lineRule="exact"/>
        <w:ind w:firstLine="0" w:left="0" w:right="0"/>
      </w:pPr>
    </w:p>
    <w:p>
      <w:pPr>
        <w:spacing w:after="0" w:line="264" w:lineRule="exact"/>
        <w:ind w:firstLine="0" w:left="0" w:right="0"/>
      </w:pPr>
      <w:r>
        <w:rPr>
          <w:rFonts w:ascii="EB Garamond" w:hAnsi="EB Garamond" w:eastAsia="EB Garamond"/>
          <w:sz w:val="22"/>
        </w:rPr>
        <w:t>Rachel.</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Everybody looking at everybody else and deciding what their life meant.</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my best friend.”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shrugged.</w:t>
      </w:r>
    </w:p>
    <w:p>
      <w:pPr>
        <w:spacing w:after="0" w:line="264" w:lineRule="exact"/>
        <w:ind w:firstLine="0" w:left="0" w:right="0"/>
      </w:pPr>
    </w:p>
    <w:p>
      <w:pPr>
        <w:spacing w:after="0" w:line="264" w:lineRule="exact"/>
        <w:ind w:firstLine="0" w:left="0" w:right="0"/>
      </w:pPr>
      <w:r>
        <w:rPr>
          <w:rFonts w:ascii="EB Garamond" w:hAnsi="EB Garamond" w:eastAsia="EB Garamond"/>
          <w:sz w:val="22"/>
        </w:rPr>
        <w:t>“So is Ava.”</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different.”</w:t>
      </w:r>
    </w:p>
    <w:p>
      <w:pPr>
        <w:spacing w:after="0" w:line="264" w:lineRule="exact"/>
        <w:ind w:firstLine="0" w:left="0" w:right="0"/>
      </w:pPr>
    </w:p>
    <w:p>
      <w:pPr>
        <w:spacing w:after="0" w:line="264" w:lineRule="exact"/>
        <w:ind w:firstLine="0" w:left="0" w:right="0"/>
      </w:pPr>
      <w:r>
        <w:rPr>
          <w:rFonts w:ascii="EB Garamond" w:hAnsi="EB Garamond" w:eastAsia="EB Garamond"/>
          <w:sz w:val="22"/>
        </w:rPr>
        <w:t>“Good different?”</w:t>
      </w:r>
    </w:p>
    <w:p>
      <w:pPr>
        <w:spacing w:after="0" w:line="264" w:lineRule="exact"/>
        <w:ind w:firstLine="0" w:left="0" w:right="0"/>
      </w:pPr>
    </w:p>
    <w:p>
      <w:pPr>
        <w:spacing w:after="0" w:line="264" w:lineRule="exact"/>
        <w:ind w:firstLine="0" w:left="0" w:right="0"/>
      </w:pPr>
      <w:r>
        <w:rPr>
          <w:rFonts w:ascii="EB Garamond" w:hAnsi="EB Garamond" w:eastAsia="EB Garamond"/>
          <w:sz w:val="22"/>
        </w:rPr>
        <w:t>“Annoying different.”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nudged her shoulder.</w:t>
      </w:r>
    </w:p>
    <w:p>
      <w:pPr>
        <w:spacing w:after="0" w:line="264" w:lineRule="exact"/>
        <w:ind w:firstLine="0" w:left="0" w:right="0"/>
      </w:pPr>
    </w:p>
    <w:p>
      <w:pPr>
        <w:spacing w:after="0" w:line="264" w:lineRule="exact"/>
        <w:ind w:firstLine="0" w:left="0" w:right="0"/>
      </w:pPr>
      <w:r>
        <w:rPr>
          <w:rFonts w:ascii="EB Garamond" w:hAnsi="EB Garamond" w:eastAsia="EB Garamond"/>
          <w:sz w:val="22"/>
        </w:rPr>
        <w:t>“I’m serious.”</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“And I’m not joining a convent.”</w:t>
      </w:r>
    </w:p>
    <w:p>
      <w:pPr>
        <w:spacing w:after="0" w:line="264" w:lineRule="exact"/>
        <w:ind w:firstLine="0" w:left="0" w:right="0"/>
      </w:pPr>
    </w:p>
    <w:p>
      <w:pPr>
        <w:spacing w:after="0" w:line="264" w:lineRule="exact"/>
        <w:ind w:firstLine="0" w:left="0" w:right="0"/>
      </w:pPr>
      <w:r>
        <w:rPr>
          <w:rFonts w:ascii="EB Garamond" w:hAnsi="EB Garamond" w:eastAsia="EB Garamond"/>
          <w:sz w:val="22"/>
        </w:rPr>
        <w:t>“Yet.”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“Sorry.”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 despite herself.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Maddie said, “I shouldn’t have said you wouldn’t have cared about Caroline before.”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 wouldn’t have.”</w:t>
      </w:r>
    </w:p>
    <w:p>
      <w:pPr>
        <w:spacing w:after="0" w:line="264" w:lineRule="exact"/>
        <w:ind w:firstLine="0" w:left="0" w:right="0"/>
      </w:pPr>
    </w:p>
    <w:p>
      <w:pPr>
        <w:spacing w:after="0" w:line="264" w:lineRule="exact"/>
        <w:ind w:firstLine="0" w:left="0" w:right="0"/>
      </w:pPr>
      <w:r>
        <w:rPr>
          <w:rFonts w:ascii="EB Garamond" w:hAnsi="EB Garamond" w:eastAsia="EB Garamond"/>
          <w:sz w:val="22"/>
        </w:rPr>
        <w:t>“Yes, you would.”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don’t know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“I do.”</w:t>
      </w:r>
    </w:p>
    <w:p>
      <w:pPr>
        <w:spacing w:after="0" w:line="264" w:lineRule="exact"/>
        <w:ind w:firstLine="0" w:left="0" w:right="0"/>
      </w:pPr>
    </w:p>
    <w:p>
      <w:pPr>
        <w:spacing w:after="0" w:line="264" w:lineRule="exact"/>
        <w:ind w:firstLine="0" w:left="0" w:right="0"/>
      </w:pPr>
      <w:r>
        <w:rPr>
          <w:rFonts w:ascii="EB Garamond" w:hAnsi="EB Garamond" w:eastAsia="EB Garamond"/>
          <w:sz w:val="22"/>
        </w:rPr>
        <w:t>“How?”</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you’re you.”</w:t>
      </w:r>
    </w:p>
    <w:p>
      <w:pPr>
        <w:spacing w:after="0" w:line="264" w:lineRule="exact"/>
        <w:ind w:firstLine="0" w:left="0" w:right="0"/>
      </w:pPr>
    </w:p>
    <w:p>
      <w:pPr>
        <w:spacing w:after="0" w:line="264" w:lineRule="exact"/>
        <w:ind w:firstLine="0" w:left="0" w:right="0"/>
      </w:pPr>
      <w:r>
        <w:rPr>
          <w:rFonts w:ascii="EB Garamond" w:hAnsi="EB Garamond" w:eastAsia="EB Garamond"/>
          <w:sz w:val="22"/>
        </w:rPr>
        <w:t>The answer was immediate.</w:t>
      </w:r>
    </w:p>
    <w:p>
      <w:pPr>
        <w:spacing w:after="0" w:line="264" w:lineRule="exact"/>
        <w:ind w:firstLine="0" w:left="0" w:right="0"/>
      </w:pPr>
    </w:p>
    <w:p>
      <w:pPr>
        <w:spacing w:after="0" w:line="264" w:lineRule="exact"/>
        <w:ind w:firstLine="0" w:left="0" w:right="0"/>
      </w:pPr>
      <w:r>
        <w:rPr>
          <w:rFonts w:ascii="EB Garamond" w:hAnsi="EB Garamond" w:eastAsia="EB Garamond"/>
          <w:sz w:val="22"/>
        </w:rPr>
        <w:t>Simple.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throat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rolled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“You’ve always cared too much. That’s literally one of your problems.”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“Thank you.”</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welcome.”</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sat quietly.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Maddie said, “Also, for the record, Tyler is an ass.”</w:t>
      </w:r>
    </w:p>
    <w:p>
      <w:pPr>
        <w:spacing w:after="0" w:line="264" w:lineRule="exact"/>
        <w:ind w:firstLine="0" w:left="0" w:right="0"/>
      </w:pPr>
    </w:p>
    <w:p>
      <w:pPr>
        <w:spacing w:after="0" w:line="264" w:lineRule="exact"/>
        <w:ind w:firstLine="0" w:left="0" w:right="0"/>
      </w:pPr>
      <w:r>
        <w:rPr>
          <w:rFonts w:ascii="EB Garamond" w:hAnsi="EB Garamond" w:eastAsia="EB Garamond"/>
          <w:sz w:val="22"/>
        </w:rPr>
        <w:t>“Agreed.”</w:t>
      </w:r>
    </w:p>
    <w:p>
      <w:pPr>
        <w:spacing w:after="0" w:line="264" w:lineRule="exact"/>
        <w:ind w:firstLine="0" w:left="0" w:right="0"/>
      </w:pPr>
    </w:p>
    <w:p>
      <w:pPr>
        <w:spacing w:after="0" w:line="264" w:lineRule="exact"/>
        <w:ind w:firstLine="0" w:left="0" w:right="0"/>
      </w:pPr>
      <w:r>
        <w:rPr>
          <w:rFonts w:ascii="EB Garamond" w:hAnsi="EB Garamond" w:eastAsia="EB Garamond"/>
          <w:sz w:val="22"/>
        </w:rPr>
        <w:t>“And I reported the video six times.”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“Six?”</w:t>
      </w:r>
    </w:p>
    <w:p>
      <w:pPr>
        <w:spacing w:after="0" w:line="264" w:lineRule="exact"/>
        <w:ind w:firstLine="0" w:left="0" w:right="0"/>
      </w:pPr>
    </w:p>
    <w:p>
      <w:pPr>
        <w:spacing w:after="0" w:line="264" w:lineRule="exact"/>
        <w:ind w:firstLine="0" w:left="0" w:right="0"/>
      </w:pPr>
      <w:r>
        <w:rPr>
          <w:rFonts w:ascii="EB Garamond" w:hAnsi="EB Garamond" w:eastAsia="EB Garamond"/>
          <w:sz w:val="22"/>
        </w:rPr>
        <w:t>“I have multiple accounts.”</w:t>
      </w:r>
    </w:p>
    <w:p>
      <w:pPr>
        <w:spacing w:after="0" w:line="264" w:lineRule="exact"/>
        <w:ind w:firstLine="0" w:left="0" w:right="0"/>
      </w:pPr>
    </w:p>
    <w:p>
      <w:pPr>
        <w:spacing w:after="0" w:line="264" w:lineRule="exact"/>
        <w:ind w:firstLine="0" w:left="0" w:right="0"/>
      </w:pPr>
      <w:r>
        <w:rPr>
          <w:rFonts w:ascii="EB Garamond" w:hAnsi="EB Garamond" w:eastAsia="EB Garamond"/>
          <w:sz w:val="22"/>
        </w:rPr>
        <w:t>“Why?”</w:t>
      </w:r>
    </w:p>
    <w:p>
      <w:pPr>
        <w:spacing w:after="0" w:line="264" w:lineRule="exact"/>
        <w:ind w:firstLine="0" w:left="0" w:right="0"/>
      </w:pPr>
    </w:p>
    <w:p>
      <w:pPr>
        <w:spacing w:after="0" w:line="264" w:lineRule="exact"/>
        <w:ind w:firstLine="0" w:left="0" w:right="0"/>
      </w:pPr>
      <w:r>
        <w:rPr>
          <w:rFonts w:ascii="EB Garamond" w:hAnsi="EB Garamond" w:eastAsia="EB Garamond"/>
          <w:sz w:val="22"/>
        </w:rPr>
        <w:t>“None of your business.”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she was.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Still 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changing didn’t always mean leaving people behind.</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sometimes people just needed time to recognize you while you were doing it.</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afternoon, Mrs. Bennett stopped Elsie on the way out.</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essay.”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stomach dropped.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“Very good.”</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“Disappointed?”</w:t>
      </w:r>
    </w:p>
    <w:p>
      <w:pPr>
        <w:spacing w:after="0" w:line="264" w:lineRule="exact"/>
        <w:ind w:firstLine="0" w:left="0" w:right="0"/>
      </w:pPr>
    </w:p>
    <w:p>
      <w:pPr>
        <w:spacing w:after="0" w:line="264" w:lineRule="exact"/>
        <w:ind w:firstLine="0" w:left="0" w:right="0"/>
      </w:pPr>
      <w:r>
        <w:rPr>
          <w:rFonts w:ascii="EB Garamond" w:hAnsi="EB Garamond" w:eastAsia="EB Garamond"/>
          <w:sz w:val="22"/>
        </w:rPr>
        <w:t>“No. I just assumed you were going to emotionally damage me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“I’ll save that for Monday.”</w:t>
      </w:r>
    </w:p>
    <w:p>
      <w:pPr>
        <w:spacing w:after="0" w:line="264" w:lineRule="exact"/>
        <w:ind w:firstLine="0" w:left="0" w:right="0"/>
      </w:pPr>
    </w:p>
    <w:p>
      <w:pPr>
        <w:spacing w:after="0" w:line="264" w:lineRule="exact"/>
        <w:ind w:firstLine="0" w:left="0" w:right="0"/>
      </w:pPr>
      <w:r>
        <w:rPr>
          <w:rFonts w:ascii="EB Garamond" w:hAnsi="EB Garamond" w:eastAsia="EB Garamond"/>
          <w:sz w:val="22"/>
        </w:rPr>
        <w:t>“Thank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started toward the door.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turned.</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held out a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Her essay.</w:t>
      </w:r>
    </w:p>
    <w:p>
      <w:pPr>
        <w:spacing w:after="0" w:line="264" w:lineRule="exact"/>
        <w:ind w:firstLine="0" w:left="0" w:right="0"/>
      </w:pPr>
    </w:p>
    <w:p>
      <w:pPr>
        <w:spacing w:after="0" w:line="264" w:lineRule="exact"/>
        <w:ind w:firstLine="0" w:left="0" w:right="0"/>
      </w:pPr>
      <w:r>
        <w:rPr>
          <w:rFonts w:ascii="EB Garamond" w:hAnsi="EB Garamond" w:eastAsia="EB Garamond"/>
          <w:sz w:val="22"/>
        </w:rPr>
        <w:t>At the bottom, in red ink, she’d written:</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 don’t have to know who you will become to tell the truth about who you are becoming.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read it twice.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folded the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“Thanks.”</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walked into the hallway.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thought about Moses again.</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Who am I?</w:t>
      </w:r>
    </w:p>
    <w:p>
      <w:pPr>
        <w:spacing w:after="0" w:line="264" w:lineRule="exact"/>
        <w:ind w:firstLine="0" w:left="0" w:right="0"/>
      </w:pPr>
    </w:p>
    <w:p>
      <w:pPr>
        <w:spacing w:after="0" w:line="264" w:lineRule="exact"/>
        <w:ind w:firstLine="0" w:left="0" w:right="0"/>
      </w:pPr>
      <w:r>
        <w:rPr>
          <w:rFonts w:ascii="EB Garamond" w:hAnsi="EB Garamond" w:eastAsia="EB Garamond"/>
          <w:sz w:val="22"/>
        </w:rPr>
        <w:t>She’d been obsessed with the question.</w:t>
      </w:r>
    </w:p>
    <w:p>
      <w:pPr>
        <w:spacing w:after="0" w:line="264" w:lineRule="exact"/>
        <w:ind w:firstLine="0" w:left="0" w:right="0"/>
      </w:pPr>
    </w:p>
    <w:p>
      <w:pPr>
        <w:spacing w:after="0" w:line="264" w:lineRule="exact"/>
        <w:ind w:firstLine="0" w:left="0" w:right="0"/>
      </w:pPr>
      <w:r>
        <w:rPr>
          <w:rFonts w:ascii="EB Garamond" w:hAnsi="EB Garamond" w:eastAsia="EB Garamond"/>
          <w:sz w:val="22"/>
        </w:rPr>
        <w:t>Who was she?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was she good at?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was she bad at?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did people think?</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did God think?</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was she supposed to become?</w:t>
      </w:r>
    </w:p>
    <w:p>
      <w:pPr>
        <w:spacing w:after="0" w:line="264" w:lineRule="exact"/>
        <w:ind w:firstLine="0" w:left="0" w:right="0"/>
      </w:pPr>
    </w:p>
    <w:p>
      <w:pPr>
        <w:spacing w:after="0" w:line="264" w:lineRule="exact"/>
        <w:ind w:firstLine="0" w:left="0" w:right="0"/>
      </w:pPr>
      <w:r>
        <w:rPr>
          <w:rFonts w:ascii="EB Garamond" w:hAnsi="EB Garamond" w:eastAsia="EB Garamond"/>
          <w:sz w:val="22"/>
        </w:rPr>
        <w:t>But Moses asked God, Who am I?</w:t>
      </w:r>
    </w:p>
    <w:p>
      <w:pPr>
        <w:spacing w:after="0" w:line="264" w:lineRule="exact"/>
        <w:ind w:firstLine="0" w:left="0" w:right="0"/>
      </w:pPr>
    </w:p>
    <w:p>
      <w:pPr>
        <w:spacing w:after="0" w:line="264" w:lineRule="exact"/>
        <w:ind w:firstLine="0" w:left="0" w:right="0"/>
      </w:pPr>
      <w:r>
        <w:rPr>
          <w:rFonts w:ascii="EB Garamond" w:hAnsi="EB Garamond" w:eastAsia="EB Garamond"/>
          <w:sz w:val="22"/>
        </w:rPr>
        <w:t>And God answered with Himself.</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still wasn’t sure she understood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she wasn’t supposed to yet.</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thought didn’t scare her as much anymore.</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night, after the game, Elsie sat cross-legged on her bed, still smelling faintly like concession-stand popcorn.</w:t>
      </w:r>
    </w:p>
    <w:p>
      <w:pPr>
        <w:spacing w:after="0" w:line="264" w:lineRule="exact"/>
        <w:ind w:firstLine="0" w:left="0" w:right="0"/>
      </w:pPr>
    </w:p>
    <w:p>
      <w:pPr>
        <w:spacing w:after="0" w:line="264" w:lineRule="exact"/>
        <w:ind w:firstLine="0" w:left="0" w:right="0"/>
      </w:pPr>
      <w:r>
        <w:rPr>
          <w:rFonts w:ascii="EB Garamond" w:hAnsi="EB Garamond" w:eastAsia="EB Garamond"/>
          <w:sz w:val="22"/>
        </w:rPr>
        <w:t>Bible.</w:t>
      </w:r>
    </w:p>
    <w:p>
      <w:pPr>
        <w:spacing w:after="0" w:line="264" w:lineRule="exact"/>
        <w:ind w:firstLine="0" w:left="0" w:right="0"/>
      </w:pPr>
    </w:p>
    <w:p>
      <w:pPr>
        <w:spacing w:after="0" w:line="264" w:lineRule="exact"/>
        <w:ind w:firstLine="0" w:left="0" w:right="0"/>
      </w:pPr>
      <w:r>
        <w:rPr>
          <w:rFonts w:ascii="EB Garamond" w:hAnsi="EB Garamond" w:eastAsia="EB Garamond"/>
          <w:sz w:val="22"/>
        </w:rPr>
        <w:t>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increasingly strange collection of objects that had somehow become her evening routine.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opened Exodus.</w:t>
      </w:r>
    </w:p>
    <w:p>
      <w:pPr>
        <w:spacing w:after="0" w:line="264" w:lineRule="exact"/>
        <w:ind w:firstLine="0" w:left="0" w:right="0"/>
      </w:pPr>
    </w:p>
    <w:p>
      <w:pPr>
        <w:spacing w:after="0" w:line="264" w:lineRule="exact"/>
        <w:ind w:firstLine="0" w:left="0" w:right="0"/>
      </w:pPr>
      <w:r>
        <w:rPr>
          <w:rFonts w:ascii="EB Garamond" w:hAnsi="EB Garamond" w:eastAsia="EB Garamond"/>
          <w:sz w:val="22"/>
        </w:rPr>
        <w:t>Read the story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had been raised in Pharaoh’s household.</w:t>
      </w:r>
    </w:p>
    <w:p>
      <w:pPr>
        <w:spacing w:after="0" w:line="264" w:lineRule="exact"/>
        <w:ind w:firstLine="0" w:left="0" w:right="0"/>
      </w:pPr>
    </w:p>
    <w:p>
      <w:pPr>
        <w:spacing w:after="0" w:line="264" w:lineRule="exact"/>
        <w:ind w:firstLine="0" w:left="0" w:right="0"/>
      </w:pPr>
      <w:r>
        <w:rPr>
          <w:rFonts w:ascii="EB Garamond" w:hAnsi="EB Garamond" w:eastAsia="EB Garamond"/>
          <w:sz w:val="22"/>
        </w:rPr>
        <w:t>Killed an Egyptian.</w:t>
      </w:r>
    </w:p>
    <w:p>
      <w:pPr>
        <w:spacing w:after="0" w:line="264" w:lineRule="exact"/>
        <w:ind w:firstLine="0" w:left="0" w:right="0"/>
      </w:pPr>
    </w:p>
    <w:p>
      <w:pPr>
        <w:spacing w:after="0" w:line="264" w:lineRule="exact"/>
        <w:ind w:firstLine="0" w:left="0" w:right="0"/>
      </w:pPr>
      <w:r>
        <w:rPr>
          <w:rFonts w:ascii="EB Garamond" w:hAnsi="EB Garamond" w:eastAsia="EB Garamond"/>
          <w:sz w:val="22"/>
        </w:rPr>
        <w:t>Run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Spent years somewhere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God called him back to the exact place he’d fled.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frowned.</w:t>
      </w:r>
    </w:p>
    <w:p>
      <w:pPr>
        <w:spacing w:after="0" w:line="264" w:lineRule="exact"/>
        <w:ind w:firstLine="0" w:left="0" w:right="0"/>
      </w:pPr>
    </w:p>
    <w:p>
      <w:pPr>
        <w:spacing w:after="0" w:line="264" w:lineRule="exact"/>
        <w:ind w:firstLine="0" w:left="0" w:right="0"/>
      </w:pPr>
      <w:r>
        <w:rPr>
          <w:rFonts w:ascii="EB Garamond" w:hAnsi="EB Garamond" w:eastAsia="EB Garamond"/>
          <w:sz w:val="22"/>
        </w:rPr>
        <w:t>Grandma’s list made him sound simple.</w:t>
      </w:r>
    </w:p>
    <w:p>
      <w:pPr>
        <w:spacing w:after="0" w:line="264" w:lineRule="exact"/>
        <w:ind w:firstLine="0" w:left="0" w:right="0"/>
      </w:pPr>
    </w:p>
    <w:p>
      <w:pPr>
        <w:spacing w:after="0" w:line="264" w:lineRule="exact"/>
        <w:ind w:firstLine="0" w:left="0" w:right="0"/>
      </w:pPr>
      <w:r>
        <w:rPr>
          <w:rFonts w:ascii="EB Garamond" w:hAnsi="EB Garamond" w:eastAsia="EB Garamond"/>
          <w:b/>
          <w:sz w:val="22"/>
        </w:rPr>
        <w:t>Moses — Killed a man and couldn’t speak.</w:t>
      </w:r>
    </w:p>
    <w:p>
      <w:pPr>
        <w:spacing w:after="0" w:line="264" w:lineRule="exact"/>
        <w:ind w:firstLine="0" w:left="0" w:right="0"/>
      </w:pPr>
    </w:p>
    <w:p>
      <w:pPr>
        <w:spacing w:after="0" w:line="264" w:lineRule="exact"/>
        <w:ind w:firstLine="0" w:left="0" w:right="0"/>
      </w:pPr>
      <w:r>
        <w:rPr>
          <w:rFonts w:ascii="EB Garamond" w:hAnsi="EB Garamond" w:eastAsia="EB Garamond"/>
          <w:sz w:val="22"/>
        </w:rPr>
        <w:t>But Moses wasn’t simple.</w:t>
      </w:r>
    </w:p>
    <w:p>
      <w:pPr>
        <w:spacing w:after="0" w:line="264" w:lineRule="exact"/>
        <w:ind w:firstLine="0" w:left="0" w:right="0"/>
      </w:pPr>
    </w:p>
    <w:p>
      <w:pPr>
        <w:spacing w:after="0" w:line="264" w:lineRule="exact"/>
        <w:ind w:firstLine="0" w:left="0" w:right="0"/>
      </w:pPr>
      <w:r>
        <w:rPr>
          <w:rFonts w:ascii="EB Garamond" w:hAnsi="EB Garamond" w:eastAsia="EB Garamond"/>
          <w:sz w:val="22"/>
        </w:rPr>
        <w:t>None of them were.</w:t>
      </w:r>
    </w:p>
    <w:p>
      <w:pPr>
        <w:spacing w:after="0" w:line="264" w:lineRule="exact"/>
        <w:ind w:firstLine="0" w:left="0" w:right="0"/>
      </w:pPr>
    </w:p>
    <w:p>
      <w:pPr>
        <w:spacing w:after="0" w:line="264" w:lineRule="exact"/>
        <w:ind w:firstLine="0" w:left="0" w:right="0"/>
      </w:pPr>
      <w:r>
        <w:rPr>
          <w:rFonts w:ascii="EB Garamond" w:hAnsi="EB Garamond" w:eastAsia="EB Garamond"/>
          <w:sz w:val="22"/>
        </w:rPr>
        <w:t>He had a past.</w:t>
      </w:r>
    </w:p>
    <w:p>
      <w:pPr>
        <w:spacing w:after="0" w:line="264" w:lineRule="exact"/>
        <w:ind w:firstLine="0" w:left="0" w:right="0"/>
      </w:pPr>
    </w:p>
    <w:p>
      <w:pPr>
        <w:spacing w:after="0" w:line="264" w:lineRule="exact"/>
        <w:ind w:firstLine="0" w:left="0" w:right="0"/>
      </w:pPr>
      <w:r>
        <w:rPr>
          <w:rFonts w:ascii="EB Garamond" w:hAnsi="EB Garamond" w:eastAsia="EB Garamond"/>
          <w:sz w:val="22"/>
        </w:rPr>
        <w:t>Fear.</w:t>
      </w:r>
    </w:p>
    <w:p>
      <w:pPr>
        <w:spacing w:after="0" w:line="264" w:lineRule="exact"/>
        <w:ind w:firstLine="0" w:left="0" w:right="0"/>
      </w:pPr>
    </w:p>
    <w:p>
      <w:pPr>
        <w:spacing w:after="0" w:line="264" w:lineRule="exact"/>
        <w:ind w:firstLine="0" w:left="0" w:right="0"/>
      </w:pPr>
      <w:r>
        <w:rPr>
          <w:rFonts w:ascii="EB Garamond" w:hAnsi="EB Garamond" w:eastAsia="EB Garamond"/>
          <w:sz w:val="22"/>
        </w:rPr>
        <w:t>Questions.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Excuses.</w:t>
      </w:r>
    </w:p>
    <w:p>
      <w:pPr>
        <w:spacing w:after="0" w:line="264" w:lineRule="exact"/>
        <w:ind w:firstLine="0" w:left="0" w:right="0"/>
      </w:pPr>
    </w:p>
    <w:p>
      <w:pPr>
        <w:spacing w:after="0" w:line="264" w:lineRule="exact"/>
        <w:ind w:firstLine="0" w:left="0" w:right="0"/>
      </w:pPr>
      <w:r>
        <w:rPr>
          <w:rFonts w:ascii="EB Garamond" w:hAnsi="EB Garamond" w:eastAsia="EB Garamond"/>
          <w:sz w:val="22"/>
        </w:rPr>
        <w:t>A calling he didn’t feel qualified for.</w:t>
      </w:r>
    </w:p>
    <w:p>
      <w:pPr>
        <w:spacing w:after="0" w:line="264" w:lineRule="exact"/>
        <w:ind w:firstLine="0" w:left="0" w:right="0"/>
      </w:pPr>
    </w:p>
    <w:p>
      <w:pPr>
        <w:spacing w:after="0" w:line="264" w:lineRule="exact"/>
        <w:ind w:firstLine="0" w:left="0" w:right="0"/>
      </w:pPr>
      <w:r>
        <w:rPr>
          <w:rFonts w:ascii="EB Garamond" w:hAnsi="EB Garamond" w:eastAsia="EB Garamond"/>
          <w:sz w:val="22"/>
        </w:rPr>
        <w:t>And God apparently knew all of that before the burning bush.</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picked up her pen.</w:t>
      </w:r>
    </w:p>
    <w:p>
      <w:pPr>
        <w:spacing w:after="0" w:line="264" w:lineRule="exact"/>
        <w:ind w:firstLine="0" w:left="0" w:right="0"/>
      </w:pPr>
    </w:p>
    <w:p>
      <w:pPr>
        <w:spacing w:after="0" w:line="264" w:lineRule="exact"/>
        <w:ind w:firstLine="0" w:left="0" w:right="0"/>
      </w:pPr>
      <w:r>
        <w:rPr>
          <w:rFonts w:ascii="EB Garamond" w:hAnsi="EB Garamond" w:eastAsia="EB Garamond"/>
          <w:b/>
          <w:sz w:val="22"/>
        </w:rPr>
        <w:t>PEOPLE GOD USED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wrote:</w:t>
      </w:r>
    </w:p>
    <w:p>
      <w:pPr>
        <w:spacing w:after="0" w:line="264" w:lineRule="exact"/>
        <w:ind w:firstLine="0" w:left="0" w:right="0"/>
      </w:pPr>
    </w:p>
    <w:p>
      <w:pPr>
        <w:spacing w:after="0" w:line="264" w:lineRule="exact"/>
        <w:ind w:firstLine="0" w:left="0" w:right="0"/>
      </w:pPr>
      <w:r>
        <w:rPr>
          <w:rFonts w:ascii="EB Garamond" w:hAnsi="EB Garamond" w:eastAsia="EB Garamond"/>
          <w:i/>
          <w:sz w:val="22"/>
        </w:rPr>
        <w:t>Moses — thought his weakness made him the wrong person.</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paused.</w:t>
      </w:r>
    </w:p>
    <w:p>
      <w:pPr>
        <w:spacing w:after="0" w:line="264" w:lineRule="exact"/>
        <w:ind w:firstLine="0" w:left="0" w:right="0"/>
      </w:pPr>
    </w:p>
    <w:p>
      <w:pPr>
        <w:spacing w:after="0" w:line="264" w:lineRule="exact"/>
        <w:ind w:firstLine="0" w:left="0" w:right="0"/>
      </w:pPr>
      <w:r>
        <w:rPr>
          <w:rFonts w:ascii="EB Garamond" w:hAnsi="EB Garamond" w:eastAsia="EB Garamond"/>
          <w:sz w:val="22"/>
        </w:rPr>
        <w:t>Added:</w:t>
      </w:r>
    </w:p>
    <w:p>
      <w:pPr>
        <w:spacing w:after="0" w:line="264" w:lineRule="exact"/>
        <w:ind w:firstLine="0" w:left="0" w:right="0"/>
      </w:pPr>
    </w:p>
    <w:p>
      <w:pPr>
        <w:spacing w:after="0" w:line="264" w:lineRule="exact"/>
        <w:ind w:firstLine="0" w:left="0" w:right="0"/>
      </w:pPr>
      <w:r>
        <w:rPr>
          <w:rFonts w:ascii="EB Garamond" w:hAnsi="EB Garamond" w:eastAsia="EB Garamond"/>
          <w:i/>
          <w:sz w:val="22"/>
        </w:rPr>
        <w:t>Asked God, “Who am I?”</w:t>
      </w:r>
    </w:p>
    <w:p>
      <w:pPr>
        <w:spacing w:after="0" w:line="264" w:lineRule="exact"/>
        <w:ind w:firstLine="0" w:left="0" w:right="0"/>
      </w:pPr>
    </w:p>
    <w:p>
      <w:pPr>
        <w:spacing w:after="0" w:line="264" w:lineRule="exact"/>
        <w:ind w:firstLine="0" w:left="0" w:right="0"/>
      </w:pPr>
      <w:r>
        <w:rPr>
          <w:rFonts w:ascii="EB Garamond" w:hAnsi="EB Garamond" w:eastAsia="EB Garamond"/>
          <w:sz w:val="22"/>
        </w:rPr>
        <w:t>Underneath that:</w:t>
      </w:r>
    </w:p>
    <w:p>
      <w:pPr>
        <w:spacing w:after="0" w:line="264" w:lineRule="exact"/>
        <w:ind w:firstLine="0" w:left="0" w:right="0"/>
      </w:pPr>
    </w:p>
    <w:p>
      <w:pPr>
        <w:spacing w:after="0" w:line="264" w:lineRule="exact"/>
        <w:ind w:firstLine="0" w:left="0" w:right="0"/>
      </w:pPr>
      <w:r>
        <w:rPr>
          <w:rFonts w:ascii="EB Garamond" w:hAnsi="EB Garamond" w:eastAsia="EB Garamond"/>
          <w:i/>
          <w:sz w:val="22"/>
        </w:rPr>
        <w:t>God didn’t tell Moses to believe in himself.</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sounded harsh.</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thought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continued.</w:t>
      </w:r>
    </w:p>
    <w:p>
      <w:pPr>
        <w:spacing w:after="0" w:line="264" w:lineRule="exact"/>
        <w:ind w:firstLine="0" w:left="0" w:right="0"/>
      </w:pPr>
    </w:p>
    <w:p>
      <w:pPr>
        <w:spacing w:after="0" w:line="264" w:lineRule="exact"/>
        <w:ind w:firstLine="0" w:left="0" w:right="0"/>
      </w:pPr>
      <w:r>
        <w:rPr>
          <w:rFonts w:ascii="EB Garamond" w:hAnsi="EB Garamond" w:eastAsia="EB Garamond"/>
          <w:i/>
          <w:sz w:val="22"/>
        </w:rPr>
        <w:t>He told Moses he wouldn’t be by himself.</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the words.</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was different.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she’d spent too much time believing confidence was the goal.</w:t>
      </w:r>
    </w:p>
    <w:p>
      <w:pPr>
        <w:spacing w:after="0" w:line="264" w:lineRule="exact"/>
        <w:ind w:firstLine="0" w:left="0" w:right="0"/>
      </w:pPr>
    </w:p>
    <w:p>
      <w:pPr>
        <w:spacing w:after="0" w:line="264" w:lineRule="exact"/>
        <w:ind w:firstLine="0" w:left="0" w:right="0"/>
      </w:pPr>
      <w:r>
        <w:rPr>
          <w:rFonts w:ascii="EB Garamond" w:hAnsi="EB Garamond" w:eastAsia="EB Garamond"/>
          <w:i/>
          <w:sz w:val="22"/>
        </w:rPr>
        <w:t>Be confident.</w:t>
      </w:r>
    </w:p>
    <w:p>
      <w:pPr>
        <w:spacing w:after="0" w:line="264" w:lineRule="exact"/>
        <w:ind w:firstLine="0" w:left="0" w:right="0"/>
      </w:pPr>
    </w:p>
    <w:p>
      <w:pPr>
        <w:spacing w:after="0" w:line="264" w:lineRule="exact"/>
        <w:ind w:firstLine="0" w:left="0" w:right="0"/>
      </w:pPr>
      <w:r>
        <w:rPr>
          <w:rFonts w:ascii="EB Garamond" w:hAnsi="EB Garamond" w:eastAsia="EB Garamond"/>
          <w:i/>
          <w:sz w:val="22"/>
        </w:rPr>
        <w:t>Love yourself.</w:t>
      </w:r>
    </w:p>
    <w:p>
      <w:pPr>
        <w:spacing w:after="0" w:line="264" w:lineRule="exact"/>
        <w:ind w:firstLine="0" w:left="0" w:right="0"/>
      </w:pPr>
    </w:p>
    <w:p>
      <w:pPr>
        <w:spacing w:after="0" w:line="264" w:lineRule="exact"/>
        <w:ind w:firstLine="0" w:left="0" w:right="0"/>
      </w:pPr>
      <w:r>
        <w:rPr>
          <w:rFonts w:ascii="EB Garamond" w:hAnsi="EB Garamond" w:eastAsia="EB Garamond"/>
          <w:i/>
          <w:sz w:val="22"/>
        </w:rPr>
        <w:t>Believe in yourself.</w:t>
      </w:r>
    </w:p>
    <w:p>
      <w:pPr>
        <w:spacing w:after="0" w:line="264" w:lineRule="exact"/>
        <w:ind w:firstLine="0" w:left="0" w:right="0"/>
      </w:pPr>
    </w:p>
    <w:p>
      <w:pPr>
        <w:spacing w:after="0" w:line="264" w:lineRule="exact"/>
        <w:ind w:firstLine="0" w:left="0" w:right="0"/>
      </w:pPr>
      <w:r>
        <w:rPr>
          <w:rFonts w:ascii="EB Garamond" w:hAnsi="EB Garamond" w:eastAsia="EB Garamond"/>
          <w:i/>
          <w:sz w:val="22"/>
        </w:rPr>
        <w:t>Know your worth.</w:t>
      </w:r>
    </w:p>
    <w:p>
      <w:pPr>
        <w:spacing w:after="0" w:line="264" w:lineRule="exact"/>
        <w:ind w:firstLine="0" w:left="0" w:right="0"/>
      </w:pPr>
    </w:p>
    <w:p>
      <w:pPr>
        <w:spacing w:after="0" w:line="264" w:lineRule="exact"/>
        <w:ind w:firstLine="0" w:left="0" w:right="0"/>
      </w:pPr>
      <w:r>
        <w:rPr>
          <w:rFonts w:ascii="EB Garamond" w:hAnsi="EB Garamond" w:eastAsia="EB Garamond"/>
          <w:i/>
          <w:sz w:val="22"/>
        </w:rPr>
        <w:t>Find yourself.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All good things, probably.</w:t>
      </w:r>
    </w:p>
    <w:p>
      <w:pPr>
        <w:spacing w:after="0" w:line="264" w:lineRule="exact"/>
        <w:ind w:firstLine="0" w:left="0" w:right="0"/>
      </w:pPr>
    </w:p>
    <w:p>
      <w:pPr>
        <w:spacing w:after="0" w:line="264" w:lineRule="exact"/>
        <w:ind w:firstLine="0" w:left="0" w:right="0"/>
      </w:pPr>
      <w:r>
        <w:rPr>
          <w:rFonts w:ascii="EB Garamond" w:hAnsi="EB Garamond" w:eastAsia="EB Garamond"/>
          <w:sz w:val="22"/>
        </w:rPr>
        <w:t>But what happened on the days you couldn’t?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happened when you weren’t confident?</w:t>
      </w:r>
    </w:p>
    <w:p>
      <w:pPr>
        <w:spacing w:after="0" w:line="264" w:lineRule="exact"/>
        <w:ind w:firstLine="0" w:left="0" w:right="0"/>
      </w:pPr>
    </w:p>
    <w:p>
      <w:pPr>
        <w:spacing w:after="0" w:line="264" w:lineRule="exact"/>
        <w:ind w:firstLine="0" w:left="0" w:right="0"/>
      </w:pPr>
      <w:r>
        <w:rPr>
          <w:rFonts w:ascii="EB Garamond" w:hAnsi="EB Garamond" w:eastAsia="EB Garamond"/>
          <w:sz w:val="22"/>
        </w:rPr>
        <w:t>When you didn’t feel brave?</w:t>
      </w:r>
    </w:p>
    <w:p>
      <w:pPr>
        <w:spacing w:after="0" w:line="264" w:lineRule="exact"/>
        <w:ind w:firstLine="0" w:left="0" w:right="0"/>
      </w:pPr>
    </w:p>
    <w:p>
      <w:pPr>
        <w:spacing w:after="0" w:line="264" w:lineRule="exact"/>
        <w:ind w:firstLine="0" w:left="0" w:right="0"/>
      </w:pPr>
      <w:r>
        <w:rPr>
          <w:rFonts w:ascii="EB Garamond" w:hAnsi="EB Garamond" w:eastAsia="EB Garamond"/>
          <w:sz w:val="22"/>
        </w:rPr>
        <w:t>When you had no idea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faith wasn’t becoming the kind of person who was never afraid.</w:t>
      </w:r>
    </w:p>
    <w:p>
      <w:pPr>
        <w:spacing w:after="0" w:line="264" w:lineRule="exact"/>
        <w:ind w:firstLine="0" w:left="0" w:right="0"/>
      </w:pPr>
    </w:p>
    <w:p>
      <w:pPr>
        <w:spacing w:after="0" w:line="264" w:lineRule="exact"/>
        <w:ind w:firstLine="0" w:left="0" w:right="0"/>
      </w:pPr>
      <w:r>
        <w:rPr>
          <w:rFonts w:ascii="EB Garamond" w:hAnsi="EB Garamond" w:eastAsia="EB Garamond"/>
          <w:sz w:val="22"/>
        </w:rPr>
        <w:t>Moses had been afraid.</w:t>
      </w:r>
    </w:p>
    <w:p>
      <w:pPr>
        <w:spacing w:after="0" w:line="264" w:lineRule="exact"/>
        <w:ind w:firstLine="0" w:left="0" w:right="0"/>
      </w:pPr>
    </w:p>
    <w:p>
      <w:pPr>
        <w:spacing w:after="0" w:line="264" w:lineRule="exact"/>
        <w:ind w:firstLine="0" w:left="0" w:right="0"/>
      </w:pPr>
      <w:r>
        <w:rPr>
          <w:rFonts w:ascii="EB Garamond" w:hAnsi="EB Garamond" w:eastAsia="EB Garamond"/>
          <w:sz w:val="22"/>
        </w:rPr>
        <w:t>Jeremiah had felt too young.</w:t>
      </w:r>
    </w:p>
    <w:p>
      <w:pPr>
        <w:spacing w:after="0" w:line="264" w:lineRule="exact"/>
        <w:ind w:firstLine="0" w:left="0" w:right="0"/>
      </w:pPr>
    </w:p>
    <w:p>
      <w:pPr>
        <w:spacing w:after="0" w:line="264" w:lineRule="exact"/>
        <w:ind w:firstLine="0" w:left="0" w:right="0"/>
      </w:pPr>
      <w:r>
        <w:rPr>
          <w:rFonts w:ascii="EB Garamond" w:hAnsi="EB Garamond" w:eastAsia="EB Garamond"/>
          <w:sz w:val="22"/>
        </w:rPr>
        <w:t>Peter had panicked.</w:t>
      </w:r>
    </w:p>
    <w:p>
      <w:pPr>
        <w:spacing w:after="0" w:line="264" w:lineRule="exact"/>
        <w:ind w:firstLine="0" w:left="0" w:right="0"/>
      </w:pPr>
    </w:p>
    <w:p>
      <w:pPr>
        <w:spacing w:after="0" w:line="264" w:lineRule="exact"/>
        <w:ind w:firstLine="0" w:left="0" w:right="0"/>
      </w:pPr>
      <w:r>
        <w:rPr>
          <w:rFonts w:ascii="EB Garamond" w:hAnsi="EB Garamond" w:eastAsia="EB Garamond"/>
          <w:sz w:val="22"/>
        </w:rPr>
        <w:t>Leah had wanted someone to choose her.</w:t>
      </w:r>
    </w:p>
    <w:p>
      <w:pPr>
        <w:spacing w:after="0" w:line="264" w:lineRule="exact"/>
        <w:ind w:firstLine="0" w:left="0" w:right="0"/>
      </w:pPr>
    </w:p>
    <w:p>
      <w:pPr>
        <w:spacing w:after="0" w:line="264" w:lineRule="exact"/>
        <w:ind w:firstLine="0" w:left="0" w:right="0"/>
      </w:pPr>
      <w:r>
        <w:rPr>
          <w:rFonts w:ascii="EB Garamond" w:hAnsi="EB Garamond" w:eastAsia="EB Garamond"/>
          <w:sz w:val="22"/>
        </w:rPr>
        <w:t>None of them seemed particularly impressive in the moments Elsie understood them most.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turned the page.</w:t>
      </w:r>
    </w:p>
    <w:p>
      <w:pPr>
        <w:spacing w:after="0" w:line="264" w:lineRule="exact"/>
        <w:ind w:firstLine="0" w:left="0" w:right="0"/>
      </w:pPr>
    </w:p>
    <w:p>
      <w:pPr>
        <w:spacing w:after="0" w:line="264" w:lineRule="exact"/>
        <w:ind w:firstLine="0" w:left="0" w:right="0"/>
      </w:pPr>
      <w:r>
        <w:rPr>
          <w:rFonts w:ascii="EB Garamond" w:hAnsi="EB Garamond" w:eastAsia="EB Garamond"/>
          <w:sz w:val="22"/>
        </w:rPr>
        <w:t>At the top she wrote:</w:t>
      </w:r>
    </w:p>
    <w:p>
      <w:pPr>
        <w:spacing w:after="0" w:line="264" w:lineRule="exact"/>
        <w:ind w:firstLine="0" w:left="0" w:right="0"/>
      </w:pPr>
    </w:p>
    <w:p>
      <w:pPr>
        <w:spacing w:after="0" w:line="264" w:lineRule="exact"/>
        <w:ind w:firstLine="0" w:left="0" w:right="0"/>
      </w:pPr>
      <w:r>
        <w:rPr>
          <w:rFonts w:ascii="EB Garamond" w:hAnsi="EB Garamond" w:eastAsia="EB Garamond"/>
          <w:b/>
          <w:sz w:val="22"/>
        </w:rPr>
        <w:t>THINGS I THOUGHT I HAD TO BE BEFORE GOD COULD USE ME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i/>
          <w:sz w:val="22"/>
        </w:rPr>
        <w:t>Sure</w:t>
      </w:r>
    </w:p>
    <w:p>
      <w:pPr>
        <w:spacing w:after="0" w:line="264" w:lineRule="exact"/>
        <w:ind w:firstLine="0" w:left="0" w:right="0"/>
      </w:pPr>
    </w:p>
    <w:p>
      <w:pPr>
        <w:spacing w:after="0" w:line="264" w:lineRule="exact"/>
        <w:ind w:firstLine="0" w:left="0" w:right="0"/>
      </w:pPr>
      <w:r>
        <w:rPr>
          <w:rFonts w:ascii="EB Garamond" w:hAnsi="EB Garamond" w:eastAsia="EB Garamond"/>
          <w:i/>
          <w:sz w:val="22"/>
        </w:rPr>
        <w:t>Good</w:t>
      </w:r>
    </w:p>
    <w:p>
      <w:pPr>
        <w:spacing w:after="0" w:line="264" w:lineRule="exact"/>
        <w:ind w:firstLine="0" w:left="0" w:right="0"/>
      </w:pPr>
    </w:p>
    <w:p>
      <w:pPr>
        <w:spacing w:after="0" w:line="264" w:lineRule="exact"/>
        <w:ind w:firstLine="0" w:left="0" w:right="0"/>
      </w:pPr>
      <w:r>
        <w:rPr>
          <w:rFonts w:ascii="EB Garamond" w:hAnsi="EB Garamond" w:eastAsia="EB Garamond"/>
          <w:i/>
          <w:sz w:val="22"/>
        </w:rPr>
        <w:t>Confident</w:t>
      </w:r>
    </w:p>
    <w:p>
      <w:pPr>
        <w:spacing w:after="0" w:line="264" w:lineRule="exact"/>
        <w:ind w:firstLine="0" w:left="0" w:right="0"/>
      </w:pPr>
    </w:p>
    <w:p>
      <w:pPr>
        <w:spacing w:after="0" w:line="264" w:lineRule="exact"/>
        <w:ind w:firstLine="0" w:left="0" w:right="0"/>
      </w:pPr>
      <w:r>
        <w:rPr>
          <w:rFonts w:ascii="EB Garamond" w:hAnsi="EB Garamond" w:eastAsia="EB Garamond"/>
          <w:i/>
          <w:sz w:val="22"/>
        </w:rPr>
        <w:t>Less awkward</w:t>
      </w:r>
    </w:p>
    <w:p>
      <w:pPr>
        <w:spacing w:after="0" w:line="264" w:lineRule="exact"/>
        <w:ind w:firstLine="0" w:left="0" w:right="0"/>
      </w:pPr>
    </w:p>
    <w:p>
      <w:pPr>
        <w:spacing w:after="0" w:line="264" w:lineRule="exact"/>
        <w:ind w:firstLine="0" w:left="0" w:right="0"/>
      </w:pPr>
      <w:r>
        <w:rPr>
          <w:rFonts w:ascii="EB Garamond" w:hAnsi="EB Garamond" w:eastAsia="EB Garamond"/>
          <w:i/>
          <w:sz w:val="22"/>
        </w:rPr>
        <w:t>Better at praying</w:t>
      </w:r>
    </w:p>
    <w:p>
      <w:pPr>
        <w:spacing w:after="0" w:line="264" w:lineRule="exact"/>
        <w:ind w:firstLine="0" w:left="0" w:right="0"/>
      </w:pPr>
    </w:p>
    <w:p>
      <w:pPr>
        <w:spacing w:after="0" w:line="264" w:lineRule="exact"/>
        <w:ind w:firstLine="0" w:left="0" w:right="0"/>
      </w:pPr>
      <w:r>
        <w:rPr>
          <w:rFonts w:ascii="EB Garamond" w:hAnsi="EB Garamond" w:eastAsia="EB Garamond"/>
          <w:i/>
          <w:sz w:val="22"/>
        </w:rPr>
        <w:t>Someone who actually understands the Bible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i/>
          <w:sz w:val="22"/>
        </w:rPr>
        <w:t>Brave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stared at that one.</w:t>
      </w:r>
    </w:p>
    <w:p>
      <w:pPr>
        <w:spacing w:after="0" w:line="264" w:lineRule="exact"/>
        <w:ind w:firstLine="0" w:left="0" w:right="0"/>
      </w:pPr>
    </w:p>
    <w:p>
      <w:pPr>
        <w:spacing w:after="0" w:line="264" w:lineRule="exact"/>
        <w:ind w:firstLine="0" w:left="0" w:right="0"/>
      </w:pPr>
      <w:r>
        <w:rPr>
          <w:rFonts w:ascii="EB Garamond" w:hAnsi="EB Garamond" w:eastAsia="EB Garamond"/>
          <w:sz w:val="22"/>
        </w:rPr>
        <w:t>Crossed it out.</w:t>
      </w:r>
    </w:p>
    <w:p>
      <w:pPr>
        <w:spacing w:after="0" w:line="264" w:lineRule="exact"/>
        <w:ind w:firstLine="0" w:left="0" w:right="0"/>
      </w:pPr>
    </w:p>
    <w:p>
      <w:pPr>
        <w:spacing w:after="0" w:line="264" w:lineRule="exact"/>
        <w:ind w:firstLine="0" w:left="0" w:right="0"/>
      </w:pPr>
      <w:r>
        <w:rPr>
          <w:rFonts w:ascii="EB Garamond" w:hAnsi="EB Garamond" w:eastAsia="EB Garamond"/>
          <w:sz w:val="22"/>
        </w:rPr>
        <w:t>Not because she was brave.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wasn’t.</w:t>
      </w:r>
    </w:p>
    <w:p>
      <w:pPr>
        <w:spacing w:after="0" w:line="264" w:lineRule="exact"/>
        <w:ind w:firstLine="0" w:left="0" w:right="0"/>
      </w:pPr>
    </w:p>
    <w:p>
      <w:pPr>
        <w:spacing w:after="0" w:line="264" w:lineRule="exact"/>
        <w:ind w:firstLine="0" w:left="0" w:right="0"/>
      </w:pPr>
      <w:r>
        <w:rPr>
          <w:rFonts w:ascii="EB Garamond" w:hAnsi="EB Garamond" w:eastAsia="EB Garamond"/>
          <w:sz w:val="22"/>
        </w:rPr>
        <w:t>Yesterday proved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But being afraid hadn’t prevented her from walking up to Caroline this morning.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She’d just had to move while afraid.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tapped the pen against her 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wrote:</w:t>
      </w:r>
    </w:p>
    <w:p>
      <w:pPr>
        <w:spacing w:after="0" w:line="264" w:lineRule="exact"/>
        <w:ind w:firstLine="0" w:left="0" w:right="0"/>
      </w:pPr>
    </w:p>
    <w:p>
      <w:pPr>
        <w:spacing w:after="0" w:line="264" w:lineRule="exact"/>
        <w:ind w:firstLine="0" w:left="0" w:right="0"/>
      </w:pPr>
      <w:r>
        <w:rPr>
          <w:rFonts w:ascii="EB Garamond" w:hAnsi="EB Garamond" w:eastAsia="EB Garamond"/>
          <w:i/>
          <w:sz w:val="22"/>
        </w:rPr>
        <w:t>Maybe courage isn’t knowing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i/>
          <w:sz w:val="22"/>
        </w:rPr>
        <w:t>Maybe it’s deciding that being scared doesn’t get the final word.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liked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buzzed.</w:t>
      </w:r>
    </w:p>
    <w:p>
      <w:pPr>
        <w:spacing w:after="0" w:line="264" w:lineRule="exact"/>
        <w:ind w:firstLine="0" w:left="0" w:right="0"/>
      </w:pPr>
    </w:p>
    <w:p>
      <w:pPr>
        <w:spacing w:after="0" w:line="264" w:lineRule="exact"/>
        <w:ind w:firstLine="0" w:left="0" w:right="0"/>
      </w:pPr>
      <w:r>
        <w:rPr>
          <w:rFonts w:ascii="EB Garamond" w:hAnsi="EB Garamond" w:eastAsia="EB Garamond"/>
          <w:sz w:val="22"/>
        </w:rPr>
        <w:t>A number she didn’t recognize.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sat up.</w:t>
      </w:r>
    </w:p>
    <w:p>
      <w:pPr>
        <w:spacing w:after="0" w:line="264" w:lineRule="exact"/>
        <w:ind w:firstLine="0" w:left="0" w:right="0"/>
      </w:pPr>
    </w:p>
    <w:p>
      <w:pPr>
        <w:spacing w:after="0" w:line="264" w:lineRule="exact"/>
        <w:ind w:firstLine="0" w:left="0" w:right="0"/>
      </w:pPr>
      <w:r>
        <w:rPr>
          <w:rFonts w:ascii="EB Garamond" w:hAnsi="EB Garamond" w:eastAsia="EB Garamond"/>
          <w:b/>
          <w:sz w:val="22"/>
        </w:rPr>
        <w:t>Caroline:</w:t>
      </w:r>
      <w:r>
        <w:rPr>
          <w:rFonts w:ascii="EB Garamond" w:hAnsi="EB Garamond" w:eastAsia="EB Garamond"/>
          <w:sz w:val="22"/>
        </w:rPr>
        <w:t xml:space="preserve"> Hey. It’s Caroline. Got your number from the class group chat.</w:t>
      </w:r>
    </w:p>
    <w:p>
      <w:pPr>
        <w:spacing w:after="0" w:line="264" w:lineRule="exact"/>
        <w:ind w:firstLine="0" w:left="0" w:right="0"/>
      </w:pPr>
    </w:p>
    <w:p>
      <w:pPr>
        <w:spacing w:after="0" w:line="264" w:lineRule="exact"/>
        <w:ind w:firstLine="0" w:left="0" w:right="0"/>
      </w:pPr>
      <w:r>
        <w:rPr>
          <w:rFonts w:ascii="EB Garamond" w:hAnsi="EB Garamond" w:eastAsia="EB Garamond"/>
          <w:sz w:val="22"/>
        </w:rPr>
        <w:t>Another message appeared.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Caroline:</w:t>
      </w:r>
      <w:r>
        <w:rPr>
          <w:rFonts w:ascii="EB Garamond" w:hAnsi="EB Garamond" w:eastAsia="EB Garamond"/>
          <w:sz w:val="22"/>
        </w:rPr>
        <w:t xml:space="preserve"> I finished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frowned.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finished what?</w:t>
      </w:r>
    </w:p>
    <w:p>
      <w:pPr>
        <w:spacing w:after="0" w:line="264" w:lineRule="exact"/>
        <w:ind w:firstLine="0" w:left="0" w:right="0"/>
      </w:pPr>
    </w:p>
    <w:p>
      <w:pPr>
        <w:spacing w:after="0" w:line="264" w:lineRule="exact"/>
        <w:ind w:firstLine="0" w:left="0" w:right="0"/>
      </w:pPr>
      <w:r>
        <w:rPr>
          <w:rFonts w:ascii="EB Garamond" w:hAnsi="EB Garamond" w:eastAsia="EB Garamond"/>
          <w:sz w:val="22"/>
        </w:rPr>
        <w:t>Three dots.</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a photo 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Caroline’s essay.</w:t>
      </w:r>
    </w:p>
    <w:p>
      <w:pPr>
        <w:spacing w:after="0" w:line="264" w:lineRule="exact"/>
        <w:ind w:firstLine="0" w:left="0" w:right="0"/>
      </w:pPr>
    </w:p>
    <w:p>
      <w:pPr>
        <w:spacing w:after="0" w:line="264" w:lineRule="exact"/>
        <w:ind w:firstLine="0" w:left="0" w:right="0"/>
      </w:pPr>
      <w:r>
        <w:rPr>
          <w:rFonts w:ascii="EB Garamond" w:hAnsi="EB Garamond" w:eastAsia="EB Garamond"/>
          <w:sz w:val="22"/>
        </w:rPr>
        <w:t>At the bottom of the picture was a message:</w:t>
      </w:r>
    </w:p>
    <w:p>
      <w:pPr>
        <w:spacing w:after="0" w:line="264" w:lineRule="exact"/>
        <w:ind w:firstLine="0" w:left="0" w:right="0"/>
      </w:pPr>
    </w:p>
    <w:p>
      <w:pPr>
        <w:spacing w:after="0" w:line="264" w:lineRule="exact"/>
        <w:ind w:firstLine="0" w:left="0" w:right="0"/>
      </w:pPr>
      <w:r>
        <w:rPr>
          <w:rFonts w:ascii="EB Garamond" w:hAnsi="EB Garamond" w:eastAsia="EB Garamond"/>
          <w:b/>
          <w:sz w:val="22"/>
        </w:rPr>
        <w:t>Caroline:</w:t>
      </w:r>
      <w:r>
        <w:rPr>
          <w:rFonts w:ascii="EB Garamond" w:hAnsi="EB Garamond" w:eastAsia="EB Garamond"/>
          <w:sz w:val="22"/>
        </w:rPr>
        <w:t xml:space="preserve"> asked bennett if I can read it Monday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Slowly.</w:t>
      </w:r>
    </w:p>
    <w:p>
      <w:pPr>
        <w:spacing w:after="0" w:line="264" w:lineRule="exact"/>
        <w:ind w:firstLine="0" w:left="0" w:right="0"/>
      </w:pPr>
    </w:p>
    <w:p>
      <w:pPr>
        <w:spacing w:after="0" w:line="264" w:lineRule="exact"/>
        <w:ind w:firstLine="0" w:left="0" w:right="0"/>
      </w:pPr>
      <w:r>
        <w:rPr>
          <w:rFonts w:ascii="EB Garamond" w:hAnsi="EB Garamond" w:eastAsia="EB Garamond"/>
          <w:sz w:val="22"/>
        </w:rPr>
        <w:t>Her eyes burned unexpectedly.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typed: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You sure?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replied: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Caroline:</w:t>
      </w:r>
      <w:r>
        <w:rPr>
          <w:rFonts w:ascii="EB Garamond" w:hAnsi="EB Garamond" w:eastAsia="EB Garamond"/>
          <w:sz w:val="22"/>
        </w:rPr>
        <w:t xml:space="preserve"> absolutely not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sz w:val="22"/>
        </w:rPr>
        <w:t>Caroline:</w:t>
      </w:r>
      <w:r>
        <w:rPr>
          <w:rFonts w:ascii="EB Garamond" w:hAnsi="EB Garamond" w:eastAsia="EB Garamond"/>
          <w:sz w:val="22"/>
        </w:rPr>
        <w:t xml:space="preserve"> but I think I want to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 at the words.</w:t>
      </w:r>
    </w:p>
    <w:p>
      <w:pPr>
        <w:spacing w:after="0" w:line="264" w:lineRule="exact"/>
        <w:ind w:firstLine="0" w:left="0" w:right="0"/>
      </w:pPr>
    </w:p>
    <w:p>
      <w:pPr>
        <w:spacing w:after="0" w:line="264" w:lineRule="exact"/>
        <w:ind w:firstLine="0" w:left="0" w:right="0"/>
      </w:pPr>
      <w:r>
        <w:rPr>
          <w:rFonts w:ascii="EB Garamond" w:hAnsi="EB Garamond" w:eastAsia="EB Garamond"/>
          <w:i/>
          <w:sz w:val="22"/>
        </w:rPr>
        <w:t>Absolutely not.</w:t>
      </w:r>
    </w:p>
    <w:p>
      <w:pPr>
        <w:spacing w:after="0" w:line="264" w:lineRule="exact"/>
        <w:ind w:firstLine="0" w:left="0" w:right="0"/>
      </w:pPr>
    </w:p>
    <w:p>
      <w:pPr>
        <w:spacing w:after="0" w:line="264" w:lineRule="exact"/>
        <w:ind w:firstLine="0" w:left="0" w:right="0"/>
      </w:pPr>
      <w:r>
        <w:rPr>
          <w:rFonts w:ascii="EB Garamond" w:hAnsi="EB Garamond" w:eastAsia="EB Garamond"/>
          <w:i/>
          <w:sz w:val="22"/>
        </w:rPr>
        <w:t>But I think I want to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Moses.</w:t>
      </w:r>
    </w:p>
    <w:p>
      <w:pPr>
        <w:spacing w:after="0" w:line="264" w:lineRule="exact"/>
        <w:ind w:firstLine="0" w:left="0" w:right="0"/>
      </w:pPr>
    </w:p>
    <w:p>
      <w:pPr>
        <w:spacing w:after="0" w:line="264" w:lineRule="exact"/>
        <w:ind w:firstLine="0" w:left="0" w:right="0"/>
      </w:pPr>
      <w:r>
        <w:rPr>
          <w:rFonts w:ascii="EB Garamond" w:hAnsi="EB Garamond" w:eastAsia="EB Garamond"/>
          <w:sz w:val="22"/>
        </w:rPr>
        <w:t>At her 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At everything she’d written about courage.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typed: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I’ll be 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almost sent it.</w:t>
      </w:r>
    </w:p>
    <w:p>
      <w:pPr>
        <w:spacing w:after="0" w:line="264" w:lineRule="exact"/>
        <w:ind w:firstLine="0" w:left="0" w:right="0"/>
      </w:pPr>
    </w:p>
    <w:p>
      <w:pPr>
        <w:spacing w:after="0" w:line="264" w:lineRule="exact"/>
        <w:ind w:firstLine="0" w:left="0" w:right="0"/>
      </w:pPr>
      <w:r>
        <w:rPr>
          <w:rFonts w:ascii="EB Garamond" w:hAnsi="EB Garamond" w:eastAsia="EB Garamond"/>
          <w:sz w:val="22"/>
        </w:rPr>
        <w:t>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Deleted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was going to know she’d be 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had the same class.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tried again.</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if you get stuck take your time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hesitated.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added:</w:t>
      </w:r>
    </w:p>
    <w:p>
      <w:pPr>
        <w:spacing w:after="0" w:line="264" w:lineRule="exact"/>
        <w:ind w:firstLine="0" w:left="0" w:right="0"/>
      </w:pPr>
    </w:p>
    <w:p>
      <w:pPr>
        <w:spacing w:after="0" w:line="264" w:lineRule="exact"/>
        <w:ind w:firstLine="0" w:left="0" w:right="0"/>
      </w:pPr>
      <w:r>
        <w:rPr>
          <w:rFonts w:ascii="EB Garamond" w:hAnsi="EB Garamond" w:eastAsia="EB Garamond"/>
          <w:b/>
          <w:sz w:val="22"/>
        </w:rPr>
        <w:t>Elsie:</w:t>
      </w:r>
      <w:r>
        <w:rPr>
          <w:rFonts w:ascii="EB Garamond" w:hAnsi="EB Garamond" w:eastAsia="EB Garamond"/>
          <w:sz w:val="22"/>
        </w:rPr>
        <w:t xml:space="preserve"> we’re not going anywhere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Send.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hearted the message.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put down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For a while she sat quietly.</w:t>
      </w:r>
    </w:p>
    <w:p>
      <w:pPr>
        <w:spacing w:after="0" w:line="264" w:lineRule="exact"/>
        <w:ind w:firstLine="0" w:left="0" w:right="0"/>
      </w:pPr>
    </w:p>
    <w:p>
      <w:pPr>
        <w:spacing w:after="0" w:line="264" w:lineRule="exact"/>
        <w:ind w:firstLine="0" w:left="0" w:right="0"/>
      </w:pPr>
      <w:r>
        <w:rPr>
          <w:rFonts w:ascii="EB Garamond" w:hAnsi="EB Garamond" w:eastAsia="EB Garamond"/>
          <w:sz w:val="22"/>
        </w:rPr>
        <w:t>No music.</w:t>
      </w:r>
    </w:p>
    <w:p>
      <w:pPr>
        <w:spacing w:after="0" w:line="264" w:lineRule="exact"/>
        <w:ind w:firstLine="0" w:left="0" w:right="0"/>
      </w:pPr>
    </w:p>
    <w:p>
      <w:pPr>
        <w:spacing w:after="0" w:line="264" w:lineRule="exact"/>
        <w:ind w:firstLine="0" w:left="0" w:right="0"/>
      </w:pPr>
      <w:r>
        <w:rPr>
          <w:rFonts w:ascii="EB Garamond" w:hAnsi="EB Garamond" w:eastAsia="EB Garamond"/>
          <w:sz w:val="22"/>
        </w:rPr>
        <w:t>No scrolling.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 searching for explanations.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quiet.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she looked at the assignment sheet still tucked in her notebook.</w:t>
      </w:r>
    </w:p>
    <w:p>
      <w:pPr>
        <w:spacing w:after="0" w:line="264" w:lineRule="exact"/>
        <w:ind w:firstLine="0" w:left="0" w:right="0"/>
      </w:pPr>
    </w:p>
    <w:p>
      <w:pPr>
        <w:spacing w:after="0" w:line="264" w:lineRule="exact"/>
        <w:ind w:firstLine="0" w:left="0" w:right="0"/>
      </w:pPr>
      <w:r>
        <w:rPr>
          <w:rFonts w:ascii="EB Garamond" w:hAnsi="EB Garamond" w:eastAsia="EB Garamond"/>
          <w:b/>
          <w:sz w:val="22"/>
        </w:rPr>
        <w:t>WHO ARE YOU?</w:t>
      </w:r>
    </w:p>
    <w:p>
      <w:pPr>
        <w:spacing w:after="0" w:line="264" w:lineRule="exact"/>
        <w:ind w:firstLine="0" w:left="0" w:right="0"/>
      </w:pPr>
    </w:p>
    <w:p>
      <w:pPr>
        <w:spacing w:after="0" w:line="264" w:lineRule="exact"/>
        <w:ind w:firstLine="0" w:left="0" w:right="0"/>
      </w:pPr>
      <w:r>
        <w:rPr>
          <w:rFonts w:ascii="EB Garamond" w:hAnsi="EB Garamond" w:eastAsia="EB Garamond"/>
          <w:sz w:val="22"/>
        </w:rPr>
        <w:t>The question didn’t feel quite as enormous anymore.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because Elsie was starting to wonder whether she’d been asking it backward.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picked up her 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At the bottom of the Moses page, she wrote:</w:t>
      </w:r>
    </w:p>
    <w:p>
      <w:pPr>
        <w:spacing w:after="0" w:line="264" w:lineRule="exact"/>
        <w:ind w:firstLine="0" w:left="0" w:right="0"/>
      </w:pPr>
    </w:p>
    <w:p>
      <w:pPr>
        <w:spacing w:after="0" w:line="264" w:lineRule="exact"/>
        <w:ind w:firstLine="0" w:left="0" w:right="0"/>
      </w:pPr>
      <w:r>
        <w:rPr>
          <w:rFonts w:ascii="EB Garamond" w:hAnsi="EB Garamond" w:eastAsia="EB Garamond"/>
          <w:i/>
          <w:sz w:val="22"/>
        </w:rPr>
        <w:t>Moses asked: Who am I?</w:t>
      </w:r>
    </w:p>
    <w:p>
      <w:pPr>
        <w:spacing w:after="0" w:line="264" w:lineRule="exact"/>
        <w:ind w:firstLine="0" w:left="0" w:right="0"/>
      </w:pPr>
    </w:p>
    <w:p>
      <w:pPr>
        <w:spacing w:after="0" w:line="264" w:lineRule="exact"/>
        <w:ind w:firstLine="0" w:left="0" w:right="0"/>
      </w:pPr>
      <w:r>
        <w:rPr>
          <w:rFonts w:ascii="EB Garamond" w:hAnsi="EB Garamond" w:eastAsia="EB Garamond"/>
          <w:sz w:val="22"/>
        </w:rPr>
        <w:t>Underneath:</w:t>
      </w:r>
    </w:p>
    <w:p>
      <w:pPr>
        <w:spacing w:after="0" w:line="264" w:lineRule="exact"/>
        <w:ind w:firstLine="0" w:left="0" w:right="0"/>
      </w:pPr>
    </w:p>
    <w:p>
      <w:pPr>
        <w:spacing w:after="0" w:line="264" w:lineRule="exact"/>
        <w:ind w:firstLine="0" w:left="0" w:right="0"/>
      </w:pPr>
      <w:r>
        <w:rPr>
          <w:rFonts w:ascii="EB Garamond" w:hAnsi="EB Garamond" w:eastAsia="EB Garamond"/>
          <w:i/>
          <w:sz w:val="22"/>
        </w:rPr>
        <w:t>God answered: I will be with you.</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stared at those two lines.</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wrote one more.</w:t>
      </w:r>
    </w:p>
    <w:p>
      <w:pPr>
        <w:spacing w:after="0" w:line="264" w:lineRule="exact"/>
        <w:ind w:firstLine="0" w:left="0" w:right="0"/>
      </w:pPr>
    </w:p>
    <w:p>
      <w:pPr>
        <w:spacing w:after="0" w:line="264" w:lineRule="exact"/>
        <w:ind w:firstLine="0" w:left="0" w:right="0"/>
      </w:pPr>
      <w:r>
        <w:rPr>
          <w:rFonts w:ascii="EB Garamond" w:hAnsi="EB Garamond" w:eastAsia="EB Garamond"/>
          <w:i/>
          <w:sz w:val="22"/>
        </w:rPr>
        <w:t>Maybe who I am matters less than who I’m becoming—and who I’m becoming with.</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frowned.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quite.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crossed out the second half.</w:t>
      </w:r>
    </w:p>
    <w:p>
      <w:pPr>
        <w:spacing w:after="0" w:line="264" w:lineRule="exact"/>
        <w:ind w:firstLine="0" w:left="0" w:right="0"/>
      </w:pPr>
    </w:p>
    <w:p>
      <w:pPr>
        <w:spacing w:after="0" w:line="264" w:lineRule="exact"/>
        <w:ind w:firstLine="0" w:left="0" w:right="0"/>
      </w:pPr>
      <w:r>
        <w:rPr>
          <w:rFonts w:ascii="EB Garamond" w:hAnsi="EB Garamond" w:eastAsia="EB Garamond"/>
          <w:sz w:val="22"/>
        </w:rPr>
        <w:t>Tried again.</w:t>
      </w:r>
    </w:p>
    <w:p>
      <w:pPr>
        <w:spacing w:after="0" w:line="264" w:lineRule="exact"/>
        <w:ind w:firstLine="0" w:left="0" w:right="0"/>
      </w:pPr>
    </w:p>
    <w:p>
      <w:pPr>
        <w:spacing w:after="0" w:line="264" w:lineRule="exact"/>
        <w:ind w:firstLine="0" w:left="0" w:right="0"/>
      </w:pPr>
      <w:r>
        <w:rPr>
          <w:rFonts w:ascii="EB Garamond" w:hAnsi="EB Garamond" w:eastAsia="EB Garamond"/>
          <w:i/>
          <w:sz w:val="22"/>
        </w:rPr>
        <w:t>Maybe I don’t have to become her alone.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eyes filled before she understood why.</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maybe that was it.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she had thought growing up meant slowly becoming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Smart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Pretty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Certain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Brave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Faithful enough.</w:t>
      </w:r>
    </w:p>
    <w:p>
      <w:pPr>
        <w:spacing w:after="0" w:line="264" w:lineRule="exact"/>
        <w:ind w:firstLine="0" w:left="0" w:right="0"/>
      </w:pPr>
    </w:p>
    <w:p>
      <w:pPr>
        <w:spacing w:after="0" w:line="264" w:lineRule="exact"/>
        <w:ind w:firstLine="0" w:left="0" w:right="0"/>
      </w:pPr>
      <w:r>
        <w:rPr>
          <w:rFonts w:ascii="EB Garamond" w:hAnsi="EB Garamond" w:eastAsia="EB Garamond"/>
          <w:sz w:val="22"/>
        </w:rPr>
        <w:t>Until one day she finally became the version of Elsie Carter that God could do something with.</w:t>
      </w:r>
    </w:p>
    <w:p>
      <w:pPr>
        <w:spacing w:after="0" w:line="264" w:lineRule="exact"/>
        <w:ind w:firstLine="0" w:left="0" w:right="0"/>
      </w:pPr>
    </w:p>
    <w:p>
      <w:pPr>
        <w:spacing w:after="0" w:line="264" w:lineRule="exact"/>
        <w:ind w:firstLine="0" w:left="0" w:right="0"/>
      </w:pPr>
      <w:r>
        <w:rPr>
          <w:rFonts w:ascii="EB Garamond" w:hAnsi="EB Garamond" w:eastAsia="EB Garamond"/>
          <w:sz w:val="22"/>
        </w:rPr>
        <w:t>But Moses hadn’t become Moses before God called him.</w:t>
      </w:r>
    </w:p>
    <w:p>
      <w:pPr>
        <w:spacing w:after="0" w:line="264" w:lineRule="exact"/>
        <w:ind w:firstLine="0" w:left="0" w:right="0"/>
      </w:pPr>
    </w:p>
    <w:p>
      <w:pPr>
        <w:spacing w:after="0" w:line="264" w:lineRule="exact"/>
        <w:ind w:firstLine="0" w:left="0" w:right="0"/>
      </w:pPr>
      <w:r>
        <w:rPr>
          <w:rFonts w:ascii="EB Garamond" w:hAnsi="EB Garamond" w:eastAsia="EB Garamond"/>
          <w:sz w:val="22"/>
        </w:rPr>
        <w:t>He was scared.</w:t>
      </w:r>
    </w:p>
    <w:p>
      <w:pPr>
        <w:spacing w:after="0" w:line="264" w:lineRule="exact"/>
        <w:ind w:firstLine="0" w:left="0" w:right="0"/>
      </w:pPr>
    </w:p>
    <w:p>
      <w:pPr>
        <w:spacing w:after="0" w:line="264" w:lineRule="exact"/>
        <w:ind w:firstLine="0" w:left="0" w:right="0"/>
      </w:pPr>
      <w:r>
        <w:rPr>
          <w:rFonts w:ascii="EB Garamond" w:hAnsi="EB Garamond" w:eastAsia="EB Garamond"/>
          <w:sz w:val="22"/>
        </w:rPr>
        <w:t>Complicated.</w:t>
      </w:r>
    </w:p>
    <w:p>
      <w:pPr>
        <w:spacing w:after="0" w:line="264" w:lineRule="exact"/>
        <w:ind w:firstLine="0" w:left="0" w:right="0"/>
      </w:pPr>
    </w:p>
    <w:p>
      <w:pPr>
        <w:spacing w:after="0" w:line="264" w:lineRule="exact"/>
        <w:ind w:firstLine="0" w:left="0" w:right="0"/>
      </w:pPr>
      <w:r>
        <w:rPr>
          <w:rFonts w:ascii="EB Garamond" w:hAnsi="EB Garamond" w:eastAsia="EB Garamond"/>
          <w:sz w:val="22"/>
        </w:rPr>
        <w:t>Uncertain.</w:t>
      </w:r>
    </w:p>
    <w:p>
      <w:pPr>
        <w:spacing w:after="0" w:line="264" w:lineRule="exact"/>
        <w:ind w:firstLine="0" w:left="0" w:right="0"/>
      </w:pPr>
    </w:p>
    <w:p>
      <w:pPr>
        <w:spacing w:after="0" w:line="264" w:lineRule="exact"/>
        <w:ind w:firstLine="0" w:left="0" w:right="0"/>
      </w:pPr>
      <w:r>
        <w:rPr>
          <w:rFonts w:ascii="EB Garamond" w:hAnsi="EB Garamond" w:eastAsia="EB Garamond"/>
          <w:sz w:val="22"/>
        </w:rPr>
        <w:t>Standing in front of a fire asking God to choose somebody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And God had known exactly who He was talking to.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closed the 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For once, she didn’t need to add anything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story wasn’t finished.</w:t>
      </w:r>
    </w:p>
    <w:p>
      <w:pPr>
        <w:spacing w:after="0" w:line="264" w:lineRule="exact"/>
        <w:ind w:firstLine="0" w:left="0" w:right="0"/>
      </w:pPr>
    </w:p>
    <w:p>
      <w:pPr>
        <w:spacing w:after="0" w:line="264" w:lineRule="exact"/>
        <w:ind w:firstLine="0" w:left="0" w:right="0"/>
      </w:pPr>
      <w:r>
        <w:rPr>
          <w:rFonts w:ascii="EB Garamond" w:hAnsi="EB Garamond" w:eastAsia="EB Garamond"/>
          <w:sz w:val="22"/>
        </w:rPr>
        <w:t>Neither was she.</w:t>
      </w:r>
    </w:p>
    <w:p>
      <w:pPr>
        <w:spacing w:after="0" w:line="264" w:lineRule="exact"/>
        <w:ind w:firstLine="0" w:left="0" w:right="0"/>
      </w:pPr>
    </w:p>
    <w:p>
      <w:pPr>
        <w:spacing w:after="0" w:line="264" w:lineRule="exact"/>
        <w:ind w:firstLine="0" w:left="0" w:right="0"/>
      </w:pPr>
      <w:r>
        <w:rPr>
          <w:rFonts w:ascii="EB Garamond" w:hAnsi="EB Garamond" w:eastAsia="EB Garamond"/>
          <w:sz w:val="22"/>
        </w:rPr>
        <w:t>And maybe unfinished had never meant unusable.</w:t>
      </w:r>
    </w:p>
    <w:p>
      <w:pPr>
        <w:spacing w:after="0" w:line="264" w:lineRule="exact"/>
        <w:ind w:firstLine="0" w:left="0" w:right="0"/>
      </w:pPr>
    </w:p>
    <w:p>
      <w:r>
        <w:br w:type="page"/>
      </w:r>
    </w:p>
    <w:p>
      <w:pPr>
        <w:spacing w:after="0" w:line="264" w:lineRule="exact"/>
        <w:ind w:firstLine="0" w:left="0" w:right="0"/>
        <w:jc w:val="center"/>
      </w:pPr>
      <w:r>
        <w:rPr>
          <w:rFonts w:ascii="EB Garamond" w:hAnsi="EB Garamond" w:eastAsia="EB Garamond"/>
          <w:b/>
          <w:sz w:val="24"/>
        </w:rPr>
        <w:t>CHAPTER SEVEN</w:t>
      </w:r>
    </w:p>
    <w:p>
      <w:pPr>
        <w:spacing w:after="0" w:line="264" w:lineRule="exact"/>
        <w:ind w:firstLine="0" w:left="0" w:right="0"/>
        <w:jc w:val="center"/>
      </w:pPr>
      <w:r>
        <w:rPr>
          <w:rFonts w:ascii="EB Garamond" w:hAnsi="EB Garamond" w:eastAsia="EB Garamond"/>
          <w:b/>
          <w:sz w:val="24"/>
        </w:rPr>
        <w:t>Wait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Pierce stood at the front of Mrs. Bennett’s classroom holding three pages of paper and looking like she would rather be anywhere else on earth.</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understood.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had spent most of the weekend thinking about this moment, which seemed unfair considering it wasn’t even her moment.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toward Mrs. Bennett.</w:t>
      </w:r>
    </w:p>
    <w:p>
      <w:pPr>
        <w:spacing w:after="0" w:line="264" w:lineRule="exact"/>
        <w:ind w:firstLine="0" w:left="0" w:right="0"/>
      </w:pPr>
    </w:p>
    <w:p>
      <w:pPr>
        <w:spacing w:after="0" w:line="264" w:lineRule="exact"/>
        <w:ind w:firstLine="0" w:left="0" w:right="0"/>
      </w:pPr>
      <w:r>
        <w:rPr>
          <w:rFonts w:ascii="EB Garamond" w:hAnsi="EB Garamond" w:eastAsia="EB Garamond"/>
          <w:sz w:val="22"/>
        </w:rPr>
        <w:t>Mrs. Bennett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No speech.</w:t>
      </w:r>
    </w:p>
    <w:p>
      <w:pPr>
        <w:spacing w:after="0" w:line="264" w:lineRule="exact"/>
        <w:ind w:firstLine="0" w:left="0" w:right="0"/>
      </w:pPr>
    </w:p>
    <w:p>
      <w:pPr>
        <w:spacing w:after="0" w:line="264" w:lineRule="exact"/>
        <w:ind w:firstLine="0" w:left="0" w:right="0"/>
      </w:pPr>
      <w:r>
        <w:rPr>
          <w:rFonts w:ascii="EB Garamond" w:hAnsi="EB Garamond" w:eastAsia="EB Garamond"/>
          <w:i/>
          <w:sz w:val="22"/>
        </w:rPr>
        <w:t>No you’ve got this.</w:t>
      </w:r>
    </w:p>
    <w:p>
      <w:pPr>
        <w:spacing w:after="0" w:line="264" w:lineRule="exact"/>
        <w:ind w:firstLine="0" w:left="0" w:right="0"/>
      </w:pPr>
    </w:p>
    <w:p>
      <w:pPr>
        <w:spacing w:after="0" w:line="264" w:lineRule="exact"/>
        <w:ind w:firstLine="0" w:left="0" w:right="0"/>
      </w:pPr>
      <w:r>
        <w:rPr>
          <w:rFonts w:ascii="EB Garamond" w:hAnsi="EB Garamond" w:eastAsia="EB Garamond"/>
          <w:sz w:val="22"/>
        </w:rPr>
        <w:t>No reminder to breathe.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appreciated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 encouragement made things 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down at the page.</w:t>
      </w:r>
    </w:p>
    <w:p>
      <w:pPr>
        <w:spacing w:after="0" w:line="264" w:lineRule="exact"/>
        <w:ind w:firstLine="0" w:left="0" w:right="0"/>
      </w:pPr>
    </w:p>
    <w:p>
      <w:pPr>
        <w:spacing w:after="0" w:line="264" w:lineRule="exact"/>
        <w:ind w:firstLine="0" w:left="0" w:right="0"/>
      </w:pPr>
      <w:r>
        <w:rPr>
          <w:rFonts w:ascii="EB Garamond" w:hAnsi="EB Garamond" w:eastAsia="EB Garamond"/>
          <w:sz w:val="22"/>
        </w:rPr>
        <w:t>“My name is Caroline Pierce, and I hate when people finish my sentences.”</w:t>
      </w:r>
    </w:p>
    <w:p>
      <w:pPr>
        <w:spacing w:after="0" w:line="264" w:lineRule="exact"/>
        <w:ind w:firstLine="0" w:left="0" w:right="0"/>
      </w:pPr>
    </w:p>
    <w:p>
      <w:pPr>
        <w:spacing w:after="0" w:line="264" w:lineRule="exact"/>
        <w:ind w:firstLine="0" w:left="0" w:right="0"/>
      </w:pPr>
      <w:r>
        <w:rPr>
          <w:rFonts w:ascii="EB Garamond" w:hAnsi="EB Garamond" w:eastAsia="EB Garamond"/>
          <w:sz w:val="22"/>
        </w:rPr>
        <w:t>Her voice caught slightly on sentences.</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moved.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swallowed.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Started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“My name is Caroline Pierce, and I hate when people finish my sentences.”</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time she got through it.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visibly.</w:t>
      </w:r>
    </w:p>
    <w:p>
      <w:pPr>
        <w:spacing w:after="0" w:line="264" w:lineRule="exact"/>
        <w:ind w:firstLine="0" w:left="0" w:right="0"/>
      </w:pPr>
    </w:p>
    <w:p>
      <w:pPr>
        <w:spacing w:after="0" w:line="264" w:lineRule="exact"/>
        <w:ind w:firstLine="0" w:left="0" w:right="0"/>
      </w:pPr>
      <w:r>
        <w:rPr>
          <w:rFonts w:ascii="EB Garamond" w:hAnsi="EB Garamond" w:eastAsia="EB Garamond"/>
          <w:sz w:val="22"/>
        </w:rPr>
        <w:t>At least she hoped not.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“People think they’re helping.”</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sz w:val="22"/>
        </w:rPr>
        <w:t>“My teachers do it sometimes. My friends do it. Strangers do it.”</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fingers tightened around the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 even my mom.”</w:t>
      </w:r>
    </w:p>
    <w:p>
      <w:pPr>
        <w:spacing w:after="0" w:line="264" w:lineRule="exact"/>
        <w:ind w:firstLine="0" w:left="0" w:right="0"/>
      </w:pPr>
    </w:p>
    <w:p>
      <w:pPr>
        <w:spacing w:after="0" w:line="264" w:lineRule="exact"/>
        <w:ind w:firstLine="0" w:left="0" w:right="0"/>
      </w:pPr>
      <w:r>
        <w:rPr>
          <w:rFonts w:ascii="EB Garamond" w:hAnsi="EB Garamond" w:eastAsia="EB Garamond"/>
          <w:sz w:val="22"/>
        </w:rPr>
        <w:t>A few people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took a breath.</w:t>
      </w:r>
    </w:p>
    <w:p>
      <w:pPr>
        <w:spacing w:after="0" w:line="264" w:lineRule="exact"/>
        <w:ind w:firstLine="0" w:left="0" w:right="0"/>
      </w:pPr>
    </w:p>
    <w:p>
      <w:pPr>
        <w:spacing w:after="0" w:line="264" w:lineRule="exact"/>
        <w:ind w:firstLine="0" w:left="0" w:right="0"/>
      </w:pPr>
      <w:r>
        <w:rPr>
          <w:rFonts w:ascii="EB Garamond" w:hAnsi="EB Garamond" w:eastAsia="EB Garamond"/>
          <w:sz w:val="22"/>
        </w:rPr>
        <w:t>“When I get stuck on a word, people get uncomfortable. They look away. Or they look at me too hard.”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immediately became aware of how hard she was looking at Caroline.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her desk.</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realized that was probably worse.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Normal amount.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was a normal amount of looking?</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“So they guess.”</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sz w:val="22"/>
        </w:rPr>
        <w:t>“Like my words are taking too long and someone else needs to rescue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chest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mouth moved.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 came.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room became completely silent.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could feel everyone waiting.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Not cruelly.</w:t>
      </w:r>
    </w:p>
    <w:p>
      <w:pPr>
        <w:spacing w:after="0" w:line="264" w:lineRule="exact"/>
        <w:ind w:firstLine="0" w:left="0" w:right="0"/>
      </w:pPr>
    </w:p>
    <w:p>
      <w:pPr>
        <w:spacing w:after="0" w:line="264" w:lineRule="exact"/>
        <w:ind w:firstLine="0" w:left="0" w:right="0"/>
      </w:pPr>
      <w:r>
        <w:rPr>
          <w:rFonts w:ascii="EB Garamond" w:hAnsi="EB Garamond" w:eastAsia="EB Garamond"/>
          <w:sz w:val="22"/>
        </w:rPr>
        <w:t>But waiting.</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tried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Still 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Somebody shifted in a chair.</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closed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remembered Friday.</w:t>
      </w:r>
    </w:p>
    <w:p>
      <w:pPr>
        <w:spacing w:after="0" w:line="264" w:lineRule="exact"/>
        <w:ind w:firstLine="0" w:left="0" w:right="0"/>
      </w:pPr>
    </w:p>
    <w:p>
      <w:pPr>
        <w:spacing w:after="0" w:line="264" w:lineRule="exact"/>
        <w:ind w:firstLine="0" w:left="0" w:right="0"/>
      </w:pPr>
      <w:r>
        <w:rPr>
          <w:rFonts w:ascii="EB Garamond" w:hAnsi="EB Garamond" w:eastAsia="EB Garamond"/>
          <w:i/>
          <w:sz w:val="22"/>
        </w:rPr>
        <w:t>If you get stuck take your time.</w:t>
      </w:r>
    </w:p>
    <w:p>
      <w:pPr>
        <w:spacing w:after="0" w:line="264" w:lineRule="exact"/>
        <w:ind w:firstLine="0" w:left="0" w:right="0"/>
      </w:pPr>
    </w:p>
    <w:p>
      <w:pPr>
        <w:spacing w:after="0" w:line="264" w:lineRule="exact"/>
        <w:ind w:firstLine="0" w:left="0" w:right="0"/>
      </w:pPr>
      <w:r>
        <w:rPr>
          <w:rFonts w:ascii="EB Garamond" w:hAnsi="EB Garamond" w:eastAsia="EB Garamond"/>
          <w:i/>
          <w:sz w:val="22"/>
        </w:rPr>
        <w:t>We’re not going anywhere.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wanted to say it now.</w:t>
      </w:r>
    </w:p>
    <w:p>
      <w:pPr>
        <w:spacing w:after="0" w:line="264" w:lineRule="exact"/>
        <w:ind w:firstLine="0" w:left="0" w:right="0"/>
      </w:pPr>
    </w:p>
    <w:p>
      <w:pPr>
        <w:spacing w:after="0" w:line="264" w:lineRule="exact"/>
        <w:ind w:firstLine="0" w:left="0" w:right="0"/>
      </w:pPr>
      <w:r>
        <w:rPr>
          <w:rFonts w:ascii="EB Garamond" w:hAnsi="EB Garamond" w:eastAsia="EB Garamond"/>
          <w:sz w:val="22"/>
        </w:rPr>
        <w:t>But that would make everyone look.</w:t>
      </w:r>
    </w:p>
    <w:p>
      <w:pPr>
        <w:spacing w:after="0" w:line="264" w:lineRule="exact"/>
        <w:ind w:firstLine="0" w:left="0" w:right="0"/>
      </w:pPr>
    </w:p>
    <w:p>
      <w:pPr>
        <w:spacing w:after="0" w:line="264" w:lineRule="exact"/>
        <w:ind w:firstLine="0" w:left="0" w:right="0"/>
      </w:pPr>
      <w:r>
        <w:rPr>
          <w:rFonts w:ascii="EB Garamond" w:hAnsi="EB Garamond" w:eastAsia="EB Garamond"/>
          <w:sz w:val="22"/>
        </w:rPr>
        <w:t>So she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Instead, she stayed still.</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opened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Tried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The word came.</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Breathed.</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 I wish people understood that silence doesn’t always mean I don’t know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swallowed.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looked down at the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“It might just mean I’m still trying to say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moved.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continued.</w:t>
      </w:r>
    </w:p>
    <w:p>
      <w:pPr>
        <w:spacing w:after="0" w:line="264" w:lineRule="exact"/>
        <w:ind w:firstLine="0" w:left="0" w:right="0"/>
      </w:pPr>
    </w:p>
    <w:p>
      <w:pPr>
        <w:spacing w:after="0" w:line="264" w:lineRule="exact"/>
        <w:ind w:firstLine="0" w:left="0" w:right="0"/>
      </w:pPr>
      <w:r>
        <w:rPr>
          <w:rFonts w:ascii="EB Garamond" w:hAnsi="EB Garamond" w:eastAsia="EB Garamond"/>
          <w:sz w:val="22"/>
        </w:rPr>
        <w:t>Slowly.</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 smoothly.</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 not.</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finished a word for her.</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picked up a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And eventually—</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need people to speak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sz w:val="22"/>
        </w:rPr>
        <w:t>“I just need them to wait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lowered the paper.</w:t>
      </w:r>
    </w:p>
    <w:p>
      <w:pPr>
        <w:spacing w:after="0" w:line="264" w:lineRule="exact"/>
        <w:ind w:firstLine="0" w:left="0" w:right="0"/>
      </w:pPr>
    </w:p>
    <w:p>
      <w:pPr>
        <w:spacing w:after="0" w:line="264" w:lineRule="exact"/>
        <w:ind w:firstLine="0" w:left="0" w:right="0"/>
      </w:pPr>
      <w:r>
        <w:rPr>
          <w:rFonts w:ascii="EB Garamond" w:hAnsi="EB Garamond" w:eastAsia="EB Garamond"/>
          <w:sz w:val="22"/>
        </w:rPr>
        <w:t>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For one horrible second, Elsie thought nobody knew what to do.</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Mrs. Bennett said, “Thank you, Caroline.”</w:t>
      </w:r>
    </w:p>
    <w:p>
      <w:pPr>
        <w:spacing w:after="0" w:line="264" w:lineRule="exact"/>
        <w:ind w:firstLine="0" w:left="0" w:right="0"/>
      </w:pPr>
    </w:p>
    <w:p>
      <w:pPr>
        <w:spacing w:after="0" w:line="264" w:lineRule="exact"/>
        <w:ind w:firstLine="0" w:left="0" w:right="0"/>
      </w:pPr>
      <w:r>
        <w:rPr>
          <w:rFonts w:ascii="EB Garamond" w:hAnsi="EB Garamond" w:eastAsia="EB Garamond"/>
          <w:sz w:val="22"/>
        </w:rPr>
        <w:t>And started clapping.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 room followed.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movie clapping.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Nobody cried.</w:t>
      </w:r>
    </w:p>
    <w:p>
      <w:pPr>
        <w:spacing w:after="0" w:line="264" w:lineRule="exact"/>
        <w:ind w:firstLine="0" w:left="0" w:right="0"/>
      </w:pPr>
    </w:p>
    <w:p>
      <w:pPr>
        <w:spacing w:after="0" w:line="264" w:lineRule="exact"/>
        <w:ind w:firstLine="0" w:left="0" w:right="0"/>
      </w:pPr>
      <w:r>
        <w:rPr>
          <w:rFonts w:ascii="EB Garamond" w:hAnsi="EB Garamond" w:eastAsia="EB Garamond"/>
          <w:sz w:val="22"/>
        </w:rPr>
        <w:t>It was just applause.</w:t>
      </w:r>
    </w:p>
    <w:p>
      <w:pPr>
        <w:spacing w:after="0" w:line="264" w:lineRule="exact"/>
        <w:ind w:firstLine="0" w:left="0" w:right="0"/>
      </w:pPr>
    </w:p>
    <w:p>
      <w:pPr>
        <w:spacing w:after="0" w:line="264" w:lineRule="exact"/>
        <w:ind w:firstLine="0" w:left="0" w:right="0"/>
      </w:pPr>
      <w:r>
        <w:rPr>
          <w:rFonts w:ascii="EB Garamond" w:hAnsi="EB Garamond" w:eastAsia="EB Garamond"/>
          <w:sz w:val="22"/>
        </w:rPr>
        <w:t>Normal applause.</w:t>
      </w:r>
    </w:p>
    <w:p>
      <w:pPr>
        <w:spacing w:after="0" w:line="264" w:lineRule="exact"/>
        <w:ind w:firstLine="0" w:left="0" w:right="0"/>
      </w:pPr>
    </w:p>
    <w:p>
      <w:pPr>
        <w:spacing w:after="0" w:line="264" w:lineRule="exact"/>
        <w:ind w:firstLine="0" w:left="0" w:right="0"/>
      </w:pPr>
      <w:r>
        <w:rPr>
          <w:rFonts w:ascii="EB Garamond" w:hAnsi="EB Garamond" w:eastAsia="EB Garamond"/>
          <w:sz w:val="22"/>
        </w:rPr>
        <w:t>Which somehow felt exactly right.</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returned to her seat.</w:t>
      </w:r>
    </w:p>
    <w:p>
      <w:pPr>
        <w:spacing w:after="0" w:line="264" w:lineRule="exact"/>
        <w:ind w:firstLine="0" w:left="0" w:right="0"/>
      </w:pPr>
    </w:p>
    <w:p>
      <w:pPr>
        <w:spacing w:after="0" w:line="264" w:lineRule="exact"/>
        <w:ind w:firstLine="0" w:left="0" w:right="0"/>
      </w:pPr>
      <w:r>
        <w:rPr>
          <w:rFonts w:ascii="EB Garamond" w:hAnsi="EB Garamond" w:eastAsia="EB Garamond"/>
          <w:sz w:val="22"/>
        </w:rPr>
        <w:t>As she passed Elsie’s desk, she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for a second.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did too.</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was all.</w:t>
      </w:r>
    </w:p>
    <w:p>
      <w:pPr>
        <w:spacing w:after="0" w:line="264" w:lineRule="exact"/>
        <w:ind w:firstLine="0" w:left="0" w:right="0"/>
      </w:pPr>
    </w:p>
    <w:p>
      <w:pPr>
        <w:spacing w:after="0" w:line="264" w:lineRule="exact"/>
        <w:ind w:firstLine="0" w:left="0" w:right="0"/>
      </w:pPr>
      <w:r>
        <w:rPr>
          <w:rFonts w:ascii="EB Garamond" w:hAnsi="EB Garamond" w:eastAsia="EB Garamond"/>
          <w:sz w:val="22"/>
        </w:rPr>
        <w:t>And Elsie understood something she hadn’t on Thursday.</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Sometimes saying something mattered.</w:t>
      </w:r>
    </w:p>
    <w:p>
      <w:pPr>
        <w:spacing w:after="0" w:line="264" w:lineRule="exact"/>
        <w:ind w:firstLine="0" w:left="0" w:right="0"/>
      </w:pPr>
    </w:p>
    <w:p>
      <w:pPr>
        <w:spacing w:after="0" w:line="264" w:lineRule="exact"/>
        <w:ind w:firstLine="0" w:left="0" w:right="0"/>
      </w:pPr>
      <w:r>
        <w:rPr>
          <w:rFonts w:ascii="EB Garamond" w:hAnsi="EB Garamond" w:eastAsia="EB Garamond"/>
          <w:sz w:val="22"/>
        </w:rPr>
        <w:t>And sometimes the kindest thing you could do was shut up long enough for somebody else to say it themselves.</w:t>
      </w:r>
    </w:p>
    <w:p>
      <w:pPr>
        <w:spacing w:after="0" w:line="264" w:lineRule="exact"/>
        <w:ind w:firstLine="0" w:left="0" w:right="0"/>
      </w:pPr>
    </w:p>
    <w:p>
      <w:pPr>
        <w:spacing w:after="0" w:line="264" w:lineRule="exact"/>
        <w:ind w:firstLine="0" w:left="0" w:right="0"/>
      </w:pPr>
      <w:r>
        <w:rPr>
          <w:rFonts w:ascii="EB Garamond" w:hAnsi="EB Garamond" w:eastAsia="EB Garamond"/>
          <w:sz w:val="22"/>
        </w:rPr>
        <w:t>At lunch, Caroline’s essay was still in Elsie’s head.</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just need them to wait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 thinking about it when Mason appeared carrying a chocolate milk.</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it.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seventeen.”</w:t>
      </w:r>
    </w:p>
    <w:p>
      <w:pPr>
        <w:spacing w:after="0" w:line="264" w:lineRule="exact"/>
        <w:ind w:firstLine="0" w:left="0" w:right="0"/>
      </w:pPr>
    </w:p>
    <w:p>
      <w:pPr>
        <w:spacing w:after="0" w:line="264" w:lineRule="exact"/>
        <w:ind w:firstLine="0" w:left="0" w:right="0"/>
      </w:pPr>
      <w:r>
        <w:rPr>
          <w:rFonts w:ascii="EB Garamond" w:hAnsi="EB Garamond" w:eastAsia="EB Garamond"/>
          <w:sz w:val="22"/>
        </w:rPr>
        <w:t>“And?”</w:t>
      </w:r>
    </w:p>
    <w:p>
      <w:pPr>
        <w:spacing w:after="0" w:line="264" w:lineRule="exact"/>
        <w:ind w:firstLine="0" w:left="0" w:right="0"/>
      </w:pPr>
    </w:p>
    <w:p>
      <w:pPr>
        <w:spacing w:after="0" w:line="264" w:lineRule="exact"/>
        <w:ind w:firstLine="0" w:left="0" w:right="0"/>
      </w:pPr>
      <w:r>
        <w:rPr>
          <w:rFonts w:ascii="EB Garamond" w:hAnsi="EB Garamond" w:eastAsia="EB Garamond"/>
          <w:sz w:val="22"/>
        </w:rPr>
        <w:t>“Chocolate milk?”</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down at the carton.</w:t>
      </w:r>
    </w:p>
    <w:p>
      <w:pPr>
        <w:spacing w:after="0" w:line="264" w:lineRule="exact"/>
        <w:ind w:firstLine="0" w:left="0" w:right="0"/>
      </w:pPr>
    </w:p>
    <w:p>
      <w:pPr>
        <w:spacing w:after="0" w:line="264" w:lineRule="exact"/>
        <w:ind w:firstLine="0" w:left="0" w:right="0"/>
      </w:pPr>
      <w:r>
        <w:rPr>
          <w:rFonts w:ascii="EB Garamond" w:hAnsi="EB Garamond" w:eastAsia="EB Garamond"/>
          <w:sz w:val="22"/>
        </w:rPr>
        <w:t>“I’m sorry my masculinity isn’t strong enough for you.”</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at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saw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“I didn’t say anything.”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face did.”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between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am I missing?”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 Elsie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“Everything,” Maddie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pulled out the empty chair beside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Her entire nervous system became aware of his proximity.</w:t>
      </w:r>
    </w:p>
    <w:p>
      <w:pPr>
        <w:spacing w:after="0" w:line="264" w:lineRule="exact"/>
        <w:ind w:firstLine="0" w:left="0" w:right="0"/>
      </w:pPr>
    </w:p>
    <w:p>
      <w:pPr>
        <w:spacing w:after="0" w:line="264" w:lineRule="exact"/>
        <w:ind w:firstLine="0" w:left="0" w:right="0"/>
      </w:pPr>
      <w:r>
        <w:rPr>
          <w:rFonts w:ascii="EB Garamond" w:hAnsi="EB Garamond" w:eastAsia="EB Garamond"/>
          <w:sz w:val="22"/>
        </w:rPr>
        <w:t>Annoying.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had been on one date.</w:t>
      </w:r>
    </w:p>
    <w:p>
      <w:pPr>
        <w:spacing w:after="0" w:line="264" w:lineRule="exact"/>
        <w:ind w:firstLine="0" w:left="0" w:right="0"/>
      </w:pPr>
    </w:p>
    <w:p>
      <w:pPr>
        <w:spacing w:after="0" w:line="264" w:lineRule="exact"/>
        <w:ind w:firstLine="0" w:left="0" w:right="0"/>
      </w:pPr>
      <w:r>
        <w:rPr>
          <w:rFonts w:ascii="EB Garamond" w:hAnsi="EB Garamond" w:eastAsia="EB Garamond"/>
          <w:sz w:val="22"/>
        </w:rPr>
        <w:t>One.</w:t>
      </w:r>
    </w:p>
    <w:p>
      <w:pPr>
        <w:spacing w:after="0" w:line="264" w:lineRule="exact"/>
        <w:ind w:firstLine="0" w:left="0" w:right="0"/>
      </w:pPr>
    </w:p>
    <w:p>
      <w:pPr>
        <w:spacing w:after="0" w:line="264" w:lineRule="exact"/>
        <w:ind w:firstLine="0" w:left="0" w:right="0"/>
      </w:pPr>
      <w:r>
        <w:rPr>
          <w:rFonts w:ascii="EB Garamond" w:hAnsi="EB Garamond" w:eastAsia="EB Garamond"/>
          <w:sz w:val="22"/>
        </w:rPr>
        <w:t>Apparently, her body had decided this was sufficient evidence of lifelong significance.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opened his milk.</w:t>
      </w:r>
    </w:p>
    <w:p>
      <w:pPr>
        <w:spacing w:after="0" w:line="264" w:lineRule="exact"/>
        <w:ind w:firstLine="0" w:left="0" w:right="0"/>
      </w:pPr>
    </w:p>
    <w:p>
      <w:pPr>
        <w:spacing w:after="0" w:line="264" w:lineRule="exact"/>
        <w:ind w:firstLine="0" w:left="0" w:right="0"/>
      </w:pPr>
      <w:r>
        <w:rPr>
          <w:rFonts w:ascii="EB Garamond" w:hAnsi="EB Garamond" w:eastAsia="EB Garamond"/>
          <w:sz w:val="22"/>
        </w:rPr>
        <w:t>“Friday.”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“Game.”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about it?”</w:t>
      </w:r>
    </w:p>
    <w:p>
      <w:pPr>
        <w:spacing w:after="0" w:line="264" w:lineRule="exact"/>
        <w:ind w:firstLine="0" w:left="0" w:right="0"/>
      </w:pPr>
    </w:p>
    <w:p>
      <w:pPr>
        <w:spacing w:after="0" w:line="264" w:lineRule="exact"/>
        <w:ind w:firstLine="0" w:left="0" w:right="0"/>
      </w:pPr>
      <w:r>
        <w:rPr>
          <w:rFonts w:ascii="EB Garamond" w:hAnsi="EB Garamond" w:eastAsia="EB Garamond"/>
          <w:sz w:val="22"/>
        </w:rPr>
        <w:t>“Are you going?”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delighted.</w:t>
      </w:r>
    </w:p>
    <w:p>
      <w:pPr>
        <w:spacing w:after="0" w:line="264" w:lineRule="exact"/>
        <w:ind w:firstLine="0" w:left="0" w:right="0"/>
      </w:pPr>
    </w:p>
    <w:p>
      <w:pPr>
        <w:spacing w:after="0" w:line="264" w:lineRule="exact"/>
        <w:ind w:firstLine="0" w:left="0" w:right="0"/>
      </w:pPr>
      <w:r>
        <w:rPr>
          <w:rFonts w:ascii="EB Garamond" w:hAnsi="EB Garamond" w:eastAsia="EB Garamond"/>
          <w:sz w:val="22"/>
        </w:rPr>
        <w:t>“Oh, obviously she’s going.”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“Good.”</w:t>
      </w:r>
    </w:p>
    <w:p>
      <w:pPr>
        <w:spacing w:after="0" w:line="264" w:lineRule="exact"/>
        <w:ind w:firstLine="0" w:left="0" w:right="0"/>
      </w:pPr>
    </w:p>
    <w:p>
      <w:pPr>
        <w:spacing w:after="0" w:line="264" w:lineRule="exact"/>
        <w:ind w:firstLine="0" w:left="0" w:right="0"/>
      </w:pPr>
      <w:r>
        <w:rPr>
          <w:rFonts w:ascii="EB Garamond" w:hAnsi="EB Garamond" w:eastAsia="EB Garamond"/>
          <w:sz w:val="22"/>
        </w:rPr>
        <w:t>One word.</w:t>
      </w:r>
    </w:p>
    <w:p>
      <w:pPr>
        <w:spacing w:after="0" w:line="264" w:lineRule="exact"/>
        <w:ind w:firstLine="0" w:left="0" w:right="0"/>
      </w:pPr>
    </w:p>
    <w:p>
      <w:pPr>
        <w:spacing w:after="0" w:line="264" w:lineRule="exact"/>
        <w:ind w:firstLine="0" w:left="0" w:right="0"/>
      </w:pPr>
      <w:r>
        <w:rPr>
          <w:rFonts w:ascii="EB Garamond" w:hAnsi="EB Garamond" w:eastAsia="EB Garamond"/>
          <w:i/>
          <w:sz w:val="22"/>
        </w:rPr>
        <w:t>Good.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hated boys.</w:t>
      </w:r>
    </w:p>
    <w:p>
      <w:pPr>
        <w:spacing w:after="0" w:line="264" w:lineRule="exact"/>
        <w:ind w:firstLine="0" w:left="0" w:right="0"/>
      </w:pPr>
    </w:p>
    <w:p>
      <w:pPr>
        <w:spacing w:after="0" w:line="264" w:lineRule="exact"/>
        <w:ind w:firstLine="0" w:left="0" w:right="0"/>
      </w:pPr>
      <w:r>
        <w:rPr>
          <w:rFonts w:ascii="EB Garamond" w:hAnsi="EB Garamond" w:eastAsia="EB Garamond"/>
          <w:sz w:val="22"/>
        </w:rPr>
        <w:t>How could one word do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looked at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“Are you asking if Elsie is going to the football game our entire school is going to?”</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stared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“Yes.”</w:t>
      </w:r>
    </w:p>
    <w:p>
      <w:pPr>
        <w:spacing w:after="0" w:line="264" w:lineRule="exact"/>
        <w:ind w:firstLine="0" w:left="0" w:right="0"/>
      </w:pPr>
    </w:p>
    <w:p>
      <w:pPr>
        <w:spacing w:after="0" w:line="264" w:lineRule="exact"/>
        <w:ind w:firstLine="0" w:left="0" w:right="0"/>
      </w:pPr>
      <w:r>
        <w:rPr>
          <w:rFonts w:ascii="EB Garamond" w:hAnsi="EB Garamond" w:eastAsia="EB Garamond"/>
          <w:sz w:val="22"/>
        </w:rPr>
        <w:t>“Interesting.”</w:t>
      </w:r>
    </w:p>
    <w:p>
      <w:pPr>
        <w:spacing w:after="0" w:line="264" w:lineRule="exact"/>
        <w:ind w:firstLine="0" w:left="0" w:right="0"/>
      </w:pPr>
    </w:p>
    <w:p>
      <w:pPr>
        <w:spacing w:after="0" w:line="264" w:lineRule="exact"/>
        <w:ind w:firstLine="0" w:left="0" w:right="0"/>
      </w:pPr>
      <w:r>
        <w:rPr>
          <w:rFonts w:ascii="EB Garamond" w:hAnsi="EB Garamond" w:eastAsia="EB Garamond"/>
          <w:sz w:val="22"/>
        </w:rPr>
        <w:t>“Ava.”</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was trying not to laugh.</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at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friends are terrible.”</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“Hey,” Maddie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get used to it.”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leaned slightly closer.</w:t>
      </w:r>
    </w:p>
    <w:p>
      <w:pPr>
        <w:spacing w:after="0" w:line="264" w:lineRule="exact"/>
        <w:ind w:firstLine="0" w:left="0" w:right="0"/>
      </w:pPr>
    </w:p>
    <w:p>
      <w:pPr>
        <w:spacing w:after="0" w:line="264" w:lineRule="exact"/>
        <w:ind w:firstLine="0" w:left="0" w:right="0"/>
      </w:pPr>
      <w:r>
        <w:rPr>
          <w:rFonts w:ascii="EB Garamond" w:hAnsi="EB Garamond" w:eastAsia="EB Garamond"/>
          <w:sz w:val="22"/>
        </w:rPr>
        <w:t>“Can I steal you for like five minutes before the game?”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brain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“Why?”</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made a choking sound.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kicked her under the table.</w:t>
      </w:r>
    </w:p>
    <w:p>
      <w:pPr>
        <w:spacing w:after="0" w:line="264" w:lineRule="exact"/>
        <w:ind w:firstLine="0" w:left="0" w:right="0"/>
      </w:pPr>
    </w:p>
    <w:p>
      <w:pPr>
        <w:spacing w:after="0" w:line="264" w:lineRule="exact"/>
        <w:ind w:firstLine="0" w:left="0" w:right="0"/>
      </w:pPr>
      <w:r>
        <w:rPr>
          <w:rFonts w:ascii="EB Garamond" w:hAnsi="EB Garamond" w:eastAsia="EB Garamond"/>
          <w:sz w:val="22"/>
        </w:rPr>
        <w:t>Hard.</w:t>
      </w:r>
    </w:p>
    <w:p>
      <w:pPr>
        <w:spacing w:after="0" w:line="264" w:lineRule="exact"/>
        <w:ind w:firstLine="0" w:left="0" w:right="0"/>
      </w:pPr>
    </w:p>
    <w:p>
      <w:pPr>
        <w:spacing w:after="0" w:line="264" w:lineRule="exact"/>
        <w:ind w:firstLine="0" w:left="0" w:right="0"/>
      </w:pPr>
      <w:r>
        <w:rPr>
          <w:rFonts w:ascii="EB Garamond" w:hAnsi="EB Garamond" w:eastAsia="EB Garamond"/>
          <w:sz w:val="22"/>
        </w:rPr>
        <w:t>“Ow!”</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“I’ll tell you Friday.”</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sounds threatening.”</w:t>
      </w:r>
    </w:p>
    <w:p>
      <w:pPr>
        <w:spacing w:after="0" w:line="264" w:lineRule="exact"/>
        <w:ind w:firstLine="0" w:left="0" w:right="0"/>
      </w:pPr>
    </w:p>
    <w:p>
      <w:pPr>
        <w:spacing w:after="0" w:line="264" w:lineRule="exact"/>
        <w:ind w:firstLine="0" w:left="0" w:right="0"/>
      </w:pPr>
      <w:r>
        <w:rPr>
          <w:rFonts w:ascii="EB Garamond" w:hAnsi="EB Garamond" w:eastAsia="EB Garamond"/>
          <w:sz w:val="22"/>
        </w:rPr>
        <w:t>“It isn’t.”</w:t>
      </w:r>
    </w:p>
    <w:p>
      <w:pPr>
        <w:spacing w:after="0" w:line="264" w:lineRule="exact"/>
        <w:ind w:firstLine="0" w:left="0" w:right="0"/>
      </w:pPr>
    </w:p>
    <w:p>
      <w:pPr>
        <w:spacing w:after="0" w:line="264" w:lineRule="exact"/>
        <w:ind w:firstLine="0" w:left="0" w:right="0"/>
      </w:pPr>
      <w:r>
        <w:rPr>
          <w:rFonts w:ascii="EB Garamond" w:hAnsi="EB Garamond" w:eastAsia="EB Garamond"/>
          <w:sz w:val="22"/>
        </w:rPr>
        <w:t>“That’s exactly what a threatening person would say.”</w:t>
      </w:r>
    </w:p>
    <w:p>
      <w:pPr>
        <w:spacing w:after="0" w:line="264" w:lineRule="exact"/>
        <w:ind w:firstLine="0" w:left="0" w:right="0"/>
      </w:pPr>
    </w:p>
    <w:p>
      <w:pPr>
        <w:spacing w:after="0" w:line="264" w:lineRule="exact"/>
        <w:ind w:firstLine="0" w:left="0" w:right="0"/>
      </w:pPr>
      <w:r>
        <w:rPr>
          <w:rFonts w:ascii="EB Garamond" w:hAnsi="EB Garamond" w:eastAsia="EB Garamond"/>
          <w:sz w:val="22"/>
        </w:rPr>
        <w:t>“You’ll survive.”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narrowed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“Probably.”</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“See you later.”</w:t>
      </w:r>
    </w:p>
    <w:p>
      <w:pPr>
        <w:spacing w:after="0" w:line="264" w:lineRule="exact"/>
        <w:ind w:firstLine="0" w:left="0" w:right="0"/>
      </w:pPr>
    </w:p>
    <w:p>
      <w:pPr>
        <w:spacing w:after="0" w:line="264" w:lineRule="exact"/>
        <w:ind w:firstLine="0" w:left="0" w:right="0"/>
      </w:pPr>
      <w:r>
        <w:rPr>
          <w:rFonts w:ascii="EB Garamond" w:hAnsi="EB Garamond" w:eastAsia="EB Garamond"/>
          <w:sz w:val="22"/>
        </w:rPr>
        <w:t>“Bye.”</w:t>
      </w:r>
    </w:p>
    <w:p>
      <w:pPr>
        <w:spacing w:after="0" w:line="264" w:lineRule="exact"/>
        <w:ind w:firstLine="0" w:left="0" w:right="0"/>
      </w:pPr>
    </w:p>
    <w:p>
      <w:pPr>
        <w:spacing w:after="0" w:line="264" w:lineRule="exact"/>
        <w:ind w:firstLine="0" w:left="0" w:right="0"/>
      </w:pPr>
      <w:r>
        <w:rPr>
          <w:rFonts w:ascii="EB Garamond" w:hAnsi="EB Garamond" w:eastAsia="EB Garamond"/>
          <w:sz w:val="22"/>
        </w:rPr>
        <w:t>He walked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continued eating.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could feel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Three faces.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Ava.</w:t>
      </w:r>
    </w:p>
    <w:p>
      <w:pPr>
        <w:spacing w:after="0" w:line="264" w:lineRule="exact"/>
        <w:ind w:firstLine="0" w:left="0" w:right="0"/>
      </w:pPr>
    </w:p>
    <w:p>
      <w:pPr>
        <w:spacing w:after="0" w:line="264" w:lineRule="exact"/>
        <w:ind w:firstLine="0" w:left="0" w:right="0"/>
      </w:pPr>
      <w:r>
        <w:rPr>
          <w:rFonts w:ascii="EB Garamond" w:hAnsi="EB Garamond" w:eastAsia="EB Garamond"/>
          <w:sz w:val="22"/>
        </w:rPr>
        <w:t>Kenzie, who had apparently been listening from two seats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Maddie’s mouth opened.</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“But—”</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“Do you think he’s going to—”</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sz w:val="22"/>
        </w:rPr>
        <w:t>“Do you think he’s going to kiss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nearly inhaled a french fry.</w:t>
      </w:r>
    </w:p>
    <w:p>
      <w:pPr>
        <w:spacing w:after="0" w:line="264" w:lineRule="exact"/>
        <w:ind w:firstLine="0" w:left="0" w:right="0"/>
      </w:pPr>
    </w:p>
    <w:p>
      <w:pPr>
        <w:spacing w:after="0" w:line="264" w:lineRule="exact"/>
        <w:ind w:firstLine="0" w:left="0" w:right="0"/>
      </w:pPr>
      <w:r>
        <w:rPr>
          <w:rFonts w:ascii="EB Garamond" w:hAnsi="EB Garamond" w:eastAsia="EB Garamond"/>
          <w:sz w:val="22"/>
        </w:rPr>
        <w:t>Ava screamed.</w:t>
      </w:r>
    </w:p>
    <w:p>
      <w:pPr>
        <w:spacing w:after="0" w:line="264" w:lineRule="exact"/>
        <w:ind w:firstLine="0" w:left="0" w:right="0"/>
      </w:pPr>
    </w:p>
    <w:p>
      <w:pPr>
        <w:spacing w:after="0" w:line="264" w:lineRule="exact"/>
        <w:ind w:firstLine="0" w:left="0" w:right="0"/>
      </w:pPr>
      <w:r>
        <w:rPr>
          <w:rFonts w:ascii="EB Garamond" w:hAnsi="EB Garamond" w:eastAsia="EB Garamond"/>
          <w:sz w:val="22"/>
        </w:rPr>
        <w:t>Kenzie slapped the table.</w:t>
      </w:r>
    </w:p>
    <w:p>
      <w:pPr>
        <w:spacing w:after="0" w:line="264" w:lineRule="exact"/>
        <w:ind w:firstLine="0" w:left="0" w:right="0"/>
      </w:pPr>
    </w:p>
    <w:p>
      <w:pPr>
        <w:spacing w:after="0" w:line="264" w:lineRule="exact"/>
        <w:ind w:firstLine="0" w:left="0" w:right="0"/>
      </w:pPr>
      <w:r>
        <w:rPr>
          <w:rFonts w:ascii="EB Garamond" w:hAnsi="EB Garamond" w:eastAsia="EB Garamond"/>
          <w:sz w:val="22"/>
        </w:rPr>
        <w:t>“I hate every single one of you.”</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face was on fire.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was crying with laughter.</w:t>
      </w:r>
    </w:p>
    <w:p>
      <w:pPr>
        <w:spacing w:after="0" w:line="264" w:lineRule="exact"/>
        <w:ind w:firstLine="0" w:left="0" w:right="0"/>
      </w:pPr>
    </w:p>
    <w:p>
      <w:pPr>
        <w:spacing w:after="0" w:line="264" w:lineRule="exact"/>
        <w:ind w:firstLine="0" w:left="0" w:right="0"/>
      </w:pPr>
      <w:r>
        <w:rPr>
          <w:rFonts w:ascii="EB Garamond" w:hAnsi="EB Garamond" w:eastAsia="EB Garamond"/>
          <w:sz w:val="22"/>
        </w:rPr>
        <w:t>“Look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“I’m leaving.”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Ava grabbed her sleeve.</w:t>
      </w:r>
    </w:p>
    <w:p>
      <w:pPr>
        <w:spacing w:after="0" w:line="264" w:lineRule="exact"/>
        <w:ind w:firstLine="0" w:left="0" w:right="0"/>
      </w:pPr>
    </w:p>
    <w:p>
      <w:pPr>
        <w:spacing w:after="0" w:line="264" w:lineRule="exact"/>
        <w:ind w:firstLine="0" w:left="0" w:right="0"/>
      </w:pPr>
      <w:r>
        <w:rPr>
          <w:rFonts w:ascii="EB Garamond" w:hAnsi="EB Garamond" w:eastAsia="EB Garamond"/>
          <w:sz w:val="22"/>
        </w:rPr>
        <w:t>“No, come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“I need new friends.”</w:t>
      </w:r>
    </w:p>
    <w:p>
      <w:pPr>
        <w:spacing w:after="0" w:line="264" w:lineRule="exact"/>
        <w:ind w:firstLine="0" w:left="0" w:right="0"/>
      </w:pPr>
    </w:p>
    <w:p>
      <w:pPr>
        <w:spacing w:after="0" w:line="264" w:lineRule="exact"/>
        <w:ind w:firstLine="0" w:left="0" w:right="0"/>
      </w:pPr>
      <w:r>
        <w:rPr>
          <w:rFonts w:ascii="EB Garamond" w:hAnsi="EB Garamond" w:eastAsia="EB Garamond"/>
          <w:sz w:val="22"/>
        </w:rPr>
        <w:t>“Go sit with Nora.”</w:t>
      </w:r>
    </w:p>
    <w:p>
      <w:pPr>
        <w:spacing w:after="0" w:line="264" w:lineRule="exact"/>
        <w:ind w:firstLine="0" w:left="0" w:right="0"/>
      </w:pPr>
    </w:p>
    <w:p>
      <w:pPr>
        <w:spacing w:after="0" w:line="264" w:lineRule="exact"/>
        <w:ind w:firstLine="0" w:left="0" w:right="0"/>
      </w:pPr>
      <w:r>
        <w:rPr>
          <w:rFonts w:ascii="EB Garamond" w:hAnsi="EB Garamond" w:eastAsia="EB Garamond"/>
          <w:sz w:val="22"/>
        </w:rPr>
        <w:t>“I WILL.”</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laughed harder.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sat down.</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tried to look angry.</w:t>
      </w:r>
    </w:p>
    <w:p>
      <w:pPr>
        <w:spacing w:after="0" w:line="264" w:lineRule="exact"/>
        <w:ind w:firstLine="0" w:left="0" w:right="0"/>
      </w:pPr>
    </w:p>
    <w:p>
      <w:pPr>
        <w:spacing w:after="0" w:line="264" w:lineRule="exact"/>
        <w:ind w:firstLine="0" w:left="0" w:right="0"/>
      </w:pPr>
      <w:r>
        <w:rPr>
          <w:rFonts w:ascii="EB Garamond" w:hAnsi="EB Garamond" w:eastAsia="EB Garamond"/>
          <w:sz w:val="22"/>
        </w:rPr>
        <w:t>Failed.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 laughing too.</w:t>
      </w:r>
    </w:p>
    <w:p>
      <w:pPr>
        <w:spacing w:after="0" w:line="264" w:lineRule="exact"/>
        <w:ind w:firstLine="0" w:left="0" w:right="0"/>
      </w:pPr>
    </w:p>
    <w:p>
      <w:pPr>
        <w:spacing w:after="0" w:line="264" w:lineRule="exact"/>
        <w:ind w:firstLine="0" w:left="0" w:right="0"/>
      </w:pPr>
      <w:r>
        <w:rPr>
          <w:rFonts w:ascii="EB Garamond" w:hAnsi="EB Garamond" w:eastAsia="EB Garamond"/>
          <w:sz w:val="22"/>
        </w:rPr>
        <w:t>Tuesday was considerably less spiritually significant.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got a seventy-nine on an algebra quiz.</w:t>
      </w:r>
    </w:p>
    <w:p>
      <w:pPr>
        <w:spacing w:after="0" w:line="264" w:lineRule="exact"/>
        <w:ind w:firstLine="0" w:left="0" w:right="0"/>
      </w:pPr>
    </w:p>
    <w:p>
      <w:pPr>
        <w:spacing w:after="0" w:line="264" w:lineRule="exact"/>
        <w:ind w:firstLine="0" w:left="0" w:right="0"/>
      </w:pPr>
      <w:r>
        <w:rPr>
          <w:rFonts w:ascii="EB Garamond" w:hAnsi="EB Garamond" w:eastAsia="EB Garamond"/>
          <w:sz w:val="22"/>
        </w:rPr>
        <w:t>Her mother forgot to buy shampoo.</w:t>
      </w:r>
    </w:p>
    <w:p>
      <w:pPr>
        <w:spacing w:after="0" w:line="264" w:lineRule="exact"/>
        <w:ind w:firstLine="0" w:left="0" w:right="0"/>
      </w:pPr>
    </w:p>
    <w:p>
      <w:pPr>
        <w:spacing w:after="0" w:line="264" w:lineRule="exact"/>
        <w:ind w:firstLine="0" w:left="0" w:right="0"/>
      </w:pPr>
      <w:r>
        <w:rPr>
          <w:rFonts w:ascii="EB Garamond" w:hAnsi="EB Garamond" w:eastAsia="EB Garamond"/>
          <w:sz w:val="22"/>
        </w:rPr>
        <w:t>Someone spilled ranch dressing down the front of Maddie’s white shirt at lunch.</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texted Elsie a picture of a raccoon sitting beside a trash can with the caption:</w:t>
      </w:r>
    </w:p>
    <w:p>
      <w:pPr>
        <w:spacing w:after="0" w:line="264" w:lineRule="exact"/>
        <w:ind w:firstLine="0" w:left="0" w:right="0"/>
      </w:pPr>
    </w:p>
    <w:p>
      <w:pPr>
        <w:spacing w:after="0" w:line="264" w:lineRule="exact"/>
        <w:ind w:firstLine="0" w:left="0" w:right="0"/>
      </w:pPr>
      <w:r>
        <w:rPr>
          <w:rFonts w:ascii="EB Garamond" w:hAnsi="EB Garamond" w:eastAsia="EB Garamond"/>
          <w:i/>
          <w:sz w:val="22"/>
        </w:rPr>
        <w:t>You when someone brings actual coffee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responded:</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Blocked</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Mason:</w:t>
      </w:r>
      <w:r>
        <w:rPr>
          <w:rFonts w:ascii="EB Garamond" w:hAnsi="EB Garamond" w:eastAsia="EB Garamond"/>
          <w:b w:val="0"/>
          <w:i w:val="0"/>
          <w:sz w:val="22"/>
        </w:rPr>
        <w:t xml:space="preserve"> You use that word a lot for someone who has never blocked me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stared at the message for longer than necessary.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don’t tempt me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Mason:</w:t>
      </w:r>
      <w:r>
        <w:rPr>
          <w:rFonts w:ascii="EB Garamond" w:hAnsi="EB Garamond" w:eastAsia="EB Garamond"/>
          <w:b w:val="0"/>
          <w:i w:val="0"/>
          <w:sz w:val="22"/>
        </w:rPr>
        <w:t xml:space="preserve"> see you Friday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unfortunately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Mason:</w:t>
      </w:r>
      <w:r>
        <w:rPr>
          <w:rFonts w:ascii="EB Garamond" w:hAnsi="EB Garamond" w:eastAsia="EB Garamond"/>
          <w:b w:val="0"/>
          <w:i w:val="0"/>
          <w:sz w:val="22"/>
        </w:rPr>
        <w:t xml:space="preserve"> can’t wait :)</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hated the smiley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Not because it was bad.</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it made her smile back at her phone like an idiot in the middle of chemistry.</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noticed.</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w:t>
      </w:r>
    </w:p>
    <w:p>
      <w:pPr>
        <w:spacing w:after="0" w:line="264" w:lineRule="exact"/>
        <w:ind w:firstLine="0" w:left="0" w:right="0"/>
      </w:pPr>
    </w:p>
    <w:p>
      <w:pPr>
        <w:spacing w:after="0" w:line="264" w:lineRule="exact"/>
        <w:ind w:firstLine="0" w:left="0" w:right="0"/>
      </w:pPr>
      <w:r>
        <w:rPr>
          <w:rFonts w:ascii="EB Garamond" w:hAnsi="EB Garamond" w:eastAsia="EB Garamond"/>
          <w:sz w:val="22"/>
        </w:rPr>
        <w:t>“Is that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face says 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“My face doesn’t say anything.”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“Your face is basically a press release.”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put her phone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“Shouldn’t you be failing chemistry right now?”</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gasped.</w:t>
      </w:r>
    </w:p>
    <w:p>
      <w:pPr>
        <w:spacing w:after="0" w:line="264" w:lineRule="exact"/>
        <w:ind w:firstLine="0" w:left="0" w:right="0"/>
      </w:pPr>
    </w:p>
    <w:p>
      <w:pPr>
        <w:spacing w:after="0" w:line="264" w:lineRule="exact"/>
        <w:ind w:firstLine="0" w:left="0" w:right="0"/>
      </w:pPr>
      <w:r>
        <w:rPr>
          <w:rFonts w:ascii="EB Garamond" w:hAnsi="EB Garamond" w:eastAsia="EB Garamond"/>
          <w:sz w:val="22"/>
        </w:rPr>
        <w:t>“Cruel.”</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looked up from her notes.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has a point.”</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both dead to me.”</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 important happened Tuesday.</w:t>
      </w:r>
    </w:p>
    <w:p>
      <w:pPr>
        <w:spacing w:after="0" w:line="264" w:lineRule="exact"/>
        <w:ind w:firstLine="0" w:left="0" w:right="0"/>
      </w:pPr>
    </w:p>
    <w:p>
      <w:pPr>
        <w:spacing w:after="0" w:line="264" w:lineRule="exact"/>
        <w:ind w:firstLine="0" w:left="0" w:right="0"/>
      </w:pPr>
      <w:r>
        <w:rPr>
          <w:rFonts w:ascii="EB Garamond" w:hAnsi="EB Garamond" w:eastAsia="EB Garamond"/>
          <w:sz w:val="22"/>
        </w:rPr>
        <w:t>At least Elsie didn’t think so.</w:t>
      </w:r>
    </w:p>
    <w:p>
      <w:pPr>
        <w:spacing w:after="0" w:line="264" w:lineRule="exact"/>
        <w:ind w:firstLine="0" w:left="0" w:right="0"/>
      </w:pPr>
    </w:p>
    <w:p>
      <w:pPr>
        <w:spacing w:after="0" w:line="264" w:lineRule="exact"/>
        <w:ind w:firstLine="0" w:left="0" w:right="0"/>
      </w:pPr>
      <w:r>
        <w:rPr>
          <w:rFonts w:ascii="EB Garamond" w:hAnsi="EB Garamond" w:eastAsia="EB Garamond"/>
          <w:sz w:val="22"/>
        </w:rPr>
        <w:t>Later, she would wonder why people only noticed certain days while they were living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most of life didn’t announce itself as important.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it just happened.</w:t>
      </w:r>
    </w:p>
    <w:p>
      <w:pPr>
        <w:spacing w:after="0" w:line="264" w:lineRule="exact"/>
        <w:ind w:firstLine="0" w:left="0" w:right="0"/>
      </w:pPr>
    </w:p>
    <w:p>
      <w:pPr>
        <w:spacing w:after="0" w:line="264" w:lineRule="exact"/>
        <w:ind w:firstLine="0" w:left="0" w:right="0"/>
      </w:pPr>
      <w:r>
        <w:rPr>
          <w:rFonts w:ascii="EB Garamond" w:hAnsi="EB Garamond" w:eastAsia="EB Garamond"/>
          <w:sz w:val="22"/>
        </w:rPr>
        <w:t>And you figured out what mattered afterward.</w:t>
      </w:r>
    </w:p>
    <w:p>
      <w:pPr>
        <w:spacing w:after="0" w:line="264" w:lineRule="exact"/>
        <w:ind w:firstLine="0" w:left="0" w:right="0"/>
      </w:pPr>
    </w:p>
    <w:p>
      <w:pPr>
        <w:spacing w:after="0" w:line="264" w:lineRule="exact"/>
        <w:ind w:firstLine="0" w:left="0" w:right="0"/>
      </w:pPr>
      <w:r>
        <w:rPr>
          <w:rFonts w:ascii="EB Garamond" w:hAnsi="EB Garamond" w:eastAsia="EB Garamond"/>
          <w:sz w:val="22"/>
        </w:rPr>
        <w:t>Friday arrived with the kind of weather that made the entire school incapable of focusing.</w:t>
      </w:r>
    </w:p>
    <w:p>
      <w:pPr>
        <w:spacing w:after="0" w:line="264" w:lineRule="exact"/>
        <w:ind w:firstLine="0" w:left="0" w:right="0"/>
      </w:pPr>
    </w:p>
    <w:p>
      <w:pPr>
        <w:spacing w:after="0" w:line="264" w:lineRule="exact"/>
        <w:ind w:firstLine="0" w:left="0" w:right="0"/>
      </w:pPr>
      <w:r>
        <w:rPr>
          <w:rFonts w:ascii="EB Garamond" w:hAnsi="EB Garamond" w:eastAsia="EB Garamond"/>
          <w:sz w:val="22"/>
        </w:rPr>
        <w:t>Cool enough for sweatshirts.</w:t>
      </w:r>
    </w:p>
    <w:p>
      <w:pPr>
        <w:spacing w:after="0" w:line="264" w:lineRule="exact"/>
        <w:ind w:firstLine="0" w:left="0" w:right="0"/>
      </w:pPr>
    </w:p>
    <w:p>
      <w:pPr>
        <w:spacing w:after="0" w:line="264" w:lineRule="exact"/>
        <w:ind w:firstLine="0" w:left="0" w:right="0"/>
      </w:pPr>
      <w:r>
        <w:rPr>
          <w:rFonts w:ascii="EB Garamond" w:hAnsi="EB Garamond" w:eastAsia="EB Garamond"/>
          <w:sz w:val="22"/>
        </w:rPr>
        <w:t>Bright blue sky.</w:t>
      </w:r>
    </w:p>
    <w:p>
      <w:pPr>
        <w:spacing w:after="0" w:line="264" w:lineRule="exact"/>
        <w:ind w:firstLine="0" w:left="0" w:right="0"/>
      </w:pPr>
    </w:p>
    <w:p>
      <w:pPr>
        <w:spacing w:after="0" w:line="264" w:lineRule="exact"/>
        <w:ind w:firstLine="0" w:left="0" w:right="0"/>
      </w:pPr>
      <w:r>
        <w:rPr>
          <w:rFonts w:ascii="EB Garamond" w:hAnsi="EB Garamond" w:eastAsia="EB Garamond"/>
          <w:sz w:val="22"/>
        </w:rPr>
        <w:t>Football weather.</w:t>
      </w:r>
    </w:p>
    <w:p>
      <w:pPr>
        <w:spacing w:after="0" w:line="264" w:lineRule="exact"/>
        <w:ind w:firstLine="0" w:left="0" w:right="0"/>
      </w:pPr>
    </w:p>
    <w:p>
      <w:pPr>
        <w:spacing w:after="0" w:line="264" w:lineRule="exact"/>
        <w:ind w:firstLine="0" w:left="0" w:right="0"/>
      </w:pPr>
      <w:r>
        <w:rPr>
          <w:rFonts w:ascii="EB Garamond" w:hAnsi="EB Garamond" w:eastAsia="EB Garamond"/>
          <w:sz w:val="22"/>
        </w:rPr>
        <w:t>By third period, teachers had accepted defeat.</w:t>
      </w:r>
    </w:p>
    <w:p>
      <w:pPr>
        <w:spacing w:after="0" w:line="264" w:lineRule="exact"/>
        <w:ind w:firstLine="0" w:left="0" w:right="0"/>
      </w:pPr>
    </w:p>
    <w:p>
      <w:pPr>
        <w:spacing w:after="0" w:line="264" w:lineRule="exact"/>
        <w:ind w:firstLine="0" w:left="0" w:right="0"/>
      </w:pPr>
      <w:r>
        <w:rPr>
          <w:rFonts w:ascii="EB Garamond" w:hAnsi="EB Garamond" w:eastAsia="EB Garamond"/>
          <w:sz w:val="22"/>
        </w:rPr>
        <w:t>Someone had painted their entire face blue.</w:t>
      </w:r>
    </w:p>
    <w:p>
      <w:pPr>
        <w:spacing w:after="0" w:line="264" w:lineRule="exact"/>
        <w:ind w:firstLine="0" w:left="0" w:right="0"/>
      </w:pPr>
    </w:p>
    <w:p>
      <w:pPr>
        <w:spacing w:after="0" w:line="264" w:lineRule="exact"/>
        <w:ind w:firstLine="0" w:left="0" w:right="0"/>
      </w:pPr>
      <w:r>
        <w:rPr>
          <w:rFonts w:ascii="EB Garamond" w:hAnsi="EB Garamond" w:eastAsia="EB Garamond"/>
          <w:sz w:val="22"/>
        </w:rPr>
        <w:t>Two boys wore football jerseys over collared shirts because apparently dress code and school spirit had reached a diplomatic agreement.</w:t>
      </w:r>
    </w:p>
    <w:p>
      <w:pPr>
        <w:spacing w:after="0" w:line="264" w:lineRule="exact"/>
        <w:ind w:firstLine="0" w:left="0" w:right="0"/>
      </w:pPr>
    </w:p>
    <w:p>
      <w:pPr>
        <w:spacing w:after="0" w:line="264" w:lineRule="exact"/>
        <w:ind w:firstLine="0" w:left="0" w:right="0"/>
      </w:pPr>
      <w:r>
        <w:rPr>
          <w:rFonts w:ascii="EB Garamond" w:hAnsi="EB Garamond" w:eastAsia="EB Garamond"/>
          <w:sz w:val="22"/>
        </w:rPr>
        <w:t>The cheerleaders wore uniforms.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football players wore jerseys.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band had been making noise since approximately sunrise.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loved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 even particularly care about football.</w:t>
      </w:r>
    </w:p>
    <w:p>
      <w:pPr>
        <w:spacing w:after="0" w:line="264" w:lineRule="exact"/>
        <w:ind w:firstLine="0" w:left="0" w:right="0"/>
      </w:pPr>
    </w:p>
    <w:p>
      <w:pPr>
        <w:spacing w:after="0" w:line="264" w:lineRule="exact"/>
        <w:ind w:firstLine="0" w:left="0" w:right="0"/>
      </w:pPr>
      <w:r>
        <w:rPr>
          <w:rFonts w:ascii="EB Garamond" w:hAnsi="EB Garamond" w:eastAsia="EB Garamond"/>
          <w:sz w:val="22"/>
        </w:rPr>
        <w:t>But she loved Friday night games.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lights.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cold metal bleachers.</w:t>
      </w:r>
    </w:p>
    <w:p>
      <w:pPr>
        <w:spacing w:after="0" w:line="264" w:lineRule="exact"/>
        <w:ind w:firstLine="0" w:left="0" w:right="0"/>
      </w:pPr>
    </w:p>
    <w:p>
      <w:pPr>
        <w:spacing w:after="0" w:line="264" w:lineRule="exact"/>
        <w:ind w:firstLine="0" w:left="0" w:right="0"/>
      </w:pPr>
      <w:r>
        <w:rPr>
          <w:rFonts w:ascii="EB Garamond" w:hAnsi="EB Garamond" w:eastAsia="EB Garamond"/>
          <w:sz w:val="22"/>
        </w:rPr>
        <w:t>The student section screaming things they only half understood.</w:t>
      </w:r>
    </w:p>
    <w:p>
      <w:pPr>
        <w:spacing w:after="0" w:line="264" w:lineRule="exact"/>
        <w:ind w:firstLine="0" w:left="0" w:right="0"/>
      </w:pPr>
    </w:p>
    <w:p>
      <w:pPr>
        <w:spacing w:after="0" w:line="264" w:lineRule="exact"/>
        <w:ind w:firstLine="0" w:left="0" w:right="0"/>
      </w:pPr>
      <w:r>
        <w:rPr>
          <w:rFonts w:ascii="EB Garamond" w:hAnsi="EB Garamond" w:eastAsia="EB Garamond"/>
          <w:sz w:val="22"/>
        </w:rPr>
        <w:t>The smell of popcorn.</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Everybody wearing the same colors and temporarily agreeing they belonged to the same 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was something comforting about belonging without having to earn it.</w:t>
      </w:r>
    </w:p>
    <w:p>
      <w:pPr>
        <w:spacing w:after="0" w:line="264" w:lineRule="exact"/>
        <w:ind w:firstLine="0" w:left="0" w:right="0"/>
      </w:pPr>
    </w:p>
    <w:p>
      <w:pPr>
        <w:spacing w:after="0" w:line="264" w:lineRule="exact"/>
        <w:ind w:firstLine="0" w:left="0" w:right="0"/>
      </w:pPr>
      <w:r>
        <w:rPr>
          <w:rFonts w:ascii="EB Garamond" w:hAnsi="EB Garamond" w:eastAsia="EB Garamond"/>
          <w:sz w:val="22"/>
        </w:rPr>
        <w:t>You put on the colors.</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showed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You were part of it.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wondered if church was supposed to feel like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immediately decided that was too deep a thought for 9:17 in the morning.</w:t>
      </w:r>
    </w:p>
    <w:p>
      <w:pPr>
        <w:spacing w:after="0" w:line="264" w:lineRule="exact"/>
        <w:ind w:firstLine="0" w:left="0" w:right="0"/>
      </w:pPr>
    </w:p>
    <w:p>
      <w:pPr>
        <w:spacing w:after="0" w:line="264" w:lineRule="exact"/>
        <w:ind w:firstLine="0" w:left="0" w:right="0"/>
      </w:pPr>
      <w:r>
        <w:rPr>
          <w:rFonts w:ascii="EB Garamond" w:hAnsi="EB Garamond" w:eastAsia="EB Garamond"/>
          <w:sz w:val="22"/>
        </w:rPr>
        <w:t>She returned to pretending to understand algebra.</w:t>
      </w:r>
    </w:p>
    <w:p>
      <w:pPr>
        <w:spacing w:after="0" w:line="264" w:lineRule="exact"/>
        <w:ind w:firstLine="0" w:left="0" w:right="0"/>
      </w:pPr>
    </w:p>
    <w:p>
      <w:pPr>
        <w:spacing w:after="0" w:line="264" w:lineRule="exact"/>
        <w:ind w:firstLine="0" w:left="0" w:right="0"/>
      </w:pPr>
      <w:r>
        <w:rPr>
          <w:rFonts w:ascii="EB Garamond" w:hAnsi="EB Garamond" w:eastAsia="EB Garamond"/>
          <w:sz w:val="22"/>
        </w:rPr>
        <w:t>By seven-thirty, the stadium was packed.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had blue glitter under both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Ava had somehow managed to make an oversized school sweatshirt look fashionable.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wore jeans, sneakers, and a blue jacket she’d stolen from her mother.</w:t>
      </w:r>
    </w:p>
    <w:p>
      <w:pPr>
        <w:spacing w:after="0" w:line="264" w:lineRule="exact"/>
        <w:ind w:firstLine="0" w:left="0" w:right="0"/>
      </w:pPr>
    </w:p>
    <w:p>
      <w:pPr>
        <w:spacing w:after="0" w:line="264" w:lineRule="exact"/>
        <w:ind w:firstLine="0" w:left="0" w:right="0"/>
      </w:pPr>
      <w:r>
        <w:rPr>
          <w:rFonts w:ascii="EB Garamond" w:hAnsi="EB Garamond" w:eastAsia="EB Garamond"/>
          <w:sz w:val="22"/>
        </w:rPr>
        <w:t>“Where is he?” Maddie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didn’t look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“Who?”</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“Embarrassing.”</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know what you’re talking about.”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Maddie said. “You have looked toward the field entrance fourteen times.”</w:t>
      </w:r>
    </w:p>
    <w:p>
      <w:pPr>
        <w:spacing w:after="0" w:line="264" w:lineRule="exact"/>
        <w:ind w:firstLine="0" w:left="0" w:right="0"/>
      </w:pPr>
    </w:p>
    <w:p>
      <w:pPr>
        <w:spacing w:after="0" w:line="264" w:lineRule="exact"/>
        <w:ind w:firstLine="0" w:left="0" w:right="0"/>
      </w:pPr>
      <w:r>
        <w:rPr>
          <w:rFonts w:ascii="EB Garamond" w:hAnsi="EB Garamond" w:eastAsia="EB Garamond"/>
          <w:sz w:val="22"/>
        </w:rPr>
        <w:t>“You counted?”</w:t>
      </w:r>
    </w:p>
    <w:p>
      <w:pPr>
        <w:spacing w:after="0" w:line="264" w:lineRule="exact"/>
        <w:ind w:firstLine="0" w:left="0" w:right="0"/>
      </w:pPr>
    </w:p>
    <w:p>
      <w:pPr>
        <w:spacing w:after="0" w:line="264" w:lineRule="exact"/>
        <w:ind w:firstLine="0" w:left="0" w:right="0"/>
      </w:pPr>
      <w:r>
        <w:rPr>
          <w:rFonts w:ascii="EB Garamond" w:hAnsi="EB Garamond" w:eastAsia="EB Garamond"/>
          <w:sz w:val="22"/>
        </w:rPr>
        <w:t>“Yes.”</w:t>
      </w:r>
    </w:p>
    <w:p>
      <w:pPr>
        <w:spacing w:after="0" w:line="264" w:lineRule="exact"/>
        <w:ind w:firstLine="0" w:left="0" w:right="0"/>
      </w:pPr>
    </w:p>
    <w:p>
      <w:pPr>
        <w:spacing w:after="0" w:line="264" w:lineRule="exact"/>
        <w:ind w:firstLine="0" w:left="0" w:right="0"/>
      </w:pPr>
      <w:r>
        <w:rPr>
          <w:rFonts w:ascii="EB Garamond" w:hAnsi="EB Garamond" w:eastAsia="EB Garamond"/>
          <w:sz w:val="22"/>
        </w:rPr>
        <w:t>“You need a hobby.”</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is my hobby.”</w:t>
      </w:r>
    </w:p>
    <w:p>
      <w:pPr>
        <w:spacing w:after="0" w:line="264" w:lineRule="exact"/>
        <w:ind w:firstLine="0" w:left="0" w:right="0"/>
      </w:pPr>
    </w:p>
    <w:p>
      <w:pPr>
        <w:spacing w:after="0" w:line="264" w:lineRule="exact"/>
        <w:ind w:firstLine="0" w:left="0" w:right="0"/>
      </w:pPr>
      <w:r>
        <w:rPr>
          <w:rFonts w:ascii="EB Garamond" w:hAnsi="EB Garamond" w:eastAsia="EB Garamond"/>
          <w:sz w:val="22"/>
        </w:rPr>
        <w:t>The band started playing.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 student section erupted.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toward the field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Fifteen.</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screamed.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w:t>
      </w:r>
    </w:p>
    <w:p>
      <w:pPr>
        <w:spacing w:after="0" w:line="264" w:lineRule="exact"/>
        <w:ind w:firstLine="0" w:left="0" w:right="0"/>
      </w:pPr>
    </w:p>
    <w:p>
      <w:pPr>
        <w:spacing w:after="0" w:line="264" w:lineRule="exact"/>
        <w:ind w:firstLine="0" w:left="0" w:right="0"/>
      </w:pPr>
      <w:r>
        <w:rPr>
          <w:rFonts w:ascii="EB Garamond" w:hAnsi="EB Garamond" w:eastAsia="EB Garamond"/>
          <w:sz w:val="22"/>
        </w:rPr>
        <w:t>Half the section looked.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grabbed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 will push you down these bleachers.”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was coming up the stairs.</w:t>
      </w:r>
    </w:p>
    <w:p>
      <w:pPr>
        <w:spacing w:after="0" w:line="264" w:lineRule="exact"/>
        <w:ind w:firstLine="0" w:left="0" w:right="0"/>
      </w:pPr>
    </w:p>
    <w:p>
      <w:pPr>
        <w:spacing w:after="0" w:line="264" w:lineRule="exact"/>
        <w:ind w:firstLine="0" w:left="0" w:right="0"/>
      </w:pPr>
      <w:r>
        <w:rPr>
          <w:rFonts w:ascii="EB Garamond" w:hAnsi="EB Garamond" w:eastAsia="EB Garamond"/>
          <w:sz w:val="22"/>
        </w:rPr>
        <w:t>Gray sweatshirt.</w:t>
      </w:r>
    </w:p>
    <w:p>
      <w:pPr>
        <w:spacing w:after="0" w:line="264" w:lineRule="exact"/>
        <w:ind w:firstLine="0" w:left="0" w:right="0"/>
      </w:pPr>
    </w:p>
    <w:p>
      <w:pPr>
        <w:spacing w:after="0" w:line="264" w:lineRule="exact"/>
        <w:ind w:firstLine="0" w:left="0" w:right="0"/>
      </w:pPr>
      <w:r>
        <w:rPr>
          <w:rFonts w:ascii="EB Garamond" w:hAnsi="EB Garamond" w:eastAsia="EB Garamond"/>
          <w:sz w:val="22"/>
        </w:rPr>
        <w:t>Jeans.</w:t>
      </w:r>
    </w:p>
    <w:p>
      <w:pPr>
        <w:spacing w:after="0" w:line="264" w:lineRule="exact"/>
        <w:ind w:firstLine="0" w:left="0" w:right="0"/>
      </w:pPr>
    </w:p>
    <w:p>
      <w:pPr>
        <w:spacing w:after="0" w:line="264" w:lineRule="exact"/>
        <w:ind w:firstLine="0" w:left="0" w:right="0"/>
      </w:pPr>
      <w:r>
        <w:rPr>
          <w:rFonts w:ascii="EB Garamond" w:hAnsi="EB Garamond" w:eastAsia="EB Garamond"/>
          <w:sz w:val="22"/>
        </w:rPr>
        <w:t>Hands in his pockets.</w:t>
      </w:r>
    </w:p>
    <w:p>
      <w:pPr>
        <w:spacing w:after="0" w:line="264" w:lineRule="exact"/>
        <w:ind w:firstLine="0" w:left="0" w:right="0"/>
      </w:pPr>
    </w:p>
    <w:p>
      <w:pPr>
        <w:spacing w:after="0" w:line="264" w:lineRule="exact"/>
        <w:ind w:firstLine="0" w:left="0" w:right="0"/>
      </w:pPr>
      <w:r>
        <w:rPr>
          <w:rFonts w:ascii="EB Garamond" w:hAnsi="EB Garamond" w:eastAsia="EB Garamond"/>
          <w:sz w:val="22"/>
        </w:rPr>
        <w:t>He saw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stomach flipped.</w:t>
      </w:r>
    </w:p>
    <w:p>
      <w:pPr>
        <w:spacing w:after="0" w:line="264" w:lineRule="exact"/>
        <w:ind w:firstLine="0" w:left="0" w:right="0"/>
      </w:pPr>
    </w:p>
    <w:p>
      <w:pPr>
        <w:spacing w:after="0" w:line="264" w:lineRule="exact"/>
        <w:ind w:firstLine="0" w:left="0" w:right="0"/>
      </w:pPr>
      <w:r>
        <w:rPr>
          <w:rFonts w:ascii="EB Garamond" w:hAnsi="EB Garamond" w:eastAsia="EB Garamond"/>
          <w:sz w:val="22"/>
        </w:rPr>
        <w:t>Ava leaned toward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smiling.”</w:t>
      </w:r>
    </w:p>
    <w:p>
      <w:pPr>
        <w:spacing w:after="0" w:line="264" w:lineRule="exact"/>
        <w:ind w:firstLine="0" w:left="0" w:right="0"/>
      </w:pPr>
    </w:p>
    <w:p>
      <w:pPr>
        <w:spacing w:after="0" w:line="264" w:lineRule="exact"/>
        <w:ind w:firstLine="0" w:left="0" w:right="0"/>
      </w:pPr>
      <w:r>
        <w:rPr>
          <w:rFonts w:ascii="EB Garamond" w:hAnsi="EB Garamond" w:eastAsia="EB Garamond"/>
          <w:sz w:val="22"/>
        </w:rPr>
        <w:t>“People smile.”</w:t>
      </w:r>
    </w:p>
    <w:p>
      <w:pPr>
        <w:spacing w:after="0" w:line="264" w:lineRule="exact"/>
        <w:ind w:firstLine="0" w:left="0" w:right="0"/>
      </w:pPr>
    </w:p>
    <w:p>
      <w:pPr>
        <w:spacing w:after="0" w:line="264" w:lineRule="exact"/>
        <w:ind w:firstLine="0" w:left="0" w:right="0"/>
      </w:pPr>
      <w:r>
        <w:rPr>
          <w:rFonts w:ascii="EB Garamond" w:hAnsi="EB Garamond" w:eastAsia="EB Garamond"/>
          <w:sz w:val="22"/>
        </w:rPr>
        <w:t>“Not like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“Shut up.”</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stopped one row below them.</w:t>
      </w:r>
    </w:p>
    <w:p>
      <w:pPr>
        <w:spacing w:after="0" w:line="264" w:lineRule="exact"/>
        <w:ind w:firstLine="0" w:left="0" w:right="0"/>
      </w:pPr>
    </w:p>
    <w:p>
      <w:pPr>
        <w:spacing w:after="0" w:line="264" w:lineRule="exact"/>
        <w:ind w:firstLine="0" w:left="0" w:right="0"/>
      </w:pPr>
      <w:r>
        <w:rPr>
          <w:rFonts w:ascii="EB Garamond" w:hAnsi="EB Garamond" w:eastAsia="EB Garamond"/>
          <w:sz w:val="22"/>
        </w:rPr>
        <w:t>“Hey.”</w:t>
      </w:r>
    </w:p>
    <w:p>
      <w:pPr>
        <w:spacing w:after="0" w:line="264" w:lineRule="exact"/>
        <w:ind w:firstLine="0" w:left="0" w:right="0"/>
      </w:pPr>
    </w:p>
    <w:p>
      <w:pPr>
        <w:spacing w:after="0" w:line="264" w:lineRule="exact"/>
        <w:ind w:firstLine="0" w:left="0" w:right="0"/>
      </w:pPr>
      <w:r>
        <w:rPr>
          <w:rFonts w:ascii="EB Garamond" w:hAnsi="EB Garamond" w:eastAsia="EB Garamond"/>
          <w:sz w:val="22"/>
        </w:rPr>
        <w:t>“Hey.”</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it was.</w:t>
      </w:r>
    </w:p>
    <w:p>
      <w:pPr>
        <w:spacing w:after="0" w:line="264" w:lineRule="exact"/>
        <w:ind w:firstLine="0" w:left="0" w:right="0"/>
      </w:pPr>
    </w:p>
    <w:p>
      <w:pPr>
        <w:spacing w:after="0" w:line="264" w:lineRule="exact"/>
        <w:ind w:firstLine="0" w:left="0" w:right="0"/>
      </w:pPr>
      <w:r>
        <w:rPr>
          <w:rFonts w:ascii="EB Garamond" w:hAnsi="EB Garamond" w:eastAsia="EB Garamond"/>
          <w:sz w:val="22"/>
        </w:rPr>
        <w:t>Their stupid word.</w:t>
      </w:r>
    </w:p>
    <w:p>
      <w:pPr>
        <w:spacing w:after="0" w:line="264" w:lineRule="exact"/>
        <w:ind w:firstLine="0" w:left="0" w:right="0"/>
      </w:pPr>
    </w:p>
    <w:p>
      <w:pPr>
        <w:spacing w:after="0" w:line="264" w:lineRule="exact"/>
        <w:ind w:firstLine="0" w:left="0" w:right="0"/>
      </w:pPr>
      <w:r>
        <w:rPr>
          <w:rFonts w:ascii="EB Garamond" w:hAnsi="EB Garamond" w:eastAsia="EB Garamond"/>
          <w:sz w:val="22"/>
        </w:rPr>
        <w:t>He looked at Maddie and Ava.</w:t>
      </w:r>
    </w:p>
    <w:p>
      <w:pPr>
        <w:spacing w:after="0" w:line="264" w:lineRule="exact"/>
        <w:ind w:firstLine="0" w:left="0" w:right="0"/>
      </w:pPr>
    </w:p>
    <w:p>
      <w:pPr>
        <w:spacing w:after="0" w:line="264" w:lineRule="exact"/>
        <w:ind w:firstLine="0" w:left="0" w:right="0"/>
      </w:pPr>
      <w:r>
        <w:rPr>
          <w:rFonts w:ascii="EB Garamond" w:hAnsi="EB Garamond" w:eastAsia="EB Garamond"/>
          <w:sz w:val="22"/>
        </w:rPr>
        <w:t>“Can I borrow her?”</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grabbed Elsie’s shoulders.</w:t>
      </w:r>
    </w:p>
    <w:p>
      <w:pPr>
        <w:spacing w:after="0" w:line="264" w:lineRule="exact"/>
        <w:ind w:firstLine="0" w:left="0" w:right="0"/>
      </w:pPr>
    </w:p>
    <w:p>
      <w:pPr>
        <w:spacing w:after="0" w:line="264" w:lineRule="exact"/>
        <w:ind w:firstLine="0" w:left="0" w:right="0"/>
      </w:pPr>
      <w:r>
        <w:rPr>
          <w:rFonts w:ascii="EB Garamond" w:hAnsi="EB Garamond" w:eastAsia="EB Garamond"/>
          <w:sz w:val="22"/>
        </w:rPr>
        <w:t>“No. She’s very expensive.”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shoved her away.</w:t>
      </w:r>
    </w:p>
    <w:p>
      <w:pPr>
        <w:spacing w:after="0" w:line="264" w:lineRule="exact"/>
        <w:ind w:firstLine="0" w:left="0" w:right="0"/>
      </w:pPr>
    </w:p>
    <w:p>
      <w:pPr>
        <w:spacing w:after="0" w:line="264" w:lineRule="exact"/>
        <w:ind w:firstLine="0" w:left="0" w:right="0"/>
      </w:pPr>
      <w:r>
        <w:rPr>
          <w:rFonts w:ascii="EB Garamond" w:hAnsi="EB Garamond" w:eastAsia="EB Garamond"/>
          <w:sz w:val="22"/>
        </w:rPr>
        <w:t>“Please ignore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 usually do.”</w:t>
      </w:r>
    </w:p>
    <w:p>
      <w:pPr>
        <w:spacing w:after="0" w:line="264" w:lineRule="exact"/>
        <w:ind w:firstLine="0" w:left="0" w:right="0"/>
      </w:pPr>
    </w:p>
    <w:p>
      <w:pPr>
        <w:spacing w:after="0" w:line="264" w:lineRule="exact"/>
        <w:ind w:firstLine="0" w:left="0" w:right="0"/>
      </w:pPr>
      <w:r>
        <w:rPr>
          <w:rFonts w:ascii="EB Garamond" w:hAnsi="EB Garamond" w:eastAsia="EB Garamond"/>
          <w:sz w:val="22"/>
        </w:rPr>
        <w:t>“Hey!”</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looked at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“Come on.”</w:t>
      </w:r>
    </w:p>
    <w:p>
      <w:pPr>
        <w:spacing w:after="0" w:line="264" w:lineRule="exact"/>
        <w:ind w:firstLine="0" w:left="0" w:right="0"/>
      </w:pPr>
    </w:p>
    <w:p>
      <w:pPr>
        <w:spacing w:after="0" w:line="264" w:lineRule="exact"/>
        <w:ind w:firstLine="0" w:left="0" w:right="0"/>
      </w:pPr>
      <w:r>
        <w:rPr>
          <w:rFonts w:ascii="EB Garamond" w:hAnsi="EB Garamond" w:eastAsia="EB Garamond"/>
          <w:sz w:val="22"/>
        </w:rPr>
        <w:t>She followed him down the bleachers.</w:t>
      </w:r>
    </w:p>
    <w:p>
      <w:pPr>
        <w:spacing w:after="0" w:line="264" w:lineRule="exact"/>
        <w:ind w:firstLine="0" w:left="0" w:right="0"/>
      </w:pPr>
    </w:p>
    <w:p>
      <w:pPr>
        <w:spacing w:after="0" w:line="264" w:lineRule="exact"/>
        <w:ind w:firstLine="0" w:left="0" w:right="0"/>
      </w:pPr>
      <w:r>
        <w:rPr>
          <w:rFonts w:ascii="EB Garamond" w:hAnsi="EB Garamond" w:eastAsia="EB Garamond"/>
          <w:sz w:val="22"/>
        </w:rPr>
        <w:t>Behind her, Maddie whisper-yelled:</w:t>
      </w:r>
    </w:p>
    <w:p>
      <w:pPr>
        <w:spacing w:after="0" w:line="264" w:lineRule="exact"/>
        <w:ind w:firstLine="0" w:left="0" w:right="0"/>
      </w:pPr>
    </w:p>
    <w:p>
      <w:pPr>
        <w:spacing w:after="0" w:line="264" w:lineRule="exact"/>
        <w:ind w:firstLine="0" w:left="0" w:right="0"/>
      </w:pPr>
      <w:r>
        <w:rPr>
          <w:rFonts w:ascii="EB Garamond" w:hAnsi="EB Garamond" w:eastAsia="EB Garamond"/>
          <w:sz w:val="22"/>
        </w:rPr>
        <w:t>“MAKE GOOD CHOICES!”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turned around.</w:t>
      </w:r>
    </w:p>
    <w:p>
      <w:pPr>
        <w:spacing w:after="0" w:line="264" w:lineRule="exact"/>
        <w:ind w:firstLine="0" w:left="0" w:right="0"/>
      </w:pPr>
    </w:p>
    <w:p>
      <w:pPr>
        <w:spacing w:after="0" w:line="264" w:lineRule="exact"/>
        <w:ind w:firstLine="0" w:left="0" w:right="0"/>
      </w:pPr>
      <w:r>
        <w:rPr>
          <w:rFonts w:ascii="EB Garamond" w:hAnsi="EB Garamond" w:eastAsia="EB Garamond"/>
          <w:sz w:val="22"/>
        </w:rPr>
        <w:t>“I HATE YOU.”</w:t>
      </w:r>
    </w:p>
    <w:p>
      <w:pPr>
        <w:spacing w:after="0" w:line="264" w:lineRule="exact"/>
        <w:ind w:firstLine="0" w:left="0" w:right="0"/>
      </w:pPr>
    </w:p>
    <w:p>
      <w:pPr>
        <w:spacing w:after="0" w:line="264" w:lineRule="exact"/>
        <w:ind w:firstLine="0" w:left="0" w:right="0"/>
      </w:pPr>
      <w:r>
        <w:rPr>
          <w:rFonts w:ascii="EB Garamond" w:hAnsi="EB Garamond" w:eastAsia="EB Garamond"/>
          <w:sz w:val="22"/>
        </w:rPr>
        <w:t>Several parents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Excellent.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led her beneath the bleachers.</w:t>
      </w:r>
    </w:p>
    <w:p>
      <w:pPr>
        <w:spacing w:after="0" w:line="264" w:lineRule="exact"/>
        <w:ind w:firstLine="0" w:left="0" w:right="0"/>
      </w:pPr>
    </w:p>
    <w:p>
      <w:pPr>
        <w:spacing w:after="0" w:line="264" w:lineRule="exact"/>
        <w:ind w:firstLine="0" w:left="0" w:right="0"/>
      </w:pPr>
      <w:r>
        <w:rPr>
          <w:rFonts w:ascii="EB Garamond" w:hAnsi="EB Garamond" w:eastAsia="EB Garamond"/>
          <w:sz w:val="22"/>
        </w:rPr>
        <w:t>Not romantically beneath the bleachers.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needed that clarified internally.</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were still visible to approximately four hundred people.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is happening?” she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reached into his pocket.</w:t>
      </w:r>
    </w:p>
    <w:p>
      <w:pPr>
        <w:spacing w:after="0" w:line="264" w:lineRule="exact"/>
        <w:ind w:firstLine="0" w:left="0" w:right="0"/>
      </w:pPr>
    </w:p>
    <w:p>
      <w:pPr>
        <w:spacing w:after="0" w:line="264" w:lineRule="exact"/>
        <w:ind w:firstLine="0" w:left="0" w:right="0"/>
      </w:pPr>
      <w:r>
        <w:rPr>
          <w:rFonts w:ascii="EB Garamond" w:hAnsi="EB Garamond" w:eastAsia="EB Garamond"/>
          <w:sz w:val="22"/>
        </w:rPr>
        <w:t>“I got you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“It’s stupid.”</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“Don’t say that before you see it.”</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said it.”</w:t>
      </w:r>
    </w:p>
    <w:p>
      <w:pPr>
        <w:spacing w:after="0" w:line="264" w:lineRule="exact"/>
        <w:ind w:firstLine="0" w:left="0" w:right="0"/>
      </w:pPr>
    </w:p>
    <w:p>
      <w:pPr>
        <w:spacing w:after="0" w:line="264" w:lineRule="exact"/>
        <w:ind w:firstLine="0" w:left="0" w:right="0"/>
      </w:pPr>
      <w:r>
        <w:rPr>
          <w:rFonts w:ascii="EB Garamond" w:hAnsi="EB Garamond" w:eastAsia="EB Garamond"/>
          <w:sz w:val="22"/>
        </w:rPr>
        <w:t>“I’m allowed.”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He held out his hand.</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was a small enamel pin in his palm.</w:t>
      </w:r>
    </w:p>
    <w:p>
      <w:pPr>
        <w:spacing w:after="0" w:line="264" w:lineRule="exact"/>
        <w:ind w:firstLine="0" w:left="0" w:right="0"/>
      </w:pPr>
    </w:p>
    <w:p>
      <w:pPr>
        <w:spacing w:after="0" w:line="264" w:lineRule="exact"/>
        <w:ind w:firstLine="0" w:left="0" w:right="0"/>
      </w:pPr>
      <w:r>
        <w:rPr>
          <w:rFonts w:ascii="EB Garamond" w:hAnsi="EB Garamond" w:eastAsia="EB Garamond"/>
          <w:sz w:val="22"/>
        </w:rPr>
        <w:t>A tiny blue coffee cup.</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“Oh my gosh.”</w:t>
      </w:r>
    </w:p>
    <w:p>
      <w:pPr>
        <w:spacing w:after="0" w:line="264" w:lineRule="exact"/>
        <w:ind w:firstLine="0" w:left="0" w:right="0"/>
      </w:pPr>
    </w:p>
    <w:p>
      <w:pPr>
        <w:spacing w:after="0" w:line="264" w:lineRule="exact"/>
        <w:ind w:firstLine="0" w:left="0" w:right="0"/>
      </w:pPr>
      <w:r>
        <w:rPr>
          <w:rFonts w:ascii="EB Garamond" w:hAnsi="EB Garamond" w:eastAsia="EB Garamond"/>
          <w:sz w:val="22"/>
        </w:rPr>
        <w:t>“I saw it and…”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bought me a coffee pin?”</w:t>
      </w:r>
    </w:p>
    <w:p>
      <w:pPr>
        <w:spacing w:after="0" w:line="264" w:lineRule="exact"/>
        <w:ind w:firstLine="0" w:left="0" w:right="0"/>
      </w:pPr>
    </w:p>
    <w:p>
      <w:pPr>
        <w:spacing w:after="0" w:line="264" w:lineRule="exact"/>
        <w:ind w:firstLine="0" w:left="0" w:right="0"/>
      </w:pPr>
      <w:r>
        <w:rPr>
          <w:rFonts w:ascii="EB Garamond" w:hAnsi="EB Garamond" w:eastAsia="EB Garamond"/>
          <w:sz w:val="22"/>
        </w:rPr>
        <w:t>“You hate coffee.”</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hate coffee.”</w:t>
      </w:r>
    </w:p>
    <w:p>
      <w:pPr>
        <w:spacing w:after="0" w:line="264" w:lineRule="exact"/>
        <w:ind w:firstLine="0" w:left="0" w:right="0"/>
      </w:pPr>
    </w:p>
    <w:p>
      <w:pPr>
        <w:spacing w:after="0" w:line="264" w:lineRule="exact"/>
        <w:ind w:firstLine="0" w:left="0" w:right="0"/>
      </w:pPr>
      <w:r>
        <w:rPr>
          <w:rFonts w:ascii="EB Garamond" w:hAnsi="EB Garamond" w:eastAsia="EB Garamond"/>
          <w:sz w:val="22"/>
        </w:rPr>
        <w:t>“You absolutely hate coffee.”</w:t>
      </w:r>
    </w:p>
    <w:p>
      <w:pPr>
        <w:spacing w:after="0" w:line="264" w:lineRule="exact"/>
        <w:ind w:firstLine="0" w:left="0" w:right="0"/>
      </w:pPr>
    </w:p>
    <w:p>
      <w:pPr>
        <w:spacing w:after="0" w:line="264" w:lineRule="exact"/>
        <w:ind w:firstLine="0" w:left="0" w:right="0"/>
      </w:pPr>
      <w:r>
        <w:rPr>
          <w:rFonts w:ascii="EB Garamond" w:hAnsi="EB Garamond" w:eastAsia="EB Garamond"/>
          <w:sz w:val="22"/>
        </w:rPr>
        <w:t>“I liked the latte.”</w:t>
      </w:r>
    </w:p>
    <w:p>
      <w:pPr>
        <w:spacing w:after="0" w:line="264" w:lineRule="exact"/>
        <w:ind w:firstLine="0" w:left="0" w:right="0"/>
      </w:pPr>
    </w:p>
    <w:p>
      <w:pPr>
        <w:spacing w:after="0" w:line="264" w:lineRule="exact"/>
        <w:ind w:firstLine="0" w:left="0" w:right="0"/>
      </w:pPr>
      <w:r>
        <w:rPr>
          <w:rFonts w:ascii="EB Garamond" w:hAnsi="EB Garamond" w:eastAsia="EB Garamond"/>
          <w:sz w:val="22"/>
        </w:rPr>
        <w:t>“You liked vanilla-flavored sugar.”</w:t>
      </w:r>
    </w:p>
    <w:p>
      <w:pPr>
        <w:spacing w:after="0" w:line="264" w:lineRule="exact"/>
        <w:ind w:firstLine="0" w:left="0" w:right="0"/>
      </w:pPr>
    </w:p>
    <w:p>
      <w:pPr>
        <w:spacing w:after="0" w:line="264" w:lineRule="exact"/>
        <w:ind w:firstLine="0" w:left="0" w:right="0"/>
      </w:pPr>
      <w:r>
        <w:rPr>
          <w:rFonts w:ascii="EB Garamond" w:hAnsi="EB Garamond" w:eastAsia="EB Garamond"/>
          <w:sz w:val="22"/>
        </w:rPr>
        <w:t>“Correct.”</w:t>
      </w:r>
    </w:p>
    <w:p>
      <w:pPr>
        <w:spacing w:after="0" w:line="264" w:lineRule="exact"/>
        <w:ind w:firstLine="0" w:left="0" w:right="0"/>
      </w:pPr>
    </w:p>
    <w:p>
      <w:pPr>
        <w:spacing w:after="0" w:line="264" w:lineRule="exact"/>
        <w:ind w:firstLine="0" w:left="0" w:right="0"/>
      </w:pPr>
      <w:r>
        <w:rPr>
          <w:rFonts w:ascii="EB Garamond" w:hAnsi="EB Garamond" w:eastAsia="EB Garamond"/>
          <w:sz w:val="22"/>
        </w:rPr>
        <w:t>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picked up the pin.</w:t>
      </w:r>
    </w:p>
    <w:p>
      <w:pPr>
        <w:spacing w:after="0" w:line="264" w:lineRule="exact"/>
        <w:ind w:firstLine="0" w:left="0" w:right="0"/>
      </w:pPr>
    </w:p>
    <w:p>
      <w:pPr>
        <w:spacing w:after="0" w:line="264" w:lineRule="exact"/>
        <w:ind w:firstLine="0" w:left="0" w:right="0"/>
      </w:pPr>
      <w:r>
        <w:rPr>
          <w:rFonts w:ascii="EB Garamond" w:hAnsi="EB Garamond" w:eastAsia="EB Garamond"/>
          <w:sz w:val="22"/>
        </w:rPr>
        <w:t>On the cup, in tiny white letters, it said:</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suddenly looked nervous.</w:t>
      </w:r>
    </w:p>
    <w:p>
      <w:pPr>
        <w:spacing w:after="0" w:line="264" w:lineRule="exact"/>
        <w:ind w:firstLine="0" w:left="0" w:right="0"/>
      </w:pPr>
    </w:p>
    <w:p>
      <w:pPr>
        <w:spacing w:after="0" w:line="264" w:lineRule="exact"/>
        <w:ind w:firstLine="0" w:left="0" w:right="0"/>
      </w:pPr>
      <w:r>
        <w:rPr>
          <w:rFonts w:ascii="EB Garamond" w:hAnsi="EB Garamond" w:eastAsia="EB Garamond"/>
          <w:sz w:val="22"/>
        </w:rPr>
        <w:t>“Because you keep saying it.”</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“And because of the essay question.”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“You remembered?”</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 he remembered.</w:t>
      </w:r>
    </w:p>
    <w:p>
      <w:pPr>
        <w:spacing w:after="0" w:line="264" w:lineRule="exact"/>
        <w:ind w:firstLine="0" w:left="0" w:right="0"/>
      </w:pPr>
    </w:p>
    <w:p>
      <w:pPr>
        <w:spacing w:after="0" w:line="264" w:lineRule="exact"/>
        <w:ind w:firstLine="0" w:left="0" w:right="0"/>
      </w:pPr>
      <w:r>
        <w:rPr>
          <w:rFonts w:ascii="EB Garamond" w:hAnsi="EB Garamond" w:eastAsia="EB Garamond"/>
          <w:sz w:val="22"/>
        </w:rPr>
        <w:t>He noticed things.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 starting to learn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the pin again.</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A week ago, she might have hated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Now she loved it.</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might be the dumbest thing anyone has ever given me.”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“Thank you.”</w:t>
      </w:r>
    </w:p>
    <w:p>
      <w:pPr>
        <w:spacing w:after="0" w:line="264" w:lineRule="exact"/>
        <w:ind w:firstLine="0" w:left="0" w:right="0"/>
      </w:pPr>
    </w:p>
    <w:p>
      <w:pPr>
        <w:spacing w:after="0" w:line="264" w:lineRule="exact"/>
        <w:ind w:firstLine="0" w:left="0" w:right="0"/>
      </w:pPr>
      <w:r>
        <w:rPr>
          <w:rFonts w:ascii="EB Garamond" w:hAnsi="EB Garamond" w:eastAsia="EB Garamond"/>
          <w:sz w:val="22"/>
        </w:rPr>
        <w:t>“I love it.”</w:t>
      </w:r>
    </w:p>
    <w:p>
      <w:pPr>
        <w:spacing w:after="0" w:line="264" w:lineRule="exact"/>
        <w:ind w:firstLine="0" w:left="0" w:right="0"/>
      </w:pPr>
    </w:p>
    <w:p>
      <w:pPr>
        <w:spacing w:after="0" w:line="264" w:lineRule="exact"/>
        <w:ind w:firstLine="0" w:left="0" w:right="0"/>
      </w:pPr>
      <w:r>
        <w:rPr>
          <w:rFonts w:ascii="EB Garamond" w:hAnsi="EB Garamond" w:eastAsia="EB Garamond"/>
          <w:sz w:val="22"/>
        </w:rPr>
        <w:t>His smile changed.</w:t>
      </w:r>
    </w:p>
    <w:p>
      <w:pPr>
        <w:spacing w:after="0" w:line="264" w:lineRule="exact"/>
        <w:ind w:firstLine="0" w:left="0" w:right="0"/>
      </w:pPr>
    </w:p>
    <w:p>
      <w:pPr>
        <w:spacing w:after="0" w:line="264" w:lineRule="exact"/>
        <w:ind w:firstLine="0" w:left="0" w:right="0"/>
      </w:pPr>
      <w:r>
        <w:rPr>
          <w:rFonts w:ascii="EB Garamond" w:hAnsi="EB Garamond" w:eastAsia="EB Garamond"/>
          <w:sz w:val="22"/>
        </w:rPr>
        <w:t>Softer.</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up.</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were standing closer than she realized.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There was noise everywhere.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Band.</w:t>
      </w:r>
    </w:p>
    <w:p>
      <w:pPr>
        <w:spacing w:after="0" w:line="264" w:lineRule="exact"/>
        <w:ind w:firstLine="0" w:left="0" w:right="0"/>
      </w:pPr>
    </w:p>
    <w:p>
      <w:pPr>
        <w:spacing w:after="0" w:line="264" w:lineRule="exact"/>
        <w:ind w:firstLine="0" w:left="0" w:right="0"/>
      </w:pPr>
      <w:r>
        <w:rPr>
          <w:rFonts w:ascii="EB Garamond" w:hAnsi="EB Garamond" w:eastAsia="EB Garamond"/>
          <w:sz w:val="22"/>
        </w:rPr>
        <w:t>Crowd.</w:t>
      </w:r>
    </w:p>
    <w:p>
      <w:pPr>
        <w:spacing w:after="0" w:line="264" w:lineRule="exact"/>
        <w:ind w:firstLine="0" w:left="0" w:right="0"/>
      </w:pPr>
    </w:p>
    <w:p>
      <w:pPr>
        <w:spacing w:after="0" w:line="264" w:lineRule="exact"/>
        <w:ind w:firstLine="0" w:left="0" w:right="0"/>
      </w:pPr>
      <w:r>
        <w:rPr>
          <w:rFonts w:ascii="EB Garamond" w:hAnsi="EB Garamond" w:eastAsia="EB Garamond"/>
          <w:sz w:val="22"/>
        </w:rPr>
        <w:t>Announcements.</w:t>
      </w:r>
    </w:p>
    <w:p>
      <w:pPr>
        <w:spacing w:after="0" w:line="264" w:lineRule="exact"/>
        <w:ind w:firstLine="0" w:left="0" w:right="0"/>
      </w:pPr>
    </w:p>
    <w:p>
      <w:pPr>
        <w:spacing w:after="0" w:line="264" w:lineRule="exact"/>
        <w:ind w:firstLine="0" w:left="0" w:right="0"/>
      </w:pPr>
      <w:r>
        <w:rPr>
          <w:rFonts w:ascii="EB Garamond" w:hAnsi="EB Garamond" w:eastAsia="EB Garamond"/>
          <w:sz w:val="22"/>
        </w:rPr>
        <w:t>Someone yelling about nachos.</w:t>
      </w:r>
    </w:p>
    <w:p>
      <w:pPr>
        <w:spacing w:after="0" w:line="264" w:lineRule="exact"/>
        <w:ind w:firstLine="0" w:left="0" w:right="0"/>
      </w:pPr>
    </w:p>
    <w:p>
      <w:pPr>
        <w:spacing w:after="0" w:line="264" w:lineRule="exact"/>
        <w:ind w:firstLine="0" w:left="0" w:right="0"/>
      </w:pPr>
      <w:r>
        <w:rPr>
          <w:rFonts w:ascii="EB Garamond" w:hAnsi="EB Garamond" w:eastAsia="EB Garamond"/>
          <w:sz w:val="22"/>
        </w:rPr>
        <w:t>And somehow the space between them felt quiet.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heart started pounding.</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Oh no.</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had been right.</w:t>
      </w:r>
    </w:p>
    <w:p>
      <w:pPr>
        <w:spacing w:after="0" w:line="264" w:lineRule="exact"/>
        <w:ind w:firstLine="0" w:left="0" w:right="0"/>
      </w:pPr>
    </w:p>
    <w:p>
      <w:pPr>
        <w:spacing w:after="0" w:line="264" w:lineRule="exact"/>
        <w:ind w:firstLine="0" w:left="0" w:right="0"/>
      </w:pPr>
      <w:r>
        <w:rPr>
          <w:rFonts w:ascii="EB Garamond" w:hAnsi="EB Garamond" w:eastAsia="EB Garamond"/>
          <w:sz w:val="22"/>
        </w:rPr>
        <w:t>He was going to kiss 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brain immediately supplied seventeen instructions.</w:t>
      </w:r>
    </w:p>
    <w:p>
      <w:pPr>
        <w:spacing w:after="0" w:line="264" w:lineRule="exact"/>
        <w:ind w:firstLine="0" w:left="0" w:right="0"/>
      </w:pPr>
    </w:p>
    <w:p>
      <w:pPr>
        <w:spacing w:after="0" w:line="264" w:lineRule="exact"/>
        <w:ind w:firstLine="0" w:left="0" w:right="0"/>
      </w:pPr>
      <w:r>
        <w:rPr>
          <w:rFonts w:ascii="EB Garamond" w:hAnsi="EB Garamond" w:eastAsia="EB Garamond"/>
          <w:i/>
          <w:sz w:val="22"/>
        </w:rPr>
        <w:t>Tilt your head.</w:t>
      </w:r>
    </w:p>
    <w:p>
      <w:pPr>
        <w:spacing w:after="0" w:line="264" w:lineRule="exact"/>
        <w:ind w:firstLine="0" w:left="0" w:right="0"/>
      </w:pPr>
    </w:p>
    <w:p>
      <w:pPr>
        <w:spacing w:after="0" w:line="264" w:lineRule="exact"/>
        <w:ind w:firstLine="0" w:left="0" w:right="0"/>
      </w:pPr>
      <w:r>
        <w:rPr>
          <w:rFonts w:ascii="EB Garamond" w:hAnsi="EB Garamond" w:eastAsia="EB Garamond"/>
          <w:i/>
          <w:sz w:val="22"/>
        </w:rPr>
        <w:t>Not too much.</w:t>
      </w:r>
    </w:p>
    <w:p>
      <w:pPr>
        <w:spacing w:after="0" w:line="264" w:lineRule="exact"/>
        <w:ind w:firstLine="0" w:left="0" w:right="0"/>
      </w:pPr>
    </w:p>
    <w:p>
      <w:pPr>
        <w:spacing w:after="0" w:line="264" w:lineRule="exact"/>
        <w:ind w:firstLine="0" w:left="0" w:right="0"/>
      </w:pPr>
      <w:r>
        <w:rPr>
          <w:rFonts w:ascii="EB Garamond" w:hAnsi="EB Garamond" w:eastAsia="EB Garamond"/>
          <w:i/>
          <w:sz w:val="22"/>
        </w:rPr>
        <w:t>Close your eyes.</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When?</w:t>
      </w:r>
    </w:p>
    <w:p>
      <w:pPr>
        <w:spacing w:after="0" w:line="264" w:lineRule="exact"/>
        <w:ind w:firstLine="0" w:left="0" w:right="0"/>
      </w:pPr>
    </w:p>
    <w:p>
      <w:pPr>
        <w:spacing w:after="0" w:line="264" w:lineRule="exact"/>
        <w:ind w:firstLine="0" w:left="0" w:right="0"/>
      </w:pPr>
      <w:r>
        <w:rPr>
          <w:rFonts w:ascii="EB Garamond" w:hAnsi="EB Garamond" w:eastAsia="EB Garamond"/>
          <w:i/>
          <w:sz w:val="22"/>
        </w:rPr>
        <w:t>Before?</w:t>
      </w:r>
    </w:p>
    <w:p>
      <w:pPr>
        <w:spacing w:after="0" w:line="264" w:lineRule="exact"/>
        <w:ind w:firstLine="0" w:left="0" w:right="0"/>
      </w:pPr>
    </w:p>
    <w:p>
      <w:pPr>
        <w:spacing w:after="0" w:line="264" w:lineRule="exact"/>
        <w:ind w:firstLine="0" w:left="0" w:right="0"/>
      </w:pPr>
      <w:r>
        <w:rPr>
          <w:rFonts w:ascii="EB Garamond" w:hAnsi="EB Garamond" w:eastAsia="EB Garamond"/>
          <w:i/>
          <w:sz w:val="22"/>
        </w:rPr>
        <w:t>During?</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What if noses—</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leaned closer.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panicked.</w:t>
      </w:r>
    </w:p>
    <w:p>
      <w:pPr>
        <w:spacing w:after="0" w:line="264" w:lineRule="exact"/>
        <w:ind w:firstLine="0" w:left="0" w:right="0"/>
      </w:pPr>
    </w:p>
    <w:p>
      <w:pPr>
        <w:spacing w:after="0" w:line="264" w:lineRule="exact"/>
        <w:ind w:firstLine="0" w:left="0" w:right="0"/>
      </w:pPr>
      <w:r>
        <w:rPr>
          <w:rFonts w:ascii="EB Garamond" w:hAnsi="EB Garamond" w:eastAsia="EB Garamond"/>
          <w:sz w:val="22"/>
        </w:rPr>
        <w:t>“I’ve never kissed anyone.”</w:t>
      </w:r>
    </w:p>
    <w:p>
      <w:pPr>
        <w:spacing w:after="0" w:line="264" w:lineRule="exact"/>
        <w:ind w:firstLine="0" w:left="0" w:right="0"/>
      </w:pPr>
    </w:p>
    <w:p>
      <w:pPr>
        <w:spacing w:after="0" w:line="264" w:lineRule="exact"/>
        <w:ind w:firstLine="0" w:left="0" w:right="0"/>
      </w:pPr>
      <w:r>
        <w:rPr>
          <w:rFonts w:ascii="EB Garamond" w:hAnsi="EB Garamond" w:eastAsia="EB Garamond"/>
          <w:sz w:val="22"/>
        </w:rPr>
        <w:t>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Fantastic.</w:t>
      </w:r>
    </w:p>
    <w:p>
      <w:pPr>
        <w:spacing w:after="0" w:line="264" w:lineRule="exact"/>
        <w:ind w:firstLine="0" w:left="0" w:right="0"/>
      </w:pPr>
    </w:p>
    <w:p>
      <w:pPr>
        <w:spacing w:after="0" w:line="264" w:lineRule="exact"/>
        <w:ind w:firstLine="0" w:left="0" w:right="0"/>
      </w:pPr>
      <w:r>
        <w:rPr>
          <w:rFonts w:ascii="EB Garamond" w:hAnsi="EB Garamond" w:eastAsia="EB Garamond"/>
          <w:sz w:val="22"/>
        </w:rPr>
        <w:t>Excellent.</w:t>
      </w:r>
    </w:p>
    <w:p>
      <w:pPr>
        <w:spacing w:after="0" w:line="264" w:lineRule="exact"/>
        <w:ind w:firstLine="0" w:left="0" w:right="0"/>
      </w:pPr>
    </w:p>
    <w:p>
      <w:pPr>
        <w:spacing w:after="0" w:line="264" w:lineRule="exact"/>
        <w:ind w:firstLine="0" w:left="0" w:right="0"/>
      </w:pPr>
      <w:r>
        <w:rPr>
          <w:rFonts w:ascii="EB Garamond" w:hAnsi="EB Garamond" w:eastAsia="EB Garamond"/>
          <w:sz w:val="22"/>
        </w:rPr>
        <w:t>Beautiful.</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wanted to fling herself onto the football field.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blinked.</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covered her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“I cannot believe I just said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“No, it’s okay.”</w:t>
      </w:r>
    </w:p>
    <w:p>
      <w:pPr>
        <w:spacing w:after="0" w:line="264" w:lineRule="exact"/>
        <w:ind w:firstLine="0" w:left="0" w:right="0"/>
      </w:pPr>
    </w:p>
    <w:p>
      <w:pPr>
        <w:spacing w:after="0" w:line="264" w:lineRule="exact"/>
        <w:ind w:firstLine="0" w:left="0" w:right="0"/>
      </w:pPr>
      <w:r>
        <w:rPr>
          <w:rFonts w:ascii="EB Garamond" w:hAnsi="EB Garamond" w:eastAsia="EB Garamond"/>
          <w:sz w:val="22"/>
        </w:rPr>
        <w:t>“Please kill me.”</w:t>
      </w:r>
    </w:p>
    <w:p>
      <w:pPr>
        <w:spacing w:after="0" w:line="264" w:lineRule="exact"/>
        <w:ind w:firstLine="0" w:left="0" w:right="0"/>
      </w:pPr>
    </w:p>
    <w:p>
      <w:pPr>
        <w:spacing w:after="0" w:line="264" w:lineRule="exact"/>
        <w:ind w:firstLine="0" w:left="0" w:right="0"/>
      </w:pPr>
      <w:r>
        <w:rPr>
          <w:rFonts w:ascii="EB Garamond" w:hAnsi="EB Garamond" w:eastAsia="EB Garamond"/>
          <w:sz w:val="22"/>
        </w:rPr>
        <w:t>He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“I’m moving.”</w:t>
      </w:r>
    </w:p>
    <w:p>
      <w:pPr>
        <w:spacing w:after="0" w:line="264" w:lineRule="exact"/>
        <w:ind w:firstLine="0" w:left="0" w:right="0"/>
      </w:pPr>
    </w:p>
    <w:p>
      <w:pPr>
        <w:spacing w:after="0" w:line="264" w:lineRule="exact"/>
        <w:ind w:firstLine="0" w:left="0" w:right="0"/>
      </w:pPr>
      <w:r>
        <w:rPr>
          <w:rFonts w:ascii="EB Garamond" w:hAnsi="EB Garamond" w:eastAsia="EB Garamond"/>
          <w:sz w:val="22"/>
        </w:rPr>
        <w:t>“To 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“Somewhere nobody knows me.”</w:t>
      </w:r>
    </w:p>
    <w:p>
      <w:pPr>
        <w:spacing w:after="0" w:line="264" w:lineRule="exact"/>
        <w:ind w:firstLine="0" w:left="0" w:right="0"/>
      </w:pPr>
    </w:p>
    <w:p>
      <w:pPr>
        <w:spacing w:after="0" w:line="264" w:lineRule="exact"/>
        <w:ind w:firstLine="0" w:left="0" w:right="0"/>
      </w:pPr>
      <w:r>
        <w:rPr>
          <w:rFonts w:ascii="EB Garamond" w:hAnsi="EB Garamond" w:eastAsia="EB Garamond"/>
          <w:sz w:val="22"/>
        </w:rPr>
        <w:t>He gently pulled one of her hands away from her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“Hey.”</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“I don’t care.”</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face was burning.</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“I haven’t either.”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shrugged.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haven’t?”</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“But you’re…”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His eyebrow lifted.</w:t>
      </w:r>
    </w:p>
    <w:p>
      <w:pPr>
        <w:spacing w:after="0" w:line="264" w:lineRule="exact"/>
        <w:ind w:firstLine="0" w:left="0" w:right="0"/>
      </w:pPr>
    </w:p>
    <w:p>
      <w:pPr>
        <w:spacing w:after="0" w:line="264" w:lineRule="exact"/>
        <w:ind w:firstLine="0" w:left="0" w:right="0"/>
      </w:pPr>
      <w:r>
        <w:rPr>
          <w:rFonts w:ascii="EB Garamond" w:hAnsi="EB Garamond" w:eastAsia="EB Garamond"/>
          <w:sz w:val="22"/>
        </w:rPr>
        <w:t>“I’m what?”</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 please.”</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“I’m dying to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“Shut up.”</w:t>
      </w:r>
    </w:p>
    <w:p>
      <w:pPr>
        <w:spacing w:after="0" w:line="264" w:lineRule="exact"/>
        <w:ind w:firstLine="0" w:left="0" w:right="0"/>
      </w:pPr>
    </w:p>
    <w:p>
      <w:pPr>
        <w:spacing w:after="0" w:line="264" w:lineRule="exact"/>
        <w:ind w:firstLine="0" w:left="0" w:right="0"/>
      </w:pPr>
      <w:r>
        <w:rPr>
          <w:rFonts w:ascii="EB Garamond" w:hAnsi="EB Garamond" w:eastAsia="EB Garamond"/>
          <w:sz w:val="22"/>
        </w:rPr>
        <w:t>He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Really looked.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w:t>
      </w:r>
    </w:p>
    <w:p>
      <w:pPr>
        <w:spacing w:after="0" w:line="264" w:lineRule="exact"/>
        <w:ind w:firstLine="0" w:left="0" w:right="0"/>
      </w:pPr>
    </w:p>
    <w:p>
      <w:pPr>
        <w:spacing w:after="0" w:line="264" w:lineRule="exact"/>
        <w:ind w:firstLine="0" w:left="0" w:right="0"/>
      </w:pPr>
      <w:r>
        <w:rPr>
          <w:rFonts w:ascii="EB Garamond" w:hAnsi="EB Garamond" w:eastAsia="EB Garamond"/>
          <w:sz w:val="22"/>
        </w:rPr>
        <w:t>The boy she’d built an entire personality for based on hoodies, baseball, and Instagram.</w:t>
      </w:r>
    </w:p>
    <w:p>
      <w:pPr>
        <w:spacing w:after="0" w:line="264" w:lineRule="exact"/>
        <w:ind w:firstLine="0" w:left="0" w:right="0"/>
      </w:pPr>
    </w:p>
    <w:p>
      <w:pPr>
        <w:spacing w:after="0" w:line="264" w:lineRule="exact"/>
        <w:ind w:firstLine="0" w:left="0" w:right="0"/>
      </w:pPr>
      <w:r>
        <w:rPr>
          <w:rFonts w:ascii="EB Garamond" w:hAnsi="EB Garamond" w:eastAsia="EB Garamond"/>
          <w:sz w:val="22"/>
        </w:rPr>
        <w:t>Church.</w:t>
      </w:r>
    </w:p>
    <w:p>
      <w:pPr>
        <w:spacing w:after="0" w:line="264" w:lineRule="exact"/>
        <w:ind w:firstLine="0" w:left="0" w:right="0"/>
      </w:pPr>
    </w:p>
    <w:p>
      <w:pPr>
        <w:spacing w:after="0" w:line="264" w:lineRule="exact"/>
        <w:ind w:firstLine="0" w:left="0" w:right="0"/>
      </w:pPr>
      <w:r>
        <w:rPr>
          <w:rFonts w:ascii="EB Garamond" w:hAnsi="EB Garamond" w:eastAsia="EB Garamond"/>
          <w:sz w:val="22"/>
        </w:rPr>
        <w:t>Doubt.</w:t>
      </w:r>
    </w:p>
    <w:p>
      <w:pPr>
        <w:spacing w:after="0" w:line="264" w:lineRule="exact"/>
        <w:ind w:firstLine="0" w:left="0" w:right="0"/>
      </w:pPr>
    </w:p>
    <w:p>
      <w:pPr>
        <w:spacing w:after="0" w:line="264" w:lineRule="exact"/>
        <w:ind w:firstLine="0" w:left="0" w:right="0"/>
      </w:pPr>
      <w:r>
        <w:rPr>
          <w:rFonts w:ascii="EB Garamond" w:hAnsi="EB Garamond" w:eastAsia="EB Garamond"/>
          <w:sz w:val="22"/>
        </w:rPr>
        <w:t>Chocolate milk.</w:t>
      </w:r>
    </w:p>
    <w:p>
      <w:pPr>
        <w:spacing w:after="0" w:line="264" w:lineRule="exact"/>
        <w:ind w:firstLine="0" w:left="0" w:right="0"/>
      </w:pPr>
    </w:p>
    <w:p>
      <w:pPr>
        <w:spacing w:after="0" w:line="264" w:lineRule="exact"/>
        <w:ind w:firstLine="0" w:left="0" w:right="0"/>
      </w:pPr>
      <w:r>
        <w:rPr>
          <w:rFonts w:ascii="EB Garamond" w:hAnsi="EB Garamond" w:eastAsia="EB Garamond"/>
          <w:sz w:val="22"/>
        </w:rPr>
        <w:t>Never kissed anyone.</w:t>
      </w:r>
    </w:p>
    <w:p>
      <w:pPr>
        <w:spacing w:after="0" w:line="264" w:lineRule="exact"/>
        <w:ind w:firstLine="0" w:left="0" w:right="0"/>
      </w:pPr>
    </w:p>
    <w:p>
      <w:pPr>
        <w:spacing w:after="0" w:line="264" w:lineRule="exact"/>
        <w:ind w:firstLine="0" w:left="0" w:right="0"/>
      </w:pPr>
      <w:r>
        <w:rPr>
          <w:rFonts w:ascii="EB Garamond" w:hAnsi="EB Garamond" w:eastAsia="EB Garamond"/>
          <w:sz w:val="22"/>
        </w:rPr>
        <w:t>Noticeably terrible at romantic plans.</w:t>
      </w:r>
    </w:p>
    <w:p>
      <w:pPr>
        <w:spacing w:after="0" w:line="264" w:lineRule="exact"/>
        <w:ind w:firstLine="0" w:left="0" w:right="0"/>
      </w:pPr>
    </w:p>
    <w:p>
      <w:pPr>
        <w:spacing w:after="0" w:line="264" w:lineRule="exact"/>
        <w:ind w:firstLine="0" w:left="0" w:right="0"/>
      </w:pPr>
      <w:r>
        <w:rPr>
          <w:rFonts w:ascii="EB Garamond" w:hAnsi="EB Garamond" w:eastAsia="EB Garamond"/>
          <w:sz w:val="22"/>
        </w:rPr>
        <w:t>Another person she’d decided things about without asking.</w:t>
      </w:r>
    </w:p>
    <w:p>
      <w:pPr>
        <w:spacing w:after="0" w:line="264" w:lineRule="exact"/>
        <w:ind w:firstLine="0" w:left="0" w:right="0"/>
      </w:pPr>
    </w:p>
    <w:p>
      <w:pPr>
        <w:spacing w:after="0" w:line="264" w:lineRule="exact"/>
        <w:ind w:firstLine="0" w:left="0" w:right="0"/>
      </w:pPr>
      <w:r>
        <w:rPr>
          <w:rFonts w:ascii="EB Garamond" w:hAnsi="EB Garamond" w:eastAsia="EB Garamond"/>
          <w:sz w:val="22"/>
        </w:rPr>
        <w:t>“Can I?” he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heart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nodded.</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He kissed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It was—</w:t>
      </w:r>
    </w:p>
    <w:p>
      <w:pPr>
        <w:spacing w:after="0" w:line="264" w:lineRule="exact"/>
        <w:ind w:firstLine="0" w:left="0" w:right="0"/>
      </w:pPr>
    </w:p>
    <w:p>
      <w:pPr>
        <w:spacing w:after="0" w:line="264" w:lineRule="exact"/>
        <w:ind w:firstLine="0" w:left="0" w:right="0"/>
      </w:pPr>
      <w:r>
        <w:rPr>
          <w:rFonts w:ascii="EB Garamond" w:hAnsi="EB Garamond" w:eastAsia="EB Garamond"/>
          <w:sz w:val="22"/>
        </w:rPr>
        <w:t>short.</w:t>
      </w:r>
    </w:p>
    <w:p>
      <w:pPr>
        <w:spacing w:after="0" w:line="264" w:lineRule="exact"/>
        <w:ind w:firstLine="0" w:left="0" w:right="0"/>
      </w:pPr>
    </w:p>
    <w:p>
      <w:pPr>
        <w:spacing w:after="0" w:line="264" w:lineRule="exact"/>
        <w:ind w:firstLine="0" w:left="0" w:right="0"/>
      </w:pPr>
      <w:r>
        <w:rPr>
          <w:rFonts w:ascii="EB Garamond" w:hAnsi="EB Garamond" w:eastAsia="EB Garamond"/>
          <w:sz w:val="22"/>
        </w:rPr>
        <w:t>Warm.</w:t>
      </w:r>
    </w:p>
    <w:p>
      <w:pPr>
        <w:spacing w:after="0" w:line="264" w:lineRule="exact"/>
        <w:ind w:firstLine="0" w:left="0" w:right="0"/>
      </w:pPr>
    </w:p>
    <w:p>
      <w:pPr>
        <w:spacing w:after="0" w:line="264" w:lineRule="exact"/>
        <w:ind w:firstLine="0" w:left="0" w:right="0"/>
      </w:pPr>
      <w:r>
        <w:rPr>
          <w:rFonts w:ascii="EB Garamond" w:hAnsi="EB Garamond" w:eastAsia="EB Garamond"/>
          <w:sz w:val="22"/>
        </w:rPr>
        <w:t>Slightly awkward.</w:t>
      </w:r>
    </w:p>
    <w:p>
      <w:pPr>
        <w:spacing w:after="0" w:line="264" w:lineRule="exact"/>
        <w:ind w:firstLine="0" w:left="0" w:right="0"/>
      </w:pPr>
    </w:p>
    <w:p>
      <w:pPr>
        <w:spacing w:after="0" w:line="264" w:lineRule="exact"/>
        <w:ind w:firstLine="0" w:left="0" w:right="0"/>
      </w:pPr>
      <w:r>
        <w:rPr>
          <w:rFonts w:ascii="EB Garamond" w:hAnsi="EB Garamond" w:eastAsia="EB Garamond"/>
          <w:sz w:val="22"/>
        </w:rPr>
        <w:t>Their noses did, in fact, bump.</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started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pulled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“Wow.”</w:t>
      </w:r>
    </w:p>
    <w:p>
      <w:pPr>
        <w:spacing w:after="0" w:line="264" w:lineRule="exact"/>
        <w:ind w:firstLine="0" w:left="0" w:right="0"/>
      </w:pPr>
    </w:p>
    <w:p>
      <w:pPr>
        <w:spacing w:after="0" w:line="264" w:lineRule="exact"/>
        <w:ind w:firstLine="0" w:left="0" w:right="0"/>
      </w:pPr>
      <w:r>
        <w:rPr>
          <w:rFonts w:ascii="EB Garamond" w:hAnsi="EB Garamond" w:eastAsia="EB Garamond"/>
          <w:sz w:val="22"/>
        </w:rPr>
        <w:t>“I’m sorry.”</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“Our noses.”</w:t>
      </w:r>
    </w:p>
    <w:p>
      <w:pPr>
        <w:spacing w:after="0" w:line="264" w:lineRule="exact"/>
        <w:ind w:firstLine="0" w:left="0" w:right="0"/>
      </w:pPr>
    </w:p>
    <w:p>
      <w:pPr>
        <w:spacing w:after="0" w:line="264" w:lineRule="exact"/>
        <w:ind w:firstLine="0" w:left="0" w:right="0"/>
      </w:pPr>
      <w:r>
        <w:rPr>
          <w:rFonts w:ascii="EB Garamond" w:hAnsi="EB Garamond" w:eastAsia="EB Garamond"/>
          <w:sz w:val="22"/>
        </w:rPr>
        <w:t>“I noticed.”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covered her mouth.</w:t>
      </w:r>
    </w:p>
    <w:p>
      <w:pPr>
        <w:spacing w:after="0" w:line="264" w:lineRule="exact"/>
        <w:ind w:firstLine="0" w:left="0" w:right="0"/>
      </w:pPr>
    </w:p>
    <w:p>
      <w:pPr>
        <w:spacing w:after="0" w:line="264" w:lineRule="exact"/>
        <w:ind w:firstLine="0" w:left="0" w:right="0"/>
      </w:pPr>
      <w:r>
        <w:rPr>
          <w:rFonts w:ascii="EB Garamond" w:hAnsi="EB Garamond" w:eastAsia="EB Garamond"/>
          <w:sz w:val="22"/>
        </w:rPr>
        <w:t>“I’m sorry.”</w:t>
      </w:r>
    </w:p>
    <w:p>
      <w:pPr>
        <w:spacing w:after="0" w:line="264" w:lineRule="exact"/>
        <w:ind w:firstLine="0" w:left="0" w:right="0"/>
      </w:pPr>
    </w:p>
    <w:p>
      <w:pPr>
        <w:spacing w:after="0" w:line="264" w:lineRule="exact"/>
        <w:ind w:firstLine="0" w:left="0" w:right="0"/>
      </w:pPr>
      <w:r>
        <w:rPr>
          <w:rFonts w:ascii="EB Garamond" w:hAnsi="EB Garamond" w:eastAsia="EB Garamond"/>
          <w:sz w:val="22"/>
        </w:rPr>
        <w:t>“This is devastating.”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He was smiling.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Which made her laugh harder.</w:t>
      </w:r>
    </w:p>
    <w:p>
      <w:pPr>
        <w:spacing w:after="0" w:line="264" w:lineRule="exact"/>
        <w:ind w:firstLine="0" w:left="0" w:right="0"/>
      </w:pPr>
    </w:p>
    <w:p>
      <w:pPr>
        <w:spacing w:after="0" w:line="264" w:lineRule="exact"/>
        <w:ind w:firstLine="0" w:left="0" w:right="0"/>
      </w:pPr>
      <w:r>
        <w:rPr>
          <w:rFonts w:ascii="EB Garamond" w:hAnsi="EB Garamond" w:eastAsia="EB Garamond"/>
          <w:sz w:val="22"/>
        </w:rPr>
        <w:t>“Should we try again?” he asked.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“Oh.”</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“Unless you’re planning to transfer schools.”</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“Probably Monday.”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we have limited time.”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second kiss was better.</w:t>
      </w:r>
    </w:p>
    <w:p>
      <w:pPr>
        <w:spacing w:after="0" w:line="264" w:lineRule="exact"/>
        <w:ind w:firstLine="0" w:left="0" w:right="0"/>
      </w:pPr>
    </w:p>
    <w:p>
      <w:pPr>
        <w:spacing w:after="0" w:line="264" w:lineRule="exact"/>
        <w:ind w:firstLine="0" w:left="0" w:right="0"/>
      </w:pPr>
      <w:r>
        <w:rPr>
          <w:rFonts w:ascii="EB Garamond" w:hAnsi="EB Garamond" w:eastAsia="EB Garamond"/>
          <w:sz w:val="22"/>
        </w:rPr>
        <w:t>Not movie better.</w:t>
      </w:r>
    </w:p>
    <w:p>
      <w:pPr>
        <w:spacing w:after="0" w:line="264" w:lineRule="exact"/>
        <w:ind w:firstLine="0" w:left="0" w:right="0"/>
      </w:pPr>
    </w:p>
    <w:p>
      <w:pPr>
        <w:spacing w:after="0" w:line="264" w:lineRule="exact"/>
        <w:ind w:firstLine="0" w:left="0" w:right="0"/>
      </w:pPr>
      <w:r>
        <w:rPr>
          <w:rFonts w:ascii="EB Garamond" w:hAnsi="EB Garamond" w:eastAsia="EB Garamond"/>
          <w:sz w:val="22"/>
        </w:rPr>
        <w:t>Real better.</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knew where their noses went.</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helped.</w:t>
      </w:r>
    </w:p>
    <w:p>
      <w:pPr>
        <w:spacing w:after="0" w:line="264" w:lineRule="exact"/>
        <w:ind w:firstLine="0" w:left="0" w:right="0"/>
      </w:pPr>
    </w:p>
    <w:p>
      <w:pPr>
        <w:spacing w:after="0" w:line="264" w:lineRule="exact"/>
        <w:ind w:firstLine="0" w:left="0" w:right="0"/>
      </w:pPr>
      <w:r>
        <w:rPr>
          <w:rFonts w:ascii="EB Garamond" w:hAnsi="EB Garamond" w:eastAsia="EB Garamond"/>
          <w:sz w:val="22"/>
        </w:rPr>
        <w:t>When they pulled apart, 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did too.</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closed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Of course.</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“I think we’ve been spotted.”</w:t>
      </w:r>
    </w:p>
    <w:p>
      <w:pPr>
        <w:spacing w:after="0" w:line="264" w:lineRule="exact"/>
        <w:ind w:firstLine="0" w:left="0" w:right="0"/>
      </w:pPr>
    </w:p>
    <w:p>
      <w:pPr>
        <w:spacing w:after="0" w:line="264" w:lineRule="exact"/>
        <w:ind w:firstLine="0" w:left="0" w:right="0"/>
      </w:pPr>
      <w:r>
        <w:rPr>
          <w:rFonts w:ascii="EB Garamond" w:hAnsi="EB Garamond" w:eastAsia="EB Garamond"/>
          <w:sz w:val="22"/>
        </w:rPr>
        <w:t>“I hate my life.”</w:t>
      </w:r>
    </w:p>
    <w:p>
      <w:pPr>
        <w:spacing w:after="0" w:line="264" w:lineRule="exact"/>
        <w:ind w:firstLine="0" w:left="0" w:right="0"/>
      </w:pPr>
    </w:p>
    <w:p>
      <w:pPr>
        <w:spacing w:after="0" w:line="264" w:lineRule="exact"/>
        <w:ind w:firstLine="0" w:left="0" w:right="0"/>
      </w:pPr>
      <w:r>
        <w:rPr>
          <w:rFonts w:ascii="EB Garamond" w:hAnsi="EB Garamond" w:eastAsia="EB Garamond"/>
          <w:sz w:val="22"/>
        </w:rPr>
        <w:t>“No, you don’t.”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at him.</w:t>
      </w:r>
    </w:p>
    <w:p>
      <w:pPr>
        <w:spacing w:after="0" w:line="264" w:lineRule="exact"/>
        <w:ind w:firstLine="0" w:left="0" w:right="0"/>
      </w:pPr>
    </w:p>
    <w:p>
      <w:pPr>
        <w:spacing w:after="0" w:line="264" w:lineRule="exact"/>
        <w:ind w:firstLine="0" w:left="0" w:right="0"/>
      </w:pPr>
      <w:r>
        <w:rPr>
          <w:rFonts w:ascii="EB Garamond" w:hAnsi="EB Garamond" w:eastAsia="EB Garamond"/>
          <w:sz w:val="22"/>
        </w:rPr>
        <w:t>No.</w:t>
      </w:r>
    </w:p>
    <w:p>
      <w:pPr>
        <w:spacing w:after="0" w:line="264" w:lineRule="exact"/>
        <w:ind w:firstLine="0" w:left="0" w:right="0"/>
      </w:pPr>
    </w:p>
    <w:p>
      <w:pPr>
        <w:spacing w:after="0" w:line="264" w:lineRule="exact"/>
        <w:ind w:firstLine="0" w:left="0" w:right="0"/>
      </w:pPr>
      <w:r>
        <w:rPr>
          <w:rFonts w:ascii="EB Garamond" w:hAnsi="EB Garamond" w:eastAsia="EB Garamond"/>
          <w:sz w:val="22"/>
        </w:rPr>
        <w:t>She really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By halftime, Maddie had recreated the kiss seven times.</w:t>
      </w:r>
    </w:p>
    <w:p>
      <w:pPr>
        <w:spacing w:after="0" w:line="264" w:lineRule="exact"/>
        <w:ind w:firstLine="0" w:left="0" w:right="0"/>
      </w:pPr>
    </w:p>
    <w:p>
      <w:pPr>
        <w:spacing w:after="0" w:line="264" w:lineRule="exact"/>
        <w:ind w:firstLine="0" w:left="0" w:right="0"/>
      </w:pPr>
      <w:r>
        <w:rPr>
          <w:rFonts w:ascii="EB Garamond" w:hAnsi="EB Garamond" w:eastAsia="EB Garamond"/>
          <w:sz w:val="22"/>
        </w:rPr>
        <w:t>“It was not like that,” Elsie said.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ignored her and grabbed Ava’s shoulders dramatically.</w:t>
      </w:r>
    </w:p>
    <w:p>
      <w:pPr>
        <w:spacing w:after="0" w:line="264" w:lineRule="exact"/>
        <w:ind w:firstLine="0" w:left="0" w:right="0"/>
      </w:pPr>
    </w:p>
    <w:p>
      <w:pPr>
        <w:spacing w:after="0" w:line="264" w:lineRule="exact"/>
        <w:ind w:firstLine="0" w:left="0" w:right="0"/>
      </w:pPr>
      <w:r>
        <w:rPr>
          <w:rFonts w:ascii="EB Garamond" w:hAnsi="EB Garamond" w:eastAsia="EB Garamond"/>
          <w:sz w:val="22"/>
        </w:rPr>
        <w:t>“Mason,” she whispered.</w:t>
      </w:r>
    </w:p>
    <w:p>
      <w:pPr>
        <w:spacing w:after="0" w:line="264" w:lineRule="exact"/>
        <w:ind w:firstLine="0" w:left="0" w:right="0"/>
      </w:pPr>
    </w:p>
    <w:p>
      <w:pPr>
        <w:spacing w:after="0" w:line="264" w:lineRule="exact"/>
        <w:ind w:firstLine="0" w:left="0" w:right="0"/>
      </w:pPr>
      <w:r>
        <w:rPr>
          <w:rFonts w:ascii="EB Garamond" w:hAnsi="EB Garamond" w:eastAsia="EB Garamond"/>
          <w:sz w:val="22"/>
        </w:rPr>
        <w:t>Ava tried not to laugh.</w:t>
      </w:r>
    </w:p>
    <w:p>
      <w:pPr>
        <w:spacing w:after="0" w:line="264" w:lineRule="exact"/>
        <w:ind w:firstLine="0" w:left="0" w:right="0"/>
      </w:pPr>
    </w:p>
    <w:p>
      <w:pPr>
        <w:spacing w:after="0" w:line="264" w:lineRule="exact"/>
        <w:ind w:firstLine="0" w:left="0" w:right="0"/>
      </w:pPr>
      <w:r>
        <w:rPr>
          <w:rFonts w:ascii="EB Garamond" w:hAnsi="EB Garamond" w:eastAsia="EB Garamond"/>
          <w:sz w:val="22"/>
        </w:rPr>
        <w:t>“I’ve never kissed anyone.”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threw popcorn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screamed.</w:t>
      </w:r>
    </w:p>
    <w:p>
      <w:pPr>
        <w:spacing w:after="0" w:line="264" w:lineRule="exact"/>
        <w:ind w:firstLine="0" w:left="0" w:right="0"/>
      </w:pPr>
    </w:p>
    <w:p>
      <w:pPr>
        <w:spacing w:after="0" w:line="264" w:lineRule="exact"/>
        <w:ind w:firstLine="0" w:left="0" w:right="0"/>
      </w:pPr>
      <w:r>
        <w:rPr>
          <w:rFonts w:ascii="EB Garamond" w:hAnsi="EB Garamond" w:eastAsia="EB Garamond"/>
          <w:sz w:val="22"/>
        </w:rPr>
        <w:t>People around them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 are a terrible person.”</w:t>
      </w:r>
    </w:p>
    <w:p>
      <w:pPr>
        <w:spacing w:after="0" w:line="264" w:lineRule="exact"/>
        <w:ind w:firstLine="0" w:left="0" w:right="0"/>
      </w:pPr>
    </w:p>
    <w:p>
      <w:pPr>
        <w:spacing w:after="0" w:line="264" w:lineRule="exact"/>
        <w:ind w:firstLine="0" w:left="0" w:right="0"/>
      </w:pPr>
      <w:r>
        <w:rPr>
          <w:rFonts w:ascii="EB Garamond" w:hAnsi="EB Garamond" w:eastAsia="EB Garamond"/>
          <w:sz w:val="22"/>
        </w:rPr>
        <w:t>“You love me.”</w:t>
      </w:r>
    </w:p>
    <w:p>
      <w:pPr>
        <w:spacing w:after="0" w:line="264" w:lineRule="exact"/>
        <w:ind w:firstLine="0" w:left="0" w:right="0"/>
      </w:pPr>
    </w:p>
    <w:p>
      <w:pPr>
        <w:spacing w:after="0" w:line="264" w:lineRule="exact"/>
        <w:ind w:firstLine="0" w:left="0" w:right="0"/>
      </w:pPr>
      <w:r>
        <w:rPr>
          <w:rFonts w:ascii="EB Garamond" w:hAnsi="EB Garamond" w:eastAsia="EB Garamond"/>
          <w:sz w:val="22"/>
        </w:rPr>
        <w:t>Unfortunately, Elsie did.</w:t>
      </w:r>
    </w:p>
    <w:p>
      <w:pPr>
        <w:spacing w:after="0" w:line="264" w:lineRule="exact"/>
        <w:ind w:firstLine="0" w:left="0" w:right="0"/>
      </w:pPr>
    </w:p>
    <w:p>
      <w:pPr>
        <w:spacing w:after="0" w:line="264" w:lineRule="exact"/>
        <w:ind w:firstLine="0" w:left="0" w:right="0"/>
      </w:pPr>
      <w:r>
        <w:rPr>
          <w:rFonts w:ascii="EB Garamond" w:hAnsi="EB Garamond" w:eastAsia="EB Garamond"/>
          <w:sz w:val="22"/>
        </w:rPr>
        <w:t>A lot.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looked at 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Blue glitter.</w:t>
      </w:r>
    </w:p>
    <w:p>
      <w:pPr>
        <w:spacing w:after="0" w:line="264" w:lineRule="exact"/>
        <w:ind w:firstLine="0" w:left="0" w:right="0"/>
      </w:pPr>
    </w:p>
    <w:p>
      <w:pPr>
        <w:spacing w:after="0" w:line="264" w:lineRule="exact"/>
        <w:ind w:firstLine="0" w:left="0" w:right="0"/>
      </w:pPr>
      <w:r>
        <w:rPr>
          <w:rFonts w:ascii="EB Garamond" w:hAnsi="EB Garamond" w:eastAsia="EB Garamond"/>
          <w:sz w:val="22"/>
        </w:rPr>
        <w:t>Messy ponytail.</w:t>
      </w:r>
    </w:p>
    <w:p>
      <w:pPr>
        <w:spacing w:after="0" w:line="264" w:lineRule="exact"/>
        <w:ind w:firstLine="0" w:left="0" w:right="0"/>
      </w:pPr>
    </w:p>
    <w:p>
      <w:pPr>
        <w:spacing w:after="0" w:line="264" w:lineRule="exact"/>
        <w:ind w:firstLine="0" w:left="0" w:right="0"/>
      </w:pPr>
      <w:r>
        <w:rPr>
          <w:rFonts w:ascii="EB Garamond" w:hAnsi="EB Garamond" w:eastAsia="EB Garamond"/>
          <w:sz w:val="22"/>
        </w:rPr>
        <w:t>Mouth full of popcorn.</w:t>
      </w:r>
    </w:p>
    <w:p>
      <w:pPr>
        <w:spacing w:after="0" w:line="264" w:lineRule="exact"/>
        <w:ind w:firstLine="0" w:left="0" w:right="0"/>
      </w:pPr>
    </w:p>
    <w:p>
      <w:pPr>
        <w:spacing w:after="0" w:line="264" w:lineRule="exact"/>
        <w:ind w:firstLine="0" w:left="0" w:right="0"/>
      </w:pPr>
      <w:r>
        <w:rPr>
          <w:rFonts w:ascii="EB Garamond" w:hAnsi="EB Garamond" w:eastAsia="EB Garamond"/>
          <w:sz w:val="22"/>
        </w:rPr>
        <w:t>Laughing so hard she had tears in her eyes.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couldn’t remember a version of her life without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Sixth grade.</w:t>
      </w:r>
    </w:p>
    <w:p>
      <w:pPr>
        <w:spacing w:after="0" w:line="264" w:lineRule="exact"/>
        <w:ind w:firstLine="0" w:left="0" w:right="0"/>
      </w:pPr>
    </w:p>
    <w:p>
      <w:pPr>
        <w:spacing w:after="0" w:line="264" w:lineRule="exact"/>
        <w:ind w:firstLine="0" w:left="0" w:right="0"/>
      </w:pPr>
      <w:r>
        <w:rPr>
          <w:rFonts w:ascii="EB Garamond" w:hAnsi="EB Garamond" w:eastAsia="EB Garamond"/>
          <w:sz w:val="22"/>
        </w:rPr>
        <w:t>Sleepovers.</w:t>
      </w:r>
    </w:p>
    <w:p>
      <w:pPr>
        <w:spacing w:after="0" w:line="264" w:lineRule="exact"/>
        <w:ind w:firstLine="0" w:left="0" w:right="0"/>
      </w:pPr>
    </w:p>
    <w:p>
      <w:pPr>
        <w:spacing w:after="0" w:line="264" w:lineRule="exact"/>
        <w:ind w:firstLine="0" w:left="0" w:right="0"/>
      </w:pPr>
      <w:r>
        <w:rPr>
          <w:rFonts w:ascii="EB Garamond" w:hAnsi="EB Garamond" w:eastAsia="EB Garamond"/>
          <w:sz w:val="22"/>
        </w:rPr>
        <w:t>First dances.</w:t>
      </w:r>
    </w:p>
    <w:p>
      <w:pPr>
        <w:spacing w:after="0" w:line="264" w:lineRule="exact"/>
        <w:ind w:firstLine="0" w:left="0" w:right="0"/>
      </w:pPr>
    </w:p>
    <w:p>
      <w:pPr>
        <w:spacing w:after="0" w:line="264" w:lineRule="exact"/>
        <w:ind w:firstLine="0" w:left="0" w:right="0"/>
      </w:pPr>
      <w:r>
        <w:rPr>
          <w:rFonts w:ascii="EB Garamond" w:hAnsi="EB Garamond" w:eastAsia="EB Garamond"/>
          <w:sz w:val="22"/>
        </w:rPr>
        <w:t>Bad haircuts.</w:t>
      </w:r>
    </w:p>
    <w:p>
      <w:pPr>
        <w:spacing w:after="0" w:line="264" w:lineRule="exact"/>
        <w:ind w:firstLine="0" w:left="0" w:right="0"/>
      </w:pPr>
    </w:p>
    <w:p>
      <w:pPr>
        <w:spacing w:after="0" w:line="264" w:lineRule="exact"/>
        <w:ind w:firstLine="0" w:left="0" w:right="0"/>
      </w:pPr>
      <w:r>
        <w:rPr>
          <w:rFonts w:ascii="EB Garamond" w:hAnsi="EB Garamond" w:eastAsia="EB Garamond"/>
          <w:sz w:val="22"/>
        </w:rPr>
        <w:t>Their first high school football game.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showing up the day after that stupid pool party with two milkshakes and no questions.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knew every version of Elsie.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that was what made the thought of changing feel dangerous.</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if you changed enough that the people who knew the old versions couldn’t find you anymore?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noticed her staring.</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“Stop doing that.”</w:t>
      </w:r>
    </w:p>
    <w:p>
      <w:pPr>
        <w:spacing w:after="0" w:line="264" w:lineRule="exact"/>
        <w:ind w:firstLine="0" w:left="0" w:right="0"/>
      </w:pPr>
    </w:p>
    <w:p>
      <w:pPr>
        <w:spacing w:after="0" w:line="264" w:lineRule="exact"/>
        <w:ind w:firstLine="0" w:left="0" w:right="0"/>
      </w:pPr>
      <w:r>
        <w:rPr>
          <w:rFonts w:ascii="EB Garamond" w:hAnsi="EB Garamond" w:eastAsia="EB Garamond"/>
          <w:sz w:val="22"/>
        </w:rPr>
        <w:t>“Doing what?”</w:t>
      </w:r>
    </w:p>
    <w:p>
      <w:pPr>
        <w:spacing w:after="0" w:line="264" w:lineRule="exact"/>
        <w:ind w:firstLine="0" w:left="0" w:right="0"/>
      </w:pPr>
    </w:p>
    <w:p>
      <w:pPr>
        <w:spacing w:after="0" w:line="264" w:lineRule="exact"/>
        <w:ind w:firstLine="0" w:left="0" w:right="0"/>
      </w:pPr>
      <w:r>
        <w:rPr>
          <w:rFonts w:ascii="EB Garamond" w:hAnsi="EB Garamond" w:eastAsia="EB Garamond"/>
          <w:sz w:val="22"/>
        </w:rPr>
        <w:t>“Looking at me like I’m dying.”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so dramatic.”</w:t>
      </w:r>
    </w:p>
    <w:p>
      <w:pPr>
        <w:spacing w:after="0" w:line="264" w:lineRule="exact"/>
        <w:ind w:firstLine="0" w:left="0" w:right="0"/>
      </w:pPr>
    </w:p>
    <w:p>
      <w:pPr>
        <w:spacing w:after="0" w:line="264" w:lineRule="exact"/>
        <w:ind w:firstLine="0" w:left="0" w:right="0"/>
      </w:pPr>
      <w:r>
        <w:rPr>
          <w:rFonts w:ascii="EB Garamond" w:hAnsi="EB Garamond" w:eastAsia="EB Garamond"/>
          <w:sz w:val="22"/>
        </w:rPr>
        <w:t>“You’re the one staring.”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bumped her shoulder.</w:t>
      </w:r>
    </w:p>
    <w:p>
      <w:pPr>
        <w:spacing w:after="0" w:line="264" w:lineRule="exact"/>
        <w:ind w:firstLine="0" w:left="0" w:right="0"/>
      </w:pPr>
    </w:p>
    <w:p>
      <w:pPr>
        <w:spacing w:after="0" w:line="264" w:lineRule="exact"/>
        <w:ind w:firstLine="0" w:left="0" w:right="0"/>
      </w:pPr>
      <w:r>
        <w:rPr>
          <w:rFonts w:ascii="EB Garamond" w:hAnsi="EB Garamond" w:eastAsia="EB Garamond"/>
          <w:sz w:val="22"/>
        </w:rPr>
        <w:t>“I love you.”</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“Ew.”</w:t>
      </w:r>
    </w:p>
    <w:p>
      <w:pPr>
        <w:spacing w:after="0" w:line="264" w:lineRule="exact"/>
        <w:ind w:firstLine="0" w:left="0" w:right="0"/>
      </w:pPr>
    </w:p>
    <w:p>
      <w:pPr>
        <w:spacing w:after="0" w:line="264" w:lineRule="exact"/>
        <w:ind w:firstLine="0" w:left="0" w:right="0"/>
      </w:pPr>
      <w:r>
        <w:rPr>
          <w:rFonts w:ascii="EB Garamond" w:hAnsi="EB Garamond" w:eastAsia="EB Garamond"/>
          <w:sz w:val="22"/>
        </w:rPr>
        <w:t>“I take it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“Nope.”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grabbed her arm.</w:t>
      </w:r>
    </w:p>
    <w:p>
      <w:pPr>
        <w:spacing w:after="0" w:line="264" w:lineRule="exact"/>
        <w:ind w:firstLine="0" w:left="0" w:right="0"/>
      </w:pPr>
    </w:p>
    <w:p>
      <w:pPr>
        <w:spacing w:after="0" w:line="264" w:lineRule="exact"/>
        <w:ind w:firstLine="0" w:left="0" w:right="0"/>
      </w:pPr>
      <w:r>
        <w:rPr>
          <w:rFonts w:ascii="EB Garamond" w:hAnsi="EB Garamond" w:eastAsia="EB Garamond"/>
          <w:sz w:val="22"/>
        </w:rPr>
        <w:t>“You said it.”</w:t>
      </w:r>
    </w:p>
    <w:p>
      <w:pPr>
        <w:spacing w:after="0" w:line="264" w:lineRule="exact"/>
        <w:ind w:firstLine="0" w:left="0" w:right="0"/>
      </w:pPr>
    </w:p>
    <w:p>
      <w:pPr>
        <w:spacing w:after="0" w:line="264" w:lineRule="exact"/>
        <w:ind w:firstLine="0" w:left="0" w:right="0"/>
      </w:pPr>
      <w:r>
        <w:rPr>
          <w:rFonts w:ascii="EB Garamond" w:hAnsi="EB Garamond" w:eastAsia="EB Garamond"/>
          <w:sz w:val="22"/>
        </w:rPr>
        <w:t>“Get off me.”</w:t>
      </w:r>
    </w:p>
    <w:p>
      <w:pPr>
        <w:spacing w:after="0" w:line="264" w:lineRule="exact"/>
        <w:ind w:firstLine="0" w:left="0" w:right="0"/>
      </w:pPr>
    </w:p>
    <w:p>
      <w:pPr>
        <w:spacing w:after="0" w:line="264" w:lineRule="exact"/>
        <w:ind w:firstLine="0" w:left="0" w:right="0"/>
      </w:pPr>
      <w:r>
        <w:rPr>
          <w:rFonts w:ascii="EB Garamond" w:hAnsi="EB Garamond" w:eastAsia="EB Garamond"/>
          <w:sz w:val="22"/>
        </w:rPr>
        <w:t>“Say it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“Never.”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LOVES ME!”</w:t>
      </w:r>
    </w:p>
    <w:p>
      <w:pPr>
        <w:spacing w:after="0" w:line="264" w:lineRule="exact"/>
        <w:ind w:firstLine="0" w:left="0" w:right="0"/>
      </w:pPr>
    </w:p>
    <w:p>
      <w:pPr>
        <w:spacing w:after="0" w:line="264" w:lineRule="exact"/>
        <w:ind w:firstLine="0" w:left="0" w:right="0"/>
      </w:pPr>
      <w:r>
        <w:rPr>
          <w:rFonts w:ascii="EB Garamond" w:hAnsi="EB Garamond" w:eastAsia="EB Garamond"/>
          <w:sz w:val="22"/>
        </w:rPr>
        <w:t>People turned.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covered her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“I hope we lose.”</w:t>
      </w:r>
    </w:p>
    <w:p>
      <w:pPr>
        <w:spacing w:after="0" w:line="264" w:lineRule="exact"/>
        <w:ind w:firstLine="0" w:left="0" w:right="0"/>
      </w:pPr>
    </w:p>
    <w:p>
      <w:pPr>
        <w:spacing w:after="0" w:line="264" w:lineRule="exact"/>
        <w:ind w:firstLine="0" w:left="0" w:right="0"/>
      </w:pPr>
      <w:r>
        <w:rPr>
          <w:rFonts w:ascii="EB Garamond" w:hAnsi="EB Garamond" w:eastAsia="EB Garamond"/>
          <w:sz w:val="22"/>
        </w:rPr>
        <w:t>A man in front of them turned around, horrified.</w:t>
      </w:r>
    </w:p>
    <w:p>
      <w:pPr>
        <w:spacing w:after="0" w:line="264" w:lineRule="exact"/>
        <w:ind w:firstLine="0" w:left="0" w:right="0"/>
      </w:pPr>
    </w:p>
    <w:p>
      <w:pPr>
        <w:spacing w:after="0" w:line="264" w:lineRule="exact"/>
        <w:ind w:firstLine="0" w:left="0" w:right="0"/>
      </w:pPr>
      <w:r>
        <w:rPr>
          <w:rFonts w:ascii="EB Garamond" w:hAnsi="EB Garamond" w:eastAsia="EB Garamond"/>
          <w:sz w:val="22"/>
        </w:rPr>
        <w:t>“I’m kidding!”</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nearly fell off the bleacher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won.</w:t>
      </w:r>
    </w:p>
    <w:p>
      <w:pPr>
        <w:spacing w:after="0" w:line="264" w:lineRule="exact"/>
        <w:ind w:firstLine="0" w:left="0" w:right="0"/>
      </w:pPr>
    </w:p>
    <w:p>
      <w:pPr>
        <w:spacing w:after="0" w:line="264" w:lineRule="exact"/>
        <w:ind w:firstLine="0" w:left="0" w:right="0"/>
      </w:pPr>
      <w:r>
        <w:rPr>
          <w:rFonts w:ascii="EB Garamond" w:hAnsi="EB Garamond" w:eastAsia="EB Garamond"/>
          <w:sz w:val="22"/>
        </w:rPr>
        <w:t>Barely.</w:t>
      </w:r>
    </w:p>
    <w:p>
      <w:pPr>
        <w:spacing w:after="0" w:line="264" w:lineRule="exact"/>
        <w:ind w:firstLine="0" w:left="0" w:right="0"/>
      </w:pPr>
    </w:p>
    <w:p>
      <w:pPr>
        <w:spacing w:after="0" w:line="264" w:lineRule="exact"/>
        <w:ind w:firstLine="0" w:left="0" w:right="0"/>
      </w:pPr>
      <w:r>
        <w:rPr>
          <w:rFonts w:ascii="EB Garamond" w:hAnsi="EB Garamond" w:eastAsia="EB Garamond"/>
          <w:sz w:val="22"/>
        </w:rPr>
        <w:t>The student section poured toward the exits in a mass of blue, noise, and terrible spatial awareness.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lost Ava within thirty seconds.</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grabbed the back of her jacket.</w:t>
      </w:r>
    </w:p>
    <w:p>
      <w:pPr>
        <w:spacing w:after="0" w:line="264" w:lineRule="exact"/>
        <w:ind w:firstLine="0" w:left="0" w:right="0"/>
      </w:pPr>
    </w:p>
    <w:p>
      <w:pPr>
        <w:spacing w:after="0" w:line="264" w:lineRule="exact"/>
        <w:ind w:firstLine="0" w:left="0" w:right="0"/>
      </w:pPr>
      <w:r>
        <w:rPr>
          <w:rFonts w:ascii="EB Garamond" w:hAnsi="EB Garamond" w:eastAsia="EB Garamond"/>
          <w:sz w:val="22"/>
        </w:rPr>
        <w:t>“Wait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“I am.”</w:t>
      </w:r>
    </w:p>
    <w:p>
      <w:pPr>
        <w:spacing w:after="0" w:line="264" w:lineRule="exact"/>
        <w:ind w:firstLine="0" w:left="0" w:right="0"/>
      </w:pPr>
    </w:p>
    <w:p>
      <w:pPr>
        <w:spacing w:after="0" w:line="264" w:lineRule="exact"/>
        <w:ind w:firstLine="0" w:left="0" w:right="0"/>
      </w:pPr>
      <w:r>
        <w:rPr>
          <w:rFonts w:ascii="EB Garamond" w:hAnsi="EB Garamond" w:eastAsia="EB Garamond"/>
          <w:sz w:val="22"/>
        </w:rPr>
        <w:t>“No, you’re walking too fast.”</w:t>
      </w:r>
    </w:p>
    <w:p>
      <w:pPr>
        <w:spacing w:after="0" w:line="264" w:lineRule="exact"/>
        <w:ind w:firstLine="0" w:left="0" w:right="0"/>
      </w:pPr>
    </w:p>
    <w:p>
      <w:pPr>
        <w:spacing w:after="0" w:line="264" w:lineRule="exact"/>
        <w:ind w:firstLine="0" w:left="0" w:right="0"/>
      </w:pPr>
      <w:r>
        <w:rPr>
          <w:rFonts w:ascii="EB Garamond" w:hAnsi="EB Garamond" w:eastAsia="EB Garamond"/>
          <w:sz w:val="22"/>
        </w:rPr>
        <w:t>“You have short legs.”</w:t>
      </w:r>
    </w:p>
    <w:p>
      <w:pPr>
        <w:spacing w:after="0" w:line="264" w:lineRule="exact"/>
        <w:ind w:firstLine="0" w:left="0" w:right="0"/>
      </w:pPr>
    </w:p>
    <w:p>
      <w:pPr>
        <w:spacing w:after="0" w:line="264" w:lineRule="exact"/>
        <w:ind w:firstLine="0" w:left="0" w:right="0"/>
      </w:pPr>
      <w:r>
        <w:rPr>
          <w:rFonts w:ascii="EB Garamond" w:hAnsi="EB Garamond" w:eastAsia="EB Garamond"/>
          <w:sz w:val="22"/>
        </w:rPr>
        <w:t>“We are the same height.”</w:t>
      </w:r>
    </w:p>
    <w:p>
      <w:pPr>
        <w:spacing w:after="0" w:line="264" w:lineRule="exact"/>
        <w:ind w:firstLine="0" w:left="0" w:right="0"/>
      </w:pPr>
    </w:p>
    <w:p>
      <w:pPr>
        <w:spacing w:after="0" w:line="264" w:lineRule="exact"/>
        <w:ind w:firstLine="0" w:left="0" w:right="0"/>
      </w:pPr>
      <w:r>
        <w:rPr>
          <w:rFonts w:ascii="EB Garamond" w:hAnsi="EB Garamond" w:eastAsia="EB Garamond"/>
          <w:sz w:val="22"/>
        </w:rPr>
        <w:t>“Emotionally, you’re shorter.”</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doesn’t mean anything.”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They made it outside.</w:t>
      </w:r>
    </w:p>
    <w:p>
      <w:pPr>
        <w:spacing w:after="0" w:line="264" w:lineRule="exact"/>
        <w:ind w:firstLine="0" w:left="0" w:right="0"/>
      </w:pPr>
    </w:p>
    <w:p>
      <w:pPr>
        <w:spacing w:after="0" w:line="264" w:lineRule="exact"/>
        <w:ind w:firstLine="0" w:left="0" w:right="0"/>
      </w:pPr>
      <w:r>
        <w:rPr>
          <w:rFonts w:ascii="EB Garamond" w:hAnsi="EB Garamond" w:eastAsia="EB Garamond"/>
          <w:sz w:val="22"/>
        </w:rPr>
        <w:t>Cars filled the parking lot.</w:t>
      </w:r>
    </w:p>
    <w:p>
      <w:pPr>
        <w:spacing w:after="0" w:line="264" w:lineRule="exact"/>
        <w:ind w:firstLine="0" w:left="0" w:right="0"/>
      </w:pPr>
    </w:p>
    <w:p>
      <w:pPr>
        <w:spacing w:after="0" w:line="264" w:lineRule="exact"/>
        <w:ind w:firstLine="0" w:left="0" w:right="0"/>
      </w:pPr>
      <w:r>
        <w:rPr>
          <w:rFonts w:ascii="EB Garamond" w:hAnsi="EB Garamond" w:eastAsia="EB Garamond"/>
          <w:sz w:val="22"/>
        </w:rPr>
        <w:t>Music played from somewhere.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People stood around taking pictures nobody would care about by Tuesday.</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checked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Her expression changed.</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slightly.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noticed.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“It’s 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“You did the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face.”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locked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“My mom’s here.”</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“I have to go.”</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started walking.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followed.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“What happened?”</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grabbed her sleeve.</w:t>
      </w:r>
    </w:p>
    <w:p>
      <w:pPr>
        <w:spacing w:after="0" w:line="264" w:lineRule="exact"/>
        <w:ind w:firstLine="0" w:left="0" w:right="0"/>
      </w:pPr>
    </w:p>
    <w:p>
      <w:pPr>
        <w:spacing w:after="0" w:line="264" w:lineRule="exact"/>
        <w:ind w:firstLine="0" w:left="0" w:right="0"/>
      </w:pPr>
      <w:r>
        <w:rPr>
          <w:rFonts w:ascii="EB Garamond" w:hAnsi="EB Garamond" w:eastAsia="EB Garamond"/>
          <w:sz w:val="22"/>
        </w:rPr>
        <w:t>“Stop.”</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turned.</w:t>
      </w:r>
    </w:p>
    <w:p>
      <w:pPr>
        <w:spacing w:after="0" w:line="264" w:lineRule="exact"/>
        <w:ind w:firstLine="0" w:left="0" w:right="0"/>
      </w:pPr>
    </w:p>
    <w:p>
      <w:pPr>
        <w:spacing w:after="0" w:line="264" w:lineRule="exact"/>
        <w:ind w:firstLine="0" w:left="0" w:right="0"/>
      </w:pPr>
      <w:r>
        <w:rPr>
          <w:rFonts w:ascii="EB Garamond" w:hAnsi="EB Garamond" w:eastAsia="EB Garamond"/>
          <w:sz w:val="22"/>
        </w:rPr>
        <w:t>For a second, she looked angry.</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not angry.</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else.</w:t>
      </w:r>
    </w:p>
    <w:p>
      <w:pPr>
        <w:spacing w:after="0" w:line="264" w:lineRule="exact"/>
        <w:ind w:firstLine="0" w:left="0" w:right="0"/>
      </w:pPr>
    </w:p>
    <w:p>
      <w:pPr>
        <w:spacing w:after="0" w:line="264" w:lineRule="exact"/>
        <w:ind w:firstLine="0" w:left="0" w:right="0"/>
      </w:pPr>
      <w:r>
        <w:rPr>
          <w:rFonts w:ascii="EB Garamond" w:hAnsi="EB Garamond" w:eastAsia="EB Garamond"/>
          <w:sz w:val="22"/>
        </w:rPr>
        <w:t>Scared.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stomach tightened.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“What?”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around.</w:t>
      </w:r>
    </w:p>
    <w:p>
      <w:pPr>
        <w:spacing w:after="0" w:line="264" w:lineRule="exact"/>
        <w:ind w:firstLine="0" w:left="0" w:right="0"/>
      </w:pPr>
    </w:p>
    <w:p>
      <w:pPr>
        <w:spacing w:after="0" w:line="264" w:lineRule="exact"/>
        <w:ind w:firstLine="0" w:left="0" w:right="0"/>
      </w:pPr>
      <w:r>
        <w:rPr>
          <w:rFonts w:ascii="EB Garamond" w:hAnsi="EB Garamond" w:eastAsia="EB Garamond"/>
          <w:sz w:val="22"/>
        </w:rPr>
        <w:t>Students everywhere.</w:t>
      </w:r>
    </w:p>
    <w:p>
      <w:pPr>
        <w:spacing w:after="0" w:line="264" w:lineRule="exact"/>
        <w:ind w:firstLine="0" w:left="0" w:right="0"/>
      </w:pPr>
    </w:p>
    <w:p>
      <w:pPr>
        <w:spacing w:after="0" w:line="264" w:lineRule="exact"/>
        <w:ind w:firstLine="0" w:left="0" w:right="0"/>
      </w:pPr>
      <w:r>
        <w:rPr>
          <w:rFonts w:ascii="EB Garamond" w:hAnsi="EB Garamond" w:eastAsia="EB Garamond"/>
          <w:sz w:val="22"/>
        </w:rPr>
        <w:t>Parents.</w:t>
      </w:r>
    </w:p>
    <w:p>
      <w:pPr>
        <w:spacing w:after="0" w:line="264" w:lineRule="exact"/>
        <w:ind w:firstLine="0" w:left="0" w:right="0"/>
      </w:pPr>
    </w:p>
    <w:p>
      <w:pPr>
        <w:spacing w:after="0" w:line="264" w:lineRule="exact"/>
        <w:ind w:firstLine="0" w:left="0" w:right="0"/>
      </w:pPr>
      <w:r>
        <w:rPr>
          <w:rFonts w:ascii="EB Garamond" w:hAnsi="EB Garamond" w:eastAsia="EB Garamond"/>
          <w:sz w:val="22"/>
        </w:rPr>
        <w:t>Cars.</w:t>
      </w:r>
    </w:p>
    <w:p>
      <w:pPr>
        <w:spacing w:after="0" w:line="264" w:lineRule="exact"/>
        <w:ind w:firstLine="0" w:left="0" w:right="0"/>
      </w:pPr>
    </w:p>
    <w:p>
      <w:pPr>
        <w:spacing w:after="0" w:line="264" w:lineRule="exact"/>
        <w:ind w:firstLine="0" w:left="0" w:right="0"/>
      </w:pPr>
      <w:r>
        <w:rPr>
          <w:rFonts w:ascii="EB Garamond" w:hAnsi="EB Garamond" w:eastAsia="EB Garamond"/>
          <w:sz w:val="22"/>
        </w:rPr>
        <w:t>Noise.</w:t>
      </w:r>
    </w:p>
    <w:p>
      <w:pPr>
        <w:spacing w:after="0" w:line="264" w:lineRule="exact"/>
        <w:ind w:firstLine="0" w:left="0" w:right="0"/>
      </w:pPr>
    </w:p>
    <w:p>
      <w:pPr>
        <w:spacing w:after="0" w:line="264" w:lineRule="exact"/>
        <w:ind w:firstLine="0" w:left="0" w:right="0"/>
      </w:pPr>
      <w:r>
        <w:rPr>
          <w:rFonts w:ascii="EB Garamond" w:hAnsi="EB Garamond" w:eastAsia="EB Garamond"/>
          <w:sz w:val="22"/>
        </w:rPr>
        <w:t>“Not here.”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wanted to ask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at her phone.</w:t>
      </w:r>
    </w:p>
    <w:p>
      <w:pPr>
        <w:spacing w:after="0" w:line="264" w:lineRule="exact"/>
        <w:ind w:firstLine="0" w:left="0" w:right="0"/>
      </w:pPr>
    </w:p>
    <w:p>
      <w:pPr>
        <w:spacing w:after="0" w:line="264" w:lineRule="exact"/>
        <w:ind w:firstLine="0" w:left="0" w:right="0"/>
      </w:pPr>
      <w:r>
        <w:rPr>
          <w:rFonts w:ascii="EB Garamond" w:hAnsi="EB Garamond" w:eastAsia="EB Garamond"/>
          <w:sz w:val="22"/>
        </w:rPr>
        <w:t>“I’ll text you.”</w:t>
      </w:r>
    </w:p>
    <w:p>
      <w:pPr>
        <w:spacing w:after="0" w:line="264" w:lineRule="exact"/>
        <w:ind w:firstLine="0" w:left="0" w:right="0"/>
      </w:pPr>
    </w:p>
    <w:p>
      <w:pPr>
        <w:spacing w:after="0" w:line="264" w:lineRule="exact"/>
        <w:ind w:firstLine="0" w:left="0" w:right="0"/>
      </w:pPr>
      <w:r>
        <w:rPr>
          <w:rFonts w:ascii="EB Garamond" w:hAnsi="EB Garamond" w:eastAsia="EB Garamond"/>
          <w:sz w:val="22"/>
        </w:rPr>
        <w:t>“Are you okay?”</w:t>
      </w:r>
    </w:p>
    <w:p>
      <w:pPr>
        <w:spacing w:after="0" w:line="264" w:lineRule="exact"/>
        <w:ind w:firstLine="0" w:left="0" w:right="0"/>
      </w:pPr>
    </w:p>
    <w:p>
      <w:pPr>
        <w:spacing w:after="0" w:line="264" w:lineRule="exact"/>
        <w:ind w:firstLine="0" w:left="0" w:right="0"/>
      </w:pPr>
      <w:r>
        <w:rPr>
          <w:rFonts w:ascii="EB Garamond" w:hAnsi="EB Garamond" w:eastAsia="EB Garamond"/>
          <w:sz w:val="22"/>
        </w:rPr>
        <w:t>“Yeah.”</w:t>
      </w:r>
    </w:p>
    <w:p>
      <w:pPr>
        <w:spacing w:after="0" w:line="264" w:lineRule="exact"/>
        <w:ind w:firstLine="0" w:left="0" w:right="0"/>
      </w:pPr>
    </w:p>
    <w:p>
      <w:pPr>
        <w:spacing w:after="0" w:line="264" w:lineRule="exact"/>
        <w:ind w:firstLine="0" w:left="0" w:right="0"/>
      </w:pPr>
      <w:r>
        <w:rPr>
          <w:rFonts w:ascii="EB Garamond" w:hAnsi="EB Garamond" w:eastAsia="EB Garamond"/>
          <w:sz w:val="22"/>
        </w:rPr>
        <w:t>The convincing one.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knew it because she used it too.</w:t>
      </w:r>
    </w:p>
    <w:p>
      <w:pPr>
        <w:spacing w:after="0" w:line="264" w:lineRule="exact"/>
        <w:ind w:firstLine="0" w:left="0" w:right="0"/>
      </w:pPr>
    </w:p>
    <w:p>
      <w:pPr>
        <w:spacing w:after="0" w:line="264" w:lineRule="exact"/>
        <w:ind w:firstLine="0" w:left="0" w:right="0"/>
      </w:pPr>
      <w:r>
        <w:rPr>
          <w:rFonts w:ascii="EB Garamond" w:hAnsi="EB Garamond" w:eastAsia="EB Garamond"/>
          <w:sz w:val="22"/>
        </w:rPr>
        <w:t>She almost pushed.</w:t>
      </w:r>
    </w:p>
    <w:p>
      <w:pPr>
        <w:spacing w:after="0" w:line="264" w:lineRule="exact"/>
        <w:ind w:firstLine="0" w:left="0" w:right="0"/>
      </w:pPr>
    </w:p>
    <w:p>
      <w:pPr>
        <w:spacing w:after="0" w:line="264" w:lineRule="exact"/>
        <w:ind w:firstLine="0" w:left="0" w:right="0"/>
      </w:pPr>
      <w:r>
        <w:rPr>
          <w:rFonts w:ascii="EB Garamond" w:hAnsi="EB Garamond" w:eastAsia="EB Garamond"/>
          <w:sz w:val="22"/>
        </w:rPr>
        <w:t>Almost asked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Caroline’s voice came back to her.</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just need them to wait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let go of Maddie’s sleeve.</w:t>
      </w:r>
    </w:p>
    <w:p>
      <w:pPr>
        <w:spacing w:after="0" w:line="264" w:lineRule="exact"/>
        <w:ind w:firstLine="0" w:left="0" w:right="0"/>
      </w:pPr>
    </w:p>
    <w:p>
      <w:pPr>
        <w:spacing w:after="0" w:line="264" w:lineRule="exact"/>
        <w:ind w:firstLine="0" w:left="0" w:right="0"/>
      </w:pPr>
      <w:r>
        <w:rPr>
          <w:rFonts w:ascii="EB Garamond" w:hAnsi="EB Garamond" w:eastAsia="EB Garamond"/>
          <w:sz w:val="22"/>
        </w:rPr>
        <w:t>“Okay.”</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looked at her.</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in her face softened.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her mother’s car pulled forward.</w:t>
      </w:r>
    </w:p>
    <w:p>
      <w:pPr>
        <w:spacing w:after="0" w:line="264" w:lineRule="exact"/>
        <w:ind w:firstLine="0" w:left="0" w:right="0"/>
      </w:pPr>
    </w:p>
    <w:p>
      <w:pPr>
        <w:spacing w:after="0" w:line="264" w:lineRule="exact"/>
        <w:ind w:firstLine="0" w:left="0" w:right="0"/>
      </w:pPr>
      <w:r>
        <w:rPr>
          <w:rFonts w:ascii="EB Garamond" w:hAnsi="EB Garamond" w:eastAsia="EB Garamond"/>
          <w:sz w:val="22"/>
        </w:rPr>
        <w:t>“I’ll text you.”</w:t>
      </w:r>
    </w:p>
    <w:p>
      <w:pPr>
        <w:spacing w:after="0" w:line="264" w:lineRule="exact"/>
        <w:ind w:firstLine="0" w:left="0" w:right="0"/>
      </w:pPr>
    </w:p>
    <w:p>
      <w:pPr>
        <w:spacing w:after="0" w:line="264" w:lineRule="exact"/>
        <w:ind w:firstLine="0" w:left="0" w:right="0"/>
      </w:pPr>
      <w:r>
        <w:rPr>
          <w:rFonts w:ascii="EB Garamond" w:hAnsi="EB Garamond" w:eastAsia="EB Garamond"/>
          <w:sz w:val="22"/>
        </w:rPr>
        <w:t>“I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opened the door.</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looked back.</w:t>
      </w:r>
    </w:p>
    <w:p>
      <w:pPr>
        <w:spacing w:after="0" w:line="264" w:lineRule="exact"/>
        <w:ind w:firstLine="0" w:left="0" w:right="0"/>
      </w:pPr>
    </w:p>
    <w:p>
      <w:pPr>
        <w:spacing w:after="0" w:line="264" w:lineRule="exact"/>
        <w:ind w:firstLine="0" w:left="0" w:right="0"/>
      </w:pPr>
      <w:r>
        <w:rPr>
          <w:rFonts w:ascii="EB Garamond" w:hAnsi="EB Garamond" w:eastAsia="EB Garamond"/>
          <w:sz w:val="22"/>
        </w:rPr>
        <w:t>“Love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“Ew.”</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rolled her eyes and got in.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stood there until the car disappeared.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At 11:18, Elsie was sitting on her bed with the tiny coffee pin attached to her backpack.</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buzzed.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opened it immediately.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you awake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no</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idiot</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what’s wrong</w:t>
      </w:r>
    </w:p>
    <w:p>
      <w:pPr>
        <w:spacing w:after="0" w:line="264" w:lineRule="exact"/>
        <w:ind w:firstLine="0" w:left="0" w:right="0"/>
      </w:pPr>
    </w:p>
    <w:p>
      <w:pPr>
        <w:spacing w:after="0" w:line="264" w:lineRule="exact"/>
        <w:ind w:firstLine="0" w:left="0" w:right="0"/>
      </w:pPr>
      <w:r>
        <w:rPr>
          <w:rFonts w:ascii="EB Garamond" w:hAnsi="EB Garamond" w:eastAsia="EB Garamond"/>
          <w:sz w:val="22"/>
        </w:rPr>
        <w:t>Three dots 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Disappeared.</w:t>
      </w:r>
    </w:p>
    <w:p>
      <w:pPr>
        <w:spacing w:after="0" w:line="264" w:lineRule="exact"/>
        <w:ind w:firstLine="0" w:left="0" w:right="0"/>
      </w:pPr>
    </w:p>
    <w:p>
      <w:pPr>
        <w:spacing w:after="0" w:line="264" w:lineRule="exact"/>
        <w:ind w:firstLine="0" w:left="0" w:right="0"/>
      </w:pPr>
      <w:r>
        <w:rPr>
          <w:rFonts w:ascii="EB Garamond" w:hAnsi="EB Garamond" w:eastAsia="EB Garamond"/>
          <w:sz w:val="22"/>
        </w:rPr>
        <w:t>Appeared again.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waited.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could practically feel herself wanting to type.</w:t>
      </w:r>
    </w:p>
    <w:p>
      <w:pPr>
        <w:spacing w:after="0" w:line="264" w:lineRule="exact"/>
        <w:ind w:firstLine="0" w:left="0" w:right="0"/>
      </w:pPr>
    </w:p>
    <w:p>
      <w:pPr>
        <w:spacing w:after="0" w:line="264" w:lineRule="exact"/>
        <w:ind w:firstLine="0" w:left="0" w:right="0"/>
      </w:pPr>
      <w:r>
        <w:rPr>
          <w:rFonts w:ascii="EB Garamond" w:hAnsi="EB Garamond" w:eastAsia="EB Garamond"/>
          <w:i/>
          <w:sz w:val="22"/>
        </w:rPr>
        <w:t>Are you okay?</w:t>
      </w:r>
    </w:p>
    <w:p>
      <w:pPr>
        <w:spacing w:after="0" w:line="264" w:lineRule="exact"/>
        <w:ind w:firstLine="0" w:left="0" w:right="0"/>
      </w:pPr>
    </w:p>
    <w:p>
      <w:pPr>
        <w:spacing w:after="0" w:line="264" w:lineRule="exact"/>
        <w:ind w:firstLine="0" w:left="0" w:right="0"/>
      </w:pPr>
      <w:r>
        <w:rPr>
          <w:rFonts w:ascii="EB Garamond" w:hAnsi="EB Garamond" w:eastAsia="EB Garamond"/>
          <w:i/>
          <w:sz w:val="22"/>
        </w:rPr>
        <w:t>What happened?</w:t>
      </w:r>
    </w:p>
    <w:p>
      <w:pPr>
        <w:spacing w:after="0" w:line="264" w:lineRule="exact"/>
        <w:ind w:firstLine="0" w:left="0" w:right="0"/>
      </w:pPr>
    </w:p>
    <w:p>
      <w:pPr>
        <w:spacing w:after="0" w:line="264" w:lineRule="exact"/>
        <w:ind w:firstLine="0" w:left="0" w:right="0"/>
      </w:pPr>
      <w:r>
        <w:rPr>
          <w:rFonts w:ascii="EB Garamond" w:hAnsi="EB Garamond" w:eastAsia="EB Garamond"/>
          <w:i/>
          <w:sz w:val="22"/>
        </w:rPr>
        <w:t>Was that your mom texting?</w:t>
      </w:r>
    </w:p>
    <w:p>
      <w:pPr>
        <w:spacing w:after="0" w:line="264" w:lineRule="exact"/>
        <w:ind w:firstLine="0" w:left="0" w:right="0"/>
      </w:pPr>
    </w:p>
    <w:p>
      <w:pPr>
        <w:spacing w:after="0" w:line="264" w:lineRule="exact"/>
        <w:ind w:firstLine="0" w:left="0" w:right="0"/>
      </w:pPr>
      <w:r>
        <w:rPr>
          <w:rFonts w:ascii="EB Garamond" w:hAnsi="EB Garamond" w:eastAsia="EB Garamond"/>
          <w:i/>
          <w:sz w:val="22"/>
        </w:rPr>
        <w:t>Did something happen at the game?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w:t>
      </w:r>
    </w:p>
    <w:p>
      <w:pPr>
        <w:spacing w:after="0" w:line="264" w:lineRule="exact"/>
        <w:ind w:firstLine="0" w:left="0" w:right="0"/>
      </w:pPr>
    </w:p>
    <w:p>
      <w:pPr>
        <w:spacing w:after="0" w:line="264" w:lineRule="exact"/>
        <w:ind w:firstLine="0" w:left="0" w:right="0"/>
      </w:pPr>
      <w:r>
        <w:rPr>
          <w:rFonts w:ascii="EB Garamond" w:hAnsi="EB Garamond" w:eastAsia="EB Garamond"/>
          <w:sz w:val="22"/>
        </w:rPr>
        <w:t>Three dots.</w:t>
      </w:r>
    </w:p>
    <w:p>
      <w:pPr>
        <w:spacing w:after="0" w:line="264" w:lineRule="exact"/>
        <w:ind w:firstLine="0" w:left="0" w:right="0"/>
      </w:pPr>
    </w:p>
    <w:p>
      <w:pPr>
        <w:spacing w:after="0" w:line="264" w:lineRule="exact"/>
        <w:ind w:firstLine="0" w:left="0" w:right="0"/>
      </w:pPr>
      <w:r>
        <w:rPr>
          <w:rFonts w:ascii="EB Garamond" w:hAnsi="EB Garamond" w:eastAsia="EB Garamond"/>
          <w:sz w:val="22"/>
        </w:rPr>
        <w:t>Gone.</w:t>
      </w:r>
    </w:p>
    <w:p>
      <w:pPr>
        <w:spacing w:after="0" w:line="264" w:lineRule="exact"/>
        <w:ind w:firstLine="0" w:left="0" w:right="0"/>
      </w:pPr>
    </w:p>
    <w:p>
      <w:pPr>
        <w:spacing w:after="0" w:line="264" w:lineRule="exact"/>
        <w:ind w:firstLine="0" w:left="0" w:right="0"/>
      </w:pPr>
      <w:r>
        <w:rPr>
          <w:rFonts w:ascii="EB Garamond" w:hAnsi="EB Garamond" w:eastAsia="EB Garamond"/>
          <w:sz w:val="22"/>
        </w:rPr>
        <w:t>Back.</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finally: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my dad’s leaving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sat completely still.</w:t>
      </w:r>
    </w:p>
    <w:p>
      <w:pPr>
        <w:spacing w:after="0" w:line="264" w:lineRule="exact"/>
        <w:ind w:firstLine="0" w:left="0" w:right="0"/>
      </w:pPr>
    </w:p>
    <w:p>
      <w:pPr>
        <w:spacing w:after="0" w:line="264" w:lineRule="exact"/>
        <w:ind w:firstLine="0" w:left="0" w:right="0"/>
      </w:pPr>
      <w:r>
        <w:rPr>
          <w:rFonts w:ascii="EB Garamond" w:hAnsi="EB Garamond" w:eastAsia="EB Garamond"/>
          <w:sz w:val="22"/>
        </w:rPr>
        <w:t>Another message.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like actually leaving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he’s moving out tomorrow</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heart dropped.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typed.</w:t>
      </w:r>
    </w:p>
    <w:p>
      <w:pPr>
        <w:spacing w:after="0" w:line="264" w:lineRule="exact"/>
        <w:ind w:firstLine="0" w:left="0" w:right="0"/>
      </w:pPr>
    </w:p>
    <w:p>
      <w:pPr>
        <w:spacing w:after="0" w:line="264" w:lineRule="exact"/>
        <w:ind w:firstLine="0" w:left="0" w:right="0"/>
      </w:pPr>
      <w:r>
        <w:rPr>
          <w:rFonts w:ascii="EB Garamond" w:hAnsi="EB Garamond" w:eastAsia="EB Garamond"/>
          <w:sz w:val="22"/>
        </w:rPr>
        <w:t>Deleted.</w:t>
      </w:r>
    </w:p>
    <w:p>
      <w:pPr>
        <w:spacing w:after="0" w:line="264" w:lineRule="exact"/>
        <w:ind w:firstLine="0" w:left="0" w:right="0"/>
      </w:pPr>
    </w:p>
    <w:p>
      <w:pPr>
        <w:spacing w:after="0" w:line="264" w:lineRule="exact"/>
        <w:ind w:firstLine="0" w:left="0" w:right="0"/>
      </w:pPr>
      <w:r>
        <w:rPr>
          <w:rFonts w:ascii="EB Garamond" w:hAnsi="EB Garamond" w:eastAsia="EB Garamond"/>
          <w:sz w:val="22"/>
        </w:rPr>
        <w:t>Typed again.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what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Maddie’s messages came faster now.</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my mom told me before the game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apparently they decided on tuesday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and nobody thought maybe I should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covered her mouth.</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thought about Tuesday.</w:t>
      </w:r>
    </w:p>
    <w:p>
      <w:pPr>
        <w:spacing w:after="0" w:line="264" w:lineRule="exact"/>
        <w:ind w:firstLine="0" w:left="0" w:right="0"/>
      </w:pPr>
    </w:p>
    <w:p>
      <w:pPr>
        <w:spacing w:after="0" w:line="264" w:lineRule="exact"/>
        <w:ind w:firstLine="0" w:left="0" w:right="0"/>
      </w:pPr>
      <w:r>
        <w:rPr>
          <w:rFonts w:ascii="EB Garamond" w:hAnsi="EB Garamond" w:eastAsia="EB Garamond"/>
          <w:sz w:val="22"/>
        </w:rPr>
        <w:t>The algebra quiz.</w:t>
      </w:r>
    </w:p>
    <w:p>
      <w:pPr>
        <w:spacing w:after="0" w:line="264" w:lineRule="exact"/>
        <w:ind w:firstLine="0" w:left="0" w:right="0"/>
      </w:pPr>
    </w:p>
    <w:p>
      <w:pPr>
        <w:spacing w:after="0" w:line="264" w:lineRule="exact"/>
        <w:ind w:firstLine="0" w:left="0" w:right="0"/>
      </w:pPr>
      <w:r>
        <w:rPr>
          <w:rFonts w:ascii="EB Garamond" w:hAnsi="EB Garamond" w:eastAsia="EB Garamond"/>
          <w:sz w:val="22"/>
        </w:rPr>
        <w:t>The missing shampoo.</w:t>
      </w:r>
    </w:p>
    <w:p>
      <w:pPr>
        <w:spacing w:after="0" w:line="264" w:lineRule="exact"/>
        <w:ind w:firstLine="0" w:left="0" w:right="0"/>
      </w:pPr>
    </w:p>
    <w:p>
      <w:pPr>
        <w:spacing w:after="0" w:line="264" w:lineRule="exact"/>
        <w:ind w:firstLine="0" w:left="0" w:right="0"/>
      </w:pPr>
      <w:r>
        <w:rPr>
          <w:rFonts w:ascii="EB Garamond" w:hAnsi="EB Garamond" w:eastAsia="EB Garamond"/>
          <w:sz w:val="22"/>
        </w:rPr>
        <w:t>Ranch dressing down Maddie’s white shirt.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laughing in chemistry.</w:t>
      </w:r>
    </w:p>
    <w:p>
      <w:pPr>
        <w:spacing w:after="0" w:line="264" w:lineRule="exact"/>
        <w:ind w:firstLine="0" w:left="0" w:right="0"/>
      </w:pPr>
    </w:p>
    <w:p>
      <w:pPr>
        <w:spacing w:after="0" w:line="264" w:lineRule="exact"/>
        <w:ind w:firstLine="0" w:left="0" w:right="0"/>
      </w:pPr>
      <w:r>
        <w:rPr>
          <w:rFonts w:ascii="EB Garamond" w:hAnsi="EB Garamond" w:eastAsia="EB Garamond"/>
          <w:sz w:val="22"/>
        </w:rPr>
        <w:t>Nothing important happened Tuesday.</w:t>
      </w:r>
    </w:p>
    <w:p>
      <w:pPr>
        <w:spacing w:after="0" w:line="264" w:lineRule="exact"/>
        <w:ind w:firstLine="0" w:left="0" w:right="0"/>
      </w:pPr>
    </w:p>
    <w:p>
      <w:pPr>
        <w:spacing w:after="0" w:line="264" w:lineRule="exact"/>
        <w:ind w:firstLine="0" w:left="0" w:right="0"/>
      </w:pPr>
      <w:r>
        <w:rPr>
          <w:rFonts w:ascii="EB Garamond" w:hAnsi="EB Garamond" w:eastAsia="EB Garamond"/>
          <w:sz w:val="22"/>
        </w:rPr>
        <w:t>At least Elsie hadn’t thought so.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thought about tonight.</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laughing.</w:t>
      </w:r>
    </w:p>
    <w:p>
      <w:pPr>
        <w:spacing w:after="0" w:line="264" w:lineRule="exact"/>
        <w:ind w:firstLine="0" w:left="0" w:right="0"/>
      </w:pPr>
    </w:p>
    <w:p>
      <w:pPr>
        <w:spacing w:after="0" w:line="264" w:lineRule="exact"/>
        <w:ind w:firstLine="0" w:left="0" w:right="0"/>
      </w:pPr>
      <w:r>
        <w:rPr>
          <w:rFonts w:ascii="EB Garamond" w:hAnsi="EB Garamond" w:eastAsia="EB Garamond"/>
          <w:sz w:val="22"/>
        </w:rPr>
        <w:t>The glitter.</w:t>
      </w:r>
    </w:p>
    <w:p>
      <w:pPr>
        <w:spacing w:after="0" w:line="264" w:lineRule="exact"/>
        <w:ind w:firstLine="0" w:left="0" w:right="0"/>
      </w:pPr>
    </w:p>
    <w:p>
      <w:pPr>
        <w:spacing w:after="0" w:line="264" w:lineRule="exact"/>
        <w:ind w:firstLine="0" w:left="0" w:right="0"/>
      </w:pPr>
      <w:r>
        <w:rPr>
          <w:rFonts w:ascii="EB Garamond" w:hAnsi="EB Garamond" w:eastAsia="EB Garamond"/>
          <w:sz w:val="22"/>
        </w:rPr>
        <w:t>The game.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popcorn.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LOVES ME.</w:t>
      </w:r>
    </w:p>
    <w:p>
      <w:pPr>
        <w:spacing w:after="0" w:line="264" w:lineRule="exact"/>
        <w:ind w:firstLine="0" w:left="0" w:right="0"/>
      </w:pPr>
    </w:p>
    <w:p>
      <w:pPr>
        <w:spacing w:after="0" w:line="264" w:lineRule="exact"/>
        <w:ind w:firstLine="0" w:left="0" w:right="0"/>
      </w:pPr>
      <w:r>
        <w:rPr>
          <w:rFonts w:ascii="EB Garamond" w:hAnsi="EB Garamond" w:eastAsia="EB Garamond"/>
          <w:sz w:val="22"/>
        </w:rPr>
        <w:t>All of that while carrying this.</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maddie I’m so sorry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don’t be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 don’t want people doing that</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doing what</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looking at me like my family is broken</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chest hurt.</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I won’t</w:t>
      </w:r>
    </w:p>
    <w:p>
      <w:pPr>
        <w:spacing w:after="0" w:line="264" w:lineRule="exact"/>
        <w:ind w:firstLine="0" w:left="0" w:right="0"/>
      </w:pPr>
    </w:p>
    <w:p>
      <w:pPr>
        <w:spacing w:after="0" w:line="264" w:lineRule="exact"/>
        <w:ind w:firstLine="0" w:left="0" w:right="0"/>
      </w:pPr>
      <w:r>
        <w:rPr>
          <w:rFonts w:ascii="EB Garamond" w:hAnsi="EB Garamond" w:eastAsia="EB Garamond"/>
          <w:sz w:val="22"/>
        </w:rPr>
        <w:t>Pause.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 don’t want ava to know yet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Ava.</w:t>
      </w:r>
    </w:p>
    <w:p>
      <w:pPr>
        <w:spacing w:after="0" w:line="264" w:lineRule="exact"/>
        <w:ind w:firstLine="0" w:left="0" w:right="0"/>
      </w:pPr>
    </w:p>
    <w:p>
      <w:pPr>
        <w:spacing w:after="0" w:line="264" w:lineRule="exact"/>
        <w:ind w:firstLine="0" w:left="0" w:right="0"/>
      </w:pPr>
      <w:r>
        <w:rPr>
          <w:rFonts w:ascii="EB Garamond" w:hAnsi="EB Garamond" w:eastAsia="EB Garamond"/>
          <w:sz w:val="22"/>
        </w:rPr>
        <w:t>The three of them told each other everything.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Or Elsie had thought they did.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first instinct was to ask why.</w:t>
      </w:r>
    </w:p>
    <w:p>
      <w:pPr>
        <w:spacing w:after="0" w:line="264" w:lineRule="exact"/>
        <w:ind w:firstLine="0" w:left="0" w:right="0"/>
      </w:pPr>
    </w:p>
    <w:p>
      <w:pPr>
        <w:spacing w:after="0" w:line="264" w:lineRule="exact"/>
        <w:ind w:firstLine="0" w:left="0" w:right="0"/>
      </w:pPr>
      <w:r>
        <w:rPr>
          <w:rFonts w:ascii="EB Garamond" w:hAnsi="EB Garamond" w:eastAsia="EB Garamond"/>
          <w:sz w:val="22"/>
        </w:rPr>
        <w:t>Her second was to tell Maddie Ava would understand.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third was to remember that none of those things mattered.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wasn’t asking what Elsie thought.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was asking her to hold something.</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okay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seriously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seriously</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 just needed to tell somebody</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Elsie’s eyes burned.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typed:</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you can always tell me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hearted the message.</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 hate him</w:t>
      </w:r>
    </w:p>
    <w:p>
      <w:pPr>
        <w:spacing w:after="0" w:line="264" w:lineRule="exact"/>
        <w:ind w:firstLine="0" w:left="0" w:right="0"/>
      </w:pPr>
    </w:p>
    <w:p>
      <w:pPr>
        <w:spacing w:after="0" w:line="264" w:lineRule="exact"/>
        <w:ind w:firstLine="0" w:left="0" w:right="0"/>
      </w:pPr>
      <w:r>
        <w:rPr>
          <w:rFonts w:ascii="EB Garamond" w:hAnsi="EB Garamond" w:eastAsia="EB Garamond"/>
          <w:sz w:val="22"/>
        </w:rPr>
        <w:t>A second later:</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 don’t actually hate him</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maybe I do</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stared.</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 know what to say.</w:t>
      </w:r>
    </w:p>
    <w:p>
      <w:pPr>
        <w:spacing w:after="0" w:line="264" w:lineRule="exact"/>
        <w:ind w:firstLine="0" w:left="0" w:right="0"/>
      </w:pPr>
    </w:p>
    <w:p>
      <w:pPr>
        <w:spacing w:after="0" w:line="264" w:lineRule="exact"/>
        <w:ind w:firstLine="0" w:left="0" w:right="0"/>
      </w:pPr>
      <w:r>
        <w:rPr>
          <w:rFonts w:ascii="EB Garamond" w:hAnsi="EB Garamond" w:eastAsia="EB Garamond"/>
          <w:sz w:val="22"/>
        </w:rPr>
        <w:t>A week ago, that would have terrified her.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would have searched for the right sentence.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comforting one.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mature one.</w:t>
      </w:r>
    </w:p>
    <w:p>
      <w:pPr>
        <w:spacing w:after="0" w:line="264" w:lineRule="exact"/>
        <w:ind w:firstLine="0" w:left="0" w:right="0"/>
      </w:pPr>
    </w:p>
    <w:p>
      <w:pPr>
        <w:spacing w:after="0" w:line="264" w:lineRule="exact"/>
        <w:ind w:firstLine="0" w:left="0" w:right="0"/>
      </w:pPr>
      <w:r>
        <w:rPr>
          <w:rFonts w:ascii="EB Garamond" w:hAnsi="EB Garamond" w:eastAsia="EB Garamond"/>
          <w:sz w:val="22"/>
        </w:rPr>
        <w:t>The one that made Maddie feel better so Elsie could feel useful.</w:t>
      </w:r>
    </w:p>
    <w:p>
      <w:pPr>
        <w:spacing w:after="0" w:line="264" w:lineRule="exact"/>
        <w:ind w:firstLine="0" w:left="0" w:right="0"/>
      </w:pPr>
    </w:p>
    <w:p>
      <w:pPr>
        <w:spacing w:after="0" w:line="264" w:lineRule="exact"/>
        <w:ind w:firstLine="0" w:left="0" w:right="0"/>
      </w:pPr>
      <w:r>
        <w:rPr>
          <w:rFonts w:ascii="EB Garamond" w:hAnsi="EB Garamond" w:eastAsia="EB Garamond"/>
          <w:sz w:val="22"/>
        </w:rPr>
        <w:t>Instead:</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you don’t have to know right now</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Read it.</w:t>
      </w:r>
    </w:p>
    <w:p>
      <w:pPr>
        <w:spacing w:after="0" w:line="264" w:lineRule="exact"/>
        <w:ind w:firstLine="0" w:left="0" w:right="0"/>
      </w:pPr>
    </w:p>
    <w:p>
      <w:pPr>
        <w:spacing w:after="0" w:line="264" w:lineRule="exact"/>
        <w:ind w:firstLine="0" w:left="0" w:right="0"/>
      </w:pPr>
      <w:r>
        <w:rPr>
          <w:rFonts w:ascii="EB Garamond" w:hAnsi="EB Garamond" w:eastAsia="EB Garamond"/>
          <w:sz w:val="22"/>
        </w:rPr>
        <w:t>Something about the words felt familiar.</w:t>
      </w:r>
    </w:p>
    <w:p>
      <w:pPr>
        <w:spacing w:after="0" w:line="264" w:lineRule="exact"/>
        <w:ind w:firstLine="0" w:left="0" w:right="0"/>
      </w:pPr>
    </w:p>
    <w:p>
      <w:pPr>
        <w:spacing w:after="0" w:line="264" w:lineRule="exact"/>
        <w:ind w:firstLine="0" w:left="0" w:right="0"/>
      </w:pPr>
      <w:r>
        <w:rPr>
          <w:rFonts w:ascii="EB Garamond" w:hAnsi="EB Garamond" w:eastAsia="EB Garamond"/>
          <w:sz w:val="22"/>
        </w:rPr>
        <w:t>She added:</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you’re allowed to just be mad</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responded with a heart.</w:t>
      </w:r>
    </w:p>
    <w:p>
      <w:pPr>
        <w:spacing w:after="0" w:line="264" w:lineRule="exact"/>
        <w:ind w:firstLine="0" w:left="0" w:right="0"/>
      </w:pPr>
    </w:p>
    <w:p>
      <w:pPr>
        <w:spacing w:after="0" w:line="264" w:lineRule="exact"/>
        <w:ind w:firstLine="0" w:left="0" w:right="0"/>
      </w:pPr>
      <w:r>
        <w:rPr>
          <w:rFonts w:ascii="EB Garamond" w:hAnsi="EB Garamond" w:eastAsia="EB Garamond"/>
          <w:sz w:val="22"/>
        </w:rPr>
        <w:t>Then: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thank you</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lay back against her pillows.</w:t>
      </w:r>
    </w:p>
    <w:p>
      <w:pPr>
        <w:spacing w:after="0" w:line="264" w:lineRule="exact"/>
        <w:ind w:firstLine="0" w:left="0" w:right="0"/>
      </w:pPr>
    </w:p>
    <w:p>
      <w:pPr>
        <w:spacing w:after="0" w:line="264" w:lineRule="exact"/>
        <w:ind w:firstLine="0" w:left="0" w:right="0"/>
      </w:pPr>
      <w:r>
        <w:rPr>
          <w:rFonts w:ascii="EB Garamond" w:hAnsi="EB Garamond" w:eastAsia="EB Garamond"/>
          <w:sz w:val="22"/>
        </w:rPr>
        <w:t>Her mind immediately started producing solutions anyway.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Maddie’s parents would work it out.</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her dad would come home.</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it was temporary.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stopped herself.</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hadn’t asked for solutions.</w:t>
      </w:r>
    </w:p>
    <w:p>
      <w:pPr>
        <w:spacing w:after="0" w:line="264" w:lineRule="exact"/>
        <w:ind w:firstLine="0" w:left="0" w:right="0"/>
      </w:pPr>
    </w:p>
    <w:p>
      <w:pPr>
        <w:spacing w:after="0" w:line="264" w:lineRule="exact"/>
        <w:ind w:firstLine="0" w:left="0" w:right="0"/>
      </w:pPr>
      <w:r>
        <w:rPr>
          <w:rFonts w:ascii="EB Garamond" w:hAnsi="EB Garamond" w:eastAsia="EB Garamond"/>
          <w:sz w:val="22"/>
        </w:rPr>
        <w:t>She’d asked Elsie to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That was different.</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looked toward her nightstand.</w:t>
      </w:r>
    </w:p>
    <w:p>
      <w:pPr>
        <w:spacing w:after="0" w:line="264" w:lineRule="exact"/>
        <w:ind w:firstLine="0" w:left="0" w:right="0"/>
      </w:pPr>
    </w:p>
    <w:p>
      <w:pPr>
        <w:spacing w:after="0" w:line="264" w:lineRule="exact"/>
        <w:ind w:firstLine="0" w:left="0" w:right="0"/>
      </w:pPr>
      <w:r>
        <w:rPr>
          <w:rFonts w:ascii="EB Garamond" w:hAnsi="EB Garamond" w:eastAsia="EB Garamond"/>
          <w:sz w:val="22"/>
        </w:rPr>
        <w:t>Bible.</w:t>
      </w:r>
    </w:p>
    <w:p>
      <w:pPr>
        <w:spacing w:after="0" w:line="264" w:lineRule="exact"/>
        <w:ind w:firstLine="0" w:left="0" w:right="0"/>
      </w:pPr>
    </w:p>
    <w:p>
      <w:pPr>
        <w:spacing w:after="0" w:line="264" w:lineRule="exact"/>
        <w:ind w:firstLine="0" w:left="0" w:right="0"/>
      </w:pPr>
      <w:r>
        <w:rPr>
          <w:rFonts w:ascii="EB Garamond" w:hAnsi="EB Garamond" w:eastAsia="EB Garamond"/>
          <w:sz w:val="22"/>
        </w:rPr>
        <w:t>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The little coffee pin Mason had given her.</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For once, she didn’t feel compelled to find an answer.</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there wasn’t one.</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buzzed again.</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also</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what</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if you tell anyone I said I love you tonight I will ruin your life</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laughed.</w:t>
      </w:r>
    </w:p>
    <w:p>
      <w:pPr>
        <w:spacing w:after="0" w:line="264" w:lineRule="exact"/>
        <w:ind w:firstLine="0" w:left="0" w:right="0"/>
      </w:pPr>
    </w:p>
    <w:p>
      <w:pPr>
        <w:spacing w:after="0" w:line="264" w:lineRule="exact"/>
        <w:ind w:firstLine="0" w:left="0" w:right="0"/>
      </w:pPr>
      <w:r>
        <w:rPr>
          <w:rFonts w:ascii="EB Garamond" w:hAnsi="EB Garamond" w:eastAsia="EB Garamond"/>
          <w:sz w:val="22"/>
        </w:rPr>
        <w:t>Actually laughed.</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too late I already told the newspaper</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die</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Elsie:</w:t>
      </w:r>
      <w:r>
        <w:rPr>
          <w:rFonts w:ascii="EB Garamond" w:hAnsi="EB Garamond" w:eastAsia="EB Garamond"/>
          <w:b w:val="0"/>
          <w:i w:val="0"/>
          <w:sz w:val="22"/>
        </w:rPr>
        <w:t xml:space="preserve"> love you too ❤️</w:t>
      </w:r>
    </w:p>
    <w:p>
      <w:pPr>
        <w:spacing w:after="0" w:line="264" w:lineRule="exact"/>
        <w:ind w:firstLine="0" w:left="0" w:right="0"/>
      </w:pPr>
    </w:p>
    <w:p>
      <w:pPr>
        <w:spacing w:after="0" w:line="264" w:lineRule="exact"/>
        <w:ind w:firstLine="0" w:left="0" w:right="0"/>
      </w:pPr>
      <w:r>
        <w:rPr>
          <w:rFonts w:ascii="EB Garamond" w:hAnsi="EB Garamond" w:eastAsia="EB Garamond"/>
          <w:b/>
          <w:i w:val="0"/>
          <w:sz w:val="22"/>
        </w:rPr>
        <w:t>Maddie:</w:t>
      </w:r>
      <w:r>
        <w:rPr>
          <w:rFonts w:ascii="EB Garamond" w:hAnsi="EB Garamond" w:eastAsia="EB Garamond"/>
          <w:b w:val="0"/>
          <w:i w:val="0"/>
          <w:sz w:val="22"/>
        </w:rPr>
        <w:t xml:space="preserve"> blocked</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smiled.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the messages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The room became quiet.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thought about Caroline.</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just need them to wait for me.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thought about Maddie.</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just needed to tell somebody.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that was another kind of waiting.</w:t>
      </w:r>
    </w:p>
    <w:p>
      <w:pPr>
        <w:spacing w:after="0" w:line="264" w:lineRule="exact"/>
        <w:ind w:firstLine="0" w:left="0" w:right="0"/>
      </w:pPr>
    </w:p>
    <w:p>
      <w:pPr>
        <w:spacing w:after="0" w:line="264" w:lineRule="exact"/>
        <w:ind w:firstLine="0" w:left="0" w:right="0"/>
      </w:pPr>
      <w:r>
        <w:rPr>
          <w:rFonts w:ascii="EB Garamond" w:hAnsi="EB Garamond" w:eastAsia="EB Garamond"/>
          <w:sz w:val="22"/>
        </w:rPr>
        <w:t>Not filling the silence.</w:t>
      </w:r>
    </w:p>
    <w:p>
      <w:pPr>
        <w:spacing w:after="0" w:line="264" w:lineRule="exact"/>
        <w:ind w:firstLine="0" w:left="0" w:right="0"/>
      </w:pPr>
    </w:p>
    <w:p>
      <w:pPr>
        <w:spacing w:after="0" w:line="264" w:lineRule="exact"/>
        <w:ind w:firstLine="0" w:left="0" w:right="0"/>
      </w:pPr>
      <w:r>
        <w:rPr>
          <w:rFonts w:ascii="EB Garamond" w:hAnsi="EB Garamond" w:eastAsia="EB Garamond"/>
          <w:sz w:val="22"/>
        </w:rPr>
        <w:t>Not fixing it.</w:t>
      </w:r>
    </w:p>
    <w:p>
      <w:pPr>
        <w:spacing w:after="0" w:line="264" w:lineRule="exact"/>
        <w:ind w:firstLine="0" w:left="0" w:right="0"/>
      </w:pPr>
    </w:p>
    <w:p>
      <w:pPr>
        <w:spacing w:after="0" w:line="264" w:lineRule="exact"/>
        <w:ind w:firstLine="0" w:left="0" w:right="0"/>
      </w:pPr>
      <w:r>
        <w:rPr>
          <w:rFonts w:ascii="EB Garamond" w:hAnsi="EB Garamond" w:eastAsia="EB Garamond"/>
          <w:sz w:val="22"/>
        </w:rPr>
        <w:t>Not deciding what someone’s pain meant before they did.</w:t>
      </w:r>
    </w:p>
    <w:p>
      <w:pPr>
        <w:spacing w:after="0" w:line="264" w:lineRule="exact"/>
        <w:ind w:firstLine="0" w:left="0" w:right="0"/>
      </w:pPr>
    </w:p>
    <w:p>
      <w:pPr>
        <w:spacing w:after="0" w:line="264" w:lineRule="exact"/>
        <w:ind w:firstLine="0" w:left="0" w:right="0"/>
      </w:pPr>
      <w:r>
        <w:rPr>
          <w:rFonts w:ascii="EB Garamond" w:hAnsi="EB Garamond" w:eastAsia="EB Garamond"/>
          <w:sz w:val="22"/>
        </w:rPr>
        <w:t>Not dragging something into the light just because you were uncomfortable holding it in the dark.</w:t>
      </w:r>
    </w:p>
    <w:p>
      <w:pPr>
        <w:spacing w:after="0" w:line="264" w:lineRule="exact"/>
        <w:ind w:firstLine="0" w:left="0" w:right="0"/>
      </w:pPr>
    </w:p>
    <w:p>
      <w:pPr>
        <w:spacing w:after="0" w:line="264" w:lineRule="exact"/>
        <w:ind w:firstLine="0" w:left="0" w:right="0"/>
      </w:pPr>
      <w:r>
        <w:rPr>
          <w:rFonts w:ascii="EB Garamond" w:hAnsi="EB Garamond" w:eastAsia="EB Garamond"/>
          <w:sz w:val="22"/>
        </w:rPr>
        <w:t>Just staying.</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reached for her notebook.</w:t>
      </w:r>
    </w:p>
    <w:p>
      <w:pPr>
        <w:spacing w:after="0" w:line="264" w:lineRule="exact"/>
        <w:ind w:firstLine="0" w:left="0" w:right="0"/>
      </w:pPr>
    </w:p>
    <w:p>
      <w:pPr>
        <w:spacing w:after="0" w:line="264" w:lineRule="exact"/>
        <w:ind w:firstLine="0" w:left="0" w:right="0"/>
      </w:pPr>
      <w:r>
        <w:rPr>
          <w:rFonts w:ascii="EB Garamond" w:hAnsi="EB Garamond" w:eastAsia="EB Garamond"/>
          <w:sz w:val="22"/>
        </w:rPr>
        <w:t>Then stopped.</w:t>
      </w:r>
    </w:p>
    <w:p>
      <w:pPr>
        <w:spacing w:after="0" w:line="264" w:lineRule="exact"/>
        <w:ind w:firstLine="0" w:left="0" w:right="0"/>
      </w:pPr>
    </w:p>
    <w:p>
      <w:pPr>
        <w:spacing w:after="0" w:line="264" w:lineRule="exact"/>
        <w:ind w:firstLine="0" w:left="0" w:right="0"/>
      </w:pPr>
      <w:r>
        <w:rPr>
          <w:rFonts w:ascii="EB Garamond" w:hAnsi="EB Garamond" w:eastAsia="EB Garamond"/>
          <w:sz w:val="22"/>
        </w:rPr>
        <w:t>For the past few weeks, she had written down everything.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 realization.</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 person.</w:t>
      </w:r>
    </w:p>
    <w:p>
      <w:pPr>
        <w:spacing w:after="0" w:line="264" w:lineRule="exact"/>
        <w:ind w:firstLine="0" w:left="0" w:right="0"/>
      </w:pPr>
    </w:p>
    <w:p>
      <w:pPr>
        <w:spacing w:after="0" w:line="264" w:lineRule="exact"/>
        <w:ind w:firstLine="0" w:left="0" w:right="0"/>
      </w:pPr>
      <w:r>
        <w:rPr>
          <w:rFonts w:ascii="EB Garamond" w:hAnsi="EB Garamond" w:eastAsia="EB Garamond"/>
          <w:sz w:val="22"/>
        </w:rPr>
        <w:t>Every mistake.</w:t>
      </w:r>
    </w:p>
    <w:p>
      <w:pPr>
        <w:spacing w:after="0" w:line="264" w:lineRule="exact"/>
        <w:ind w:firstLine="0" w:left="0" w:right="0"/>
      </w:pPr>
    </w:p>
    <w:p>
      <w:pPr>
        <w:spacing w:after="0" w:line="264" w:lineRule="exact"/>
        <w:ind w:firstLine="0" w:left="0" w:right="0"/>
      </w:pPr>
      <w:r>
        <w:rPr>
          <w:rFonts w:ascii="EB Garamond" w:hAnsi="EB Garamond" w:eastAsia="EB Garamond"/>
          <w:sz w:val="22"/>
        </w:rPr>
        <w:t>Like naming something made it easier to understand.</w:t>
      </w:r>
    </w:p>
    <w:p>
      <w:pPr>
        <w:spacing w:after="0" w:line="264" w:lineRule="exact"/>
        <w:ind w:firstLine="0" w:left="0" w:right="0"/>
      </w:pPr>
    </w:p>
    <w:p>
      <w:pPr>
        <w:spacing w:after="0" w:line="264" w:lineRule="exact"/>
        <w:ind w:firstLine="0" w:left="0" w:right="0"/>
      </w:pPr>
      <w:r>
        <w:rPr>
          <w:rFonts w:ascii="EB Garamond" w:hAnsi="EB Garamond" w:eastAsia="EB Garamond"/>
          <w:sz w:val="22"/>
        </w:rPr>
        <w:t>But this wasn’t hers to understand yet.</w:t>
      </w:r>
    </w:p>
    <w:p>
      <w:pPr>
        <w:spacing w:after="0" w:line="264" w:lineRule="exact"/>
        <w:ind w:firstLine="0" w:left="0" w:right="0"/>
      </w:pPr>
    </w:p>
    <w:p>
      <w:pPr>
        <w:spacing w:after="0" w:line="264" w:lineRule="exact"/>
        <w:ind w:firstLine="0" w:left="0" w:right="0"/>
      </w:pPr>
      <w:r>
        <w:rPr>
          <w:rFonts w:ascii="EB Garamond" w:hAnsi="EB Garamond" w:eastAsia="EB Garamond"/>
          <w:sz w:val="22"/>
        </w:rPr>
        <w:t>It was Maddie’s.</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put the notebook back on the nightstand unopened.</w:t>
      </w:r>
    </w:p>
    <w:p>
      <w:pPr>
        <w:spacing w:after="0" w:line="264" w:lineRule="exact"/>
        <w:ind w:firstLine="0" w:left="0" w:right="0"/>
      </w:pPr>
    </w:p>
    <w:p>
      <w:pPr>
        <w:spacing w:after="0" w:line="264" w:lineRule="exact"/>
        <w:ind w:firstLine="0" w:left="0" w:right="0"/>
      </w:pPr>
      <w:r>
        <w:rPr>
          <w:rFonts w:ascii="EB Garamond" w:hAnsi="EB Garamond" w:eastAsia="EB Garamond"/>
          <w:sz w:val="22"/>
        </w:rPr>
        <w:t>Her phone stayed quiet.</w:t>
      </w:r>
    </w:p>
    <w:p>
      <w:pPr>
        <w:spacing w:after="0" w:line="264" w:lineRule="exact"/>
        <w:ind w:firstLine="0" w:left="0" w:right="0"/>
      </w:pPr>
    </w:p>
    <w:p>
      <w:pPr>
        <w:spacing w:after="0" w:line="264" w:lineRule="exact"/>
        <w:ind w:firstLine="0" w:left="0" w:right="0"/>
      </w:pPr>
      <w:r>
        <w:rPr>
          <w:rFonts w:ascii="EB Garamond" w:hAnsi="EB Garamond" w:eastAsia="EB Garamond"/>
          <w:sz w:val="22"/>
        </w:rPr>
        <w:t>She picked up the little coffee pin instead.</w:t>
      </w:r>
    </w:p>
    <w:p>
      <w:pPr>
        <w:spacing w:after="0" w:line="264" w:lineRule="exact"/>
        <w:ind w:firstLine="0" w:left="0" w:right="0"/>
      </w:pPr>
    </w:p>
    <w:p>
      <w:pPr>
        <w:spacing w:after="0" w:line="264" w:lineRule="exact"/>
        <w:ind w:firstLine="0" w:left="0" w:right="0"/>
      </w:pPr>
      <w:r>
        <w:rPr>
          <w:rFonts w:ascii="EB Garamond" w:hAnsi="EB Garamond" w:eastAsia="EB Garamond"/>
          <w:i/>
          <w:sz w:val="22"/>
        </w:rPr>
        <w:t>I DON’T KNOW.</w:t>
      </w:r>
    </w:p>
    <w:p>
      <w:pPr>
        <w:spacing w:after="0" w:line="264" w:lineRule="exact"/>
        <w:ind w:firstLine="0" w:left="0" w:right="0"/>
      </w:pPr>
    </w:p>
    <w:p>
      <w:pPr>
        <w:spacing w:after="0" w:line="264" w:lineRule="exact"/>
        <w:ind w:firstLine="0" w:left="0" w:right="0"/>
      </w:pPr>
      <w:r>
        <w:rPr>
          <w:rFonts w:ascii="EB Garamond" w:hAnsi="EB Garamond" w:eastAsia="EB Garamond"/>
          <w:sz w:val="22"/>
        </w:rPr>
        <w:t>Caroline hadn’t needed somebody to finish her sentence.</w:t>
      </w:r>
    </w:p>
    <w:p>
      <w:pPr>
        <w:spacing w:after="0" w:line="264" w:lineRule="exact"/>
        <w:ind w:firstLine="0" w:left="0" w:right="0"/>
      </w:pPr>
    </w:p>
    <w:p>
      <w:pPr>
        <w:spacing w:after="0" w:line="264" w:lineRule="exact"/>
        <w:ind w:firstLine="0" w:left="0" w:right="0"/>
      </w:pPr>
      <w:r>
        <w:rPr>
          <w:rFonts w:ascii="EB Garamond" w:hAnsi="EB Garamond" w:eastAsia="EB Garamond"/>
          <w:sz w:val="22"/>
        </w:rPr>
        <w:t>Maddie hadn’t needed somebody to finish her story.</w:t>
      </w:r>
    </w:p>
    <w:p>
      <w:pPr>
        <w:spacing w:after="0" w:line="264" w:lineRule="exact"/>
        <w:ind w:firstLine="0" w:left="0" w:right="0"/>
      </w:pPr>
    </w:p>
    <w:p>
      <w:pPr>
        <w:spacing w:after="0" w:line="264" w:lineRule="exact"/>
        <w:ind w:firstLine="0" w:left="0" w:right="0"/>
      </w:pPr>
      <w:r>
        <w:rPr>
          <w:rFonts w:ascii="EB Garamond" w:hAnsi="EB Garamond" w:eastAsia="EB Garamond"/>
          <w:sz w:val="22"/>
        </w:rPr>
        <w:t>Maybe loving people sometimes meant resisting the urge to do either.</w:t>
      </w:r>
    </w:p>
    <w:p>
      <w:pPr>
        <w:spacing w:after="0" w:line="264" w:lineRule="exact"/>
        <w:ind w:firstLine="0" w:left="0" w:right="0"/>
      </w:pPr>
    </w:p>
    <w:p>
      <w:pPr>
        <w:spacing w:after="0" w:line="264" w:lineRule="exact"/>
        <w:ind w:firstLine="0" w:left="0" w:right="0"/>
      </w:pPr>
      <w:r>
        <w:rPr>
          <w:rFonts w:ascii="EB Garamond" w:hAnsi="EB Garamond" w:eastAsia="EB Garamond"/>
          <w:sz w:val="22"/>
        </w:rPr>
        <w:t>Elsie turned off the lamp.</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 know whether Maddie’s dad would come home.</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 know what Maddie would tell Ava.</w:t>
      </w:r>
    </w:p>
    <w:p>
      <w:pPr>
        <w:spacing w:after="0" w:line="264" w:lineRule="exact"/>
        <w:ind w:firstLine="0" w:left="0" w:right="0"/>
      </w:pPr>
    </w:p>
    <w:p>
      <w:pPr>
        <w:spacing w:after="0" w:line="264" w:lineRule="exact"/>
        <w:ind w:firstLine="0" w:left="0" w:right="0"/>
      </w:pPr>
      <w:r>
        <w:rPr>
          <w:rFonts w:ascii="EB Garamond" w:hAnsi="EB Garamond" w:eastAsia="EB Garamond"/>
          <w:sz w:val="22"/>
        </w:rPr>
        <w:t>She didn’t know whether tomorrow would feel normal or terrible or somehow both.</w:t>
      </w:r>
    </w:p>
    <w:p>
      <w:pPr>
        <w:spacing w:after="0" w:line="264" w:lineRule="exact"/>
        <w:ind w:firstLine="0" w:left="0" w:right="0"/>
      </w:pPr>
    </w:p>
    <w:p>
      <w:pPr>
        <w:spacing w:after="0" w:line="264" w:lineRule="exact"/>
        <w:ind w:firstLine="0" w:left="0" w:right="0"/>
      </w:pPr>
      <w:r>
        <w:rPr>
          <w:rFonts w:ascii="EB Garamond" w:hAnsi="EB Garamond" w:eastAsia="EB Garamond"/>
          <w:sz w:val="22"/>
        </w:rPr>
        <w:t>For once, she let those questions remain unanswered.</w:t>
      </w:r>
    </w:p>
    <w:p>
      <w:pPr>
        <w:spacing w:after="0" w:line="264" w:lineRule="exact"/>
        <w:ind w:firstLine="0" w:left="0" w:right="0"/>
      </w:pPr>
    </w:p>
    <w:p>
      <w:pPr>
        <w:spacing w:after="0" w:line="264" w:lineRule="exact"/>
        <w:ind w:firstLine="0" w:left="0" w:right="0"/>
      </w:pPr>
      <w:r>
        <w:rPr>
          <w:rFonts w:ascii="EB Garamond" w:hAnsi="EB Garamond" w:eastAsia="EB Garamond"/>
          <w:sz w:val="22"/>
        </w:rPr>
        <w:t>Some people needed you to say something.</w:t>
      </w:r>
    </w:p>
    <w:p>
      <w:pPr>
        <w:spacing w:after="0" w:line="264" w:lineRule="exact"/>
        <w:ind w:firstLine="0" w:left="0" w:right="0"/>
      </w:pPr>
    </w:p>
    <w:p>
      <w:pPr>
        <w:spacing w:after="0" w:line="264" w:lineRule="exact"/>
        <w:ind w:firstLine="0" w:left="0" w:right="0"/>
      </w:pPr>
      <w:r>
        <w:rPr>
          <w:rFonts w:ascii="EB Garamond" w:hAnsi="EB Garamond" w:eastAsia="EB Garamond"/>
          <w:sz w:val="22"/>
        </w:rPr>
        <w:t>Some people needed you to wait.</w:t>
      </w:r>
    </w:p>
    <w:p>
      <w:pPr>
        <w:spacing w:after="0" w:line="264" w:lineRule="exact"/>
        <w:ind w:firstLine="0" w:left="0" w:right="0"/>
      </w:pPr>
    </w:p>
    <w:p>
      <w:pPr>
        <w:spacing w:after="0" w:line="264" w:lineRule="exact"/>
        <w:ind w:firstLine="0" w:left="0" w:right="0"/>
      </w:pPr>
      <w:r>
        <w:rPr>
          <w:rFonts w:ascii="EB Garamond" w:hAnsi="EB Garamond" w:eastAsia="EB Garamond"/>
          <w:sz w:val="22"/>
        </w:rPr>
        <w:t>And maybe knowing the difference was something Elsie was still learning.</w:t>
      </w:r>
    </w:p>
    <w:p>
      <w:r>
        <w:br w:type="page"/>
      </w:r>
    </w:p>
    <w:p>
      <w:pPr>
        <w:spacing w:after="0" w:line="264" w:lineRule="exact"/>
        <w:ind w:firstLine="0" w:left="0"/>
        <w:jc w:val="center"/>
      </w:pPr>
      <w:r>
        <w:rPr>
          <w:rFonts w:ascii="EB Garamond" w:hAnsi="EB Garamond" w:eastAsia="EB Garamond"/>
          <w:b/>
          <w:sz w:val="24"/>
        </w:rPr>
        <w:t>CHAPTER EIGHT</w:t>
      </w:r>
    </w:p>
    <w:p>
      <w:pPr>
        <w:spacing w:after="0" w:line="264" w:lineRule="exact"/>
        <w:ind w:firstLine="0" w:left="0"/>
        <w:jc w:val="center"/>
      </w:pPr>
      <w:r>
        <w:rPr>
          <w:rFonts w:ascii="EB Garamond" w:hAnsi="EB Garamond" w:eastAsia="EB Garamond"/>
          <w:b/>
          <w:sz w:val="24"/>
        </w:rPr>
        <w:t>Not Mine to Tell</w:t>
      </w:r>
    </w:p>
    <w:p>
      <w:pPr>
        <w:spacing w:after="0" w:line="264" w:lineRule="exact"/>
        <w:ind w:firstLine="0" w:left="0"/>
      </w:pPr>
      <w:r>
        <w:rPr>
          <w:rFonts w:ascii="EB Garamond" w:hAnsi="EB Garamond" w:eastAsia="EB Garamond"/>
          <w:sz w:val="22"/>
        </w:rPr>
        <w:t>By Monday morning, Elsie had discovered there was a significant difference between knowing a secret and carrying one.</w:t>
      </w:r>
    </w:p>
    <w:p>
      <w:pPr>
        <w:spacing w:after="0" w:line="264" w:lineRule="exact"/>
        <w:ind w:firstLine="0" w:left="0"/>
      </w:pPr>
      <w:r>
        <w:rPr>
          <w:rFonts w:ascii="EB Garamond" w:hAnsi="EB Garamond" w:eastAsia="EB Garamond"/>
          <w:sz w:val="22"/>
        </w:rPr>
        <w:t>Knowing sounded passive.</w:t>
      </w:r>
    </w:p>
    <w:p>
      <w:pPr>
        <w:spacing w:after="0" w:line="264" w:lineRule="exact"/>
        <w:ind w:firstLine="0" w:left="0"/>
      </w:pPr>
      <w:r>
        <w:rPr>
          <w:rFonts w:ascii="EB Garamond" w:hAnsi="EB Garamond" w:eastAsia="EB Garamond"/>
          <w:sz w:val="22"/>
        </w:rPr>
        <w:t>Carrying had weight.</w:t>
      </w:r>
    </w:p>
    <w:p>
      <w:pPr>
        <w:spacing w:after="0" w:line="264" w:lineRule="exact"/>
        <w:ind w:firstLine="0" w:left="0"/>
      </w:pPr>
      <w:r>
        <w:rPr>
          <w:rFonts w:ascii="EB Garamond" w:hAnsi="EB Garamond" w:eastAsia="EB Garamond"/>
          <w:sz w:val="22"/>
        </w:rPr>
        <w:t>Maddie’s secret followed Elsie everywhere.</w:t>
      </w:r>
    </w:p>
    <w:p>
      <w:pPr>
        <w:spacing w:after="0" w:line="264" w:lineRule="exact"/>
        <w:ind w:firstLine="0" w:left="0"/>
      </w:pPr>
      <w:r>
        <w:rPr>
          <w:rFonts w:ascii="EB Garamond" w:hAnsi="EB Garamond" w:eastAsia="EB Garamond"/>
          <w:sz w:val="22"/>
        </w:rPr>
        <w:t>Into chemistry.</w:t>
      </w:r>
    </w:p>
    <w:p>
      <w:pPr>
        <w:spacing w:after="0" w:line="264" w:lineRule="exact"/>
        <w:ind w:firstLine="0" w:left="0"/>
      </w:pPr>
      <w:r>
        <w:rPr>
          <w:rFonts w:ascii="EB Garamond" w:hAnsi="EB Garamond" w:eastAsia="EB Garamond"/>
          <w:sz w:val="22"/>
        </w:rPr>
        <w:t>Into lunch.</w:t>
      </w:r>
    </w:p>
    <w:p>
      <w:pPr>
        <w:spacing w:after="0" w:line="264" w:lineRule="exact"/>
        <w:ind w:firstLine="0" w:left="0"/>
      </w:pPr>
      <w:r>
        <w:rPr>
          <w:rFonts w:ascii="EB Garamond" w:hAnsi="EB Garamond" w:eastAsia="EB Garamond"/>
          <w:sz w:val="22"/>
        </w:rPr>
        <w:t>Into the bathroom between third and fourth period.</w:t>
      </w:r>
    </w:p>
    <w:p>
      <w:pPr>
        <w:spacing w:after="0" w:line="264" w:lineRule="exact"/>
        <w:ind w:firstLine="0" w:left="0"/>
      </w:pPr>
      <w:r>
        <w:rPr>
          <w:rFonts w:ascii="EB Garamond" w:hAnsi="EB Garamond" w:eastAsia="EB Garamond"/>
          <w:sz w:val="22"/>
        </w:rPr>
        <w:t>It sat beside her during announcements.</w:t>
      </w:r>
    </w:p>
    <w:p>
      <w:pPr>
        <w:spacing w:after="0" w:line="264" w:lineRule="exact"/>
        <w:ind w:firstLine="0" w:left="0"/>
      </w:pPr>
      <w:r>
        <w:rPr>
          <w:rFonts w:ascii="EB Garamond" w:hAnsi="EB Garamond" w:eastAsia="EB Garamond"/>
          <w:sz w:val="22"/>
        </w:rPr>
        <w:t>It followed her through the hallway wearing an invisible sign that said:</w:t>
      </w:r>
    </w:p>
    <w:p>
      <w:pPr>
        <w:spacing w:after="0" w:line="264" w:lineRule="exact"/>
        <w:ind w:firstLine="0" w:left="0"/>
        <w:jc w:val="center"/>
      </w:pPr>
      <w:r>
        <w:rPr>
          <w:rFonts w:ascii="EB Garamond" w:hAnsi="EB Garamond" w:eastAsia="EB Garamond"/>
          <w:i/>
          <w:sz w:val="22"/>
        </w:rPr>
        <w:t>DO NOT ACCIDENTALLY RUIN YOUR BEST FRIEND’S LIFE.</w:t>
      </w:r>
    </w:p>
    <w:p>
      <w:pPr>
        <w:spacing w:after="0" w:line="264" w:lineRule="exact"/>
        <w:ind w:firstLine="0" w:left="0"/>
      </w:pPr>
      <w:r>
        <w:rPr>
          <w:rFonts w:ascii="EB Garamond" w:hAnsi="EB Garamond" w:eastAsia="EB Garamond"/>
          <w:sz w:val="22"/>
        </w:rPr>
        <w:t>Which felt dramatic.</w:t>
      </w:r>
    </w:p>
    <w:p>
      <w:pPr>
        <w:spacing w:after="0" w:line="264" w:lineRule="exact"/>
        <w:ind w:firstLine="0" w:left="0"/>
      </w:pPr>
      <w:r>
        <w:rPr>
          <w:rFonts w:ascii="EB Garamond" w:hAnsi="EB Garamond" w:eastAsia="EB Garamond"/>
          <w:sz w:val="22"/>
        </w:rPr>
        <w:t>But appropriate.</w:t>
      </w:r>
    </w:p>
    <w:p>
      <w:pPr>
        <w:spacing w:after="0" w:line="264" w:lineRule="exact"/>
        <w:ind w:firstLine="0" w:left="0"/>
      </w:pPr>
      <w:r>
        <w:rPr>
          <w:rFonts w:ascii="EB Garamond" w:hAnsi="EB Garamond" w:eastAsia="EB Garamond"/>
          <w:sz w:val="22"/>
        </w:rPr>
        <w:t>Maddie, meanwhile, seemed completely normal.</w:t>
      </w:r>
    </w:p>
    <w:p>
      <w:pPr>
        <w:spacing w:after="0" w:line="264" w:lineRule="exact"/>
        <w:ind w:firstLine="0" w:left="0"/>
      </w:pPr>
      <w:r>
        <w:rPr>
          <w:rFonts w:ascii="EB Garamond" w:hAnsi="EB Garamond" w:eastAsia="EB Garamond"/>
          <w:sz w:val="22"/>
        </w:rPr>
        <w:t>Suspiciously normal.</w:t>
      </w:r>
    </w:p>
    <w:p>
      <w:pPr>
        <w:spacing w:after="0" w:line="264" w:lineRule="exact"/>
        <w:ind w:firstLine="0" w:left="0"/>
      </w:pPr>
      <w:r>
        <w:rPr>
          <w:rFonts w:ascii="EB Garamond" w:hAnsi="EB Garamond" w:eastAsia="EB Garamond"/>
          <w:sz w:val="22"/>
        </w:rPr>
        <w:t>She walked into school complaining about her hair.</w:t>
      </w:r>
    </w:p>
    <w:p>
      <w:pPr>
        <w:spacing w:after="0" w:line="264" w:lineRule="exact"/>
        <w:ind w:firstLine="0" w:left="0"/>
      </w:pPr>
      <w:r>
        <w:rPr>
          <w:rFonts w:ascii="EB Garamond" w:hAnsi="EB Garamond" w:eastAsia="EB Garamond"/>
          <w:sz w:val="22"/>
        </w:rPr>
        <w:t>She stole half of Elsie’s muffin.</w:t>
      </w:r>
    </w:p>
    <w:p>
      <w:pPr>
        <w:spacing w:after="0" w:line="264" w:lineRule="exact"/>
        <w:ind w:firstLine="0" w:left="0"/>
      </w:pPr>
      <w:r>
        <w:rPr>
          <w:rFonts w:ascii="EB Garamond" w:hAnsi="EB Garamond" w:eastAsia="EB Garamond"/>
          <w:sz w:val="22"/>
        </w:rPr>
        <w:t>She told Ava that her shoes looked like something a dad would wear to Disney World.</w:t>
      </w:r>
    </w:p>
    <w:p>
      <w:pPr>
        <w:spacing w:after="0" w:line="264" w:lineRule="exact"/>
        <w:ind w:firstLine="0" w:left="0"/>
      </w:pPr>
      <w:r>
        <w:rPr>
          <w:rFonts w:ascii="EB Garamond" w:hAnsi="EB Garamond" w:eastAsia="EB Garamond"/>
          <w:sz w:val="22"/>
        </w:rPr>
        <w:t>Ava looked down at her white sneakers.</w:t>
      </w:r>
    </w:p>
    <w:p>
      <w:pPr>
        <w:spacing w:after="0" w:line="264" w:lineRule="exact"/>
        <w:ind w:firstLine="0" w:left="0"/>
      </w:pPr>
      <w:r>
        <w:rPr>
          <w:rFonts w:ascii="EB Garamond" w:hAnsi="EB Garamond" w:eastAsia="EB Garamond"/>
          <w:sz w:val="22"/>
        </w:rPr>
        <w:t>“What does that even mean?”</w:t>
      </w:r>
    </w:p>
    <w:p>
      <w:pPr>
        <w:spacing w:after="0" w:line="264" w:lineRule="exact"/>
        <w:ind w:firstLine="0" w:left="0"/>
      </w:pPr>
      <w:r>
        <w:rPr>
          <w:rFonts w:ascii="EB Garamond" w:hAnsi="EB Garamond" w:eastAsia="EB Garamond"/>
          <w:sz w:val="22"/>
        </w:rPr>
        <w:t>“You know exactly what it means.”</w:t>
      </w:r>
    </w:p>
    <w:p>
      <w:pPr>
        <w:spacing w:after="0" w:line="264" w:lineRule="exact"/>
        <w:ind w:firstLine="0" w:left="0"/>
      </w:pPr>
      <w:r>
        <w:rPr>
          <w:rFonts w:ascii="EB Garamond" w:hAnsi="EB Garamond" w:eastAsia="EB Garamond"/>
          <w:sz w:val="22"/>
        </w:rPr>
        <w:t>“I literally don’t.”</w:t>
      </w:r>
    </w:p>
    <w:p>
      <w:pPr>
        <w:spacing w:after="0" w:line="264" w:lineRule="exact"/>
        <w:ind w:firstLine="0" w:left="0"/>
      </w:pPr>
      <w:r>
        <w:rPr>
          <w:rFonts w:ascii="EB Garamond" w:hAnsi="EB Garamond" w:eastAsia="EB Garamond"/>
          <w:sz w:val="22"/>
        </w:rPr>
        <w:t>“Cargo shorts.”</w:t>
      </w:r>
    </w:p>
    <w:p>
      <w:pPr>
        <w:spacing w:after="0" w:line="264" w:lineRule="exact"/>
        <w:ind w:firstLine="0" w:left="0"/>
      </w:pPr>
      <w:r>
        <w:rPr>
          <w:rFonts w:ascii="EB Garamond" w:hAnsi="EB Garamond" w:eastAsia="EB Garamond"/>
          <w:sz w:val="22"/>
        </w:rPr>
        <w:t>“I’m wearing leggings.”</w:t>
      </w:r>
    </w:p>
    <w:p>
      <w:pPr>
        <w:spacing w:after="0" w:line="264" w:lineRule="exact"/>
        <w:ind w:firstLine="0" w:left="0"/>
      </w:pPr>
      <w:r>
        <w:rPr>
          <w:rFonts w:ascii="EB Garamond" w:hAnsi="EB Garamond" w:eastAsia="EB Garamond"/>
          <w:sz w:val="22"/>
        </w:rPr>
        <w:t>“Spiritually, your shoes are wearing cargo shorts.”</w:t>
      </w:r>
    </w:p>
    <w:p>
      <w:pPr>
        <w:spacing w:after="0" w:line="264" w:lineRule="exact"/>
        <w:ind w:firstLine="0" w:left="0"/>
      </w:pPr>
      <w:r>
        <w:rPr>
          <w:rFonts w:ascii="EB Garamond" w:hAnsi="EB Garamond" w:eastAsia="EB Garamond"/>
          <w:sz w:val="22"/>
        </w:rPr>
        <w:t>Elsie laughed.</w:t>
      </w:r>
    </w:p>
    <w:p>
      <w:pPr>
        <w:spacing w:after="0" w:line="264" w:lineRule="exact"/>
        <w:ind w:firstLine="0" w:left="0"/>
      </w:pPr>
      <w:r>
        <w:rPr>
          <w:rFonts w:ascii="EB Garamond" w:hAnsi="EB Garamond" w:eastAsia="EB Garamond"/>
          <w:sz w:val="22"/>
        </w:rPr>
        <w:t>Maddie laughed.</w:t>
      </w:r>
    </w:p>
    <w:p>
      <w:pPr>
        <w:spacing w:after="0" w:line="264" w:lineRule="exact"/>
        <w:ind w:firstLine="0" w:left="0"/>
      </w:pPr>
      <w:r>
        <w:rPr>
          <w:rFonts w:ascii="EB Garamond" w:hAnsi="EB Garamond" w:eastAsia="EB Garamond"/>
          <w:sz w:val="22"/>
        </w:rPr>
        <w:t>Ava threatened both of them.</w:t>
      </w:r>
    </w:p>
    <w:p>
      <w:pPr>
        <w:spacing w:after="0" w:line="264" w:lineRule="exact"/>
        <w:ind w:firstLine="0" w:left="0"/>
      </w:pPr>
      <w:r>
        <w:rPr>
          <w:rFonts w:ascii="EB Garamond" w:hAnsi="EB Garamond" w:eastAsia="EB Garamond"/>
          <w:sz w:val="22"/>
        </w:rPr>
        <w:t>Normal.</w:t>
      </w:r>
    </w:p>
    <w:p>
      <w:pPr>
        <w:spacing w:after="0" w:line="264" w:lineRule="exact"/>
        <w:ind w:firstLine="0" w:left="0"/>
      </w:pPr>
      <w:r>
        <w:rPr>
          <w:rFonts w:ascii="EB Garamond" w:hAnsi="EB Garamond" w:eastAsia="EB Garamond"/>
          <w:sz w:val="22"/>
        </w:rPr>
        <w:t>Except Elsie knew.</w:t>
      </w:r>
    </w:p>
    <w:p>
      <w:pPr>
        <w:spacing w:after="0" w:line="264" w:lineRule="exact"/>
        <w:ind w:firstLine="0" w:left="0"/>
      </w:pPr>
      <w:r>
        <w:rPr>
          <w:rFonts w:ascii="EB Garamond" w:hAnsi="EB Garamond" w:eastAsia="EB Garamond"/>
          <w:sz w:val="22"/>
        </w:rPr>
        <w:t>She knew Maddie’s dad had moved out Saturday.</w:t>
      </w:r>
    </w:p>
    <w:p>
      <w:pPr>
        <w:spacing w:after="0" w:line="264" w:lineRule="exact"/>
        <w:ind w:firstLine="0" w:left="0"/>
      </w:pPr>
      <w:r>
        <w:rPr>
          <w:rFonts w:ascii="EB Garamond" w:hAnsi="EB Garamond" w:eastAsia="EB Garamond"/>
          <w:sz w:val="22"/>
        </w:rPr>
        <w:t>She knew Maddie’s mom had cried in the laundry room that morning.</w:t>
      </w:r>
    </w:p>
    <w:p>
      <w:pPr>
        <w:spacing w:after="0" w:line="264" w:lineRule="exact"/>
        <w:ind w:firstLine="0" w:left="0"/>
      </w:pPr>
      <w:r>
        <w:rPr>
          <w:rFonts w:ascii="EB Garamond" w:hAnsi="EB Garamond" w:eastAsia="EB Garamond"/>
          <w:sz w:val="22"/>
        </w:rPr>
        <w:t>She knew Maddie’s aunt had come by Sunday with groceries nobody ate.</w:t>
      </w:r>
    </w:p>
    <w:p>
      <w:pPr>
        <w:spacing w:after="0" w:line="264" w:lineRule="exact"/>
        <w:ind w:firstLine="0" w:left="0"/>
      </w:pPr>
      <w:r>
        <w:rPr>
          <w:rFonts w:ascii="EB Garamond" w:hAnsi="EB Garamond" w:eastAsia="EB Garamond"/>
          <w:sz w:val="22"/>
        </w:rPr>
        <w:t>She knew Maddie had spent Sunday ignoring her dad’s calls.</w:t>
      </w:r>
    </w:p>
    <w:p>
      <w:pPr>
        <w:spacing w:after="0" w:line="264" w:lineRule="exact"/>
        <w:ind w:firstLine="0" w:left="0"/>
      </w:pPr>
      <w:r>
        <w:rPr>
          <w:rFonts w:ascii="EB Garamond" w:hAnsi="EB Garamond" w:eastAsia="EB Garamond"/>
          <w:sz w:val="22"/>
        </w:rPr>
        <w:t>And now Maddie was sitting across from Ava arguing about shoes.</w:t>
      </w:r>
    </w:p>
    <w:p>
      <w:pPr>
        <w:spacing w:after="0" w:line="264" w:lineRule="exact"/>
        <w:ind w:firstLine="0" w:left="0"/>
      </w:pPr>
      <w:r>
        <w:rPr>
          <w:rFonts w:ascii="EB Garamond" w:hAnsi="EB Garamond" w:eastAsia="EB Garamond"/>
          <w:sz w:val="22"/>
        </w:rPr>
        <w:t>Elsie couldn’t stop looking at her.</w:t>
      </w:r>
    </w:p>
    <w:p>
      <w:pPr>
        <w:spacing w:after="0" w:line="264" w:lineRule="exact"/>
        <w:ind w:firstLine="0" w:left="0"/>
      </w:pPr>
      <w:r>
        <w:rPr>
          <w:rFonts w:ascii="EB Garamond" w:hAnsi="EB Garamond" w:eastAsia="EB Garamond"/>
          <w:sz w:val="22"/>
        </w:rPr>
        <w:t>Maddie caught her.</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“There it is again.”</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“The staring.”</w:t>
      </w:r>
    </w:p>
    <w:p>
      <w:pPr>
        <w:spacing w:after="0" w:line="264" w:lineRule="exact"/>
        <w:ind w:firstLine="0" w:left="0"/>
      </w:pPr>
      <w:r>
        <w:rPr>
          <w:rFonts w:ascii="EB Garamond" w:hAnsi="EB Garamond" w:eastAsia="EB Garamond"/>
          <w:sz w:val="22"/>
        </w:rPr>
        <w:t>“I’m not staring.”</w:t>
      </w:r>
    </w:p>
    <w:p>
      <w:pPr>
        <w:spacing w:after="0" w:line="264" w:lineRule="exact"/>
        <w:ind w:firstLine="0" w:left="0"/>
      </w:pPr>
      <w:r>
        <w:rPr>
          <w:rFonts w:ascii="EB Garamond" w:hAnsi="EB Garamond" w:eastAsia="EB Garamond"/>
          <w:sz w:val="22"/>
        </w:rPr>
        <w:t>“You’re doing the sad eyes.”</w:t>
      </w:r>
    </w:p>
    <w:p>
      <w:pPr>
        <w:spacing w:after="0" w:line="264" w:lineRule="exact"/>
        <w:ind w:firstLine="0" w:left="0"/>
      </w:pPr>
      <w:r>
        <w:rPr>
          <w:rFonts w:ascii="EB Garamond" w:hAnsi="EB Garamond" w:eastAsia="EB Garamond"/>
          <w:sz w:val="22"/>
        </w:rPr>
        <w:t>Elsie immediately widened them.</w:t>
      </w:r>
    </w:p>
    <w:p>
      <w:pPr>
        <w:spacing w:after="0" w:line="264" w:lineRule="exact"/>
        <w:ind w:firstLine="0" w:left="0"/>
      </w:pPr>
      <w:r>
        <w:rPr>
          <w:rFonts w:ascii="EB Garamond" w:hAnsi="EB Garamond" w:eastAsia="EB Garamond"/>
          <w:sz w:val="22"/>
        </w:rPr>
        <w:t>“These?”</w:t>
      </w:r>
    </w:p>
    <w:p>
      <w:pPr>
        <w:spacing w:after="0" w:line="264" w:lineRule="exact"/>
        <w:ind w:firstLine="0" w:left="0"/>
      </w:pPr>
      <w:r>
        <w:rPr>
          <w:rFonts w:ascii="EB Garamond" w:hAnsi="EB Garamond" w:eastAsia="EB Garamond"/>
          <w:sz w:val="22"/>
        </w:rPr>
        <w:t>“Stop.”</w:t>
      </w:r>
    </w:p>
    <w:p>
      <w:pPr>
        <w:spacing w:after="0" w:line="264" w:lineRule="exact"/>
        <w:ind w:firstLine="0" w:left="0"/>
      </w:pPr>
      <w:r>
        <w:rPr>
          <w:rFonts w:ascii="EB Garamond" w:hAnsi="EB Garamond" w:eastAsia="EB Garamond"/>
          <w:sz w:val="22"/>
        </w:rPr>
        <w:t>Ava looked between them.</w:t>
      </w:r>
    </w:p>
    <w:p>
      <w:pPr>
        <w:spacing w:after="0" w:line="264" w:lineRule="exact"/>
        <w:ind w:firstLine="0" w:left="0"/>
      </w:pPr>
      <w:r>
        <w:rPr>
          <w:rFonts w:ascii="EB Garamond" w:hAnsi="EB Garamond" w:eastAsia="EB Garamond"/>
          <w:sz w:val="22"/>
        </w:rPr>
        <w:t>“What is happening?”</w:t>
      </w:r>
    </w:p>
    <w:p>
      <w:pPr>
        <w:spacing w:after="0" w:line="264" w:lineRule="exact"/>
        <w:ind w:firstLine="0" w:left="0"/>
      </w:pPr>
      <w:r>
        <w:rPr>
          <w:rFonts w:ascii="EB Garamond" w:hAnsi="EB Garamond" w:eastAsia="EB Garamond"/>
          <w:sz w:val="22"/>
        </w:rPr>
        <w:t>“Nothing,” Maddie said.</w:t>
      </w:r>
    </w:p>
    <w:p>
      <w:pPr>
        <w:spacing w:after="0" w:line="264" w:lineRule="exact"/>
        <w:ind w:firstLine="0" w:left="0"/>
      </w:pPr>
      <w:r>
        <w:rPr>
          <w:rFonts w:ascii="EB Garamond" w:hAnsi="EB Garamond" w:eastAsia="EB Garamond"/>
          <w:sz w:val="22"/>
        </w:rPr>
        <w:t>Elsie’s stomach tightened.</w:t>
      </w:r>
    </w:p>
    <w:p>
      <w:pPr>
        <w:spacing w:after="0" w:line="264" w:lineRule="exact"/>
        <w:ind w:firstLine="0" w:left="0"/>
      </w:pPr>
      <w:r>
        <w:rPr>
          <w:rFonts w:ascii="EB Garamond" w:hAnsi="EB Garamond" w:eastAsia="EB Garamond"/>
          <w:sz w:val="22"/>
        </w:rPr>
        <w:t>Ava looked at her.</w:t>
      </w:r>
    </w:p>
    <w:p>
      <w:pPr>
        <w:spacing w:after="0" w:line="264" w:lineRule="exact"/>
        <w:ind w:firstLine="0" w:left="0"/>
      </w:pPr>
      <w:r>
        <w:rPr>
          <w:rFonts w:ascii="EB Garamond" w:hAnsi="EB Garamond" w:eastAsia="EB Garamond"/>
          <w:sz w:val="22"/>
        </w:rPr>
        <w:t>Elsie picked up her water bottle.</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Ava narrowed her eyes.</w:t>
      </w:r>
    </w:p>
    <w:p>
      <w:pPr>
        <w:spacing w:after="0" w:line="264" w:lineRule="exact"/>
        <w:ind w:firstLine="0" w:left="0"/>
      </w:pPr>
      <w:r>
        <w:rPr>
          <w:rFonts w:ascii="EB Garamond" w:hAnsi="EB Garamond" w:eastAsia="EB Garamond"/>
          <w:sz w:val="22"/>
        </w:rPr>
        <w:t>“Oh my God.”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 two have a secret.”</w:t>
      </w:r>
    </w:p>
    <w:p>
      <w:pPr>
        <w:spacing w:after="0" w:line="264" w:lineRule="exact"/>
        <w:ind w:firstLine="0" w:left="0"/>
      </w:pPr>
      <w:r>
        <w:rPr>
          <w:rFonts w:ascii="EB Garamond" w:hAnsi="EB Garamond" w:eastAsia="EB Garamond"/>
          <w:sz w:val="22"/>
        </w:rPr>
        <w:t>“No,” Maddie said.</w:t>
      </w:r>
    </w:p>
    <w:p>
      <w:pPr>
        <w:spacing w:after="0" w:line="264" w:lineRule="exact"/>
        <w:ind w:firstLine="0" w:left="0"/>
      </w:pPr>
      <w:r>
        <w:rPr>
          <w:rFonts w:ascii="EB Garamond" w:hAnsi="EB Garamond" w:eastAsia="EB Garamond"/>
          <w:sz w:val="22"/>
        </w:rPr>
        <w:t>“Yes, you do.”</w:t>
      </w:r>
    </w:p>
    <w:p>
      <w:pPr>
        <w:spacing w:after="0" w:line="264" w:lineRule="exact"/>
        <w:ind w:firstLine="0" w:left="0"/>
      </w:pPr>
      <w:r>
        <w:rPr>
          <w:rFonts w:ascii="EB Garamond" w:hAnsi="EB Garamond" w:eastAsia="EB Garamond"/>
          <w:sz w:val="22"/>
        </w:rPr>
        <w:t>“We don’t.”</w:t>
      </w:r>
    </w:p>
    <w:p>
      <w:pPr>
        <w:spacing w:after="0" w:line="264" w:lineRule="exact"/>
        <w:ind w:firstLine="0" w:left="0"/>
      </w:pPr>
      <w:r>
        <w:rPr>
          <w:rFonts w:ascii="EB Garamond" w:hAnsi="EB Garamond" w:eastAsia="EB Garamond"/>
          <w:sz w:val="22"/>
        </w:rPr>
        <w:t>“You both just said nothing exactly the same way.”</w:t>
      </w:r>
    </w:p>
    <w:p>
      <w:pPr>
        <w:spacing w:after="0" w:line="264" w:lineRule="exact"/>
        <w:ind w:firstLine="0" w:left="0"/>
      </w:pPr>
      <w:r>
        <w:rPr>
          <w:rFonts w:ascii="EB Garamond" w:hAnsi="EB Garamond" w:eastAsia="EB Garamond"/>
          <w:sz w:val="22"/>
        </w:rPr>
        <w:t>“That is not evidence.”</w:t>
      </w:r>
    </w:p>
    <w:p>
      <w:pPr>
        <w:spacing w:after="0" w:line="264" w:lineRule="exact"/>
        <w:ind w:firstLine="0" w:left="0"/>
      </w:pPr>
      <w:r>
        <w:rPr>
          <w:rFonts w:ascii="EB Garamond" w:hAnsi="EB Garamond" w:eastAsia="EB Garamond"/>
          <w:sz w:val="22"/>
        </w:rPr>
        <w:t>“It is absolutely evidence.”</w:t>
      </w:r>
    </w:p>
    <w:p>
      <w:pPr>
        <w:spacing w:after="0" w:line="264" w:lineRule="exact"/>
        <w:ind w:firstLine="0" w:left="0"/>
      </w:pPr>
      <w:r>
        <w:rPr>
          <w:rFonts w:ascii="EB Garamond" w:hAnsi="EB Garamond" w:eastAsia="EB Garamond"/>
          <w:sz w:val="22"/>
        </w:rPr>
        <w:t>Ava looked at Elsie.</w:t>
      </w:r>
    </w:p>
    <w:p>
      <w:pPr>
        <w:spacing w:after="0" w:line="264" w:lineRule="exact"/>
        <w:ind w:firstLine="0" w:left="0"/>
      </w:pPr>
      <w:r>
        <w:rPr>
          <w:rFonts w:ascii="EB Garamond" w:hAnsi="EB Garamond" w:eastAsia="EB Garamond"/>
          <w:sz w:val="22"/>
        </w:rPr>
        <w:t>“What is it?”</w:t>
      </w:r>
    </w:p>
    <w:p>
      <w:pPr>
        <w:spacing w:after="0" w:line="264" w:lineRule="exact"/>
        <w:ind w:firstLine="0" w:left="0"/>
      </w:pPr>
      <w:r>
        <w:rPr>
          <w:rFonts w:ascii="EB Garamond" w:hAnsi="EB Garamond" w:eastAsia="EB Garamond"/>
          <w:sz w:val="22"/>
        </w:rPr>
        <w:t>Elsie took a drink.</w:t>
      </w:r>
    </w:p>
    <w:p>
      <w:pPr>
        <w:spacing w:after="0" w:line="264" w:lineRule="exact"/>
        <w:ind w:firstLine="0" w:left="0"/>
      </w:pPr>
      <w:r>
        <w:rPr>
          <w:rFonts w:ascii="EB Garamond" w:hAnsi="EB Garamond" w:eastAsia="EB Garamond"/>
          <w:sz w:val="22"/>
        </w:rPr>
        <w:t>“There’s nothing.”</w:t>
      </w:r>
    </w:p>
    <w:p>
      <w:pPr>
        <w:spacing w:after="0" w:line="264" w:lineRule="exact"/>
        <w:ind w:firstLine="0" w:left="0"/>
      </w:pPr>
      <w:r>
        <w:rPr>
          <w:rFonts w:ascii="EB Garamond" w:hAnsi="EB Garamond" w:eastAsia="EB Garamond"/>
          <w:sz w:val="22"/>
        </w:rPr>
        <w:t>Maddie kicked her lightly under the table.</w:t>
      </w:r>
    </w:p>
    <w:p>
      <w:pPr>
        <w:spacing w:after="0" w:line="264" w:lineRule="exact"/>
        <w:ind w:firstLine="0" w:left="0"/>
      </w:pPr>
      <w:r>
        <w:rPr>
          <w:rFonts w:ascii="EB Garamond" w:hAnsi="EB Garamond" w:eastAsia="EB Garamond"/>
          <w:sz w:val="22"/>
        </w:rPr>
        <w:t>Not a warning.</w:t>
      </w:r>
    </w:p>
    <w:p>
      <w:pPr>
        <w:spacing w:after="0" w:line="264" w:lineRule="exact"/>
        <w:ind w:firstLine="0" w:left="0"/>
      </w:pPr>
      <w:r>
        <w:rPr>
          <w:rFonts w:ascii="EB Garamond" w:hAnsi="EB Garamond" w:eastAsia="EB Garamond"/>
          <w:sz w:val="22"/>
        </w:rPr>
        <w:t>A thank you.</w:t>
      </w:r>
    </w:p>
    <w:p>
      <w:pPr>
        <w:spacing w:after="0" w:line="264" w:lineRule="exact"/>
        <w:ind w:firstLine="0" w:left="0"/>
      </w:pPr>
      <w:r>
        <w:rPr>
          <w:rFonts w:ascii="EB Garamond" w:hAnsi="EB Garamond" w:eastAsia="EB Garamond"/>
          <w:sz w:val="22"/>
        </w:rPr>
        <w:t>Elsie felt it anyway.</w:t>
      </w:r>
    </w:p>
    <w:p>
      <w:pPr>
        <w:spacing w:after="0" w:line="264" w:lineRule="exact"/>
        <w:ind w:firstLine="0" w:left="0"/>
      </w:pPr>
      <w:r>
        <w:rPr>
          <w:rFonts w:ascii="EB Garamond" w:hAnsi="EB Garamond" w:eastAsia="EB Garamond"/>
          <w:sz w:val="22"/>
        </w:rPr>
        <w:t>The weight.</w:t>
      </w:r>
    </w:p>
    <w:p>
      <w:pPr>
        <w:spacing w:after="0" w:line="264" w:lineRule="exact"/>
        <w:ind w:firstLine="0" w:left="0"/>
      </w:pPr>
      <w:r>
        <w:rPr>
          <w:rFonts w:ascii="EB Garamond" w:hAnsi="EB Garamond" w:eastAsia="EB Garamond"/>
          <w:sz w:val="22"/>
        </w:rPr>
        <w:t>Ava leaned back.</w:t>
      </w:r>
    </w:p>
    <w:p>
      <w:pPr>
        <w:spacing w:after="0" w:line="264" w:lineRule="exact"/>
        <w:ind w:firstLine="0" w:left="0"/>
      </w:pPr>
      <w:r>
        <w:rPr>
          <w:rFonts w:ascii="EB Garamond" w:hAnsi="EB Garamond" w:eastAsia="EB Garamond"/>
          <w:sz w:val="22"/>
        </w:rPr>
        <w:t>“Fine.”</w:t>
      </w:r>
    </w:p>
    <w:p>
      <w:pPr>
        <w:spacing w:after="0" w:line="264" w:lineRule="exact"/>
        <w:ind w:firstLine="0" w:left="0"/>
      </w:pPr>
      <w:r>
        <w:rPr>
          <w:rFonts w:ascii="EB Garamond" w:hAnsi="EB Garamond" w:eastAsia="EB Garamond"/>
          <w:sz w:val="22"/>
        </w:rPr>
        <w:t>Fine Number Four.</w:t>
      </w:r>
    </w:p>
    <w:p>
      <w:pPr>
        <w:spacing w:after="0" w:line="264" w:lineRule="exact"/>
        <w:ind w:firstLine="0" w:left="0"/>
      </w:pPr>
      <w:r>
        <w:rPr>
          <w:rFonts w:ascii="EB Garamond" w:hAnsi="EB Garamond" w:eastAsia="EB Garamond"/>
          <w:sz w:val="22"/>
        </w:rPr>
        <w:t>Except somehow Ava’s version sounded exactly like Maddie’s.</w:t>
      </w:r>
    </w:p>
    <w:p>
      <w:pPr>
        <w:spacing w:after="0" w:line="264" w:lineRule="exact"/>
        <w:ind w:firstLine="0" w:left="0"/>
      </w:pPr>
      <w:r>
        <w:rPr>
          <w:rFonts w:ascii="EB Garamond" w:hAnsi="EB Garamond" w:eastAsia="EB Garamond"/>
          <w:i/>
          <w:sz w:val="22"/>
        </w:rPr>
        <w:t>I’m not going to push this, but I’m definitely not fine.</w:t>
      </w:r>
    </w:p>
    <w:p>
      <w:pPr>
        <w:spacing w:after="0" w:line="264" w:lineRule="exact"/>
        <w:ind w:firstLine="0" w:left="0"/>
      </w:pPr>
      <w:r>
        <w:rPr>
          <w:rFonts w:ascii="EB Garamond" w:hAnsi="EB Garamond" w:eastAsia="EB Garamond"/>
          <w:sz w:val="22"/>
        </w:rPr>
        <w:t>Great.</w:t>
      </w:r>
    </w:p>
    <w:p>
      <w:pPr>
        <w:spacing w:after="0" w:line="264" w:lineRule="exact"/>
        <w:ind w:firstLine="0" w:left="0"/>
      </w:pPr>
      <w:r>
        <w:rPr>
          <w:rFonts w:ascii="EB Garamond" w:hAnsi="EB Garamond" w:eastAsia="EB Garamond"/>
          <w:sz w:val="22"/>
        </w:rPr>
        <w:t>By second period, Elsie had already checked on Maddie three times.</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you okay?</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yes mom</w:t>
      </w:r>
    </w:p>
    <w:p>
      <w:pPr>
        <w:spacing w:after="0" w:line="264" w:lineRule="exact"/>
        <w:ind w:firstLine="0" w:left="0"/>
      </w:pPr>
      <w:r>
        <w:rPr>
          <w:rFonts w:ascii="EB Garamond" w:hAnsi="EB Garamond" w:eastAsia="EB Garamond"/>
          <w:sz w:val="22"/>
        </w:rPr>
        <w:t>Twenty minutes later:</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actually though</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YES</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stop asking</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She typed: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sorry</w:t>
      </w:r>
    </w:p>
    <w:p>
      <w:pPr>
        <w:spacing w:after="0" w:line="264" w:lineRule="exact"/>
        <w:ind w:firstLine="0" w:left="0"/>
      </w:pPr>
      <w:r>
        <w:rPr>
          <w:rFonts w:ascii="EB Garamond" w:hAnsi="EB Garamond" w:eastAsia="EB Garamond"/>
          <w:sz w:val="22"/>
        </w:rPr>
        <w:t>Maddie’s typing bubble appeared.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no I’m sorry</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I just don’t want everything to be about this now</w:t>
      </w:r>
    </w:p>
    <w:p>
      <w:pPr>
        <w:spacing w:after="0" w:line="264" w:lineRule="exact"/>
        <w:ind w:firstLine="0" w:left="0"/>
      </w:pPr>
      <w:r>
        <w:rPr>
          <w:rFonts w:ascii="EB Garamond" w:hAnsi="EB Garamond" w:eastAsia="EB Garamond"/>
          <w:sz w:val="22"/>
        </w:rPr>
        <w:t>Elsie understood.</w:t>
      </w:r>
    </w:p>
    <w:p>
      <w:pPr>
        <w:spacing w:after="0" w:line="264" w:lineRule="exact"/>
        <w:ind w:firstLine="0" w:left="0"/>
      </w:pPr>
      <w:r>
        <w:rPr>
          <w:rFonts w:ascii="EB Garamond" w:hAnsi="EB Garamond" w:eastAsia="EB Garamond"/>
          <w:sz w:val="22"/>
        </w:rPr>
        <w:t>At least she thought she did.</w:t>
      </w:r>
    </w:p>
    <w:p>
      <w:pPr>
        <w:spacing w:after="0" w:line="264" w:lineRule="exact"/>
        <w:ind w:firstLine="0" w:left="0"/>
      </w:pPr>
      <w:r>
        <w:rPr>
          <w:rFonts w:ascii="EB Garamond" w:hAnsi="EB Garamond" w:eastAsia="EB Garamond"/>
          <w:sz w:val="22"/>
        </w:rPr>
        <w:t>There was something uncomfortable about knowing somebody was hurting and then watching them laugh.</w:t>
      </w:r>
    </w:p>
    <w:p>
      <w:pPr>
        <w:spacing w:after="0" w:line="264" w:lineRule="exact"/>
        <w:ind w:firstLine="0" w:left="0"/>
      </w:pPr>
      <w:r>
        <w:rPr>
          <w:rFonts w:ascii="EB Garamond" w:hAnsi="EB Garamond" w:eastAsia="EB Garamond"/>
          <w:sz w:val="22"/>
        </w:rPr>
        <w:t>It made Elsie feel like she was supposed to do something.</w:t>
      </w:r>
    </w:p>
    <w:p>
      <w:pPr>
        <w:spacing w:after="0" w:line="264" w:lineRule="exact"/>
        <w:ind w:firstLine="0" w:left="0"/>
      </w:pPr>
      <w:r>
        <w:rPr>
          <w:rFonts w:ascii="EB Garamond" w:hAnsi="EB Garamond" w:eastAsia="EB Garamond"/>
          <w:sz w:val="22"/>
        </w:rPr>
        <w:t>Check.</w:t>
      </w:r>
    </w:p>
    <w:p>
      <w:pPr>
        <w:spacing w:after="0" w:line="264" w:lineRule="exact"/>
        <w:ind w:firstLine="0" w:left="0"/>
      </w:pPr>
      <w:r>
        <w:rPr>
          <w:rFonts w:ascii="EB Garamond" w:hAnsi="EB Garamond" w:eastAsia="EB Garamond"/>
          <w:sz w:val="22"/>
        </w:rPr>
        <w:t>Ask.</w:t>
      </w:r>
    </w:p>
    <w:p>
      <w:pPr>
        <w:spacing w:after="0" w:line="264" w:lineRule="exact"/>
        <w:ind w:firstLine="0" w:left="0"/>
      </w:pPr>
      <w:r>
        <w:rPr>
          <w:rFonts w:ascii="EB Garamond" w:hAnsi="EB Garamond" w:eastAsia="EB Garamond"/>
          <w:sz w:val="22"/>
        </w:rPr>
        <w:t>Fix.</w:t>
      </w:r>
    </w:p>
    <w:p>
      <w:pPr>
        <w:spacing w:after="0" w:line="264" w:lineRule="exact"/>
        <w:ind w:firstLine="0" w:left="0"/>
      </w:pPr>
      <w:r>
        <w:rPr>
          <w:rFonts w:ascii="EB Garamond" w:hAnsi="EB Garamond" w:eastAsia="EB Garamond"/>
          <w:sz w:val="22"/>
        </w:rPr>
        <w:t>But Friday night Maddie had needed her to wait.</w:t>
      </w:r>
    </w:p>
    <w:p>
      <w:pPr>
        <w:spacing w:after="0" w:line="264" w:lineRule="exact"/>
        <w:ind w:firstLine="0" w:left="0"/>
      </w:pPr>
      <w:r>
        <w:rPr>
          <w:rFonts w:ascii="EB Garamond" w:hAnsi="EB Garamond" w:eastAsia="EB Garamond"/>
          <w:sz w:val="22"/>
        </w:rPr>
        <w:t>Maybe Monday she needed Elsie to let her be normal.</w:t>
      </w:r>
    </w:p>
    <w:p>
      <w:pPr>
        <w:spacing w:after="0" w:line="264" w:lineRule="exact"/>
        <w:ind w:firstLine="0" w:left="0"/>
      </w:pPr>
      <w:r>
        <w:rPr>
          <w:rFonts w:ascii="EB Garamond" w:hAnsi="EB Garamond" w:eastAsia="EB Garamond"/>
          <w:sz w:val="22"/>
        </w:rPr>
        <w:t>So Elsie tried.</w:t>
      </w:r>
    </w:p>
    <w:p>
      <w:pPr>
        <w:spacing w:after="0" w:line="264" w:lineRule="exact"/>
        <w:ind w:firstLine="0" w:left="0"/>
      </w:pPr>
      <w:r>
        <w:rPr>
          <w:rFonts w:ascii="EB Garamond" w:hAnsi="EB Garamond" w:eastAsia="EB Garamond"/>
          <w:sz w:val="22"/>
        </w:rPr>
        <w:t>At lunch, Mason dropped into the chair beside her.</w:t>
      </w:r>
    </w:p>
    <w:p>
      <w:pPr>
        <w:spacing w:after="0" w:line="264" w:lineRule="exact"/>
        <w:ind w:firstLine="0" w:left="0"/>
      </w:pPr>
      <w:r>
        <w:rPr>
          <w:rFonts w:ascii="EB Garamond" w:hAnsi="EB Garamond" w:eastAsia="EB Garamond"/>
          <w:sz w:val="22"/>
        </w:rPr>
        <w:t>Maddie looked at him.</w:t>
      </w:r>
    </w:p>
    <w:p>
      <w:pPr>
        <w:spacing w:after="0" w:line="264" w:lineRule="exact"/>
        <w:ind w:firstLine="0" w:left="0"/>
      </w:pPr>
      <w:r>
        <w:rPr>
          <w:rFonts w:ascii="EB Garamond" w:hAnsi="EB Garamond" w:eastAsia="EB Garamond"/>
          <w:sz w:val="22"/>
        </w:rPr>
        <w:t>Then Elsie.</w:t>
      </w:r>
    </w:p>
    <w:p>
      <w:pPr>
        <w:spacing w:after="0" w:line="264" w:lineRule="exact"/>
        <w:ind w:firstLine="0" w:left="0"/>
      </w:pPr>
      <w:r>
        <w:rPr>
          <w:rFonts w:ascii="EB Garamond" w:hAnsi="EB Garamond" w:eastAsia="EB Garamond"/>
          <w:sz w:val="22"/>
        </w:rPr>
        <w:t>Then smiled.</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Elsie pointed at her.</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“I didn’t say anything.”</w:t>
      </w:r>
    </w:p>
    <w:p>
      <w:pPr>
        <w:spacing w:after="0" w:line="264" w:lineRule="exact"/>
        <w:ind w:firstLine="0" w:left="0"/>
      </w:pPr>
      <w:r>
        <w:rPr>
          <w:rFonts w:ascii="EB Garamond" w:hAnsi="EB Garamond" w:eastAsia="EB Garamond"/>
          <w:sz w:val="22"/>
        </w:rPr>
        <w:t>“You were about to.”</w:t>
      </w:r>
    </w:p>
    <w:p>
      <w:pPr>
        <w:spacing w:after="0" w:line="264" w:lineRule="exact"/>
        <w:ind w:firstLine="0" w:left="0"/>
      </w:pPr>
      <w:r>
        <w:rPr>
          <w:rFonts w:ascii="EB Garamond" w:hAnsi="EB Garamond" w:eastAsia="EB Garamond"/>
          <w:sz w:val="22"/>
        </w:rPr>
        <w:t>“I was literally just sitting here.”</w:t>
      </w:r>
    </w:p>
    <w:p>
      <w:pPr>
        <w:spacing w:after="0" w:line="264" w:lineRule="exact"/>
        <w:ind w:firstLine="0" w:left="0"/>
      </w:pPr>
      <w:r>
        <w:rPr>
          <w:rFonts w:ascii="EB Garamond" w:hAnsi="EB Garamond" w:eastAsia="EB Garamond"/>
          <w:sz w:val="22"/>
        </w:rPr>
        <w:t>“Your face did.”</w:t>
      </w:r>
    </w:p>
    <w:p>
      <w:pPr>
        <w:spacing w:after="0" w:line="264" w:lineRule="exact"/>
        <w:ind w:firstLine="0" w:left="0"/>
      </w:pPr>
      <w:r>
        <w:rPr>
          <w:rFonts w:ascii="EB Garamond" w:hAnsi="EB Garamond" w:eastAsia="EB Garamond"/>
          <w:sz w:val="22"/>
        </w:rPr>
        <w:t>Mason opened his water bottle.</w:t>
      </w:r>
    </w:p>
    <w:p>
      <w:pPr>
        <w:spacing w:after="0" w:line="264" w:lineRule="exact"/>
        <w:ind w:firstLine="0" w:left="0"/>
      </w:pPr>
      <w:r>
        <w:rPr>
          <w:rFonts w:ascii="EB Garamond" w:hAnsi="EB Garamond" w:eastAsia="EB Garamond"/>
          <w:sz w:val="22"/>
        </w:rPr>
        <w:t>“I feel like I’ve entered something.”</w:t>
      </w:r>
    </w:p>
    <w:p>
      <w:pPr>
        <w:spacing w:after="0" w:line="264" w:lineRule="exact"/>
        <w:ind w:firstLine="0" w:left="0"/>
      </w:pPr>
      <w:r>
        <w:rPr>
          <w:rFonts w:ascii="EB Garamond" w:hAnsi="EB Garamond" w:eastAsia="EB Garamond"/>
          <w:sz w:val="22"/>
        </w:rPr>
        <w:t>“You have,” Ava said.</w:t>
      </w:r>
    </w:p>
    <w:p>
      <w:pPr>
        <w:spacing w:after="0" w:line="264" w:lineRule="exact"/>
        <w:ind w:firstLine="0" w:left="0"/>
      </w:pPr>
      <w:r>
        <w:rPr>
          <w:rFonts w:ascii="EB Garamond" w:hAnsi="EB Garamond" w:eastAsia="EB Garamond"/>
          <w:sz w:val="22"/>
        </w:rPr>
        <w:t>“Leave while you still can.”</w:t>
      </w:r>
    </w:p>
    <w:p>
      <w:pPr>
        <w:spacing w:after="0" w:line="264" w:lineRule="exact"/>
        <w:ind w:firstLine="0" w:left="0"/>
      </w:pPr>
      <w:r>
        <w:rPr>
          <w:rFonts w:ascii="EB Garamond" w:hAnsi="EB Garamond" w:eastAsia="EB Garamond"/>
          <w:sz w:val="22"/>
        </w:rPr>
        <w:t>“Thank you.”</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“You’re supposed to be on my side.”</w:t>
      </w:r>
    </w:p>
    <w:p>
      <w:pPr>
        <w:spacing w:after="0" w:line="264" w:lineRule="exact"/>
        <w:ind w:firstLine="0" w:left="0"/>
      </w:pPr>
      <w:r>
        <w:rPr>
          <w:rFonts w:ascii="EB Garamond" w:hAnsi="EB Garamond" w:eastAsia="EB Garamond"/>
          <w:sz w:val="22"/>
        </w:rPr>
        <w:t>“Is that in the boyfriend contract?”</w:t>
      </w:r>
    </w:p>
    <w:p>
      <w:pPr>
        <w:spacing w:after="0" w:line="264" w:lineRule="exact"/>
        <w:ind w:firstLine="0" w:left="0"/>
      </w:pPr>
      <w:r>
        <w:rPr>
          <w:rFonts w:ascii="EB Garamond" w:hAnsi="EB Garamond" w:eastAsia="EB Garamond"/>
          <w:sz w:val="22"/>
        </w:rPr>
        <w:t>Silence.</w:t>
      </w:r>
    </w:p>
    <w:p>
      <w:pPr>
        <w:spacing w:after="0" w:line="264" w:lineRule="exact"/>
        <w:ind w:firstLine="0" w:left="0"/>
      </w:pPr>
      <w:r>
        <w:rPr>
          <w:rFonts w:ascii="EB Garamond" w:hAnsi="EB Garamond" w:eastAsia="EB Garamond"/>
          <w:sz w:val="22"/>
        </w:rPr>
        <w:t>Complete.</w:t>
      </w:r>
    </w:p>
    <w:p>
      <w:pPr>
        <w:spacing w:after="0" w:line="264" w:lineRule="exact"/>
        <w:ind w:firstLine="0" w:left="0"/>
      </w:pPr>
      <w:r>
        <w:rPr>
          <w:rFonts w:ascii="EB Garamond" w:hAnsi="EB Garamond" w:eastAsia="EB Garamond"/>
          <w:sz w:val="22"/>
        </w:rPr>
        <w:t>Immediate.</w:t>
      </w:r>
    </w:p>
    <w:p>
      <w:pPr>
        <w:spacing w:after="0" w:line="264" w:lineRule="exact"/>
        <w:ind w:firstLine="0" w:left="0"/>
      </w:pPr>
      <w:r>
        <w:rPr>
          <w:rFonts w:ascii="EB Garamond" w:hAnsi="EB Garamond" w:eastAsia="EB Garamond"/>
          <w:sz w:val="22"/>
        </w:rPr>
        <w:t>Mason froze.</w:t>
      </w:r>
    </w:p>
    <w:p>
      <w:pPr>
        <w:spacing w:after="0" w:line="264" w:lineRule="exact"/>
        <w:ind w:firstLine="0" w:left="0"/>
      </w:pPr>
      <w:r>
        <w:rPr>
          <w:rFonts w:ascii="EB Garamond" w:hAnsi="EB Garamond" w:eastAsia="EB Garamond"/>
          <w:sz w:val="22"/>
        </w:rPr>
        <w:t>Elsie froze.</w:t>
      </w:r>
    </w:p>
    <w:p>
      <w:pPr>
        <w:spacing w:after="0" w:line="264" w:lineRule="exact"/>
        <w:ind w:firstLine="0" w:left="0"/>
      </w:pPr>
      <w:r>
        <w:rPr>
          <w:rFonts w:ascii="EB Garamond" w:hAnsi="EB Garamond" w:eastAsia="EB Garamond"/>
          <w:sz w:val="22"/>
        </w:rPr>
        <w:t>Maddie’s mouth fell open.</w:t>
      </w:r>
    </w:p>
    <w:p>
      <w:pPr>
        <w:spacing w:after="0" w:line="264" w:lineRule="exact"/>
        <w:ind w:firstLine="0" w:left="0"/>
      </w:pPr>
      <w:r>
        <w:rPr>
          <w:rFonts w:ascii="EB Garamond" w:hAnsi="EB Garamond" w:eastAsia="EB Garamond"/>
          <w:sz w:val="22"/>
        </w:rPr>
        <w:t>Ava’s eyes widened.</w:t>
      </w:r>
    </w:p>
    <w:p>
      <w:pPr>
        <w:spacing w:after="0" w:line="264" w:lineRule="exact"/>
        <w:ind w:firstLine="0" w:left="0"/>
      </w:pPr>
      <w:r>
        <w:rPr>
          <w:rFonts w:ascii="EB Garamond" w:hAnsi="EB Garamond" w:eastAsia="EB Garamond"/>
          <w:sz w:val="22"/>
        </w:rPr>
        <w:t>Mason looked like he wanted to physically retrieve the word from the air.</w:t>
      </w:r>
    </w:p>
    <w:p>
      <w:pPr>
        <w:spacing w:after="0" w:line="264" w:lineRule="exact"/>
        <w:ind w:firstLine="0" w:left="0"/>
      </w:pPr>
      <w:r>
        <w:rPr>
          <w:rFonts w:ascii="EB Garamond" w:hAnsi="EB Garamond" w:eastAsia="EB Garamond"/>
          <w:sz w:val="22"/>
        </w:rPr>
        <w:t>“I meant…”</w:t>
      </w:r>
    </w:p>
    <w:p>
      <w:pPr>
        <w:spacing w:after="0" w:line="264" w:lineRule="exact"/>
        <w:ind w:firstLine="0" w:left="0"/>
      </w:pPr>
      <w:r>
        <w:rPr>
          <w:rFonts w:ascii="EB Garamond" w:hAnsi="EB Garamond" w:eastAsia="EB Garamond"/>
          <w:sz w:val="22"/>
        </w:rPr>
        <w:t>Maddie slapped both hands over her mouth.</w:t>
      </w:r>
    </w:p>
    <w:p>
      <w:pPr>
        <w:spacing w:after="0" w:line="264" w:lineRule="exact"/>
        <w:ind w:firstLine="0" w:left="0"/>
      </w:pPr>
      <w:r>
        <w:rPr>
          <w:rFonts w:ascii="EB Garamond" w:hAnsi="EB Garamond" w:eastAsia="EB Garamond"/>
          <w:sz w:val="22"/>
        </w:rPr>
        <w:t>Elsie’s face became approximately four thousand degrees.</w:t>
      </w:r>
    </w:p>
    <w:p>
      <w:pPr>
        <w:spacing w:after="0" w:line="264" w:lineRule="exact"/>
        <w:ind w:firstLine="0" w:left="0"/>
      </w:pPr>
      <w:r>
        <w:rPr>
          <w:rFonts w:ascii="EB Garamond" w:hAnsi="EB Garamond" w:eastAsia="EB Garamond"/>
          <w:sz w:val="22"/>
        </w:rPr>
        <w:t>Mason rubbed the back of his neck.</w:t>
      </w:r>
    </w:p>
    <w:p>
      <w:pPr>
        <w:spacing w:after="0" w:line="264" w:lineRule="exact"/>
        <w:ind w:firstLine="0" w:left="0"/>
      </w:pPr>
      <w:r>
        <w:rPr>
          <w:rFonts w:ascii="EB Garamond" w:hAnsi="EB Garamond" w:eastAsia="EB Garamond"/>
          <w:sz w:val="22"/>
        </w:rPr>
        <w:t>“I didn’t mean…”</w:t>
      </w:r>
    </w:p>
    <w:p>
      <w:pPr>
        <w:spacing w:after="0" w:line="264" w:lineRule="exact"/>
        <w:ind w:firstLine="0" w:left="0"/>
      </w:pPr>
      <w:r>
        <w:rPr>
          <w:rFonts w:ascii="EB Garamond" w:hAnsi="EB Garamond" w:eastAsia="EB Garamond"/>
          <w:sz w:val="22"/>
        </w:rPr>
        <w:t>“You didn’t?”</w:t>
      </w:r>
    </w:p>
    <w:p>
      <w:pPr>
        <w:spacing w:after="0" w:line="264" w:lineRule="exact"/>
        <w:ind w:firstLine="0" w:left="0"/>
      </w:pPr>
      <w:r>
        <w:rPr>
          <w:rFonts w:ascii="EB Garamond" w:hAnsi="EB Garamond" w:eastAsia="EB Garamond"/>
          <w:sz w:val="22"/>
        </w:rPr>
        <w:t>Elsie regretted asking the second it left her mouth.</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Great.</w:t>
      </w:r>
    </w:p>
    <w:p>
      <w:pPr>
        <w:spacing w:after="0" w:line="264" w:lineRule="exact"/>
        <w:ind w:firstLine="0" w:left="0"/>
      </w:pPr>
      <w:r>
        <w:rPr>
          <w:rFonts w:ascii="EB Garamond" w:hAnsi="EB Garamond" w:eastAsia="EB Garamond"/>
          <w:sz w:val="22"/>
        </w:rPr>
        <w:t>Wonderful.</w:t>
      </w:r>
    </w:p>
    <w:p>
      <w:pPr>
        <w:spacing w:after="0" w:line="264" w:lineRule="exact"/>
        <w:ind w:firstLine="0" w:left="0"/>
      </w:pPr>
      <w:r>
        <w:rPr>
          <w:rFonts w:ascii="EB Garamond" w:hAnsi="EB Garamond" w:eastAsia="EB Garamond"/>
          <w:sz w:val="22"/>
        </w:rPr>
        <w:t>Death.</w:t>
      </w:r>
    </w:p>
    <w:p>
      <w:pPr>
        <w:spacing w:after="0" w:line="264" w:lineRule="exact"/>
        <w:ind w:firstLine="0" w:left="0"/>
      </w:pPr>
      <w:r>
        <w:rPr>
          <w:rFonts w:ascii="EB Garamond" w:hAnsi="EB Garamond" w:eastAsia="EB Garamond"/>
          <w:sz w:val="22"/>
        </w:rPr>
        <w:t>Mason’s eyes widened.</w:t>
      </w:r>
    </w:p>
    <w:p>
      <w:pPr>
        <w:spacing w:after="0" w:line="264" w:lineRule="exact"/>
        <w:ind w:firstLine="0" w:left="0"/>
      </w:pPr>
      <w:r>
        <w:rPr>
          <w:rFonts w:ascii="EB Garamond" w:hAnsi="EB Garamond" w:eastAsia="EB Garamond"/>
          <w:sz w:val="22"/>
        </w:rPr>
        <w:t>“No. I mean—I didn’t mean to just call myself that without asking you.”</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Different.</w:t>
      </w:r>
    </w:p>
    <w:p>
      <w:pPr>
        <w:spacing w:after="0" w:line="264" w:lineRule="exact"/>
        <w:ind w:firstLine="0" w:left="0"/>
      </w:pPr>
      <w:r>
        <w:rPr>
          <w:rFonts w:ascii="EB Garamond" w:hAnsi="EB Garamond" w:eastAsia="EB Garamond"/>
          <w:sz w:val="22"/>
        </w:rPr>
        <w:t>Still death.</w:t>
      </w:r>
    </w:p>
    <w:p>
      <w:pPr>
        <w:spacing w:after="0" w:line="264" w:lineRule="exact"/>
        <w:ind w:firstLine="0" w:left="0"/>
      </w:pPr>
      <w:r>
        <w:rPr>
          <w:rFonts w:ascii="EB Garamond" w:hAnsi="EB Garamond" w:eastAsia="EB Garamond"/>
          <w:sz w:val="22"/>
        </w:rPr>
        <w:t>Maddie made a sound behind her hands.</w:t>
      </w:r>
    </w:p>
    <w:p>
      <w:pPr>
        <w:spacing w:after="0" w:line="264" w:lineRule="exact"/>
        <w:ind w:firstLine="0" w:left="0"/>
      </w:pPr>
      <w:r>
        <w:rPr>
          <w:rFonts w:ascii="EB Garamond" w:hAnsi="EB Garamond" w:eastAsia="EB Garamond"/>
          <w:sz w:val="22"/>
        </w:rPr>
        <w:t>Ava kicked her.</w:t>
      </w:r>
    </w:p>
    <w:p>
      <w:pPr>
        <w:spacing w:after="0" w:line="264" w:lineRule="exact"/>
        <w:ind w:firstLine="0" w:left="0"/>
      </w:pPr>
      <w:r>
        <w:rPr>
          <w:rFonts w:ascii="EB Garamond" w:hAnsi="EB Garamond" w:eastAsia="EB Garamond"/>
          <w:sz w:val="22"/>
        </w:rPr>
        <w:t>Mason looked at Elsie.</w:t>
      </w:r>
    </w:p>
    <w:p>
      <w:pPr>
        <w:spacing w:after="0" w:line="264" w:lineRule="exact"/>
        <w:ind w:firstLine="0" w:left="0"/>
      </w:pPr>
      <w:r>
        <w:rPr>
          <w:rFonts w:ascii="EB Garamond" w:hAnsi="EB Garamond" w:eastAsia="EB Garamond"/>
          <w:sz w:val="22"/>
        </w:rPr>
        <w:t>“Can we maybe have this conversation when they’re not here?”</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“Please.”</w:t>
      </w:r>
    </w:p>
    <w:p>
      <w:pPr>
        <w:spacing w:after="0" w:line="264" w:lineRule="exact"/>
        <w:ind w:firstLine="0" w:left="0"/>
      </w:pPr>
      <w:r>
        <w:rPr>
          <w:rFonts w:ascii="EB Garamond" w:hAnsi="EB Garamond" w:eastAsia="EB Garamond"/>
          <w:sz w:val="22"/>
        </w:rPr>
        <w:t>“Immediately.”</w:t>
      </w:r>
    </w:p>
    <w:p>
      <w:pPr>
        <w:spacing w:after="0" w:line="264" w:lineRule="exact"/>
        <w:ind w:firstLine="0" w:left="0"/>
      </w:pPr>
      <w:r>
        <w:rPr>
          <w:rFonts w:ascii="EB Garamond" w:hAnsi="EB Garamond" w:eastAsia="EB Garamond"/>
          <w:sz w:val="22"/>
        </w:rPr>
        <w:t>Maddie lowered her hands.</w:t>
      </w:r>
    </w:p>
    <w:p>
      <w:pPr>
        <w:spacing w:after="0" w:line="264" w:lineRule="exact"/>
        <w:ind w:firstLine="0" w:left="0"/>
      </w:pPr>
      <w:r>
        <w:rPr>
          <w:rFonts w:ascii="EB Garamond" w:hAnsi="EB Garamond" w:eastAsia="EB Garamond"/>
          <w:sz w:val="22"/>
        </w:rPr>
        <w:t>“No, stay.”</w:t>
      </w:r>
    </w:p>
    <w:p>
      <w:pPr>
        <w:spacing w:after="0" w:line="264" w:lineRule="exact"/>
        <w:ind w:firstLine="0" w:left="0"/>
      </w:pPr>
      <w:r>
        <w:rPr>
          <w:rFonts w:ascii="EB Garamond" w:hAnsi="EB Garamond" w:eastAsia="EB Garamond"/>
          <w:sz w:val="22"/>
        </w:rPr>
        <w:t>“Maddie.”</w:t>
      </w:r>
    </w:p>
    <w:p>
      <w:pPr>
        <w:spacing w:after="0" w:line="264" w:lineRule="exact"/>
        <w:ind w:firstLine="0" w:left="0"/>
      </w:pPr>
      <w:r>
        <w:rPr>
          <w:rFonts w:ascii="EB Garamond" w:hAnsi="EB Garamond" w:eastAsia="EB Garamond"/>
          <w:sz w:val="22"/>
        </w:rPr>
        <w:t>“I can be mature.”</w:t>
      </w:r>
    </w:p>
    <w:p>
      <w:pPr>
        <w:spacing w:after="0" w:line="264" w:lineRule="exact"/>
        <w:ind w:firstLine="0" w:left="0"/>
      </w:pPr>
      <w:r>
        <w:rPr>
          <w:rFonts w:ascii="EB Garamond" w:hAnsi="EB Garamond" w:eastAsia="EB Garamond"/>
          <w:sz w:val="22"/>
        </w:rPr>
        <w:t>“No, you can’t.”</w:t>
      </w:r>
    </w:p>
    <w:p>
      <w:pPr>
        <w:spacing w:after="0" w:line="264" w:lineRule="exact"/>
        <w:ind w:firstLine="0" w:left="0"/>
      </w:pPr>
      <w:r>
        <w:rPr>
          <w:rFonts w:ascii="EB Garamond" w:hAnsi="EB Garamond" w:eastAsia="EB Garamond"/>
          <w:sz w:val="22"/>
        </w:rPr>
        <w:t>“That’s hurtful.”</w:t>
      </w:r>
    </w:p>
    <w:p>
      <w:pPr>
        <w:spacing w:after="0" w:line="264" w:lineRule="exact"/>
        <w:ind w:firstLine="0" w:left="0"/>
      </w:pPr>
      <w:r>
        <w:rPr>
          <w:rFonts w:ascii="EB Garamond" w:hAnsi="EB Garamond" w:eastAsia="EB Garamond"/>
          <w:sz w:val="22"/>
        </w:rPr>
        <w:t>Mason stood.</w:t>
      </w:r>
    </w:p>
    <w:p>
      <w:pPr>
        <w:spacing w:after="0" w:line="264" w:lineRule="exact"/>
        <w:ind w:firstLine="0" w:left="0"/>
      </w:pPr>
      <w:r>
        <w:rPr>
          <w:rFonts w:ascii="EB Garamond" w:hAnsi="EB Garamond" w:eastAsia="EB Garamond"/>
          <w:sz w:val="22"/>
        </w:rPr>
        <w:t>“Walk with me?”</w:t>
      </w:r>
    </w:p>
    <w:p>
      <w:pPr>
        <w:spacing w:after="0" w:line="264" w:lineRule="exact"/>
        <w:ind w:firstLine="0" w:left="0"/>
      </w:pPr>
      <w:r>
        <w:rPr>
          <w:rFonts w:ascii="EB Garamond" w:hAnsi="EB Garamond" w:eastAsia="EB Garamond"/>
          <w:sz w:val="22"/>
        </w:rPr>
        <w:t>Elsie looked at her lunch.</w:t>
      </w:r>
    </w:p>
    <w:p>
      <w:pPr>
        <w:spacing w:after="0" w:line="264" w:lineRule="exact"/>
        <w:ind w:firstLine="0" w:left="0"/>
      </w:pPr>
      <w:r>
        <w:rPr>
          <w:rFonts w:ascii="EB Garamond" w:hAnsi="EB Garamond" w:eastAsia="EB Garamond"/>
          <w:sz w:val="22"/>
        </w:rPr>
        <w:t>Then at him.</w:t>
      </w:r>
    </w:p>
    <w:p>
      <w:pPr>
        <w:spacing w:after="0" w:line="264" w:lineRule="exact"/>
        <w:ind w:firstLine="0" w:left="0"/>
      </w:pPr>
      <w:r>
        <w:rPr>
          <w:rFonts w:ascii="EB Garamond" w:hAnsi="EB Garamond" w:eastAsia="EB Garamond"/>
          <w:sz w:val="22"/>
        </w:rPr>
        <w:t>Then at Maddie.</w:t>
      </w:r>
    </w:p>
    <w:p>
      <w:pPr>
        <w:spacing w:after="0" w:line="264" w:lineRule="exact"/>
        <w:ind w:firstLine="0" w:left="0"/>
      </w:pPr>
      <w:r>
        <w:rPr>
          <w:rFonts w:ascii="EB Garamond" w:hAnsi="EB Garamond" w:eastAsia="EB Garamond"/>
          <w:sz w:val="22"/>
        </w:rPr>
        <w:t>Maddie mouthed:</w:t>
      </w:r>
    </w:p>
    <w:p>
      <w:pPr>
        <w:spacing w:after="0" w:line="264" w:lineRule="exact"/>
        <w:ind w:firstLine="0" w:left="0"/>
      </w:pPr>
      <w:r>
        <w:rPr>
          <w:rFonts w:ascii="EB Garamond" w:hAnsi="EB Garamond" w:eastAsia="EB Garamond"/>
          <w:i/>
          <w:sz w:val="22"/>
        </w:rPr>
        <w:t>GO.</w:t>
      </w:r>
    </w:p>
    <w:p>
      <w:pPr>
        <w:spacing w:after="0" w:line="264" w:lineRule="exact"/>
        <w:ind w:firstLine="0" w:left="0"/>
      </w:pPr>
      <w:r>
        <w:rPr>
          <w:rFonts w:ascii="EB Garamond" w:hAnsi="EB Garamond" w:eastAsia="EB Garamond"/>
          <w:sz w:val="22"/>
        </w:rPr>
        <w:t>Elsie stood.</w:t>
      </w:r>
    </w:p>
    <w:p>
      <w:pPr>
        <w:spacing w:after="0" w:line="264" w:lineRule="exact"/>
        <w:ind w:firstLine="0" w:left="0"/>
      </w:pPr>
      <w:r>
        <w:rPr>
          <w:rFonts w:ascii="EB Garamond" w:hAnsi="EB Garamond" w:eastAsia="EB Garamond"/>
          <w:sz w:val="22"/>
        </w:rPr>
        <w:t>“This friendship is exhausting.”</w:t>
      </w:r>
    </w:p>
    <w:p>
      <w:pPr>
        <w:spacing w:after="0" w:line="264" w:lineRule="exact"/>
        <w:ind w:firstLine="0" w:left="0"/>
      </w:pPr>
      <w:r>
        <w:rPr>
          <w:rFonts w:ascii="EB Garamond" w:hAnsi="EB Garamond" w:eastAsia="EB Garamond"/>
          <w:sz w:val="22"/>
        </w:rPr>
        <w:t>“Love you!”</w:t>
      </w:r>
    </w:p>
    <w:p>
      <w:pPr>
        <w:spacing w:after="0" w:line="264" w:lineRule="exact"/>
        <w:ind w:firstLine="0" w:left="0"/>
      </w:pPr>
      <w:r>
        <w:rPr>
          <w:rFonts w:ascii="EB Garamond" w:hAnsi="EB Garamond" w:eastAsia="EB Garamond"/>
          <w:sz w:val="22"/>
        </w:rPr>
        <w:t>Elsie pointed at her.</w:t>
      </w:r>
    </w:p>
    <w:p>
      <w:pPr>
        <w:spacing w:after="0" w:line="264" w:lineRule="exact"/>
        <w:ind w:firstLine="0" w:left="0"/>
      </w:pPr>
      <w:r>
        <w:rPr>
          <w:rFonts w:ascii="EB Garamond" w:hAnsi="EB Garamond" w:eastAsia="EB Garamond"/>
          <w:sz w:val="22"/>
        </w:rPr>
        <w:t>“Careful. I have information.”</w:t>
      </w:r>
    </w:p>
    <w:p>
      <w:pPr>
        <w:spacing w:after="0" w:line="264" w:lineRule="exact"/>
        <w:ind w:firstLine="0" w:left="0"/>
      </w:pPr>
      <w:r>
        <w:rPr>
          <w:rFonts w:ascii="EB Garamond" w:hAnsi="EB Garamond" w:eastAsia="EB Garamond"/>
          <w:sz w:val="22"/>
        </w:rPr>
        <w:t>Maddie laughed.</w:t>
      </w:r>
    </w:p>
    <w:p>
      <w:pPr>
        <w:spacing w:after="0" w:line="264" w:lineRule="exact"/>
        <w:ind w:firstLine="0" w:left="0"/>
      </w:pPr>
      <w:r>
        <w:rPr>
          <w:rFonts w:ascii="EB Garamond" w:hAnsi="EB Garamond" w:eastAsia="EB Garamond"/>
          <w:sz w:val="22"/>
        </w:rPr>
        <w:t>Elsie laughed too.</w:t>
      </w:r>
    </w:p>
    <w:p>
      <w:pPr>
        <w:spacing w:after="0" w:line="264" w:lineRule="exact"/>
        <w:ind w:firstLine="0" w:left="0"/>
      </w:pPr>
      <w:r>
        <w:rPr>
          <w:rFonts w:ascii="EB Garamond" w:hAnsi="EB Garamond" w:eastAsia="EB Garamond"/>
          <w:sz w:val="22"/>
        </w:rPr>
        <w:t>Then she saw it.</w:t>
      </w:r>
    </w:p>
    <w:p>
      <w:pPr>
        <w:spacing w:after="0" w:line="264" w:lineRule="exact"/>
        <w:ind w:firstLine="0" w:left="0"/>
      </w:pPr>
      <w:r>
        <w:rPr>
          <w:rFonts w:ascii="EB Garamond" w:hAnsi="EB Garamond" w:eastAsia="EB Garamond"/>
          <w:sz w:val="22"/>
        </w:rPr>
        <w:t>For half a second.</w:t>
      </w:r>
    </w:p>
    <w:p>
      <w:pPr>
        <w:spacing w:after="0" w:line="264" w:lineRule="exact"/>
        <w:ind w:firstLine="0" w:left="0"/>
      </w:pPr>
      <w:r>
        <w:rPr>
          <w:rFonts w:ascii="EB Garamond" w:hAnsi="EB Garamond" w:eastAsia="EB Garamond"/>
          <w:sz w:val="22"/>
        </w:rPr>
        <w:t>Maddie’s smile disappeared.</w:t>
      </w:r>
    </w:p>
    <w:p>
      <w:pPr>
        <w:spacing w:after="0" w:line="264" w:lineRule="exact"/>
        <w:ind w:firstLine="0" w:left="0"/>
      </w:pPr>
      <w:r>
        <w:rPr>
          <w:rFonts w:ascii="EB Garamond" w:hAnsi="EB Garamond" w:eastAsia="EB Garamond"/>
          <w:sz w:val="22"/>
        </w:rPr>
        <w:t>Information.</w:t>
      </w:r>
    </w:p>
    <w:p>
      <w:pPr>
        <w:spacing w:after="0" w:line="264" w:lineRule="exact"/>
        <w:ind w:firstLine="0" w:left="0"/>
      </w:pPr>
      <w:r>
        <w:rPr>
          <w:rFonts w:ascii="EB Garamond" w:hAnsi="EB Garamond" w:eastAsia="EB Garamond"/>
          <w:sz w:val="22"/>
        </w:rPr>
        <w:t>Elsie’s stomach dropped.</w:t>
      </w:r>
    </w:p>
    <w:p>
      <w:pPr>
        <w:spacing w:after="0" w:line="264" w:lineRule="exact"/>
        <w:ind w:firstLine="0" w:left="0"/>
      </w:pPr>
      <w:r>
        <w:rPr>
          <w:rFonts w:ascii="EB Garamond" w:hAnsi="EB Garamond" w:eastAsia="EB Garamond"/>
          <w:sz w:val="22"/>
        </w:rPr>
        <w:t>She hadn’t meant—</w:t>
      </w:r>
    </w:p>
    <w:p>
      <w:pPr>
        <w:spacing w:after="0" w:line="264" w:lineRule="exact"/>
        <w:ind w:firstLine="0" w:left="0"/>
      </w:pPr>
      <w:r>
        <w:rPr>
          <w:rFonts w:ascii="EB Garamond" w:hAnsi="EB Garamond" w:eastAsia="EB Garamond"/>
          <w:sz w:val="22"/>
        </w:rPr>
        <w:t>Maddie looked away.</w:t>
      </w:r>
    </w:p>
    <w:p>
      <w:pPr>
        <w:spacing w:after="0" w:line="264" w:lineRule="exact"/>
        <w:ind w:firstLine="0" w:left="0"/>
      </w:pPr>
      <w:r>
        <w:rPr>
          <w:rFonts w:ascii="EB Garamond" w:hAnsi="EB Garamond" w:eastAsia="EB Garamond"/>
          <w:sz w:val="22"/>
        </w:rPr>
        <w:t>Ava didn’t notice.</w:t>
      </w:r>
    </w:p>
    <w:p>
      <w:pPr>
        <w:spacing w:after="0" w:line="264" w:lineRule="exact"/>
        <w:ind w:firstLine="0" w:left="0"/>
      </w:pPr>
      <w:r>
        <w:rPr>
          <w:rFonts w:ascii="EB Garamond" w:hAnsi="EB Garamond" w:eastAsia="EB Garamond"/>
          <w:sz w:val="22"/>
        </w:rPr>
        <w:t>Mason was already walking.</w:t>
      </w:r>
    </w:p>
    <w:p>
      <w:pPr>
        <w:spacing w:after="0" w:line="264" w:lineRule="exact"/>
        <w:ind w:firstLine="0" w:left="0"/>
      </w:pPr>
      <w:r>
        <w:rPr>
          <w:rFonts w:ascii="EB Garamond" w:hAnsi="EB Garamond" w:eastAsia="EB Garamond"/>
          <w:sz w:val="22"/>
        </w:rPr>
        <w:t>Elsie followed him.</w:t>
      </w:r>
    </w:p>
    <w:p>
      <w:pPr>
        <w:spacing w:after="0" w:line="264" w:lineRule="exact"/>
        <w:ind w:firstLine="0" w:left="0"/>
      </w:pPr>
      <w:r>
        <w:rPr>
          <w:rFonts w:ascii="EB Garamond" w:hAnsi="EB Garamond" w:eastAsia="EB Garamond"/>
          <w:sz w:val="22"/>
        </w:rPr>
        <w:t>But the joke stayed behind.</w:t>
      </w:r>
    </w:p>
    <w:p>
      <w:pPr>
        <w:spacing w:after="0" w:line="264" w:lineRule="exact"/>
        <w:ind w:firstLine="0" w:left="0"/>
      </w:pPr>
      <w:r>
        <w:rPr>
          <w:rFonts w:ascii="EB Garamond" w:hAnsi="EB Garamond" w:eastAsia="EB Garamond"/>
          <w:sz w:val="22"/>
        </w:rPr>
        <w:t>They stopped near the courtyard.</w:t>
      </w:r>
    </w:p>
    <w:p>
      <w:pPr>
        <w:spacing w:after="0" w:line="264" w:lineRule="exact"/>
        <w:ind w:firstLine="0" w:left="0"/>
      </w:pPr>
      <w:r>
        <w:rPr>
          <w:rFonts w:ascii="EB Garamond" w:hAnsi="EB Garamond" w:eastAsia="EB Garamond"/>
          <w:sz w:val="22"/>
        </w:rPr>
        <w:t>Mason shoved his hands into his pockets.</w:t>
      </w:r>
    </w:p>
    <w:p>
      <w:pPr>
        <w:spacing w:after="0" w:line="264" w:lineRule="exact"/>
        <w:ind w:firstLine="0" w:left="0"/>
      </w:pPr>
      <w:r>
        <w:rPr>
          <w:rFonts w:ascii="EB Garamond" w:hAnsi="EB Garamond" w:eastAsia="EB Garamond"/>
          <w:sz w:val="22"/>
        </w:rPr>
        <w:t>“So.”</w:t>
      </w:r>
    </w:p>
    <w:p>
      <w:pPr>
        <w:spacing w:after="0" w:line="264" w:lineRule="exact"/>
        <w:ind w:firstLine="0" w:left="0"/>
      </w:pPr>
      <w:r>
        <w:rPr>
          <w:rFonts w:ascii="EB Garamond" w:hAnsi="EB Garamond" w:eastAsia="EB Garamond"/>
          <w:sz w:val="22"/>
        </w:rPr>
        <w:t>“So.”</w:t>
      </w:r>
    </w:p>
    <w:p>
      <w:pPr>
        <w:spacing w:after="0" w:line="264" w:lineRule="exact"/>
        <w:ind w:firstLine="0" w:left="0"/>
      </w:pPr>
      <w:r>
        <w:rPr>
          <w:rFonts w:ascii="EB Garamond" w:hAnsi="EB Garamond" w:eastAsia="EB Garamond"/>
          <w:sz w:val="22"/>
        </w:rPr>
        <w:t>“I am apparently very smooth.”</w:t>
      </w:r>
    </w:p>
    <w:p>
      <w:pPr>
        <w:spacing w:after="0" w:line="264" w:lineRule="exact"/>
        <w:ind w:firstLine="0" w:left="0"/>
      </w:pPr>
      <w:r>
        <w:rPr>
          <w:rFonts w:ascii="EB Garamond" w:hAnsi="EB Garamond" w:eastAsia="EB Garamond"/>
          <w:sz w:val="22"/>
        </w:rPr>
        <w:t>“Extremely.”</w:t>
      </w:r>
    </w:p>
    <w:p>
      <w:pPr>
        <w:spacing w:after="0" w:line="264" w:lineRule="exact"/>
        <w:ind w:firstLine="0" w:left="0"/>
      </w:pPr>
      <w:r>
        <w:rPr>
          <w:rFonts w:ascii="EB Garamond" w:hAnsi="EB Garamond" w:eastAsia="EB Garamond"/>
          <w:sz w:val="22"/>
        </w:rPr>
        <w:t>“I had a plan.”</w:t>
      </w:r>
    </w:p>
    <w:p>
      <w:pPr>
        <w:spacing w:after="0" w:line="264" w:lineRule="exact"/>
        <w:ind w:firstLine="0" w:left="0"/>
      </w:pPr>
      <w:r>
        <w:rPr>
          <w:rFonts w:ascii="EB Garamond" w:hAnsi="EB Garamond" w:eastAsia="EB Garamond"/>
          <w:sz w:val="22"/>
        </w:rPr>
        <w:t>“You did?”</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 laughed.</w:t>
      </w:r>
    </w:p>
    <w:p>
      <w:pPr>
        <w:spacing w:after="0" w:line="264" w:lineRule="exact"/>
        <w:ind w:firstLine="0" w:left="0"/>
      </w:pPr>
      <w:r>
        <w:rPr>
          <w:rFonts w:ascii="EB Garamond" w:hAnsi="EB Garamond" w:eastAsia="EB Garamond"/>
          <w:sz w:val="22"/>
        </w:rPr>
        <w:t>He smiled.</w:t>
      </w:r>
    </w:p>
    <w:p>
      <w:pPr>
        <w:spacing w:after="0" w:line="264" w:lineRule="exact"/>
        <w:ind w:firstLine="0" w:left="0"/>
      </w:pPr>
      <w:r>
        <w:rPr>
          <w:rFonts w:ascii="EB Garamond" w:hAnsi="EB Garamond" w:eastAsia="EB Garamond"/>
          <w:sz w:val="22"/>
        </w:rPr>
        <w:t>Then looked nervous again.</w:t>
      </w:r>
    </w:p>
    <w:p>
      <w:pPr>
        <w:spacing w:after="0" w:line="264" w:lineRule="exact"/>
        <w:ind w:firstLine="0" w:left="0"/>
      </w:pPr>
      <w:r>
        <w:rPr>
          <w:rFonts w:ascii="EB Garamond" w:hAnsi="EB Garamond" w:eastAsia="EB Garamond"/>
          <w:sz w:val="22"/>
        </w:rPr>
        <w:t>“I like you.”</w:t>
      </w:r>
    </w:p>
    <w:p>
      <w:pPr>
        <w:spacing w:after="0" w:line="264" w:lineRule="exact"/>
        <w:ind w:firstLine="0" w:left="0"/>
      </w:pPr>
      <w:r>
        <w:rPr>
          <w:rFonts w:ascii="EB Garamond" w:hAnsi="EB Garamond" w:eastAsia="EB Garamond"/>
          <w:sz w:val="22"/>
        </w:rPr>
        <w:t>Her stomach flipped.</w:t>
      </w:r>
    </w:p>
    <w:p>
      <w:pPr>
        <w:spacing w:after="0" w:line="264" w:lineRule="exact"/>
        <w:ind w:firstLine="0" w:left="0"/>
      </w:pPr>
      <w:r>
        <w:rPr>
          <w:rFonts w:ascii="EB Garamond" w:hAnsi="EB Garamond" w:eastAsia="EB Garamond"/>
          <w:sz w:val="22"/>
        </w:rPr>
        <w:t>“I like you too.”</w:t>
      </w:r>
    </w:p>
    <w:p>
      <w:pPr>
        <w:spacing w:after="0" w:line="264" w:lineRule="exact"/>
        <w:ind w:firstLine="0" w:left="0"/>
      </w:pPr>
      <w:r>
        <w:rPr>
          <w:rFonts w:ascii="EB Garamond" w:hAnsi="EB Garamond" w:eastAsia="EB Garamond"/>
          <w:sz w:val="22"/>
        </w:rPr>
        <w:t>“And I don’t really want to…”</w:t>
      </w:r>
    </w:p>
    <w:p>
      <w:pPr>
        <w:spacing w:after="0" w:line="264" w:lineRule="exact"/>
        <w:ind w:firstLine="0" w:left="0"/>
      </w:pPr>
      <w:r>
        <w:rPr>
          <w:rFonts w:ascii="EB Garamond" w:hAnsi="EB Garamond" w:eastAsia="EB Garamond"/>
          <w:sz w:val="22"/>
        </w:rPr>
        <w:t>He paused.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Elsie smiled.</w:t>
      </w:r>
    </w:p>
    <w:p>
      <w:pPr>
        <w:spacing w:after="0" w:line="264" w:lineRule="exact"/>
        <w:ind w:firstLine="0" w:left="0"/>
      </w:pPr>
      <w:r>
        <w:rPr>
          <w:rFonts w:ascii="EB Garamond" w:hAnsi="EB Garamond" w:eastAsia="EB Garamond"/>
          <w:sz w:val="22"/>
        </w:rPr>
        <w:t>He pointed at her.</w:t>
      </w:r>
    </w:p>
    <w:p>
      <w:pPr>
        <w:spacing w:after="0" w:line="264" w:lineRule="exact"/>
        <w:ind w:firstLine="0" w:left="0"/>
      </w:pPr>
      <w:r>
        <w:rPr>
          <w:rFonts w:ascii="EB Garamond" w:hAnsi="EB Garamond" w:eastAsia="EB Garamond"/>
          <w:sz w:val="22"/>
        </w:rPr>
        <w:t>“Don’t.”</w:t>
      </w:r>
    </w:p>
    <w:p>
      <w:pPr>
        <w:spacing w:after="0" w:line="264" w:lineRule="exact"/>
        <w:ind w:firstLine="0" w:left="0"/>
      </w:pPr>
      <w:r>
        <w:rPr>
          <w:rFonts w:ascii="EB Garamond" w:hAnsi="EB Garamond" w:eastAsia="EB Garamond"/>
          <w:sz w:val="22"/>
        </w:rPr>
        <w:t>“I didn’t say anything.”</w:t>
      </w:r>
    </w:p>
    <w:p>
      <w:pPr>
        <w:spacing w:after="0" w:line="264" w:lineRule="exact"/>
        <w:ind w:firstLine="0" w:left="0"/>
      </w:pPr>
      <w:r>
        <w:rPr>
          <w:rFonts w:ascii="EB Garamond" w:hAnsi="EB Garamond" w:eastAsia="EB Garamond"/>
          <w:sz w:val="22"/>
        </w:rPr>
        <w:t>“You did the face.”</w:t>
      </w:r>
    </w:p>
    <w:p>
      <w:pPr>
        <w:spacing w:after="0" w:line="264" w:lineRule="exact"/>
        <w:ind w:firstLine="0" w:left="0"/>
      </w:pPr>
      <w:r>
        <w:rPr>
          <w:rFonts w:ascii="EB Garamond" w:hAnsi="EB Garamond" w:eastAsia="EB Garamond"/>
          <w:sz w:val="22"/>
        </w:rPr>
        <w:t>Everyone was stealing her lines now.</w:t>
      </w:r>
    </w:p>
    <w:p>
      <w:pPr>
        <w:spacing w:after="0" w:line="264" w:lineRule="exact"/>
        <w:ind w:firstLine="0" w:left="0"/>
      </w:pPr>
      <w:r>
        <w:rPr>
          <w:rFonts w:ascii="EB Garamond" w:hAnsi="EB Garamond" w:eastAsia="EB Garamond"/>
          <w:sz w:val="22"/>
        </w:rPr>
        <w:t>Mason continued.</w:t>
      </w:r>
    </w:p>
    <w:p>
      <w:pPr>
        <w:spacing w:after="0" w:line="264" w:lineRule="exact"/>
        <w:ind w:firstLine="0" w:left="0"/>
      </w:pPr>
      <w:r>
        <w:rPr>
          <w:rFonts w:ascii="EB Garamond" w:hAnsi="EB Garamond" w:eastAsia="EB Garamond"/>
          <w:sz w:val="22"/>
        </w:rPr>
        <w:t>“I don’t want to do that thing where we hang out and kiss and everybody knows we’re together except us.”</w:t>
      </w:r>
    </w:p>
    <w:p>
      <w:pPr>
        <w:spacing w:after="0" w:line="264" w:lineRule="exact"/>
        <w:ind w:firstLine="0" w:left="0"/>
      </w:pPr>
      <w:r>
        <w:rPr>
          <w:rFonts w:ascii="EB Garamond" w:hAnsi="EB Garamond" w:eastAsia="EB Garamond"/>
          <w:sz w:val="22"/>
        </w:rPr>
        <w:t>Elsie’s heart started beating faster.</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“But I also don’t want to make it weird.”</w:t>
      </w:r>
    </w:p>
    <w:p>
      <w:pPr>
        <w:spacing w:after="0" w:line="264" w:lineRule="exact"/>
        <w:ind w:firstLine="0" w:left="0"/>
      </w:pPr>
      <w:r>
        <w:rPr>
          <w:rFonts w:ascii="EB Garamond" w:hAnsi="EB Garamond" w:eastAsia="EB Garamond"/>
          <w:sz w:val="22"/>
        </w:rPr>
        <w:t>“It got weird when you said boyfriend.”</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“Pretty efficient.”</w:t>
      </w:r>
    </w:p>
    <w:p>
      <w:pPr>
        <w:spacing w:after="0" w:line="264" w:lineRule="exact"/>
        <w:ind w:firstLine="0" w:left="0"/>
      </w:pPr>
      <w:r>
        <w:rPr>
          <w:rFonts w:ascii="EB Garamond" w:hAnsi="EB Garamond" w:eastAsia="EB Garamond"/>
          <w:sz w:val="22"/>
        </w:rPr>
        <w:t>“Thank you.”</w:t>
      </w:r>
    </w:p>
    <w:p>
      <w:pPr>
        <w:spacing w:after="0" w:line="264" w:lineRule="exact"/>
        <w:ind w:firstLine="0" w:left="0"/>
      </w:pPr>
      <w:r>
        <w:rPr>
          <w:rFonts w:ascii="EB Garamond" w:hAnsi="EB Garamond" w:eastAsia="EB Garamond"/>
          <w:sz w:val="22"/>
        </w:rPr>
        <w:t>She smiled.</w:t>
      </w:r>
    </w:p>
    <w:p>
      <w:pPr>
        <w:spacing w:after="0" w:line="264" w:lineRule="exact"/>
        <w:ind w:firstLine="0" w:left="0"/>
      </w:pPr>
      <w:r>
        <w:rPr>
          <w:rFonts w:ascii="EB Garamond" w:hAnsi="EB Garamond" w:eastAsia="EB Garamond"/>
          <w:sz w:val="22"/>
        </w:rPr>
        <w:t>He looked at her.</w:t>
      </w:r>
    </w:p>
    <w:p>
      <w:pPr>
        <w:spacing w:after="0" w:line="264" w:lineRule="exact"/>
        <w:ind w:firstLine="0" w:left="0"/>
      </w:pPr>
      <w:r>
        <w:rPr>
          <w:rFonts w:ascii="EB Garamond" w:hAnsi="EB Garamond" w:eastAsia="EB Garamond"/>
          <w:sz w:val="22"/>
        </w:rPr>
        <w:t>“So?”</w:t>
      </w:r>
    </w:p>
    <w:p>
      <w:pPr>
        <w:spacing w:after="0" w:line="264" w:lineRule="exact"/>
        <w:ind w:firstLine="0" w:left="0"/>
      </w:pPr>
      <w:r>
        <w:rPr>
          <w:rFonts w:ascii="EB Garamond" w:hAnsi="EB Garamond" w:eastAsia="EB Garamond"/>
          <w:sz w:val="22"/>
        </w:rPr>
        <w:t>“So what?”</w:t>
      </w:r>
    </w:p>
    <w:p>
      <w:pPr>
        <w:spacing w:after="0" w:line="264" w:lineRule="exact"/>
        <w:ind w:firstLine="0" w:left="0"/>
      </w:pPr>
      <w:r>
        <w:rPr>
          <w:rFonts w:ascii="EB Garamond" w:hAnsi="EB Garamond" w:eastAsia="EB Garamond"/>
          <w:sz w:val="22"/>
        </w:rPr>
        <w:t>“Would you want me to be?”</w:t>
      </w:r>
    </w:p>
    <w:p>
      <w:pPr>
        <w:spacing w:after="0" w:line="264" w:lineRule="exact"/>
        <w:ind w:firstLine="0" w:left="0"/>
      </w:pPr>
      <w:r>
        <w:rPr>
          <w:rFonts w:ascii="EB Garamond" w:hAnsi="EB Garamond" w:eastAsia="EB Garamond"/>
          <w:sz w:val="22"/>
        </w:rPr>
        <w:t>Elsie’s brain, which had spent approximately a year imagining Mason liking her, apparently had no prepared response for Mason actually liking her.</w:t>
      </w:r>
    </w:p>
    <w:p>
      <w:pPr>
        <w:spacing w:after="0" w:line="264" w:lineRule="exact"/>
        <w:ind w:firstLine="0" w:left="0"/>
      </w:pPr>
      <w:r>
        <w:rPr>
          <w:rFonts w:ascii="EB Garamond" w:hAnsi="EB Garamond" w:eastAsia="EB Garamond"/>
          <w:sz w:val="22"/>
        </w:rPr>
        <w:t>“Your boyfriend,” he clarified.</w:t>
      </w:r>
    </w:p>
    <w:p>
      <w:pPr>
        <w:spacing w:after="0" w:line="264" w:lineRule="exact"/>
        <w:ind w:firstLine="0" w:left="0"/>
      </w:pPr>
      <w:r>
        <w:rPr>
          <w:rFonts w:ascii="EB Garamond" w:hAnsi="EB Garamond" w:eastAsia="EB Garamond"/>
          <w:sz w:val="22"/>
        </w:rPr>
        <w:t>“I knew what you meant.”</w:t>
      </w:r>
    </w:p>
    <w:p>
      <w:pPr>
        <w:spacing w:after="0" w:line="264" w:lineRule="exact"/>
        <w:ind w:firstLine="0" w:left="0"/>
      </w:pPr>
      <w:r>
        <w:rPr>
          <w:rFonts w:ascii="EB Garamond" w:hAnsi="EB Garamond" w:eastAsia="EB Garamond"/>
          <w:sz w:val="22"/>
        </w:rPr>
        <w:t>“Just checking.”</w:t>
      </w:r>
    </w:p>
    <w:p>
      <w:pPr>
        <w:spacing w:after="0" w:line="264" w:lineRule="exact"/>
        <w:ind w:firstLine="0" w:left="0"/>
      </w:pPr>
      <w:r>
        <w:rPr>
          <w:rFonts w:ascii="EB Garamond" w:hAnsi="EB Garamond" w:eastAsia="EB Garamond"/>
          <w:sz w:val="22"/>
        </w:rPr>
        <w:t>Elsie smiled.</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Mason smiled.</w:t>
      </w:r>
    </w:p>
    <w:p>
      <w:pPr>
        <w:spacing w:after="0" w:line="264" w:lineRule="exact"/>
        <w:ind w:firstLine="0" w:left="0"/>
      </w:pPr>
      <w:r>
        <w:rPr>
          <w:rFonts w:ascii="EB Garamond" w:hAnsi="EB Garamond" w:eastAsia="EB Garamond"/>
          <w:sz w:val="22"/>
        </w:rPr>
        <w:t>There was something ridiculously sweet about how relieved he looked.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He leaned down and kissed her.</w:t>
      </w:r>
    </w:p>
    <w:p>
      <w:pPr>
        <w:spacing w:after="0" w:line="264" w:lineRule="exact"/>
        <w:ind w:firstLine="0" w:left="0"/>
      </w:pPr>
      <w:r>
        <w:rPr>
          <w:rFonts w:ascii="EB Garamond" w:hAnsi="EB Garamond" w:eastAsia="EB Garamond"/>
          <w:sz w:val="22"/>
        </w:rPr>
        <w:t>Quick.</w:t>
      </w:r>
    </w:p>
    <w:p>
      <w:pPr>
        <w:spacing w:after="0" w:line="264" w:lineRule="exact"/>
        <w:ind w:firstLine="0" w:left="0"/>
      </w:pPr>
      <w:r>
        <w:rPr>
          <w:rFonts w:ascii="EB Garamond" w:hAnsi="EB Garamond" w:eastAsia="EB Garamond"/>
          <w:sz w:val="22"/>
        </w:rPr>
        <w:t>Familiar enough now that neither of them attacked the other’s nose.</w:t>
      </w:r>
    </w:p>
    <w:p>
      <w:pPr>
        <w:spacing w:after="0" w:line="264" w:lineRule="exact"/>
        <w:ind w:firstLine="0" w:left="0"/>
      </w:pPr>
      <w:r>
        <w:rPr>
          <w:rFonts w:ascii="EB Garamond" w:hAnsi="EB Garamond" w:eastAsia="EB Garamond"/>
          <w:sz w:val="22"/>
        </w:rPr>
        <w:t>Progress.</w:t>
      </w:r>
    </w:p>
    <w:p>
      <w:pPr>
        <w:spacing w:after="0" w:line="264" w:lineRule="exact"/>
        <w:ind w:firstLine="0" w:left="0"/>
      </w:pPr>
      <w:r>
        <w:rPr>
          <w:rFonts w:ascii="EB Garamond" w:hAnsi="EB Garamond" w:eastAsia="EB Garamond"/>
          <w:sz w:val="22"/>
        </w:rPr>
        <w:t>When he pulled back, Elsie smiled.</w:t>
      </w:r>
    </w:p>
    <w:p>
      <w:pPr>
        <w:spacing w:after="0" w:line="264" w:lineRule="exact"/>
        <w:ind w:firstLine="0" w:left="0"/>
      </w:pPr>
      <w:r>
        <w:rPr>
          <w:rFonts w:ascii="EB Garamond" w:hAnsi="EB Garamond" w:eastAsia="EB Garamond"/>
          <w:sz w:val="22"/>
        </w:rPr>
        <w:t>“So now what?”</w:t>
      </w:r>
    </w:p>
    <w:p>
      <w:pPr>
        <w:spacing w:after="0" w:line="264" w:lineRule="exact"/>
        <w:ind w:firstLine="0" w:left="0"/>
      </w:pPr>
      <w:r>
        <w:rPr>
          <w:rFonts w:ascii="EB Garamond" w:hAnsi="EB Garamond" w:eastAsia="EB Garamond"/>
          <w:sz w:val="22"/>
        </w:rPr>
        <w:t>“I think we’re contractually obligated to become unbearable.”</w:t>
      </w:r>
    </w:p>
    <w:p>
      <w:pPr>
        <w:spacing w:after="0" w:line="264" w:lineRule="exact"/>
        <w:ind w:firstLine="0" w:left="0"/>
      </w:pPr>
      <w:r>
        <w:rPr>
          <w:rFonts w:ascii="EB Garamond" w:hAnsi="EB Garamond" w:eastAsia="EB Garamond"/>
          <w:sz w:val="22"/>
        </w:rPr>
        <w:t>“We’re already doing well.”</w:t>
      </w:r>
    </w:p>
    <w:p>
      <w:pPr>
        <w:spacing w:after="0" w:line="264" w:lineRule="exact"/>
        <w:ind w:firstLine="0" w:left="0"/>
      </w:pPr>
      <w:r>
        <w:rPr>
          <w:rFonts w:ascii="EB Garamond" w:hAnsi="EB Garamond" w:eastAsia="EB Garamond"/>
          <w:sz w:val="22"/>
        </w:rPr>
        <w:t>“True.”</w:t>
      </w:r>
    </w:p>
    <w:p>
      <w:pPr>
        <w:spacing w:after="0" w:line="264" w:lineRule="exact"/>
        <w:ind w:firstLine="0" w:left="0"/>
      </w:pPr>
      <w:r>
        <w:rPr>
          <w:rFonts w:ascii="EB Garamond" w:hAnsi="EB Garamond" w:eastAsia="EB Garamond"/>
          <w:sz w:val="22"/>
        </w:rPr>
        <w:t>They started back toward the cafeteria.</w:t>
      </w:r>
    </w:p>
    <w:p>
      <w:pPr>
        <w:spacing w:after="0" w:line="264" w:lineRule="exact"/>
        <w:ind w:firstLine="0" w:left="0"/>
      </w:pPr>
      <w:r>
        <w:rPr>
          <w:rFonts w:ascii="EB Garamond" w:hAnsi="EB Garamond" w:eastAsia="EB Garamond"/>
          <w:sz w:val="22"/>
        </w:rPr>
        <w:t>Then Mason glanced at her.</w:t>
      </w:r>
    </w:p>
    <w:p>
      <w:pPr>
        <w:spacing w:after="0" w:line="264" w:lineRule="exact"/>
        <w:ind w:firstLine="0" w:left="0"/>
      </w:pPr>
      <w:r>
        <w:rPr>
          <w:rFonts w:ascii="EB Garamond" w:hAnsi="EB Garamond" w:eastAsia="EB Garamond"/>
          <w:sz w:val="22"/>
        </w:rPr>
        <w:t>“You okay?”</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“You sure?”</w:t>
      </w:r>
    </w:p>
    <w:p>
      <w:pPr>
        <w:spacing w:after="0" w:line="264" w:lineRule="exact"/>
        <w:ind w:firstLine="0" w:left="0"/>
      </w:pPr>
      <w:r>
        <w:rPr>
          <w:rFonts w:ascii="EB Garamond" w:hAnsi="EB Garamond" w:eastAsia="EB Garamond"/>
          <w:sz w:val="22"/>
        </w:rPr>
        <w:t>“Why?”</w:t>
      </w:r>
    </w:p>
    <w:p>
      <w:pPr>
        <w:spacing w:after="0" w:line="264" w:lineRule="exact"/>
        <w:ind w:firstLine="0" w:left="0"/>
      </w:pPr>
      <w:r>
        <w:rPr>
          <w:rFonts w:ascii="EB Garamond" w:hAnsi="EB Garamond" w:eastAsia="EB Garamond"/>
          <w:sz w:val="22"/>
        </w:rPr>
        <w:t>“You seem distracted.”</w:t>
      </w:r>
    </w:p>
    <w:p>
      <w:pPr>
        <w:spacing w:after="0" w:line="264" w:lineRule="exact"/>
        <w:ind w:firstLine="0" w:left="0"/>
      </w:pPr>
      <w:r>
        <w:rPr>
          <w:rFonts w:ascii="EB Garamond" w:hAnsi="EB Garamond" w:eastAsia="EB Garamond"/>
          <w:sz w:val="22"/>
        </w:rPr>
        <w:t>Maddie.</w:t>
      </w:r>
    </w:p>
    <w:p>
      <w:pPr>
        <w:spacing w:after="0" w:line="264" w:lineRule="exact"/>
        <w:ind w:firstLine="0" w:left="0"/>
      </w:pPr>
      <w:r>
        <w:rPr>
          <w:rFonts w:ascii="EB Garamond" w:hAnsi="EB Garamond" w:eastAsia="EB Garamond"/>
          <w:sz w:val="22"/>
        </w:rPr>
        <w:t>The joke.</w:t>
      </w:r>
    </w:p>
    <w:p>
      <w:pPr>
        <w:spacing w:after="0" w:line="264" w:lineRule="exact"/>
        <w:ind w:firstLine="0" w:left="0"/>
      </w:pPr>
      <w:r>
        <w:rPr>
          <w:rFonts w:ascii="EB Garamond" w:hAnsi="EB Garamond" w:eastAsia="EB Garamond"/>
          <w:i/>
          <w:sz w:val="22"/>
        </w:rPr>
        <w:t>Careful. I have information.</w:t>
      </w:r>
    </w:p>
    <w:p>
      <w:pPr>
        <w:spacing w:after="0" w:line="264" w:lineRule="exact"/>
        <w:ind w:firstLine="0" w:left="0"/>
      </w:pPr>
      <w:r>
        <w:rPr>
          <w:rFonts w:ascii="EB Garamond" w:hAnsi="EB Garamond" w:eastAsia="EB Garamond"/>
          <w:sz w:val="22"/>
        </w:rPr>
        <w:t>Elsie shook her head.</w:t>
      </w:r>
    </w:p>
    <w:p>
      <w:pPr>
        <w:spacing w:after="0" w:line="264" w:lineRule="exact"/>
        <w:ind w:firstLine="0" w:left="0"/>
      </w:pPr>
      <w:r>
        <w:rPr>
          <w:rFonts w:ascii="EB Garamond" w:hAnsi="EB Garamond" w:eastAsia="EB Garamond"/>
          <w:sz w:val="22"/>
        </w:rPr>
        <w:t>“I’m fine.”</w:t>
      </w:r>
    </w:p>
    <w:p>
      <w:pPr>
        <w:spacing w:after="0" w:line="264" w:lineRule="exact"/>
        <w:ind w:firstLine="0" w:left="0"/>
      </w:pPr>
      <w:r>
        <w:rPr>
          <w:rFonts w:ascii="EB Garamond" w:hAnsi="EB Garamond" w:eastAsia="EB Garamond"/>
          <w:sz w:val="22"/>
        </w:rPr>
        <w:t>Fine Number Two.</w:t>
      </w:r>
    </w:p>
    <w:p>
      <w:pPr>
        <w:spacing w:after="0" w:line="264" w:lineRule="exact"/>
        <w:ind w:firstLine="0" w:left="0"/>
      </w:pPr>
      <w:r>
        <w:rPr>
          <w:rFonts w:ascii="EB Garamond" w:hAnsi="EB Garamond" w:eastAsia="EB Garamond"/>
          <w:i/>
          <w:sz w:val="22"/>
        </w:rPr>
        <w:t>Please don’t ask again.</w:t>
      </w:r>
    </w:p>
    <w:p>
      <w:pPr>
        <w:spacing w:after="0" w:line="264" w:lineRule="exact"/>
        <w:ind w:firstLine="0" w:left="0"/>
      </w:pPr>
      <w:r>
        <w:rPr>
          <w:rFonts w:ascii="EB Garamond" w:hAnsi="EB Garamond" w:eastAsia="EB Garamond"/>
          <w:sz w:val="22"/>
        </w:rPr>
        <w:t>Mason didn’t.</w:t>
      </w:r>
    </w:p>
    <w:p>
      <w:pPr>
        <w:spacing w:after="0" w:line="264" w:lineRule="exact"/>
        <w:ind w:firstLine="0" w:left="0"/>
      </w:pPr>
      <w:r>
        <w:rPr>
          <w:rFonts w:ascii="EB Garamond" w:hAnsi="EB Garamond" w:eastAsia="EB Garamond"/>
          <w:sz w:val="22"/>
        </w:rPr>
        <w:t>Elsie wasn’t sure whether she was relieved or disappointed.</w:t>
      </w:r>
    </w:p>
    <w:p>
      <w:pPr>
        <w:spacing w:after="0" w:line="264" w:lineRule="exact"/>
        <w:ind w:firstLine="0" w:left="0"/>
      </w:pPr>
      <w:r>
        <w:rPr>
          <w:rFonts w:ascii="EB Garamond" w:hAnsi="EB Garamond" w:eastAsia="EB Garamond"/>
          <w:sz w:val="22"/>
        </w:rPr>
        <w:t>After school, Maddie didn’t answer her texts.</w:t>
      </w:r>
    </w:p>
    <w:p>
      <w:pPr>
        <w:spacing w:after="0" w:line="264" w:lineRule="exact"/>
        <w:ind w:firstLine="0" w:left="0"/>
      </w:pPr>
      <w:r>
        <w:rPr>
          <w:rFonts w:ascii="EB Garamond" w:hAnsi="EB Garamond" w:eastAsia="EB Garamond"/>
          <w:sz w:val="22"/>
        </w:rPr>
        <w:t>Not unusual.</w:t>
      </w:r>
    </w:p>
    <w:p>
      <w:pPr>
        <w:spacing w:after="0" w:line="264" w:lineRule="exact"/>
        <w:ind w:firstLine="0" w:left="0"/>
      </w:pPr>
      <w:r>
        <w:rPr>
          <w:rFonts w:ascii="EB Garamond" w:hAnsi="EB Garamond" w:eastAsia="EB Garamond"/>
          <w:sz w:val="22"/>
        </w:rPr>
        <w:t>Except now everything felt unusual.</w:t>
      </w:r>
    </w:p>
    <w:p>
      <w:pPr>
        <w:spacing w:after="0" w:line="264" w:lineRule="exact"/>
        <w:ind w:firstLine="0" w:left="0"/>
      </w:pPr>
      <w:r>
        <w:rPr>
          <w:rFonts w:ascii="EB Garamond" w:hAnsi="EB Garamond" w:eastAsia="EB Garamond"/>
          <w:sz w:val="22"/>
        </w:rPr>
        <w:t>Elsie waited twenty minutes.</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hey</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At 4:18:</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 was kidding earlier</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At 4:26:</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about the information thing</w:t>
      </w:r>
    </w:p>
    <w:p>
      <w:pPr>
        <w:spacing w:after="0" w:line="264" w:lineRule="exact"/>
        <w:ind w:firstLine="0" w:left="0"/>
      </w:pPr>
      <w:r>
        <w:rPr>
          <w:rFonts w:ascii="EB Garamond" w:hAnsi="EB Garamond" w:eastAsia="EB Garamond"/>
          <w:sz w:val="22"/>
        </w:rPr>
        <w:t>Three dots appeared.</w:t>
      </w:r>
    </w:p>
    <w:p>
      <w:pPr>
        <w:spacing w:after="0" w:line="264" w:lineRule="exact"/>
        <w:ind w:firstLine="0" w:left="0"/>
      </w:pPr>
      <w:r>
        <w:rPr>
          <w:rFonts w:ascii="EB Garamond" w:hAnsi="EB Garamond" w:eastAsia="EB Garamond"/>
          <w:sz w:val="22"/>
        </w:rPr>
        <w:t>Stopped.</w:t>
      </w:r>
    </w:p>
    <w:p>
      <w:pPr>
        <w:spacing w:after="0" w:line="264" w:lineRule="exact"/>
        <w:ind w:firstLine="0" w:left="0"/>
      </w:pPr>
      <w:r>
        <w:rPr>
          <w:rFonts w:ascii="EB Garamond" w:hAnsi="EB Garamond" w:eastAsia="EB Garamond"/>
          <w:sz w:val="22"/>
        </w:rPr>
        <w:t>Elsie’s stomach tightened.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I know</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are you mad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sz w:val="22"/>
        </w:rPr>
        <w:t>Fine Number Four.</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Elsie called.</w:t>
      </w:r>
    </w:p>
    <w:p>
      <w:pPr>
        <w:spacing w:after="0" w:line="264" w:lineRule="exact"/>
        <w:ind w:firstLine="0" w:left="0"/>
      </w:pPr>
      <w:r>
        <w:rPr>
          <w:rFonts w:ascii="EB Garamond" w:hAnsi="EB Garamond" w:eastAsia="EB Garamond"/>
          <w:sz w:val="22"/>
        </w:rPr>
        <w:t>Maddie declined.</w:t>
      </w:r>
    </w:p>
    <w:p>
      <w:pPr>
        <w:spacing w:after="0" w:line="264" w:lineRule="exact"/>
        <w:ind w:firstLine="0" w:left="0"/>
      </w:pPr>
      <w:r>
        <w:rPr>
          <w:rFonts w:ascii="EB Garamond" w:hAnsi="EB Garamond" w:eastAsia="EB Garamond"/>
          <w:sz w:val="22"/>
        </w:rPr>
        <w:t>Immediately.</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Elsie called again.</w:t>
      </w:r>
    </w:p>
    <w:p>
      <w:pPr>
        <w:spacing w:after="0" w:line="264" w:lineRule="exact"/>
        <w:ind w:firstLine="0" w:left="0"/>
      </w:pPr>
      <w:r>
        <w:rPr>
          <w:rFonts w:ascii="EB Garamond" w:hAnsi="EB Garamond" w:eastAsia="EB Garamond"/>
          <w:sz w:val="22"/>
        </w:rPr>
        <w:t>Declined.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can’t talk rn</w:t>
      </w:r>
    </w:p>
    <w:p>
      <w:pPr>
        <w:spacing w:after="0" w:line="264" w:lineRule="exact"/>
        <w:ind w:firstLine="0" w:left="0"/>
      </w:pPr>
      <w:r>
        <w:rPr>
          <w:rFonts w:ascii="EB Garamond" w:hAnsi="EB Garamond" w:eastAsia="EB Garamond"/>
          <w:sz w:val="22"/>
        </w:rPr>
        <w:t>Elsie stared at the screen.</w:t>
      </w:r>
    </w:p>
    <w:p>
      <w:pPr>
        <w:spacing w:after="0" w:line="264" w:lineRule="exact"/>
        <w:ind w:firstLine="0" w:left="0"/>
      </w:pPr>
      <w:r>
        <w:rPr>
          <w:rFonts w:ascii="EB Garamond" w:hAnsi="EB Garamond" w:eastAsia="EB Garamond"/>
          <w:sz w:val="22"/>
        </w:rPr>
        <w:t>She wanted to fix it.</w:t>
      </w:r>
    </w:p>
    <w:p>
      <w:pPr>
        <w:spacing w:after="0" w:line="264" w:lineRule="exact"/>
        <w:ind w:firstLine="0" w:left="0"/>
      </w:pPr>
      <w:r>
        <w:rPr>
          <w:rFonts w:ascii="EB Garamond" w:hAnsi="EB Garamond" w:eastAsia="EB Garamond"/>
          <w:sz w:val="22"/>
        </w:rPr>
        <w:t>Immediately.</w:t>
      </w:r>
    </w:p>
    <w:p>
      <w:pPr>
        <w:spacing w:after="0" w:line="264" w:lineRule="exact"/>
        <w:ind w:firstLine="0" w:left="0"/>
      </w:pPr>
      <w:r>
        <w:rPr>
          <w:rFonts w:ascii="EB Garamond" w:hAnsi="EB Garamond" w:eastAsia="EB Garamond"/>
          <w:sz w:val="22"/>
        </w:rPr>
        <w:t>Explain.</w:t>
      </w:r>
    </w:p>
    <w:p>
      <w:pPr>
        <w:spacing w:after="0" w:line="264" w:lineRule="exact"/>
        <w:ind w:firstLine="0" w:left="0"/>
      </w:pPr>
      <w:r>
        <w:rPr>
          <w:rFonts w:ascii="EB Garamond" w:hAnsi="EB Garamond" w:eastAsia="EB Garamond"/>
          <w:sz w:val="22"/>
        </w:rPr>
        <w:t>Apologize.</w:t>
      </w:r>
    </w:p>
    <w:p>
      <w:pPr>
        <w:spacing w:after="0" w:line="264" w:lineRule="exact"/>
        <w:ind w:firstLine="0" w:left="0"/>
      </w:pPr>
      <w:r>
        <w:rPr>
          <w:rFonts w:ascii="EB Garamond" w:hAnsi="EB Garamond" w:eastAsia="EB Garamond"/>
          <w:sz w:val="22"/>
        </w:rPr>
        <w:t>Make Maddie tell her everything was okay.</w:t>
      </w:r>
    </w:p>
    <w:p>
      <w:pPr>
        <w:spacing w:after="0" w:line="264" w:lineRule="exact"/>
        <w:ind w:firstLine="0" w:left="0"/>
      </w:pPr>
      <w:r>
        <w:rPr>
          <w:rFonts w:ascii="EB Garamond" w:hAnsi="EB Garamond" w:eastAsia="EB Garamond"/>
          <w:sz w:val="22"/>
        </w:rPr>
        <w:t>Instead she typed: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okay. I’m sorry. I shouldn’t have joked about it.</w:t>
      </w:r>
    </w:p>
    <w:p>
      <w:pPr>
        <w:spacing w:after="0" w:line="264" w:lineRule="exact"/>
        <w:ind w:firstLine="0" w:left="0"/>
      </w:pPr>
      <w:r>
        <w:rPr>
          <w:rFonts w:ascii="EB Garamond" w:hAnsi="EB Garamond" w:eastAsia="EB Garamond"/>
          <w:sz w:val="22"/>
        </w:rPr>
        <w:t>She waited.</w:t>
      </w:r>
    </w:p>
    <w:p>
      <w:pPr>
        <w:spacing w:after="0" w:line="264" w:lineRule="exact"/>
        <w:ind w:firstLine="0" w:left="0"/>
      </w:pPr>
      <w:r>
        <w:rPr>
          <w:rFonts w:ascii="EB Garamond" w:hAnsi="EB Garamond" w:eastAsia="EB Garamond"/>
          <w:sz w:val="22"/>
        </w:rPr>
        <w:t>A minute.</w:t>
      </w:r>
    </w:p>
    <w:p>
      <w:pPr>
        <w:spacing w:after="0" w:line="264" w:lineRule="exact"/>
        <w:ind w:firstLine="0" w:left="0"/>
      </w:pPr>
      <w:r>
        <w:rPr>
          <w:rFonts w:ascii="EB Garamond" w:hAnsi="EB Garamond" w:eastAsia="EB Garamond"/>
          <w:sz w:val="22"/>
        </w:rPr>
        <w:t>Two.</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it’s fine</w:t>
      </w:r>
    </w:p>
    <w:p>
      <w:pPr>
        <w:spacing w:after="0" w:line="264" w:lineRule="exact"/>
        <w:ind w:firstLine="0" w:left="0"/>
      </w:pPr>
      <w:r>
        <w:rPr>
          <w:rFonts w:ascii="EB Garamond" w:hAnsi="EB Garamond" w:eastAsia="EB Garamond"/>
          <w:sz w:val="22"/>
        </w:rPr>
        <w:t>Elsie knew better.</w:t>
      </w:r>
    </w:p>
    <w:p>
      <w:pPr>
        <w:spacing w:after="0" w:line="264" w:lineRule="exact"/>
        <w:ind w:firstLine="0" w:left="0"/>
      </w:pPr>
      <w:r>
        <w:rPr>
          <w:rFonts w:ascii="EB Garamond" w:hAnsi="EB Garamond" w:eastAsia="EB Garamond"/>
          <w:sz w:val="22"/>
        </w:rPr>
        <w:t>But she also knew Maddie had asked her not to make everything about this.</w:t>
      </w:r>
    </w:p>
    <w:p>
      <w:pPr>
        <w:spacing w:after="0" w:line="264" w:lineRule="exact"/>
        <w:ind w:firstLine="0" w:left="0"/>
      </w:pPr>
      <w:r>
        <w:rPr>
          <w:rFonts w:ascii="EB Garamond" w:hAnsi="EB Garamond" w:eastAsia="EB Garamond"/>
          <w:sz w:val="22"/>
        </w:rPr>
        <w:t>So she put the phone down.</w:t>
      </w:r>
    </w:p>
    <w:p>
      <w:pPr>
        <w:spacing w:after="0" w:line="264" w:lineRule="exact"/>
        <w:ind w:firstLine="0" w:left="0"/>
      </w:pPr>
      <w:r>
        <w:rPr>
          <w:rFonts w:ascii="EB Garamond" w:hAnsi="EB Garamond" w:eastAsia="EB Garamond"/>
          <w:sz w:val="22"/>
        </w:rPr>
        <w:t>It was much harder to give someone space when what you really wanted was forgiveness.</w:t>
      </w:r>
    </w:p>
    <w:p>
      <w:pPr>
        <w:spacing w:after="0" w:line="264" w:lineRule="exact"/>
        <w:ind w:firstLine="0" w:left="0"/>
      </w:pPr>
      <w:r>
        <w:rPr>
          <w:rFonts w:ascii="EB Garamond" w:hAnsi="EB Garamond" w:eastAsia="EB Garamond"/>
          <w:sz w:val="22"/>
        </w:rPr>
        <w:t>At 6:42, Maddie called.</w:t>
      </w:r>
    </w:p>
    <w:p>
      <w:pPr>
        <w:spacing w:after="0" w:line="264" w:lineRule="exact"/>
        <w:ind w:firstLine="0" w:left="0"/>
      </w:pPr>
      <w:r>
        <w:rPr>
          <w:rFonts w:ascii="EB Garamond" w:hAnsi="EB Garamond" w:eastAsia="EB Garamond"/>
          <w:sz w:val="22"/>
        </w:rPr>
        <w:t>Elsie answered before the first ring finished.</w:t>
      </w:r>
    </w:p>
    <w:p>
      <w:pPr>
        <w:spacing w:after="0" w:line="264" w:lineRule="exact"/>
        <w:ind w:firstLine="0" w:left="0"/>
      </w:pPr>
      <w:r>
        <w:rPr>
          <w:rFonts w:ascii="EB Garamond" w:hAnsi="EB Garamond" w:eastAsia="EB Garamond"/>
          <w:sz w:val="22"/>
        </w:rPr>
        <w:t>“Hi.”</w:t>
      </w:r>
    </w:p>
    <w:p>
      <w:pPr>
        <w:spacing w:after="0" w:line="264" w:lineRule="exact"/>
        <w:ind w:firstLine="0" w:left="0"/>
      </w:pPr>
      <w:r>
        <w:rPr>
          <w:rFonts w:ascii="EB Garamond" w:hAnsi="EB Garamond" w:eastAsia="EB Garamond"/>
          <w:sz w:val="22"/>
        </w:rPr>
        <w:t>“Hi.”</w:t>
      </w:r>
    </w:p>
    <w:p>
      <w:pPr>
        <w:spacing w:after="0" w:line="264" w:lineRule="exact"/>
        <w:ind w:firstLine="0" w:left="0"/>
      </w:pPr>
      <w:r>
        <w:rPr>
          <w:rFonts w:ascii="EB Garamond" w:hAnsi="EB Garamond" w:eastAsia="EB Garamond"/>
          <w:sz w:val="22"/>
        </w:rPr>
        <w:t>“You okay?”</w:t>
      </w:r>
    </w:p>
    <w:p>
      <w:pPr>
        <w:spacing w:after="0" w:line="264" w:lineRule="exact"/>
        <w:ind w:firstLine="0" w:left="0"/>
      </w:pPr>
      <w:r>
        <w:rPr>
          <w:rFonts w:ascii="EB Garamond" w:hAnsi="EB Garamond" w:eastAsia="EB Garamond"/>
          <w:sz w:val="22"/>
        </w:rPr>
        <w:t>Silence.</w:t>
      </w:r>
    </w:p>
    <w:p>
      <w:pPr>
        <w:spacing w:after="0" w:line="264" w:lineRule="exact"/>
        <w:ind w:firstLine="0" w:left="0"/>
      </w:pPr>
      <w:r>
        <w:rPr>
          <w:rFonts w:ascii="EB Garamond" w:hAnsi="EB Garamond" w:eastAsia="EB Garamond"/>
          <w:sz w:val="22"/>
        </w:rPr>
        <w:t>Elsie closed her eyes.</w:t>
      </w:r>
    </w:p>
    <w:p>
      <w:pPr>
        <w:spacing w:after="0" w:line="264" w:lineRule="exact"/>
        <w:ind w:firstLine="0" w:left="0"/>
      </w:pPr>
      <w:r>
        <w:rPr>
          <w:rFonts w:ascii="EB Garamond" w:hAnsi="EB Garamond" w:eastAsia="EB Garamond"/>
          <w:sz w:val="22"/>
        </w:rPr>
        <w:t>“Sorry.”</w:t>
      </w:r>
    </w:p>
    <w:p>
      <w:pPr>
        <w:spacing w:after="0" w:line="264" w:lineRule="exact"/>
        <w:ind w:firstLine="0" w:left="0"/>
      </w:pPr>
      <w:r>
        <w:rPr>
          <w:rFonts w:ascii="EB Garamond" w:hAnsi="EB Garamond" w:eastAsia="EB Garamond"/>
          <w:sz w:val="22"/>
        </w:rPr>
        <w:t>“It’s okay.”</w:t>
      </w:r>
    </w:p>
    <w:p>
      <w:pPr>
        <w:spacing w:after="0" w:line="264" w:lineRule="exact"/>
        <w:ind w:firstLine="0" w:left="0"/>
      </w:pPr>
      <w:r>
        <w:rPr>
          <w:rFonts w:ascii="EB Garamond" w:hAnsi="EB Garamond" w:eastAsia="EB Garamond"/>
          <w:sz w:val="22"/>
        </w:rPr>
        <w:t>It wasn’t.</w:t>
      </w:r>
    </w:p>
    <w:p>
      <w:pPr>
        <w:spacing w:after="0" w:line="264" w:lineRule="exact"/>
        <w:ind w:firstLine="0" w:left="0"/>
      </w:pPr>
      <w:r>
        <w:rPr>
          <w:rFonts w:ascii="EB Garamond" w:hAnsi="EB Garamond" w:eastAsia="EB Garamond"/>
          <w:sz w:val="22"/>
        </w:rPr>
        <w:t>Elsie knew that.</w:t>
      </w:r>
    </w:p>
    <w:p>
      <w:pPr>
        <w:spacing w:after="0" w:line="264" w:lineRule="exact"/>
        <w:ind w:firstLine="0" w:left="0"/>
      </w:pPr>
      <w:r>
        <w:rPr>
          <w:rFonts w:ascii="EB Garamond" w:hAnsi="EB Garamond" w:eastAsia="EB Garamond"/>
          <w:sz w:val="22"/>
        </w:rPr>
        <w:t>So she waited.</w:t>
      </w:r>
    </w:p>
    <w:p>
      <w:pPr>
        <w:spacing w:after="0" w:line="264" w:lineRule="exact"/>
        <w:ind w:firstLine="0" w:left="0"/>
      </w:pPr>
      <w:r>
        <w:rPr>
          <w:rFonts w:ascii="EB Garamond" w:hAnsi="EB Garamond" w:eastAsia="EB Garamond"/>
          <w:sz w:val="22"/>
        </w:rPr>
        <w:t>Eventually Maddie said, “He took the couch.”</w:t>
      </w:r>
    </w:p>
    <w:p>
      <w:pPr>
        <w:spacing w:after="0" w:line="264" w:lineRule="exact"/>
        <w:ind w:firstLine="0" w:left="0"/>
      </w:pPr>
      <w:r>
        <w:rPr>
          <w:rFonts w:ascii="EB Garamond" w:hAnsi="EB Garamond" w:eastAsia="EB Garamond"/>
          <w:sz w:val="22"/>
        </w:rPr>
        <w:t>Elsie sat up.</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“My dad.”</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“And the TV from the basement.”</w:t>
      </w:r>
    </w:p>
    <w:p>
      <w:pPr>
        <w:spacing w:after="0" w:line="264" w:lineRule="exact"/>
        <w:ind w:firstLine="0" w:left="0"/>
      </w:pPr>
      <w:r>
        <w:rPr>
          <w:rFonts w:ascii="EB Garamond" w:hAnsi="EB Garamond" w:eastAsia="EB Garamond"/>
          <w:sz w:val="22"/>
        </w:rPr>
        <w:t>Elsie didn’t know what to say.</w:t>
      </w:r>
    </w:p>
    <w:p>
      <w:pPr>
        <w:spacing w:after="0" w:line="264" w:lineRule="exact"/>
        <w:ind w:firstLine="0" w:left="0"/>
      </w:pPr>
      <w:r>
        <w:rPr>
          <w:rFonts w:ascii="EB Garamond" w:hAnsi="EB Garamond" w:eastAsia="EB Garamond"/>
          <w:sz w:val="22"/>
        </w:rPr>
        <w:t>Apparently Maddie didn’t either.</w:t>
      </w:r>
    </w:p>
    <w:p>
      <w:pPr>
        <w:spacing w:after="0" w:line="264" w:lineRule="exact"/>
        <w:ind w:firstLine="0" w:left="0"/>
      </w:pPr>
      <w:r>
        <w:rPr>
          <w:rFonts w:ascii="EB Garamond" w:hAnsi="EB Garamond" w:eastAsia="EB Garamond"/>
          <w:sz w:val="22"/>
        </w:rPr>
        <w:t>“He left the ugly chair,” Maddie said.</w:t>
      </w:r>
    </w:p>
    <w:p>
      <w:pPr>
        <w:spacing w:after="0" w:line="264" w:lineRule="exact"/>
        <w:ind w:firstLine="0" w:left="0"/>
      </w:pPr>
      <w:r>
        <w:rPr>
          <w:rFonts w:ascii="EB Garamond" w:hAnsi="EB Garamond" w:eastAsia="EB Garamond"/>
          <w:sz w:val="22"/>
        </w:rPr>
        <w:t>“The brown one?”</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“That thing is disgusting.”</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Another silence.</w:t>
      </w:r>
    </w:p>
    <w:p>
      <w:pPr>
        <w:spacing w:after="0" w:line="264" w:lineRule="exact"/>
        <w:ind w:firstLine="0" w:left="0"/>
      </w:pPr>
      <w:r>
        <w:rPr>
          <w:rFonts w:ascii="EB Garamond" w:hAnsi="EB Garamond" w:eastAsia="EB Garamond"/>
          <w:sz w:val="22"/>
        </w:rPr>
        <w:t>Then Maddie laughed.</w:t>
      </w:r>
    </w:p>
    <w:p>
      <w:pPr>
        <w:spacing w:after="0" w:line="264" w:lineRule="exact"/>
        <w:ind w:firstLine="0" w:left="0"/>
      </w:pPr>
      <w:r>
        <w:rPr>
          <w:rFonts w:ascii="EB Garamond" w:hAnsi="EB Garamond" w:eastAsia="EB Garamond"/>
          <w:sz w:val="22"/>
        </w:rPr>
        <w:t>Barely.</w:t>
      </w:r>
    </w:p>
    <w:p>
      <w:pPr>
        <w:spacing w:after="0" w:line="264" w:lineRule="exact"/>
        <w:ind w:firstLine="0" w:left="0"/>
      </w:pPr>
      <w:r>
        <w:rPr>
          <w:rFonts w:ascii="EB Garamond" w:hAnsi="EB Garamond" w:eastAsia="EB Garamond"/>
          <w:sz w:val="22"/>
        </w:rPr>
        <w:t>Elsie smiled.</w:t>
      </w:r>
    </w:p>
    <w:p>
      <w:pPr>
        <w:spacing w:after="0" w:line="264" w:lineRule="exact"/>
        <w:ind w:firstLine="0" w:left="0"/>
      </w:pPr>
      <w:r>
        <w:rPr>
          <w:rFonts w:ascii="EB Garamond" w:hAnsi="EB Garamond" w:eastAsia="EB Garamond"/>
          <w:sz w:val="22"/>
        </w:rPr>
        <w:t>“Maybe he didn’t have room.”</w:t>
      </w:r>
    </w:p>
    <w:p>
      <w:pPr>
        <w:spacing w:after="0" w:line="264" w:lineRule="exact"/>
        <w:ind w:firstLine="0" w:left="0"/>
      </w:pPr>
      <w:r>
        <w:rPr>
          <w:rFonts w:ascii="EB Garamond" w:hAnsi="EB Garamond" w:eastAsia="EB Garamond"/>
          <w:sz w:val="22"/>
        </w:rPr>
        <w:t>“He has an apartment.”</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“How does somebody live in your house Friday and then have an apartment Saturday?”</w:t>
      </w:r>
    </w:p>
    <w:p>
      <w:pPr>
        <w:spacing w:after="0" w:line="264" w:lineRule="exact"/>
        <w:ind w:firstLine="0" w:left="0"/>
      </w:pPr>
      <w:r>
        <w:rPr>
          <w:rFonts w:ascii="EB Garamond" w:hAnsi="EB Garamond" w:eastAsia="EB Garamond"/>
          <w:sz w:val="22"/>
        </w:rPr>
        <w:t>Elsie’s smile disappeared.</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“My mom keeps saying they’ve been talking about it.”</w:t>
      </w:r>
    </w:p>
    <w:p>
      <w:pPr>
        <w:spacing w:after="0" w:line="264" w:lineRule="exact"/>
        <w:ind w:firstLine="0" w:left="0"/>
      </w:pPr>
      <w:r>
        <w:rPr>
          <w:rFonts w:ascii="EB Garamond" w:hAnsi="EB Garamond" w:eastAsia="EB Garamond"/>
          <w:sz w:val="22"/>
        </w:rPr>
        <w:t>Maddie’s voice changed.</w:t>
      </w:r>
    </w:p>
    <w:p>
      <w:pPr>
        <w:spacing w:after="0" w:line="264" w:lineRule="exact"/>
        <w:ind w:firstLine="0" w:left="0"/>
      </w:pPr>
      <w:r>
        <w:rPr>
          <w:rFonts w:ascii="EB Garamond" w:hAnsi="EB Garamond" w:eastAsia="EB Garamond"/>
          <w:sz w:val="22"/>
        </w:rPr>
        <w:t>Quieter.</w:t>
      </w:r>
    </w:p>
    <w:p>
      <w:pPr>
        <w:spacing w:after="0" w:line="264" w:lineRule="exact"/>
        <w:ind w:firstLine="0" w:left="0"/>
      </w:pPr>
      <w:r>
        <w:rPr>
          <w:rFonts w:ascii="EB Garamond" w:hAnsi="EB Garamond" w:eastAsia="EB Garamond"/>
          <w:sz w:val="22"/>
        </w:rPr>
        <w:t>“Like that makes it better.”</w:t>
      </w:r>
    </w:p>
    <w:p>
      <w:pPr>
        <w:spacing w:after="0" w:line="264" w:lineRule="exact"/>
        <w:ind w:firstLine="0" w:left="0"/>
      </w:pPr>
      <w:r>
        <w:rPr>
          <w:rFonts w:ascii="EB Garamond" w:hAnsi="EB Garamond" w:eastAsia="EB Garamond"/>
          <w:sz w:val="22"/>
        </w:rPr>
        <w:t>Elsie stayed silent.</w:t>
      </w:r>
    </w:p>
    <w:p>
      <w:pPr>
        <w:spacing w:after="0" w:line="264" w:lineRule="exact"/>
        <w:ind w:firstLine="0" w:left="0"/>
      </w:pPr>
      <w:r>
        <w:rPr>
          <w:rFonts w:ascii="EB Garamond" w:hAnsi="EB Garamond" w:eastAsia="EB Garamond"/>
          <w:sz w:val="22"/>
        </w:rPr>
        <w:t>“She cried in the laundry room Saturday.”</w:t>
      </w:r>
    </w:p>
    <w:p>
      <w:pPr>
        <w:spacing w:after="0" w:line="264" w:lineRule="exact"/>
        <w:ind w:firstLine="0" w:left="0"/>
      </w:pPr>
      <w:r>
        <w:rPr>
          <w:rFonts w:ascii="EB Garamond" w:hAnsi="EB Garamond" w:eastAsia="EB Garamond"/>
          <w:sz w:val="22"/>
        </w:rPr>
        <w:t>Elsie knew.</w:t>
      </w:r>
    </w:p>
    <w:p>
      <w:pPr>
        <w:spacing w:after="0" w:line="264" w:lineRule="exact"/>
        <w:ind w:firstLine="0" w:left="0"/>
      </w:pPr>
      <w:r>
        <w:rPr>
          <w:rFonts w:ascii="EB Garamond" w:hAnsi="EB Garamond" w:eastAsia="EB Garamond"/>
          <w:sz w:val="22"/>
        </w:rPr>
        <w:t>Hearing it out loud was different.</w:t>
      </w:r>
    </w:p>
    <w:p>
      <w:pPr>
        <w:spacing w:after="0" w:line="264" w:lineRule="exact"/>
        <w:ind w:firstLine="0" w:left="0"/>
      </w:pPr>
      <w:r>
        <w:rPr>
          <w:rFonts w:ascii="EB Garamond" w:hAnsi="EB Garamond" w:eastAsia="EB Garamond"/>
          <w:sz w:val="22"/>
        </w:rPr>
        <w:t>“I didn’t know what to do.”</w:t>
      </w:r>
    </w:p>
    <w:p>
      <w:pPr>
        <w:spacing w:after="0" w:line="264" w:lineRule="exact"/>
        <w:ind w:firstLine="0" w:left="0"/>
      </w:pPr>
      <w:r>
        <w:rPr>
          <w:rFonts w:ascii="EB Garamond" w:hAnsi="EB Garamond" w:eastAsia="EB Garamond"/>
          <w:sz w:val="22"/>
        </w:rPr>
        <w:t>“You didn’t have to do anything.”</w:t>
      </w:r>
    </w:p>
    <w:p>
      <w:pPr>
        <w:spacing w:after="0" w:line="264" w:lineRule="exact"/>
        <w:ind w:firstLine="0" w:left="0"/>
      </w:pPr>
      <w:r>
        <w:rPr>
          <w:rFonts w:ascii="EB Garamond" w:hAnsi="EB Garamond" w:eastAsia="EB Garamond"/>
          <w:sz w:val="22"/>
        </w:rPr>
        <w:t>“I just stood there.”</w:t>
      </w:r>
    </w:p>
    <w:p>
      <w:pPr>
        <w:spacing w:after="0" w:line="264" w:lineRule="exact"/>
        <w:ind w:firstLine="0" w:left="0"/>
      </w:pPr>
      <w:r>
        <w:rPr>
          <w:rFonts w:ascii="EB Garamond" w:hAnsi="EB Garamond" w:eastAsia="EB Garamond"/>
          <w:sz w:val="22"/>
        </w:rPr>
        <w:t>“Maddie.”</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“You’re sixteen.”</w:t>
      </w:r>
    </w:p>
    <w:p>
      <w:pPr>
        <w:spacing w:after="0" w:line="264" w:lineRule="exact"/>
        <w:ind w:firstLine="0" w:left="0"/>
      </w:pPr>
      <w:r>
        <w:rPr>
          <w:rFonts w:ascii="EB Garamond" w:hAnsi="EB Garamond" w:eastAsia="EB Garamond"/>
          <w:sz w:val="22"/>
        </w:rPr>
        <w:t>“So?”</w:t>
      </w:r>
    </w:p>
    <w:p>
      <w:pPr>
        <w:spacing w:after="0" w:line="264" w:lineRule="exact"/>
        <w:ind w:firstLine="0" w:left="0"/>
      </w:pPr>
      <w:r>
        <w:rPr>
          <w:rFonts w:ascii="EB Garamond" w:hAnsi="EB Garamond" w:eastAsia="EB Garamond"/>
          <w:sz w:val="22"/>
        </w:rPr>
        <w:t>“So maybe your mom crying isn’t a problem you’re supposed to know how to fix.”</w:t>
      </w:r>
    </w:p>
    <w:p>
      <w:pPr>
        <w:spacing w:after="0" w:line="264" w:lineRule="exact"/>
        <w:ind w:firstLine="0" w:left="0"/>
      </w:pPr>
      <w:r>
        <w:rPr>
          <w:rFonts w:ascii="EB Garamond" w:hAnsi="EB Garamond" w:eastAsia="EB Garamond"/>
          <w:sz w:val="22"/>
        </w:rPr>
        <w:t>Maddie didn’t answer.</w:t>
      </w:r>
    </w:p>
    <w:p>
      <w:pPr>
        <w:spacing w:after="0" w:line="264" w:lineRule="exact"/>
        <w:ind w:firstLine="0" w:left="0"/>
      </w:pPr>
      <w:r>
        <w:rPr>
          <w:rFonts w:ascii="EB Garamond" w:hAnsi="EB Garamond" w:eastAsia="EB Garamond"/>
          <w:sz w:val="22"/>
        </w:rPr>
        <w:t>Elsie immediately worried she’d said the wrong thing.</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“She barely got out of bed yesterday.”</w:t>
      </w:r>
    </w:p>
    <w:p>
      <w:pPr>
        <w:spacing w:after="0" w:line="264" w:lineRule="exact"/>
        <w:ind w:firstLine="0" w:left="0"/>
      </w:pPr>
      <w:r>
        <w:rPr>
          <w:rFonts w:ascii="EB Garamond" w:hAnsi="EB Garamond" w:eastAsia="EB Garamond"/>
          <w:sz w:val="22"/>
        </w:rPr>
        <w:t>Elsie sat straighter.</w:t>
      </w:r>
    </w:p>
    <w:p>
      <w:pPr>
        <w:spacing w:after="0" w:line="264" w:lineRule="exact"/>
        <w:ind w:firstLine="0" w:left="0"/>
      </w:pPr>
      <w:r>
        <w:rPr>
          <w:rFonts w:ascii="EB Garamond" w:hAnsi="EB Garamond" w:eastAsia="EB Garamond"/>
          <w:sz w:val="22"/>
        </w:rPr>
        <w:t>“Is she okay?”</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There it was.</w:t>
      </w:r>
    </w:p>
    <w:p>
      <w:pPr>
        <w:spacing w:after="0" w:line="264" w:lineRule="exact"/>
        <w:ind w:firstLine="0" w:left="0"/>
      </w:pPr>
      <w:r>
        <w:rPr>
          <w:rFonts w:ascii="EB Garamond" w:hAnsi="EB Garamond" w:eastAsia="EB Garamond"/>
          <w:sz w:val="22"/>
        </w:rPr>
        <w:t>Different this time.</w:t>
      </w:r>
    </w:p>
    <w:p>
      <w:pPr>
        <w:spacing w:after="0" w:line="264" w:lineRule="exact"/>
        <w:ind w:firstLine="0" w:left="0"/>
      </w:pPr>
      <w:r>
        <w:rPr>
          <w:rFonts w:ascii="EB Garamond" w:hAnsi="EB Garamond" w:eastAsia="EB Garamond"/>
          <w:sz w:val="22"/>
        </w:rPr>
        <w:t>Not Elsie’s I don’t know.</w:t>
      </w:r>
    </w:p>
    <w:p>
      <w:pPr>
        <w:spacing w:after="0" w:line="264" w:lineRule="exact"/>
        <w:ind w:firstLine="0" w:left="0"/>
      </w:pPr>
      <w:r>
        <w:rPr>
          <w:rFonts w:ascii="EB Garamond" w:hAnsi="EB Garamond" w:eastAsia="EB Garamond"/>
          <w:sz w:val="22"/>
        </w:rPr>
        <w:t>Maddie’s.</w:t>
      </w:r>
    </w:p>
    <w:p>
      <w:pPr>
        <w:spacing w:after="0" w:line="264" w:lineRule="exact"/>
        <w:ind w:firstLine="0" w:left="0"/>
      </w:pPr>
      <w:r>
        <w:rPr>
          <w:rFonts w:ascii="EB Garamond" w:hAnsi="EB Garamond" w:eastAsia="EB Garamond"/>
          <w:sz w:val="22"/>
        </w:rPr>
        <w:t>Scared.</w:t>
      </w:r>
    </w:p>
    <w:p>
      <w:pPr>
        <w:spacing w:after="0" w:line="264" w:lineRule="exact"/>
        <w:ind w:firstLine="0" w:left="0"/>
      </w:pPr>
      <w:r>
        <w:rPr>
          <w:rFonts w:ascii="EB Garamond" w:hAnsi="EB Garamond" w:eastAsia="EB Garamond"/>
          <w:sz w:val="22"/>
        </w:rPr>
        <w:t>“Is your aunt still checking on her?”</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“My mom told her not to come over today.”</w:t>
      </w:r>
    </w:p>
    <w:p>
      <w:pPr>
        <w:spacing w:after="0" w:line="264" w:lineRule="exact"/>
        <w:ind w:firstLine="0" w:left="0"/>
      </w:pPr>
      <w:r>
        <w:rPr>
          <w:rFonts w:ascii="EB Garamond" w:hAnsi="EB Garamond" w:eastAsia="EB Garamond"/>
          <w:sz w:val="22"/>
        </w:rPr>
        <w:t>“Why?”</w:t>
      </w:r>
    </w:p>
    <w:p>
      <w:pPr>
        <w:spacing w:after="0" w:line="264" w:lineRule="exact"/>
        <w:ind w:firstLine="0" w:left="0"/>
      </w:pPr>
      <w:r>
        <w:rPr>
          <w:rFonts w:ascii="EB Garamond" w:hAnsi="EB Garamond" w:eastAsia="EB Garamond"/>
          <w:sz w:val="22"/>
        </w:rPr>
        <w:t>“Because she’s embarrassed.”</w:t>
      </w:r>
    </w:p>
    <w:p>
      <w:pPr>
        <w:spacing w:after="0" w:line="264" w:lineRule="exact"/>
        <w:ind w:firstLine="0" w:left="0"/>
      </w:pPr>
      <w:r>
        <w:rPr>
          <w:rFonts w:ascii="EB Garamond" w:hAnsi="EB Garamond" w:eastAsia="EB Garamond"/>
          <w:sz w:val="22"/>
        </w:rPr>
        <w:t>Elsie picked at the edge of her blanket.</w:t>
      </w:r>
    </w:p>
    <w:p>
      <w:pPr>
        <w:spacing w:after="0" w:line="264" w:lineRule="exact"/>
        <w:ind w:firstLine="0" w:left="0"/>
      </w:pPr>
      <w:r>
        <w:rPr>
          <w:rFonts w:ascii="EB Garamond" w:hAnsi="EB Garamond" w:eastAsia="EB Garamond"/>
          <w:sz w:val="22"/>
        </w:rPr>
        <w:t>“Maddie?”</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“If you get scared—like actually scared—you tell somebody.”</w:t>
      </w:r>
    </w:p>
    <w:p>
      <w:pPr>
        <w:spacing w:after="0" w:line="264" w:lineRule="exact"/>
        <w:ind w:firstLine="0" w:left="0"/>
      </w:pPr>
      <w:r>
        <w:rPr>
          <w:rFonts w:ascii="EB Garamond" w:hAnsi="EB Garamond" w:eastAsia="EB Garamond"/>
          <w:sz w:val="22"/>
        </w:rPr>
        <w:t>“I’m not scared.”</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“Fine,” Maddie said. “Not like that.”</w:t>
      </w:r>
    </w:p>
    <w:p>
      <w:pPr>
        <w:spacing w:after="0" w:line="264" w:lineRule="exact"/>
        <w:ind w:firstLine="0" w:left="0"/>
      </w:pPr>
      <w:r>
        <w:rPr>
          <w:rFonts w:ascii="EB Garamond" w:hAnsi="EB Garamond" w:eastAsia="EB Garamond"/>
          <w:sz w:val="22"/>
        </w:rPr>
        <w:t>Fine Number Four again.</w:t>
      </w:r>
    </w:p>
    <w:p>
      <w:pPr>
        <w:spacing w:after="0" w:line="264" w:lineRule="exact"/>
        <w:ind w:firstLine="0" w:left="0"/>
      </w:pPr>
      <w:r>
        <w:rPr>
          <w:rFonts w:ascii="EB Garamond" w:hAnsi="EB Garamond" w:eastAsia="EB Garamond"/>
          <w:sz w:val="22"/>
        </w:rPr>
        <w:t>Elsie let it go.</w:t>
      </w:r>
    </w:p>
    <w:p>
      <w:pPr>
        <w:spacing w:after="0" w:line="264" w:lineRule="exact"/>
        <w:ind w:firstLine="0" w:left="0"/>
      </w:pPr>
      <w:r>
        <w:rPr>
          <w:rFonts w:ascii="EB Garamond" w:hAnsi="EB Garamond" w:eastAsia="EB Garamond"/>
          <w:sz w:val="22"/>
        </w:rPr>
        <w:t>For now.</w:t>
      </w:r>
    </w:p>
    <w:p>
      <w:pPr>
        <w:spacing w:after="0" w:line="264" w:lineRule="exact"/>
        <w:ind w:firstLine="0" w:left="0"/>
      </w:pPr>
      <w:r>
        <w:rPr>
          <w:rFonts w:ascii="EB Garamond" w:hAnsi="EB Garamond" w:eastAsia="EB Garamond"/>
          <w:sz w:val="22"/>
        </w:rPr>
        <w:t>Tuesday morning, Maddie wasn’t at school.</w:t>
      </w:r>
    </w:p>
    <w:p>
      <w:pPr>
        <w:spacing w:after="0" w:line="264" w:lineRule="exact"/>
        <w:ind w:firstLine="0" w:left="0"/>
      </w:pPr>
      <w:r>
        <w:rPr>
          <w:rFonts w:ascii="EB Garamond" w:hAnsi="EB Garamond" w:eastAsia="EB Garamond"/>
          <w:sz w:val="22"/>
        </w:rPr>
        <w:t>Ava noticed immediately.</w:t>
      </w:r>
    </w:p>
    <w:p>
      <w:pPr>
        <w:spacing w:after="0" w:line="264" w:lineRule="exact"/>
        <w:ind w:firstLine="0" w:left="0"/>
      </w:pPr>
      <w:r>
        <w:rPr>
          <w:rFonts w:ascii="EB Garamond" w:hAnsi="EB Garamond" w:eastAsia="EB Garamond"/>
          <w:sz w:val="22"/>
        </w:rPr>
        <w:t>“Where is she?”</w:t>
      </w:r>
    </w:p>
    <w:p>
      <w:pPr>
        <w:spacing w:after="0" w:line="264" w:lineRule="exact"/>
        <w:ind w:firstLine="0" w:left="0"/>
      </w:pPr>
      <w:r>
        <w:rPr>
          <w:rFonts w:ascii="EB Garamond" w:hAnsi="EB Garamond" w:eastAsia="EB Garamond"/>
          <w:sz w:val="22"/>
        </w:rPr>
        <w:t>Elsie looked at her phone.</w:t>
      </w:r>
    </w:p>
    <w:p>
      <w:pPr>
        <w:spacing w:after="0" w:line="264" w:lineRule="exact"/>
        <w:ind w:firstLine="0" w:left="0"/>
      </w:pPr>
      <w:r>
        <w:rPr>
          <w:rFonts w:ascii="EB Garamond" w:hAnsi="EB Garamond" w:eastAsia="EB Garamond"/>
          <w:sz w:val="22"/>
        </w:rPr>
        <w:t>“No idea.”</w:t>
      </w:r>
    </w:p>
    <w:p>
      <w:pPr>
        <w:spacing w:after="0" w:line="264" w:lineRule="exact"/>
        <w:ind w:firstLine="0" w:left="0"/>
      </w:pPr>
      <w:r>
        <w:rPr>
          <w:rFonts w:ascii="EB Garamond" w:hAnsi="EB Garamond" w:eastAsia="EB Garamond"/>
          <w:sz w:val="22"/>
        </w:rPr>
        <w:t>Ava stared.</w:t>
      </w:r>
    </w:p>
    <w:p>
      <w:pPr>
        <w:spacing w:after="0" w:line="264" w:lineRule="exact"/>
        <w:ind w:firstLine="0" w:left="0"/>
      </w:pPr>
      <w:r>
        <w:rPr>
          <w:rFonts w:ascii="EB Garamond" w:hAnsi="EB Garamond" w:eastAsia="EB Garamond"/>
          <w:sz w:val="22"/>
        </w:rPr>
        <w:t>“You definitely have an idea.”</w:t>
      </w:r>
    </w:p>
    <w:p>
      <w:pPr>
        <w:spacing w:after="0" w:line="264" w:lineRule="exact"/>
        <w:ind w:firstLine="0" w:left="0"/>
      </w:pPr>
      <w:r>
        <w:rPr>
          <w:rFonts w:ascii="EB Garamond" w:hAnsi="EB Garamond" w:eastAsia="EB Garamond"/>
          <w:sz w:val="22"/>
        </w:rPr>
        <w:t>“I really don’t.”</w:t>
      </w:r>
    </w:p>
    <w:p>
      <w:pPr>
        <w:spacing w:after="0" w:line="264" w:lineRule="exact"/>
        <w:ind w:firstLine="0" w:left="0"/>
      </w:pPr>
      <w:r>
        <w:rPr>
          <w:rFonts w:ascii="EB Garamond" w:hAnsi="EB Garamond" w:eastAsia="EB Garamond"/>
          <w:sz w:val="22"/>
        </w:rPr>
        <w:t>“You two are being weird.”</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Ava frowned.</w:t>
      </w:r>
    </w:p>
    <w:p>
      <w:pPr>
        <w:spacing w:after="0" w:line="264" w:lineRule="exact"/>
        <w:ind w:firstLine="0" w:left="0"/>
      </w:pPr>
      <w:r>
        <w:rPr>
          <w:rFonts w:ascii="EB Garamond" w:hAnsi="EB Garamond" w:eastAsia="EB Garamond"/>
          <w:sz w:val="22"/>
        </w:rPr>
        <w:t>“She told you something.”</w:t>
      </w:r>
    </w:p>
    <w:p>
      <w:pPr>
        <w:spacing w:after="0" w:line="264" w:lineRule="exact"/>
        <w:ind w:firstLine="0" w:left="0"/>
      </w:pPr>
      <w:r>
        <w:rPr>
          <w:rFonts w:ascii="EB Garamond" w:hAnsi="EB Garamond" w:eastAsia="EB Garamond"/>
          <w:sz w:val="22"/>
        </w:rPr>
        <w:t>Elsie didn’t answer.</w:t>
      </w:r>
    </w:p>
    <w:p>
      <w:pPr>
        <w:spacing w:after="0" w:line="264" w:lineRule="exact"/>
        <w:ind w:firstLine="0" w:left="0"/>
      </w:pPr>
      <w:r>
        <w:rPr>
          <w:rFonts w:ascii="EB Garamond" w:hAnsi="EB Garamond" w:eastAsia="EB Garamond"/>
          <w:sz w:val="22"/>
        </w:rPr>
        <w:t>Ava’s expression changed.</w:t>
      </w:r>
    </w:p>
    <w:p>
      <w:pPr>
        <w:spacing w:after="0" w:line="264" w:lineRule="exact"/>
        <w:ind w:firstLine="0" w:left="0"/>
      </w:pPr>
      <w:r>
        <w:rPr>
          <w:rFonts w:ascii="EB Garamond" w:hAnsi="EB Garamond" w:eastAsia="EB Garamond"/>
          <w:sz w:val="22"/>
        </w:rPr>
        <w:t>Not angry.</w:t>
      </w:r>
    </w:p>
    <w:p>
      <w:pPr>
        <w:spacing w:after="0" w:line="264" w:lineRule="exact"/>
        <w:ind w:firstLine="0" w:left="0"/>
      </w:pPr>
      <w:r>
        <w:rPr>
          <w:rFonts w:ascii="EB Garamond" w:hAnsi="EB Garamond" w:eastAsia="EB Garamond"/>
          <w:sz w:val="22"/>
        </w:rPr>
        <w:t>Hurt.</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“Ava—”</w:t>
      </w:r>
    </w:p>
    <w:p>
      <w:pPr>
        <w:spacing w:after="0" w:line="264" w:lineRule="exact"/>
        <w:ind w:firstLine="0" w:left="0"/>
      </w:pPr>
      <w:r>
        <w:rPr>
          <w:rFonts w:ascii="EB Garamond" w:hAnsi="EB Garamond" w:eastAsia="EB Garamond"/>
          <w:sz w:val="22"/>
        </w:rPr>
        <w:t>“No, it’s fine.”</w:t>
      </w:r>
    </w:p>
    <w:p>
      <w:pPr>
        <w:spacing w:after="0" w:line="264" w:lineRule="exact"/>
        <w:ind w:firstLine="0" w:left="0"/>
      </w:pPr>
      <w:r>
        <w:rPr>
          <w:rFonts w:ascii="EB Garamond" w:hAnsi="EB Garamond" w:eastAsia="EB Garamond"/>
          <w:sz w:val="22"/>
        </w:rPr>
        <w:t>Fine Number Four.</w:t>
      </w:r>
    </w:p>
    <w:p>
      <w:pPr>
        <w:spacing w:after="0" w:line="264" w:lineRule="exact"/>
        <w:ind w:firstLine="0" w:left="0"/>
      </w:pPr>
      <w:r>
        <w:rPr>
          <w:rFonts w:ascii="EB Garamond" w:hAnsi="EB Garamond" w:eastAsia="EB Garamond"/>
          <w:sz w:val="22"/>
        </w:rPr>
        <w:t>Elsie was becoming surrounded by them.</w:t>
      </w:r>
    </w:p>
    <w:p>
      <w:pPr>
        <w:spacing w:after="0" w:line="264" w:lineRule="exact"/>
        <w:ind w:firstLine="0" w:left="0"/>
      </w:pPr>
      <w:r>
        <w:rPr>
          <w:rFonts w:ascii="EB Garamond" w:hAnsi="EB Garamond" w:eastAsia="EB Garamond"/>
          <w:sz w:val="22"/>
        </w:rPr>
        <w:t>“This isn’t about you.”</w:t>
      </w:r>
    </w:p>
    <w:p>
      <w:pPr>
        <w:spacing w:after="0" w:line="264" w:lineRule="exact"/>
        <w:ind w:firstLine="0" w:left="0"/>
      </w:pPr>
      <w:r>
        <w:rPr>
          <w:rFonts w:ascii="EB Garamond" w:hAnsi="EB Garamond" w:eastAsia="EB Garamond"/>
          <w:sz w:val="22"/>
        </w:rPr>
        <w:t>Ava flinched.</w:t>
      </w:r>
    </w:p>
    <w:p>
      <w:pPr>
        <w:spacing w:after="0" w:line="264" w:lineRule="exact"/>
        <w:ind w:firstLine="0" w:left="0"/>
      </w:pPr>
      <w:r>
        <w:rPr>
          <w:rFonts w:ascii="EB Garamond" w:hAnsi="EB Garamond" w:eastAsia="EB Garamond"/>
          <w:sz w:val="22"/>
        </w:rPr>
        <w:t>Elsie immediately regretted it.</w:t>
      </w:r>
    </w:p>
    <w:p>
      <w:pPr>
        <w:spacing w:after="0" w:line="264" w:lineRule="exact"/>
        <w:ind w:firstLine="0" w:left="0"/>
      </w:pPr>
      <w:r>
        <w:rPr>
          <w:rFonts w:ascii="EB Garamond" w:hAnsi="EB Garamond" w:eastAsia="EB Garamond"/>
          <w:sz w:val="22"/>
        </w:rPr>
        <w:t>“I didn’t mean it like that.”</w:t>
      </w:r>
    </w:p>
    <w:p>
      <w:pPr>
        <w:spacing w:after="0" w:line="264" w:lineRule="exact"/>
        <w:ind w:firstLine="0" w:left="0"/>
      </w:pPr>
      <w:r>
        <w:rPr>
          <w:rFonts w:ascii="EB Garamond" w:hAnsi="EB Garamond" w:eastAsia="EB Garamond"/>
          <w:sz w:val="22"/>
        </w:rPr>
        <w:t>“How did you mean it?”</w:t>
      </w:r>
    </w:p>
    <w:p>
      <w:pPr>
        <w:spacing w:after="0" w:line="264" w:lineRule="exact"/>
        <w:ind w:firstLine="0" w:left="0"/>
      </w:pPr>
      <w:r>
        <w:rPr>
          <w:rFonts w:ascii="EB Garamond" w:hAnsi="EB Garamond" w:eastAsia="EB Garamond"/>
          <w:sz w:val="22"/>
        </w:rPr>
        <w:t>“I mean she just…”</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Anything else would make it worse.</w:t>
      </w:r>
    </w:p>
    <w:p>
      <w:pPr>
        <w:spacing w:after="0" w:line="264" w:lineRule="exact"/>
        <w:ind w:firstLine="0" w:left="0"/>
      </w:pPr>
      <w:r>
        <w:rPr>
          <w:rFonts w:ascii="EB Garamond" w:hAnsi="EB Garamond" w:eastAsia="EB Garamond"/>
          <w:sz w:val="22"/>
        </w:rPr>
        <w:t>Ava looked down at her food.</w:t>
      </w:r>
    </w:p>
    <w:p>
      <w:pPr>
        <w:spacing w:after="0" w:line="264" w:lineRule="exact"/>
        <w:ind w:firstLine="0" w:left="0"/>
      </w:pPr>
      <w:r>
        <w:rPr>
          <w:rFonts w:ascii="EB Garamond" w:hAnsi="EB Garamond" w:eastAsia="EB Garamond"/>
          <w:sz w:val="22"/>
        </w:rPr>
        <w:t>“Whatever.”</w:t>
      </w:r>
    </w:p>
    <w:p>
      <w:pPr>
        <w:spacing w:after="0" w:line="264" w:lineRule="exact"/>
        <w:ind w:firstLine="0" w:left="0"/>
      </w:pPr>
      <w:r>
        <w:rPr>
          <w:rFonts w:ascii="EB Garamond" w:hAnsi="EB Garamond" w:eastAsia="EB Garamond"/>
          <w:sz w:val="22"/>
        </w:rPr>
        <w:t>“Ava.”</w:t>
      </w:r>
    </w:p>
    <w:p>
      <w:pPr>
        <w:spacing w:after="0" w:line="264" w:lineRule="exact"/>
        <w:ind w:firstLine="0" w:left="0"/>
      </w:pPr>
      <w:r>
        <w:rPr>
          <w:rFonts w:ascii="EB Garamond" w:hAnsi="EB Garamond" w:eastAsia="EB Garamond"/>
          <w:sz w:val="22"/>
        </w:rPr>
        <w:t>“It’s fine.”</w:t>
      </w:r>
    </w:p>
    <w:p>
      <w:pPr>
        <w:spacing w:after="0" w:line="264" w:lineRule="exact"/>
        <w:ind w:firstLine="0" w:left="0"/>
      </w:pPr>
      <w:r>
        <w:rPr>
          <w:rFonts w:ascii="EB Garamond" w:hAnsi="EB Garamond" w:eastAsia="EB Garamond"/>
          <w:sz w:val="22"/>
        </w:rPr>
        <w:t>“The fine thing.”</w:t>
      </w:r>
    </w:p>
    <w:p>
      <w:pPr>
        <w:spacing w:after="0" w:line="264" w:lineRule="exact"/>
        <w:ind w:firstLine="0" w:left="0"/>
      </w:pPr>
      <w:r>
        <w:rPr>
          <w:rFonts w:ascii="EB Garamond" w:hAnsi="EB Garamond" w:eastAsia="EB Garamond"/>
          <w:sz w:val="22"/>
        </w:rPr>
        <w:t>Ava looked at her.</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“You’re doing the fine thing.”</w:t>
      </w:r>
    </w:p>
    <w:p>
      <w:pPr>
        <w:spacing w:after="0" w:line="264" w:lineRule="exact"/>
        <w:ind w:firstLine="0" w:left="0"/>
      </w:pPr>
      <w:r>
        <w:rPr>
          <w:rFonts w:ascii="EB Garamond" w:hAnsi="EB Garamond" w:eastAsia="EB Garamond"/>
          <w:sz w:val="22"/>
        </w:rPr>
        <w:t>“Maybe you don’t get to analyze everybody just because you’ve started reading the Bible.”</w:t>
      </w:r>
    </w:p>
    <w:p>
      <w:pPr>
        <w:spacing w:after="0" w:line="264" w:lineRule="exact"/>
        <w:ind w:firstLine="0" w:left="0"/>
      </w:pPr>
      <w:r>
        <w:rPr>
          <w:rFonts w:ascii="EB Garamond" w:hAnsi="EB Garamond" w:eastAsia="EB Garamond"/>
          <w:sz w:val="22"/>
        </w:rPr>
        <w:t>Elsie went still.</w:t>
      </w:r>
    </w:p>
    <w:p>
      <w:pPr>
        <w:spacing w:after="0" w:line="264" w:lineRule="exact"/>
        <w:ind w:firstLine="0" w:left="0"/>
      </w:pPr>
      <w:r>
        <w:rPr>
          <w:rFonts w:ascii="EB Garamond" w:hAnsi="EB Garamond" w:eastAsia="EB Garamond"/>
          <w:sz w:val="22"/>
        </w:rPr>
        <w:t>Ava’s face changed immediately.</w:t>
      </w:r>
    </w:p>
    <w:p>
      <w:pPr>
        <w:spacing w:after="0" w:line="264" w:lineRule="exact"/>
        <w:ind w:firstLine="0" w:left="0"/>
      </w:pPr>
      <w:r>
        <w:rPr>
          <w:rFonts w:ascii="EB Garamond" w:hAnsi="EB Garamond" w:eastAsia="EB Garamond"/>
          <w:sz w:val="22"/>
        </w:rPr>
        <w:t>“That was mean.”</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“I’m sorry.”</w:t>
      </w:r>
    </w:p>
    <w:p>
      <w:pPr>
        <w:spacing w:after="0" w:line="264" w:lineRule="exact"/>
        <w:ind w:firstLine="0" w:left="0"/>
      </w:pPr>
      <w:r>
        <w:rPr>
          <w:rFonts w:ascii="EB Garamond" w:hAnsi="EB Garamond" w:eastAsia="EB Garamond"/>
          <w:sz w:val="22"/>
        </w:rPr>
        <w:t>Elsie looked down.</w:t>
      </w:r>
    </w:p>
    <w:p>
      <w:pPr>
        <w:spacing w:after="0" w:line="264" w:lineRule="exact"/>
        <w:ind w:firstLine="0" w:left="0"/>
      </w:pPr>
      <w:r>
        <w:rPr>
          <w:rFonts w:ascii="EB Garamond" w:hAnsi="EB Garamond" w:eastAsia="EB Garamond"/>
          <w:sz w:val="22"/>
        </w:rPr>
        <w:t>“It’s fine.”</w:t>
      </w:r>
    </w:p>
    <w:p>
      <w:pPr>
        <w:spacing w:after="0" w:line="264" w:lineRule="exact"/>
        <w:ind w:firstLine="0" w:left="0"/>
      </w:pPr>
      <w:r>
        <w:rPr>
          <w:rFonts w:ascii="EB Garamond" w:hAnsi="EB Garamond" w:eastAsia="EB Garamond"/>
          <w:sz w:val="22"/>
        </w:rPr>
        <w:t>Ava laughed once.</w:t>
      </w:r>
    </w:p>
    <w:p>
      <w:pPr>
        <w:spacing w:after="0" w:line="264" w:lineRule="exact"/>
        <w:ind w:firstLine="0" w:left="0"/>
      </w:pPr>
      <w:r>
        <w:rPr>
          <w:rFonts w:ascii="EB Garamond" w:hAnsi="EB Garamond" w:eastAsia="EB Garamond"/>
          <w:sz w:val="22"/>
        </w:rPr>
        <w:t>“Apparently.”</w:t>
      </w:r>
    </w:p>
    <w:p>
      <w:pPr>
        <w:spacing w:after="0" w:line="264" w:lineRule="exact"/>
        <w:ind w:firstLine="0" w:left="0"/>
      </w:pPr>
      <w:r>
        <w:rPr>
          <w:rFonts w:ascii="EB Garamond" w:hAnsi="EB Garamond" w:eastAsia="EB Garamond"/>
          <w:sz w:val="22"/>
        </w:rPr>
        <w:t>Neither of them spoke.</w:t>
      </w:r>
    </w:p>
    <w:p>
      <w:pPr>
        <w:spacing w:after="0" w:line="264" w:lineRule="exact"/>
        <w:ind w:firstLine="0" w:left="0"/>
      </w:pPr>
      <w:r>
        <w:rPr>
          <w:rFonts w:ascii="EB Garamond" w:hAnsi="EB Garamond" w:eastAsia="EB Garamond"/>
          <w:sz w:val="22"/>
        </w:rPr>
        <w:t>At 12:41, Maddie finally texted.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sorry</w:t>
      </w:r>
    </w:p>
    <w:p>
      <w:pPr>
        <w:spacing w:after="0" w:line="264" w:lineRule="exact"/>
        <w:ind w:firstLine="0" w:left="0"/>
      </w:pPr>
      <w:r>
        <w:rPr>
          <w:rFonts w:ascii="EB Garamond" w:hAnsi="EB Garamond" w:eastAsia="EB Garamond"/>
          <w:sz w:val="22"/>
        </w:rPr>
        <w:t>Elsie grabbed her phone.</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WHERE ARE YOU</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home</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are you okay</w:t>
      </w:r>
    </w:p>
    <w:p>
      <w:pPr>
        <w:spacing w:after="0" w:line="264" w:lineRule="exact"/>
        <w:ind w:firstLine="0" w:left="0"/>
      </w:pPr>
      <w:r>
        <w:rPr>
          <w:rFonts w:ascii="EB Garamond" w:hAnsi="EB Garamond" w:eastAsia="EB Garamond"/>
          <w:sz w:val="22"/>
        </w:rPr>
        <w:t>Pause.</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mom had a bad morning</w:t>
      </w:r>
    </w:p>
    <w:p>
      <w:pPr>
        <w:spacing w:after="0" w:line="264" w:lineRule="exact"/>
        <w:ind w:firstLine="0" w:left="0"/>
      </w:pPr>
      <w:r>
        <w:rPr>
          <w:rFonts w:ascii="EB Garamond" w:hAnsi="EB Garamond" w:eastAsia="EB Garamond"/>
          <w:sz w:val="22"/>
        </w:rPr>
        <w:t>Elsie’s stomach tightened.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what does that mean</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maddie</w:t>
      </w:r>
    </w:p>
    <w:p>
      <w:pPr>
        <w:spacing w:after="0" w:line="264" w:lineRule="exact"/>
        <w:ind w:firstLine="0" w:left="0"/>
      </w:pPr>
      <w:r>
        <w:rPr>
          <w:rFonts w:ascii="EB Garamond" w:hAnsi="EB Garamond" w:eastAsia="EB Garamond"/>
          <w:sz w:val="22"/>
        </w:rPr>
        <w:t>Three dots.</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she wouldn’t get up</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is she sick</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she just keeps crying</w:t>
      </w:r>
    </w:p>
    <w:p>
      <w:pPr>
        <w:spacing w:after="0" w:line="264" w:lineRule="exact"/>
        <w:ind w:firstLine="0" w:left="0"/>
      </w:pPr>
      <w:r>
        <w:rPr>
          <w:rFonts w:ascii="EB Garamond" w:hAnsi="EB Garamond" w:eastAsia="EB Garamond"/>
          <w:sz w:val="22"/>
        </w:rPr>
        <w:t>Elsie swallowed.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is there an adult there</w:t>
      </w:r>
    </w:p>
    <w:p>
      <w:pPr>
        <w:spacing w:after="0" w:line="264" w:lineRule="exact"/>
        <w:ind w:firstLine="0" w:left="0"/>
      </w:pPr>
      <w:r>
        <w:rPr>
          <w:rFonts w:ascii="EB Garamond" w:hAnsi="EB Garamond" w:eastAsia="EB Garamond"/>
          <w:sz w:val="22"/>
        </w:rPr>
        <w:t>Long pause.</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me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Absolutely not.</w:t>
      </w:r>
    </w:p>
    <w:p>
      <w:pPr>
        <w:spacing w:after="0" w:line="264" w:lineRule="exact"/>
        <w:ind w:firstLine="0" w:left="0"/>
      </w:pPr>
      <w:r>
        <w:rPr>
          <w:rFonts w:ascii="EB Garamond" w:hAnsi="EB Garamond" w:eastAsia="EB Garamond"/>
          <w:sz w:val="22"/>
        </w:rPr>
        <w:t>Her mother had said it a hundred times, usually in the car, usually when Elsie wasn’t listening:</w:t>
      </w:r>
    </w:p>
    <w:p>
      <w:pPr>
        <w:spacing w:after="0" w:line="264" w:lineRule="exact"/>
        <w:ind w:firstLine="0" w:left="0"/>
      </w:pPr>
      <w:r>
        <w:rPr>
          <w:rFonts w:ascii="EB Garamond" w:hAnsi="EB Garamond" w:eastAsia="EB Garamond"/>
          <w:i/>
          <w:sz w:val="22"/>
        </w:rPr>
        <w:t>If somebody is in danger, or you’re scared for them, you come to me.</w:t>
      </w:r>
    </w:p>
    <w:p>
      <w:pPr>
        <w:spacing w:after="0" w:line="264" w:lineRule="exact"/>
        <w:ind w:firstLine="0" w:left="0"/>
      </w:pPr>
      <w:r>
        <w:rPr>
          <w:rFonts w:ascii="EB Garamond" w:hAnsi="EB Garamond" w:eastAsia="EB Garamond"/>
          <w:sz w:val="22"/>
        </w:rPr>
        <w:t>Was Maddie’s mom in danger?</w:t>
      </w:r>
    </w:p>
    <w:p>
      <w:pPr>
        <w:spacing w:after="0" w:line="264" w:lineRule="exact"/>
        <w:ind w:firstLine="0" w:left="0"/>
      </w:pPr>
      <w:r>
        <w:rPr>
          <w:rFonts w:ascii="EB Garamond" w:hAnsi="EB Garamond" w:eastAsia="EB Garamond"/>
          <w:sz w:val="22"/>
        </w:rPr>
        <w:t>Elsie didn’t know.</w:t>
      </w:r>
    </w:p>
    <w:p>
      <w:pPr>
        <w:spacing w:after="0" w:line="264" w:lineRule="exact"/>
        <w:ind w:firstLine="0" w:left="0"/>
      </w:pPr>
      <w:r>
        <w:rPr>
          <w:rFonts w:ascii="EB Garamond" w:hAnsi="EB Garamond" w:eastAsia="EB Garamond"/>
          <w:sz w:val="22"/>
        </w:rPr>
        <w:t>Was Maddie?</w:t>
      </w:r>
    </w:p>
    <w:p>
      <w:pPr>
        <w:spacing w:after="0" w:line="264" w:lineRule="exact"/>
        <w:ind w:firstLine="0" w:left="0"/>
      </w:pPr>
      <w:r>
        <w:rPr>
          <w:rFonts w:ascii="EB Garamond" w:hAnsi="EB Garamond" w:eastAsia="EB Garamond"/>
          <w:sz w:val="22"/>
        </w:rPr>
        <w:t>Probably not.</w:t>
      </w:r>
    </w:p>
    <w:p>
      <w:pPr>
        <w:spacing w:after="0" w:line="264" w:lineRule="exact"/>
        <w:ind w:firstLine="0" w:left="0"/>
      </w:pPr>
      <w:r>
        <w:rPr>
          <w:rFonts w:ascii="EB Garamond" w:hAnsi="EB Garamond" w:eastAsia="EB Garamond"/>
          <w:sz w:val="22"/>
        </w:rPr>
        <w:t>Was Elsie scared?</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But maybe she was overreacting.</w:t>
      </w:r>
    </w:p>
    <w:p>
      <w:pPr>
        <w:spacing w:after="0" w:line="264" w:lineRule="exact"/>
        <w:ind w:firstLine="0" w:left="0"/>
      </w:pPr>
      <w:r>
        <w:rPr>
          <w:rFonts w:ascii="EB Garamond" w:hAnsi="EB Garamond" w:eastAsia="EB Garamond"/>
          <w:sz w:val="22"/>
        </w:rPr>
        <w:t>Adults cried.</w:t>
      </w:r>
    </w:p>
    <w:p>
      <w:pPr>
        <w:spacing w:after="0" w:line="264" w:lineRule="exact"/>
        <w:ind w:firstLine="0" w:left="0"/>
      </w:pPr>
      <w:r>
        <w:rPr>
          <w:rFonts w:ascii="EB Garamond" w:hAnsi="EB Garamond" w:eastAsia="EB Garamond"/>
          <w:sz w:val="22"/>
        </w:rPr>
        <w:t>Obviously adults cried.</w:t>
      </w:r>
    </w:p>
    <w:p>
      <w:pPr>
        <w:spacing w:after="0" w:line="264" w:lineRule="exact"/>
        <w:ind w:firstLine="0" w:left="0"/>
      </w:pPr>
      <w:r>
        <w:rPr>
          <w:rFonts w:ascii="EB Garamond" w:hAnsi="EB Garamond" w:eastAsia="EB Garamond"/>
          <w:sz w:val="22"/>
        </w:rPr>
        <w:t>Her mother cried at commercials involving dogs.</w:t>
      </w:r>
    </w:p>
    <w:p>
      <w:pPr>
        <w:spacing w:after="0" w:line="264" w:lineRule="exact"/>
        <w:ind w:firstLine="0" w:left="0"/>
      </w:pPr>
      <w:r>
        <w:rPr>
          <w:rFonts w:ascii="EB Garamond" w:hAnsi="EB Garamond" w:eastAsia="EB Garamond"/>
          <w:sz w:val="22"/>
        </w:rPr>
        <w:t>This was different.</w:t>
      </w:r>
    </w:p>
    <w:p>
      <w:pPr>
        <w:spacing w:after="0" w:line="264" w:lineRule="exact"/>
        <w:ind w:firstLine="0" w:left="0"/>
      </w:pPr>
      <w:r>
        <w:rPr>
          <w:rFonts w:ascii="EB Garamond" w:hAnsi="EB Garamond" w:eastAsia="EB Garamond"/>
          <w:sz w:val="22"/>
        </w:rPr>
        <w:t>Wasn’t it?</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where’s your dad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work I guess</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call him</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maddie</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sz w:val="22"/>
        </w:rPr>
        <w:t>Elsie stared at the screen.</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don’t tell anyone</w:t>
      </w:r>
    </w:p>
    <w:p>
      <w:pPr>
        <w:spacing w:after="0" w:line="264" w:lineRule="exact"/>
        <w:ind w:firstLine="0" w:left="0"/>
      </w:pPr>
      <w:r>
        <w:rPr>
          <w:rFonts w:ascii="EB Garamond" w:hAnsi="EB Garamond" w:eastAsia="EB Garamond"/>
          <w:sz w:val="22"/>
        </w:rPr>
        <w:t>Her stomach dropped.</w:t>
      </w:r>
    </w:p>
    <w:p>
      <w:pPr>
        <w:spacing w:after="0" w:line="264" w:lineRule="exact"/>
        <w:ind w:firstLine="0" w:left="0"/>
      </w:pPr>
      <w:r>
        <w:rPr>
          <w:rFonts w:ascii="EB Garamond" w:hAnsi="EB Garamond" w:eastAsia="EB Garamond"/>
          <w:sz w:val="22"/>
        </w:rPr>
        <w:t>Again.</w:t>
      </w:r>
    </w:p>
    <w:p>
      <w:pPr>
        <w:spacing w:after="0" w:line="264" w:lineRule="exact"/>
        <w:ind w:firstLine="0" w:left="0"/>
      </w:pPr>
      <w:r>
        <w:rPr>
          <w:rFonts w:ascii="EB Garamond" w:hAnsi="EB Garamond" w:eastAsia="EB Garamond"/>
          <w:sz w:val="22"/>
        </w:rPr>
        <w:t>The promise.</w:t>
      </w:r>
    </w:p>
    <w:p>
      <w:pPr>
        <w:spacing w:after="0" w:line="264" w:lineRule="exact"/>
        <w:ind w:firstLine="0" w:left="0"/>
      </w:pPr>
      <w:r>
        <w:rPr>
          <w:rFonts w:ascii="EB Garamond" w:hAnsi="EB Garamond" w:eastAsia="EB Garamond"/>
          <w:sz w:val="22"/>
        </w:rPr>
        <w:t>Again.</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okay</w:t>
      </w:r>
    </w:p>
    <w:p>
      <w:pPr>
        <w:spacing w:after="0" w:line="264" w:lineRule="exact"/>
        <w:ind w:firstLine="0" w:left="0"/>
      </w:pPr>
      <w:r>
        <w:rPr>
          <w:rFonts w:ascii="EB Garamond" w:hAnsi="EB Garamond" w:eastAsia="EB Garamond"/>
          <w:sz w:val="22"/>
        </w:rPr>
        <w:t>She sent it.</w:t>
      </w:r>
    </w:p>
    <w:p>
      <w:pPr>
        <w:spacing w:after="0" w:line="264" w:lineRule="exact"/>
        <w:ind w:firstLine="0" w:left="0"/>
      </w:pPr>
      <w:r>
        <w:rPr>
          <w:rFonts w:ascii="EB Garamond" w:hAnsi="EB Garamond" w:eastAsia="EB Garamond"/>
          <w:sz w:val="22"/>
        </w:rPr>
        <w:t>Immediately wished she hadn’t.</w:t>
      </w:r>
    </w:p>
    <w:p>
      <w:pPr>
        <w:spacing w:after="0" w:line="264" w:lineRule="exact"/>
        <w:ind w:firstLine="0" w:left="0"/>
      </w:pPr>
      <w:r>
        <w:rPr>
          <w:rFonts w:ascii="EB Garamond" w:hAnsi="EB Garamond" w:eastAsia="EB Garamond"/>
          <w:sz w:val="22"/>
        </w:rPr>
        <w:t>Mason found her after sixth period.</w:t>
      </w:r>
    </w:p>
    <w:p>
      <w:pPr>
        <w:spacing w:after="0" w:line="264" w:lineRule="exact"/>
        <w:ind w:firstLine="0" w:left="0"/>
      </w:pPr>
      <w:r>
        <w:rPr>
          <w:rFonts w:ascii="EB Garamond" w:hAnsi="EB Garamond" w:eastAsia="EB Garamond"/>
          <w:sz w:val="22"/>
        </w:rPr>
        <w:t>She was sitting on the floor outside the gym because apparently this was where emotional crises happened now.</w:t>
      </w:r>
    </w:p>
    <w:p>
      <w:pPr>
        <w:spacing w:after="0" w:line="264" w:lineRule="exact"/>
        <w:ind w:firstLine="0" w:left="0"/>
      </w:pPr>
      <w:r>
        <w:rPr>
          <w:rFonts w:ascii="EB Garamond" w:hAnsi="EB Garamond" w:eastAsia="EB Garamond"/>
          <w:sz w:val="22"/>
        </w:rPr>
        <w:t>He sat beside her.</w:t>
      </w:r>
    </w:p>
    <w:p>
      <w:pPr>
        <w:spacing w:after="0" w:line="264" w:lineRule="exact"/>
        <w:ind w:firstLine="0" w:left="0"/>
      </w:pPr>
      <w:r>
        <w:rPr>
          <w:rFonts w:ascii="EB Garamond" w:hAnsi="EB Garamond" w:eastAsia="EB Garamond"/>
          <w:sz w:val="22"/>
        </w:rPr>
        <w:t>“Hey.”</w:t>
      </w:r>
    </w:p>
    <w:p>
      <w:pPr>
        <w:spacing w:after="0" w:line="264" w:lineRule="exact"/>
        <w:ind w:firstLine="0" w:left="0"/>
      </w:pPr>
      <w:r>
        <w:rPr>
          <w:rFonts w:ascii="EB Garamond" w:hAnsi="EB Garamond" w:eastAsia="EB Garamond"/>
          <w:sz w:val="22"/>
        </w:rPr>
        <w:t>“Hey.”</w:t>
      </w:r>
    </w:p>
    <w:p>
      <w:pPr>
        <w:spacing w:after="0" w:line="264" w:lineRule="exact"/>
        <w:ind w:firstLine="0" w:left="0"/>
      </w:pPr>
      <w:r>
        <w:rPr>
          <w:rFonts w:ascii="EB Garamond" w:hAnsi="EB Garamond" w:eastAsia="EB Garamond"/>
          <w:sz w:val="22"/>
        </w:rPr>
        <w:t>“You disappeared at lunch.”</w:t>
      </w:r>
    </w:p>
    <w:p>
      <w:pPr>
        <w:spacing w:after="0" w:line="264" w:lineRule="exact"/>
        <w:ind w:firstLine="0" w:left="0"/>
      </w:pPr>
      <w:r>
        <w:rPr>
          <w:rFonts w:ascii="EB Garamond" w:hAnsi="EB Garamond" w:eastAsia="EB Garamond"/>
          <w:sz w:val="22"/>
        </w:rPr>
        <w:t>“Ava and I had a fight.”</w:t>
      </w:r>
    </w:p>
    <w:p>
      <w:pPr>
        <w:spacing w:after="0" w:line="264" w:lineRule="exact"/>
        <w:ind w:firstLine="0" w:left="0"/>
      </w:pPr>
      <w:r>
        <w:rPr>
          <w:rFonts w:ascii="EB Garamond" w:hAnsi="EB Garamond" w:eastAsia="EB Garamond"/>
          <w:sz w:val="22"/>
        </w:rPr>
        <w:t>“About?”</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She wanted to tell him.</w:t>
      </w:r>
    </w:p>
    <w:p>
      <w:pPr>
        <w:spacing w:after="0" w:line="264" w:lineRule="exact"/>
        <w:ind w:firstLine="0" w:left="0"/>
      </w:pPr>
      <w:r>
        <w:rPr>
          <w:rFonts w:ascii="EB Garamond" w:hAnsi="EB Garamond" w:eastAsia="EB Garamond"/>
          <w:sz w:val="22"/>
        </w:rPr>
        <w:t>So badly.</w:t>
      </w:r>
    </w:p>
    <w:p>
      <w:pPr>
        <w:spacing w:after="0" w:line="264" w:lineRule="exact"/>
        <w:ind w:firstLine="0" w:left="0"/>
      </w:pPr>
      <w:r>
        <w:rPr>
          <w:rFonts w:ascii="EB Garamond" w:hAnsi="EB Garamond" w:eastAsia="EB Garamond"/>
          <w:sz w:val="22"/>
        </w:rPr>
        <w:t>Not the details.</w:t>
      </w:r>
    </w:p>
    <w:p>
      <w:pPr>
        <w:spacing w:after="0" w:line="264" w:lineRule="exact"/>
        <w:ind w:firstLine="0" w:left="0"/>
      </w:pPr>
      <w:r>
        <w:rPr>
          <w:rFonts w:ascii="EB Garamond" w:hAnsi="EB Garamond" w:eastAsia="EB Garamond"/>
          <w:sz w:val="22"/>
        </w:rPr>
        <w:t>Just enough.</w:t>
      </w:r>
    </w:p>
    <w:p>
      <w:pPr>
        <w:spacing w:after="0" w:line="264" w:lineRule="exact"/>
        <w:ind w:firstLine="0" w:left="0"/>
      </w:pPr>
      <w:r>
        <w:rPr>
          <w:rFonts w:ascii="EB Garamond" w:hAnsi="EB Garamond" w:eastAsia="EB Garamond"/>
          <w:sz w:val="22"/>
        </w:rPr>
        <w:t>Enough for someone else to say what to do.</w:t>
      </w:r>
    </w:p>
    <w:p>
      <w:pPr>
        <w:spacing w:after="0" w:line="264" w:lineRule="exact"/>
        <w:ind w:firstLine="0" w:left="0"/>
      </w:pPr>
      <w:r>
        <w:rPr>
          <w:rFonts w:ascii="EB Garamond" w:hAnsi="EB Garamond" w:eastAsia="EB Garamond"/>
          <w:sz w:val="22"/>
        </w:rPr>
        <w:t>Enough for someone else to hold one side of it.</w:t>
      </w:r>
    </w:p>
    <w:p>
      <w:pPr>
        <w:spacing w:after="0" w:line="264" w:lineRule="exact"/>
        <w:ind w:firstLine="0" w:left="0"/>
      </w:pPr>
      <w:r>
        <w:rPr>
          <w:rFonts w:ascii="EB Garamond" w:hAnsi="EB Garamond" w:eastAsia="EB Garamond"/>
          <w:sz w:val="22"/>
        </w:rPr>
        <w:t>But Maddie had trusted her.</w:t>
      </w:r>
    </w:p>
    <w:p>
      <w:pPr>
        <w:spacing w:after="0" w:line="264" w:lineRule="exact"/>
        <w:ind w:firstLine="0" w:left="0"/>
      </w:pPr>
      <w:r>
        <w:rPr>
          <w:rFonts w:ascii="EB Garamond" w:hAnsi="EB Garamond" w:eastAsia="EB Garamond"/>
          <w:sz w:val="22"/>
        </w:rPr>
        <w:t>Elsie shook her head.</w:t>
      </w:r>
    </w:p>
    <w:p>
      <w:pPr>
        <w:spacing w:after="0" w:line="264" w:lineRule="exact"/>
        <w:ind w:firstLine="0" w:left="0"/>
      </w:pPr>
      <w:r>
        <w:rPr>
          <w:rFonts w:ascii="EB Garamond" w:hAnsi="EB Garamond" w:eastAsia="EB Garamond"/>
          <w:sz w:val="22"/>
        </w:rPr>
        <w:t>“Friend stuff.”</w:t>
      </w:r>
    </w:p>
    <w:p>
      <w:pPr>
        <w:spacing w:after="0" w:line="264" w:lineRule="exact"/>
        <w:ind w:firstLine="0" w:left="0"/>
      </w:pPr>
      <w:r>
        <w:rPr>
          <w:rFonts w:ascii="EB Garamond" w:hAnsi="EB Garamond" w:eastAsia="EB Garamond"/>
          <w:sz w:val="22"/>
        </w:rPr>
        <w:t>Mason nodded.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She looked at him.</w:t>
      </w:r>
    </w:p>
    <w:p>
      <w:pPr>
        <w:spacing w:after="0" w:line="264" w:lineRule="exact"/>
        <w:ind w:firstLine="0" w:left="0"/>
      </w:pPr>
      <w:r>
        <w:rPr>
          <w:rFonts w:ascii="EB Garamond" w:hAnsi="EB Garamond" w:eastAsia="EB Garamond"/>
          <w:sz w:val="22"/>
        </w:rPr>
        <w:t>“That’s it?”</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“You’re not going to ask?”</w:t>
      </w:r>
    </w:p>
    <w:p>
      <w:pPr>
        <w:spacing w:after="0" w:line="264" w:lineRule="exact"/>
        <w:ind w:firstLine="0" w:left="0"/>
      </w:pPr>
      <w:r>
        <w:rPr>
          <w:rFonts w:ascii="EB Garamond" w:hAnsi="EB Garamond" w:eastAsia="EB Garamond"/>
          <w:sz w:val="22"/>
        </w:rPr>
        <w:t>“You’d tell me if you wanted me to know.”</w:t>
      </w:r>
    </w:p>
    <w:p>
      <w:pPr>
        <w:spacing w:after="0" w:line="264" w:lineRule="exact"/>
        <w:ind w:firstLine="0" w:left="0"/>
      </w:pPr>
      <w:r>
        <w:rPr>
          <w:rFonts w:ascii="EB Garamond" w:hAnsi="EB Garamond" w:eastAsia="EB Garamond"/>
          <w:sz w:val="22"/>
        </w:rPr>
        <w:t>Elsie’s chest tightened.</w:t>
      </w:r>
    </w:p>
    <w:p>
      <w:pPr>
        <w:spacing w:after="0" w:line="264" w:lineRule="exact"/>
        <w:ind w:firstLine="0" w:left="0"/>
      </w:pPr>
      <w:r>
        <w:rPr>
          <w:rFonts w:ascii="EB Garamond" w:hAnsi="EB Garamond" w:eastAsia="EB Garamond"/>
          <w:sz w:val="22"/>
        </w:rPr>
        <w:t>Why did people keep being reasonable when she desperately needed them to make the decision for her?</w:t>
      </w:r>
    </w:p>
    <w:p>
      <w:pPr>
        <w:spacing w:after="0" w:line="264" w:lineRule="exact"/>
        <w:ind w:firstLine="0" w:left="0"/>
      </w:pPr>
      <w:r>
        <w:rPr>
          <w:rFonts w:ascii="EB Garamond" w:hAnsi="EB Garamond" w:eastAsia="EB Garamond"/>
          <w:sz w:val="22"/>
        </w:rPr>
        <w:t>She leaned her head against the wall.</w:t>
      </w:r>
    </w:p>
    <w:p>
      <w:pPr>
        <w:spacing w:after="0" w:line="264" w:lineRule="exact"/>
        <w:ind w:firstLine="0" w:left="0"/>
      </w:pPr>
      <w:r>
        <w:rPr>
          <w:rFonts w:ascii="EB Garamond" w:hAnsi="EB Garamond" w:eastAsia="EB Garamond"/>
          <w:sz w:val="22"/>
        </w:rPr>
        <w:t>“I hate secrets.”</w:t>
      </w:r>
    </w:p>
    <w:p>
      <w:pPr>
        <w:spacing w:after="0" w:line="264" w:lineRule="exact"/>
        <w:ind w:firstLine="0" w:left="0"/>
      </w:pPr>
      <w:r>
        <w:rPr>
          <w:rFonts w:ascii="EB Garamond" w:hAnsi="EB Garamond" w:eastAsia="EB Garamond"/>
          <w:sz w:val="22"/>
        </w:rPr>
        <w:t>Mason was quiet.</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“Are you keeping one or hiding one?”</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He shrugged.</w:t>
      </w:r>
    </w:p>
    <w:p>
      <w:pPr>
        <w:spacing w:after="0" w:line="264" w:lineRule="exact"/>
        <w:ind w:firstLine="0" w:left="0"/>
      </w:pPr>
      <w:r>
        <w:rPr>
          <w:rFonts w:ascii="EB Garamond" w:hAnsi="EB Garamond" w:eastAsia="EB Garamond"/>
          <w:sz w:val="22"/>
        </w:rPr>
        <w:t>“Feels different.”</w:t>
      </w:r>
    </w:p>
    <w:p>
      <w:pPr>
        <w:spacing w:after="0" w:line="264" w:lineRule="exact"/>
        <w:ind w:firstLine="0" w:left="0"/>
      </w:pPr>
      <w:r>
        <w:rPr>
          <w:rFonts w:ascii="EB Garamond" w:hAnsi="EB Garamond" w:eastAsia="EB Garamond"/>
          <w:sz w:val="22"/>
        </w:rPr>
        <w:t>“How?”</w:t>
      </w:r>
    </w:p>
    <w:p>
      <w:pPr>
        <w:spacing w:after="0" w:line="264" w:lineRule="exact"/>
        <w:ind w:firstLine="0" w:left="0"/>
      </w:pPr>
      <w:r>
        <w:rPr>
          <w:rFonts w:ascii="EB Garamond" w:hAnsi="EB Garamond" w:eastAsia="EB Garamond"/>
          <w:sz w:val="22"/>
        </w:rPr>
        <w:t>“Keeping something for somebody is about them.”</w:t>
      </w:r>
    </w:p>
    <w:p>
      <w:pPr>
        <w:spacing w:after="0" w:line="264" w:lineRule="exact"/>
        <w:ind w:firstLine="0" w:left="0"/>
      </w:pPr>
      <w:r>
        <w:rPr>
          <w:rFonts w:ascii="EB Garamond" w:hAnsi="EB Garamond" w:eastAsia="EB Garamond"/>
          <w:sz w:val="22"/>
        </w:rPr>
        <w:t>He picked at a loose thread on his jeans.</w:t>
      </w:r>
    </w:p>
    <w:p>
      <w:pPr>
        <w:spacing w:after="0" w:line="264" w:lineRule="exact"/>
        <w:ind w:firstLine="0" w:left="0"/>
      </w:pPr>
      <w:r>
        <w:rPr>
          <w:rFonts w:ascii="EB Garamond" w:hAnsi="EB Garamond" w:eastAsia="EB Garamond"/>
          <w:sz w:val="22"/>
        </w:rPr>
        <w:t>“Hiding something is usually about you.”</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“Why are you suddenly wise?”</w:t>
      </w:r>
    </w:p>
    <w:p>
      <w:pPr>
        <w:spacing w:after="0" w:line="264" w:lineRule="exact"/>
        <w:ind w:firstLine="0" w:left="0"/>
      </w:pPr>
      <w:r>
        <w:rPr>
          <w:rFonts w:ascii="EB Garamond" w:hAnsi="EB Garamond" w:eastAsia="EB Garamond"/>
          <w:sz w:val="22"/>
        </w:rPr>
        <w:t>“I’m not.”</w:t>
      </w:r>
    </w:p>
    <w:p>
      <w:pPr>
        <w:spacing w:after="0" w:line="264" w:lineRule="exact"/>
        <w:ind w:firstLine="0" w:left="0"/>
      </w:pPr>
      <w:r>
        <w:rPr>
          <w:rFonts w:ascii="EB Garamond" w:hAnsi="EB Garamond" w:eastAsia="EB Garamond"/>
          <w:sz w:val="22"/>
        </w:rPr>
        <w:t>“You are.”</w:t>
      </w:r>
    </w:p>
    <w:p>
      <w:pPr>
        <w:spacing w:after="0" w:line="264" w:lineRule="exact"/>
        <w:ind w:firstLine="0" w:left="0"/>
      </w:pPr>
      <w:r>
        <w:rPr>
          <w:rFonts w:ascii="EB Garamond" w:hAnsi="EB Garamond" w:eastAsia="EB Garamond"/>
          <w:sz w:val="22"/>
        </w:rPr>
        <w:t>“Don’t tell anyone.”</w:t>
      </w:r>
    </w:p>
    <w:p>
      <w:pPr>
        <w:spacing w:after="0" w:line="264" w:lineRule="exact"/>
        <w:ind w:firstLine="0" w:left="0"/>
      </w:pPr>
      <w:r>
        <w:rPr>
          <w:rFonts w:ascii="EB Garamond" w:hAnsi="EB Garamond" w:eastAsia="EB Garamond"/>
          <w:sz w:val="22"/>
        </w:rPr>
        <w:t>She smiled despite herself.</w:t>
      </w:r>
    </w:p>
    <w:p>
      <w:pPr>
        <w:spacing w:after="0" w:line="264" w:lineRule="exact"/>
        <w:ind w:firstLine="0" w:left="0"/>
      </w:pPr>
      <w:r>
        <w:rPr>
          <w:rFonts w:ascii="EB Garamond" w:hAnsi="EB Garamond" w:eastAsia="EB Garamond"/>
          <w:sz w:val="22"/>
        </w:rPr>
        <w:t>Then stopped.</w:t>
      </w:r>
    </w:p>
    <w:p>
      <w:pPr>
        <w:spacing w:after="0" w:line="264" w:lineRule="exact"/>
        <w:ind w:firstLine="0" w:left="0"/>
      </w:pPr>
      <w:r>
        <w:rPr>
          <w:rFonts w:ascii="EB Garamond" w:hAnsi="EB Garamond" w:eastAsia="EB Garamond"/>
          <w:sz w:val="22"/>
        </w:rPr>
        <w:t>“What if keeping it hurts them?”</w:t>
      </w:r>
    </w:p>
    <w:p>
      <w:pPr>
        <w:spacing w:after="0" w:line="264" w:lineRule="exact"/>
        <w:ind w:firstLine="0" w:left="0"/>
      </w:pPr>
      <w:r>
        <w:rPr>
          <w:rFonts w:ascii="EB Garamond" w:hAnsi="EB Garamond" w:eastAsia="EB Garamond"/>
          <w:sz w:val="22"/>
        </w:rPr>
        <w:t>Mason looked at her.</w:t>
      </w:r>
    </w:p>
    <w:p>
      <w:pPr>
        <w:spacing w:after="0" w:line="264" w:lineRule="exact"/>
        <w:ind w:firstLine="0" w:left="0"/>
      </w:pPr>
      <w:r>
        <w:rPr>
          <w:rFonts w:ascii="EB Garamond" w:hAnsi="EB Garamond" w:eastAsia="EB Garamond"/>
          <w:sz w:val="22"/>
        </w:rPr>
        <w:t>“Does it?”</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There it was again.</w:t>
      </w:r>
    </w:p>
    <w:p>
      <w:pPr>
        <w:spacing w:after="0" w:line="264" w:lineRule="exact"/>
        <w:ind w:firstLine="0" w:left="0"/>
      </w:pPr>
      <w:r>
        <w:rPr>
          <w:rFonts w:ascii="EB Garamond" w:hAnsi="EB Garamond" w:eastAsia="EB Garamond"/>
          <w:sz w:val="22"/>
        </w:rPr>
        <w:t>Her stupid phrase.</w:t>
      </w:r>
    </w:p>
    <w:p>
      <w:pPr>
        <w:spacing w:after="0" w:line="264" w:lineRule="exact"/>
        <w:ind w:firstLine="0" w:left="0"/>
      </w:pPr>
      <w:r>
        <w:rPr>
          <w:rFonts w:ascii="EB Garamond" w:hAnsi="EB Garamond" w:eastAsia="EB Garamond"/>
          <w:sz w:val="22"/>
        </w:rPr>
        <w:t>Except this time, it didn’t feel freeing.</w:t>
      </w:r>
    </w:p>
    <w:p>
      <w:pPr>
        <w:spacing w:after="0" w:line="264" w:lineRule="exact"/>
        <w:ind w:firstLine="0" w:left="0"/>
      </w:pPr>
      <w:r>
        <w:rPr>
          <w:rFonts w:ascii="EB Garamond" w:hAnsi="EB Garamond" w:eastAsia="EB Garamond"/>
          <w:sz w:val="22"/>
        </w:rPr>
        <w:t>It felt terrifying.</w:t>
      </w:r>
    </w:p>
    <w:p>
      <w:pPr>
        <w:spacing w:after="0" w:line="264" w:lineRule="exact"/>
        <w:ind w:firstLine="0" w:left="0"/>
      </w:pPr>
      <w:r>
        <w:rPr>
          <w:rFonts w:ascii="EB Garamond" w:hAnsi="EB Garamond" w:eastAsia="EB Garamond"/>
          <w:sz w:val="22"/>
        </w:rPr>
        <w:t>Her phone buzzed.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she said she doesn’t know what the point is anymore</w:t>
      </w:r>
    </w:p>
    <w:p>
      <w:pPr>
        <w:spacing w:after="0" w:line="264" w:lineRule="exact"/>
        <w:ind w:firstLine="0" w:left="0"/>
      </w:pPr>
      <w:r>
        <w:rPr>
          <w:rFonts w:ascii="EB Garamond" w:hAnsi="EB Garamond" w:eastAsia="EB Garamond"/>
          <w:sz w:val="22"/>
        </w:rPr>
        <w:t>Elsie read it three times.</w:t>
      </w:r>
    </w:p>
    <w:p>
      <w:pPr>
        <w:spacing w:after="0" w:line="264" w:lineRule="exact"/>
        <w:ind w:firstLine="0" w:left="0"/>
      </w:pPr>
      <w:r>
        <w:rPr>
          <w:rFonts w:ascii="EB Garamond" w:hAnsi="EB Garamond" w:eastAsia="EB Garamond"/>
          <w:sz w:val="22"/>
        </w:rPr>
        <w:t>Twenty-three minutes later, Elsie stood in the kitchen doorway.</w:t>
      </w:r>
    </w:p>
    <w:p>
      <w:pPr>
        <w:spacing w:after="0" w:line="264" w:lineRule="exact"/>
        <w:ind w:firstLine="0" w:left="0"/>
      </w:pPr>
      <w:r>
        <w:rPr>
          <w:rFonts w:ascii="EB Garamond" w:hAnsi="EB Garamond" w:eastAsia="EB Garamond"/>
          <w:sz w:val="22"/>
        </w:rPr>
        <w:t>Her mother was unloading the dishwasher.</w:t>
      </w:r>
    </w:p>
    <w:p>
      <w:pPr>
        <w:spacing w:after="0" w:line="264" w:lineRule="exact"/>
        <w:ind w:firstLine="0" w:left="0"/>
      </w:pPr>
      <w:r>
        <w:rPr>
          <w:rFonts w:ascii="EB Garamond" w:hAnsi="EB Garamond" w:eastAsia="EB Garamond"/>
          <w:sz w:val="22"/>
        </w:rPr>
        <w:t>“Mom?”</w:t>
      </w:r>
    </w:p>
    <w:p>
      <w:pPr>
        <w:spacing w:after="0" w:line="264" w:lineRule="exact"/>
        <w:ind w:firstLine="0" w:left="0"/>
      </w:pPr>
      <w:r>
        <w:rPr>
          <w:rFonts w:ascii="EB Garamond" w:hAnsi="EB Garamond" w:eastAsia="EB Garamond"/>
          <w:sz w:val="22"/>
        </w:rPr>
        <w:t>Her mother looked over.</w:t>
      </w:r>
    </w:p>
    <w:p>
      <w:pPr>
        <w:spacing w:after="0" w:line="264" w:lineRule="exact"/>
        <w:ind w:firstLine="0" w:left="0"/>
      </w:pPr>
      <w:r>
        <w:rPr>
          <w:rFonts w:ascii="EB Garamond" w:hAnsi="EB Garamond" w:eastAsia="EB Garamond"/>
          <w:sz w:val="22"/>
        </w:rPr>
        <w:t>Something in Elsie’s face must have registered.</w:t>
      </w:r>
    </w:p>
    <w:p>
      <w:pPr>
        <w:spacing w:after="0" w:line="264" w:lineRule="exact"/>
        <w:ind w:firstLine="0" w:left="0"/>
      </w:pPr>
      <w:r>
        <w:rPr>
          <w:rFonts w:ascii="EB Garamond" w:hAnsi="EB Garamond" w:eastAsia="EB Garamond"/>
          <w:sz w:val="22"/>
        </w:rPr>
        <w:t>She stopped.</w:t>
      </w:r>
    </w:p>
    <w:p>
      <w:pPr>
        <w:spacing w:after="0" w:line="264" w:lineRule="exact"/>
        <w:ind w:firstLine="0" w:left="0"/>
      </w:pPr>
      <w:r>
        <w:rPr>
          <w:rFonts w:ascii="EB Garamond" w:hAnsi="EB Garamond" w:eastAsia="EB Garamond"/>
          <w:sz w:val="22"/>
        </w:rPr>
        <w:t>“What happened?”</w:t>
      </w:r>
    </w:p>
    <w:p>
      <w:pPr>
        <w:spacing w:after="0" w:line="264" w:lineRule="exact"/>
        <w:ind w:firstLine="0" w:left="0"/>
      </w:pPr>
      <w:r>
        <w:rPr>
          <w:rFonts w:ascii="EB Garamond" w:hAnsi="EB Garamond" w:eastAsia="EB Garamond"/>
          <w:sz w:val="22"/>
        </w:rPr>
        <w:t>“I need to ask you something.”</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“It’s not about me.”</w:t>
      </w:r>
    </w:p>
    <w:p>
      <w:pPr>
        <w:spacing w:after="0" w:line="264" w:lineRule="exact"/>
        <w:ind w:firstLine="0" w:left="0"/>
      </w:pPr>
      <w:r>
        <w:rPr>
          <w:rFonts w:ascii="EB Garamond" w:hAnsi="EB Garamond" w:eastAsia="EB Garamond"/>
          <w:sz w:val="22"/>
        </w:rPr>
        <w:t>Her mother waited.</w:t>
      </w:r>
    </w:p>
    <w:p>
      <w:pPr>
        <w:spacing w:after="0" w:line="264" w:lineRule="exact"/>
        <w:ind w:firstLine="0" w:left="0"/>
      </w:pPr>
      <w:r>
        <w:rPr>
          <w:rFonts w:ascii="EB Garamond" w:hAnsi="EB Garamond" w:eastAsia="EB Garamond"/>
          <w:sz w:val="22"/>
        </w:rPr>
        <w:t>“And I promised I wouldn’t tell.”</w:t>
      </w:r>
    </w:p>
    <w:p>
      <w:pPr>
        <w:spacing w:after="0" w:line="264" w:lineRule="exact"/>
        <w:ind w:firstLine="0" w:left="0"/>
      </w:pPr>
      <w:r>
        <w:rPr>
          <w:rFonts w:ascii="EB Garamond" w:hAnsi="EB Garamond" w:eastAsia="EB Garamond"/>
          <w:sz w:val="22"/>
        </w:rPr>
        <w:t>Her mother’s expression changed.</w:t>
      </w:r>
    </w:p>
    <w:p>
      <w:pPr>
        <w:spacing w:after="0" w:line="264" w:lineRule="exact"/>
        <w:ind w:firstLine="0" w:left="0"/>
      </w:pPr>
      <w:r>
        <w:rPr>
          <w:rFonts w:ascii="EB Garamond" w:hAnsi="EB Garamond" w:eastAsia="EB Garamond"/>
          <w:sz w:val="22"/>
        </w:rPr>
        <w:t>Not alarmed.</w:t>
      </w:r>
    </w:p>
    <w:p>
      <w:pPr>
        <w:spacing w:after="0" w:line="264" w:lineRule="exact"/>
        <w:ind w:firstLine="0" w:left="0"/>
      </w:pPr>
      <w:r>
        <w:rPr>
          <w:rFonts w:ascii="EB Garamond" w:hAnsi="EB Garamond" w:eastAsia="EB Garamond"/>
          <w:sz w:val="22"/>
        </w:rPr>
        <w:t>Attentive.</w:t>
      </w:r>
    </w:p>
    <w:p>
      <w:pPr>
        <w:spacing w:after="0" w:line="264" w:lineRule="exact"/>
        <w:ind w:firstLine="0" w:left="0"/>
      </w:pPr>
      <w:r>
        <w:rPr>
          <w:rFonts w:ascii="EB Garamond" w:hAnsi="EB Garamond" w:eastAsia="EB Garamond"/>
          <w:sz w:val="22"/>
        </w:rPr>
        <w:t>“Is somebody in danger?”</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“Are you worried they might be?”</w:t>
      </w:r>
    </w:p>
    <w:p>
      <w:pPr>
        <w:spacing w:after="0" w:line="264" w:lineRule="exact"/>
        <w:ind w:firstLine="0" w:left="0"/>
      </w:pPr>
      <w:r>
        <w:rPr>
          <w:rFonts w:ascii="EB Garamond" w:hAnsi="EB Garamond" w:eastAsia="EB Garamond"/>
          <w:sz w:val="22"/>
        </w:rPr>
        <w:t>Elsie thought about Maddie alone.</w:t>
      </w:r>
    </w:p>
    <w:p>
      <w:pPr>
        <w:spacing w:after="0" w:line="264" w:lineRule="exact"/>
        <w:ind w:firstLine="0" w:left="0"/>
      </w:pPr>
      <w:r>
        <w:rPr>
          <w:rFonts w:ascii="EB Garamond" w:hAnsi="EB Garamond" w:eastAsia="EB Garamond"/>
          <w:sz w:val="22"/>
        </w:rPr>
        <w:t>Her mother crying.</w:t>
      </w:r>
    </w:p>
    <w:p>
      <w:pPr>
        <w:spacing w:after="0" w:line="264" w:lineRule="exact"/>
        <w:ind w:firstLine="0" w:left="0"/>
      </w:pPr>
      <w:r>
        <w:rPr>
          <w:rFonts w:ascii="EB Garamond" w:hAnsi="EB Garamond" w:eastAsia="EB Garamond"/>
          <w:sz w:val="22"/>
        </w:rPr>
        <w:t>Wouldn’t get up.</w:t>
      </w:r>
    </w:p>
    <w:p>
      <w:pPr>
        <w:spacing w:after="0" w:line="264" w:lineRule="exact"/>
        <w:ind w:firstLine="0" w:left="0"/>
      </w:pPr>
      <w:r>
        <w:rPr>
          <w:rFonts w:ascii="EB Garamond" w:hAnsi="EB Garamond" w:eastAsia="EB Garamond"/>
          <w:i/>
          <w:sz w:val="22"/>
        </w:rPr>
        <w:t>I don’t know what the point is anymore.</w:t>
      </w:r>
    </w:p>
    <w:p>
      <w:pPr>
        <w:spacing w:after="0" w:line="264" w:lineRule="exact"/>
        <w:ind w:firstLine="0" w:left="0"/>
      </w:pPr>
      <w:r>
        <w:rPr>
          <w:rFonts w:ascii="EB Garamond" w:hAnsi="EB Garamond" w:eastAsia="EB Garamond"/>
          <w:sz w:val="22"/>
        </w:rPr>
        <w:t>The last text had come twenty-three minutes ago.</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“Maybe.”</w:t>
      </w:r>
    </w:p>
    <w:p>
      <w:pPr>
        <w:spacing w:after="0" w:line="264" w:lineRule="exact"/>
        <w:ind w:firstLine="0" w:left="0"/>
      </w:pPr>
      <w:r>
        <w:rPr>
          <w:rFonts w:ascii="EB Garamond" w:hAnsi="EB Garamond" w:eastAsia="EB Garamond"/>
          <w:sz w:val="22"/>
        </w:rPr>
        <w:t>Her mother pulled out a chair.</w:t>
      </w:r>
    </w:p>
    <w:p>
      <w:pPr>
        <w:spacing w:after="0" w:line="264" w:lineRule="exact"/>
        <w:ind w:firstLine="0" w:left="0"/>
      </w:pPr>
      <w:r>
        <w:rPr>
          <w:rFonts w:ascii="EB Garamond" w:hAnsi="EB Garamond" w:eastAsia="EB Garamond"/>
          <w:sz w:val="22"/>
        </w:rPr>
        <w:t>“Sit.”</w:t>
      </w:r>
    </w:p>
    <w:p>
      <w:pPr>
        <w:spacing w:after="0" w:line="264" w:lineRule="exact"/>
        <w:ind w:firstLine="0" w:left="0"/>
      </w:pPr>
      <w:r>
        <w:rPr>
          <w:rFonts w:ascii="EB Garamond" w:hAnsi="EB Garamond" w:eastAsia="EB Garamond"/>
          <w:sz w:val="22"/>
        </w:rPr>
        <w:t>Elsie did.</w:t>
      </w:r>
    </w:p>
    <w:p>
      <w:pPr>
        <w:spacing w:after="0" w:line="264" w:lineRule="exact"/>
        <w:ind w:firstLine="0" w:left="0"/>
      </w:pPr>
      <w:r>
        <w:rPr>
          <w:rFonts w:ascii="EB Garamond" w:hAnsi="EB Garamond" w:eastAsia="EB Garamond"/>
          <w:sz w:val="22"/>
        </w:rPr>
        <w:t>“I don’t want to break her trust.”</w:t>
      </w:r>
    </w:p>
    <w:p>
      <w:pPr>
        <w:spacing w:after="0" w:line="264" w:lineRule="exact"/>
        <w:ind w:firstLine="0" w:left="0"/>
      </w:pPr>
      <w:r>
        <w:rPr>
          <w:rFonts w:ascii="EB Garamond" w:hAnsi="EB Garamond" w:eastAsia="EB Garamond"/>
          <w:sz w:val="22"/>
        </w:rPr>
        <w:t>“I understand.”</w:t>
      </w:r>
    </w:p>
    <w:p>
      <w:pPr>
        <w:spacing w:after="0" w:line="264" w:lineRule="exact"/>
        <w:ind w:firstLine="0" w:left="0"/>
      </w:pPr>
      <w:r>
        <w:rPr>
          <w:rFonts w:ascii="EB Garamond" w:hAnsi="EB Garamond" w:eastAsia="EB Garamond"/>
          <w:sz w:val="22"/>
        </w:rPr>
        <w:t>“No, I mean I promised.”</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“She specifically told me not to tell anyone.”</w:t>
      </w:r>
    </w:p>
    <w:p>
      <w:pPr>
        <w:spacing w:after="0" w:line="264" w:lineRule="exact"/>
        <w:ind w:firstLine="0" w:left="0"/>
      </w:pPr>
      <w:r>
        <w:rPr>
          <w:rFonts w:ascii="EB Garamond" w:hAnsi="EB Garamond" w:eastAsia="EB Garamond"/>
          <w:sz w:val="22"/>
        </w:rPr>
        <w:t>Her mother sat across from her.</w:t>
      </w:r>
    </w:p>
    <w:p>
      <w:pPr>
        <w:spacing w:after="0" w:line="264" w:lineRule="exact"/>
        <w:ind w:firstLine="0" w:left="0"/>
      </w:pPr>
      <w:r>
        <w:rPr>
          <w:rFonts w:ascii="EB Garamond" w:hAnsi="EB Garamond" w:eastAsia="EB Garamond"/>
          <w:sz w:val="22"/>
        </w:rPr>
        <w:t>“Tell me only what I need to know.”</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Not everything.</w:t>
      </w:r>
    </w:p>
    <w:p>
      <w:pPr>
        <w:spacing w:after="0" w:line="264" w:lineRule="exact"/>
        <w:ind w:firstLine="0" w:left="0"/>
      </w:pPr>
      <w:r>
        <w:rPr>
          <w:rFonts w:ascii="EB Garamond" w:hAnsi="EB Garamond" w:eastAsia="EB Garamond"/>
          <w:sz w:val="22"/>
        </w:rPr>
        <w:t>Not Maddie’s dad.</w:t>
      </w:r>
    </w:p>
    <w:p>
      <w:pPr>
        <w:spacing w:after="0" w:line="264" w:lineRule="exact"/>
        <w:ind w:firstLine="0" w:left="0"/>
      </w:pPr>
      <w:r>
        <w:rPr>
          <w:rFonts w:ascii="EB Garamond" w:hAnsi="EB Garamond" w:eastAsia="EB Garamond"/>
          <w:sz w:val="22"/>
        </w:rPr>
        <w:t>Not the apartment.</w:t>
      </w:r>
    </w:p>
    <w:p>
      <w:pPr>
        <w:spacing w:after="0" w:line="264" w:lineRule="exact"/>
        <w:ind w:firstLine="0" w:left="0"/>
      </w:pPr>
      <w:r>
        <w:rPr>
          <w:rFonts w:ascii="EB Garamond" w:hAnsi="EB Garamond" w:eastAsia="EB Garamond"/>
          <w:sz w:val="22"/>
        </w:rPr>
        <w:t>Not the fighting.</w:t>
      </w:r>
    </w:p>
    <w:p>
      <w:pPr>
        <w:spacing w:after="0" w:line="264" w:lineRule="exact"/>
        <w:ind w:firstLine="0" w:left="0"/>
      </w:pPr>
      <w:r>
        <w:rPr>
          <w:rFonts w:ascii="EB Garamond" w:hAnsi="EB Garamond" w:eastAsia="EB Garamond"/>
          <w:sz w:val="22"/>
        </w:rPr>
        <w:t>Not the crying in the laundry room.</w:t>
      </w:r>
    </w:p>
    <w:p>
      <w:pPr>
        <w:spacing w:after="0" w:line="264" w:lineRule="exact"/>
        <w:ind w:firstLine="0" w:left="0"/>
      </w:pPr>
      <w:r>
        <w:rPr>
          <w:rFonts w:ascii="EB Garamond" w:hAnsi="EB Garamond" w:eastAsia="EB Garamond"/>
          <w:sz w:val="22"/>
        </w:rPr>
        <w:t>Only what mattered now.</w:t>
      </w:r>
    </w:p>
    <w:p>
      <w:pPr>
        <w:spacing w:after="0" w:line="264" w:lineRule="exact"/>
        <w:ind w:firstLine="0" w:left="0"/>
      </w:pPr>
      <w:r>
        <w:rPr>
          <w:rFonts w:ascii="EB Garamond" w:hAnsi="EB Garamond" w:eastAsia="EB Garamond"/>
          <w:sz w:val="22"/>
        </w:rPr>
        <w:t>Elsie took a breath.</w:t>
      </w:r>
    </w:p>
    <w:p>
      <w:pPr>
        <w:spacing w:after="0" w:line="264" w:lineRule="exact"/>
        <w:ind w:firstLine="0" w:left="0"/>
      </w:pPr>
      <w:r>
        <w:rPr>
          <w:rFonts w:ascii="EB Garamond" w:hAnsi="EB Garamond" w:eastAsia="EB Garamond"/>
          <w:sz w:val="22"/>
        </w:rPr>
        <w:t>“My friend’s parent is having a really hard time.”</w:t>
      </w:r>
    </w:p>
    <w:p>
      <w:pPr>
        <w:spacing w:after="0" w:line="264" w:lineRule="exact"/>
        <w:ind w:firstLine="0" w:left="0"/>
      </w:pPr>
      <w:r>
        <w:rPr>
          <w:rFonts w:ascii="EB Garamond" w:hAnsi="EB Garamond" w:eastAsia="EB Garamond"/>
          <w:sz w:val="22"/>
        </w:rPr>
        <w:t>Her mother listened.</w:t>
      </w:r>
    </w:p>
    <w:p>
      <w:pPr>
        <w:spacing w:after="0" w:line="264" w:lineRule="exact"/>
        <w:ind w:firstLine="0" w:left="0"/>
      </w:pPr>
      <w:r>
        <w:rPr>
          <w:rFonts w:ascii="EB Garamond" w:hAnsi="EB Garamond" w:eastAsia="EB Garamond"/>
          <w:sz w:val="22"/>
        </w:rPr>
        <w:t>“They’re not getting out of bed much.”</w:t>
      </w:r>
    </w:p>
    <w:p>
      <w:pPr>
        <w:spacing w:after="0" w:line="264" w:lineRule="exact"/>
        <w:ind w:firstLine="0" w:left="0"/>
      </w:pPr>
      <w:r>
        <w:rPr>
          <w:rFonts w:ascii="EB Garamond" w:hAnsi="EB Garamond" w:eastAsia="EB Garamond"/>
          <w:sz w:val="22"/>
        </w:rPr>
        <w:t>Another breath.</w:t>
      </w:r>
    </w:p>
    <w:p>
      <w:pPr>
        <w:spacing w:after="0" w:line="264" w:lineRule="exact"/>
        <w:ind w:firstLine="0" w:left="0"/>
      </w:pPr>
      <w:r>
        <w:rPr>
          <w:rFonts w:ascii="EB Garamond" w:hAnsi="EB Garamond" w:eastAsia="EB Garamond"/>
          <w:sz w:val="22"/>
        </w:rPr>
        <w:t>“And today they said they don’t know what the point is anymore.”</w:t>
      </w:r>
    </w:p>
    <w:p>
      <w:pPr>
        <w:spacing w:after="0" w:line="264" w:lineRule="exact"/>
        <w:ind w:firstLine="0" w:left="0"/>
      </w:pPr>
      <w:r>
        <w:rPr>
          <w:rFonts w:ascii="EB Garamond" w:hAnsi="EB Garamond" w:eastAsia="EB Garamond"/>
          <w:sz w:val="22"/>
        </w:rPr>
        <w:t>Her mother’s face changed.</w:t>
      </w:r>
    </w:p>
    <w:p>
      <w:pPr>
        <w:spacing w:after="0" w:line="264" w:lineRule="exact"/>
        <w:ind w:firstLine="0" w:left="0"/>
      </w:pPr>
      <w:r>
        <w:rPr>
          <w:rFonts w:ascii="EB Garamond" w:hAnsi="EB Garamond" w:eastAsia="EB Garamond"/>
          <w:sz w:val="22"/>
        </w:rPr>
        <w:t>“Did they say they planned to hurt themselves?”</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“Did your friend ask?”</w:t>
      </w:r>
    </w:p>
    <w:p>
      <w:pPr>
        <w:spacing w:after="0" w:line="264" w:lineRule="exact"/>
        <w:ind w:firstLine="0" w:left="0"/>
      </w:pPr>
      <w:r>
        <w:rPr>
          <w:rFonts w:ascii="EB Garamond" w:hAnsi="EB Garamond" w:eastAsia="EB Garamond"/>
          <w:sz w:val="22"/>
        </w:rPr>
        <w:t>“I don’t think so.”</w:t>
      </w:r>
    </w:p>
    <w:p>
      <w:pPr>
        <w:spacing w:after="0" w:line="264" w:lineRule="exact"/>
        <w:ind w:firstLine="0" w:left="0"/>
      </w:pPr>
      <w:r>
        <w:rPr>
          <w:rFonts w:ascii="EB Garamond" w:hAnsi="EB Garamond" w:eastAsia="EB Garamond"/>
          <w:sz w:val="22"/>
        </w:rPr>
        <w:t>“Is there another adult there?”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“Do you know where they live?”</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Her mother picked up her phone.</w:t>
      </w:r>
    </w:p>
    <w:p>
      <w:pPr>
        <w:spacing w:after="0" w:line="264" w:lineRule="exact"/>
        <w:ind w:firstLine="0" w:left="0"/>
      </w:pPr>
      <w:r>
        <w:rPr>
          <w:rFonts w:ascii="EB Garamond" w:hAnsi="EB Garamond" w:eastAsia="EB Garamond"/>
          <w:sz w:val="22"/>
        </w:rPr>
        <w:t>Elsie’s stomach dropped.</w:t>
      </w:r>
    </w:p>
    <w:p>
      <w:pPr>
        <w:spacing w:after="0" w:line="264" w:lineRule="exact"/>
        <w:ind w:firstLine="0" w:left="0"/>
      </w:pPr>
      <w:r>
        <w:rPr>
          <w:rFonts w:ascii="EB Garamond" w:hAnsi="EB Garamond" w:eastAsia="EB Garamond"/>
          <w:sz w:val="22"/>
        </w:rPr>
        <w:t>“What are you doing?”</w:t>
      </w:r>
    </w:p>
    <w:p>
      <w:pPr>
        <w:spacing w:after="0" w:line="264" w:lineRule="exact"/>
        <w:ind w:firstLine="0" w:left="0"/>
      </w:pPr>
      <w:r>
        <w:rPr>
          <w:rFonts w:ascii="EB Garamond" w:hAnsi="EB Garamond" w:eastAsia="EB Garamond"/>
          <w:sz w:val="22"/>
        </w:rPr>
        <w:t>“I’m going to help you figure out the safest next step.”</w:t>
      </w:r>
    </w:p>
    <w:p>
      <w:pPr>
        <w:spacing w:after="0" w:line="264" w:lineRule="exact"/>
        <w:ind w:firstLine="0" w:left="0"/>
      </w:pPr>
      <w:r>
        <w:rPr>
          <w:rFonts w:ascii="EB Garamond" w:hAnsi="EB Garamond" w:eastAsia="EB Garamond"/>
          <w:sz w:val="22"/>
        </w:rPr>
        <w:t>“Don’t call the police.”</w:t>
      </w:r>
    </w:p>
    <w:p>
      <w:pPr>
        <w:spacing w:after="0" w:line="264" w:lineRule="exact"/>
        <w:ind w:firstLine="0" w:left="0"/>
      </w:pPr>
      <w:r>
        <w:rPr>
          <w:rFonts w:ascii="EB Garamond" w:hAnsi="EB Garamond" w:eastAsia="EB Garamond"/>
          <w:sz w:val="22"/>
        </w:rPr>
        <w:t>“I’m not calling anyone yet.”</w:t>
      </w:r>
    </w:p>
    <w:p>
      <w:pPr>
        <w:spacing w:after="0" w:line="264" w:lineRule="exact"/>
        <w:ind w:firstLine="0" w:left="0"/>
      </w:pPr>
      <w:r>
        <w:rPr>
          <w:rFonts w:ascii="EB Garamond" w:hAnsi="EB Garamond" w:eastAsia="EB Garamond"/>
          <w:sz w:val="22"/>
        </w:rPr>
        <w:t>“Mom.”</w:t>
      </w:r>
    </w:p>
    <w:p>
      <w:pPr>
        <w:spacing w:after="0" w:line="264" w:lineRule="exact"/>
        <w:ind w:firstLine="0" w:left="0"/>
      </w:pPr>
      <w:r>
        <w:rPr>
          <w:rFonts w:ascii="EB Garamond" w:hAnsi="EB Garamond" w:eastAsia="EB Garamond"/>
          <w:sz w:val="22"/>
        </w:rPr>
        <w:t>“Elsie.”</w:t>
      </w:r>
    </w:p>
    <w:p>
      <w:pPr>
        <w:spacing w:after="0" w:line="264" w:lineRule="exact"/>
        <w:ind w:firstLine="0" w:left="0"/>
      </w:pPr>
      <w:r>
        <w:rPr>
          <w:rFonts w:ascii="EB Garamond" w:hAnsi="EB Garamond" w:eastAsia="EB Garamond"/>
          <w:sz w:val="22"/>
        </w:rPr>
        <w:t>Her voice was calm.</w:t>
      </w:r>
    </w:p>
    <w:p>
      <w:pPr>
        <w:spacing w:after="0" w:line="264" w:lineRule="exact"/>
        <w:ind w:firstLine="0" w:left="0"/>
      </w:pPr>
      <w:r>
        <w:rPr>
          <w:rFonts w:ascii="EB Garamond" w:hAnsi="EB Garamond" w:eastAsia="EB Garamond"/>
          <w:sz w:val="22"/>
        </w:rPr>
        <w:t>“I am not going to spread this around. But we are not going to leave a sixteen-year-old alone responsible for figuring out whether her mother is safe.”</w:t>
      </w:r>
    </w:p>
    <w:p>
      <w:pPr>
        <w:spacing w:after="0" w:line="264" w:lineRule="exact"/>
        <w:ind w:firstLine="0" w:left="0"/>
      </w:pPr>
      <w:r>
        <w:rPr>
          <w:rFonts w:ascii="EB Garamond" w:hAnsi="EB Garamond" w:eastAsia="EB Garamond"/>
          <w:sz w:val="22"/>
        </w:rPr>
        <w:t>She held Elsie’s gaze.</w:t>
      </w:r>
    </w:p>
    <w:p>
      <w:pPr>
        <w:spacing w:after="0" w:line="264" w:lineRule="exact"/>
        <w:ind w:firstLine="0" w:left="0"/>
      </w:pPr>
      <w:r>
        <w:rPr>
          <w:rFonts w:ascii="EB Garamond" w:hAnsi="EB Garamond" w:eastAsia="EB Garamond"/>
          <w:sz w:val="22"/>
        </w:rPr>
        <w:t>“If we can’t reach her aunt in the next half hour, we call for help. 988 or 911. That part isn’t up for debate.”</w:t>
      </w:r>
    </w:p>
    <w:p>
      <w:pPr>
        <w:spacing w:after="0" w:line="264" w:lineRule="exact"/>
        <w:ind w:firstLine="0" w:left="0"/>
      </w:pPr>
      <w:r>
        <w:rPr>
          <w:rFonts w:ascii="EB Garamond" w:hAnsi="EB Garamond" w:eastAsia="EB Garamond"/>
          <w:sz w:val="22"/>
        </w:rPr>
        <w:t>Elsie looked out the window.</w:t>
      </w:r>
    </w:p>
    <w:p>
      <w:pPr>
        <w:spacing w:after="0" w:line="264" w:lineRule="exact"/>
        <w:ind w:firstLine="0" w:left="0"/>
      </w:pPr>
      <w:r>
        <w:rPr>
          <w:rFonts w:ascii="EB Garamond" w:hAnsi="EB Garamond" w:eastAsia="EB Garamond"/>
          <w:sz w:val="22"/>
        </w:rPr>
        <w:t>She knew her mother was right.</w:t>
      </w:r>
    </w:p>
    <w:p>
      <w:pPr>
        <w:spacing w:after="0" w:line="264" w:lineRule="exact"/>
        <w:ind w:firstLine="0" w:left="0"/>
      </w:pPr>
      <w:r>
        <w:rPr>
          <w:rFonts w:ascii="EB Garamond" w:hAnsi="EB Garamond" w:eastAsia="EB Garamond"/>
          <w:sz w:val="22"/>
        </w:rPr>
        <w:t>That didn’t make it feel less awful.</w:t>
      </w:r>
    </w:p>
    <w:p>
      <w:pPr>
        <w:spacing w:after="0" w:line="264" w:lineRule="exact"/>
        <w:ind w:firstLine="0" w:left="0"/>
      </w:pPr>
      <w:r>
        <w:rPr>
          <w:rFonts w:ascii="EB Garamond" w:hAnsi="EB Garamond" w:eastAsia="EB Garamond"/>
          <w:sz w:val="22"/>
        </w:rPr>
        <w:t>They decided Maddie’s aunt was the best person to call.</w:t>
      </w:r>
    </w:p>
    <w:p>
      <w:pPr>
        <w:spacing w:after="0" w:line="264" w:lineRule="exact"/>
        <w:ind w:firstLine="0" w:left="0"/>
      </w:pPr>
      <w:r>
        <w:rPr>
          <w:rFonts w:ascii="EB Garamond" w:hAnsi="EB Garamond" w:eastAsia="EB Garamond"/>
          <w:sz w:val="22"/>
        </w:rPr>
        <w:t>Someone Maddie knew.</w:t>
      </w:r>
    </w:p>
    <w:p>
      <w:pPr>
        <w:spacing w:after="0" w:line="264" w:lineRule="exact"/>
        <w:ind w:firstLine="0" w:left="0"/>
      </w:pPr>
      <w:r>
        <w:rPr>
          <w:rFonts w:ascii="EB Garamond" w:hAnsi="EB Garamond" w:eastAsia="EB Garamond"/>
          <w:sz w:val="22"/>
        </w:rPr>
        <w:t>Someone her mother knew.</w:t>
      </w:r>
    </w:p>
    <w:p>
      <w:pPr>
        <w:spacing w:after="0" w:line="264" w:lineRule="exact"/>
        <w:ind w:firstLine="0" w:left="0"/>
      </w:pPr>
      <w:r>
        <w:rPr>
          <w:rFonts w:ascii="EB Garamond" w:hAnsi="EB Garamond" w:eastAsia="EB Garamond"/>
          <w:sz w:val="22"/>
        </w:rPr>
        <w:t>Someone who had already been helping.</w:t>
      </w:r>
    </w:p>
    <w:p>
      <w:pPr>
        <w:spacing w:after="0" w:line="264" w:lineRule="exact"/>
        <w:ind w:firstLine="0" w:left="0"/>
      </w:pPr>
      <w:r>
        <w:rPr>
          <w:rFonts w:ascii="EB Garamond" w:hAnsi="EB Garamond" w:eastAsia="EB Garamond"/>
          <w:sz w:val="22"/>
        </w:rPr>
        <w:t>Except Elsie didn’t have her number.</w:t>
      </w:r>
    </w:p>
    <w:p>
      <w:pPr>
        <w:spacing w:after="0" w:line="264" w:lineRule="exact"/>
        <w:ind w:firstLine="0" w:left="0"/>
      </w:pPr>
      <w:r>
        <w:rPr>
          <w:rFonts w:ascii="EB Garamond" w:hAnsi="EB Garamond" w:eastAsia="EB Garamond"/>
          <w:sz w:val="22"/>
        </w:rPr>
        <w:t>Her mother didn’t either.</w:t>
      </w:r>
    </w:p>
    <w:p>
      <w:pPr>
        <w:spacing w:after="0" w:line="264" w:lineRule="exact"/>
        <w:ind w:firstLine="0" w:left="0"/>
      </w:pPr>
      <w:r>
        <w:rPr>
          <w:rFonts w:ascii="EB Garamond" w:hAnsi="EB Garamond" w:eastAsia="EB Garamond"/>
          <w:sz w:val="22"/>
        </w:rPr>
        <w:t>They could ask Maddie.</w:t>
      </w:r>
    </w:p>
    <w:p>
      <w:pPr>
        <w:spacing w:after="0" w:line="264" w:lineRule="exact"/>
        <w:ind w:firstLine="0" w:left="0"/>
      </w:pPr>
      <w:r>
        <w:rPr>
          <w:rFonts w:ascii="EB Garamond" w:hAnsi="EB Garamond" w:eastAsia="EB Garamond"/>
          <w:sz w:val="22"/>
        </w:rPr>
        <w:t>Which defeated the point.</w:t>
      </w:r>
    </w:p>
    <w:p>
      <w:pPr>
        <w:spacing w:after="0" w:line="264" w:lineRule="exact"/>
        <w:ind w:firstLine="0" w:left="0"/>
      </w:pPr>
      <w:r>
        <w:rPr>
          <w:rFonts w:ascii="EB Garamond" w:hAnsi="EB Garamond" w:eastAsia="EB Garamond"/>
          <w:sz w:val="22"/>
        </w:rPr>
        <w:t>Or—</w:t>
      </w:r>
    </w:p>
    <w:p>
      <w:pPr>
        <w:spacing w:after="0" w:line="264" w:lineRule="exact"/>
        <w:ind w:firstLine="0" w:left="0"/>
      </w:pPr>
      <w:r>
        <w:rPr>
          <w:rFonts w:ascii="EB Garamond" w:hAnsi="EB Garamond" w:eastAsia="EB Garamond"/>
          <w:sz w:val="22"/>
        </w:rPr>
        <w:t>“I know someone who probably does.”</w:t>
      </w:r>
    </w:p>
    <w:p>
      <w:pPr>
        <w:spacing w:after="0" w:line="264" w:lineRule="exact"/>
        <w:ind w:firstLine="0" w:left="0"/>
      </w:pPr>
      <w:r>
        <w:rPr>
          <w:rFonts w:ascii="EB Garamond" w:hAnsi="EB Garamond" w:eastAsia="EB Garamond"/>
          <w:sz w:val="22"/>
        </w:rPr>
        <w:t>Her mother looked at her.</w:t>
      </w:r>
    </w:p>
    <w:p>
      <w:pPr>
        <w:spacing w:after="0" w:line="264" w:lineRule="exact"/>
        <w:ind w:firstLine="0" w:left="0"/>
      </w:pPr>
      <w:r>
        <w:rPr>
          <w:rFonts w:ascii="EB Garamond" w:hAnsi="EB Garamond" w:eastAsia="EB Garamond"/>
          <w:sz w:val="22"/>
        </w:rPr>
        <w:t>“Who?”</w:t>
      </w:r>
    </w:p>
    <w:p>
      <w:pPr>
        <w:spacing w:after="0" w:line="264" w:lineRule="exact"/>
        <w:ind w:firstLine="0" w:left="0"/>
      </w:pPr>
      <w:r>
        <w:rPr>
          <w:rFonts w:ascii="EB Garamond" w:hAnsi="EB Garamond" w:eastAsia="EB Garamond"/>
          <w:sz w:val="22"/>
        </w:rPr>
        <w:t>“Ava’s mom.”</w:t>
      </w:r>
    </w:p>
    <w:p>
      <w:pPr>
        <w:spacing w:after="0" w:line="264" w:lineRule="exact"/>
        <w:ind w:firstLine="0" w:left="0"/>
      </w:pPr>
      <w:r>
        <w:rPr>
          <w:rFonts w:ascii="EB Garamond" w:hAnsi="EB Garamond" w:eastAsia="EB Garamond"/>
          <w:sz w:val="22"/>
        </w:rPr>
        <w:t>Their mothers knew each other.</w:t>
      </w:r>
    </w:p>
    <w:p>
      <w:pPr>
        <w:spacing w:after="0" w:line="264" w:lineRule="exact"/>
        <w:ind w:firstLine="0" w:left="0"/>
      </w:pPr>
      <w:r>
        <w:rPr>
          <w:rFonts w:ascii="EB Garamond" w:hAnsi="EB Garamond" w:eastAsia="EB Garamond"/>
          <w:sz w:val="22"/>
        </w:rPr>
        <w:t>Not well.</w:t>
      </w:r>
    </w:p>
    <w:p>
      <w:pPr>
        <w:spacing w:after="0" w:line="264" w:lineRule="exact"/>
        <w:ind w:firstLine="0" w:left="0"/>
      </w:pPr>
      <w:r>
        <w:rPr>
          <w:rFonts w:ascii="EB Garamond" w:hAnsi="EB Garamond" w:eastAsia="EB Garamond"/>
          <w:sz w:val="22"/>
        </w:rPr>
        <w:t>School events.</w:t>
      </w:r>
    </w:p>
    <w:p>
      <w:pPr>
        <w:spacing w:after="0" w:line="264" w:lineRule="exact"/>
        <w:ind w:firstLine="0" w:left="0"/>
      </w:pPr>
      <w:r>
        <w:rPr>
          <w:rFonts w:ascii="EB Garamond" w:hAnsi="EB Garamond" w:eastAsia="EB Garamond"/>
          <w:sz w:val="22"/>
        </w:rPr>
        <w:t>Birthday parties.</w:t>
      </w:r>
    </w:p>
    <w:p>
      <w:pPr>
        <w:spacing w:after="0" w:line="264" w:lineRule="exact"/>
        <w:ind w:firstLine="0" w:left="0"/>
      </w:pPr>
      <w:r>
        <w:rPr>
          <w:rFonts w:ascii="EB Garamond" w:hAnsi="EB Garamond" w:eastAsia="EB Garamond"/>
          <w:sz w:val="22"/>
        </w:rPr>
        <w:t>The kind of adult friendship built almost entirely from driving teenagers places.</w:t>
      </w:r>
    </w:p>
    <w:p>
      <w:pPr>
        <w:spacing w:after="0" w:line="264" w:lineRule="exact"/>
        <w:ind w:firstLine="0" w:left="0"/>
      </w:pPr>
      <w:r>
        <w:rPr>
          <w:rFonts w:ascii="EB Garamond" w:hAnsi="EB Garamond" w:eastAsia="EB Garamond"/>
          <w:sz w:val="22"/>
        </w:rPr>
        <w:t>Elsie’s mother hesitated.</w:t>
      </w:r>
    </w:p>
    <w:p>
      <w:pPr>
        <w:spacing w:after="0" w:line="264" w:lineRule="exact"/>
        <w:ind w:firstLine="0" w:left="0"/>
      </w:pPr>
      <w:r>
        <w:rPr>
          <w:rFonts w:ascii="EB Garamond" w:hAnsi="EB Garamond" w:eastAsia="EB Garamond"/>
          <w:sz w:val="22"/>
        </w:rPr>
        <w:t>“Would Ava’s mom know the aunt?”</w:t>
      </w:r>
    </w:p>
    <w:p>
      <w:pPr>
        <w:spacing w:after="0" w:line="264" w:lineRule="exact"/>
        <w:ind w:firstLine="0" w:left="0"/>
      </w:pPr>
      <w:r>
        <w:rPr>
          <w:rFonts w:ascii="EB Garamond" w:hAnsi="EB Garamond" w:eastAsia="EB Garamond"/>
          <w:sz w:val="22"/>
        </w:rPr>
        <w:t>“Maybe. She’s known Maddie’s family forever.”</w:t>
      </w:r>
    </w:p>
    <w:p>
      <w:pPr>
        <w:spacing w:after="0" w:line="264" w:lineRule="exact"/>
        <w:ind w:firstLine="0" w:left="0"/>
      </w:pPr>
      <w:r>
        <w:rPr>
          <w:rFonts w:ascii="EB Garamond" w:hAnsi="EB Garamond" w:eastAsia="EB Garamond"/>
          <w:sz w:val="22"/>
        </w:rPr>
        <w:t>“Do you have another way?”</w:t>
      </w:r>
    </w:p>
    <w:p>
      <w:pPr>
        <w:spacing w:after="0" w:line="264" w:lineRule="exact"/>
        <w:ind w:firstLine="0" w:left="0"/>
      </w:pPr>
      <w:r>
        <w:rPr>
          <w:rFonts w:ascii="EB Garamond" w:hAnsi="EB Garamond" w:eastAsia="EB Garamond"/>
          <w:sz w:val="22"/>
        </w:rPr>
        <w:t>Elsie didn’t.</w:t>
      </w:r>
    </w:p>
    <w:p>
      <w:pPr>
        <w:spacing w:after="0" w:line="264" w:lineRule="exact"/>
        <w:ind w:firstLine="0" w:left="0"/>
      </w:pPr>
      <w:r>
        <w:rPr>
          <w:rFonts w:ascii="EB Garamond" w:hAnsi="EB Garamond" w:eastAsia="EB Garamond"/>
          <w:sz w:val="22"/>
        </w:rPr>
        <w:t>Her mother looked at her carefully.</w:t>
      </w:r>
    </w:p>
    <w:p>
      <w:pPr>
        <w:spacing w:after="0" w:line="264" w:lineRule="exact"/>
        <w:ind w:firstLine="0" w:left="0"/>
      </w:pPr>
      <w:r>
        <w:rPr>
          <w:rFonts w:ascii="EB Garamond" w:hAnsi="EB Garamond" w:eastAsia="EB Garamond"/>
          <w:sz w:val="22"/>
        </w:rPr>
        <w:t>“If we involve another person, you need to understand that we lose some control over the information.”</w:t>
      </w:r>
    </w:p>
    <w:p>
      <w:pPr>
        <w:spacing w:after="0" w:line="264" w:lineRule="exact"/>
        <w:ind w:firstLine="0" w:left="0"/>
      </w:pPr>
      <w:r>
        <w:rPr>
          <w:rFonts w:ascii="EB Garamond" w:hAnsi="EB Garamond" w:eastAsia="EB Garamond"/>
          <w:sz w:val="22"/>
        </w:rPr>
        <w:t>Elsie thought of Mason.</w:t>
      </w:r>
    </w:p>
    <w:p>
      <w:pPr>
        <w:spacing w:after="0" w:line="264" w:lineRule="exact"/>
        <w:ind w:firstLine="0" w:left="0"/>
      </w:pPr>
      <w:r>
        <w:rPr>
          <w:rFonts w:ascii="EB Garamond" w:hAnsi="EB Garamond" w:eastAsia="EB Garamond"/>
          <w:i/>
          <w:sz w:val="22"/>
        </w:rPr>
        <w:t>Keeping something for somebody is about them.</w:t>
      </w:r>
    </w:p>
    <w:p>
      <w:pPr>
        <w:spacing w:after="0" w:line="264" w:lineRule="exact"/>
        <w:ind w:firstLine="0" w:left="0"/>
      </w:pPr>
      <w:r>
        <w:rPr>
          <w:rFonts w:ascii="EB Garamond" w:hAnsi="EB Garamond" w:eastAsia="EB Garamond"/>
          <w:sz w:val="22"/>
        </w:rPr>
        <w:t>She thought of Maddie.</w:t>
      </w:r>
    </w:p>
    <w:p>
      <w:pPr>
        <w:spacing w:after="0" w:line="264" w:lineRule="exact"/>
        <w:ind w:firstLine="0" w:left="0"/>
      </w:pPr>
      <w:r>
        <w:rPr>
          <w:rFonts w:ascii="EB Garamond" w:hAnsi="EB Garamond" w:eastAsia="EB Garamond"/>
          <w:i/>
          <w:sz w:val="22"/>
        </w:rPr>
        <w:t>Don’t tell anyone.</w:t>
      </w:r>
    </w:p>
    <w:p>
      <w:pPr>
        <w:spacing w:after="0" w:line="264" w:lineRule="exact"/>
        <w:ind w:firstLine="0" w:left="0"/>
      </w:pPr>
      <w:r>
        <w:rPr>
          <w:rFonts w:ascii="EB Garamond" w:hAnsi="EB Garamond" w:eastAsia="EB Garamond"/>
          <w:sz w:val="22"/>
        </w:rPr>
        <w:t>But this wasn’t gossip.</w:t>
      </w:r>
    </w:p>
    <w:p>
      <w:pPr>
        <w:spacing w:after="0" w:line="264" w:lineRule="exact"/>
        <w:ind w:firstLine="0" w:left="0"/>
      </w:pPr>
      <w:r>
        <w:rPr>
          <w:rFonts w:ascii="EB Garamond" w:hAnsi="EB Garamond" w:eastAsia="EB Garamond"/>
          <w:sz w:val="22"/>
        </w:rPr>
        <w:t>This was help.</w:t>
      </w:r>
    </w:p>
    <w:p>
      <w:pPr>
        <w:spacing w:after="0" w:line="264" w:lineRule="exact"/>
        <w:ind w:firstLine="0" w:left="0"/>
      </w:pPr>
      <w:r>
        <w:rPr>
          <w:rFonts w:ascii="EB Garamond" w:hAnsi="EB Garamond" w:eastAsia="EB Garamond"/>
          <w:sz w:val="22"/>
        </w:rPr>
        <w:t>Right?</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“Call her.”</w:t>
      </w:r>
    </w:p>
    <w:p>
      <w:pPr>
        <w:spacing w:after="0" w:line="264" w:lineRule="exact"/>
        <w:ind w:firstLine="0" w:left="0"/>
      </w:pPr>
      <w:r>
        <w:rPr>
          <w:rFonts w:ascii="EB Garamond" w:hAnsi="EB Garamond" w:eastAsia="EB Garamond"/>
          <w:sz w:val="22"/>
        </w:rPr>
        <w:t>Mrs. Walker answered on the third ring.</w:t>
      </w:r>
    </w:p>
    <w:p>
      <w:pPr>
        <w:spacing w:after="0" w:line="264" w:lineRule="exact"/>
        <w:ind w:firstLine="0" w:left="0"/>
      </w:pPr>
      <w:r>
        <w:rPr>
          <w:rFonts w:ascii="EB Garamond" w:hAnsi="EB Garamond" w:eastAsia="EB Garamond"/>
          <w:sz w:val="22"/>
        </w:rPr>
        <w:t>Elsie sat beside her mother listening to half the conversation.</w:t>
      </w:r>
    </w:p>
    <w:p>
      <w:pPr>
        <w:spacing w:after="0" w:line="264" w:lineRule="exact"/>
        <w:ind w:firstLine="0" w:left="0"/>
      </w:pPr>
      <w:r>
        <w:rPr>
          <w:rFonts w:ascii="EB Garamond" w:hAnsi="EB Garamond" w:eastAsia="EB Garamond"/>
          <w:sz w:val="22"/>
        </w:rPr>
        <w:t>“Hi, Amy. Sorry to bother you…”</w:t>
      </w:r>
    </w:p>
    <w:p>
      <w:pPr>
        <w:spacing w:after="0" w:line="264" w:lineRule="exact"/>
        <w:ind w:firstLine="0" w:left="0"/>
      </w:pPr>
      <w:r>
        <w:rPr>
          <w:rFonts w:ascii="EB Garamond" w:hAnsi="EB Garamond" w:eastAsia="EB Garamond"/>
          <w:sz w:val="22"/>
        </w:rPr>
        <w:t>Pause.</w:t>
      </w:r>
    </w:p>
    <w:p>
      <w:pPr>
        <w:spacing w:after="0" w:line="264" w:lineRule="exact"/>
        <w:ind w:firstLine="0" w:left="0"/>
      </w:pPr>
      <w:r>
        <w:rPr>
          <w:rFonts w:ascii="EB Garamond" w:hAnsi="EB Garamond" w:eastAsia="EB Garamond"/>
          <w:sz w:val="22"/>
        </w:rPr>
        <w:t>“Yes, she’s fine.”</w:t>
      </w:r>
    </w:p>
    <w:p>
      <w:pPr>
        <w:spacing w:after="0" w:line="264" w:lineRule="exact"/>
        <w:ind w:firstLine="0" w:left="0"/>
      </w:pPr>
      <w:r>
        <w:rPr>
          <w:rFonts w:ascii="EB Garamond" w:hAnsi="EB Garamond" w:eastAsia="EB Garamond"/>
          <w:sz w:val="22"/>
        </w:rPr>
        <w:t>Elsie closed her eyes.</w:t>
      </w:r>
    </w:p>
    <w:p>
      <w:pPr>
        <w:spacing w:after="0" w:line="264" w:lineRule="exact"/>
        <w:ind w:firstLine="0" w:left="0"/>
      </w:pPr>
      <w:r>
        <w:rPr>
          <w:rFonts w:ascii="EB Garamond" w:hAnsi="EB Garamond" w:eastAsia="EB Garamond"/>
          <w:sz w:val="22"/>
        </w:rPr>
        <w:t>Not the time.</w:t>
      </w:r>
    </w:p>
    <w:p>
      <w:pPr>
        <w:spacing w:after="0" w:line="264" w:lineRule="exact"/>
        <w:ind w:firstLine="0" w:left="0"/>
      </w:pPr>
      <w:r>
        <w:rPr>
          <w:rFonts w:ascii="EB Garamond" w:hAnsi="EB Garamond" w:eastAsia="EB Garamond"/>
          <w:sz w:val="22"/>
        </w:rPr>
        <w:t>Her mother continued.</w:t>
      </w:r>
    </w:p>
    <w:p>
      <w:pPr>
        <w:spacing w:after="0" w:line="264" w:lineRule="exact"/>
        <w:ind w:firstLine="0" w:left="0"/>
      </w:pPr>
      <w:r>
        <w:rPr>
          <w:rFonts w:ascii="EB Garamond" w:hAnsi="EB Garamond" w:eastAsia="EB Garamond"/>
          <w:sz w:val="22"/>
        </w:rPr>
        <w:t>“I need a phone number, and I want to share as little as possible.”</w:t>
      </w:r>
    </w:p>
    <w:p>
      <w:pPr>
        <w:spacing w:after="0" w:line="264" w:lineRule="exact"/>
        <w:ind w:firstLine="0" w:left="0"/>
      </w:pPr>
      <w:r>
        <w:rPr>
          <w:rFonts w:ascii="EB Garamond" w:hAnsi="EB Garamond" w:eastAsia="EB Garamond"/>
          <w:sz w:val="22"/>
        </w:rPr>
        <w:t>Good.</w:t>
      </w:r>
    </w:p>
    <w:p>
      <w:pPr>
        <w:spacing w:after="0" w:line="264" w:lineRule="exact"/>
        <w:ind w:firstLine="0" w:left="0"/>
      </w:pPr>
      <w:r>
        <w:rPr>
          <w:rFonts w:ascii="EB Garamond" w:hAnsi="EB Garamond" w:eastAsia="EB Garamond"/>
          <w:sz w:val="22"/>
        </w:rPr>
        <w:t>Elsie relaxed slightly.</w:t>
      </w:r>
    </w:p>
    <w:p>
      <w:pPr>
        <w:spacing w:after="0" w:line="264" w:lineRule="exact"/>
        <w:ind w:firstLine="0" w:left="0"/>
      </w:pPr>
      <w:r>
        <w:rPr>
          <w:rFonts w:ascii="EB Garamond" w:hAnsi="EB Garamond" w:eastAsia="EB Garamond"/>
          <w:sz w:val="22"/>
        </w:rPr>
        <w:t>“Do you have Maddie’s aunt’s number?”</w:t>
      </w:r>
    </w:p>
    <w:p>
      <w:pPr>
        <w:spacing w:after="0" w:line="264" w:lineRule="exact"/>
        <w:ind w:firstLine="0" w:left="0"/>
      </w:pPr>
      <w:r>
        <w:rPr>
          <w:rFonts w:ascii="EB Garamond" w:hAnsi="EB Garamond" w:eastAsia="EB Garamond"/>
          <w:sz w:val="22"/>
        </w:rPr>
        <w:t>Pause.</w:t>
      </w:r>
    </w:p>
    <w:p>
      <w:pPr>
        <w:spacing w:after="0" w:line="264" w:lineRule="exact"/>
        <w:ind w:firstLine="0" w:left="0"/>
      </w:pPr>
      <w:r>
        <w:rPr>
          <w:rFonts w:ascii="EB Garamond" w:hAnsi="EB Garamond" w:eastAsia="EB Garamond"/>
          <w:sz w:val="22"/>
        </w:rPr>
        <w:t>“No, nothing happened at school.”</w:t>
      </w:r>
    </w:p>
    <w:p>
      <w:pPr>
        <w:spacing w:after="0" w:line="264" w:lineRule="exact"/>
        <w:ind w:firstLine="0" w:left="0"/>
      </w:pPr>
      <w:r>
        <w:rPr>
          <w:rFonts w:ascii="EB Garamond" w:hAnsi="EB Garamond" w:eastAsia="EB Garamond"/>
          <w:sz w:val="22"/>
        </w:rPr>
        <w:t>Longer pause.</w:t>
      </w:r>
    </w:p>
    <w:p>
      <w:pPr>
        <w:spacing w:after="0" w:line="264" w:lineRule="exact"/>
        <w:ind w:firstLine="0" w:left="0"/>
      </w:pPr>
      <w:r>
        <w:rPr>
          <w:rFonts w:ascii="EB Garamond" w:hAnsi="EB Garamond" w:eastAsia="EB Garamond"/>
          <w:sz w:val="22"/>
        </w:rPr>
        <w:t>Elsie’s mother looked at her.</w:t>
      </w:r>
    </w:p>
    <w:p>
      <w:pPr>
        <w:spacing w:after="0" w:line="264" w:lineRule="exact"/>
        <w:ind w:firstLine="0" w:left="0"/>
      </w:pPr>
      <w:r>
        <w:rPr>
          <w:rFonts w:ascii="EB Garamond" w:hAnsi="EB Garamond" w:eastAsia="EB Garamond"/>
          <w:sz w:val="22"/>
        </w:rPr>
        <w:t>“There’s a family situation, and we just need to make sure an adult can get over there.”</w:t>
      </w:r>
    </w:p>
    <w:p>
      <w:pPr>
        <w:spacing w:after="0" w:line="264" w:lineRule="exact"/>
        <w:ind w:firstLine="0" w:left="0"/>
      </w:pPr>
      <w:r>
        <w:rPr>
          <w:rFonts w:ascii="EB Garamond" w:hAnsi="EB Garamond" w:eastAsia="EB Garamond"/>
          <w:sz w:val="22"/>
        </w:rPr>
        <w:t>Elsie’s stomach tightened.</w:t>
      </w:r>
    </w:p>
    <w:p>
      <w:pPr>
        <w:spacing w:after="0" w:line="264" w:lineRule="exact"/>
        <w:ind w:firstLine="0" w:left="0"/>
      </w:pPr>
      <w:r>
        <w:rPr>
          <w:rFonts w:ascii="EB Garamond" w:hAnsi="EB Garamond" w:eastAsia="EB Garamond"/>
          <w:sz w:val="22"/>
        </w:rPr>
        <w:t>Family situation.</w:t>
      </w:r>
    </w:p>
    <w:p>
      <w:pPr>
        <w:spacing w:after="0" w:line="264" w:lineRule="exact"/>
        <w:ind w:firstLine="0" w:left="0"/>
      </w:pPr>
      <w:r>
        <w:rPr>
          <w:rFonts w:ascii="EB Garamond" w:hAnsi="EB Garamond" w:eastAsia="EB Garamond"/>
          <w:sz w:val="22"/>
        </w:rPr>
        <w:t>Still okay.</w:t>
      </w:r>
    </w:p>
    <w:p>
      <w:pPr>
        <w:spacing w:after="0" w:line="264" w:lineRule="exact"/>
        <w:ind w:firstLine="0" w:left="0"/>
      </w:pPr>
      <w:r>
        <w:rPr>
          <w:rFonts w:ascii="EB Garamond" w:hAnsi="EB Garamond" w:eastAsia="EB Garamond"/>
          <w:sz w:val="22"/>
        </w:rPr>
        <w:t>Mrs. Walker said something.</w:t>
      </w:r>
    </w:p>
    <w:p>
      <w:pPr>
        <w:spacing w:after="0" w:line="264" w:lineRule="exact"/>
        <w:ind w:firstLine="0" w:left="0"/>
      </w:pPr>
      <w:r>
        <w:rPr>
          <w:rFonts w:ascii="EB Garamond" w:hAnsi="EB Garamond" w:eastAsia="EB Garamond"/>
          <w:sz w:val="22"/>
        </w:rPr>
        <w:t>Her mother replied, “I really don’t want to get into details.”</w:t>
      </w:r>
    </w:p>
    <w:p>
      <w:pPr>
        <w:spacing w:after="0" w:line="264" w:lineRule="exact"/>
        <w:ind w:firstLine="0" w:left="0"/>
      </w:pPr>
      <w:r>
        <w:rPr>
          <w:rFonts w:ascii="EB Garamond" w:hAnsi="EB Garamond" w:eastAsia="EB Garamond"/>
          <w:sz w:val="22"/>
        </w:rPr>
        <w:t>Good.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“No. The girls are okay.”</w:t>
      </w:r>
    </w:p>
    <w:p>
      <w:pPr>
        <w:spacing w:after="0" w:line="264" w:lineRule="exact"/>
        <w:ind w:firstLine="0" w:left="0"/>
      </w:pPr>
      <w:r>
        <w:rPr>
          <w:rFonts w:ascii="EB Garamond" w:hAnsi="EB Garamond" w:eastAsia="EB Garamond"/>
          <w:sz w:val="22"/>
        </w:rPr>
        <w:t>Elsie stared at her.</w:t>
      </w:r>
    </w:p>
    <w:p>
      <w:pPr>
        <w:spacing w:after="0" w:line="264" w:lineRule="exact"/>
        <w:ind w:firstLine="0" w:left="0"/>
      </w:pPr>
      <w:r>
        <w:rPr>
          <w:rFonts w:ascii="EB Garamond" w:hAnsi="EB Garamond" w:eastAsia="EB Garamond"/>
          <w:sz w:val="22"/>
        </w:rPr>
        <w:t>Girls?</w:t>
      </w:r>
    </w:p>
    <w:p>
      <w:pPr>
        <w:spacing w:after="0" w:line="264" w:lineRule="exact"/>
        <w:ind w:firstLine="0" w:left="0"/>
      </w:pPr>
      <w:r>
        <w:rPr>
          <w:rFonts w:ascii="EB Garamond" w:hAnsi="EB Garamond" w:eastAsia="EB Garamond"/>
          <w:sz w:val="22"/>
        </w:rPr>
        <w:t>Plural.</w:t>
      </w:r>
    </w:p>
    <w:p>
      <w:pPr>
        <w:spacing w:after="0" w:line="264" w:lineRule="exact"/>
        <w:ind w:firstLine="0" w:left="0"/>
      </w:pPr>
      <w:r>
        <w:rPr>
          <w:rFonts w:ascii="EB Garamond" w:hAnsi="EB Garamond" w:eastAsia="EB Garamond"/>
          <w:sz w:val="22"/>
        </w:rPr>
        <w:t>Her mother closed her eyes briefly.</w:t>
      </w:r>
    </w:p>
    <w:p>
      <w:pPr>
        <w:spacing w:after="0" w:line="264" w:lineRule="exact"/>
        <w:ind w:firstLine="0" w:left="0"/>
      </w:pPr>
      <w:r>
        <w:rPr>
          <w:rFonts w:ascii="EB Garamond" w:hAnsi="EB Garamond" w:eastAsia="EB Garamond"/>
          <w:sz w:val="22"/>
        </w:rPr>
        <w:t>Too late.</w:t>
      </w:r>
    </w:p>
    <w:p>
      <w:pPr>
        <w:spacing w:after="0" w:line="264" w:lineRule="exact"/>
        <w:ind w:firstLine="0" w:left="0"/>
      </w:pPr>
      <w:r>
        <w:rPr>
          <w:rFonts w:ascii="EB Garamond" w:hAnsi="EB Garamond" w:eastAsia="EB Garamond"/>
          <w:sz w:val="22"/>
        </w:rPr>
        <w:t>Mrs. Walker was talking.</w:t>
      </w:r>
    </w:p>
    <w:p>
      <w:pPr>
        <w:spacing w:after="0" w:line="264" w:lineRule="exact"/>
        <w:ind w:firstLine="0" w:left="0"/>
      </w:pPr>
      <w:r>
        <w:rPr>
          <w:rFonts w:ascii="EB Garamond" w:hAnsi="EB Garamond" w:eastAsia="EB Garamond"/>
          <w:sz w:val="22"/>
        </w:rPr>
        <w:t>A lot.</w:t>
      </w:r>
    </w:p>
    <w:p>
      <w:pPr>
        <w:spacing w:after="0" w:line="264" w:lineRule="exact"/>
        <w:ind w:firstLine="0" w:left="0"/>
      </w:pPr>
      <w:r>
        <w:rPr>
          <w:rFonts w:ascii="EB Garamond" w:hAnsi="EB Garamond" w:eastAsia="EB Garamond"/>
          <w:sz w:val="22"/>
        </w:rPr>
        <w:t>“No, Amy…”</w:t>
      </w:r>
    </w:p>
    <w:p>
      <w:pPr>
        <w:spacing w:after="0" w:line="264" w:lineRule="exact"/>
        <w:ind w:firstLine="0" w:left="0"/>
      </w:pPr>
      <w:r>
        <w:rPr>
          <w:rFonts w:ascii="EB Garamond" w:hAnsi="EB Garamond" w:eastAsia="EB Garamond"/>
          <w:sz w:val="22"/>
        </w:rPr>
        <w:t>More talking.</w:t>
      </w:r>
    </w:p>
    <w:p>
      <w:pPr>
        <w:spacing w:after="0" w:line="264" w:lineRule="exact"/>
        <w:ind w:firstLine="0" w:left="0"/>
      </w:pPr>
      <w:r>
        <w:rPr>
          <w:rFonts w:ascii="EB Garamond" w:hAnsi="EB Garamond" w:eastAsia="EB Garamond"/>
          <w:sz w:val="22"/>
        </w:rPr>
        <w:t>“I understand.”</w:t>
      </w:r>
    </w:p>
    <w:p>
      <w:pPr>
        <w:spacing w:after="0" w:line="264" w:lineRule="exact"/>
        <w:ind w:firstLine="0" w:left="0"/>
      </w:pPr>
      <w:r>
        <w:rPr>
          <w:rFonts w:ascii="EB Garamond" w:hAnsi="EB Garamond" w:eastAsia="EB Garamond"/>
          <w:sz w:val="22"/>
        </w:rPr>
        <w:t>Elsie’s stomach twisted.</w:t>
      </w:r>
    </w:p>
    <w:p>
      <w:pPr>
        <w:spacing w:after="0" w:line="264" w:lineRule="exact"/>
        <w:ind w:firstLine="0" w:left="0"/>
      </w:pPr>
      <w:r>
        <w:rPr>
          <w:rFonts w:ascii="EB Garamond" w:hAnsi="EB Garamond" w:eastAsia="EB Garamond"/>
          <w:sz w:val="22"/>
        </w:rPr>
        <w:t>Finally her mother said, “Please don’t say anything to Ava yet.”</w:t>
      </w:r>
    </w:p>
    <w:p>
      <w:pPr>
        <w:spacing w:after="0" w:line="264" w:lineRule="exact"/>
        <w:ind w:firstLine="0" w:left="0"/>
      </w:pPr>
      <w:r>
        <w:rPr>
          <w:rFonts w:ascii="EB Garamond" w:hAnsi="EB Garamond" w:eastAsia="EB Garamond"/>
          <w:sz w:val="22"/>
        </w:rPr>
        <w:t>Elsie’s stomach dropped.</w:t>
      </w:r>
    </w:p>
    <w:p>
      <w:pPr>
        <w:spacing w:after="0" w:line="264" w:lineRule="exact"/>
        <w:ind w:firstLine="0" w:left="0"/>
      </w:pPr>
      <w:r>
        <w:rPr>
          <w:rFonts w:ascii="EB Garamond" w:hAnsi="EB Garamond" w:eastAsia="EB Garamond"/>
          <w:sz w:val="22"/>
        </w:rPr>
        <w:t>Afterward, her mother put the phone down.</w:t>
      </w:r>
    </w:p>
    <w:p>
      <w:pPr>
        <w:spacing w:after="0" w:line="264" w:lineRule="exact"/>
        <w:ind w:firstLine="0" w:left="0"/>
      </w:pPr>
      <w:r>
        <w:rPr>
          <w:rFonts w:ascii="EB Garamond" w:hAnsi="EB Garamond" w:eastAsia="EB Garamond"/>
          <w:sz w:val="22"/>
        </w:rPr>
        <w:t>“She’s going to find the number.”</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“Did we do the right thing?”</w:t>
      </w:r>
    </w:p>
    <w:p>
      <w:pPr>
        <w:spacing w:after="0" w:line="264" w:lineRule="exact"/>
        <w:ind w:firstLine="0" w:left="0"/>
      </w:pPr>
      <w:r>
        <w:rPr>
          <w:rFonts w:ascii="EB Garamond" w:hAnsi="EB Garamond" w:eastAsia="EB Garamond"/>
          <w:sz w:val="22"/>
        </w:rPr>
        <w:t>Her mother looked at her.</w:t>
      </w:r>
    </w:p>
    <w:p>
      <w:pPr>
        <w:spacing w:after="0" w:line="264" w:lineRule="exact"/>
        <w:ind w:firstLine="0" w:left="0"/>
      </w:pPr>
      <w:r>
        <w:rPr>
          <w:rFonts w:ascii="EB Garamond" w:hAnsi="EB Garamond" w:eastAsia="EB Garamond"/>
          <w:sz w:val="22"/>
        </w:rPr>
        <w:t>“We did the safest thing we could with the information we had.”</w:t>
      </w:r>
    </w:p>
    <w:p>
      <w:pPr>
        <w:spacing w:after="0" w:line="264" w:lineRule="exact"/>
        <w:ind w:firstLine="0" w:left="0"/>
      </w:pPr>
      <w:r>
        <w:rPr>
          <w:rFonts w:ascii="EB Garamond" w:hAnsi="EB Garamond" w:eastAsia="EB Garamond"/>
          <w:sz w:val="22"/>
        </w:rPr>
        <w:t>“That wasn’t what I asked.”</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Elsie hated answers like that.</w:t>
      </w:r>
    </w:p>
    <w:p>
      <w:pPr>
        <w:spacing w:after="0" w:line="264" w:lineRule="exact"/>
        <w:ind w:firstLine="0" w:left="0"/>
      </w:pPr>
      <w:r>
        <w:rPr>
          <w:rFonts w:ascii="EB Garamond" w:hAnsi="EB Garamond" w:eastAsia="EB Garamond"/>
          <w:sz w:val="22"/>
        </w:rPr>
        <w:t>At 5:31, Maddie texted.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my aunt is here</w:t>
      </w:r>
    </w:p>
    <w:p>
      <w:pPr>
        <w:spacing w:after="0" w:line="264" w:lineRule="exact"/>
        <w:ind w:firstLine="0" w:left="0"/>
      </w:pPr>
      <w:r>
        <w:rPr>
          <w:rFonts w:ascii="EB Garamond" w:hAnsi="EB Garamond" w:eastAsia="EB Garamond"/>
          <w:sz w:val="22"/>
        </w:rPr>
        <w:t>Elsie nearly cried from relief.</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okay good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did you call her</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Her fingers hovered.</w:t>
      </w:r>
    </w:p>
    <w:p>
      <w:pPr>
        <w:spacing w:after="0" w:line="264" w:lineRule="exact"/>
        <w:ind w:firstLine="0" w:left="0"/>
      </w:pPr>
      <w:r>
        <w:rPr>
          <w:rFonts w:ascii="EB Garamond" w:hAnsi="EB Garamond" w:eastAsia="EB Garamond"/>
          <w:sz w:val="22"/>
        </w:rPr>
        <w:t>She could lie.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Absolutely not.</w:t>
      </w:r>
    </w:p>
    <w:p>
      <w:pPr>
        <w:spacing w:after="0" w:line="264" w:lineRule="exact"/>
        <w:ind w:firstLine="0" w:left="0"/>
      </w:pPr>
      <w:r>
        <w:rPr>
          <w:rFonts w:ascii="EB Garamond" w:hAnsi="EB Garamond" w:eastAsia="EB Garamond"/>
          <w:sz w:val="22"/>
        </w:rPr>
        <w:t>Stupid entire month of accidentally developing a conscience.</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my mom did</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One minute.</w:t>
      </w:r>
    </w:p>
    <w:p>
      <w:pPr>
        <w:spacing w:after="0" w:line="264" w:lineRule="exact"/>
        <w:ind w:firstLine="0" w:left="0"/>
      </w:pPr>
      <w:r>
        <w:rPr>
          <w:rFonts w:ascii="EB Garamond" w:hAnsi="EB Garamond" w:eastAsia="EB Garamond"/>
          <w:sz w:val="22"/>
        </w:rPr>
        <w:t>Two.</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maddie</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you told your mom</w:t>
      </w:r>
    </w:p>
    <w:p>
      <w:pPr>
        <w:spacing w:after="0" w:line="264" w:lineRule="exact"/>
        <w:ind w:firstLine="0" w:left="0"/>
      </w:pPr>
      <w:r>
        <w:rPr>
          <w:rFonts w:ascii="EB Garamond" w:hAnsi="EB Garamond" w:eastAsia="EB Garamond"/>
          <w:sz w:val="22"/>
        </w:rPr>
        <w:t>Elsie’s eyes filled.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 was scared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you promised me</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 know</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YOU PROMISED ME</w:t>
      </w:r>
    </w:p>
    <w:p>
      <w:pPr>
        <w:spacing w:after="0" w:line="264" w:lineRule="exact"/>
        <w:ind w:firstLine="0" w:left="0"/>
      </w:pPr>
      <w:r>
        <w:rPr>
          <w:rFonts w:ascii="EB Garamond" w:hAnsi="EB Garamond" w:eastAsia="EB Garamond"/>
          <w:sz w:val="22"/>
        </w:rPr>
        <w:t>Elsie started typing.</w:t>
      </w:r>
    </w:p>
    <w:p>
      <w:pPr>
        <w:spacing w:after="0" w:line="264" w:lineRule="exact"/>
        <w:ind w:firstLine="0" w:left="0"/>
      </w:pPr>
      <w:r>
        <w:rPr>
          <w:rFonts w:ascii="EB Garamond" w:hAnsi="EB Garamond" w:eastAsia="EB Garamond"/>
          <w:sz w:val="22"/>
        </w:rPr>
        <w:t>Stopped.</w:t>
      </w:r>
    </w:p>
    <w:p>
      <w:pPr>
        <w:spacing w:after="0" w:line="264" w:lineRule="exact"/>
        <w:ind w:firstLine="0" w:left="0"/>
      </w:pPr>
      <w:r>
        <w:rPr>
          <w:rFonts w:ascii="EB Garamond" w:hAnsi="EB Garamond" w:eastAsia="EB Garamond"/>
          <w:sz w:val="22"/>
        </w:rPr>
        <w:t>Started again.</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your mom said she didn’t know what the point was and you were there alone. I didn’t know if she was safe.</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I told you she wasn’t going to do anything</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you didn’t know that</w:t>
      </w:r>
    </w:p>
    <w:p>
      <w:pPr>
        <w:spacing w:after="0" w:line="264" w:lineRule="exact"/>
        <w:ind w:firstLine="0" w:left="0"/>
      </w:pPr>
      <w:r>
        <w:rPr>
          <w:rFonts w:ascii="EB Garamond" w:hAnsi="EB Garamond" w:eastAsia="EB Garamond"/>
          <w:sz w:val="22"/>
        </w:rPr>
        <w:t>The second she sent it, she regretted it.</w:t>
      </w:r>
    </w:p>
    <w:p>
      <w:pPr>
        <w:spacing w:after="0" w:line="264" w:lineRule="exact"/>
        <w:ind w:firstLine="0" w:left="0"/>
      </w:pPr>
      <w:r>
        <w:rPr>
          <w:rFonts w:ascii="EB Garamond" w:hAnsi="EB Garamond" w:eastAsia="EB Garamond"/>
          <w:sz w:val="22"/>
        </w:rPr>
        <w:t>Three dots appeared.</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wow</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that’s not what I meant</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you think I don’t know my own mother</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you think you’re suddenly the expert on everyone’s life</w:t>
      </w:r>
    </w:p>
    <w:p>
      <w:pPr>
        <w:spacing w:after="0" w:line="264" w:lineRule="exact"/>
        <w:ind w:firstLine="0" w:left="0"/>
      </w:pPr>
      <w:r>
        <w:rPr>
          <w:rFonts w:ascii="EB Garamond" w:hAnsi="EB Garamond" w:eastAsia="EB Garamond"/>
          <w:sz w:val="22"/>
        </w:rPr>
        <w:t>Elsie stopped breathing.</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because you read the bible for three weeks?</w:t>
      </w:r>
    </w:p>
    <w:p>
      <w:pPr>
        <w:spacing w:after="0" w:line="264" w:lineRule="exact"/>
        <w:ind w:firstLine="0" w:left="0"/>
      </w:pPr>
      <w:r>
        <w:rPr>
          <w:rFonts w:ascii="EB Garamond" w:hAnsi="EB Garamond" w:eastAsia="EB Garamond"/>
          <w:sz w:val="22"/>
        </w:rPr>
        <w:t>That hurt.</w:t>
      </w:r>
    </w:p>
    <w:p>
      <w:pPr>
        <w:spacing w:after="0" w:line="264" w:lineRule="exact"/>
        <w:ind w:firstLine="0" w:left="0"/>
      </w:pPr>
      <w:r>
        <w:rPr>
          <w:rFonts w:ascii="EB Garamond" w:hAnsi="EB Garamond" w:eastAsia="EB Garamond"/>
          <w:sz w:val="22"/>
        </w:rPr>
        <w:t>A lot.</w:t>
      </w:r>
    </w:p>
    <w:p>
      <w:pPr>
        <w:spacing w:after="0" w:line="264" w:lineRule="exact"/>
        <w:ind w:firstLine="0" w:left="0"/>
      </w:pPr>
      <w:r>
        <w:rPr>
          <w:rFonts w:ascii="EB Garamond" w:hAnsi="EB Garamond" w:eastAsia="EB Garamond"/>
          <w:sz w:val="22"/>
        </w:rPr>
        <w:t>Elsie stared at the words.</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my aunt is treating my mom like she’s crazy now</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 wasn’t trying to—</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STOP</w:t>
      </w:r>
    </w:p>
    <w:p>
      <w:pPr>
        <w:spacing w:after="0" w:line="264" w:lineRule="exact"/>
        <w:ind w:firstLine="0" w:left="0"/>
      </w:pPr>
      <w:r>
        <w:rPr>
          <w:rFonts w:ascii="EB Garamond" w:hAnsi="EB Garamond" w:eastAsia="EB Garamond"/>
          <w:sz w:val="22"/>
        </w:rPr>
        <w:t>Elsie froze.</w:t>
      </w:r>
    </w:p>
    <w:p>
      <w:pPr>
        <w:spacing w:after="0" w:line="264" w:lineRule="exact"/>
        <w:ind w:firstLine="0" w:left="0"/>
      </w:pPr>
      <w:r>
        <w:rPr>
          <w:rFonts w:ascii="EB Garamond" w:hAnsi="EB Garamond" w:eastAsia="EB Garamond"/>
          <w:sz w:val="22"/>
        </w:rPr>
        <w:t>A minute passed.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Maddie:</w:t>
      </w:r>
      <w:r>
        <w:rPr>
          <w:rFonts w:ascii="EB Garamond" w:hAnsi="EB Garamond" w:eastAsia="EB Garamond"/>
          <w:b w:val="0"/>
          <w:sz w:val="22"/>
        </w:rPr>
        <w:t xml:space="preserve"> just stop explaining</w:t>
      </w:r>
    </w:p>
    <w:p>
      <w:pPr>
        <w:spacing w:after="0" w:line="264" w:lineRule="exact"/>
        <w:ind w:firstLine="0" w:left="0"/>
      </w:pPr>
      <w:r>
        <w:rPr>
          <w:rFonts w:ascii="EB Garamond" w:hAnsi="EB Garamond" w:eastAsia="EB Garamond"/>
          <w:sz w:val="22"/>
        </w:rPr>
        <w:t>Elsie’s hands shook.</w:t>
      </w:r>
    </w:p>
    <w:p>
      <w:pPr>
        <w:spacing w:after="0" w:line="264" w:lineRule="exact"/>
        <w:ind w:firstLine="0" w:left="0"/>
      </w:pPr>
      <w:r>
        <w:rPr>
          <w:rFonts w:ascii="EB Garamond" w:hAnsi="EB Garamond" w:eastAsia="EB Garamond"/>
          <w:sz w:val="22"/>
        </w:rPr>
        <w:t>She put the phone down.</w:t>
      </w:r>
    </w:p>
    <w:p>
      <w:pPr>
        <w:spacing w:after="0" w:line="264" w:lineRule="exact"/>
        <w:ind w:firstLine="0" w:left="0"/>
      </w:pPr>
      <w:r>
        <w:rPr>
          <w:rFonts w:ascii="EB Garamond" w:hAnsi="EB Garamond" w:eastAsia="EB Garamond"/>
          <w:sz w:val="22"/>
        </w:rPr>
        <w:t>Picked it back up.</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I’m sorry</w:t>
      </w:r>
    </w:p>
    <w:p>
      <w:pPr>
        <w:spacing w:after="0" w:line="264" w:lineRule="exact"/>
        <w:ind w:firstLine="0" w:left="0"/>
      </w:pPr>
      <w:r>
        <w:rPr>
          <w:rFonts w:ascii="EB Garamond" w:hAnsi="EB Garamond" w:eastAsia="EB Garamond"/>
          <w:sz w:val="22"/>
        </w:rPr>
        <w:t>Delivered.</w:t>
      </w:r>
    </w:p>
    <w:p>
      <w:pPr>
        <w:spacing w:after="0" w:line="264" w:lineRule="exact"/>
        <w:ind w:firstLine="0" w:left="0"/>
      </w:pPr>
      <w:r>
        <w:rPr>
          <w:rFonts w:ascii="EB Garamond" w:hAnsi="EB Garamond" w:eastAsia="EB Garamond"/>
          <w:sz w:val="22"/>
        </w:rPr>
        <w:t>No response.</w:t>
      </w:r>
    </w:p>
    <w:p>
      <w:pPr>
        <w:spacing w:after="0" w:line="264" w:lineRule="exact"/>
        <w:ind w:firstLine="0" w:left="0"/>
      </w:pPr>
      <w:r>
        <w:rPr>
          <w:rFonts w:ascii="EB Garamond" w:hAnsi="EB Garamond" w:eastAsia="EB Garamond"/>
          <w:sz w:val="22"/>
        </w:rPr>
        <w:t>At 6:12, Ava called.</w:t>
      </w:r>
    </w:p>
    <w:p>
      <w:pPr>
        <w:spacing w:after="0" w:line="264" w:lineRule="exact"/>
        <w:ind w:firstLine="0" w:left="0"/>
      </w:pPr>
      <w:r>
        <w:rPr>
          <w:rFonts w:ascii="EB Garamond" w:hAnsi="EB Garamond" w:eastAsia="EB Garamond"/>
          <w:sz w:val="22"/>
        </w:rPr>
        <w:t>Elsie’s stomach dropped.</w:t>
      </w:r>
    </w:p>
    <w:p>
      <w:pPr>
        <w:spacing w:after="0" w:line="264" w:lineRule="exact"/>
        <w:ind w:firstLine="0" w:left="0"/>
      </w:pPr>
      <w:r>
        <w:rPr>
          <w:rFonts w:ascii="EB Garamond" w:hAnsi="EB Garamond" w:eastAsia="EB Garamond"/>
          <w:sz w:val="22"/>
        </w:rPr>
        <w:t>She let it ring.</w:t>
      </w:r>
    </w:p>
    <w:p>
      <w:pPr>
        <w:spacing w:after="0" w:line="264" w:lineRule="exact"/>
        <w:ind w:firstLine="0" w:left="0"/>
      </w:pPr>
      <w:r>
        <w:rPr>
          <w:rFonts w:ascii="EB Garamond" w:hAnsi="EB Garamond" w:eastAsia="EB Garamond"/>
          <w:sz w:val="22"/>
        </w:rPr>
        <w:t>Then again.</w:t>
      </w:r>
    </w:p>
    <w:p>
      <w:pPr>
        <w:spacing w:after="0" w:line="264" w:lineRule="exact"/>
        <w:ind w:firstLine="0" w:left="0"/>
      </w:pPr>
      <w:r>
        <w:rPr>
          <w:rFonts w:ascii="EB Garamond" w:hAnsi="EB Garamond" w:eastAsia="EB Garamond"/>
          <w:sz w:val="22"/>
        </w:rPr>
        <w:t>Then a text.</w:t>
      </w:r>
    </w:p>
    <w:p>
      <w:pPr>
        <w:spacing w:after="0" w:line="264" w:lineRule="exact"/>
        <w:ind w:firstLine="0" w:left="0"/>
      </w:pPr>
      <w:r>
        <w:rPr>
          <w:rFonts w:ascii="EB Garamond" w:hAnsi="EB Garamond" w:eastAsia="EB Garamond"/>
          <w:b/>
          <w:sz w:val="22"/>
        </w:rPr>
        <w:t>Ava:</w:t>
      </w:r>
      <w:r>
        <w:rPr>
          <w:rFonts w:ascii="EB Garamond" w:hAnsi="EB Garamond" w:eastAsia="EB Garamond"/>
          <w:b w:val="0"/>
          <w:sz w:val="22"/>
        </w:rPr>
        <w:t xml:space="preserve"> WHAT HAPPENED</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 closed her eyes.</w:t>
      </w:r>
    </w:p>
    <w:p>
      <w:pPr>
        <w:spacing w:after="0" w:line="264" w:lineRule="exact"/>
        <w:ind w:firstLine="0" w:left="0"/>
      </w:pPr>
      <w:r>
        <w:rPr>
          <w:rFonts w:ascii="EB Garamond" w:hAnsi="EB Garamond" w:eastAsia="EB Garamond"/>
          <w:sz w:val="22"/>
        </w:rPr>
        <w:t>Another.</w:t>
      </w:r>
    </w:p>
    <w:p>
      <w:pPr>
        <w:spacing w:after="0" w:line="264" w:lineRule="exact"/>
        <w:ind w:firstLine="0" w:left="0"/>
      </w:pPr>
      <w:r>
        <w:rPr>
          <w:rFonts w:ascii="EB Garamond" w:hAnsi="EB Garamond" w:eastAsia="EB Garamond"/>
          <w:b/>
          <w:sz w:val="22"/>
        </w:rPr>
        <w:t>Ava:</w:t>
      </w:r>
      <w:r>
        <w:rPr>
          <w:rFonts w:ascii="EB Garamond" w:hAnsi="EB Garamond" w:eastAsia="EB Garamond"/>
          <w:b w:val="0"/>
          <w:sz w:val="22"/>
        </w:rPr>
        <w:t xml:space="preserve"> my mom is being weird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Ava:</w:t>
      </w:r>
      <w:r>
        <w:rPr>
          <w:rFonts w:ascii="EB Garamond" w:hAnsi="EB Garamond" w:eastAsia="EB Garamond"/>
          <w:b w:val="0"/>
          <w:sz w:val="22"/>
        </w:rPr>
        <w:t xml:space="preserve"> is maddie’s mom okay??</w:t>
      </w:r>
    </w:p>
    <w:p>
      <w:pPr>
        <w:spacing w:after="0" w:line="264" w:lineRule="exact"/>
        <w:ind w:firstLine="0" w:left="0"/>
      </w:pPr>
      <w:r>
        <w:rPr>
          <w:rFonts w:ascii="EB Garamond" w:hAnsi="EB Garamond" w:eastAsia="EB Garamond"/>
          <w:sz w:val="22"/>
        </w:rPr>
        <w:t>Elsie sat straight up.</w:t>
      </w:r>
    </w:p>
    <w:p>
      <w:pPr>
        <w:spacing w:after="0" w:line="264" w:lineRule="exact"/>
        <w:ind w:firstLine="0" w:left="0"/>
      </w:pPr>
      <w:r>
        <w:rPr>
          <w:rFonts w:ascii="EB Garamond" w:hAnsi="EB Garamond" w:eastAsia="EB Garamond"/>
          <w:sz w:val="22"/>
        </w:rPr>
        <w:t>How—</w:t>
      </w:r>
    </w:p>
    <w:p>
      <w:pPr>
        <w:spacing w:after="0" w:line="264" w:lineRule="exact"/>
        <w:ind w:firstLine="0" w:left="0"/>
      </w:pPr>
      <w:r>
        <w:rPr>
          <w:rFonts w:ascii="EB Garamond" w:hAnsi="EB Garamond" w:eastAsia="EB Garamond"/>
          <w:sz w:val="22"/>
        </w:rPr>
        <w:t>She ran downstairs.</w:t>
      </w:r>
    </w:p>
    <w:p>
      <w:pPr>
        <w:spacing w:after="0" w:line="264" w:lineRule="exact"/>
        <w:ind w:firstLine="0" w:left="0"/>
      </w:pPr>
      <w:r>
        <w:rPr>
          <w:rFonts w:ascii="EB Garamond" w:hAnsi="EB Garamond" w:eastAsia="EB Garamond"/>
          <w:sz w:val="22"/>
        </w:rPr>
        <w:t>“Mom.”</w:t>
      </w:r>
    </w:p>
    <w:p>
      <w:pPr>
        <w:spacing w:after="0" w:line="264" w:lineRule="exact"/>
        <w:ind w:firstLine="0" w:left="0"/>
      </w:pPr>
      <w:r>
        <w:rPr>
          <w:rFonts w:ascii="EB Garamond" w:hAnsi="EB Garamond" w:eastAsia="EB Garamond"/>
          <w:sz w:val="22"/>
        </w:rPr>
        <w:t>Her mother was in the kitchen.</w:t>
      </w:r>
    </w:p>
    <w:p>
      <w:pPr>
        <w:spacing w:after="0" w:line="264" w:lineRule="exact"/>
        <w:ind w:firstLine="0" w:left="0"/>
      </w:pPr>
      <w:r>
        <w:rPr>
          <w:rFonts w:ascii="EB Garamond" w:hAnsi="EB Garamond" w:eastAsia="EB Garamond"/>
          <w:sz w:val="22"/>
        </w:rPr>
        <w:t>One look at Elsie’s face.</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Elsie held up the phone.</w:t>
      </w:r>
    </w:p>
    <w:p>
      <w:pPr>
        <w:spacing w:after="0" w:line="264" w:lineRule="exact"/>
        <w:ind w:firstLine="0" w:left="0"/>
      </w:pPr>
      <w:r>
        <w:rPr>
          <w:rFonts w:ascii="EB Garamond" w:hAnsi="EB Garamond" w:eastAsia="EB Garamond"/>
          <w:sz w:val="22"/>
        </w:rPr>
        <w:t>Her mother’s expression fell.</w:t>
      </w:r>
    </w:p>
    <w:p>
      <w:pPr>
        <w:spacing w:after="0" w:line="264" w:lineRule="exact"/>
        <w:ind w:firstLine="0" w:left="0"/>
      </w:pPr>
      <w:r>
        <w:rPr>
          <w:rFonts w:ascii="EB Garamond" w:hAnsi="EB Garamond" w:eastAsia="EB Garamond"/>
          <w:sz w:val="22"/>
        </w:rPr>
        <w:t>“Oh no.”</w:t>
      </w:r>
    </w:p>
    <w:p>
      <w:pPr>
        <w:spacing w:after="0" w:line="264" w:lineRule="exact"/>
        <w:ind w:firstLine="0" w:left="0"/>
      </w:pPr>
      <w:r>
        <w:rPr>
          <w:rFonts w:ascii="EB Garamond" w:hAnsi="EB Garamond" w:eastAsia="EB Garamond"/>
          <w:sz w:val="22"/>
        </w:rPr>
        <w:t>“What did you tell Mrs. Walker?”</w:t>
      </w:r>
    </w:p>
    <w:p>
      <w:pPr>
        <w:spacing w:after="0" w:line="264" w:lineRule="exact"/>
        <w:ind w:firstLine="0" w:left="0"/>
      </w:pPr>
      <w:r>
        <w:rPr>
          <w:rFonts w:ascii="EB Garamond" w:hAnsi="EB Garamond" w:eastAsia="EB Garamond"/>
          <w:sz w:val="22"/>
        </w:rPr>
        <w:t>“Exactly what you heard.”</w:t>
      </w:r>
    </w:p>
    <w:p>
      <w:pPr>
        <w:spacing w:after="0" w:line="264" w:lineRule="exact"/>
        <w:ind w:firstLine="0" w:left="0"/>
      </w:pPr>
      <w:r>
        <w:rPr>
          <w:rFonts w:ascii="EB Garamond" w:hAnsi="EB Garamond" w:eastAsia="EB Garamond"/>
          <w:sz w:val="22"/>
        </w:rPr>
        <w:t>“Then how does Ava know it’s Maddie’s mom?”</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“Call her.”</w:t>
      </w:r>
    </w:p>
    <w:p>
      <w:pPr>
        <w:spacing w:after="0" w:line="264" w:lineRule="exact"/>
        <w:ind w:firstLine="0" w:left="0"/>
      </w:pPr>
      <w:r>
        <w:rPr>
          <w:rFonts w:ascii="EB Garamond" w:hAnsi="EB Garamond" w:eastAsia="EB Garamond"/>
          <w:sz w:val="22"/>
        </w:rPr>
        <w:t>“Elsie—”</w:t>
      </w:r>
    </w:p>
    <w:p>
      <w:pPr>
        <w:spacing w:after="0" w:line="264" w:lineRule="exact"/>
        <w:ind w:firstLine="0" w:left="0"/>
      </w:pPr>
      <w:r>
        <w:rPr>
          <w:rFonts w:ascii="EB Garamond" w:hAnsi="EB Garamond" w:eastAsia="EB Garamond"/>
          <w:sz w:val="22"/>
        </w:rPr>
        <w:t>“Call her!”</w:t>
      </w:r>
    </w:p>
    <w:p>
      <w:pPr>
        <w:spacing w:after="0" w:line="264" w:lineRule="exact"/>
        <w:ind w:firstLine="0" w:left="0"/>
      </w:pPr>
      <w:r>
        <w:rPr>
          <w:rFonts w:ascii="EB Garamond" w:hAnsi="EB Garamond" w:eastAsia="EB Garamond"/>
          <w:sz w:val="22"/>
        </w:rPr>
        <w:t>Her mother did.</w:t>
      </w:r>
    </w:p>
    <w:p>
      <w:pPr>
        <w:spacing w:after="0" w:line="264" w:lineRule="exact"/>
        <w:ind w:firstLine="0" w:left="0"/>
      </w:pPr>
      <w:r>
        <w:rPr>
          <w:rFonts w:ascii="EB Garamond" w:hAnsi="EB Garamond" w:eastAsia="EB Garamond"/>
          <w:sz w:val="22"/>
        </w:rPr>
        <w:t>The conversation lasted less than two minutes.</w:t>
      </w:r>
    </w:p>
    <w:p>
      <w:pPr>
        <w:spacing w:after="0" w:line="264" w:lineRule="exact"/>
        <w:ind w:firstLine="0" w:left="0"/>
      </w:pPr>
      <w:r>
        <w:rPr>
          <w:rFonts w:ascii="EB Garamond" w:hAnsi="EB Garamond" w:eastAsia="EB Garamond"/>
          <w:sz w:val="22"/>
        </w:rPr>
        <w:t>When her mother hung up, she looked furious.</w:t>
      </w:r>
    </w:p>
    <w:p>
      <w:pPr>
        <w:spacing w:after="0" w:line="264" w:lineRule="exact"/>
        <w:ind w:firstLine="0" w:left="0"/>
      </w:pPr>
      <w:r>
        <w:rPr>
          <w:rFonts w:ascii="EB Garamond" w:hAnsi="EB Garamond" w:eastAsia="EB Garamond"/>
          <w:sz w:val="22"/>
        </w:rPr>
        <w:t>Not at Elsie.</w:t>
      </w:r>
    </w:p>
    <w:p>
      <w:pPr>
        <w:spacing w:after="0" w:line="264" w:lineRule="exact"/>
        <w:ind w:firstLine="0" w:left="0"/>
      </w:pPr>
      <w:r>
        <w:rPr>
          <w:rFonts w:ascii="EB Garamond" w:hAnsi="EB Garamond" w:eastAsia="EB Garamond"/>
          <w:sz w:val="22"/>
        </w:rPr>
        <w:t>At herself.</w:t>
      </w:r>
    </w:p>
    <w:p>
      <w:pPr>
        <w:spacing w:after="0" w:line="264" w:lineRule="exact"/>
        <w:ind w:firstLine="0" w:left="0"/>
      </w:pPr>
      <w:r>
        <w:rPr>
          <w:rFonts w:ascii="EB Garamond" w:hAnsi="EB Garamond" w:eastAsia="EB Garamond"/>
          <w:sz w:val="22"/>
        </w:rPr>
        <w:t>“Ava overheard her mother on the phone with Maddie’s aunt.”</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“What phone call?”</w:t>
      </w:r>
    </w:p>
    <w:p>
      <w:pPr>
        <w:spacing w:after="0" w:line="264" w:lineRule="exact"/>
        <w:ind w:firstLine="0" w:left="0"/>
      </w:pPr>
      <w:r>
        <w:rPr>
          <w:rFonts w:ascii="EB Garamond" w:hAnsi="EB Garamond" w:eastAsia="EB Garamond"/>
          <w:sz w:val="22"/>
        </w:rPr>
        <w:t>“Mrs. Walker found the aunt’s number through another parent.”</w:t>
      </w:r>
    </w:p>
    <w:p>
      <w:pPr>
        <w:spacing w:after="0" w:line="264" w:lineRule="exact"/>
        <w:ind w:firstLine="0" w:left="0"/>
      </w:pPr>
      <w:r>
        <w:rPr>
          <w:rFonts w:ascii="EB Garamond" w:hAnsi="EB Garamond" w:eastAsia="EB Garamond"/>
          <w:sz w:val="22"/>
        </w:rPr>
        <w:t>Elsie’s stomach dropped.</w:t>
      </w:r>
    </w:p>
    <w:p>
      <w:pPr>
        <w:spacing w:after="0" w:line="264" w:lineRule="exact"/>
        <w:ind w:firstLine="0" w:left="0"/>
      </w:pPr>
      <w:r>
        <w:rPr>
          <w:rFonts w:ascii="EB Garamond" w:hAnsi="EB Garamond" w:eastAsia="EB Garamond"/>
          <w:sz w:val="22"/>
        </w:rPr>
        <w:t>“Another parent?”</w:t>
      </w:r>
    </w:p>
    <w:p>
      <w:pPr>
        <w:spacing w:after="0" w:line="264" w:lineRule="exact"/>
        <w:ind w:firstLine="0" w:left="0"/>
      </w:pPr>
      <w:r>
        <w:rPr>
          <w:rFonts w:ascii="EB Garamond" w:hAnsi="EB Garamond" w:eastAsia="EB Garamond"/>
          <w:sz w:val="22"/>
        </w:rPr>
        <w:t>“She didn’t have it saved.”</w:t>
      </w:r>
    </w:p>
    <w:p>
      <w:pPr>
        <w:spacing w:after="0" w:line="264" w:lineRule="exact"/>
        <w:ind w:firstLine="0" w:left="0"/>
      </w:pPr>
      <w:r>
        <w:rPr>
          <w:rFonts w:ascii="EB Garamond" w:hAnsi="EB Garamond" w:eastAsia="EB Garamond"/>
          <w:sz w:val="22"/>
        </w:rPr>
        <w:t>“So she called someone else?”</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“How many people know?”</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The room tilted.</w:t>
      </w:r>
    </w:p>
    <w:p>
      <w:pPr>
        <w:spacing w:after="0" w:line="264" w:lineRule="exact"/>
        <w:ind w:firstLine="0" w:left="0"/>
      </w:pPr>
      <w:r>
        <w:rPr>
          <w:rFonts w:ascii="EB Garamond" w:hAnsi="EB Garamond" w:eastAsia="EB Garamond"/>
          <w:sz w:val="22"/>
        </w:rPr>
        <w:t>Her mother stood.</w:t>
      </w:r>
    </w:p>
    <w:p>
      <w:pPr>
        <w:spacing w:after="0" w:line="264" w:lineRule="exact"/>
        <w:ind w:firstLine="0" w:left="0"/>
      </w:pPr>
      <w:r>
        <w:rPr>
          <w:rFonts w:ascii="EB Garamond" w:hAnsi="EB Garamond" w:eastAsia="EB Garamond"/>
          <w:sz w:val="22"/>
        </w:rPr>
        <w:t>“Elsie—”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“Listen to me.”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Her phone buzzed.</w:t>
      </w:r>
    </w:p>
    <w:p>
      <w:pPr>
        <w:spacing w:after="0" w:line="264" w:lineRule="exact"/>
        <w:ind w:firstLine="0" w:left="0"/>
      </w:pPr>
      <w:r>
        <w:rPr>
          <w:rFonts w:ascii="EB Garamond" w:hAnsi="EB Garamond" w:eastAsia="EB Garamond"/>
          <w:sz w:val="22"/>
        </w:rPr>
        <w:t>Ava.</w:t>
      </w:r>
    </w:p>
    <w:p>
      <w:pPr>
        <w:spacing w:after="0" w:line="264" w:lineRule="exact"/>
        <w:ind w:firstLine="0" w:left="0"/>
      </w:pPr>
      <w:r>
        <w:rPr>
          <w:rFonts w:ascii="EB Garamond" w:hAnsi="EB Garamond" w:eastAsia="EB Garamond"/>
          <w:sz w:val="22"/>
        </w:rPr>
        <w:t>Then again.</w:t>
      </w:r>
    </w:p>
    <w:p>
      <w:pPr>
        <w:spacing w:after="0" w:line="264" w:lineRule="exact"/>
        <w:ind w:firstLine="0" w:left="0"/>
      </w:pPr>
      <w:r>
        <w:rPr>
          <w:rFonts w:ascii="EB Garamond" w:hAnsi="EB Garamond" w:eastAsia="EB Garamond"/>
          <w:sz w:val="22"/>
        </w:rPr>
        <w:t>Kenzie.</w:t>
      </w:r>
    </w:p>
    <w:p>
      <w:pPr>
        <w:spacing w:after="0" w:line="264" w:lineRule="exact"/>
        <w:ind w:firstLine="0" w:left="0"/>
      </w:pPr>
      <w:r>
        <w:rPr>
          <w:rFonts w:ascii="EB Garamond" w:hAnsi="EB Garamond" w:eastAsia="EB Garamond"/>
          <w:sz w:val="22"/>
        </w:rPr>
        <w:t>Why was Kenzie—</w:t>
      </w:r>
    </w:p>
    <w:p>
      <w:pPr>
        <w:spacing w:after="0" w:line="264" w:lineRule="exact"/>
        <w:ind w:firstLine="0" w:left="0"/>
      </w:pPr>
      <w:r>
        <w:rPr>
          <w:rFonts w:ascii="EB Garamond" w:hAnsi="EB Garamond" w:eastAsia="EB Garamond"/>
          <w:sz w:val="22"/>
        </w:rPr>
        <w:t>Elsie opened it.</w:t>
      </w:r>
    </w:p>
    <w:p>
      <w:pPr>
        <w:spacing w:after="0" w:line="264" w:lineRule="exact"/>
        <w:ind w:firstLine="0" w:left="0"/>
      </w:pPr>
      <w:r>
        <w:rPr>
          <w:rFonts w:ascii="EB Garamond" w:hAnsi="EB Garamond" w:eastAsia="EB Garamond"/>
          <w:b/>
          <w:sz w:val="22"/>
        </w:rPr>
        <w:t>Kenzie:</w:t>
      </w:r>
      <w:r>
        <w:rPr>
          <w:rFonts w:ascii="EB Garamond" w:hAnsi="EB Garamond" w:eastAsia="EB Garamond"/>
          <w:b w:val="0"/>
          <w:sz w:val="22"/>
        </w:rPr>
        <w:t xml:space="preserve"> is maddie okay??</w:t>
      </w:r>
    </w:p>
    <w:p>
      <w:pPr>
        <w:spacing w:after="0" w:line="264" w:lineRule="exact"/>
        <w:ind w:firstLine="0" w:left="0"/>
      </w:pPr>
      <w:r>
        <w:rPr>
          <w:rFonts w:ascii="EB Garamond" w:hAnsi="EB Garamond" w:eastAsia="EB Garamond"/>
          <w:sz w:val="22"/>
        </w:rPr>
        <w:t>Her blood went cold.</w:t>
      </w:r>
    </w:p>
    <w:p>
      <w:pPr>
        <w:spacing w:after="0" w:line="264" w:lineRule="exact"/>
        <w:ind w:firstLine="0" w:left="0"/>
      </w:pPr>
      <w:r>
        <w:rPr>
          <w:rFonts w:ascii="EB Garamond" w:hAnsi="EB Garamond" w:eastAsia="EB Garamond"/>
          <w:sz w:val="22"/>
        </w:rPr>
        <w:t>Another message.</w:t>
      </w:r>
    </w:p>
    <w:p>
      <w:pPr>
        <w:spacing w:after="0" w:line="264" w:lineRule="exact"/>
        <w:ind w:firstLine="0" w:left="0"/>
      </w:pPr>
      <w:r>
        <w:rPr>
          <w:rFonts w:ascii="EB Garamond" w:hAnsi="EB Garamond" w:eastAsia="EB Garamond"/>
          <w:sz w:val="22"/>
        </w:rPr>
        <w:t>Nora.</w:t>
      </w:r>
    </w:p>
    <w:p>
      <w:pPr>
        <w:spacing w:after="0" w:line="264" w:lineRule="exact"/>
        <w:ind w:firstLine="0" w:left="0"/>
      </w:pPr>
      <w:r>
        <w:rPr>
          <w:rFonts w:ascii="EB Garamond" w:hAnsi="EB Garamond" w:eastAsia="EB Garamond"/>
          <w:b/>
          <w:sz w:val="22"/>
        </w:rPr>
        <w:t>Nora:</w:t>
      </w:r>
      <w:r>
        <w:rPr>
          <w:rFonts w:ascii="EB Garamond" w:hAnsi="EB Garamond" w:eastAsia="EB Garamond"/>
          <w:b w:val="0"/>
          <w:sz w:val="22"/>
        </w:rPr>
        <w:t xml:space="preserve"> hey. someone said something happened with maddie’s family. is she okay?</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Her mother’s face went pale.</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Elsie couldn’t answer.</w:t>
      </w:r>
    </w:p>
    <w:p>
      <w:pPr>
        <w:spacing w:after="0" w:line="264" w:lineRule="exact"/>
        <w:ind w:firstLine="0" w:left="0"/>
      </w:pPr>
      <w:r>
        <w:rPr>
          <w:rFonts w:ascii="EB Garamond" w:hAnsi="EB Garamond" w:eastAsia="EB Garamond"/>
          <w:sz w:val="22"/>
        </w:rPr>
        <w:t>Then her phone buzzed again.</w:t>
      </w:r>
    </w:p>
    <w:p>
      <w:pPr>
        <w:spacing w:after="0" w:line="264" w:lineRule="exact"/>
        <w:ind w:firstLine="0" w:left="0"/>
      </w:pPr>
      <w:r>
        <w:rPr>
          <w:rFonts w:ascii="EB Garamond" w:hAnsi="EB Garamond" w:eastAsia="EB Garamond"/>
          <w:sz w:val="22"/>
        </w:rPr>
        <w:t>Hallway Unfiltered.</w:t>
      </w:r>
    </w:p>
    <w:p>
      <w:pPr>
        <w:spacing w:after="0" w:line="264" w:lineRule="exact"/>
        <w:ind w:firstLine="0" w:left="0"/>
      </w:pPr>
      <w:r>
        <w:rPr>
          <w:rFonts w:ascii="EB Garamond" w:hAnsi="EB Garamond" w:eastAsia="EB Garamond"/>
          <w:sz w:val="22"/>
        </w:rPr>
        <w:t>Elsie opened it.</w:t>
      </w:r>
    </w:p>
    <w:p>
      <w:pPr>
        <w:spacing w:after="0" w:line="264" w:lineRule="exact"/>
        <w:ind w:firstLine="0" w:left="0"/>
      </w:pPr>
      <w:r>
        <w:rPr>
          <w:rFonts w:ascii="EB Garamond" w:hAnsi="EB Garamond" w:eastAsia="EB Garamond"/>
          <w:sz w:val="22"/>
        </w:rPr>
        <w:t>A plain black screen.</w:t>
      </w:r>
    </w:p>
    <w:p>
      <w:pPr>
        <w:spacing w:after="0" w:line="264" w:lineRule="exact"/>
        <w:ind w:firstLine="0" w:left="0"/>
      </w:pPr>
      <w:r>
        <w:rPr>
          <w:rFonts w:ascii="EB Garamond" w:hAnsi="EB Garamond" w:eastAsia="EB Garamond"/>
          <w:sz w:val="22"/>
        </w:rPr>
        <w:t>White text.</w:t>
      </w:r>
    </w:p>
    <w:p>
      <w:pPr>
        <w:spacing w:after="0" w:line="264" w:lineRule="exact"/>
        <w:ind w:firstLine="0" w:left="0"/>
        <w:jc w:val="center"/>
      </w:pPr>
      <w:r>
        <w:rPr>
          <w:rFonts w:ascii="EB Garamond" w:hAnsi="EB Garamond" w:eastAsia="EB Garamond"/>
          <w:b/>
          <w:sz w:val="22"/>
        </w:rPr>
        <w:t>Apparently somebody’s family is having a rough week.</w:t>
      </w:r>
    </w:p>
    <w:p>
      <w:pPr>
        <w:spacing w:after="0" w:line="264" w:lineRule="exact"/>
        <w:ind w:firstLine="0" w:left="0"/>
      </w:pPr>
      <w:r>
        <w:rPr>
          <w:rFonts w:ascii="EB Garamond" w:hAnsi="EB Garamond" w:eastAsia="EB Garamond"/>
          <w:sz w:val="22"/>
        </w:rPr>
        <w:t>No name.</w:t>
      </w:r>
    </w:p>
    <w:p>
      <w:pPr>
        <w:spacing w:after="0" w:line="264" w:lineRule="exact"/>
        <w:ind w:firstLine="0" w:left="0"/>
      </w:pPr>
      <w:r>
        <w:rPr>
          <w:rFonts w:ascii="EB Garamond" w:hAnsi="EB Garamond" w:eastAsia="EB Garamond"/>
          <w:sz w:val="22"/>
        </w:rPr>
        <w:t>Not yet.</w:t>
      </w:r>
    </w:p>
    <w:p>
      <w:pPr>
        <w:spacing w:after="0" w:line="264" w:lineRule="exact"/>
        <w:ind w:firstLine="0" w:left="0"/>
      </w:pPr>
      <w:r>
        <w:rPr>
          <w:rFonts w:ascii="EB Garamond" w:hAnsi="EB Garamond" w:eastAsia="EB Garamond"/>
          <w:sz w:val="22"/>
        </w:rPr>
        <w:t>But the comments already had guesses.</w:t>
      </w:r>
    </w:p>
    <w:p>
      <w:pPr>
        <w:spacing w:after="0" w:line="264" w:lineRule="exact"/>
        <w:ind w:firstLine="0" w:left="0"/>
      </w:pPr>
      <w:r>
        <w:rPr>
          <w:rFonts w:ascii="EB Garamond" w:hAnsi="EB Garamond" w:eastAsia="EB Garamond"/>
          <w:sz w:val="22"/>
        </w:rPr>
        <w:t>Elsie’s hands went cold.</w:t>
      </w:r>
    </w:p>
    <w:p>
      <w:pPr>
        <w:spacing w:after="0" w:line="264" w:lineRule="exact"/>
        <w:ind w:firstLine="0" w:left="0"/>
      </w:pPr>
      <w:r>
        <w:rPr>
          <w:rFonts w:ascii="EB Garamond" w:hAnsi="EB Garamond" w:eastAsia="EB Garamond"/>
          <w:sz w:val="22"/>
        </w:rPr>
        <w:t>It had been up eleven minutes.</w:t>
      </w:r>
    </w:p>
    <w:p>
      <w:pPr>
        <w:spacing w:after="0" w:line="264" w:lineRule="exact"/>
        <w:ind w:firstLine="0" w:left="0"/>
      </w:pPr>
      <w:r>
        <w:rPr>
          <w:rFonts w:ascii="EB Garamond" w:hAnsi="EB Garamond" w:eastAsia="EB Garamond"/>
          <w:sz w:val="22"/>
        </w:rPr>
        <w:t>Screenshots existed now.</w:t>
      </w:r>
    </w:p>
    <w:p>
      <w:pPr>
        <w:spacing w:after="0" w:line="264" w:lineRule="exact"/>
        <w:ind w:firstLine="0" w:left="0"/>
      </w:pPr>
      <w:r>
        <w:rPr>
          <w:rFonts w:ascii="EB Garamond" w:hAnsi="EB Garamond" w:eastAsia="EB Garamond"/>
          <w:sz w:val="22"/>
        </w:rPr>
        <w:t>Even if the account deleted it.</w:t>
      </w:r>
    </w:p>
    <w:p>
      <w:pPr>
        <w:spacing w:after="0" w:line="264" w:lineRule="exact"/>
        <w:ind w:firstLine="0" w:left="0"/>
      </w:pPr>
      <w:r>
        <w:rPr>
          <w:rFonts w:ascii="EB Garamond" w:hAnsi="EB Garamond" w:eastAsia="EB Garamond"/>
          <w:sz w:val="22"/>
        </w:rPr>
        <w:t>Even if someone reported it.</w:t>
      </w:r>
    </w:p>
    <w:p>
      <w:pPr>
        <w:spacing w:after="0" w:line="264" w:lineRule="exact"/>
        <w:ind w:firstLine="0" w:left="0"/>
      </w:pPr>
      <w:r>
        <w:rPr>
          <w:rFonts w:ascii="EB Garamond" w:hAnsi="EB Garamond" w:eastAsia="EB Garamond"/>
          <w:sz w:val="22"/>
        </w:rPr>
        <w:t>Even if the person who posted it apologized.</w:t>
      </w:r>
    </w:p>
    <w:p>
      <w:pPr>
        <w:spacing w:after="0" w:line="264" w:lineRule="exact"/>
        <w:ind w:firstLine="0" w:left="0"/>
      </w:pPr>
      <w:r>
        <w:rPr>
          <w:rFonts w:ascii="EB Garamond" w:hAnsi="EB Garamond" w:eastAsia="EB Garamond"/>
          <w:sz w:val="22"/>
        </w:rPr>
        <w:t>Eleven minutes was forever online.</w:t>
      </w:r>
    </w:p>
    <w:p>
      <w:pPr>
        <w:spacing w:after="0" w:line="264" w:lineRule="exact"/>
        <w:ind w:firstLine="0" w:left="0"/>
      </w:pPr>
      <w:r>
        <w:rPr>
          <w:rFonts w:ascii="EB Garamond" w:hAnsi="EB Garamond" w:eastAsia="EB Garamond"/>
          <w:sz w:val="22"/>
        </w:rPr>
        <w:t>Her phone kept buzzing.</w:t>
      </w:r>
    </w:p>
    <w:p>
      <w:pPr>
        <w:spacing w:after="0" w:line="264" w:lineRule="exact"/>
        <w:ind w:firstLine="0" w:left="0"/>
      </w:pPr>
      <w:r>
        <w:rPr>
          <w:rFonts w:ascii="EB Garamond" w:hAnsi="EB Garamond" w:eastAsia="EB Garamond"/>
          <w:sz w:val="22"/>
        </w:rPr>
        <w:t>She turned it off.</w:t>
      </w:r>
    </w:p>
    <w:p>
      <w:pPr>
        <w:spacing w:after="0" w:line="264" w:lineRule="exact"/>
        <w:ind w:firstLine="0" w:left="0"/>
      </w:pPr>
      <w:r>
        <w:rPr>
          <w:rFonts w:ascii="EB Garamond" w:hAnsi="EB Garamond" w:eastAsia="EB Garamond"/>
          <w:sz w:val="22"/>
        </w:rPr>
        <w:t>The silence was immediate.</w:t>
      </w:r>
    </w:p>
    <w:p>
      <w:pPr>
        <w:spacing w:after="0" w:line="264" w:lineRule="exact"/>
        <w:ind w:firstLine="0" w:left="0"/>
      </w:pPr>
      <w:r>
        <w:rPr>
          <w:rFonts w:ascii="EB Garamond" w:hAnsi="EB Garamond" w:eastAsia="EB Garamond"/>
          <w:sz w:val="22"/>
        </w:rPr>
        <w:t>And awful.</w:t>
      </w:r>
    </w:p>
    <w:p>
      <w:pPr>
        <w:spacing w:after="0" w:line="264" w:lineRule="exact"/>
        <w:ind w:firstLine="0" w:left="0"/>
      </w:pPr>
      <w:r>
        <w:rPr>
          <w:rFonts w:ascii="EB Garamond" w:hAnsi="EB Garamond" w:eastAsia="EB Garamond"/>
          <w:sz w:val="22"/>
        </w:rPr>
        <w:t>Tuesday night, Elsie barely slept.</w:t>
      </w:r>
    </w:p>
    <w:p>
      <w:pPr>
        <w:spacing w:after="0" w:line="264" w:lineRule="exact"/>
        <w:ind w:firstLine="0" w:left="0"/>
      </w:pPr>
      <w:r>
        <w:rPr>
          <w:rFonts w:ascii="EB Garamond" w:hAnsi="EB Garamond" w:eastAsia="EB Garamond"/>
          <w:sz w:val="22"/>
        </w:rPr>
        <w:t>Wednesday morning, she stood in the bathroom staring at herself.</w:t>
      </w:r>
    </w:p>
    <w:p>
      <w:pPr>
        <w:spacing w:after="0" w:line="264" w:lineRule="exact"/>
        <w:ind w:firstLine="0" w:left="0"/>
      </w:pPr>
      <w:r>
        <w:rPr>
          <w:rFonts w:ascii="EB Garamond" w:hAnsi="EB Garamond" w:eastAsia="EB Garamond"/>
          <w:sz w:val="22"/>
        </w:rPr>
        <w:t>Technically alive.</w:t>
      </w:r>
    </w:p>
    <w:p>
      <w:pPr>
        <w:spacing w:after="0" w:line="264" w:lineRule="exact"/>
        <w:ind w:firstLine="0" w:left="0"/>
      </w:pPr>
      <w:r>
        <w:rPr>
          <w:rFonts w:ascii="EB Garamond" w:hAnsi="EB Garamond" w:eastAsia="EB Garamond"/>
          <w:sz w:val="22"/>
        </w:rPr>
        <w:t>Her stomach felt like it had been replaced with a washing machine full of bricks.</w:t>
      </w:r>
    </w:p>
    <w:p>
      <w:pPr>
        <w:spacing w:after="0" w:line="264" w:lineRule="exact"/>
        <w:ind w:firstLine="0" w:left="0"/>
      </w:pPr>
      <w:r>
        <w:rPr>
          <w:rFonts w:ascii="EB Garamond" w:hAnsi="EB Garamond" w:eastAsia="EB Garamond"/>
          <w:sz w:val="22"/>
        </w:rPr>
        <w:t>Her mother appeared in the doorway.</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 looked at her reflection.</w:t>
      </w:r>
    </w:p>
    <w:p>
      <w:pPr>
        <w:spacing w:after="0" w:line="264" w:lineRule="exact"/>
        <w:ind w:firstLine="0" w:left="0"/>
      </w:pPr>
      <w:r>
        <w:rPr>
          <w:rFonts w:ascii="EB Garamond" w:hAnsi="EB Garamond" w:eastAsia="EB Garamond"/>
          <w:sz w:val="22"/>
        </w:rPr>
        <w:t>“I didn’t say anything.”</w:t>
      </w:r>
    </w:p>
    <w:p>
      <w:pPr>
        <w:spacing w:after="0" w:line="264" w:lineRule="exact"/>
        <w:ind w:firstLine="0" w:left="0"/>
      </w:pPr>
      <w:r>
        <w:rPr>
          <w:rFonts w:ascii="EB Garamond" w:hAnsi="EB Garamond" w:eastAsia="EB Garamond"/>
          <w:sz w:val="22"/>
        </w:rPr>
        <w:t>“You were about to.”</w:t>
      </w:r>
    </w:p>
    <w:p>
      <w:pPr>
        <w:spacing w:after="0" w:line="264" w:lineRule="exact"/>
        <w:ind w:firstLine="0" w:left="0"/>
      </w:pPr>
      <w:r>
        <w:rPr>
          <w:rFonts w:ascii="EB Garamond" w:hAnsi="EB Garamond" w:eastAsia="EB Garamond"/>
          <w:sz w:val="22"/>
        </w:rPr>
        <w:t>“You don’t know that.”</w:t>
      </w:r>
    </w:p>
    <w:p>
      <w:pPr>
        <w:spacing w:after="0" w:line="264" w:lineRule="exact"/>
        <w:ind w:firstLine="0" w:left="0"/>
      </w:pPr>
      <w:r>
        <w:rPr>
          <w:rFonts w:ascii="EB Garamond" w:hAnsi="EB Garamond" w:eastAsia="EB Garamond"/>
          <w:sz w:val="22"/>
        </w:rPr>
        <w:t>“You’re going to school.”</w:t>
      </w:r>
    </w:p>
    <w:p>
      <w:pPr>
        <w:spacing w:after="0" w:line="264" w:lineRule="exact"/>
        <w:ind w:firstLine="0" w:left="0"/>
      </w:pPr>
      <w:r>
        <w:rPr>
          <w:rFonts w:ascii="EB Garamond" w:hAnsi="EB Garamond" w:eastAsia="EB Garamond"/>
          <w:sz w:val="22"/>
        </w:rPr>
        <w:t>“I could have a fever.”</w:t>
      </w:r>
    </w:p>
    <w:p>
      <w:pPr>
        <w:spacing w:after="0" w:line="264" w:lineRule="exact"/>
        <w:ind w:firstLine="0" w:left="0"/>
      </w:pPr>
      <w:r>
        <w:rPr>
          <w:rFonts w:ascii="EB Garamond" w:hAnsi="EB Garamond" w:eastAsia="EB Garamond"/>
          <w:sz w:val="22"/>
        </w:rPr>
        <w:t>Her mother put the back of her hand against Elsie’s forehead.</w:t>
      </w:r>
    </w:p>
    <w:p>
      <w:pPr>
        <w:spacing w:after="0" w:line="264" w:lineRule="exact"/>
        <w:ind w:firstLine="0" w:left="0"/>
      </w:pPr>
      <w:r>
        <w:rPr>
          <w:rFonts w:ascii="EB Garamond" w:hAnsi="EB Garamond" w:eastAsia="EB Garamond"/>
          <w:sz w:val="22"/>
        </w:rPr>
        <w:t>“You don’t.”</w:t>
      </w:r>
    </w:p>
    <w:p>
      <w:pPr>
        <w:spacing w:after="0" w:line="264" w:lineRule="exact"/>
        <w:ind w:firstLine="0" w:left="0"/>
      </w:pPr>
      <w:r>
        <w:rPr>
          <w:rFonts w:ascii="EB Garamond" w:hAnsi="EB Garamond" w:eastAsia="EB Garamond"/>
          <w:sz w:val="22"/>
        </w:rPr>
        <w:t>“That is not scientifically reliable.”</w:t>
      </w:r>
    </w:p>
    <w:p>
      <w:pPr>
        <w:spacing w:after="0" w:line="264" w:lineRule="exact"/>
        <w:ind w:firstLine="0" w:left="0"/>
      </w:pPr>
      <w:r>
        <w:rPr>
          <w:rFonts w:ascii="EB Garamond" w:hAnsi="EB Garamond" w:eastAsia="EB Garamond"/>
          <w:sz w:val="22"/>
        </w:rPr>
        <w:t>“Get dressed.”</w:t>
      </w:r>
    </w:p>
    <w:p>
      <w:pPr>
        <w:spacing w:after="0" w:line="264" w:lineRule="exact"/>
        <w:ind w:firstLine="0" w:left="0"/>
      </w:pPr>
      <w:r>
        <w:rPr>
          <w:rFonts w:ascii="EB Garamond" w:hAnsi="EB Garamond" w:eastAsia="EB Garamond"/>
          <w:sz w:val="22"/>
        </w:rPr>
        <w:t>Elsie turned.</w:t>
      </w:r>
    </w:p>
    <w:p>
      <w:pPr>
        <w:spacing w:after="0" w:line="264" w:lineRule="exact"/>
        <w:ind w:firstLine="0" w:left="0"/>
      </w:pPr>
      <w:r>
        <w:rPr>
          <w:rFonts w:ascii="EB Garamond" w:hAnsi="EB Garamond" w:eastAsia="EB Garamond"/>
          <w:sz w:val="22"/>
        </w:rPr>
        <w:t>“People know.”</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“Everyone.”</w:t>
      </w:r>
    </w:p>
    <w:p>
      <w:pPr>
        <w:spacing w:after="0" w:line="264" w:lineRule="exact"/>
        <w:ind w:firstLine="0" w:left="0"/>
      </w:pPr>
      <w:r>
        <w:rPr>
          <w:rFonts w:ascii="EB Garamond" w:hAnsi="EB Garamond" w:eastAsia="EB Garamond"/>
          <w:sz w:val="22"/>
        </w:rPr>
        <w:t>“Probably not everyone.”</w:t>
      </w:r>
    </w:p>
    <w:p>
      <w:pPr>
        <w:spacing w:after="0" w:line="264" w:lineRule="exact"/>
        <w:ind w:firstLine="0" w:left="0"/>
      </w:pPr>
      <w:r>
        <w:rPr>
          <w:rFonts w:ascii="EB Garamond" w:hAnsi="EB Garamond" w:eastAsia="EB Garamond"/>
          <w:sz w:val="22"/>
        </w:rPr>
        <w:t>“Mom.”</w:t>
      </w:r>
    </w:p>
    <w:p>
      <w:pPr>
        <w:spacing w:after="0" w:line="264" w:lineRule="exact"/>
        <w:ind w:firstLine="0" w:left="0"/>
      </w:pPr>
      <w:r>
        <w:rPr>
          <w:rFonts w:ascii="EB Garamond" w:hAnsi="EB Garamond" w:eastAsia="EB Garamond"/>
          <w:sz w:val="22"/>
        </w:rPr>
        <w:t>“Fine. A lot of people.”</w:t>
      </w:r>
    </w:p>
    <w:p>
      <w:pPr>
        <w:spacing w:after="0" w:line="264" w:lineRule="exact"/>
        <w:ind w:firstLine="0" w:left="0"/>
      </w:pPr>
      <w:r>
        <w:rPr>
          <w:rFonts w:ascii="EB Garamond" w:hAnsi="EB Garamond" w:eastAsia="EB Garamond"/>
          <w:sz w:val="22"/>
        </w:rPr>
        <w:t>Elsie sat on the edge of the tub.</w:t>
      </w:r>
    </w:p>
    <w:p>
      <w:pPr>
        <w:spacing w:after="0" w:line="264" w:lineRule="exact"/>
        <w:ind w:firstLine="0" w:left="0"/>
      </w:pPr>
      <w:r>
        <w:rPr>
          <w:rFonts w:ascii="EB Garamond" w:hAnsi="EB Garamond" w:eastAsia="EB Garamond"/>
          <w:sz w:val="22"/>
        </w:rPr>
        <w:t>“I can’t go.”</w:t>
      </w:r>
    </w:p>
    <w:p>
      <w:pPr>
        <w:spacing w:after="0" w:line="264" w:lineRule="exact"/>
        <w:ind w:firstLine="0" w:left="0"/>
      </w:pPr>
      <w:r>
        <w:rPr>
          <w:rFonts w:ascii="EB Garamond" w:hAnsi="EB Garamond" w:eastAsia="EB Garamond"/>
          <w:sz w:val="22"/>
        </w:rPr>
        <w:t>“Yes, you can.”</w:t>
      </w:r>
    </w:p>
    <w:p>
      <w:pPr>
        <w:spacing w:after="0" w:line="264" w:lineRule="exact"/>
        <w:ind w:firstLine="0" w:left="0"/>
      </w:pPr>
      <w:r>
        <w:rPr>
          <w:rFonts w:ascii="EB Garamond" w:hAnsi="EB Garamond" w:eastAsia="EB Garamond"/>
          <w:sz w:val="22"/>
        </w:rPr>
        <w:t>“I don’t want to.”</w:t>
      </w:r>
    </w:p>
    <w:p>
      <w:pPr>
        <w:spacing w:after="0" w:line="264" w:lineRule="exact"/>
        <w:ind w:firstLine="0" w:left="0"/>
      </w:pPr>
      <w:r>
        <w:rPr>
          <w:rFonts w:ascii="EB Garamond" w:hAnsi="EB Garamond" w:eastAsia="EB Garamond"/>
          <w:sz w:val="22"/>
        </w:rPr>
        <w:t>“That I believe.”</w:t>
      </w:r>
    </w:p>
    <w:p>
      <w:pPr>
        <w:spacing w:after="0" w:line="264" w:lineRule="exact"/>
        <w:ind w:firstLine="0" w:left="0"/>
      </w:pPr>
      <w:r>
        <w:rPr>
          <w:rFonts w:ascii="EB Garamond" w:hAnsi="EB Garamond" w:eastAsia="EB Garamond"/>
          <w:sz w:val="22"/>
        </w:rPr>
        <w:t>Elsie looked down.</w:t>
      </w:r>
    </w:p>
    <w:p>
      <w:pPr>
        <w:spacing w:after="0" w:line="264" w:lineRule="exact"/>
        <w:ind w:firstLine="0" w:left="0"/>
      </w:pPr>
      <w:r>
        <w:rPr>
          <w:rFonts w:ascii="EB Garamond" w:hAnsi="EB Garamond" w:eastAsia="EB Garamond"/>
          <w:sz w:val="22"/>
        </w:rPr>
        <w:t>“What if Maddie’s there?”</w:t>
      </w:r>
    </w:p>
    <w:p>
      <w:pPr>
        <w:spacing w:after="0" w:line="264" w:lineRule="exact"/>
        <w:ind w:firstLine="0" w:left="0"/>
      </w:pPr>
      <w:r>
        <w:rPr>
          <w:rFonts w:ascii="EB Garamond" w:hAnsi="EB Garamond" w:eastAsia="EB Garamond"/>
          <w:sz w:val="22"/>
        </w:rPr>
        <w:t>Her mother was quiet.</w:t>
      </w:r>
    </w:p>
    <w:p>
      <w:pPr>
        <w:spacing w:after="0" w:line="264" w:lineRule="exact"/>
        <w:ind w:firstLine="0" w:left="0"/>
      </w:pPr>
      <w:r>
        <w:rPr>
          <w:rFonts w:ascii="EB Garamond" w:hAnsi="EB Garamond" w:eastAsia="EB Garamond"/>
          <w:sz w:val="22"/>
        </w:rPr>
        <w:t>“Then she’s there.”</w:t>
      </w:r>
    </w:p>
    <w:p>
      <w:pPr>
        <w:spacing w:after="0" w:line="264" w:lineRule="exact"/>
        <w:ind w:firstLine="0" w:left="0"/>
      </w:pPr>
      <w:r>
        <w:rPr>
          <w:rFonts w:ascii="EB Garamond" w:hAnsi="EB Garamond" w:eastAsia="EB Garamond"/>
          <w:sz w:val="22"/>
        </w:rPr>
        <w:t>“What am I supposed to say?”</w:t>
      </w:r>
    </w:p>
    <w:p>
      <w:pPr>
        <w:spacing w:after="0" w:line="264" w:lineRule="exact"/>
        <w:ind w:firstLine="0" w:left="0"/>
      </w:pPr>
      <w:r>
        <w:rPr>
          <w:rFonts w:ascii="EB Garamond" w:hAnsi="EB Garamond" w:eastAsia="EB Garamond"/>
          <w:sz w:val="22"/>
        </w:rPr>
        <w:t>“Probably nothing unless she wants to talk.”</w:t>
      </w:r>
    </w:p>
    <w:p>
      <w:pPr>
        <w:spacing w:after="0" w:line="264" w:lineRule="exact"/>
        <w:ind w:firstLine="0" w:left="0"/>
      </w:pPr>
      <w:r>
        <w:rPr>
          <w:rFonts w:ascii="EB Garamond" w:hAnsi="EB Garamond" w:eastAsia="EB Garamond"/>
          <w:sz w:val="22"/>
        </w:rPr>
        <w:t>Elsie hated that answer.</w:t>
      </w:r>
    </w:p>
    <w:p>
      <w:pPr>
        <w:spacing w:after="0" w:line="264" w:lineRule="exact"/>
        <w:ind w:firstLine="0" w:left="0"/>
      </w:pPr>
      <w:r>
        <w:rPr>
          <w:rFonts w:ascii="EB Garamond" w:hAnsi="EB Garamond" w:eastAsia="EB Garamond"/>
          <w:sz w:val="22"/>
        </w:rPr>
        <w:t>“What if people ask me?”</w:t>
      </w:r>
    </w:p>
    <w:p>
      <w:pPr>
        <w:spacing w:after="0" w:line="264" w:lineRule="exact"/>
        <w:ind w:firstLine="0" w:left="0"/>
      </w:pPr>
      <w:r>
        <w:rPr>
          <w:rFonts w:ascii="EB Garamond" w:hAnsi="EB Garamond" w:eastAsia="EB Garamond"/>
          <w:sz w:val="22"/>
        </w:rPr>
        <w:t>“You don’t tell them anything.”</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“What if someone says something cruel?”</w:t>
      </w:r>
    </w:p>
    <w:p>
      <w:pPr>
        <w:spacing w:after="0" w:line="264" w:lineRule="exact"/>
        <w:ind w:firstLine="0" w:left="0"/>
      </w:pPr>
      <w:r>
        <w:rPr>
          <w:rFonts w:ascii="EB Garamond" w:hAnsi="EB Garamond" w:eastAsia="EB Garamond"/>
          <w:sz w:val="22"/>
        </w:rPr>
        <w:t>Elsie looked up.</w:t>
      </w:r>
    </w:p>
    <w:p>
      <w:pPr>
        <w:spacing w:after="0" w:line="264" w:lineRule="exact"/>
        <w:ind w:firstLine="0" w:left="0"/>
      </w:pPr>
      <w:r>
        <w:rPr>
          <w:rFonts w:ascii="EB Garamond" w:hAnsi="EB Garamond" w:eastAsia="EB Garamond"/>
          <w:sz w:val="22"/>
        </w:rPr>
        <w:t>Her mother continued.</w:t>
      </w:r>
    </w:p>
    <w:p>
      <w:pPr>
        <w:spacing w:after="0" w:line="264" w:lineRule="exact"/>
        <w:ind w:firstLine="0" w:left="0"/>
      </w:pPr>
      <w:r>
        <w:rPr>
          <w:rFonts w:ascii="EB Garamond" w:hAnsi="EB Garamond" w:eastAsia="EB Garamond"/>
          <w:sz w:val="22"/>
        </w:rPr>
        <w:t>“You can tell them to stop without giving them more information.”</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“Are you mad at me?”</w:t>
      </w:r>
    </w:p>
    <w:p>
      <w:pPr>
        <w:spacing w:after="0" w:line="264" w:lineRule="exact"/>
        <w:ind w:firstLine="0" w:left="0"/>
      </w:pPr>
      <w:r>
        <w:rPr>
          <w:rFonts w:ascii="EB Garamond" w:hAnsi="EB Garamond" w:eastAsia="EB Garamond"/>
          <w:sz w:val="22"/>
        </w:rPr>
        <w:t>Her mother looked surprised.</w:t>
      </w:r>
    </w:p>
    <w:p>
      <w:pPr>
        <w:spacing w:after="0" w:line="264" w:lineRule="exact"/>
        <w:ind w:firstLine="0" w:left="0"/>
      </w:pPr>
      <w:r>
        <w:rPr>
          <w:rFonts w:ascii="EB Garamond" w:hAnsi="EB Garamond" w:eastAsia="EB Garamond"/>
          <w:sz w:val="22"/>
        </w:rPr>
        <w:t>“For what?”</w:t>
      </w:r>
    </w:p>
    <w:p>
      <w:pPr>
        <w:spacing w:after="0" w:line="264" w:lineRule="exact"/>
        <w:ind w:firstLine="0" w:left="0"/>
      </w:pPr>
      <w:r>
        <w:rPr>
          <w:rFonts w:ascii="EB Garamond" w:hAnsi="EB Garamond" w:eastAsia="EB Garamond"/>
          <w:sz w:val="22"/>
        </w:rPr>
        <w:t>“All of it.”</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“You should be.”</w:t>
      </w:r>
    </w:p>
    <w:p>
      <w:pPr>
        <w:spacing w:after="0" w:line="264" w:lineRule="exact"/>
        <w:ind w:firstLine="0" w:left="0"/>
      </w:pPr>
      <w:r>
        <w:rPr>
          <w:rFonts w:ascii="EB Garamond" w:hAnsi="EB Garamond" w:eastAsia="EB Garamond"/>
          <w:sz w:val="22"/>
        </w:rPr>
        <w:t>“Why?”</w:t>
      </w:r>
    </w:p>
    <w:p>
      <w:pPr>
        <w:spacing w:after="0" w:line="264" w:lineRule="exact"/>
        <w:ind w:firstLine="0" w:left="0"/>
      </w:pPr>
      <w:r>
        <w:rPr>
          <w:rFonts w:ascii="EB Garamond" w:hAnsi="EB Garamond" w:eastAsia="EB Garamond"/>
          <w:sz w:val="22"/>
        </w:rPr>
        <w:t>“Because I told you.”</w:t>
      </w:r>
    </w:p>
    <w:p>
      <w:pPr>
        <w:spacing w:after="0" w:line="264" w:lineRule="exact"/>
        <w:ind w:firstLine="0" w:left="0"/>
      </w:pPr>
      <w:r>
        <w:rPr>
          <w:rFonts w:ascii="EB Garamond" w:hAnsi="EB Garamond" w:eastAsia="EB Garamond"/>
          <w:sz w:val="22"/>
        </w:rPr>
        <w:t>Her mother’s expression softened.</w:t>
      </w:r>
    </w:p>
    <w:p>
      <w:pPr>
        <w:spacing w:after="0" w:line="264" w:lineRule="exact"/>
        <w:ind w:firstLine="0" w:left="0"/>
      </w:pPr>
      <w:r>
        <w:rPr>
          <w:rFonts w:ascii="EB Garamond" w:hAnsi="EB Garamond" w:eastAsia="EB Garamond"/>
          <w:sz w:val="22"/>
        </w:rPr>
        <w:t>“Elsie.”</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 did the right thing by telling me you were worried.”</w:t>
      </w:r>
    </w:p>
    <w:p>
      <w:pPr>
        <w:spacing w:after="0" w:line="264" w:lineRule="exact"/>
        <w:ind w:firstLine="0" w:left="0"/>
      </w:pPr>
      <w:r>
        <w:rPr>
          <w:rFonts w:ascii="EB Garamond" w:hAnsi="EB Garamond" w:eastAsia="EB Garamond"/>
          <w:sz w:val="22"/>
        </w:rPr>
        <w:t>Elsie looked away.</w:t>
      </w:r>
    </w:p>
    <w:p>
      <w:pPr>
        <w:spacing w:after="0" w:line="264" w:lineRule="exact"/>
        <w:ind w:firstLine="0" w:left="0"/>
      </w:pPr>
      <w:r>
        <w:rPr>
          <w:rFonts w:ascii="EB Garamond" w:hAnsi="EB Garamond" w:eastAsia="EB Garamond"/>
          <w:sz w:val="22"/>
        </w:rPr>
        <w:t>“I wish I hadn’t.”</w:t>
      </w:r>
    </w:p>
    <w:p>
      <w:pPr>
        <w:spacing w:after="0" w:line="264" w:lineRule="exact"/>
        <w:ind w:firstLine="0" w:left="0"/>
      </w:pPr>
      <w:r>
        <w:rPr>
          <w:rFonts w:ascii="EB Garamond" w:hAnsi="EB Garamond" w:eastAsia="EB Garamond"/>
          <w:sz w:val="22"/>
        </w:rPr>
        <w:t>“I don’t.”</w:t>
      </w:r>
    </w:p>
    <w:p>
      <w:pPr>
        <w:spacing w:after="0" w:line="264" w:lineRule="exact"/>
        <w:ind w:firstLine="0" w:left="0"/>
      </w:pPr>
      <w:r>
        <w:rPr>
          <w:rFonts w:ascii="EB Garamond" w:hAnsi="EB Garamond" w:eastAsia="EB Garamond"/>
          <w:sz w:val="22"/>
        </w:rPr>
        <w:t>That made her look up.</w:t>
      </w:r>
    </w:p>
    <w:p>
      <w:pPr>
        <w:spacing w:after="0" w:line="264" w:lineRule="exact"/>
        <w:ind w:firstLine="0" w:left="0"/>
      </w:pPr>
      <w:r>
        <w:rPr>
          <w:rFonts w:ascii="EB Garamond" w:hAnsi="EB Garamond" w:eastAsia="EB Garamond"/>
          <w:sz w:val="22"/>
        </w:rPr>
        <w:t>Her mother sat beside her.</w:t>
      </w:r>
    </w:p>
    <w:p>
      <w:pPr>
        <w:spacing w:after="0" w:line="264" w:lineRule="exact"/>
        <w:ind w:firstLine="0" w:left="0"/>
      </w:pPr>
      <w:r>
        <w:rPr>
          <w:rFonts w:ascii="EB Garamond" w:hAnsi="EB Garamond" w:eastAsia="EB Garamond"/>
          <w:sz w:val="22"/>
        </w:rPr>
        <w:t>“I wish I had found Maddie’s aunt’s number another way.”</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“I wish Amy hadn’t needed to call someone else.”</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“I wish nobody had overheard anything.”</w:t>
      </w:r>
    </w:p>
    <w:p>
      <w:pPr>
        <w:spacing w:after="0" w:line="264" w:lineRule="exact"/>
        <w:ind w:firstLine="0" w:left="0"/>
      </w:pPr>
      <w:r>
        <w:rPr>
          <w:rFonts w:ascii="EB Garamond" w:hAnsi="EB Garamond" w:eastAsia="EB Garamond"/>
          <w:sz w:val="22"/>
        </w:rPr>
        <w:t>“Yeah.”</w:t>
      </w:r>
    </w:p>
    <w:p>
      <w:pPr>
        <w:spacing w:after="0" w:line="264" w:lineRule="exact"/>
        <w:ind w:firstLine="0" w:left="0"/>
      </w:pPr>
      <w:r>
        <w:rPr>
          <w:rFonts w:ascii="EB Garamond" w:hAnsi="EB Garamond" w:eastAsia="EB Garamond"/>
          <w:sz w:val="22"/>
        </w:rPr>
        <w:t>Her mother took Elsie’s hand.</w:t>
      </w:r>
    </w:p>
    <w:p>
      <w:pPr>
        <w:spacing w:after="0" w:line="264" w:lineRule="exact"/>
        <w:ind w:firstLine="0" w:left="0"/>
      </w:pPr>
      <w:r>
        <w:rPr>
          <w:rFonts w:ascii="EB Garamond" w:hAnsi="EB Garamond" w:eastAsia="EB Garamond"/>
          <w:sz w:val="22"/>
        </w:rPr>
        <w:t>“But I do not wish you had kept quiet while you were afraid someone might be unsafe.”</w:t>
      </w:r>
    </w:p>
    <w:p>
      <w:pPr>
        <w:spacing w:after="0" w:line="264" w:lineRule="exact"/>
        <w:ind w:firstLine="0" w:left="0"/>
      </w:pPr>
      <w:r>
        <w:rPr>
          <w:rFonts w:ascii="EB Garamond" w:hAnsi="EB Garamond" w:eastAsia="EB Garamond"/>
          <w:sz w:val="22"/>
        </w:rPr>
        <w:t>Elsie’s eyes burned.</w:t>
      </w:r>
    </w:p>
    <w:p>
      <w:pPr>
        <w:spacing w:after="0" w:line="264" w:lineRule="exact"/>
        <w:ind w:firstLine="0" w:left="0"/>
      </w:pPr>
      <w:r>
        <w:rPr>
          <w:rFonts w:ascii="EB Garamond" w:hAnsi="EB Garamond" w:eastAsia="EB Garamond"/>
          <w:sz w:val="22"/>
        </w:rPr>
        <w:t>“Maddie hates me.”</w:t>
      </w:r>
    </w:p>
    <w:p>
      <w:pPr>
        <w:spacing w:after="0" w:line="264" w:lineRule="exact"/>
        <w:ind w:firstLine="0" w:left="0"/>
      </w:pPr>
      <w:r>
        <w:rPr>
          <w:rFonts w:ascii="EB Garamond" w:hAnsi="EB Garamond" w:eastAsia="EB Garamond"/>
          <w:sz w:val="22"/>
        </w:rPr>
        <w:t>“She might right now.”</w:t>
      </w:r>
    </w:p>
    <w:p>
      <w:pPr>
        <w:spacing w:after="0" w:line="264" w:lineRule="exact"/>
        <w:ind w:firstLine="0" w:left="0"/>
      </w:pPr>
      <w:r>
        <w:rPr>
          <w:rFonts w:ascii="EB Garamond" w:hAnsi="EB Garamond" w:eastAsia="EB Garamond"/>
          <w:sz w:val="22"/>
        </w:rPr>
        <w:t>“Again, your comfort skills are incredible.”</w:t>
      </w:r>
    </w:p>
    <w:p>
      <w:pPr>
        <w:spacing w:after="0" w:line="264" w:lineRule="exact"/>
        <w:ind w:firstLine="0" w:left="0"/>
      </w:pPr>
      <w:r>
        <w:rPr>
          <w:rFonts w:ascii="EB Garamond" w:hAnsi="EB Garamond" w:eastAsia="EB Garamond"/>
          <w:sz w:val="22"/>
        </w:rPr>
        <w:t>Her mother smiled sadly.</w:t>
      </w:r>
    </w:p>
    <w:p>
      <w:pPr>
        <w:spacing w:after="0" w:line="264" w:lineRule="exact"/>
        <w:ind w:firstLine="0" w:left="0"/>
      </w:pPr>
      <w:r>
        <w:rPr>
          <w:rFonts w:ascii="EB Garamond" w:hAnsi="EB Garamond" w:eastAsia="EB Garamond"/>
          <w:sz w:val="22"/>
        </w:rPr>
        <w:t>“I’m not going to lie to make you feel better.”</w:t>
      </w:r>
    </w:p>
    <w:p>
      <w:pPr>
        <w:spacing w:after="0" w:line="264" w:lineRule="exact"/>
        <w:ind w:firstLine="0" w:left="0"/>
      </w:pPr>
      <w:r>
        <w:rPr>
          <w:rFonts w:ascii="EB Garamond" w:hAnsi="EB Garamond" w:eastAsia="EB Garamond"/>
          <w:sz w:val="22"/>
        </w:rPr>
        <w:t>“Could you try occasionally?”</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 leaned against her shoulder.</w:t>
      </w:r>
    </w:p>
    <w:p>
      <w:pPr>
        <w:spacing w:after="0" w:line="264" w:lineRule="exact"/>
        <w:ind w:firstLine="0" w:left="0"/>
      </w:pPr>
      <w:r>
        <w:rPr>
          <w:rFonts w:ascii="EB Garamond" w:hAnsi="EB Garamond" w:eastAsia="EB Garamond"/>
          <w:sz w:val="22"/>
        </w:rPr>
        <w:t>Her mother kissed the top of her head.</w:t>
      </w:r>
    </w:p>
    <w:p>
      <w:pPr>
        <w:spacing w:after="0" w:line="264" w:lineRule="exact"/>
        <w:ind w:firstLine="0" w:left="0"/>
      </w:pPr>
      <w:r>
        <w:rPr>
          <w:rFonts w:ascii="EB Garamond" w:hAnsi="EB Garamond" w:eastAsia="EB Garamond"/>
          <w:sz w:val="22"/>
        </w:rPr>
        <w:t>“Doing the necessary thing doesn’t mean you get to control what happens afterward.”</w:t>
      </w:r>
    </w:p>
    <w:p>
      <w:pPr>
        <w:spacing w:after="0" w:line="264" w:lineRule="exact"/>
        <w:ind w:firstLine="0" w:left="0"/>
      </w:pPr>
      <w:r>
        <w:rPr>
          <w:rFonts w:ascii="EB Garamond" w:hAnsi="EB Garamond" w:eastAsia="EB Garamond"/>
          <w:sz w:val="22"/>
        </w:rPr>
        <w:t>Elsie closed her eyes.</w:t>
      </w:r>
    </w:p>
    <w:p>
      <w:pPr>
        <w:spacing w:after="0" w:line="264" w:lineRule="exact"/>
        <w:ind w:firstLine="0" w:left="0"/>
      </w:pPr>
      <w:r>
        <w:rPr>
          <w:rFonts w:ascii="EB Garamond" w:hAnsi="EB Garamond" w:eastAsia="EB Garamond"/>
          <w:sz w:val="22"/>
        </w:rPr>
        <w:t>“I hate that.”</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The hallway went quiet when Elsie walked in.</w:t>
      </w:r>
    </w:p>
    <w:p>
      <w:pPr>
        <w:spacing w:after="0" w:line="264" w:lineRule="exact"/>
        <w:ind w:firstLine="0" w:left="0"/>
      </w:pPr>
      <w:r>
        <w:rPr>
          <w:rFonts w:ascii="EB Garamond" w:hAnsi="EB Garamond" w:eastAsia="EB Garamond"/>
          <w:sz w:val="22"/>
        </w:rPr>
        <w:t>Not actually.</w:t>
      </w:r>
    </w:p>
    <w:p>
      <w:pPr>
        <w:spacing w:after="0" w:line="264" w:lineRule="exact"/>
        <w:ind w:firstLine="0" w:left="0"/>
      </w:pPr>
      <w:r>
        <w:rPr>
          <w:rFonts w:ascii="EB Garamond" w:hAnsi="EB Garamond" w:eastAsia="EB Garamond"/>
          <w:sz w:val="22"/>
        </w:rPr>
        <w:t>It just felt like it did.</w:t>
      </w:r>
    </w:p>
    <w:p>
      <w:pPr>
        <w:spacing w:after="0" w:line="264" w:lineRule="exact"/>
        <w:ind w:firstLine="0" w:left="0"/>
      </w:pPr>
      <w:r>
        <w:rPr>
          <w:rFonts w:ascii="EB Garamond" w:hAnsi="EB Garamond" w:eastAsia="EB Garamond"/>
          <w:sz w:val="22"/>
        </w:rPr>
        <w:t>People were talking.</w:t>
      </w:r>
    </w:p>
    <w:p>
      <w:pPr>
        <w:spacing w:after="0" w:line="264" w:lineRule="exact"/>
        <w:ind w:firstLine="0" w:left="0"/>
      </w:pPr>
      <w:r>
        <w:rPr>
          <w:rFonts w:ascii="EB Garamond" w:hAnsi="EB Garamond" w:eastAsia="EB Garamond"/>
          <w:sz w:val="22"/>
        </w:rPr>
        <w:t>Lockers slammed.</w:t>
      </w:r>
    </w:p>
    <w:p>
      <w:pPr>
        <w:spacing w:after="0" w:line="264" w:lineRule="exact"/>
        <w:ind w:firstLine="0" w:left="0"/>
      </w:pPr>
      <w:r>
        <w:rPr>
          <w:rFonts w:ascii="EB Garamond" w:hAnsi="EB Garamond" w:eastAsia="EB Garamond"/>
          <w:sz w:val="22"/>
        </w:rPr>
        <w:t>Someone yelled from across the hall.</w:t>
      </w:r>
    </w:p>
    <w:p>
      <w:pPr>
        <w:spacing w:after="0" w:line="264" w:lineRule="exact"/>
        <w:ind w:firstLine="0" w:left="0"/>
      </w:pPr>
      <w:r>
        <w:rPr>
          <w:rFonts w:ascii="EB Garamond" w:hAnsi="EB Garamond" w:eastAsia="EB Garamond"/>
          <w:sz w:val="22"/>
        </w:rPr>
        <w:t>A freshman ran past holding a poster board.</w:t>
      </w:r>
    </w:p>
    <w:p>
      <w:pPr>
        <w:spacing w:after="0" w:line="264" w:lineRule="exact"/>
        <w:ind w:firstLine="0" w:left="0"/>
      </w:pPr>
      <w:r>
        <w:rPr>
          <w:rFonts w:ascii="EB Garamond" w:hAnsi="EB Garamond" w:eastAsia="EB Garamond"/>
          <w:sz w:val="22"/>
        </w:rPr>
        <w:t>Normal school.</w:t>
      </w:r>
    </w:p>
    <w:p>
      <w:pPr>
        <w:spacing w:after="0" w:line="264" w:lineRule="exact"/>
        <w:ind w:firstLine="0" w:left="0"/>
      </w:pPr>
      <w:r>
        <w:rPr>
          <w:rFonts w:ascii="EB Garamond" w:hAnsi="EB Garamond" w:eastAsia="EB Garamond"/>
          <w:sz w:val="22"/>
        </w:rPr>
        <w:t>Except Elsie noticed every glance.</w:t>
      </w:r>
    </w:p>
    <w:p>
      <w:pPr>
        <w:spacing w:after="0" w:line="264" w:lineRule="exact"/>
        <w:ind w:firstLine="0" w:left="0"/>
      </w:pPr>
      <w:r>
        <w:rPr>
          <w:rFonts w:ascii="EB Garamond" w:hAnsi="EB Garamond" w:eastAsia="EB Garamond"/>
          <w:sz w:val="22"/>
        </w:rPr>
        <w:t>Every whisper.</w:t>
      </w:r>
    </w:p>
    <w:p>
      <w:pPr>
        <w:spacing w:after="0" w:line="264" w:lineRule="exact"/>
        <w:ind w:firstLine="0" w:left="0"/>
      </w:pPr>
      <w:r>
        <w:rPr>
          <w:rFonts w:ascii="EB Garamond" w:hAnsi="EB Garamond" w:eastAsia="EB Garamond"/>
          <w:sz w:val="22"/>
        </w:rPr>
        <w:t>Every phone.</w:t>
      </w:r>
    </w:p>
    <w:p>
      <w:pPr>
        <w:spacing w:after="0" w:line="264" w:lineRule="exact"/>
        <w:ind w:firstLine="0" w:left="0"/>
      </w:pPr>
      <w:r>
        <w:rPr>
          <w:rFonts w:ascii="EB Garamond" w:hAnsi="EB Garamond" w:eastAsia="EB Garamond"/>
          <w:sz w:val="22"/>
        </w:rPr>
        <w:t>She had no idea which ones were about Maddie.</w:t>
      </w:r>
    </w:p>
    <w:p>
      <w:pPr>
        <w:spacing w:after="0" w:line="264" w:lineRule="exact"/>
        <w:ind w:firstLine="0" w:left="0"/>
      </w:pPr>
      <w:r>
        <w:rPr>
          <w:rFonts w:ascii="EB Garamond" w:hAnsi="EB Garamond" w:eastAsia="EB Garamond"/>
          <w:sz w:val="22"/>
        </w:rPr>
        <w:t>That was almost worse.</w:t>
      </w:r>
    </w:p>
    <w:p>
      <w:pPr>
        <w:spacing w:after="0" w:line="264" w:lineRule="exact"/>
        <w:ind w:firstLine="0" w:left="0"/>
      </w:pPr>
      <w:r>
        <w:rPr>
          <w:rFonts w:ascii="EB Garamond" w:hAnsi="EB Garamond" w:eastAsia="EB Garamond"/>
          <w:sz w:val="22"/>
        </w:rPr>
        <w:t>Ava was at her locker.</w:t>
      </w:r>
    </w:p>
    <w:p>
      <w:pPr>
        <w:spacing w:after="0" w:line="264" w:lineRule="exact"/>
        <w:ind w:firstLine="0" w:left="0"/>
      </w:pPr>
      <w:r>
        <w:rPr>
          <w:rFonts w:ascii="EB Garamond" w:hAnsi="EB Garamond" w:eastAsia="EB Garamond"/>
          <w:sz w:val="22"/>
        </w:rPr>
        <w:t>Alone.</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Ava saw her.</w:t>
      </w:r>
    </w:p>
    <w:p>
      <w:pPr>
        <w:spacing w:after="0" w:line="264" w:lineRule="exact"/>
        <w:ind w:firstLine="0" w:left="0"/>
      </w:pPr>
      <w:r>
        <w:rPr>
          <w:rFonts w:ascii="EB Garamond" w:hAnsi="EB Garamond" w:eastAsia="EB Garamond"/>
          <w:sz w:val="22"/>
        </w:rPr>
        <w:t>For one second, neither moved.</w:t>
      </w:r>
    </w:p>
    <w:p>
      <w:pPr>
        <w:spacing w:after="0" w:line="264" w:lineRule="exact"/>
        <w:ind w:firstLine="0" w:left="0"/>
      </w:pPr>
      <w:r>
        <w:rPr>
          <w:rFonts w:ascii="EB Garamond" w:hAnsi="EB Garamond" w:eastAsia="EB Garamond"/>
          <w:sz w:val="22"/>
        </w:rPr>
        <w:t>Then Ava closed her locker.</w:t>
      </w:r>
    </w:p>
    <w:p>
      <w:pPr>
        <w:spacing w:after="0" w:line="264" w:lineRule="exact"/>
        <w:ind w:firstLine="0" w:left="0"/>
      </w:pPr>
      <w:r>
        <w:rPr>
          <w:rFonts w:ascii="EB Garamond" w:hAnsi="EB Garamond" w:eastAsia="EB Garamond"/>
          <w:sz w:val="22"/>
        </w:rPr>
        <w:t>“Hey.”</w:t>
      </w:r>
    </w:p>
    <w:p>
      <w:pPr>
        <w:spacing w:after="0" w:line="264" w:lineRule="exact"/>
        <w:ind w:firstLine="0" w:left="0"/>
      </w:pPr>
      <w:r>
        <w:rPr>
          <w:rFonts w:ascii="EB Garamond" w:hAnsi="EB Garamond" w:eastAsia="EB Garamond"/>
          <w:sz w:val="22"/>
        </w:rPr>
        <w:t>“Hey.”</w:t>
      </w:r>
    </w:p>
    <w:p>
      <w:pPr>
        <w:spacing w:after="0" w:line="264" w:lineRule="exact"/>
        <w:ind w:firstLine="0" w:left="0"/>
      </w:pPr>
      <w:r>
        <w:rPr>
          <w:rFonts w:ascii="EB Garamond" w:hAnsi="EB Garamond" w:eastAsia="EB Garamond"/>
          <w:sz w:val="22"/>
        </w:rPr>
        <w:t>Elsie walked closer.</w:t>
      </w:r>
    </w:p>
    <w:p>
      <w:pPr>
        <w:spacing w:after="0" w:line="264" w:lineRule="exact"/>
        <w:ind w:firstLine="0" w:left="0"/>
      </w:pPr>
      <w:r>
        <w:rPr>
          <w:rFonts w:ascii="EB Garamond" w:hAnsi="EB Garamond" w:eastAsia="EB Garamond"/>
          <w:sz w:val="22"/>
        </w:rPr>
        <w:t>“Is she here?”</w:t>
      </w:r>
    </w:p>
    <w:p>
      <w:pPr>
        <w:spacing w:after="0" w:line="264" w:lineRule="exact"/>
        <w:ind w:firstLine="0" w:left="0"/>
      </w:pPr>
      <w:r>
        <w:rPr>
          <w:rFonts w:ascii="EB Garamond" w:hAnsi="EB Garamond" w:eastAsia="EB Garamond"/>
          <w:sz w:val="22"/>
        </w:rPr>
        <w:t>Ava shook her head.</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Elsie’s stomach dropped.</w:t>
      </w:r>
    </w:p>
    <w:p>
      <w:pPr>
        <w:spacing w:after="0" w:line="264" w:lineRule="exact"/>
        <w:ind w:firstLine="0" w:left="0"/>
      </w:pPr>
      <w:r>
        <w:rPr>
          <w:rFonts w:ascii="EB Garamond" w:hAnsi="EB Garamond" w:eastAsia="EB Garamond"/>
          <w:sz w:val="22"/>
        </w:rPr>
        <w:t>“Is she okay?”</w:t>
      </w:r>
    </w:p>
    <w:p>
      <w:pPr>
        <w:spacing w:after="0" w:line="264" w:lineRule="exact"/>
        <w:ind w:firstLine="0" w:left="0"/>
      </w:pPr>
      <w:r>
        <w:rPr>
          <w:rFonts w:ascii="EB Garamond" w:hAnsi="EB Garamond" w:eastAsia="EB Garamond"/>
          <w:sz w:val="22"/>
        </w:rPr>
        <w:t>Ava’s face changed.</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“She texted me last night.”</w:t>
      </w:r>
    </w:p>
    <w:p>
      <w:pPr>
        <w:spacing w:after="0" w:line="264" w:lineRule="exact"/>
        <w:ind w:firstLine="0" w:left="0"/>
      </w:pPr>
      <w:r>
        <w:rPr>
          <w:rFonts w:ascii="EB Garamond" w:hAnsi="EB Garamond" w:eastAsia="EB Garamond"/>
          <w:sz w:val="22"/>
        </w:rPr>
        <w:t>Elsie looked up.</w:t>
      </w:r>
    </w:p>
    <w:p>
      <w:pPr>
        <w:spacing w:after="0" w:line="264" w:lineRule="exact"/>
        <w:ind w:firstLine="0" w:left="0"/>
      </w:pPr>
      <w:r>
        <w:rPr>
          <w:rFonts w:ascii="EB Garamond" w:hAnsi="EB Garamond" w:eastAsia="EB Garamond"/>
          <w:sz w:val="22"/>
        </w:rPr>
        <w:t>“What did she say?”</w:t>
      </w:r>
    </w:p>
    <w:p>
      <w:pPr>
        <w:spacing w:after="0" w:line="264" w:lineRule="exact"/>
        <w:ind w:firstLine="0" w:left="0"/>
      </w:pPr>
      <w:r>
        <w:rPr>
          <w:rFonts w:ascii="EB Garamond" w:hAnsi="EB Garamond" w:eastAsia="EB Garamond"/>
          <w:sz w:val="22"/>
        </w:rPr>
        <w:t>Ava hesitated.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“That’s not mine to tell.”</w:t>
      </w:r>
    </w:p>
    <w:p>
      <w:pPr>
        <w:spacing w:after="0" w:line="264" w:lineRule="exact"/>
        <w:ind w:firstLine="0" w:left="0"/>
      </w:pPr>
      <w:r>
        <w:rPr>
          <w:rFonts w:ascii="EB Garamond" w:hAnsi="EB Garamond" w:eastAsia="EB Garamond"/>
          <w:sz w:val="22"/>
        </w:rPr>
        <w:t>It hurt.</w:t>
      </w:r>
    </w:p>
    <w:p>
      <w:pPr>
        <w:spacing w:after="0" w:line="264" w:lineRule="exact"/>
        <w:ind w:firstLine="0" w:left="0"/>
      </w:pPr>
      <w:r>
        <w:rPr>
          <w:rFonts w:ascii="EB Garamond" w:hAnsi="EB Garamond" w:eastAsia="EB Garamond"/>
          <w:sz w:val="22"/>
        </w:rPr>
        <w:t>Not because Ava was being cruel.</w:t>
      </w:r>
    </w:p>
    <w:p>
      <w:pPr>
        <w:spacing w:after="0" w:line="264" w:lineRule="exact"/>
        <w:ind w:firstLine="0" w:left="0"/>
      </w:pPr>
      <w:r>
        <w:rPr>
          <w:rFonts w:ascii="EB Garamond" w:hAnsi="EB Garamond" w:eastAsia="EB Garamond"/>
          <w:sz w:val="22"/>
        </w:rPr>
        <w:t>Because she wasn’t.</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“Right.”</w:t>
      </w:r>
    </w:p>
    <w:p>
      <w:pPr>
        <w:spacing w:after="0" w:line="264" w:lineRule="exact"/>
        <w:ind w:firstLine="0" w:left="0"/>
      </w:pPr>
      <w:r>
        <w:rPr>
          <w:rFonts w:ascii="EB Garamond" w:hAnsi="EB Garamond" w:eastAsia="EB Garamond"/>
          <w:sz w:val="22"/>
        </w:rPr>
        <w:t>Ava looked at her.</w:t>
      </w:r>
    </w:p>
    <w:p>
      <w:pPr>
        <w:spacing w:after="0" w:line="264" w:lineRule="exact"/>
        <w:ind w:firstLine="0" w:left="0"/>
      </w:pPr>
      <w:r>
        <w:rPr>
          <w:rFonts w:ascii="EB Garamond" w:hAnsi="EB Garamond" w:eastAsia="EB Garamond"/>
          <w:sz w:val="22"/>
        </w:rPr>
        <w:t>“I don’t mean—”</w:t>
      </w:r>
    </w:p>
    <w:p>
      <w:pPr>
        <w:spacing w:after="0" w:line="264" w:lineRule="exact"/>
        <w:ind w:firstLine="0" w:left="0"/>
      </w:pPr>
      <w:r>
        <w:rPr>
          <w:rFonts w:ascii="EB Garamond" w:hAnsi="EB Garamond" w:eastAsia="EB Garamond"/>
          <w:sz w:val="22"/>
        </w:rPr>
        <w:t>“No. You’re right.”</w:t>
      </w:r>
    </w:p>
    <w:p>
      <w:pPr>
        <w:spacing w:after="0" w:line="264" w:lineRule="exact"/>
        <w:ind w:firstLine="0" w:left="0"/>
      </w:pPr>
      <w:r>
        <w:rPr>
          <w:rFonts w:ascii="EB Garamond" w:hAnsi="EB Garamond" w:eastAsia="EB Garamond"/>
          <w:sz w:val="22"/>
        </w:rPr>
        <w:t>They stood there awkwardly.</w:t>
      </w:r>
    </w:p>
    <w:p>
      <w:pPr>
        <w:spacing w:after="0" w:line="264" w:lineRule="exact"/>
        <w:ind w:firstLine="0" w:left="0"/>
      </w:pPr>
      <w:r>
        <w:rPr>
          <w:rFonts w:ascii="EB Garamond" w:hAnsi="EB Garamond" w:eastAsia="EB Garamond"/>
          <w:sz w:val="22"/>
        </w:rPr>
        <w:t>This was new.</w:t>
      </w:r>
    </w:p>
    <w:p>
      <w:pPr>
        <w:spacing w:after="0" w:line="264" w:lineRule="exact"/>
        <w:ind w:firstLine="0" w:left="0"/>
      </w:pPr>
      <w:r>
        <w:rPr>
          <w:rFonts w:ascii="EB Garamond" w:hAnsi="EB Garamond" w:eastAsia="EB Garamond"/>
          <w:sz w:val="22"/>
        </w:rPr>
        <w:t>Elsie hated it.</w:t>
      </w:r>
    </w:p>
    <w:p>
      <w:pPr>
        <w:spacing w:after="0" w:line="264" w:lineRule="exact"/>
        <w:ind w:firstLine="0" w:left="0"/>
      </w:pPr>
      <w:r>
        <w:rPr>
          <w:rFonts w:ascii="EB Garamond" w:hAnsi="EB Garamond" w:eastAsia="EB Garamond"/>
          <w:sz w:val="22"/>
        </w:rPr>
        <w:t>Finally Ava said, “Did you post it?”</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“The Hallway thing.”</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Elsie frowned.</w:t>
      </w:r>
    </w:p>
    <w:p>
      <w:pPr>
        <w:spacing w:after="0" w:line="264" w:lineRule="exact"/>
        <w:ind w:firstLine="0" w:left="0"/>
      </w:pPr>
      <w:r>
        <w:rPr>
          <w:rFonts w:ascii="EB Garamond" w:hAnsi="EB Garamond" w:eastAsia="EB Garamond"/>
          <w:sz w:val="22"/>
        </w:rPr>
        <w:t>“Then why did you ask?”</w:t>
      </w:r>
    </w:p>
    <w:p>
      <w:pPr>
        <w:spacing w:after="0" w:line="264" w:lineRule="exact"/>
        <w:ind w:firstLine="0" w:left="0"/>
      </w:pPr>
      <w:r>
        <w:rPr>
          <w:rFonts w:ascii="EB Garamond" w:hAnsi="EB Garamond" w:eastAsia="EB Garamond"/>
          <w:sz w:val="22"/>
        </w:rPr>
        <w:t>“Because Maddie thinks you told somebody who told somebody.”</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Ava looked down.</w:t>
      </w:r>
    </w:p>
    <w:p>
      <w:pPr>
        <w:spacing w:after="0" w:line="264" w:lineRule="exact"/>
        <w:ind w:firstLine="0" w:left="0"/>
      </w:pPr>
      <w:r>
        <w:rPr>
          <w:rFonts w:ascii="EB Garamond" w:hAnsi="EB Garamond" w:eastAsia="EB Garamond"/>
          <w:sz w:val="22"/>
        </w:rPr>
        <w:t>“Which…”</w:t>
      </w:r>
    </w:p>
    <w:p>
      <w:pPr>
        <w:spacing w:after="0" w:line="264" w:lineRule="exact"/>
        <w:ind w:firstLine="0" w:left="0"/>
      </w:pPr>
      <w:r>
        <w:rPr>
          <w:rFonts w:ascii="EB Garamond" w:hAnsi="EB Garamond" w:eastAsia="EB Garamond"/>
          <w:sz w:val="22"/>
        </w:rPr>
        <w:t>“I did tell somebody.”</w:t>
      </w:r>
    </w:p>
    <w:p>
      <w:pPr>
        <w:spacing w:after="0" w:line="264" w:lineRule="exact"/>
        <w:ind w:firstLine="0" w:left="0"/>
      </w:pPr>
      <w:r>
        <w:rPr>
          <w:rFonts w:ascii="EB Garamond" w:hAnsi="EB Garamond" w:eastAsia="EB Garamond"/>
          <w:sz w:val="22"/>
        </w:rPr>
        <w:t>“Your mom.”</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“Because I thought her mom might not be safe.”</w:t>
      </w:r>
    </w:p>
    <w:p>
      <w:pPr>
        <w:spacing w:after="0" w:line="264" w:lineRule="exact"/>
        <w:ind w:firstLine="0" w:left="0"/>
      </w:pPr>
      <w:r>
        <w:rPr>
          <w:rFonts w:ascii="EB Garamond" w:hAnsi="EB Garamond" w:eastAsia="EB Garamond"/>
          <w:sz w:val="22"/>
        </w:rPr>
        <w:t>Ava looked at her.</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“You know?”</w:t>
      </w:r>
    </w:p>
    <w:p>
      <w:pPr>
        <w:spacing w:after="0" w:line="264" w:lineRule="exact"/>
        <w:ind w:firstLine="0" w:left="0"/>
      </w:pPr>
      <w:r>
        <w:rPr>
          <w:rFonts w:ascii="EB Garamond" w:hAnsi="EB Garamond" w:eastAsia="EB Garamond"/>
          <w:sz w:val="22"/>
        </w:rPr>
        <w:t>“Maddie told me.”</w:t>
      </w:r>
    </w:p>
    <w:p>
      <w:pPr>
        <w:spacing w:after="0" w:line="264" w:lineRule="exact"/>
        <w:ind w:firstLine="0" w:left="0"/>
      </w:pPr>
      <w:r>
        <w:rPr>
          <w:rFonts w:ascii="EB Garamond" w:hAnsi="EB Garamond" w:eastAsia="EB Garamond"/>
          <w:sz w:val="22"/>
        </w:rPr>
        <w:t>Elsie swallowed.</w:t>
      </w:r>
    </w:p>
    <w:p>
      <w:pPr>
        <w:spacing w:after="0" w:line="264" w:lineRule="exact"/>
        <w:ind w:firstLine="0" w:left="0"/>
      </w:pPr>
      <w:r>
        <w:rPr>
          <w:rFonts w:ascii="EB Garamond" w:hAnsi="EB Garamond" w:eastAsia="EB Garamond"/>
          <w:sz w:val="22"/>
        </w:rPr>
        <w:t>“Is she mad that I told my mom or that everybody found out?”</w:t>
      </w:r>
    </w:p>
    <w:p>
      <w:pPr>
        <w:spacing w:after="0" w:line="264" w:lineRule="exact"/>
        <w:ind w:firstLine="0" w:left="0"/>
      </w:pPr>
      <w:r>
        <w:rPr>
          <w:rFonts w:ascii="EB Garamond" w:hAnsi="EB Garamond" w:eastAsia="EB Garamond"/>
          <w:sz w:val="22"/>
        </w:rPr>
        <w:t>Ava gave her a look.</w:t>
      </w:r>
    </w:p>
    <w:p>
      <w:pPr>
        <w:spacing w:after="0" w:line="264" w:lineRule="exact"/>
        <w:ind w:firstLine="0" w:left="0"/>
      </w:pPr>
      <w:r>
        <w:rPr>
          <w:rFonts w:ascii="EB Garamond" w:hAnsi="EB Garamond" w:eastAsia="EB Garamond"/>
          <w:sz w:val="22"/>
        </w:rPr>
        <w:t>“Both.”</w:t>
      </w:r>
    </w:p>
    <w:p>
      <w:pPr>
        <w:spacing w:after="0" w:line="264" w:lineRule="exact"/>
        <w:ind w:firstLine="0" w:left="0"/>
      </w:pPr>
      <w:r>
        <w:rPr>
          <w:rFonts w:ascii="EB Garamond" w:hAnsi="EB Garamond" w:eastAsia="EB Garamond"/>
          <w:sz w:val="22"/>
        </w:rPr>
        <w:t>“Right.”</w:t>
      </w:r>
    </w:p>
    <w:p>
      <w:pPr>
        <w:spacing w:after="0" w:line="264" w:lineRule="exact"/>
        <w:ind w:firstLine="0" w:left="0"/>
      </w:pPr>
      <w:r>
        <w:rPr>
          <w:rFonts w:ascii="EB Garamond" w:hAnsi="EB Garamond" w:eastAsia="EB Garamond"/>
          <w:sz w:val="22"/>
        </w:rPr>
        <w:t>“And probably seventeen other things.”</w:t>
      </w:r>
    </w:p>
    <w:p>
      <w:pPr>
        <w:spacing w:after="0" w:line="264" w:lineRule="exact"/>
        <w:ind w:firstLine="0" w:left="0"/>
      </w:pPr>
      <w:r>
        <w:rPr>
          <w:rFonts w:ascii="EB Garamond" w:hAnsi="EB Garamond" w:eastAsia="EB Garamond"/>
          <w:sz w:val="22"/>
        </w:rPr>
        <w:t>“Right.”</w:t>
      </w:r>
    </w:p>
    <w:p>
      <w:pPr>
        <w:spacing w:after="0" w:line="264" w:lineRule="exact"/>
        <w:ind w:firstLine="0" w:left="0"/>
      </w:pPr>
      <w:r>
        <w:rPr>
          <w:rFonts w:ascii="EB Garamond" w:hAnsi="EB Garamond" w:eastAsia="EB Garamond"/>
          <w:sz w:val="22"/>
        </w:rPr>
        <w:t>Ava shifted her backpack.</w:t>
      </w:r>
    </w:p>
    <w:p>
      <w:pPr>
        <w:spacing w:after="0" w:line="264" w:lineRule="exact"/>
        <w:ind w:firstLine="0" w:left="0"/>
      </w:pPr>
      <w:r>
        <w:rPr>
          <w:rFonts w:ascii="EB Garamond" w:hAnsi="EB Garamond" w:eastAsia="EB Garamond"/>
          <w:sz w:val="22"/>
        </w:rPr>
        <w:t>“For what it’s worth…”</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“I would’ve told my mom too.”</w:t>
      </w:r>
    </w:p>
    <w:p>
      <w:pPr>
        <w:spacing w:after="0" w:line="264" w:lineRule="exact"/>
        <w:ind w:firstLine="0" w:left="0"/>
      </w:pPr>
      <w:r>
        <w:rPr>
          <w:rFonts w:ascii="EB Garamond" w:hAnsi="EB Garamond" w:eastAsia="EB Garamond"/>
          <w:sz w:val="22"/>
        </w:rPr>
        <w:t>Relief came too fast.</w:t>
      </w:r>
    </w:p>
    <w:p>
      <w:pPr>
        <w:spacing w:after="0" w:line="264" w:lineRule="exact"/>
        <w:ind w:firstLine="0" w:left="0"/>
      </w:pPr>
      <w:r>
        <w:rPr>
          <w:rFonts w:ascii="EB Garamond" w:hAnsi="EB Garamond" w:eastAsia="EB Garamond"/>
          <w:sz w:val="22"/>
        </w:rPr>
        <w:t>Ava saw it.</w:t>
      </w:r>
    </w:p>
    <w:p>
      <w:pPr>
        <w:spacing w:after="0" w:line="264" w:lineRule="exact"/>
        <w:ind w:firstLine="0" w:left="0"/>
      </w:pPr>
      <w:r>
        <w:rPr>
          <w:rFonts w:ascii="EB Garamond" w:hAnsi="EB Garamond" w:eastAsia="EB Garamond"/>
          <w:sz w:val="22"/>
        </w:rPr>
        <w:t>“But.”</w:t>
      </w:r>
    </w:p>
    <w:p>
      <w:pPr>
        <w:spacing w:after="0" w:line="264" w:lineRule="exact"/>
        <w:ind w:firstLine="0" w:left="0"/>
      </w:pPr>
      <w:r>
        <w:rPr>
          <w:rFonts w:ascii="EB Garamond" w:hAnsi="EB Garamond" w:eastAsia="EB Garamond"/>
          <w:sz w:val="22"/>
        </w:rPr>
        <w:t>There it was.</w:t>
      </w:r>
    </w:p>
    <w:p>
      <w:pPr>
        <w:spacing w:after="0" w:line="264" w:lineRule="exact"/>
        <w:ind w:firstLine="0" w:left="0"/>
      </w:pPr>
      <w:r>
        <w:rPr>
          <w:rFonts w:ascii="EB Garamond" w:hAnsi="EB Garamond" w:eastAsia="EB Garamond"/>
          <w:sz w:val="22"/>
        </w:rPr>
        <w:t>Elsie almost laughed.</w:t>
      </w:r>
    </w:p>
    <w:p>
      <w:pPr>
        <w:spacing w:after="0" w:line="264" w:lineRule="exact"/>
        <w:ind w:firstLine="0" w:left="0"/>
      </w:pPr>
      <w:r>
        <w:rPr>
          <w:rFonts w:ascii="EB Garamond" w:hAnsi="EB Garamond" w:eastAsia="EB Garamond"/>
          <w:sz w:val="22"/>
        </w:rPr>
        <w:t>“Of course.”</w:t>
      </w:r>
    </w:p>
    <w:p>
      <w:pPr>
        <w:spacing w:after="0" w:line="264" w:lineRule="exact"/>
        <w:ind w:firstLine="0" w:left="0"/>
      </w:pPr>
      <w:r>
        <w:rPr>
          <w:rFonts w:ascii="EB Garamond" w:hAnsi="EB Garamond" w:eastAsia="EB Garamond"/>
          <w:sz w:val="22"/>
        </w:rPr>
        <w:t>Ava continued.</w:t>
      </w:r>
    </w:p>
    <w:p>
      <w:pPr>
        <w:spacing w:after="0" w:line="264" w:lineRule="exact"/>
        <w:ind w:firstLine="0" w:left="0"/>
      </w:pPr>
      <w:r>
        <w:rPr>
          <w:rFonts w:ascii="EB Garamond" w:hAnsi="EB Garamond" w:eastAsia="EB Garamond"/>
          <w:sz w:val="22"/>
        </w:rPr>
        <w:t>“I also get why she’s furious.”</w:t>
      </w:r>
    </w:p>
    <w:p>
      <w:pPr>
        <w:spacing w:after="0" w:line="264" w:lineRule="exact"/>
        <w:ind w:firstLine="0" w:left="0"/>
      </w:pPr>
      <w:r>
        <w:rPr>
          <w:rFonts w:ascii="EB Garamond" w:hAnsi="EB Garamond" w:eastAsia="EB Garamond"/>
          <w:sz w:val="22"/>
        </w:rPr>
        <w:t>The relief disappeared.</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“Me too.”</w:t>
      </w:r>
    </w:p>
    <w:p>
      <w:pPr>
        <w:spacing w:after="0" w:line="264" w:lineRule="exact"/>
        <w:ind w:firstLine="0" w:left="0"/>
      </w:pPr>
      <w:r>
        <w:rPr>
          <w:rFonts w:ascii="EB Garamond" w:hAnsi="EB Garamond" w:eastAsia="EB Garamond"/>
          <w:sz w:val="22"/>
        </w:rPr>
        <w:t>Ava looked surprised.</w:t>
      </w:r>
    </w:p>
    <w:p>
      <w:pPr>
        <w:spacing w:after="0" w:line="264" w:lineRule="exact"/>
        <w:ind w:firstLine="0" w:left="0"/>
      </w:pPr>
      <w:r>
        <w:rPr>
          <w:rFonts w:ascii="EB Garamond" w:hAnsi="EB Garamond" w:eastAsia="EB Garamond"/>
          <w:sz w:val="22"/>
        </w:rPr>
        <w:t>“Really?”</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Elsie stared at the floor.</w:t>
      </w:r>
    </w:p>
    <w:p>
      <w:pPr>
        <w:spacing w:after="0" w:line="264" w:lineRule="exact"/>
        <w:ind w:firstLine="0" w:left="0"/>
      </w:pPr>
      <w:r>
        <w:rPr>
          <w:rFonts w:ascii="EB Garamond" w:hAnsi="EB Garamond" w:eastAsia="EB Garamond"/>
          <w:sz w:val="22"/>
        </w:rPr>
        <w:t>“I just wish those two things didn’t have to be true at the same time.”</w:t>
      </w:r>
    </w:p>
    <w:p>
      <w:pPr>
        <w:spacing w:after="0" w:line="264" w:lineRule="exact"/>
        <w:ind w:firstLine="0" w:left="0"/>
      </w:pPr>
      <w:r>
        <w:rPr>
          <w:rFonts w:ascii="EB Garamond" w:hAnsi="EB Garamond" w:eastAsia="EB Garamond"/>
          <w:sz w:val="22"/>
        </w:rPr>
        <w:t>Ava leaned against the locker.</w:t>
      </w:r>
    </w:p>
    <w:p>
      <w:pPr>
        <w:spacing w:after="0" w:line="264" w:lineRule="exact"/>
        <w:ind w:firstLine="0" w:left="0"/>
      </w:pPr>
      <w:r>
        <w:rPr>
          <w:rFonts w:ascii="EB Garamond" w:hAnsi="EB Garamond" w:eastAsia="EB Garamond"/>
          <w:sz w:val="22"/>
        </w:rPr>
        <w:t>“Maybe they do.”</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“Everyone needs to stop saying reasonable things to me.”</w:t>
      </w:r>
    </w:p>
    <w:p>
      <w:pPr>
        <w:spacing w:after="0" w:line="264" w:lineRule="exact"/>
        <w:ind w:firstLine="0" w:left="0"/>
      </w:pPr>
      <w:r>
        <w:rPr>
          <w:rFonts w:ascii="EB Garamond" w:hAnsi="EB Garamond" w:eastAsia="EB Garamond"/>
          <w:sz w:val="22"/>
        </w:rPr>
        <w:t>Ava almost smiled.</w:t>
      </w:r>
    </w:p>
    <w:p>
      <w:pPr>
        <w:spacing w:after="0" w:line="264" w:lineRule="exact"/>
        <w:ind w:firstLine="0" w:left="0"/>
      </w:pPr>
      <w:r>
        <w:rPr>
          <w:rFonts w:ascii="EB Garamond" w:hAnsi="EB Garamond" w:eastAsia="EB Garamond"/>
          <w:sz w:val="22"/>
        </w:rPr>
        <w:t>Almost.</w:t>
      </w:r>
    </w:p>
    <w:p>
      <w:pPr>
        <w:spacing w:after="0" w:line="264" w:lineRule="exact"/>
        <w:ind w:firstLine="0" w:left="0"/>
      </w:pPr>
      <w:r>
        <w:rPr>
          <w:rFonts w:ascii="EB Garamond" w:hAnsi="EB Garamond" w:eastAsia="EB Garamond"/>
          <w:sz w:val="22"/>
        </w:rPr>
        <w:t>A girl Elsie barely knew walked past.</w:t>
      </w:r>
    </w:p>
    <w:p>
      <w:pPr>
        <w:spacing w:after="0" w:line="264" w:lineRule="exact"/>
        <w:ind w:firstLine="0" w:left="0"/>
      </w:pPr>
      <w:r>
        <w:rPr>
          <w:rFonts w:ascii="EB Garamond" w:hAnsi="EB Garamond" w:eastAsia="EB Garamond"/>
          <w:sz w:val="22"/>
        </w:rPr>
        <w:t>“Is Maddie’s mom okay?”</w:t>
      </w:r>
    </w:p>
    <w:p>
      <w:pPr>
        <w:spacing w:after="0" w:line="264" w:lineRule="exact"/>
        <w:ind w:firstLine="0" w:left="0"/>
      </w:pPr>
      <w:r>
        <w:rPr>
          <w:rFonts w:ascii="EB Garamond" w:hAnsi="EB Garamond" w:eastAsia="EB Garamond"/>
          <w:sz w:val="22"/>
        </w:rPr>
        <w:t>Elsie froze.</w:t>
      </w:r>
    </w:p>
    <w:p>
      <w:pPr>
        <w:spacing w:after="0" w:line="264" w:lineRule="exact"/>
        <w:ind w:firstLine="0" w:left="0"/>
      </w:pPr>
      <w:r>
        <w:rPr>
          <w:rFonts w:ascii="EB Garamond" w:hAnsi="EB Garamond" w:eastAsia="EB Garamond"/>
          <w:sz w:val="22"/>
        </w:rPr>
        <w:t>Ava’s expression hardened.</w:t>
      </w:r>
    </w:p>
    <w:p>
      <w:pPr>
        <w:spacing w:after="0" w:line="264" w:lineRule="exact"/>
        <w:ind w:firstLine="0" w:left="0"/>
      </w:pPr>
      <w:r>
        <w:rPr>
          <w:rFonts w:ascii="EB Garamond" w:hAnsi="EB Garamond" w:eastAsia="EB Garamond"/>
          <w:sz w:val="22"/>
        </w:rPr>
        <w:t>“Why would you ask her that?”</w:t>
      </w:r>
    </w:p>
    <w:p>
      <w:pPr>
        <w:spacing w:after="0" w:line="264" w:lineRule="exact"/>
        <w:ind w:firstLine="0" w:left="0"/>
      </w:pPr>
      <w:r>
        <w:rPr>
          <w:rFonts w:ascii="EB Garamond" w:hAnsi="EB Garamond" w:eastAsia="EB Garamond"/>
          <w:sz w:val="22"/>
        </w:rPr>
        <w:t>The girl stopped.</w:t>
      </w:r>
    </w:p>
    <w:p>
      <w:pPr>
        <w:spacing w:after="0" w:line="264" w:lineRule="exact"/>
        <w:ind w:firstLine="0" w:left="0"/>
      </w:pPr>
      <w:r>
        <w:rPr>
          <w:rFonts w:ascii="EB Garamond" w:hAnsi="EB Garamond" w:eastAsia="EB Garamond"/>
          <w:sz w:val="22"/>
        </w:rPr>
        <w:t>“I just heard—”</w:t>
      </w:r>
    </w:p>
    <w:p>
      <w:pPr>
        <w:spacing w:after="0" w:line="264" w:lineRule="exact"/>
        <w:ind w:firstLine="0" w:left="0"/>
      </w:pPr>
      <w:r>
        <w:rPr>
          <w:rFonts w:ascii="EB Garamond" w:hAnsi="EB Garamond" w:eastAsia="EB Garamond"/>
          <w:sz w:val="22"/>
        </w:rPr>
        <w:t>“Then stop hearing.”</w:t>
      </w:r>
    </w:p>
    <w:p>
      <w:pPr>
        <w:spacing w:after="0" w:line="264" w:lineRule="exact"/>
        <w:ind w:firstLine="0" w:left="0"/>
      </w:pPr>
      <w:r>
        <w:rPr>
          <w:rFonts w:ascii="EB Garamond" w:hAnsi="EB Garamond" w:eastAsia="EB Garamond"/>
          <w:sz w:val="22"/>
        </w:rPr>
        <w:t>“Ava.”</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The girl walked away.</w:t>
      </w:r>
    </w:p>
    <w:p>
      <w:pPr>
        <w:spacing w:after="0" w:line="264" w:lineRule="exact"/>
        <w:ind w:firstLine="0" w:left="0"/>
      </w:pPr>
      <w:r>
        <w:rPr>
          <w:rFonts w:ascii="EB Garamond" w:hAnsi="EB Garamond" w:eastAsia="EB Garamond"/>
          <w:sz w:val="22"/>
        </w:rPr>
        <w:t>Elsie looked at Ava.</w:t>
      </w:r>
    </w:p>
    <w:p>
      <w:pPr>
        <w:spacing w:after="0" w:line="264" w:lineRule="exact"/>
        <w:ind w:firstLine="0" w:left="0"/>
      </w:pPr>
      <w:r>
        <w:rPr>
          <w:rFonts w:ascii="EB Garamond" w:hAnsi="EB Garamond" w:eastAsia="EB Garamond"/>
          <w:sz w:val="22"/>
        </w:rPr>
        <w:t>“Thank you.”</w:t>
      </w:r>
    </w:p>
    <w:p>
      <w:pPr>
        <w:spacing w:after="0" w:line="264" w:lineRule="exact"/>
        <w:ind w:firstLine="0" w:left="0"/>
      </w:pPr>
      <w:r>
        <w:rPr>
          <w:rFonts w:ascii="EB Garamond" w:hAnsi="EB Garamond" w:eastAsia="EB Garamond"/>
          <w:sz w:val="22"/>
        </w:rPr>
        <w:t>“Don’t make it weird.”</w:t>
      </w:r>
    </w:p>
    <w:p>
      <w:pPr>
        <w:spacing w:after="0" w:line="264" w:lineRule="exact"/>
        <w:ind w:firstLine="0" w:left="0"/>
      </w:pPr>
      <w:r>
        <w:rPr>
          <w:rFonts w:ascii="EB Garamond" w:hAnsi="EB Garamond" w:eastAsia="EB Garamond"/>
          <w:sz w:val="22"/>
        </w:rPr>
        <w:t>“I wasn’t.”</w:t>
      </w:r>
    </w:p>
    <w:p>
      <w:pPr>
        <w:spacing w:after="0" w:line="264" w:lineRule="exact"/>
        <w:ind w:firstLine="0" w:left="0"/>
      </w:pPr>
      <w:r>
        <w:rPr>
          <w:rFonts w:ascii="EB Garamond" w:hAnsi="EB Garamond" w:eastAsia="EB Garamond"/>
          <w:sz w:val="22"/>
        </w:rPr>
        <w:t>“You were about to.”</w:t>
      </w:r>
    </w:p>
    <w:p>
      <w:pPr>
        <w:spacing w:after="0" w:line="264" w:lineRule="exact"/>
        <w:ind w:firstLine="0" w:left="0"/>
      </w:pPr>
      <w:r>
        <w:rPr>
          <w:rFonts w:ascii="EB Garamond" w:hAnsi="EB Garamond" w:eastAsia="EB Garamond"/>
          <w:sz w:val="22"/>
        </w:rPr>
        <w:t>Elsie almost smiled.</w:t>
      </w:r>
    </w:p>
    <w:p>
      <w:pPr>
        <w:spacing w:after="0" w:line="264" w:lineRule="exact"/>
        <w:ind w:firstLine="0" w:left="0"/>
      </w:pPr>
      <w:r>
        <w:rPr>
          <w:rFonts w:ascii="EB Garamond" w:hAnsi="EB Garamond" w:eastAsia="EB Garamond"/>
          <w:sz w:val="22"/>
        </w:rPr>
        <w:t>Maddie showed up after third period.</w:t>
      </w:r>
    </w:p>
    <w:p>
      <w:pPr>
        <w:spacing w:after="0" w:line="264" w:lineRule="exact"/>
        <w:ind w:firstLine="0" w:left="0"/>
      </w:pPr>
      <w:r>
        <w:rPr>
          <w:rFonts w:ascii="EB Garamond" w:hAnsi="EB Garamond" w:eastAsia="EB Garamond"/>
          <w:sz w:val="22"/>
        </w:rPr>
        <w:t>Her aunt had driven her.</w:t>
      </w:r>
    </w:p>
    <w:p>
      <w:pPr>
        <w:spacing w:after="0" w:line="264" w:lineRule="exact"/>
        <w:ind w:firstLine="0" w:left="0"/>
      </w:pPr>
      <w:r>
        <w:rPr>
          <w:rFonts w:ascii="EB Garamond" w:hAnsi="EB Garamond" w:eastAsia="EB Garamond"/>
          <w:sz w:val="22"/>
        </w:rPr>
        <w:t>Elsie saw her before Maddie saw her.</w:t>
      </w:r>
    </w:p>
    <w:p>
      <w:pPr>
        <w:spacing w:after="0" w:line="264" w:lineRule="exact"/>
        <w:ind w:firstLine="0" w:left="0"/>
      </w:pPr>
      <w:r>
        <w:rPr>
          <w:rFonts w:ascii="EB Garamond" w:hAnsi="EB Garamond" w:eastAsia="EB Garamond"/>
          <w:sz w:val="22"/>
        </w:rPr>
        <w:t>Hair down.</w:t>
      </w:r>
    </w:p>
    <w:p>
      <w:pPr>
        <w:spacing w:after="0" w:line="264" w:lineRule="exact"/>
        <w:ind w:firstLine="0" w:left="0"/>
      </w:pPr>
      <w:r>
        <w:rPr>
          <w:rFonts w:ascii="EB Garamond" w:hAnsi="EB Garamond" w:eastAsia="EB Garamond"/>
          <w:sz w:val="22"/>
        </w:rPr>
        <w:t>Gray sweatshirt.</w:t>
      </w:r>
    </w:p>
    <w:p>
      <w:pPr>
        <w:spacing w:after="0" w:line="264" w:lineRule="exact"/>
        <w:ind w:firstLine="0" w:left="0"/>
      </w:pPr>
      <w:r>
        <w:rPr>
          <w:rFonts w:ascii="EB Garamond" w:hAnsi="EB Garamond" w:eastAsia="EB Garamond"/>
          <w:sz w:val="22"/>
        </w:rPr>
        <w:t>No mascara.</w:t>
      </w:r>
    </w:p>
    <w:p>
      <w:pPr>
        <w:spacing w:after="0" w:line="264" w:lineRule="exact"/>
        <w:ind w:firstLine="0" w:left="0"/>
      </w:pPr>
      <w:r>
        <w:rPr>
          <w:rFonts w:ascii="EB Garamond" w:hAnsi="EB Garamond" w:eastAsia="EB Garamond"/>
          <w:sz w:val="22"/>
        </w:rPr>
        <w:t>Every part of Elsie wanted to go over.</w:t>
      </w:r>
    </w:p>
    <w:p>
      <w:pPr>
        <w:spacing w:after="0" w:line="264" w:lineRule="exact"/>
        <w:ind w:firstLine="0" w:left="0"/>
      </w:pPr>
      <w:r>
        <w:rPr>
          <w:rFonts w:ascii="EB Garamond" w:hAnsi="EB Garamond" w:eastAsia="EB Garamond"/>
          <w:sz w:val="22"/>
        </w:rPr>
        <w:t>Apologize.</w:t>
      </w:r>
    </w:p>
    <w:p>
      <w:pPr>
        <w:spacing w:after="0" w:line="264" w:lineRule="exact"/>
        <w:ind w:firstLine="0" w:left="0"/>
      </w:pPr>
      <w:r>
        <w:rPr>
          <w:rFonts w:ascii="EB Garamond" w:hAnsi="EB Garamond" w:eastAsia="EB Garamond"/>
          <w:sz w:val="22"/>
        </w:rPr>
        <w:t>Explain.</w:t>
      </w:r>
    </w:p>
    <w:p>
      <w:pPr>
        <w:spacing w:after="0" w:line="264" w:lineRule="exact"/>
        <w:ind w:firstLine="0" w:left="0"/>
      </w:pPr>
      <w:r>
        <w:rPr>
          <w:rFonts w:ascii="EB Garamond" w:hAnsi="EB Garamond" w:eastAsia="EB Garamond"/>
          <w:sz w:val="22"/>
        </w:rPr>
        <w:t>Ask whether her mom was okay.</w:t>
      </w:r>
    </w:p>
    <w:p>
      <w:pPr>
        <w:spacing w:after="0" w:line="264" w:lineRule="exact"/>
        <w:ind w:firstLine="0" w:left="0"/>
      </w:pPr>
      <w:r>
        <w:rPr>
          <w:rFonts w:ascii="EB Garamond" w:hAnsi="EB Garamond" w:eastAsia="EB Garamond"/>
          <w:sz w:val="22"/>
        </w:rPr>
        <w:t>Ask whether she was okay.</w:t>
      </w:r>
    </w:p>
    <w:p>
      <w:pPr>
        <w:spacing w:after="0" w:line="264" w:lineRule="exact"/>
        <w:ind w:firstLine="0" w:left="0"/>
      </w:pPr>
      <w:r>
        <w:rPr>
          <w:rFonts w:ascii="EB Garamond" w:hAnsi="EB Garamond" w:eastAsia="EB Garamond"/>
          <w:sz w:val="22"/>
        </w:rPr>
        <w:t>Instead, she stayed where she was.</w:t>
      </w:r>
    </w:p>
    <w:p>
      <w:pPr>
        <w:spacing w:after="0" w:line="264" w:lineRule="exact"/>
        <w:ind w:firstLine="0" w:left="0"/>
      </w:pPr>
      <w:r>
        <w:rPr>
          <w:rFonts w:ascii="EB Garamond" w:hAnsi="EB Garamond" w:eastAsia="EB Garamond"/>
          <w:sz w:val="22"/>
        </w:rPr>
        <w:t>Maddie saw her.</w:t>
      </w:r>
    </w:p>
    <w:p>
      <w:pPr>
        <w:spacing w:after="0" w:line="264" w:lineRule="exact"/>
        <w:ind w:firstLine="0" w:left="0"/>
      </w:pPr>
      <w:r>
        <w:rPr>
          <w:rFonts w:ascii="EB Garamond" w:hAnsi="EB Garamond" w:eastAsia="EB Garamond"/>
          <w:sz w:val="22"/>
        </w:rPr>
        <w:t>Their eyes met.</w:t>
      </w:r>
    </w:p>
    <w:p>
      <w:pPr>
        <w:spacing w:after="0" w:line="264" w:lineRule="exact"/>
        <w:ind w:firstLine="0" w:left="0"/>
      </w:pPr>
      <w:r>
        <w:rPr>
          <w:rFonts w:ascii="EB Garamond" w:hAnsi="EB Garamond" w:eastAsia="EB Garamond"/>
          <w:sz w:val="22"/>
        </w:rPr>
        <w:t>Elsie smiled.</w:t>
      </w:r>
    </w:p>
    <w:p>
      <w:pPr>
        <w:spacing w:after="0" w:line="264" w:lineRule="exact"/>
        <w:ind w:firstLine="0" w:left="0"/>
      </w:pPr>
      <w:r>
        <w:rPr>
          <w:rFonts w:ascii="EB Garamond" w:hAnsi="EB Garamond" w:eastAsia="EB Garamond"/>
          <w:sz w:val="22"/>
        </w:rPr>
        <w:t>Tiny.</w:t>
      </w:r>
    </w:p>
    <w:p>
      <w:pPr>
        <w:spacing w:after="0" w:line="264" w:lineRule="exact"/>
        <w:ind w:firstLine="0" w:left="0"/>
      </w:pPr>
      <w:r>
        <w:rPr>
          <w:rFonts w:ascii="EB Garamond" w:hAnsi="EB Garamond" w:eastAsia="EB Garamond"/>
          <w:sz w:val="22"/>
        </w:rPr>
        <w:t>Maddie looked away.</w:t>
      </w:r>
    </w:p>
    <w:p>
      <w:pPr>
        <w:spacing w:after="0" w:line="264" w:lineRule="exact"/>
        <w:ind w:firstLine="0" w:left="0"/>
      </w:pPr>
      <w:r>
        <w:rPr>
          <w:rFonts w:ascii="EB Garamond" w:hAnsi="EB Garamond" w:eastAsia="EB Garamond"/>
          <w:sz w:val="22"/>
        </w:rPr>
        <w:t>That hurt more than anger.</w:t>
      </w:r>
    </w:p>
    <w:p>
      <w:pPr>
        <w:spacing w:after="0" w:line="264" w:lineRule="exact"/>
        <w:ind w:firstLine="0" w:left="0"/>
      </w:pPr>
      <w:r>
        <w:rPr>
          <w:rFonts w:ascii="EB Garamond" w:hAnsi="EB Garamond" w:eastAsia="EB Garamond"/>
          <w:sz w:val="22"/>
        </w:rPr>
        <w:t>Mason found her later.</w:t>
      </w:r>
    </w:p>
    <w:p>
      <w:pPr>
        <w:spacing w:after="0" w:line="264" w:lineRule="exact"/>
        <w:ind w:firstLine="0" w:left="0"/>
      </w:pPr>
      <w:r>
        <w:rPr>
          <w:rFonts w:ascii="EB Garamond" w:hAnsi="EB Garamond" w:eastAsia="EB Garamond"/>
          <w:sz w:val="22"/>
        </w:rPr>
        <w:t>He sat beside her without asking.</w:t>
      </w:r>
    </w:p>
    <w:p>
      <w:pPr>
        <w:spacing w:after="0" w:line="264" w:lineRule="exact"/>
        <w:ind w:firstLine="0" w:left="0"/>
      </w:pPr>
      <w:r>
        <w:rPr>
          <w:rFonts w:ascii="EB Garamond" w:hAnsi="EB Garamond" w:eastAsia="EB Garamond"/>
          <w:sz w:val="22"/>
        </w:rPr>
        <w:t>For a while neither spoke.</w:t>
      </w:r>
    </w:p>
    <w:p>
      <w:pPr>
        <w:spacing w:after="0" w:line="264" w:lineRule="exact"/>
        <w:ind w:firstLine="0" w:left="0"/>
      </w:pPr>
      <w:r>
        <w:rPr>
          <w:rFonts w:ascii="EB Garamond" w:hAnsi="EB Garamond" w:eastAsia="EB Garamond"/>
          <w:sz w:val="22"/>
        </w:rPr>
        <w:t>Then Elsie said:</w:t>
      </w:r>
    </w:p>
    <w:p>
      <w:pPr>
        <w:spacing w:after="0" w:line="264" w:lineRule="exact"/>
        <w:ind w:firstLine="0" w:left="0"/>
      </w:pPr>
      <w:r>
        <w:rPr>
          <w:rFonts w:ascii="EB Garamond" w:hAnsi="EB Garamond" w:eastAsia="EB Garamond"/>
          <w:sz w:val="22"/>
        </w:rPr>
        <w:t>“I told my mom.”</w:t>
      </w:r>
    </w:p>
    <w:p>
      <w:pPr>
        <w:spacing w:after="0" w:line="264" w:lineRule="exact"/>
        <w:ind w:firstLine="0" w:left="0"/>
      </w:pPr>
      <w:r>
        <w:rPr>
          <w:rFonts w:ascii="EB Garamond" w:hAnsi="EB Garamond" w:eastAsia="EB Garamond"/>
          <w:sz w:val="22"/>
        </w:rPr>
        <w:t>Mason waited.</w:t>
      </w:r>
    </w:p>
    <w:p>
      <w:pPr>
        <w:spacing w:after="0" w:line="264" w:lineRule="exact"/>
        <w:ind w:firstLine="0" w:left="0"/>
      </w:pPr>
      <w:r>
        <w:rPr>
          <w:rFonts w:ascii="EB Garamond" w:hAnsi="EB Garamond" w:eastAsia="EB Garamond"/>
          <w:sz w:val="22"/>
        </w:rPr>
        <w:t>“I was worried about somebody.”</w:t>
      </w:r>
    </w:p>
    <w:p>
      <w:pPr>
        <w:spacing w:after="0" w:line="264" w:lineRule="exact"/>
        <w:ind w:firstLine="0" w:left="0"/>
      </w:pPr>
      <w:r>
        <w:rPr>
          <w:rFonts w:ascii="EB Garamond" w:hAnsi="EB Garamond" w:eastAsia="EB Garamond"/>
          <w:sz w:val="22"/>
        </w:rPr>
        <w:t>He nodded.</w:t>
      </w:r>
    </w:p>
    <w:p>
      <w:pPr>
        <w:spacing w:after="0" w:line="264" w:lineRule="exact"/>
        <w:ind w:firstLine="0" w:left="0"/>
      </w:pPr>
      <w:r>
        <w:rPr>
          <w:rFonts w:ascii="EB Garamond" w:hAnsi="EB Garamond" w:eastAsia="EB Garamond"/>
          <w:sz w:val="22"/>
        </w:rPr>
        <w:t>“I didn’t tell her everything.”</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“She called someone to get a family member’s number. That person called somebody else. Someone overheard. And somehow…”</w:t>
      </w:r>
    </w:p>
    <w:p>
      <w:pPr>
        <w:spacing w:after="0" w:line="264" w:lineRule="exact"/>
        <w:ind w:firstLine="0" w:left="0"/>
      </w:pPr>
      <w:r>
        <w:rPr>
          <w:rFonts w:ascii="EB Garamond" w:hAnsi="EB Garamond" w:eastAsia="EB Garamond"/>
          <w:sz w:val="22"/>
        </w:rPr>
        <w:t>Elsie gestured vaguely toward the school.</w:t>
      </w:r>
    </w:p>
    <w:p>
      <w:pPr>
        <w:spacing w:after="0" w:line="264" w:lineRule="exact"/>
        <w:ind w:firstLine="0" w:left="0"/>
      </w:pPr>
      <w:r>
        <w:rPr>
          <w:rFonts w:ascii="EB Garamond" w:hAnsi="EB Garamond" w:eastAsia="EB Garamond"/>
          <w:sz w:val="22"/>
        </w:rPr>
        <w:t>“This.”</w:t>
      </w:r>
    </w:p>
    <w:p>
      <w:pPr>
        <w:spacing w:after="0" w:line="264" w:lineRule="exact"/>
        <w:ind w:firstLine="0" w:left="0"/>
      </w:pPr>
      <w:r>
        <w:rPr>
          <w:rFonts w:ascii="EB Garamond" w:hAnsi="EB Garamond" w:eastAsia="EB Garamond"/>
          <w:sz w:val="22"/>
        </w:rPr>
        <w:t>Mason was quiet.</w:t>
      </w:r>
    </w:p>
    <w:p>
      <w:pPr>
        <w:spacing w:after="0" w:line="264" w:lineRule="exact"/>
        <w:ind w:firstLine="0" w:left="0"/>
      </w:pPr>
      <w:r>
        <w:rPr>
          <w:rFonts w:ascii="EB Garamond" w:hAnsi="EB Garamond" w:eastAsia="EB Garamond"/>
          <w:sz w:val="22"/>
        </w:rPr>
        <w:t>“I didn’t tell anybody about her dad.”</w:t>
      </w:r>
    </w:p>
    <w:p>
      <w:pPr>
        <w:spacing w:after="0" w:line="264" w:lineRule="exact"/>
        <w:ind w:firstLine="0" w:left="0"/>
      </w:pPr>
      <w:r>
        <w:rPr>
          <w:rFonts w:ascii="EB Garamond" w:hAnsi="EB Garamond" w:eastAsia="EB Garamond"/>
          <w:sz w:val="22"/>
        </w:rPr>
        <w:t>“I believe you.”</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Relief again.</w:t>
      </w:r>
    </w:p>
    <w:p>
      <w:pPr>
        <w:spacing w:after="0" w:line="264" w:lineRule="exact"/>
        <w:ind w:firstLine="0" w:left="0"/>
      </w:pPr>
      <w:r>
        <w:rPr>
          <w:rFonts w:ascii="EB Garamond" w:hAnsi="EB Garamond" w:eastAsia="EB Garamond"/>
          <w:sz w:val="22"/>
        </w:rPr>
        <w:t>She hated how badly she needed it.</w:t>
      </w:r>
    </w:p>
    <w:p>
      <w:pPr>
        <w:spacing w:after="0" w:line="264" w:lineRule="exact"/>
        <w:ind w:firstLine="0" w:left="0"/>
      </w:pPr>
      <w:r>
        <w:rPr>
          <w:rFonts w:ascii="EB Garamond" w:hAnsi="EB Garamond" w:eastAsia="EB Garamond"/>
          <w:sz w:val="22"/>
        </w:rPr>
        <w:t>“Do you think I was wrong?”</w:t>
      </w:r>
    </w:p>
    <w:p>
      <w:pPr>
        <w:spacing w:after="0" w:line="264" w:lineRule="exact"/>
        <w:ind w:firstLine="0" w:left="0"/>
      </w:pPr>
      <w:r>
        <w:rPr>
          <w:rFonts w:ascii="EB Garamond" w:hAnsi="EB Garamond" w:eastAsia="EB Garamond"/>
          <w:sz w:val="22"/>
        </w:rPr>
        <w:t>Mason thought.</w:t>
      </w:r>
    </w:p>
    <w:p>
      <w:pPr>
        <w:spacing w:after="0" w:line="264" w:lineRule="exact"/>
        <w:ind w:firstLine="0" w:left="0"/>
      </w:pPr>
      <w:r>
        <w:rPr>
          <w:rFonts w:ascii="EB Garamond" w:hAnsi="EB Garamond" w:eastAsia="EB Garamond"/>
          <w:sz w:val="22"/>
        </w:rPr>
        <w:t>Too long.</w:t>
      </w:r>
    </w:p>
    <w:p>
      <w:pPr>
        <w:spacing w:after="0" w:line="264" w:lineRule="exact"/>
        <w:ind w:firstLine="0" w:left="0"/>
      </w:pPr>
      <w:r>
        <w:rPr>
          <w:rFonts w:ascii="EB Garamond" w:hAnsi="EB Garamond" w:eastAsia="EB Garamond"/>
          <w:sz w:val="22"/>
        </w:rPr>
        <w:t>Elsie immediately regretted asking.</w:t>
      </w:r>
    </w:p>
    <w:p>
      <w:pPr>
        <w:spacing w:after="0" w:line="264" w:lineRule="exact"/>
        <w:ind w:firstLine="0" w:left="0"/>
      </w:pPr>
      <w:r>
        <w:rPr>
          <w:rFonts w:ascii="EB Garamond" w:hAnsi="EB Garamond" w:eastAsia="EB Garamond"/>
          <w:sz w:val="22"/>
        </w:rPr>
        <w:t>“I think if you thought somebody might be unsafe, you needed an adult.”</w:t>
      </w:r>
    </w:p>
    <w:p>
      <w:pPr>
        <w:spacing w:after="0" w:line="264" w:lineRule="exact"/>
        <w:ind w:firstLine="0" w:left="0"/>
      </w:pPr>
      <w:r>
        <w:rPr>
          <w:rFonts w:ascii="EB Garamond" w:hAnsi="EB Garamond" w:eastAsia="EB Garamond"/>
          <w:sz w:val="22"/>
        </w:rPr>
        <w:t>Relief.</w:t>
      </w:r>
    </w:p>
    <w:p>
      <w:pPr>
        <w:spacing w:after="0" w:line="264" w:lineRule="exact"/>
        <w:ind w:firstLine="0" w:left="0"/>
      </w:pPr>
      <w:r>
        <w:rPr>
          <w:rFonts w:ascii="EB Garamond" w:hAnsi="EB Garamond" w:eastAsia="EB Garamond"/>
          <w:sz w:val="22"/>
        </w:rPr>
        <w:t>“But—”</w:t>
      </w:r>
    </w:p>
    <w:p>
      <w:pPr>
        <w:spacing w:after="0" w:line="264" w:lineRule="exact"/>
        <w:ind w:firstLine="0" w:left="0"/>
      </w:pPr>
      <w:r>
        <w:rPr>
          <w:rFonts w:ascii="EB Garamond" w:hAnsi="EB Garamond" w:eastAsia="EB Garamond"/>
          <w:sz w:val="22"/>
        </w:rPr>
        <w:t>Elsie groaned.</w:t>
      </w:r>
    </w:p>
    <w:p>
      <w:pPr>
        <w:spacing w:after="0" w:line="264" w:lineRule="exact"/>
        <w:ind w:firstLine="0" w:left="0"/>
      </w:pPr>
      <w:r>
        <w:rPr>
          <w:rFonts w:ascii="EB Garamond" w:hAnsi="EB Garamond" w:eastAsia="EB Garamond"/>
          <w:sz w:val="22"/>
        </w:rPr>
        <w:t>He smiled slightly.</w:t>
      </w:r>
    </w:p>
    <w:p>
      <w:pPr>
        <w:spacing w:after="0" w:line="264" w:lineRule="exact"/>
        <w:ind w:firstLine="0" w:left="0"/>
      </w:pPr>
      <w:r>
        <w:rPr>
          <w:rFonts w:ascii="EB Garamond" w:hAnsi="EB Garamond" w:eastAsia="EB Garamond"/>
          <w:sz w:val="22"/>
        </w:rPr>
        <w:t>“Sorry.”</w:t>
      </w:r>
    </w:p>
    <w:p>
      <w:pPr>
        <w:spacing w:after="0" w:line="264" w:lineRule="exact"/>
        <w:ind w:firstLine="0" w:left="0"/>
      </w:pPr>
      <w:r>
        <w:rPr>
          <w:rFonts w:ascii="EB Garamond" w:hAnsi="EB Garamond" w:eastAsia="EB Garamond"/>
          <w:sz w:val="22"/>
        </w:rPr>
        <w:t>“Everyone has a but.”</w:t>
      </w:r>
    </w:p>
    <w:p>
      <w:pPr>
        <w:spacing w:after="0" w:line="264" w:lineRule="exact"/>
        <w:ind w:firstLine="0" w:left="0"/>
      </w:pPr>
      <w:r>
        <w:rPr>
          <w:rFonts w:ascii="EB Garamond" w:hAnsi="EB Garamond" w:eastAsia="EB Garamond"/>
          <w:sz w:val="22"/>
        </w:rPr>
        <w:t>“Probably because this is complicated.”</w:t>
      </w:r>
    </w:p>
    <w:p>
      <w:pPr>
        <w:spacing w:after="0" w:line="264" w:lineRule="exact"/>
        <w:ind w:firstLine="0" w:left="0"/>
      </w:pPr>
      <w:r>
        <w:rPr>
          <w:rFonts w:ascii="EB Garamond" w:hAnsi="EB Garamond" w:eastAsia="EB Garamond"/>
          <w:sz w:val="22"/>
        </w:rPr>
        <w:t>“I hate complicated.”</w:t>
      </w:r>
    </w:p>
    <w:p>
      <w:pPr>
        <w:spacing w:after="0" w:line="264" w:lineRule="exact"/>
        <w:ind w:firstLine="0" w:left="0"/>
      </w:pPr>
      <w:r>
        <w:rPr>
          <w:rFonts w:ascii="EB Garamond" w:hAnsi="EB Garamond" w:eastAsia="EB Garamond"/>
          <w:sz w:val="22"/>
        </w:rPr>
        <w:t>“No, you don’t.”</w:t>
      </w:r>
    </w:p>
    <w:p>
      <w:pPr>
        <w:spacing w:after="0" w:line="264" w:lineRule="exact"/>
        <w:ind w:firstLine="0" w:left="0"/>
      </w:pPr>
      <w:r>
        <w:rPr>
          <w:rFonts w:ascii="EB Garamond" w:hAnsi="EB Garamond" w:eastAsia="EB Garamond"/>
          <w:sz w:val="22"/>
        </w:rPr>
        <w:t>“Yes, I do.”</w:t>
      </w:r>
    </w:p>
    <w:p>
      <w:pPr>
        <w:spacing w:after="0" w:line="264" w:lineRule="exact"/>
        <w:ind w:firstLine="0" w:left="0"/>
      </w:pPr>
      <w:r>
        <w:rPr>
          <w:rFonts w:ascii="EB Garamond" w:hAnsi="EB Garamond" w:eastAsia="EB Garamond"/>
          <w:sz w:val="22"/>
        </w:rPr>
        <w:t>“You voluntarily go to Bible study.”</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“That’s unrelated.”</w:t>
      </w:r>
    </w:p>
    <w:p>
      <w:pPr>
        <w:spacing w:after="0" w:line="264" w:lineRule="exact"/>
        <w:ind w:firstLine="0" w:left="0"/>
      </w:pPr>
      <w:r>
        <w:rPr>
          <w:rFonts w:ascii="EB Garamond" w:hAnsi="EB Garamond" w:eastAsia="EB Garamond"/>
          <w:sz w:val="22"/>
        </w:rPr>
        <w:t>“It feels related.”</w:t>
      </w:r>
    </w:p>
    <w:p>
      <w:pPr>
        <w:spacing w:after="0" w:line="264" w:lineRule="exact"/>
        <w:ind w:firstLine="0" w:left="0"/>
      </w:pPr>
      <w:r>
        <w:rPr>
          <w:rFonts w:ascii="EB Garamond" w:hAnsi="EB Garamond" w:eastAsia="EB Garamond"/>
          <w:sz w:val="22"/>
        </w:rPr>
        <w:t>She bumped his shoulder.</w:t>
      </w:r>
    </w:p>
    <w:p>
      <w:pPr>
        <w:spacing w:after="0" w:line="264" w:lineRule="exact"/>
        <w:ind w:firstLine="0" w:left="0"/>
      </w:pPr>
      <w:r>
        <w:rPr>
          <w:rFonts w:ascii="EB Garamond" w:hAnsi="EB Garamond" w:eastAsia="EB Garamond"/>
          <w:sz w:val="22"/>
        </w:rPr>
        <w:t>Mason continued.</w:t>
      </w:r>
    </w:p>
    <w:p>
      <w:pPr>
        <w:spacing w:after="0" w:line="264" w:lineRule="exact"/>
        <w:ind w:firstLine="0" w:left="0"/>
      </w:pPr>
      <w:r>
        <w:rPr>
          <w:rFonts w:ascii="EB Garamond" w:hAnsi="EB Garamond" w:eastAsia="EB Garamond"/>
          <w:sz w:val="22"/>
        </w:rPr>
        <w:t>“I don’t think telling your mom was wrong.”</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“But I also don’t think Maddie has to feel okay about it just because you had a reason.”</w:t>
      </w:r>
    </w:p>
    <w:p>
      <w:pPr>
        <w:spacing w:after="0" w:line="264" w:lineRule="exact"/>
        <w:ind w:firstLine="0" w:left="0"/>
      </w:pPr>
      <w:r>
        <w:rPr>
          <w:rFonts w:ascii="EB Garamond" w:hAnsi="EB Garamond" w:eastAsia="EB Garamond"/>
          <w:sz w:val="22"/>
        </w:rPr>
        <w:t>There it was.</w:t>
      </w:r>
    </w:p>
    <w:p>
      <w:pPr>
        <w:spacing w:after="0" w:line="264" w:lineRule="exact"/>
        <w:ind w:firstLine="0" w:left="0"/>
      </w:pPr>
      <w:r>
        <w:rPr>
          <w:rFonts w:ascii="EB Garamond" w:hAnsi="EB Garamond" w:eastAsia="EB Garamond"/>
          <w:sz w:val="22"/>
        </w:rPr>
        <w:t>Again.</w:t>
      </w:r>
    </w:p>
    <w:p>
      <w:pPr>
        <w:spacing w:after="0" w:line="264" w:lineRule="exact"/>
        <w:ind w:firstLine="0" w:left="0"/>
      </w:pPr>
      <w:r>
        <w:rPr>
          <w:rFonts w:ascii="EB Garamond" w:hAnsi="EB Garamond" w:eastAsia="EB Garamond"/>
          <w:sz w:val="22"/>
        </w:rPr>
        <w:t>Elsie stared ahead.</w:t>
      </w:r>
    </w:p>
    <w:p>
      <w:pPr>
        <w:spacing w:after="0" w:line="264" w:lineRule="exact"/>
        <w:ind w:firstLine="0" w:left="0"/>
      </w:pPr>
      <w:r>
        <w:rPr>
          <w:rFonts w:ascii="EB Garamond" w:hAnsi="EB Garamond" w:eastAsia="EB Garamond"/>
          <w:sz w:val="22"/>
        </w:rPr>
        <w:t>“I wanted her to tell me I did the right thing.”</w:t>
      </w:r>
    </w:p>
    <w:p>
      <w:pPr>
        <w:spacing w:after="0" w:line="264" w:lineRule="exact"/>
        <w:ind w:firstLine="0" w:left="0"/>
      </w:pPr>
      <w:r>
        <w:rPr>
          <w:rFonts w:ascii="EB Garamond" w:hAnsi="EB Garamond" w:eastAsia="EB Garamond"/>
          <w:sz w:val="22"/>
        </w:rPr>
        <w:t>“Who?”</w:t>
      </w:r>
    </w:p>
    <w:p>
      <w:pPr>
        <w:spacing w:after="0" w:line="264" w:lineRule="exact"/>
        <w:ind w:firstLine="0" w:left="0"/>
      </w:pPr>
      <w:r>
        <w:rPr>
          <w:rFonts w:ascii="EB Garamond" w:hAnsi="EB Garamond" w:eastAsia="EB Garamond"/>
          <w:sz w:val="22"/>
        </w:rPr>
        <w:t>“My mom. Ava. You.”</w:t>
      </w:r>
    </w:p>
    <w:p>
      <w:pPr>
        <w:spacing w:after="0" w:line="264" w:lineRule="exact"/>
        <w:ind w:firstLine="0" w:left="0"/>
      </w:pPr>
      <w:r>
        <w:rPr>
          <w:rFonts w:ascii="EB Garamond" w:hAnsi="EB Garamond" w:eastAsia="EB Garamond"/>
          <w:sz w:val="22"/>
        </w:rPr>
        <w:t>Mason looked at her.</w:t>
      </w:r>
    </w:p>
    <w:p>
      <w:pPr>
        <w:spacing w:after="0" w:line="264" w:lineRule="exact"/>
        <w:ind w:firstLine="0" w:left="0"/>
      </w:pPr>
      <w:r>
        <w:rPr>
          <w:rFonts w:ascii="EB Garamond" w:hAnsi="EB Garamond" w:eastAsia="EB Garamond"/>
          <w:sz w:val="22"/>
        </w:rPr>
        <w:t>“Why?”</w:t>
      </w:r>
    </w:p>
    <w:p>
      <w:pPr>
        <w:spacing w:after="0" w:line="264" w:lineRule="exact"/>
        <w:ind w:firstLine="0" w:left="0"/>
      </w:pPr>
      <w:r>
        <w:rPr>
          <w:rFonts w:ascii="EB Garamond" w:hAnsi="EB Garamond" w:eastAsia="EB Garamond"/>
          <w:sz w:val="22"/>
        </w:rPr>
        <w:t>“Because then maybe I wouldn’t feel terrible.”</w:t>
      </w:r>
    </w:p>
    <w:p>
      <w:pPr>
        <w:spacing w:after="0" w:line="264" w:lineRule="exact"/>
        <w:ind w:firstLine="0" w:left="0"/>
      </w:pPr>
      <w:r>
        <w:rPr>
          <w:rFonts w:ascii="EB Garamond" w:hAnsi="EB Garamond" w:eastAsia="EB Garamond"/>
          <w:sz w:val="22"/>
        </w:rPr>
        <w:t>He nodded slowly.</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“Why does somebody have to be on your side for you to be right?”</w:t>
      </w:r>
    </w:p>
    <w:p>
      <w:pPr>
        <w:spacing w:after="0" w:line="264" w:lineRule="exact"/>
        <w:ind w:firstLine="0" w:left="0"/>
      </w:pPr>
      <w:r>
        <w:rPr>
          <w:rFonts w:ascii="EB Garamond" w:hAnsi="EB Garamond" w:eastAsia="EB Garamond"/>
          <w:sz w:val="22"/>
        </w:rPr>
        <w:t>Elsie turned.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Mason looked confused.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 just…”</w:t>
      </w:r>
    </w:p>
    <w:p>
      <w:pPr>
        <w:spacing w:after="0" w:line="264" w:lineRule="exact"/>
        <w:ind w:firstLine="0" w:left="0"/>
      </w:pPr>
      <w:r>
        <w:rPr>
          <w:rFonts w:ascii="EB Garamond" w:hAnsi="EB Garamond" w:eastAsia="EB Garamond"/>
          <w:sz w:val="22"/>
        </w:rPr>
        <w:t>She stopped.</w:t>
      </w:r>
    </w:p>
    <w:p>
      <w:pPr>
        <w:spacing w:after="0" w:line="264" w:lineRule="exact"/>
        <w:ind w:firstLine="0" w:left="0"/>
      </w:pPr>
      <w:r>
        <w:rPr>
          <w:rFonts w:ascii="EB Garamond" w:hAnsi="EB Garamond" w:eastAsia="EB Garamond"/>
          <w:sz w:val="22"/>
        </w:rPr>
        <w:t>The sentence hit somewhere deeper than he intended.</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Mason frowned.</w:t>
      </w:r>
    </w:p>
    <w:p>
      <w:pPr>
        <w:spacing w:after="0" w:line="264" w:lineRule="exact"/>
        <w:ind w:firstLine="0" w:left="0"/>
      </w:pPr>
      <w:r>
        <w:rPr>
          <w:rFonts w:ascii="EB Garamond" w:hAnsi="EB Garamond" w:eastAsia="EB Garamond"/>
          <w:sz w:val="22"/>
        </w:rPr>
        <w:t>“Did I say something bad?”</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 looked away.</w:t>
      </w:r>
    </w:p>
    <w:p>
      <w:pPr>
        <w:spacing w:after="0" w:line="264" w:lineRule="exact"/>
        <w:ind w:firstLine="0" w:left="0"/>
      </w:pPr>
      <w:r>
        <w:rPr>
          <w:rFonts w:ascii="EB Garamond" w:hAnsi="EB Garamond" w:eastAsia="EB Garamond"/>
          <w:sz w:val="22"/>
        </w:rPr>
        <w:t>“No. That’s the problem.”</w:t>
      </w:r>
    </w:p>
    <w:p>
      <w:pPr>
        <w:spacing w:after="0" w:line="264" w:lineRule="exact"/>
        <w:ind w:firstLine="0" w:left="0"/>
      </w:pPr>
      <w:r>
        <w:rPr>
          <w:rFonts w:ascii="EB Garamond" w:hAnsi="EB Garamond" w:eastAsia="EB Garamond"/>
          <w:sz w:val="22"/>
        </w:rPr>
        <w:t>At lunch, Maddie sat with Ava.</w:t>
      </w:r>
    </w:p>
    <w:p>
      <w:pPr>
        <w:spacing w:after="0" w:line="264" w:lineRule="exact"/>
        <w:ind w:firstLine="0" w:left="0"/>
      </w:pPr>
      <w:r>
        <w:rPr>
          <w:rFonts w:ascii="EB Garamond" w:hAnsi="EB Garamond" w:eastAsia="EB Garamond"/>
          <w:sz w:val="22"/>
        </w:rPr>
        <w:t>Elsie sat with Mason.</w:t>
      </w:r>
    </w:p>
    <w:p>
      <w:pPr>
        <w:spacing w:after="0" w:line="264" w:lineRule="exact"/>
        <w:ind w:firstLine="0" w:left="0"/>
      </w:pPr>
      <w:r>
        <w:rPr>
          <w:rFonts w:ascii="EB Garamond" w:hAnsi="EB Garamond" w:eastAsia="EB Garamond"/>
          <w:sz w:val="22"/>
        </w:rPr>
        <w:t>Nobody announced this arrangement.</w:t>
      </w:r>
    </w:p>
    <w:p>
      <w:pPr>
        <w:spacing w:after="0" w:line="264" w:lineRule="exact"/>
        <w:ind w:firstLine="0" w:left="0"/>
      </w:pPr>
      <w:r>
        <w:rPr>
          <w:rFonts w:ascii="EB Garamond" w:hAnsi="EB Garamond" w:eastAsia="EB Garamond"/>
          <w:sz w:val="22"/>
        </w:rPr>
        <w:t>It just happened.</w:t>
      </w:r>
    </w:p>
    <w:p>
      <w:pPr>
        <w:spacing w:after="0" w:line="264" w:lineRule="exact"/>
        <w:ind w:firstLine="0" w:left="0"/>
      </w:pPr>
      <w:r>
        <w:rPr>
          <w:rFonts w:ascii="EB Garamond" w:hAnsi="EB Garamond" w:eastAsia="EB Garamond"/>
          <w:sz w:val="22"/>
        </w:rPr>
        <w:t>Nora walked past carrying her tray.</w:t>
      </w:r>
    </w:p>
    <w:p>
      <w:pPr>
        <w:spacing w:after="0" w:line="264" w:lineRule="exact"/>
        <w:ind w:firstLine="0" w:left="0"/>
      </w:pPr>
      <w:r>
        <w:rPr>
          <w:rFonts w:ascii="EB Garamond" w:hAnsi="EB Garamond" w:eastAsia="EB Garamond"/>
          <w:sz w:val="22"/>
        </w:rPr>
        <w:t>Stopped.</w:t>
      </w:r>
    </w:p>
    <w:p>
      <w:pPr>
        <w:spacing w:after="0" w:line="264" w:lineRule="exact"/>
        <w:ind w:firstLine="0" w:left="0"/>
      </w:pPr>
      <w:r>
        <w:rPr>
          <w:rFonts w:ascii="EB Garamond" w:hAnsi="EB Garamond" w:eastAsia="EB Garamond"/>
          <w:sz w:val="22"/>
        </w:rPr>
        <w:t>Looked at Elsie.</w:t>
      </w:r>
    </w:p>
    <w:p>
      <w:pPr>
        <w:spacing w:after="0" w:line="264" w:lineRule="exact"/>
        <w:ind w:firstLine="0" w:left="0"/>
      </w:pPr>
      <w:r>
        <w:rPr>
          <w:rFonts w:ascii="EB Garamond" w:hAnsi="EB Garamond" w:eastAsia="EB Garamond"/>
          <w:sz w:val="22"/>
        </w:rPr>
        <w:t>Then at Maddie.</w:t>
      </w:r>
    </w:p>
    <w:p>
      <w:pPr>
        <w:spacing w:after="0" w:line="264" w:lineRule="exact"/>
        <w:ind w:firstLine="0" w:left="0"/>
      </w:pPr>
      <w:r>
        <w:rPr>
          <w:rFonts w:ascii="EB Garamond" w:hAnsi="EB Garamond" w:eastAsia="EB Garamond"/>
          <w:sz w:val="22"/>
        </w:rPr>
        <w:t>Then back at Elsie.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Elsie frowned.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“Whatever you’re about to ask me.”</w:t>
      </w:r>
    </w:p>
    <w:p>
      <w:pPr>
        <w:spacing w:after="0" w:line="264" w:lineRule="exact"/>
        <w:ind w:firstLine="0" w:left="0"/>
      </w:pPr>
      <w:r>
        <w:rPr>
          <w:rFonts w:ascii="EB Garamond" w:hAnsi="EB Garamond" w:eastAsia="EB Garamond"/>
          <w:sz w:val="22"/>
        </w:rPr>
        <w:t>“I wasn’t going to ask anything.”</w:t>
      </w:r>
    </w:p>
    <w:p>
      <w:pPr>
        <w:spacing w:after="0" w:line="264" w:lineRule="exact"/>
        <w:ind w:firstLine="0" w:left="0"/>
      </w:pPr>
      <w:r>
        <w:rPr>
          <w:rFonts w:ascii="EB Garamond" w:hAnsi="EB Garamond" w:eastAsia="EB Garamond"/>
          <w:sz w:val="22"/>
        </w:rPr>
        <w:t>“You have a face.”</w:t>
      </w:r>
    </w:p>
    <w:p>
      <w:pPr>
        <w:spacing w:after="0" w:line="264" w:lineRule="exact"/>
        <w:ind w:firstLine="0" w:left="0"/>
      </w:pPr>
      <w:r>
        <w:rPr>
          <w:rFonts w:ascii="EB Garamond" w:hAnsi="EB Garamond" w:eastAsia="EB Garamond"/>
          <w:sz w:val="22"/>
        </w:rPr>
        <w:t>“Everyone needs to stop.”</w:t>
      </w:r>
    </w:p>
    <w:p>
      <w:pPr>
        <w:spacing w:after="0" w:line="264" w:lineRule="exact"/>
        <w:ind w:firstLine="0" w:left="0"/>
      </w:pPr>
      <w:r>
        <w:rPr>
          <w:rFonts w:ascii="EB Garamond" w:hAnsi="EB Garamond" w:eastAsia="EB Garamond"/>
          <w:sz w:val="22"/>
        </w:rPr>
        <w:t>Nora sat down.</w:t>
      </w:r>
    </w:p>
    <w:p>
      <w:pPr>
        <w:spacing w:after="0" w:line="264" w:lineRule="exact"/>
        <w:ind w:firstLine="0" w:left="0"/>
      </w:pPr>
      <w:r>
        <w:rPr>
          <w:rFonts w:ascii="EB Garamond" w:hAnsi="EB Garamond" w:eastAsia="EB Garamond"/>
          <w:sz w:val="22"/>
        </w:rPr>
        <w:t>“What happened?”</w:t>
      </w:r>
    </w:p>
    <w:p>
      <w:pPr>
        <w:spacing w:after="0" w:line="264" w:lineRule="exact"/>
        <w:ind w:firstLine="0" w:left="0"/>
      </w:pPr>
      <w:r>
        <w:rPr>
          <w:rFonts w:ascii="EB Garamond" w:hAnsi="EB Garamond" w:eastAsia="EB Garamond"/>
          <w:sz w:val="22"/>
        </w:rPr>
        <w:t>Elsie looked at Nora.</w:t>
      </w:r>
    </w:p>
    <w:p>
      <w:pPr>
        <w:spacing w:after="0" w:line="264" w:lineRule="exact"/>
        <w:ind w:firstLine="0" w:left="0"/>
      </w:pPr>
      <w:r>
        <w:rPr>
          <w:rFonts w:ascii="EB Garamond" w:hAnsi="EB Garamond" w:eastAsia="EB Garamond"/>
          <w:sz w:val="22"/>
        </w:rPr>
        <w:t>Nora looked at Mason.</w:t>
      </w:r>
    </w:p>
    <w:p>
      <w:pPr>
        <w:spacing w:after="0" w:line="264" w:lineRule="exact"/>
        <w:ind w:firstLine="0" w:left="0"/>
      </w:pPr>
      <w:r>
        <w:rPr>
          <w:rFonts w:ascii="EB Garamond" w:hAnsi="EB Garamond" w:eastAsia="EB Garamond"/>
          <w:sz w:val="22"/>
        </w:rPr>
        <w:t>“Not mine to tell,” Mason said.</w:t>
      </w:r>
    </w:p>
    <w:p>
      <w:pPr>
        <w:spacing w:after="0" w:line="264" w:lineRule="exact"/>
        <w:ind w:firstLine="0" w:left="0"/>
      </w:pPr>
      <w:r>
        <w:rPr>
          <w:rFonts w:ascii="EB Garamond" w:hAnsi="EB Garamond" w:eastAsia="EB Garamond"/>
          <w:sz w:val="22"/>
        </w:rPr>
        <w:t>Apparently, this phrase was going to haunt her until death.</w:t>
      </w:r>
    </w:p>
    <w:p>
      <w:pPr>
        <w:spacing w:after="0" w:line="264" w:lineRule="exact"/>
        <w:ind w:firstLine="0" w:left="0"/>
      </w:pPr>
      <w:r>
        <w:rPr>
          <w:rFonts w:ascii="EB Garamond" w:hAnsi="EB Garamond" w:eastAsia="EB Garamond"/>
          <w:sz w:val="22"/>
        </w:rPr>
        <w:t>Nora nodded.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Then stole one of Mason’s fries.</w:t>
      </w:r>
    </w:p>
    <w:p>
      <w:pPr>
        <w:spacing w:after="0" w:line="264" w:lineRule="exact"/>
        <w:ind w:firstLine="0" w:left="0"/>
      </w:pPr>
      <w:r>
        <w:rPr>
          <w:rFonts w:ascii="EB Garamond" w:hAnsi="EB Garamond" w:eastAsia="EB Garamond"/>
          <w:sz w:val="22"/>
        </w:rPr>
        <w:t>He looked offended.</w:t>
      </w:r>
    </w:p>
    <w:p>
      <w:pPr>
        <w:spacing w:after="0" w:line="264" w:lineRule="exact"/>
        <w:ind w:firstLine="0" w:left="0"/>
      </w:pPr>
      <w:r>
        <w:rPr>
          <w:rFonts w:ascii="EB Garamond" w:hAnsi="EB Garamond" w:eastAsia="EB Garamond"/>
          <w:sz w:val="22"/>
        </w:rPr>
        <w:t>“Did you just—”</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“You don’t even sit here.”</w:t>
      </w:r>
    </w:p>
    <w:p>
      <w:pPr>
        <w:spacing w:after="0" w:line="264" w:lineRule="exact"/>
        <w:ind w:firstLine="0" w:left="0"/>
      </w:pPr>
      <w:r>
        <w:rPr>
          <w:rFonts w:ascii="EB Garamond" w:hAnsi="EB Garamond" w:eastAsia="EB Garamond"/>
          <w:sz w:val="22"/>
        </w:rPr>
        <w:t>“I do now.”</w:t>
      </w:r>
    </w:p>
    <w:p>
      <w:pPr>
        <w:spacing w:after="0" w:line="264" w:lineRule="exact"/>
        <w:ind w:firstLine="0" w:left="0"/>
      </w:pPr>
      <w:r>
        <w:rPr>
          <w:rFonts w:ascii="EB Garamond" w:hAnsi="EB Garamond" w:eastAsia="EB Garamond"/>
          <w:sz w:val="22"/>
        </w:rPr>
        <w:t>Elsie almost smiled.</w:t>
      </w:r>
    </w:p>
    <w:p>
      <w:pPr>
        <w:spacing w:after="0" w:line="264" w:lineRule="exact"/>
        <w:ind w:firstLine="0" w:left="0"/>
      </w:pPr>
      <w:r>
        <w:rPr>
          <w:rFonts w:ascii="EB Garamond" w:hAnsi="EB Garamond" w:eastAsia="EB Garamond"/>
          <w:sz w:val="22"/>
        </w:rPr>
        <w:t>Nora looked at her.</w:t>
      </w:r>
    </w:p>
    <w:p>
      <w:pPr>
        <w:spacing w:after="0" w:line="264" w:lineRule="exact"/>
        <w:ind w:firstLine="0" w:left="0"/>
      </w:pPr>
      <w:r>
        <w:rPr>
          <w:rFonts w:ascii="EB Garamond" w:hAnsi="EB Garamond" w:eastAsia="EB Garamond"/>
          <w:sz w:val="22"/>
        </w:rPr>
        <w:t>“You coming tonight?”</w:t>
      </w:r>
    </w:p>
    <w:p>
      <w:pPr>
        <w:spacing w:after="0" w:line="264" w:lineRule="exact"/>
        <w:ind w:firstLine="0" w:left="0"/>
      </w:pPr>
      <w:r>
        <w:rPr>
          <w:rFonts w:ascii="EB Garamond" w:hAnsi="EB Garamond" w:eastAsia="EB Garamond"/>
          <w:sz w:val="22"/>
        </w:rPr>
        <w:t>Bible study.</w:t>
      </w:r>
    </w:p>
    <w:p>
      <w:pPr>
        <w:spacing w:after="0" w:line="264" w:lineRule="exact"/>
        <w:ind w:firstLine="0" w:left="0"/>
      </w:pPr>
      <w:r>
        <w:rPr>
          <w:rFonts w:ascii="EB Garamond" w:hAnsi="EB Garamond" w:eastAsia="EB Garamond"/>
          <w:sz w:val="22"/>
        </w:rPr>
        <w:t>Elsie had completely forgotten.</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Nora waited.</w:t>
      </w:r>
    </w:p>
    <w:p>
      <w:pPr>
        <w:spacing w:after="0" w:line="264" w:lineRule="exact"/>
        <w:ind w:firstLine="0" w:left="0"/>
      </w:pPr>
      <w:r>
        <w:rPr>
          <w:rFonts w:ascii="EB Garamond" w:hAnsi="EB Garamond" w:eastAsia="EB Garamond"/>
          <w:sz w:val="22"/>
        </w:rPr>
        <w:t>“I don’t feel like it.”</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Elsie narrowed her eyes.</w:t>
      </w:r>
    </w:p>
    <w:p>
      <w:pPr>
        <w:spacing w:after="0" w:line="264" w:lineRule="exact"/>
        <w:ind w:firstLine="0" w:left="0"/>
      </w:pPr>
      <w:r>
        <w:rPr>
          <w:rFonts w:ascii="EB Garamond" w:hAnsi="EB Garamond" w:eastAsia="EB Garamond"/>
          <w:sz w:val="22"/>
        </w:rPr>
        <w:t>“That’s it?”</w:t>
      </w:r>
    </w:p>
    <w:p>
      <w:pPr>
        <w:spacing w:after="0" w:line="264" w:lineRule="exact"/>
        <w:ind w:firstLine="0" w:left="0"/>
      </w:pPr>
      <w:r>
        <w:rPr>
          <w:rFonts w:ascii="EB Garamond" w:hAnsi="EB Garamond" w:eastAsia="EB Garamond"/>
          <w:sz w:val="22"/>
        </w:rPr>
        <w:t>“What do you want me to do?”</w:t>
      </w:r>
    </w:p>
    <w:p>
      <w:pPr>
        <w:spacing w:after="0" w:line="264" w:lineRule="exact"/>
        <w:ind w:firstLine="0" w:left="0"/>
      </w:pPr>
      <w:r>
        <w:rPr>
          <w:rFonts w:ascii="EB Garamond" w:hAnsi="EB Garamond" w:eastAsia="EB Garamond"/>
          <w:sz w:val="22"/>
        </w:rPr>
        <w:t>“I don’t know. Convince me.”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“Why?”</w:t>
      </w:r>
    </w:p>
    <w:p>
      <w:pPr>
        <w:spacing w:after="0" w:line="264" w:lineRule="exact"/>
        <w:ind w:firstLine="0" w:left="0"/>
      </w:pPr>
      <w:r>
        <w:rPr>
          <w:rFonts w:ascii="EB Garamond" w:hAnsi="EB Garamond" w:eastAsia="EB Garamond"/>
          <w:sz w:val="22"/>
        </w:rPr>
        <w:t>“Because then you’ll come to prove something.”</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Nora ate another fry.</w:t>
      </w:r>
    </w:p>
    <w:p>
      <w:pPr>
        <w:spacing w:after="0" w:line="264" w:lineRule="exact"/>
        <w:ind w:firstLine="0" w:left="0"/>
      </w:pPr>
      <w:r>
        <w:rPr>
          <w:rFonts w:ascii="EB Garamond" w:hAnsi="EB Garamond" w:eastAsia="EB Garamond"/>
          <w:sz w:val="22"/>
        </w:rPr>
        <w:t>“You’re all terrible at comforting people.”</w:t>
      </w:r>
    </w:p>
    <w:p>
      <w:pPr>
        <w:spacing w:after="0" w:line="264" w:lineRule="exact"/>
        <w:ind w:firstLine="0" w:left="0"/>
      </w:pPr>
      <w:r>
        <w:rPr>
          <w:rFonts w:ascii="EB Garamond" w:hAnsi="EB Garamond" w:eastAsia="EB Garamond"/>
          <w:sz w:val="22"/>
        </w:rPr>
        <w:t>“I’m excellent at it.”</w:t>
      </w:r>
    </w:p>
    <w:p>
      <w:pPr>
        <w:spacing w:after="0" w:line="264" w:lineRule="exact"/>
        <w:ind w:firstLine="0" w:left="0"/>
      </w:pPr>
      <w:r>
        <w:rPr>
          <w:rFonts w:ascii="EB Garamond" w:hAnsi="EB Garamond" w:eastAsia="EB Garamond"/>
          <w:sz w:val="22"/>
        </w:rPr>
        <w:t>“You stole his food.”</w:t>
      </w:r>
    </w:p>
    <w:p>
      <w:pPr>
        <w:spacing w:after="0" w:line="264" w:lineRule="exact"/>
        <w:ind w:firstLine="0" w:left="0"/>
      </w:pPr>
      <w:r>
        <w:rPr>
          <w:rFonts w:ascii="EB Garamond" w:hAnsi="EB Garamond" w:eastAsia="EB Garamond"/>
          <w:sz w:val="22"/>
        </w:rPr>
        <w:t>“He has more.”</w:t>
      </w:r>
    </w:p>
    <w:p>
      <w:pPr>
        <w:spacing w:after="0" w:line="264" w:lineRule="exact"/>
        <w:ind w:firstLine="0" w:left="0"/>
      </w:pPr>
      <w:r>
        <w:rPr>
          <w:rFonts w:ascii="EB Garamond" w:hAnsi="EB Garamond" w:eastAsia="EB Garamond"/>
          <w:sz w:val="22"/>
        </w:rPr>
        <w:t>Mason pulled his tray closer.</w:t>
      </w:r>
    </w:p>
    <w:p>
      <w:pPr>
        <w:spacing w:after="0" w:line="264" w:lineRule="exact"/>
        <w:ind w:firstLine="0" w:left="0"/>
      </w:pPr>
      <w:r>
        <w:rPr>
          <w:rFonts w:ascii="EB Garamond" w:hAnsi="EB Garamond" w:eastAsia="EB Garamond"/>
          <w:sz w:val="22"/>
        </w:rPr>
        <w:t>Nora ignored him.</w:t>
      </w:r>
    </w:p>
    <w:p>
      <w:pPr>
        <w:spacing w:after="0" w:line="264" w:lineRule="exact"/>
        <w:ind w:firstLine="0" w:left="0"/>
      </w:pPr>
      <w:r>
        <w:rPr>
          <w:rFonts w:ascii="EB Garamond" w:hAnsi="EB Garamond" w:eastAsia="EB Garamond"/>
          <w:sz w:val="22"/>
        </w:rPr>
        <w:t>“Come when you want to come.”</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“What if I don’t?”</w:t>
      </w:r>
    </w:p>
    <w:p>
      <w:pPr>
        <w:spacing w:after="0" w:line="264" w:lineRule="exact"/>
        <w:ind w:firstLine="0" w:left="0"/>
      </w:pPr>
      <w:r>
        <w:rPr>
          <w:rFonts w:ascii="EB Garamond" w:hAnsi="EB Garamond" w:eastAsia="EB Garamond"/>
          <w:sz w:val="22"/>
        </w:rPr>
        <w:t>“Then don’t.”</w:t>
      </w:r>
    </w:p>
    <w:p>
      <w:pPr>
        <w:spacing w:after="0" w:line="264" w:lineRule="exact"/>
        <w:ind w:firstLine="0" w:left="0"/>
      </w:pPr>
      <w:r>
        <w:rPr>
          <w:rFonts w:ascii="EB Garamond" w:hAnsi="EB Garamond" w:eastAsia="EB Garamond"/>
          <w:sz w:val="22"/>
        </w:rPr>
        <w:t>“That feels like a trap.”</w:t>
      </w:r>
    </w:p>
    <w:p>
      <w:pPr>
        <w:spacing w:after="0" w:line="264" w:lineRule="exact"/>
        <w:ind w:firstLine="0" w:left="0"/>
      </w:pPr>
      <w:r>
        <w:rPr>
          <w:rFonts w:ascii="EB Garamond" w:hAnsi="EB Garamond" w:eastAsia="EB Garamond"/>
          <w:sz w:val="22"/>
        </w:rPr>
        <w:t>“It isn’t.”</w:t>
      </w:r>
    </w:p>
    <w:p>
      <w:pPr>
        <w:spacing w:after="0" w:line="264" w:lineRule="exact"/>
        <w:ind w:firstLine="0" w:left="0"/>
      </w:pPr>
      <w:r>
        <w:rPr>
          <w:rFonts w:ascii="EB Garamond" w:hAnsi="EB Garamond" w:eastAsia="EB Garamond"/>
          <w:sz w:val="22"/>
        </w:rPr>
        <w:t>Nora stood.</w:t>
      </w:r>
    </w:p>
    <w:p>
      <w:pPr>
        <w:spacing w:after="0" w:line="264" w:lineRule="exact"/>
        <w:ind w:firstLine="0" w:left="0"/>
      </w:pPr>
      <w:r>
        <w:rPr>
          <w:rFonts w:ascii="EB Garamond" w:hAnsi="EB Garamond" w:eastAsia="EB Garamond"/>
          <w:sz w:val="22"/>
        </w:rPr>
        <w:t>Then looked down at Elsie.</w:t>
      </w:r>
    </w:p>
    <w:p>
      <w:pPr>
        <w:spacing w:after="0" w:line="264" w:lineRule="exact"/>
        <w:ind w:firstLine="0" w:left="0"/>
      </w:pPr>
      <w:r>
        <w:rPr>
          <w:rFonts w:ascii="EB Garamond" w:hAnsi="EB Garamond" w:eastAsia="EB Garamond"/>
          <w:sz w:val="22"/>
        </w:rPr>
        <w:t>“You don’t have to turn everything into a lesson immediately.”</w:t>
      </w:r>
    </w:p>
    <w:p>
      <w:pPr>
        <w:spacing w:after="0" w:line="264" w:lineRule="exact"/>
        <w:ind w:firstLine="0" w:left="0"/>
      </w:pPr>
      <w:r>
        <w:rPr>
          <w:rFonts w:ascii="EB Garamond" w:hAnsi="EB Garamond" w:eastAsia="EB Garamond"/>
          <w:sz w:val="22"/>
        </w:rPr>
        <w:t>Elsie’s chest tightened.</w:t>
      </w:r>
    </w:p>
    <w:p>
      <w:pPr>
        <w:spacing w:after="0" w:line="264" w:lineRule="exact"/>
        <w:ind w:firstLine="0" w:left="0"/>
      </w:pPr>
      <w:r>
        <w:rPr>
          <w:rFonts w:ascii="EB Garamond" w:hAnsi="EB Garamond" w:eastAsia="EB Garamond"/>
          <w:sz w:val="22"/>
        </w:rPr>
        <w:t>Nora shrugged.</w:t>
      </w:r>
    </w:p>
    <w:p>
      <w:pPr>
        <w:spacing w:after="0" w:line="264" w:lineRule="exact"/>
        <w:ind w:firstLine="0" w:left="0"/>
      </w:pPr>
      <w:r>
        <w:rPr>
          <w:rFonts w:ascii="EB Garamond" w:hAnsi="EB Garamond" w:eastAsia="EB Garamond"/>
          <w:sz w:val="22"/>
        </w:rPr>
        <w:t>“Sometimes something just hurts first.”</w:t>
      </w:r>
    </w:p>
    <w:p>
      <w:pPr>
        <w:spacing w:after="0" w:line="264" w:lineRule="exact"/>
        <w:ind w:firstLine="0" w:left="0"/>
      </w:pPr>
      <w:r>
        <w:rPr>
          <w:rFonts w:ascii="EB Garamond" w:hAnsi="EB Garamond" w:eastAsia="EB Garamond"/>
          <w:sz w:val="22"/>
        </w:rPr>
        <w:t>Then she walked away.</w:t>
      </w:r>
    </w:p>
    <w:p>
      <w:pPr>
        <w:spacing w:after="0" w:line="264" w:lineRule="exact"/>
        <w:ind w:firstLine="0" w:left="0"/>
      </w:pPr>
      <w:r>
        <w:rPr>
          <w:rFonts w:ascii="EB Garamond" w:hAnsi="EB Garamond" w:eastAsia="EB Garamond"/>
          <w:sz w:val="22"/>
        </w:rPr>
        <w:t>Mason stared after her.</w:t>
      </w:r>
    </w:p>
    <w:p>
      <w:pPr>
        <w:spacing w:after="0" w:line="264" w:lineRule="exact"/>
        <w:ind w:firstLine="0" w:left="0"/>
      </w:pPr>
      <w:r>
        <w:rPr>
          <w:rFonts w:ascii="EB Garamond" w:hAnsi="EB Garamond" w:eastAsia="EB Garamond"/>
          <w:sz w:val="22"/>
        </w:rPr>
        <w:t>“I understand why you like her.”</w:t>
      </w:r>
    </w:p>
    <w:p>
      <w:pPr>
        <w:spacing w:after="0" w:line="264" w:lineRule="exact"/>
        <w:ind w:firstLine="0" w:left="0"/>
      </w:pPr>
      <w:r>
        <w:rPr>
          <w:rFonts w:ascii="EB Garamond" w:hAnsi="EB Garamond" w:eastAsia="EB Garamond"/>
          <w:sz w:val="22"/>
        </w:rPr>
        <w:t>“I currently don’t.”</w:t>
      </w:r>
    </w:p>
    <w:p>
      <w:pPr>
        <w:spacing w:after="0" w:line="264" w:lineRule="exact"/>
        <w:ind w:firstLine="0" w:left="0"/>
      </w:pPr>
      <w:r>
        <w:rPr>
          <w:rFonts w:ascii="EB Garamond" w:hAnsi="EB Garamond" w:eastAsia="EB Garamond"/>
          <w:sz w:val="22"/>
        </w:rPr>
        <w:t>That night, Elsie sat on her bed.</w:t>
      </w:r>
    </w:p>
    <w:p>
      <w:pPr>
        <w:spacing w:after="0" w:line="264" w:lineRule="exact"/>
        <w:ind w:firstLine="0" w:left="0"/>
      </w:pPr>
      <w:r>
        <w:rPr>
          <w:rFonts w:ascii="EB Garamond" w:hAnsi="EB Garamond" w:eastAsia="EB Garamond"/>
          <w:sz w:val="22"/>
        </w:rPr>
        <w:t>Bible on the nightstand.</w:t>
      </w:r>
    </w:p>
    <w:p>
      <w:pPr>
        <w:spacing w:after="0" w:line="264" w:lineRule="exact"/>
        <w:ind w:firstLine="0" w:left="0"/>
      </w:pPr>
      <w:r>
        <w:rPr>
          <w:rFonts w:ascii="EB Garamond" w:hAnsi="EB Garamond" w:eastAsia="EB Garamond"/>
          <w:sz w:val="22"/>
        </w:rPr>
        <w:t>Notebook beside it.</w:t>
      </w:r>
    </w:p>
    <w:p>
      <w:pPr>
        <w:spacing w:after="0" w:line="264" w:lineRule="exact"/>
        <w:ind w:firstLine="0" w:left="0"/>
      </w:pPr>
      <w:r>
        <w:rPr>
          <w:rFonts w:ascii="EB Garamond" w:hAnsi="EB Garamond" w:eastAsia="EB Garamond"/>
          <w:sz w:val="22"/>
        </w:rPr>
        <w:t>Both closed.</w:t>
      </w:r>
    </w:p>
    <w:p>
      <w:pPr>
        <w:spacing w:after="0" w:line="264" w:lineRule="exact"/>
        <w:ind w:firstLine="0" w:left="0"/>
      </w:pPr>
      <w:r>
        <w:rPr>
          <w:rFonts w:ascii="EB Garamond" w:hAnsi="EB Garamond" w:eastAsia="EB Garamond"/>
          <w:sz w:val="22"/>
        </w:rPr>
        <w:t>She didn’t want another Bible person.</w:t>
      </w:r>
    </w:p>
    <w:p>
      <w:pPr>
        <w:spacing w:after="0" w:line="264" w:lineRule="exact"/>
        <w:ind w:firstLine="0" w:left="0"/>
      </w:pPr>
      <w:r>
        <w:rPr>
          <w:rFonts w:ascii="EB Garamond" w:hAnsi="EB Garamond" w:eastAsia="EB Garamond"/>
          <w:sz w:val="22"/>
        </w:rPr>
        <w:t>She didn’t want a lesson.</w:t>
      </w:r>
    </w:p>
    <w:p>
      <w:pPr>
        <w:spacing w:after="0" w:line="264" w:lineRule="exact"/>
        <w:ind w:firstLine="0" w:left="0"/>
      </w:pPr>
      <w:r>
        <w:rPr>
          <w:rFonts w:ascii="EB Garamond" w:hAnsi="EB Garamond" w:eastAsia="EB Garamond"/>
          <w:sz w:val="22"/>
        </w:rPr>
        <w:t>She didn’t want to figure out which person from Grandma’s list had once made a difficult decision and therefore conveniently explained hers.</w:t>
      </w:r>
    </w:p>
    <w:p>
      <w:pPr>
        <w:spacing w:after="0" w:line="264" w:lineRule="exact"/>
        <w:ind w:firstLine="0" w:left="0"/>
      </w:pPr>
      <w:r>
        <w:rPr>
          <w:rFonts w:ascii="EB Garamond" w:hAnsi="EB Garamond" w:eastAsia="EB Garamond"/>
          <w:sz w:val="22"/>
        </w:rPr>
        <w:t>She wanted Friday night back.</w:t>
      </w:r>
    </w:p>
    <w:p>
      <w:pPr>
        <w:spacing w:after="0" w:line="264" w:lineRule="exact"/>
        <w:ind w:firstLine="0" w:left="0"/>
      </w:pPr>
      <w:r>
        <w:rPr>
          <w:rFonts w:ascii="EB Garamond" w:hAnsi="EB Garamond" w:eastAsia="EB Garamond"/>
          <w:sz w:val="22"/>
        </w:rPr>
        <w:t>Blue glitter.</w:t>
      </w:r>
    </w:p>
    <w:p>
      <w:pPr>
        <w:spacing w:after="0" w:line="264" w:lineRule="exact"/>
        <w:ind w:firstLine="0" w:left="0"/>
      </w:pPr>
      <w:r>
        <w:rPr>
          <w:rFonts w:ascii="EB Garamond" w:hAnsi="EB Garamond" w:eastAsia="EB Garamond"/>
          <w:sz w:val="22"/>
        </w:rPr>
        <w:t>Popcorn.</w:t>
      </w:r>
    </w:p>
    <w:p>
      <w:pPr>
        <w:spacing w:after="0" w:line="264" w:lineRule="exact"/>
        <w:ind w:firstLine="0" w:left="0"/>
      </w:pPr>
      <w:r>
        <w:rPr>
          <w:rFonts w:ascii="EB Garamond" w:hAnsi="EB Garamond" w:eastAsia="EB Garamond"/>
          <w:sz w:val="22"/>
        </w:rPr>
        <w:t>Maddie laughing.</w:t>
      </w:r>
    </w:p>
    <w:p>
      <w:pPr>
        <w:spacing w:after="0" w:line="264" w:lineRule="exact"/>
        <w:ind w:firstLine="0" w:left="0"/>
      </w:pPr>
      <w:r>
        <w:rPr>
          <w:rFonts w:ascii="EB Garamond" w:hAnsi="EB Garamond" w:eastAsia="EB Garamond"/>
          <w:i/>
          <w:sz w:val="22"/>
        </w:rPr>
        <w:t>ELSIE LOVES ME.</w:t>
      </w:r>
    </w:p>
    <w:p>
      <w:pPr>
        <w:spacing w:after="0" w:line="264" w:lineRule="exact"/>
        <w:ind w:firstLine="0" w:left="0"/>
      </w:pPr>
      <w:r>
        <w:rPr>
          <w:rFonts w:ascii="EB Garamond" w:hAnsi="EB Garamond" w:eastAsia="EB Garamond"/>
          <w:sz w:val="22"/>
        </w:rPr>
        <w:t>She wanted to undo one joke.</w:t>
      </w:r>
    </w:p>
    <w:p>
      <w:pPr>
        <w:spacing w:after="0" w:line="264" w:lineRule="exact"/>
        <w:ind w:firstLine="0" w:left="0"/>
      </w:pPr>
      <w:r>
        <w:rPr>
          <w:rFonts w:ascii="EB Garamond" w:hAnsi="EB Garamond" w:eastAsia="EB Garamond"/>
          <w:sz w:val="22"/>
        </w:rPr>
        <w:t>One phone call.</w:t>
      </w:r>
    </w:p>
    <w:p>
      <w:pPr>
        <w:spacing w:after="0" w:line="264" w:lineRule="exact"/>
        <w:ind w:firstLine="0" w:left="0"/>
      </w:pPr>
      <w:r>
        <w:rPr>
          <w:rFonts w:ascii="EB Garamond" w:hAnsi="EB Garamond" w:eastAsia="EB Garamond"/>
          <w:sz w:val="22"/>
        </w:rPr>
        <w:t>One chain of people talking to other people.</w:t>
      </w:r>
    </w:p>
    <w:p>
      <w:pPr>
        <w:spacing w:after="0" w:line="264" w:lineRule="exact"/>
        <w:ind w:firstLine="0" w:left="0"/>
      </w:pPr>
      <w:r>
        <w:rPr>
          <w:rFonts w:ascii="EB Garamond" w:hAnsi="EB Garamond" w:eastAsia="EB Garamond"/>
          <w:sz w:val="22"/>
        </w:rPr>
        <w:t>She wanted Maddie’s mom to be okay.</w:t>
      </w:r>
    </w:p>
    <w:p>
      <w:pPr>
        <w:spacing w:after="0" w:line="264" w:lineRule="exact"/>
        <w:ind w:firstLine="0" w:left="0"/>
      </w:pPr>
      <w:r>
        <w:rPr>
          <w:rFonts w:ascii="EB Garamond" w:hAnsi="EB Garamond" w:eastAsia="EB Garamond"/>
          <w:sz w:val="22"/>
        </w:rPr>
        <w:t>She wanted Maddie not to hate her.</w:t>
      </w:r>
    </w:p>
    <w:p>
      <w:pPr>
        <w:spacing w:after="0" w:line="264" w:lineRule="exact"/>
        <w:ind w:firstLine="0" w:left="0"/>
      </w:pPr>
      <w:r>
        <w:rPr>
          <w:rFonts w:ascii="EB Garamond" w:hAnsi="EB Garamond" w:eastAsia="EB Garamond"/>
          <w:sz w:val="22"/>
        </w:rPr>
        <w:t>She wanted Ava not to know.</w:t>
      </w:r>
    </w:p>
    <w:p>
      <w:pPr>
        <w:spacing w:after="0" w:line="264" w:lineRule="exact"/>
        <w:ind w:firstLine="0" w:left="0"/>
      </w:pPr>
      <w:r>
        <w:rPr>
          <w:rFonts w:ascii="EB Garamond" w:hAnsi="EB Garamond" w:eastAsia="EB Garamond"/>
          <w:sz w:val="22"/>
        </w:rPr>
        <w:t>She wanted Hallway Unfiltered to disappear.</w:t>
      </w:r>
    </w:p>
    <w:p>
      <w:pPr>
        <w:spacing w:after="0" w:line="264" w:lineRule="exact"/>
        <w:ind w:firstLine="0" w:left="0"/>
      </w:pPr>
      <w:r>
        <w:rPr>
          <w:rFonts w:ascii="EB Garamond" w:hAnsi="EB Garamond" w:eastAsia="EB Garamond"/>
          <w:sz w:val="22"/>
        </w:rPr>
        <w:t>Mostly, she wanted one clean answer.</w:t>
      </w:r>
    </w:p>
    <w:p>
      <w:pPr>
        <w:spacing w:after="0" w:line="264" w:lineRule="exact"/>
        <w:ind w:firstLine="0" w:left="0"/>
      </w:pPr>
      <w:r>
        <w:rPr>
          <w:rFonts w:ascii="EB Garamond" w:hAnsi="EB Garamond" w:eastAsia="EB Garamond"/>
          <w:i/>
          <w:sz w:val="22"/>
        </w:rPr>
        <w:t>ELSIE WAS RIGHT.</w:t>
      </w:r>
    </w:p>
    <w:p>
      <w:pPr>
        <w:spacing w:after="0" w:line="264" w:lineRule="exact"/>
        <w:ind w:firstLine="0" w:left="0"/>
      </w:pPr>
      <w:r>
        <w:rPr>
          <w:rFonts w:ascii="EB Garamond" w:hAnsi="EB Garamond" w:eastAsia="EB Garamond"/>
          <w:sz w:val="22"/>
        </w:rPr>
        <w:t>Or:</w:t>
      </w:r>
    </w:p>
    <w:p>
      <w:pPr>
        <w:spacing w:after="0" w:line="264" w:lineRule="exact"/>
        <w:ind w:firstLine="0" w:left="0"/>
      </w:pPr>
      <w:r>
        <w:rPr>
          <w:rFonts w:ascii="EB Garamond" w:hAnsi="EB Garamond" w:eastAsia="EB Garamond"/>
          <w:i/>
          <w:sz w:val="22"/>
        </w:rPr>
        <w:t>ELSIE WAS WRONG.</w:t>
      </w:r>
    </w:p>
    <w:p>
      <w:pPr>
        <w:spacing w:after="0" w:line="264" w:lineRule="exact"/>
        <w:ind w:firstLine="0" w:left="0"/>
      </w:pPr>
      <w:r>
        <w:rPr>
          <w:rFonts w:ascii="EB Garamond" w:hAnsi="EB Garamond" w:eastAsia="EB Garamond"/>
          <w:sz w:val="22"/>
        </w:rPr>
        <w:t>Something she could underline.</w:t>
      </w:r>
    </w:p>
    <w:p>
      <w:pPr>
        <w:spacing w:after="0" w:line="264" w:lineRule="exact"/>
        <w:ind w:firstLine="0" w:left="0"/>
      </w:pPr>
      <w:r>
        <w:rPr>
          <w:rFonts w:ascii="EB Garamond" w:hAnsi="EB Garamond" w:eastAsia="EB Garamond"/>
          <w:sz w:val="22"/>
        </w:rPr>
        <w:t>Instead she had a mother who wasn’t alone anymore.</w:t>
      </w:r>
    </w:p>
    <w:p>
      <w:pPr>
        <w:spacing w:after="0" w:line="264" w:lineRule="exact"/>
        <w:ind w:firstLine="0" w:left="0"/>
      </w:pPr>
      <w:r>
        <w:rPr>
          <w:rFonts w:ascii="EB Garamond" w:hAnsi="EB Garamond" w:eastAsia="EB Garamond"/>
          <w:sz w:val="22"/>
        </w:rPr>
        <w:t>An aunt who had shown up.</w:t>
      </w:r>
    </w:p>
    <w:p>
      <w:pPr>
        <w:spacing w:after="0" w:line="264" w:lineRule="exact"/>
        <w:ind w:firstLine="0" w:left="0"/>
      </w:pPr>
      <w:r>
        <w:rPr>
          <w:rFonts w:ascii="EB Garamond" w:hAnsi="EB Garamond" w:eastAsia="EB Garamond"/>
          <w:sz w:val="22"/>
        </w:rPr>
        <w:t>A secret that had spread.</w:t>
      </w:r>
    </w:p>
    <w:p>
      <w:pPr>
        <w:spacing w:after="0" w:line="264" w:lineRule="exact"/>
        <w:ind w:firstLine="0" w:left="0"/>
      </w:pPr>
      <w:r>
        <w:rPr>
          <w:rFonts w:ascii="EB Garamond" w:hAnsi="EB Garamond" w:eastAsia="EB Garamond"/>
          <w:sz w:val="22"/>
        </w:rPr>
        <w:t>A best friend who felt betrayed.</w:t>
      </w:r>
    </w:p>
    <w:p>
      <w:pPr>
        <w:spacing w:after="0" w:line="264" w:lineRule="exact"/>
        <w:ind w:firstLine="0" w:left="0"/>
      </w:pPr>
      <w:r>
        <w:rPr>
          <w:rFonts w:ascii="EB Garamond" w:hAnsi="EB Garamond" w:eastAsia="EB Garamond"/>
          <w:sz w:val="22"/>
        </w:rPr>
        <w:t>And a decision Elsie still believed she would make again.</w:t>
      </w:r>
    </w:p>
    <w:p>
      <w:pPr>
        <w:spacing w:after="0" w:line="264" w:lineRule="exact"/>
        <w:ind w:firstLine="0" w:left="0"/>
      </w:pPr>
      <w:r>
        <w:rPr>
          <w:rFonts w:ascii="EB Garamond" w:hAnsi="EB Garamond" w:eastAsia="EB Garamond"/>
          <w:sz w:val="22"/>
        </w:rPr>
        <w:t>All true.</w:t>
      </w:r>
    </w:p>
    <w:p>
      <w:pPr>
        <w:spacing w:after="0" w:line="264" w:lineRule="exact"/>
        <w:ind w:firstLine="0" w:left="0"/>
      </w:pPr>
      <w:r>
        <w:rPr>
          <w:rFonts w:ascii="EB Garamond" w:hAnsi="EB Garamond" w:eastAsia="EB Garamond"/>
          <w:sz w:val="22"/>
        </w:rPr>
        <w:t>At the same time.</w:t>
      </w:r>
    </w:p>
    <w:p>
      <w:pPr>
        <w:spacing w:after="0" w:line="264" w:lineRule="exact"/>
        <w:ind w:firstLine="0" w:left="0"/>
      </w:pPr>
      <w:r>
        <w:rPr>
          <w:rFonts w:ascii="EB Garamond" w:hAnsi="EB Garamond" w:eastAsia="EB Garamond"/>
          <w:sz w:val="22"/>
        </w:rPr>
        <w:t>Her phone buzzed.</w:t>
      </w:r>
    </w:p>
    <w:p>
      <w:pPr>
        <w:spacing w:after="0" w:line="264" w:lineRule="exact"/>
        <w:ind w:firstLine="0" w:left="0"/>
      </w:pPr>
      <w:r>
        <w:rPr>
          <w:rFonts w:ascii="EB Garamond" w:hAnsi="EB Garamond" w:eastAsia="EB Garamond"/>
          <w:sz w:val="22"/>
        </w:rPr>
        <w:t>Mason.</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you okay?</w:t>
      </w:r>
    </w:p>
    <w:p>
      <w:pPr>
        <w:spacing w:after="0" w:line="264" w:lineRule="exact"/>
        <w:ind w:firstLine="0" w:left="0"/>
      </w:pPr>
      <w:r>
        <w:rPr>
          <w:rFonts w:ascii="EB Garamond" w:hAnsi="EB Garamond" w:eastAsia="EB Garamond"/>
          <w:sz w:val="22"/>
        </w:rPr>
        <w:t>Elsie stared at it.</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no</w:t>
      </w:r>
    </w:p>
    <w:p>
      <w:pPr>
        <w:spacing w:after="0" w:line="264" w:lineRule="exact"/>
        <w:ind w:firstLine="0" w:left="0"/>
      </w:pPr>
      <w:r>
        <w:rPr>
          <w:rFonts w:ascii="EB Garamond" w:hAnsi="EB Garamond" w:eastAsia="EB Garamond"/>
          <w:sz w:val="22"/>
        </w:rPr>
        <w:t>She almost added something.</w:t>
      </w:r>
    </w:p>
    <w:p>
      <w:pPr>
        <w:spacing w:after="0" w:line="264" w:lineRule="exact"/>
        <w:ind w:firstLine="0" w:left="0"/>
      </w:pPr>
      <w:r>
        <w:rPr>
          <w:rFonts w:ascii="EB Garamond" w:hAnsi="EB Garamond" w:eastAsia="EB Garamond"/>
          <w:sz w:val="22"/>
        </w:rPr>
        <w:t>Didn’t.</w:t>
      </w:r>
    </w:p>
    <w:p>
      <w:pPr>
        <w:spacing w:after="0" w:line="264" w:lineRule="exact"/>
        <w:ind w:firstLine="0" w:left="0"/>
      </w:pPr>
      <w:r>
        <w:rPr>
          <w:rFonts w:ascii="EB Garamond" w:hAnsi="EB Garamond" w:eastAsia="EB Garamond"/>
          <w:sz w:val="22"/>
        </w:rPr>
        <w:t>A moment later:</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okay</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do you want me to call</w:t>
      </w:r>
    </w:p>
    <w:p>
      <w:pPr>
        <w:spacing w:after="0" w:line="264" w:lineRule="exact"/>
        <w:ind w:firstLine="0" w:left="0"/>
      </w:pPr>
      <w:r>
        <w:rPr>
          <w:rFonts w:ascii="EB Garamond" w:hAnsi="EB Garamond" w:eastAsia="EB Garamond"/>
          <w:sz w:val="22"/>
        </w:rPr>
        <w:t>Elsie thought.</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not really</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okay</w:t>
      </w:r>
    </w:p>
    <w:p>
      <w:pPr>
        <w:spacing w:after="0" w:line="264" w:lineRule="exact"/>
        <w:ind w:firstLine="0" w:left="0"/>
      </w:pPr>
      <w:r>
        <w:rPr>
          <w:rFonts w:ascii="EB Garamond" w:hAnsi="EB Garamond" w:eastAsia="EB Garamond"/>
          <w:sz w:val="22"/>
        </w:rPr>
        <w:t>Pause.</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want me to send you something stupid</w:t>
      </w:r>
    </w:p>
    <w:p>
      <w:pPr>
        <w:spacing w:after="0" w:line="264" w:lineRule="exact"/>
        <w:ind w:firstLine="0" w:left="0"/>
      </w:pPr>
      <w:r>
        <w:rPr>
          <w:rFonts w:ascii="EB Garamond" w:hAnsi="EB Garamond" w:eastAsia="EB Garamond"/>
          <w:sz w:val="22"/>
        </w:rPr>
        <w:t>Elsie smiled despite herself.</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maybe</w:t>
      </w:r>
    </w:p>
    <w:p>
      <w:pPr>
        <w:spacing w:after="0" w:line="264" w:lineRule="exact"/>
        <w:ind w:firstLine="0" w:left="0"/>
      </w:pPr>
      <w:r>
        <w:rPr>
          <w:rFonts w:ascii="EB Garamond" w:hAnsi="EB Garamond" w:eastAsia="EB Garamond"/>
          <w:sz w:val="22"/>
        </w:rPr>
        <w:t>A picture arrived.</w:t>
      </w:r>
    </w:p>
    <w:p>
      <w:pPr>
        <w:spacing w:after="0" w:line="264" w:lineRule="exact"/>
        <w:ind w:firstLine="0" w:left="0"/>
      </w:pPr>
      <w:r>
        <w:rPr>
          <w:rFonts w:ascii="EB Garamond" w:hAnsi="EB Garamond" w:eastAsia="EB Garamond"/>
          <w:sz w:val="22"/>
        </w:rPr>
        <w:t>A possum standing in a trash can.</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he has seen things</w:t>
      </w:r>
    </w:p>
    <w:p>
      <w:pPr>
        <w:spacing w:after="0" w:line="264" w:lineRule="exact"/>
        <w:ind w:firstLine="0" w:left="0"/>
      </w:pPr>
      <w:r>
        <w:rPr>
          <w:rFonts w:ascii="EB Garamond" w:hAnsi="EB Garamond" w:eastAsia="EB Garamond"/>
          <w:sz w:val="22"/>
        </w:rPr>
        <w:t>Elsie laughed.</w:t>
      </w:r>
    </w:p>
    <w:p>
      <w:pPr>
        <w:spacing w:after="0" w:line="264" w:lineRule="exact"/>
        <w:ind w:firstLine="0" w:left="0"/>
      </w:pPr>
      <w:r>
        <w:rPr>
          <w:rFonts w:ascii="EB Garamond" w:hAnsi="EB Garamond" w:eastAsia="EB Garamond"/>
          <w:sz w:val="22"/>
        </w:rPr>
        <w:t>One stupid laugh.</w:t>
      </w:r>
    </w:p>
    <w:p>
      <w:pPr>
        <w:spacing w:after="0" w:line="264" w:lineRule="exact"/>
        <w:ind w:firstLine="0" w:left="0"/>
      </w:pPr>
      <w:r>
        <w:rPr>
          <w:rFonts w:ascii="EB Garamond" w:hAnsi="EB Garamond" w:eastAsia="EB Garamond"/>
          <w:sz w:val="22"/>
        </w:rPr>
        <w:t>But it counted.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that’s literally me</w:t>
      </w:r>
    </w:p>
    <w:p>
      <w:pPr>
        <w:spacing w:after="0" w:line="264" w:lineRule="exact"/>
        <w:ind w:firstLine="0" w:left="0"/>
      </w:pPr>
      <w:r>
        <w:rPr>
          <w:rFonts w:ascii="EB Garamond" w:hAnsi="EB Garamond" w:eastAsia="EB Garamond"/>
          <w:b/>
          <w:sz w:val="22"/>
        </w:rPr>
        <w:t>Mason:</w:t>
      </w:r>
      <w:r>
        <w:rPr>
          <w:rFonts w:ascii="EB Garamond" w:hAnsi="EB Garamond" w:eastAsia="EB Garamond"/>
          <w:b w:val="0"/>
          <w:sz w:val="22"/>
        </w:rPr>
        <w:t xml:space="preserve"> thought so</w:t>
      </w:r>
    </w:p>
    <w:p>
      <w:pPr>
        <w:spacing w:after="0" w:line="264" w:lineRule="exact"/>
        <w:ind w:firstLine="0" w:left="0"/>
      </w:pPr>
      <w:r>
        <w:rPr>
          <w:rFonts w:ascii="EB Garamond" w:hAnsi="EB Garamond" w:eastAsia="EB Garamond"/>
          <w:sz w:val="22"/>
        </w:rPr>
        <w:t>She put the phone down.</w:t>
      </w:r>
    </w:p>
    <w:p>
      <w:pPr>
        <w:spacing w:after="0" w:line="264" w:lineRule="exact"/>
        <w:ind w:firstLine="0" w:left="0"/>
      </w:pPr>
      <w:r>
        <w:rPr>
          <w:rFonts w:ascii="EB Garamond" w:hAnsi="EB Garamond" w:eastAsia="EB Garamond"/>
          <w:sz w:val="22"/>
        </w:rPr>
        <w:t>Then looked at the notebook.</w:t>
      </w:r>
    </w:p>
    <w:p>
      <w:pPr>
        <w:spacing w:after="0" w:line="264" w:lineRule="exact"/>
        <w:ind w:firstLine="0" w:left="0"/>
      </w:pPr>
      <w:r>
        <w:rPr>
          <w:rFonts w:ascii="EB Garamond" w:hAnsi="EB Garamond" w:eastAsia="EB Garamond"/>
          <w:sz w:val="22"/>
        </w:rPr>
        <w:t>For weeks, she had written everything down.</w:t>
      </w:r>
    </w:p>
    <w:p>
      <w:pPr>
        <w:spacing w:after="0" w:line="264" w:lineRule="exact"/>
        <w:ind w:firstLine="0" w:left="0"/>
      </w:pPr>
      <w:r>
        <w:rPr>
          <w:rFonts w:ascii="EB Garamond" w:hAnsi="EB Garamond" w:eastAsia="EB Garamond"/>
          <w:sz w:val="22"/>
        </w:rPr>
        <w:t>People.</w:t>
      </w:r>
    </w:p>
    <w:p>
      <w:pPr>
        <w:spacing w:after="0" w:line="264" w:lineRule="exact"/>
        <w:ind w:firstLine="0" w:left="0"/>
      </w:pPr>
      <w:r>
        <w:rPr>
          <w:rFonts w:ascii="EB Garamond" w:hAnsi="EB Garamond" w:eastAsia="EB Garamond"/>
          <w:sz w:val="22"/>
        </w:rPr>
        <w:t>Mistakes.</w:t>
      </w:r>
    </w:p>
    <w:p>
      <w:pPr>
        <w:spacing w:after="0" w:line="264" w:lineRule="exact"/>
        <w:ind w:firstLine="0" w:left="0"/>
      </w:pPr>
      <w:r>
        <w:rPr>
          <w:rFonts w:ascii="EB Garamond" w:hAnsi="EB Garamond" w:eastAsia="EB Garamond"/>
          <w:sz w:val="22"/>
        </w:rPr>
        <w:t>Questions.</w:t>
      </w:r>
    </w:p>
    <w:p>
      <w:pPr>
        <w:spacing w:after="0" w:line="264" w:lineRule="exact"/>
        <w:ind w:firstLine="0" w:left="0"/>
      </w:pPr>
      <w:r>
        <w:rPr>
          <w:rFonts w:ascii="EB Garamond" w:hAnsi="EB Garamond" w:eastAsia="EB Garamond"/>
          <w:sz w:val="22"/>
        </w:rPr>
        <w:t>Lessons.</w:t>
      </w:r>
    </w:p>
    <w:p>
      <w:pPr>
        <w:spacing w:after="0" w:line="264" w:lineRule="exact"/>
        <w:ind w:firstLine="0" w:left="0"/>
      </w:pPr>
      <w:r>
        <w:rPr>
          <w:rFonts w:ascii="EB Garamond" w:hAnsi="EB Garamond" w:eastAsia="EB Garamond"/>
          <w:sz w:val="22"/>
        </w:rPr>
        <w:t>As if every difficult thing became safer once she could name it.</w:t>
      </w:r>
    </w:p>
    <w:p>
      <w:pPr>
        <w:spacing w:after="0" w:line="264" w:lineRule="exact"/>
        <w:ind w:firstLine="0" w:left="0"/>
      </w:pPr>
      <w:r>
        <w:rPr>
          <w:rFonts w:ascii="EB Garamond" w:hAnsi="EB Garamond" w:eastAsia="EB Garamond"/>
          <w:sz w:val="22"/>
        </w:rPr>
        <w:t>But Maddie’s story still wasn’t hers to write.</w:t>
      </w:r>
    </w:p>
    <w:p>
      <w:pPr>
        <w:spacing w:after="0" w:line="264" w:lineRule="exact"/>
        <w:ind w:firstLine="0" w:left="0"/>
      </w:pPr>
      <w:r>
        <w:rPr>
          <w:rFonts w:ascii="EB Garamond" w:hAnsi="EB Garamond" w:eastAsia="EB Garamond"/>
          <w:sz w:val="22"/>
        </w:rPr>
        <w:t>So she didn’t.</w:t>
      </w:r>
    </w:p>
    <w:p>
      <w:pPr>
        <w:spacing w:after="0" w:line="264" w:lineRule="exact"/>
        <w:ind w:firstLine="0" w:left="0"/>
      </w:pPr>
      <w:r>
        <w:rPr>
          <w:rFonts w:ascii="EB Garamond" w:hAnsi="EB Garamond" w:eastAsia="EB Garamond"/>
          <w:sz w:val="22"/>
        </w:rPr>
        <w:t>She opened the notebook to a blank page.</w:t>
      </w:r>
    </w:p>
    <w:p>
      <w:pPr>
        <w:spacing w:after="0" w:line="264" w:lineRule="exact"/>
        <w:ind w:firstLine="0" w:left="0"/>
      </w:pPr>
      <w:r>
        <w:rPr>
          <w:rFonts w:ascii="EB Garamond" w:hAnsi="EB Garamond" w:eastAsia="EB Garamond"/>
          <w:sz w:val="22"/>
        </w:rPr>
        <w:t>Held the pen above it.</w:t>
      </w:r>
    </w:p>
    <w:p>
      <w:pPr>
        <w:spacing w:after="0" w:line="264" w:lineRule="exact"/>
        <w:ind w:firstLine="0" w:left="0"/>
      </w:pPr>
      <w:r>
        <w:rPr>
          <w:rFonts w:ascii="EB Garamond" w:hAnsi="EB Garamond" w:eastAsia="EB Garamond"/>
          <w:sz w:val="22"/>
        </w:rPr>
        <w:t>Then wrote only:</w:t>
      </w:r>
    </w:p>
    <w:p>
      <w:pPr>
        <w:spacing w:after="0" w:line="264" w:lineRule="exact"/>
        <w:ind w:firstLine="0" w:left="0"/>
      </w:pPr>
      <w:r>
        <w:rPr>
          <w:rFonts w:ascii="EB Garamond" w:hAnsi="EB Garamond" w:eastAsia="EB Garamond"/>
          <w:i/>
          <w:sz w:val="22"/>
        </w:rPr>
        <w:t>I was trying to help.</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It looked weak on paper.</w:t>
      </w:r>
    </w:p>
    <w:p>
      <w:pPr>
        <w:spacing w:after="0" w:line="264" w:lineRule="exact"/>
        <w:ind w:firstLine="0" w:left="0"/>
      </w:pPr>
      <w:r>
        <w:rPr>
          <w:rFonts w:ascii="EB Garamond" w:hAnsi="EB Garamond" w:eastAsia="EB Garamond"/>
          <w:sz w:val="22"/>
        </w:rPr>
        <w:t>Defensive.</w:t>
      </w:r>
    </w:p>
    <w:p>
      <w:pPr>
        <w:spacing w:after="0" w:line="264" w:lineRule="exact"/>
        <w:ind w:firstLine="0" w:left="0"/>
      </w:pPr>
      <w:r>
        <w:rPr>
          <w:rFonts w:ascii="EB Garamond" w:hAnsi="EB Garamond" w:eastAsia="EB Garamond"/>
          <w:sz w:val="22"/>
        </w:rPr>
        <w:t>She added:</w:t>
      </w:r>
    </w:p>
    <w:p>
      <w:pPr>
        <w:spacing w:after="0" w:line="264" w:lineRule="exact"/>
        <w:ind w:firstLine="0" w:left="0"/>
      </w:pPr>
      <w:r>
        <w:rPr>
          <w:rFonts w:ascii="EB Garamond" w:hAnsi="EB Garamond" w:eastAsia="EB Garamond"/>
          <w:i/>
          <w:sz w:val="22"/>
        </w:rPr>
        <w:t>Does that matter if somebody still got hurt?</w:t>
      </w:r>
    </w:p>
    <w:p>
      <w:pPr>
        <w:spacing w:after="0" w:line="264" w:lineRule="exact"/>
        <w:ind w:firstLine="0" w:left="0"/>
      </w:pPr>
      <w:r>
        <w:rPr>
          <w:rFonts w:ascii="EB Garamond" w:hAnsi="EB Garamond" w:eastAsia="EB Garamond"/>
          <w:sz w:val="22"/>
        </w:rPr>
        <w:t>She didn’t know.</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i/>
          <w:sz w:val="22"/>
        </w:rPr>
        <w:t>I keep wanting “I was trying to help” to make me innocent.</w:t>
      </w:r>
    </w:p>
    <w:p>
      <w:pPr>
        <w:spacing w:after="0" w:line="264" w:lineRule="exact"/>
        <w:ind w:firstLine="0" w:left="0"/>
      </w:pPr>
      <w:r>
        <w:rPr>
          <w:rFonts w:ascii="EB Garamond" w:hAnsi="EB Garamond" w:eastAsia="EB Garamond"/>
          <w:sz w:val="22"/>
        </w:rPr>
        <w:t>Her hand stopped.</w:t>
      </w:r>
    </w:p>
    <w:p>
      <w:pPr>
        <w:spacing w:after="0" w:line="264" w:lineRule="exact"/>
        <w:ind w:firstLine="0" w:left="0"/>
      </w:pPr>
      <w:r>
        <w:rPr>
          <w:rFonts w:ascii="EB Garamond" w:hAnsi="EB Garamond" w:eastAsia="EB Garamond"/>
          <w:sz w:val="22"/>
        </w:rPr>
        <w:t>She thought about it.</w:t>
      </w:r>
    </w:p>
    <w:p>
      <w:pPr>
        <w:spacing w:after="0" w:line="264" w:lineRule="exact"/>
        <w:ind w:firstLine="0" w:left="0"/>
      </w:pPr>
      <w:r>
        <w:rPr>
          <w:rFonts w:ascii="EB Garamond" w:hAnsi="EB Garamond" w:eastAsia="EB Garamond"/>
          <w:sz w:val="22"/>
        </w:rPr>
        <w:t>Then wrote:</w:t>
      </w:r>
    </w:p>
    <w:p>
      <w:pPr>
        <w:spacing w:after="0" w:line="264" w:lineRule="exact"/>
        <w:ind w:firstLine="0" w:left="0"/>
      </w:pPr>
      <w:r>
        <w:rPr>
          <w:rFonts w:ascii="EB Garamond" w:hAnsi="EB Garamond" w:eastAsia="EB Garamond"/>
          <w:i/>
          <w:sz w:val="22"/>
        </w:rPr>
        <w:t>It doesn’t.</w:t>
      </w:r>
    </w:p>
    <w:p>
      <w:pPr>
        <w:spacing w:after="0" w:line="264" w:lineRule="exact"/>
        <w:ind w:firstLine="0" w:left="0"/>
      </w:pPr>
      <w:r>
        <w:rPr>
          <w:rFonts w:ascii="EB Garamond" w:hAnsi="EB Garamond" w:eastAsia="EB Garamond"/>
          <w:sz w:val="22"/>
        </w:rPr>
        <w:t>Elsie stared at the words.</w:t>
      </w:r>
    </w:p>
    <w:p>
      <w:pPr>
        <w:spacing w:after="0" w:line="264" w:lineRule="exact"/>
        <w:ind w:firstLine="0" w:left="0"/>
      </w:pPr>
      <w:r>
        <w:rPr>
          <w:rFonts w:ascii="EB Garamond" w:hAnsi="EB Garamond" w:eastAsia="EB Garamond"/>
          <w:sz w:val="22"/>
        </w:rPr>
        <w:t>She didn’t cross them out.</w:t>
      </w:r>
    </w:p>
    <w:p>
      <w:pPr>
        <w:spacing w:after="0" w:line="264" w:lineRule="exact"/>
        <w:ind w:firstLine="0" w:left="0"/>
      </w:pPr>
      <w:r>
        <w:rPr>
          <w:rFonts w:ascii="EB Garamond" w:hAnsi="EB Garamond" w:eastAsia="EB Garamond"/>
          <w:sz w:val="22"/>
        </w:rPr>
        <w:t>Maybe intention mattered.</w:t>
      </w:r>
    </w:p>
    <w:p>
      <w:pPr>
        <w:spacing w:after="0" w:line="264" w:lineRule="exact"/>
        <w:ind w:firstLine="0" w:left="0"/>
      </w:pPr>
      <w:r>
        <w:rPr>
          <w:rFonts w:ascii="EB Garamond" w:hAnsi="EB Garamond" w:eastAsia="EB Garamond"/>
          <w:sz w:val="22"/>
        </w:rPr>
        <w:t>Maybe consequences mattered too.</w:t>
      </w:r>
    </w:p>
    <w:p>
      <w:pPr>
        <w:spacing w:after="0" w:line="264" w:lineRule="exact"/>
        <w:ind w:firstLine="0" w:left="0"/>
      </w:pPr>
      <w:r>
        <w:rPr>
          <w:rFonts w:ascii="EB Garamond" w:hAnsi="EB Garamond" w:eastAsia="EB Garamond"/>
          <w:sz w:val="22"/>
        </w:rPr>
        <w:t>Maybe Maddie’s anger didn’t automatically mean Elsie had been wrong to tell an adult.</w:t>
      </w:r>
    </w:p>
    <w:p>
      <w:pPr>
        <w:spacing w:after="0" w:line="264" w:lineRule="exact"/>
        <w:ind w:firstLine="0" w:left="0"/>
      </w:pPr>
      <w:r>
        <w:rPr>
          <w:rFonts w:ascii="EB Garamond" w:hAnsi="EB Garamond" w:eastAsia="EB Garamond"/>
          <w:sz w:val="22"/>
        </w:rPr>
        <w:t>Maybe being right about one decision didn’t make Elsie right about everything that followed.</w:t>
      </w:r>
    </w:p>
    <w:p>
      <w:pPr>
        <w:spacing w:after="0" w:line="264" w:lineRule="exact"/>
        <w:ind w:firstLine="0" w:left="0"/>
      </w:pPr>
      <w:r>
        <w:rPr>
          <w:rFonts w:ascii="EB Garamond" w:hAnsi="EB Garamond" w:eastAsia="EB Garamond"/>
          <w:sz w:val="22"/>
        </w:rPr>
        <w:t>Maybe several things could be true at once.</w:t>
      </w:r>
    </w:p>
    <w:p>
      <w:pPr>
        <w:spacing w:after="0" w:line="264" w:lineRule="exact"/>
        <w:ind w:firstLine="0" w:left="0"/>
      </w:pPr>
      <w:r>
        <w:rPr>
          <w:rFonts w:ascii="EB Garamond" w:hAnsi="EB Garamond" w:eastAsia="EB Garamond"/>
          <w:sz w:val="22"/>
        </w:rPr>
        <w:t>She hated that.</w:t>
      </w:r>
    </w:p>
    <w:p>
      <w:pPr>
        <w:spacing w:after="0" w:line="264" w:lineRule="exact"/>
        <w:ind w:firstLine="0" w:left="0"/>
      </w:pPr>
      <w:r>
        <w:rPr>
          <w:rFonts w:ascii="EB Garamond" w:hAnsi="EB Garamond" w:eastAsia="EB Garamond"/>
          <w:sz w:val="22"/>
        </w:rPr>
        <w:t>Her phone was still beside her.</w:t>
      </w:r>
    </w:p>
    <w:p>
      <w:pPr>
        <w:spacing w:after="0" w:line="264" w:lineRule="exact"/>
        <w:ind w:firstLine="0" w:left="0"/>
      </w:pPr>
      <w:r>
        <w:rPr>
          <w:rFonts w:ascii="EB Garamond" w:hAnsi="EB Garamond" w:eastAsia="EB Garamond"/>
          <w:sz w:val="22"/>
        </w:rPr>
        <w:t>She opened Maddie’s messages.</w:t>
      </w:r>
    </w:p>
    <w:p>
      <w:pPr>
        <w:spacing w:after="0" w:line="264" w:lineRule="exact"/>
        <w:ind w:firstLine="0" w:left="0"/>
      </w:pPr>
      <w:r>
        <w:rPr>
          <w:rFonts w:ascii="EB Garamond" w:hAnsi="EB Garamond" w:eastAsia="EB Garamond"/>
          <w:sz w:val="22"/>
        </w:rPr>
        <w:t>Her fingers hovered.</w:t>
      </w:r>
    </w:p>
    <w:p>
      <w:pPr>
        <w:spacing w:after="0" w:line="264" w:lineRule="exact"/>
        <w:ind w:firstLine="0" w:left="0"/>
      </w:pPr>
      <w:r>
        <w:rPr>
          <w:rFonts w:ascii="EB Garamond" w:hAnsi="EB Garamond" w:eastAsia="EB Garamond"/>
          <w:sz w:val="22"/>
        </w:rPr>
        <w:t>She started:</w:t>
      </w:r>
    </w:p>
    <w:p>
      <w:pPr>
        <w:spacing w:after="0" w:line="264" w:lineRule="exact"/>
        <w:ind w:firstLine="0" w:left="0"/>
      </w:pPr>
      <w:r>
        <w:rPr>
          <w:rFonts w:ascii="EB Garamond" w:hAnsi="EB Garamond" w:eastAsia="EB Garamond"/>
          <w:i/>
          <w:sz w:val="22"/>
        </w:rPr>
        <w:t>I was only trying to—</w:t>
      </w:r>
    </w:p>
    <w:p>
      <w:pPr>
        <w:spacing w:after="0" w:line="264" w:lineRule="exact"/>
        <w:ind w:firstLine="0" w:left="0"/>
      </w:pPr>
      <w:r>
        <w:rPr>
          <w:rFonts w:ascii="EB Garamond" w:hAnsi="EB Garamond" w:eastAsia="EB Garamond"/>
          <w:sz w:val="22"/>
        </w:rPr>
        <w:t>Deleted it.</w:t>
      </w:r>
    </w:p>
    <w:p>
      <w:pPr>
        <w:spacing w:after="0" w:line="264" w:lineRule="exact"/>
        <w:ind w:firstLine="0" w:left="0"/>
      </w:pPr>
      <w:r>
        <w:rPr>
          <w:rFonts w:ascii="EB Garamond" w:hAnsi="EB Garamond" w:eastAsia="EB Garamond"/>
          <w:sz w:val="22"/>
        </w:rPr>
        <w:t>Again.</w:t>
      </w:r>
    </w:p>
    <w:p>
      <w:pPr>
        <w:spacing w:after="0" w:line="264" w:lineRule="exact"/>
        <w:ind w:firstLine="0" w:left="0"/>
      </w:pPr>
      <w:r>
        <w:rPr>
          <w:rFonts w:ascii="EB Garamond" w:hAnsi="EB Garamond" w:eastAsia="EB Garamond"/>
          <w:i/>
          <w:sz w:val="22"/>
        </w:rPr>
        <w:t>You have to understand—</w:t>
      </w:r>
    </w:p>
    <w:p>
      <w:pPr>
        <w:spacing w:after="0" w:line="264" w:lineRule="exact"/>
        <w:ind w:firstLine="0" w:left="0"/>
      </w:pPr>
      <w:r>
        <w:rPr>
          <w:rFonts w:ascii="EB Garamond" w:hAnsi="EB Garamond" w:eastAsia="EB Garamond"/>
          <w:sz w:val="22"/>
        </w:rPr>
        <w:t>Deleted.</w:t>
      </w:r>
    </w:p>
    <w:p>
      <w:pPr>
        <w:spacing w:after="0" w:line="264" w:lineRule="exact"/>
        <w:ind w:firstLine="0" w:left="0"/>
      </w:pPr>
      <w:r>
        <w:rPr>
          <w:rFonts w:ascii="EB Garamond" w:hAnsi="EB Garamond" w:eastAsia="EB Garamond"/>
          <w:sz w:val="22"/>
        </w:rPr>
        <w:t>Again.</w:t>
      </w:r>
    </w:p>
    <w:p>
      <w:pPr>
        <w:spacing w:after="0" w:line="264" w:lineRule="exact"/>
        <w:ind w:firstLine="0" w:left="0"/>
      </w:pPr>
      <w:r>
        <w:rPr>
          <w:rFonts w:ascii="EB Garamond" w:hAnsi="EB Garamond" w:eastAsia="EB Garamond"/>
          <w:i/>
          <w:sz w:val="22"/>
        </w:rPr>
        <w:t>I didn’t tell them about your dad.</w:t>
      </w:r>
    </w:p>
    <w:p>
      <w:pPr>
        <w:spacing w:after="0" w:line="264" w:lineRule="exact"/>
        <w:ind w:firstLine="0" w:left="0"/>
      </w:pPr>
      <w:r>
        <w:rPr>
          <w:rFonts w:ascii="EB Garamond" w:hAnsi="EB Garamond" w:eastAsia="EB Garamond"/>
          <w:sz w:val="22"/>
        </w:rPr>
        <w:t>Deleted.</w:t>
      </w:r>
    </w:p>
    <w:p>
      <w:pPr>
        <w:spacing w:after="0" w:line="264" w:lineRule="exact"/>
        <w:ind w:firstLine="0" w:left="0"/>
      </w:pPr>
      <w:r>
        <w:rPr>
          <w:rFonts w:ascii="EB Garamond" w:hAnsi="EB Garamond" w:eastAsia="EB Garamond"/>
          <w:sz w:val="22"/>
        </w:rPr>
        <w:t>She sat there for a long time.</w:t>
      </w:r>
    </w:p>
    <w:p>
      <w:pPr>
        <w:spacing w:after="0" w:line="264" w:lineRule="exact"/>
        <w:ind w:firstLine="0" w:left="0"/>
      </w:pPr>
      <w:r>
        <w:rPr>
          <w:rFonts w:ascii="EB Garamond" w:hAnsi="EB Garamond" w:eastAsia="EB Garamond"/>
          <w:sz w:val="22"/>
        </w:rPr>
        <w:t>Then typed: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I’m sorry I broke my promise.</w:t>
      </w:r>
    </w:p>
    <w:p>
      <w:pPr>
        <w:spacing w:after="0" w:line="264" w:lineRule="exact"/>
        <w:ind w:firstLine="0" w:left="0"/>
      </w:pPr>
      <w:r>
        <w:rPr>
          <w:rFonts w:ascii="EB Garamond" w:hAnsi="EB Garamond" w:eastAsia="EB Garamond"/>
          <w:sz w:val="22"/>
        </w:rPr>
        <w:t>She stared at it.</w:t>
      </w:r>
    </w:p>
    <w:p>
      <w:pPr>
        <w:spacing w:after="0" w:line="264" w:lineRule="exact"/>
        <w:ind w:firstLine="0" w:left="0"/>
      </w:pPr>
      <w:r>
        <w:rPr>
          <w:rFonts w:ascii="EB Garamond" w:hAnsi="EB Garamond" w:eastAsia="EB Garamond"/>
          <w:sz w:val="22"/>
        </w:rPr>
        <w:t>Added:</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I was scared, but I know that doesn’t make it hurt less.</w:t>
      </w:r>
    </w:p>
    <w:p>
      <w:pPr>
        <w:spacing w:after="0" w:line="264" w:lineRule="exact"/>
        <w:ind w:firstLine="0" w:left="0"/>
      </w:pPr>
      <w:r>
        <w:rPr>
          <w:rFonts w:ascii="EB Garamond" w:hAnsi="EB Garamond" w:eastAsia="EB Garamond"/>
          <w:sz w:val="22"/>
        </w:rPr>
        <w:t>Another pause.</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Elsie:</w:t>
      </w:r>
      <w:r>
        <w:rPr>
          <w:rFonts w:ascii="EB Garamond" w:hAnsi="EB Garamond" w:eastAsia="EB Garamond"/>
          <w:b w:val="0"/>
          <w:sz w:val="22"/>
        </w:rPr>
        <w:t xml:space="preserve"> you don’t have to answer me</w:t>
      </w:r>
    </w:p>
    <w:p>
      <w:pPr>
        <w:spacing w:after="0" w:line="264" w:lineRule="exact"/>
        <w:ind w:firstLine="0" w:left="0"/>
      </w:pPr>
      <w:r>
        <w:rPr>
          <w:rFonts w:ascii="EB Garamond" w:hAnsi="EB Garamond" w:eastAsia="EB Garamond"/>
          <w:sz w:val="22"/>
        </w:rPr>
        <w:t>She sent them.</w:t>
      </w:r>
    </w:p>
    <w:p>
      <w:pPr>
        <w:spacing w:after="0" w:line="264" w:lineRule="exact"/>
        <w:ind w:firstLine="0" w:left="0"/>
      </w:pPr>
      <w:r>
        <w:rPr>
          <w:rFonts w:ascii="EB Garamond" w:hAnsi="EB Garamond" w:eastAsia="EB Garamond"/>
          <w:sz w:val="22"/>
        </w:rPr>
        <w:t>Delivered.</w:t>
      </w:r>
    </w:p>
    <w:p>
      <w:pPr>
        <w:spacing w:after="0" w:line="264" w:lineRule="exact"/>
        <w:ind w:firstLine="0" w:left="0"/>
      </w:pPr>
      <w:r>
        <w:rPr>
          <w:rFonts w:ascii="EB Garamond" w:hAnsi="EB Garamond" w:eastAsia="EB Garamond"/>
          <w:sz w:val="22"/>
        </w:rPr>
        <w:t>No typing bubble.</w:t>
      </w:r>
    </w:p>
    <w:p>
      <w:pPr>
        <w:spacing w:after="0" w:line="264" w:lineRule="exact"/>
        <w:ind w:firstLine="0" w:left="0"/>
      </w:pPr>
      <w:r>
        <w:rPr>
          <w:rFonts w:ascii="EB Garamond" w:hAnsi="EB Garamond" w:eastAsia="EB Garamond"/>
          <w:sz w:val="22"/>
        </w:rPr>
        <w:t>No response.</w:t>
      </w:r>
    </w:p>
    <w:p>
      <w:pPr>
        <w:spacing w:after="0" w:line="264" w:lineRule="exact"/>
        <w:ind w:firstLine="0" w:left="0"/>
      </w:pPr>
      <w:r>
        <w:rPr>
          <w:rFonts w:ascii="EB Garamond" w:hAnsi="EB Garamond" w:eastAsia="EB Garamond"/>
          <w:sz w:val="22"/>
        </w:rPr>
        <w:t>Elsie put the phone down.</w:t>
      </w:r>
    </w:p>
    <w:p>
      <w:pPr>
        <w:spacing w:after="0" w:line="264" w:lineRule="exact"/>
        <w:ind w:firstLine="0" w:left="0"/>
      </w:pPr>
      <w:r>
        <w:rPr>
          <w:rFonts w:ascii="EB Garamond" w:hAnsi="EB Garamond" w:eastAsia="EB Garamond"/>
          <w:sz w:val="22"/>
        </w:rPr>
        <w:t>That hurt.</w:t>
      </w:r>
    </w:p>
    <w:p>
      <w:pPr>
        <w:spacing w:after="0" w:line="264" w:lineRule="exact"/>
        <w:ind w:firstLine="0" w:left="0"/>
      </w:pPr>
      <w:r>
        <w:rPr>
          <w:rFonts w:ascii="EB Garamond" w:hAnsi="EB Garamond" w:eastAsia="EB Garamond"/>
          <w:sz w:val="22"/>
        </w:rPr>
        <w:t>But she let it.</w:t>
      </w:r>
    </w:p>
    <w:p>
      <w:pPr>
        <w:spacing w:after="0" w:line="264" w:lineRule="exact"/>
        <w:ind w:firstLine="0" w:left="0"/>
      </w:pPr>
      <w:r>
        <w:rPr>
          <w:rFonts w:ascii="EB Garamond" w:hAnsi="EB Garamond" w:eastAsia="EB Garamond"/>
          <w:sz w:val="22"/>
        </w:rPr>
        <w:t>She didn’t send another message.</w:t>
      </w:r>
    </w:p>
    <w:p>
      <w:pPr>
        <w:spacing w:after="0" w:line="264" w:lineRule="exact"/>
        <w:ind w:firstLine="0" w:left="0"/>
      </w:pPr>
      <w:r>
        <w:rPr>
          <w:rFonts w:ascii="EB Garamond" w:hAnsi="EB Garamond" w:eastAsia="EB Garamond"/>
          <w:sz w:val="22"/>
        </w:rPr>
        <w:t>Didn’t explain.</w:t>
      </w:r>
    </w:p>
    <w:p>
      <w:pPr>
        <w:spacing w:after="0" w:line="264" w:lineRule="exact"/>
        <w:ind w:firstLine="0" w:left="0"/>
      </w:pPr>
      <w:r>
        <w:rPr>
          <w:rFonts w:ascii="EB Garamond" w:hAnsi="EB Garamond" w:eastAsia="EB Garamond"/>
          <w:sz w:val="22"/>
        </w:rPr>
        <w:t>Didn’t defend herself.</w:t>
      </w:r>
    </w:p>
    <w:p>
      <w:pPr>
        <w:spacing w:after="0" w:line="264" w:lineRule="exact"/>
        <w:ind w:firstLine="0" w:left="0"/>
      </w:pPr>
      <w:r>
        <w:rPr>
          <w:rFonts w:ascii="EB Garamond" w:hAnsi="EB Garamond" w:eastAsia="EB Garamond"/>
          <w:sz w:val="22"/>
        </w:rPr>
        <w:t>Didn’t ask Maddie to make her feel better about what she had done.</w:t>
      </w:r>
    </w:p>
    <w:p>
      <w:pPr>
        <w:spacing w:after="0" w:line="264" w:lineRule="exact"/>
        <w:ind w:firstLine="0" w:left="0"/>
      </w:pPr>
      <w:r>
        <w:rPr>
          <w:rFonts w:ascii="EB Garamond" w:hAnsi="EB Garamond" w:eastAsia="EB Garamond"/>
          <w:sz w:val="22"/>
        </w:rPr>
        <w:t>She looked at the Bible.</w:t>
      </w:r>
    </w:p>
    <w:p>
      <w:pPr>
        <w:spacing w:after="0" w:line="264" w:lineRule="exact"/>
        <w:ind w:firstLine="0" w:left="0"/>
      </w:pPr>
      <w:r>
        <w:rPr>
          <w:rFonts w:ascii="EB Garamond" w:hAnsi="EB Garamond" w:eastAsia="EB Garamond"/>
          <w:sz w:val="22"/>
        </w:rPr>
        <w:t>Still closed.</w:t>
      </w:r>
    </w:p>
    <w:p>
      <w:pPr>
        <w:spacing w:after="0" w:line="264" w:lineRule="exact"/>
        <w:ind w:firstLine="0" w:left="0"/>
      </w:pPr>
      <w:r>
        <w:rPr>
          <w:rFonts w:ascii="EB Garamond" w:hAnsi="EB Garamond" w:eastAsia="EB Garamond"/>
          <w:sz w:val="22"/>
        </w:rPr>
        <w:t>Tonight, she didn’t need to find somebody in it who had already lived the answer.</w:t>
      </w:r>
    </w:p>
    <w:p>
      <w:pPr>
        <w:spacing w:after="0" w:line="264" w:lineRule="exact"/>
        <w:ind w:firstLine="0" w:left="0"/>
      </w:pPr>
      <w:r>
        <w:rPr>
          <w:rFonts w:ascii="EB Garamond" w:hAnsi="EB Garamond" w:eastAsia="EB Garamond"/>
          <w:sz w:val="22"/>
        </w:rPr>
        <w:t>Maybe there would be time for Scripture later.</w:t>
      </w:r>
    </w:p>
    <w:p>
      <w:pPr>
        <w:spacing w:after="0" w:line="264" w:lineRule="exact"/>
        <w:ind w:firstLine="0" w:left="0"/>
      </w:pPr>
      <w:r>
        <w:rPr>
          <w:rFonts w:ascii="EB Garamond" w:hAnsi="EB Garamond" w:eastAsia="EB Garamond"/>
          <w:sz w:val="22"/>
        </w:rPr>
        <w:t>Tonight, she needed to sit with the part she already knew.</w:t>
      </w:r>
    </w:p>
    <w:p>
      <w:pPr>
        <w:spacing w:after="0" w:line="264" w:lineRule="exact"/>
        <w:ind w:firstLine="0" w:left="0"/>
      </w:pPr>
      <w:r>
        <w:rPr>
          <w:rFonts w:ascii="EB Garamond" w:hAnsi="EB Garamond" w:eastAsia="EB Garamond"/>
          <w:sz w:val="22"/>
        </w:rPr>
        <w:t>Some things weren’t hers to tell.</w:t>
      </w:r>
    </w:p>
    <w:p>
      <w:pPr>
        <w:spacing w:after="0" w:line="264" w:lineRule="exact"/>
        <w:ind w:firstLine="0" w:left="0"/>
      </w:pPr>
      <w:r>
        <w:rPr>
          <w:rFonts w:ascii="EB Garamond" w:hAnsi="EB Garamond" w:eastAsia="EB Garamond"/>
          <w:sz w:val="22"/>
        </w:rPr>
        <w:t>Some things were too dangerous to carry alone.</w:t>
      </w:r>
    </w:p>
    <w:p>
      <w:pPr>
        <w:spacing w:after="0" w:line="264" w:lineRule="exact"/>
        <w:ind w:firstLine="0" w:left="0"/>
      </w:pPr>
      <w:r>
        <w:rPr>
          <w:rFonts w:ascii="EB Garamond" w:hAnsi="EB Garamond" w:eastAsia="EB Garamond"/>
          <w:sz w:val="22"/>
        </w:rPr>
        <w:t>And sometimes doing what you believed was necessary didn’t protect you from hurting someone you loved.</w:t>
      </w:r>
    </w:p>
    <w:p>
      <w:pPr>
        <w:spacing w:after="0" w:line="264" w:lineRule="exact"/>
        <w:ind w:firstLine="0" w:left="0"/>
      </w:pPr>
      <w:r>
        <w:rPr>
          <w:rFonts w:ascii="EB Garamond" w:hAnsi="EB Garamond" w:eastAsia="EB Garamond"/>
          <w:sz w:val="22"/>
        </w:rPr>
        <w:t>Elsie turned off the lamp.</w:t>
      </w:r>
    </w:p>
    <w:p>
      <w:pPr>
        <w:spacing w:after="0" w:line="264" w:lineRule="exact"/>
        <w:ind w:firstLine="0" w:left="0"/>
      </w:pPr>
      <w:r>
        <w:rPr>
          <w:rFonts w:ascii="EB Garamond" w:hAnsi="EB Garamond" w:eastAsia="EB Garamond"/>
          <w:sz w:val="22"/>
        </w:rPr>
        <w:t>Her phone stayed silent.</w:t>
      </w:r>
    </w:p>
    <w:p>
      <w:pPr>
        <w:spacing w:after="0" w:line="264" w:lineRule="exact"/>
        <w:ind w:firstLine="0" w:left="0"/>
      </w:pPr>
      <w:r>
        <w:rPr>
          <w:rFonts w:ascii="EB Garamond" w:hAnsi="EB Garamond" w:eastAsia="EB Garamond"/>
          <w:sz w:val="22"/>
        </w:rPr>
        <w:t>She wanted to fix that.</w:t>
      </w:r>
    </w:p>
    <w:p>
      <w:pPr>
        <w:spacing w:after="0" w:line="264" w:lineRule="exact"/>
        <w:ind w:firstLine="0" w:left="0"/>
      </w:pPr>
      <w:r>
        <w:rPr>
          <w:rFonts w:ascii="EB Garamond" w:hAnsi="EB Garamond" w:eastAsia="EB Garamond"/>
          <w:sz w:val="22"/>
        </w:rPr>
        <w:t>She didn’t.</w:t>
      </w:r>
    </w:p>
    <w:p>
      <w:pPr>
        <w:spacing w:after="0" w:line="264" w:lineRule="exact"/>
        <w:ind w:firstLine="0" w:left="0"/>
      </w:pPr>
      <w:r>
        <w:rPr>
          <w:rFonts w:ascii="EB Garamond" w:hAnsi="EB Garamond" w:eastAsia="EB Garamond"/>
          <w:sz w:val="22"/>
        </w:rPr>
        <w:t>For once, waiting wasn’t about finding the right thing to say.</w:t>
      </w:r>
    </w:p>
    <w:p>
      <w:pPr>
        <w:spacing w:after="0" w:line="264" w:lineRule="exact"/>
        <w:ind w:firstLine="0" w:left="0"/>
      </w:pPr>
      <w:r>
        <w:rPr>
          <w:rFonts w:ascii="EB Garamond" w:hAnsi="EB Garamond" w:eastAsia="EB Garamond"/>
          <w:sz w:val="22"/>
        </w:rPr>
        <w:t>It was accepting that Maddie might not be ready to hear it.</w:t>
      </w:r>
    </w:p>
    <w:p>
      <w:r>
        <w:br w:type="page"/>
      </w:r>
    </w:p>
    <w:p>
      <w:pPr>
        <w:spacing w:after="0" w:line="264" w:lineRule="exact"/>
        <w:ind w:firstLine="0" w:left="0"/>
        <w:jc w:val="center"/>
      </w:pPr>
      <w:r>
        <w:rPr>
          <w:rFonts w:ascii="EB Garamond" w:hAnsi="EB Garamond" w:eastAsia="EB Garamond"/>
          <w:b/>
          <w:sz w:val="24"/>
        </w:rPr>
        <w:t>CHAPTER NINE</w:t>
      </w:r>
    </w:p>
    <w:p>
      <w:pPr>
        <w:spacing w:after="0" w:line="264" w:lineRule="exact"/>
        <w:ind w:firstLine="0" w:left="0"/>
        <w:jc w:val="center"/>
      </w:pPr>
      <w:r>
        <w:rPr>
          <w:rFonts w:ascii="EB Garamond" w:hAnsi="EB Garamond" w:eastAsia="EB Garamond"/>
          <w:b/>
          <w:sz w:val="24"/>
        </w:rPr>
        <w:t>The Version They Heard</w:t>
      </w:r>
    </w:p>
    <w:p>
      <w:pPr>
        <w:spacing w:after="0" w:line="264" w:lineRule="exact"/>
        <w:ind w:firstLine="0" w:left="0"/>
      </w:pPr>
      <w:r>
        <w:rPr>
          <w:rFonts w:ascii="EB Garamond" w:hAnsi="EB Garamond" w:eastAsia="EB Garamond"/>
          <w:sz w:val="22"/>
        </w:rPr>
        <w:t>By Thursday morning, everybody knew something.</w:t>
      </w:r>
    </w:p>
    <w:p>
      <w:pPr>
        <w:spacing w:after="0" w:line="264" w:lineRule="exact"/>
        <w:ind w:firstLine="0" w:left="0"/>
      </w:pPr>
      <w:r>
        <w:rPr>
          <w:rFonts w:ascii="EB Garamond" w:hAnsi="EB Garamond" w:eastAsia="EB Garamond"/>
          <w:sz w:val="22"/>
        </w:rPr>
        <w:t>Nobody knew the same thing.</w:t>
      </w:r>
    </w:p>
    <w:p>
      <w:pPr>
        <w:spacing w:after="0" w:line="264" w:lineRule="exact"/>
        <w:ind w:firstLine="0" w:left="0"/>
      </w:pPr>
      <w:r>
        <w:rPr>
          <w:rFonts w:ascii="EB Garamond" w:hAnsi="EB Garamond" w:eastAsia="EB Garamond"/>
          <w:sz w:val="22"/>
        </w:rPr>
        <w:t>That seemed to be the problem.</w:t>
      </w:r>
    </w:p>
    <w:p>
      <w:pPr>
        <w:spacing w:after="0" w:line="264" w:lineRule="exact"/>
        <w:ind w:firstLine="0" w:left="0"/>
      </w:pPr>
      <w:r>
        <w:rPr>
          <w:rFonts w:ascii="EB Garamond" w:hAnsi="EB Garamond" w:eastAsia="EB Garamond"/>
          <w:sz w:val="22"/>
        </w:rPr>
        <w:t>Elsie heard the first version before she made it to her locker.</w:t>
      </w:r>
    </w:p>
    <w:p>
      <w:pPr>
        <w:spacing w:after="0" w:line="264" w:lineRule="exact"/>
        <w:ind w:firstLine="0" w:left="0"/>
      </w:pPr>
      <w:r>
        <w:rPr>
          <w:rFonts w:ascii="EB Garamond" w:hAnsi="EB Garamond" w:eastAsia="EB Garamond"/>
          <w:sz w:val="22"/>
        </w:rPr>
        <w:t>“Maddie’s parents are getting divorced.”</w:t>
      </w:r>
    </w:p>
    <w:p>
      <w:pPr>
        <w:spacing w:after="0" w:line="264" w:lineRule="exact"/>
        <w:ind w:firstLine="0" w:left="0"/>
      </w:pPr>
      <w:r>
        <w:rPr>
          <w:rFonts w:ascii="EB Garamond" w:hAnsi="EB Garamond" w:eastAsia="EB Garamond"/>
          <w:sz w:val="22"/>
        </w:rPr>
        <w:t>A girl Elsie vaguely recognized from sophomore English said it behind her.</w:t>
      </w:r>
    </w:p>
    <w:p>
      <w:pPr>
        <w:spacing w:after="0" w:line="264" w:lineRule="exact"/>
        <w:ind w:firstLine="0" w:left="0"/>
      </w:pPr>
      <w:r>
        <w:rPr>
          <w:rFonts w:ascii="EB Garamond" w:hAnsi="EB Garamond" w:eastAsia="EB Garamond"/>
          <w:sz w:val="22"/>
        </w:rPr>
        <w:t>Not quietly.</w:t>
      </w:r>
    </w:p>
    <w:p>
      <w:pPr>
        <w:spacing w:after="0" w:line="264" w:lineRule="exact"/>
        <w:ind w:firstLine="0" w:left="0"/>
      </w:pPr>
      <w:r>
        <w:rPr>
          <w:rFonts w:ascii="EB Garamond" w:hAnsi="EB Garamond" w:eastAsia="EB Garamond"/>
          <w:sz w:val="22"/>
        </w:rPr>
        <w:t>Her friend whispered, “I heard her dad cheated.”</w:t>
      </w:r>
    </w:p>
    <w:p>
      <w:pPr>
        <w:spacing w:after="0" w:line="264" w:lineRule="exact"/>
        <w:ind w:firstLine="0" w:left="0"/>
      </w:pPr>
      <w:r>
        <w:rPr>
          <w:rFonts w:ascii="EB Garamond" w:hAnsi="EB Garamond" w:eastAsia="EB Garamond"/>
          <w:sz w:val="22"/>
        </w:rPr>
        <w:t>Elsie stopped walking.</w:t>
      </w:r>
    </w:p>
    <w:p>
      <w:pPr>
        <w:spacing w:after="0" w:line="264" w:lineRule="exact"/>
        <w:ind w:firstLine="0" w:left="0"/>
      </w:pPr>
      <w:r>
        <w:rPr>
          <w:rFonts w:ascii="EB Garamond" w:hAnsi="EB Garamond" w:eastAsia="EB Garamond"/>
          <w:sz w:val="22"/>
        </w:rPr>
        <w:t>She turned.</w:t>
      </w:r>
    </w:p>
    <w:p>
      <w:pPr>
        <w:spacing w:after="0" w:line="264" w:lineRule="exact"/>
        <w:ind w:firstLine="0" w:left="0"/>
      </w:pPr>
      <w:r>
        <w:rPr>
          <w:rFonts w:ascii="EB Garamond" w:hAnsi="EB Garamond" w:eastAsia="EB Garamond"/>
          <w:sz w:val="22"/>
        </w:rPr>
        <w:t>Both girls froze.</w:t>
      </w:r>
    </w:p>
    <w:p>
      <w:pPr>
        <w:spacing w:after="0" w:line="264" w:lineRule="exact"/>
        <w:ind w:firstLine="0" w:left="0"/>
      </w:pPr>
      <w:r>
        <w:rPr>
          <w:rFonts w:ascii="EB Garamond" w:hAnsi="EB Garamond" w:eastAsia="EB Garamond"/>
          <w:sz w:val="22"/>
        </w:rPr>
        <w:t>Elsie knew them.</w:t>
      </w:r>
    </w:p>
    <w:p>
      <w:pPr>
        <w:spacing w:after="0" w:line="264" w:lineRule="exact"/>
        <w:ind w:firstLine="0" w:left="0"/>
      </w:pPr>
      <w:r>
        <w:rPr>
          <w:rFonts w:ascii="EB Garamond" w:hAnsi="EB Garamond" w:eastAsia="EB Garamond"/>
          <w:sz w:val="22"/>
        </w:rPr>
        <w:t>Sort of.</w:t>
      </w:r>
    </w:p>
    <w:p>
      <w:pPr>
        <w:spacing w:after="0" w:line="264" w:lineRule="exact"/>
        <w:ind w:firstLine="0" w:left="0"/>
      </w:pPr>
      <w:r>
        <w:rPr>
          <w:rFonts w:ascii="EB Garamond" w:hAnsi="EB Garamond" w:eastAsia="EB Garamond"/>
          <w:sz w:val="22"/>
        </w:rPr>
        <w:t>One was named Lauren.</w:t>
      </w:r>
    </w:p>
    <w:p>
      <w:pPr>
        <w:spacing w:after="0" w:line="264" w:lineRule="exact"/>
        <w:ind w:firstLine="0" w:left="0"/>
      </w:pPr>
      <w:r>
        <w:rPr>
          <w:rFonts w:ascii="EB Garamond" w:hAnsi="EB Garamond" w:eastAsia="EB Garamond"/>
          <w:sz w:val="22"/>
        </w:rPr>
        <w:t>Or Laura.</w:t>
      </w:r>
    </w:p>
    <w:p>
      <w:pPr>
        <w:spacing w:after="0" w:line="264" w:lineRule="exact"/>
        <w:ind w:firstLine="0" w:left="0"/>
      </w:pPr>
      <w:r>
        <w:rPr>
          <w:rFonts w:ascii="EB Garamond" w:hAnsi="EB Garamond" w:eastAsia="EB Garamond"/>
          <w:sz w:val="22"/>
        </w:rPr>
        <w:t>Possibly neither.</w:t>
      </w:r>
    </w:p>
    <w:p>
      <w:pPr>
        <w:spacing w:after="0" w:line="264" w:lineRule="exact"/>
        <w:ind w:firstLine="0" w:left="0"/>
      </w:pPr>
      <w:r>
        <w:rPr>
          <w:rFonts w:ascii="EB Garamond" w:hAnsi="EB Garamond" w:eastAsia="EB Garamond"/>
          <w:sz w:val="22"/>
        </w:rPr>
        <w:t>“Where did you hear that?”</w:t>
      </w:r>
    </w:p>
    <w:p>
      <w:pPr>
        <w:spacing w:after="0" w:line="264" w:lineRule="exact"/>
        <w:ind w:firstLine="0" w:left="0"/>
      </w:pPr>
      <w:r>
        <w:rPr>
          <w:rFonts w:ascii="EB Garamond" w:hAnsi="EB Garamond" w:eastAsia="EB Garamond"/>
          <w:sz w:val="22"/>
        </w:rPr>
        <w:t>The girl’s face changed.</w:t>
      </w:r>
    </w:p>
    <w:p>
      <w:pPr>
        <w:spacing w:after="0" w:line="264" w:lineRule="exact"/>
        <w:ind w:firstLine="0" w:left="0"/>
      </w:pPr>
      <w:r>
        <w:rPr>
          <w:rFonts w:ascii="EB Garamond" w:hAnsi="EB Garamond" w:eastAsia="EB Garamond"/>
          <w:sz w:val="22"/>
        </w:rPr>
        <w:t>Immediate regret.</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“Then why are you saying it?”</w:t>
      </w:r>
    </w:p>
    <w:p>
      <w:pPr>
        <w:spacing w:after="0" w:line="264" w:lineRule="exact"/>
        <w:ind w:firstLine="0" w:left="0"/>
      </w:pPr>
      <w:r>
        <w:rPr>
          <w:rFonts w:ascii="EB Garamond" w:hAnsi="EB Garamond" w:eastAsia="EB Garamond"/>
          <w:sz w:val="22"/>
        </w:rPr>
        <w:t>Her friend looked uncomfortable.</w:t>
      </w:r>
    </w:p>
    <w:p>
      <w:pPr>
        <w:spacing w:after="0" w:line="264" w:lineRule="exact"/>
        <w:ind w:firstLine="0" w:left="0"/>
      </w:pPr>
      <w:r>
        <w:rPr>
          <w:rFonts w:ascii="EB Garamond" w:hAnsi="EB Garamond" w:eastAsia="EB Garamond"/>
          <w:sz w:val="22"/>
        </w:rPr>
        <w:t>“We just heard—”</w:t>
      </w:r>
    </w:p>
    <w:p>
      <w:pPr>
        <w:spacing w:after="0" w:line="264" w:lineRule="exact"/>
        <w:ind w:firstLine="0" w:left="0"/>
      </w:pPr>
      <w:r>
        <w:rPr>
          <w:rFonts w:ascii="EB Garamond" w:hAnsi="EB Garamond" w:eastAsia="EB Garamond"/>
          <w:sz w:val="22"/>
        </w:rPr>
        <w:t>“From who?”</w:t>
      </w:r>
    </w:p>
    <w:p>
      <w:pPr>
        <w:spacing w:after="0" w:line="264" w:lineRule="exact"/>
        <w:ind w:firstLine="0" w:left="0"/>
      </w:pPr>
      <w:r>
        <w:rPr>
          <w:rFonts w:ascii="EB Garamond" w:hAnsi="EB Garamond" w:eastAsia="EB Garamond"/>
          <w:sz w:val="22"/>
        </w:rPr>
        <w:t>Neither answered.</w:t>
      </w:r>
    </w:p>
    <w:p>
      <w:pPr>
        <w:spacing w:after="0" w:line="264" w:lineRule="exact"/>
        <w:ind w:firstLine="0" w:left="0"/>
      </w:pPr>
      <w:r>
        <w:rPr>
          <w:rFonts w:ascii="EB Garamond" w:hAnsi="EB Garamond" w:eastAsia="EB Garamond"/>
          <w:sz w:val="22"/>
        </w:rPr>
        <w:t>Elsie stared at them.</w:t>
      </w:r>
    </w:p>
    <w:p>
      <w:pPr>
        <w:spacing w:after="0" w:line="264" w:lineRule="exact"/>
        <w:ind w:firstLine="0" w:left="0"/>
      </w:pPr>
      <w:r>
        <w:rPr>
          <w:rFonts w:ascii="EB Garamond" w:hAnsi="EB Garamond" w:eastAsia="EB Garamond"/>
          <w:sz w:val="22"/>
        </w:rPr>
        <w:t>This was how it happened.</w:t>
      </w:r>
    </w:p>
    <w:p>
      <w:pPr>
        <w:spacing w:after="0" w:line="264" w:lineRule="exact"/>
        <w:ind w:firstLine="0" w:left="0"/>
      </w:pPr>
      <w:r>
        <w:rPr>
          <w:rFonts w:ascii="EB Garamond" w:hAnsi="EB Garamond" w:eastAsia="EB Garamond"/>
          <w:sz w:val="22"/>
        </w:rPr>
        <w:t>Not one giant lie.</w:t>
      </w:r>
    </w:p>
    <w:p>
      <w:pPr>
        <w:spacing w:after="0" w:line="264" w:lineRule="exact"/>
        <w:ind w:firstLine="0" w:left="0"/>
      </w:pPr>
      <w:r>
        <w:rPr>
          <w:rFonts w:ascii="EB Garamond" w:hAnsi="EB Garamond" w:eastAsia="EB Garamond"/>
          <w:sz w:val="22"/>
        </w:rPr>
        <w:t>Tiny pieces.</w:t>
      </w:r>
    </w:p>
    <w:p>
      <w:pPr>
        <w:spacing w:after="0" w:line="264" w:lineRule="exact"/>
        <w:ind w:firstLine="0" w:left="0"/>
      </w:pPr>
      <w:r>
        <w:rPr>
          <w:rFonts w:ascii="EB Garamond" w:hAnsi="EB Garamond" w:eastAsia="EB Garamond"/>
          <w:sz w:val="22"/>
        </w:rPr>
        <w:t>Some true.</w:t>
      </w:r>
    </w:p>
    <w:p>
      <w:pPr>
        <w:spacing w:after="0" w:line="264" w:lineRule="exact"/>
        <w:ind w:firstLine="0" w:left="0"/>
      </w:pPr>
      <w:r>
        <w:rPr>
          <w:rFonts w:ascii="EB Garamond" w:hAnsi="EB Garamond" w:eastAsia="EB Garamond"/>
          <w:sz w:val="22"/>
        </w:rPr>
        <w:t>Some almost true.</w:t>
      </w:r>
    </w:p>
    <w:p>
      <w:pPr>
        <w:spacing w:after="0" w:line="264" w:lineRule="exact"/>
        <w:ind w:firstLine="0" w:left="0"/>
      </w:pPr>
      <w:r>
        <w:rPr>
          <w:rFonts w:ascii="EB Garamond" w:hAnsi="EB Garamond" w:eastAsia="EB Garamond"/>
          <w:sz w:val="22"/>
        </w:rPr>
        <w:t>Some completely invented.</w:t>
      </w:r>
    </w:p>
    <w:p>
      <w:pPr>
        <w:spacing w:after="0" w:line="264" w:lineRule="exact"/>
        <w:ind w:firstLine="0" w:left="0"/>
      </w:pPr>
      <w:r>
        <w:rPr>
          <w:rFonts w:ascii="EB Garamond" w:hAnsi="EB Garamond" w:eastAsia="EB Garamond"/>
          <w:sz w:val="22"/>
        </w:rPr>
        <w:t>Passed between people who couldn’t remember where they had heard them but somehow felt confident repeating them anyway.</w:t>
      </w:r>
    </w:p>
    <w:p>
      <w:pPr>
        <w:spacing w:after="0" w:line="264" w:lineRule="exact"/>
        <w:ind w:firstLine="0" w:left="0"/>
      </w:pPr>
      <w:r>
        <w:rPr>
          <w:rFonts w:ascii="EB Garamond" w:hAnsi="EB Garamond" w:eastAsia="EB Garamond"/>
          <w:sz w:val="22"/>
        </w:rPr>
        <w:t>Lauren-or-Laura shrugged.</w:t>
      </w:r>
    </w:p>
    <w:p>
      <w:pPr>
        <w:spacing w:after="0" w:line="264" w:lineRule="exact"/>
        <w:ind w:firstLine="0" w:left="0"/>
      </w:pPr>
      <w:r>
        <w:rPr>
          <w:rFonts w:ascii="EB Garamond" w:hAnsi="EB Garamond" w:eastAsia="EB Garamond"/>
          <w:sz w:val="22"/>
        </w:rPr>
        <w:t>“Everybody knows.”</w:t>
      </w:r>
    </w:p>
    <w:p>
      <w:pPr>
        <w:spacing w:after="0" w:line="264" w:lineRule="exact"/>
        <w:ind w:firstLine="0" w:left="0"/>
      </w:pPr>
      <w:r>
        <w:rPr>
          <w:rFonts w:ascii="EB Garamond" w:hAnsi="EB Garamond" w:eastAsia="EB Garamond"/>
          <w:sz w:val="22"/>
        </w:rPr>
        <w:t>“No,” Elsie said. “Everybody is talking.”</w:t>
      </w:r>
    </w:p>
    <w:p>
      <w:pPr>
        <w:spacing w:after="0" w:line="264" w:lineRule="exact"/>
        <w:ind w:firstLine="0" w:left="0"/>
      </w:pPr>
      <w:r>
        <w:rPr>
          <w:rFonts w:ascii="EB Garamond" w:hAnsi="EB Garamond" w:eastAsia="EB Garamond"/>
          <w:sz w:val="22"/>
        </w:rPr>
        <w:t>There was a difference.</w:t>
      </w:r>
    </w:p>
    <w:p>
      <w:pPr>
        <w:spacing w:after="0" w:line="264" w:lineRule="exact"/>
        <w:ind w:firstLine="0" w:left="0"/>
      </w:pPr>
      <w:r>
        <w:rPr>
          <w:rFonts w:ascii="EB Garamond" w:hAnsi="EB Garamond" w:eastAsia="EB Garamond"/>
          <w:sz w:val="22"/>
        </w:rPr>
        <w:t>Apparently nobody cared.</w:t>
      </w:r>
    </w:p>
    <w:p>
      <w:pPr>
        <w:spacing w:after="0" w:line="264" w:lineRule="exact"/>
        <w:ind w:firstLine="0" w:left="0"/>
      </w:pPr>
      <w:r>
        <w:rPr>
          <w:rFonts w:ascii="EB Garamond" w:hAnsi="EB Garamond" w:eastAsia="EB Garamond"/>
          <w:sz w:val="22"/>
        </w:rPr>
        <w:t>Elsie turned back toward her locker.</w:t>
      </w:r>
    </w:p>
    <w:p>
      <w:pPr>
        <w:spacing w:after="0" w:line="264" w:lineRule="exact"/>
        <w:ind w:firstLine="0" w:left="0"/>
      </w:pPr>
      <w:r>
        <w:rPr>
          <w:rFonts w:ascii="EB Garamond" w:hAnsi="EB Garamond" w:eastAsia="EB Garamond"/>
          <w:sz w:val="22"/>
        </w:rPr>
        <w:t>Her hands were shaking.</w:t>
      </w:r>
    </w:p>
    <w:p>
      <w:pPr>
        <w:spacing w:after="0" w:line="264" w:lineRule="exact"/>
        <w:ind w:firstLine="0" w:left="0"/>
      </w:pPr>
      <w:r>
        <w:rPr>
          <w:rFonts w:ascii="EB Garamond" w:hAnsi="EB Garamond" w:eastAsia="EB Garamond"/>
          <w:sz w:val="22"/>
        </w:rPr>
        <w:t>She hated that.</w:t>
      </w:r>
    </w:p>
    <w:p>
      <w:pPr>
        <w:spacing w:after="0" w:line="264" w:lineRule="exact"/>
        <w:ind w:firstLine="0" w:left="0"/>
      </w:pPr>
      <w:r>
        <w:rPr>
          <w:rFonts w:ascii="EB Garamond" w:hAnsi="EB Garamond" w:eastAsia="EB Garamond"/>
          <w:sz w:val="22"/>
        </w:rPr>
        <w:t>She hadn’t even done anything.</w:t>
      </w:r>
    </w:p>
    <w:p>
      <w:pPr>
        <w:spacing w:after="0" w:line="264" w:lineRule="exact"/>
        <w:ind w:firstLine="0" w:left="0"/>
      </w:pPr>
      <w:r>
        <w:rPr>
          <w:rFonts w:ascii="EB Garamond" w:hAnsi="EB Garamond" w:eastAsia="EB Garamond"/>
          <w:sz w:val="22"/>
        </w:rPr>
        <w:t>Not this morning, anyway.</w:t>
      </w:r>
    </w:p>
    <w:p>
      <w:pPr>
        <w:spacing w:after="0" w:line="264" w:lineRule="exact"/>
        <w:ind w:firstLine="0" w:left="0"/>
      </w:pPr>
      <w:r>
        <w:rPr>
          <w:rFonts w:ascii="EB Garamond" w:hAnsi="EB Garamond" w:eastAsia="EB Garamond"/>
          <w:sz w:val="22"/>
        </w:rPr>
        <w:t>Her phone buzzed.</w:t>
      </w:r>
    </w:p>
    <w:p>
      <w:pPr>
        <w:spacing w:after="0" w:line="264" w:lineRule="exact"/>
        <w:ind w:firstLine="0" w:left="0"/>
      </w:pPr>
      <w:r>
        <w:rPr>
          <w:rFonts w:ascii="EB Garamond" w:hAnsi="EB Garamond" w:eastAsia="EB Garamond"/>
          <w:sz w:val="22"/>
        </w:rPr>
        <w:t>Mason.</w:t>
      </w: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morning girlfriend</w:t>
      </w:r>
    </w:p>
    <w:p>
      <w:pPr>
        <w:spacing w:after="0" w:line="264" w:lineRule="exact"/>
        <w:ind w:firstLine="0" w:left="0"/>
      </w:pPr>
      <w:r>
        <w:rPr>
          <w:rFonts w:ascii="EB Garamond" w:hAnsi="EB Garamond" w:eastAsia="EB Garamond"/>
          <w:sz w:val="22"/>
        </w:rPr>
        <w:t>Elsie stared at it.</w:t>
      </w:r>
    </w:p>
    <w:p>
      <w:pPr>
        <w:spacing w:after="0" w:line="264" w:lineRule="exact"/>
        <w:ind w:firstLine="0" w:left="0"/>
      </w:pPr>
      <w:r>
        <w:rPr>
          <w:rFonts w:ascii="EB Garamond" w:hAnsi="EB Garamond" w:eastAsia="EB Garamond"/>
          <w:sz w:val="22"/>
        </w:rPr>
        <w:t>Under any other circumstances, that message would have required at least three minutes of internal screaming.</w:t>
      </w:r>
    </w:p>
    <w:p>
      <w:pPr>
        <w:spacing w:after="0" w:line="264" w:lineRule="exact"/>
        <w:ind w:firstLine="0" w:left="0"/>
      </w:pPr>
      <w:r>
        <w:rPr>
          <w:rFonts w:ascii="EB Garamond" w:hAnsi="EB Garamond" w:eastAsia="EB Garamond"/>
          <w:sz w:val="22"/>
        </w:rPr>
        <w:t>Today she typed:</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people are awful</w:t>
      </w:r>
    </w:p>
    <w:p>
      <w:pPr>
        <w:spacing w:after="0" w:line="264" w:lineRule="exact"/>
        <w:ind w:firstLine="0" w:left="0"/>
      </w:pPr>
      <w:r>
        <w:rPr>
          <w:rFonts w:ascii="EB Garamond" w:hAnsi="EB Garamond" w:eastAsia="EB Garamond"/>
          <w:sz w:val="22"/>
        </w:rPr>
        <w:t>His response came immediately.</w:t>
      </w: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also good morning to you</w:t>
      </w:r>
    </w:p>
    <w:p>
      <w:pPr>
        <w:spacing w:after="0" w:line="264" w:lineRule="exact"/>
        <w:ind w:firstLine="0" w:left="0"/>
      </w:pPr>
      <w:r>
        <w:rPr>
          <w:rFonts w:ascii="EB Garamond" w:hAnsi="EB Garamond" w:eastAsia="EB Garamond"/>
          <w:sz w:val="22"/>
        </w:rPr>
        <w:t>She almost smiled.</w:t>
      </w:r>
    </w:p>
    <w:p>
      <w:pPr>
        <w:spacing w:after="0" w:line="264" w:lineRule="exact"/>
        <w:ind w:firstLine="0" w:left="0"/>
      </w:pPr>
      <w:r>
        <w:rPr>
          <w:rFonts w:ascii="EB Garamond" w:hAnsi="EB Garamond" w:eastAsia="EB Garamond"/>
          <w:sz w:val="22"/>
        </w:rPr>
        <w:t>Almost.</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what happened</w:t>
      </w:r>
    </w:p>
    <w:p>
      <w:pPr>
        <w:spacing w:after="0" w:line="264" w:lineRule="exact"/>
        <w:ind w:firstLine="0" w:left="0"/>
      </w:pPr>
      <w:r>
        <w:rPr>
          <w:rFonts w:ascii="EB Garamond" w:hAnsi="EB Garamond" w:eastAsia="EB Garamond"/>
          <w:sz w:val="22"/>
        </w:rPr>
        <w:t>Elsie looked down the hallway.</w:t>
      </w:r>
    </w:p>
    <w:p>
      <w:pPr>
        <w:spacing w:after="0" w:line="264" w:lineRule="exact"/>
        <w:ind w:firstLine="0" w:left="0"/>
      </w:pPr>
      <w:r>
        <w:rPr>
          <w:rFonts w:ascii="EB Garamond" w:hAnsi="EB Garamond" w:eastAsia="EB Garamond"/>
          <w:sz w:val="22"/>
        </w:rPr>
        <w:t>Maddie wasn’t there yet.</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rumors</w:t>
      </w:r>
    </w:p>
    <w:p>
      <w:pPr>
        <w:spacing w:after="0" w:line="264" w:lineRule="exact"/>
        <w:ind w:firstLine="0" w:left="0"/>
      </w:pPr>
      <w:r>
        <w:rPr>
          <w:rFonts w:ascii="EB Garamond" w:hAnsi="EB Garamond" w:eastAsia="EB Garamond"/>
          <w:sz w:val="22"/>
        </w:rPr>
        <w:t>Pause.</w:t>
      </w: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about maddie?</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yeah</w:t>
      </w: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want me to come find you</w:t>
      </w:r>
    </w:p>
    <w:p>
      <w:pPr>
        <w:spacing w:after="0" w:line="264" w:lineRule="exact"/>
        <w:ind w:firstLine="0" w:left="0"/>
      </w:pPr>
      <w:r>
        <w:rPr>
          <w:rFonts w:ascii="EB Garamond" w:hAnsi="EB Garamond" w:eastAsia="EB Garamond"/>
          <w:sz w:val="22"/>
        </w:rPr>
        <w:t>Elsie started to type yes.</w:t>
      </w:r>
    </w:p>
    <w:p>
      <w:pPr>
        <w:spacing w:after="0" w:line="264" w:lineRule="exact"/>
        <w:ind w:firstLine="0" w:left="0"/>
      </w:pPr>
      <w:r>
        <w:rPr>
          <w:rFonts w:ascii="EB Garamond" w:hAnsi="EB Garamond" w:eastAsia="EB Garamond"/>
          <w:sz w:val="22"/>
        </w:rPr>
        <w:t>Stopped.</w:t>
      </w:r>
    </w:p>
    <w:p>
      <w:pPr>
        <w:spacing w:after="0" w:line="264" w:lineRule="exact"/>
        <w:ind w:firstLine="0" w:left="0"/>
      </w:pPr>
      <w:r>
        <w:rPr>
          <w:rFonts w:ascii="EB Garamond" w:hAnsi="EB Garamond" w:eastAsia="EB Garamond"/>
          <w:sz w:val="22"/>
        </w:rPr>
        <w:t>What would Mason finding her accomplish?</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Except make her feel better.</w:t>
      </w:r>
    </w:p>
    <w:p>
      <w:pPr>
        <w:spacing w:after="0" w:line="264" w:lineRule="exact"/>
        <w:ind w:firstLine="0" w:left="0"/>
      </w:pPr>
      <w:r>
        <w:rPr>
          <w:rFonts w:ascii="EB Garamond" w:hAnsi="EB Garamond" w:eastAsia="EB Garamond"/>
          <w:sz w:val="22"/>
        </w:rPr>
        <w:t>Which was allowed.</w:t>
      </w:r>
    </w:p>
    <w:p>
      <w:pPr>
        <w:spacing w:after="0" w:line="264" w:lineRule="exact"/>
        <w:ind w:firstLine="0" w:left="0"/>
      </w:pPr>
      <w:r>
        <w:rPr>
          <w:rFonts w:ascii="EB Garamond" w:hAnsi="EB Garamond" w:eastAsia="EB Garamond"/>
          <w:sz w:val="22"/>
        </w:rPr>
        <w:t>She was starting to learn that too.</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yes</w:t>
      </w:r>
    </w:p>
    <w:p>
      <w:pPr>
        <w:spacing w:after="0" w:line="264" w:lineRule="exact"/>
        <w:ind w:firstLine="0" w:left="0"/>
      </w:pPr>
      <w:r>
        <w:rPr>
          <w:rFonts w:ascii="EB Garamond" w:hAnsi="EB Garamond" w:eastAsia="EB Garamond"/>
          <w:sz w:val="22"/>
        </w:rPr>
        <w:t>Three minutes later, he appeared carrying two chocolate milks.</w:t>
      </w:r>
    </w:p>
    <w:p>
      <w:pPr>
        <w:spacing w:after="0" w:line="264" w:lineRule="exact"/>
        <w:ind w:firstLine="0" w:left="0"/>
      </w:pPr>
      <w:r>
        <w:rPr>
          <w:rFonts w:ascii="EB Garamond" w:hAnsi="EB Garamond" w:eastAsia="EB Garamond"/>
          <w:sz w:val="22"/>
        </w:rPr>
        <w:t>Elsie looked at them.</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“I thought you were having a crisis.”</w:t>
      </w:r>
    </w:p>
    <w:p>
      <w:pPr>
        <w:spacing w:after="0" w:line="264" w:lineRule="exact"/>
        <w:ind w:firstLine="0" w:left="0"/>
      </w:pPr>
      <w:r>
        <w:rPr>
          <w:rFonts w:ascii="EB Garamond" w:hAnsi="EB Garamond" w:eastAsia="EB Garamond"/>
          <w:sz w:val="22"/>
        </w:rPr>
        <w:t>“I am.”</w:t>
      </w:r>
    </w:p>
    <w:p>
      <w:pPr>
        <w:spacing w:after="0" w:line="264" w:lineRule="exact"/>
        <w:ind w:firstLine="0" w:left="0"/>
      </w:pPr>
      <w:r>
        <w:rPr>
          <w:rFonts w:ascii="EB Garamond" w:hAnsi="EB Garamond" w:eastAsia="EB Garamond"/>
          <w:sz w:val="22"/>
        </w:rPr>
        <w:t>“So I brought provisions.”</w:t>
      </w:r>
    </w:p>
    <w:p>
      <w:pPr>
        <w:spacing w:after="0" w:line="264" w:lineRule="exact"/>
        <w:ind w:firstLine="0" w:left="0"/>
      </w:pPr>
      <w:r>
        <w:rPr>
          <w:rFonts w:ascii="EB Garamond" w:hAnsi="EB Garamond" w:eastAsia="EB Garamond"/>
          <w:sz w:val="22"/>
        </w:rPr>
        <w:t>“You brought toddler beverages.”</w:t>
      </w:r>
    </w:p>
    <w:p>
      <w:pPr>
        <w:spacing w:after="0" w:line="264" w:lineRule="exact"/>
        <w:ind w:firstLine="0" w:left="0"/>
      </w:pPr>
      <w:r>
        <w:rPr>
          <w:rFonts w:ascii="EB Garamond" w:hAnsi="EB Garamond" w:eastAsia="EB Garamond"/>
          <w:sz w:val="22"/>
        </w:rPr>
        <w:t>“They have calcium.”</w:t>
      </w:r>
    </w:p>
    <w:p>
      <w:pPr>
        <w:spacing w:after="0" w:line="264" w:lineRule="exact"/>
        <w:ind w:firstLine="0" w:left="0"/>
      </w:pPr>
      <w:r>
        <w:rPr>
          <w:rFonts w:ascii="EB Garamond" w:hAnsi="EB Garamond" w:eastAsia="EB Garamond"/>
          <w:sz w:val="22"/>
        </w:rPr>
        <w:t>“That doesn’t make it better.”</w:t>
      </w:r>
    </w:p>
    <w:p>
      <w:pPr>
        <w:spacing w:after="0" w:line="264" w:lineRule="exact"/>
        <w:ind w:firstLine="0" w:left="0"/>
      </w:pPr>
      <w:r>
        <w:rPr>
          <w:rFonts w:ascii="EB Garamond" w:hAnsi="EB Garamond" w:eastAsia="EB Garamond"/>
          <w:sz w:val="22"/>
        </w:rPr>
        <w:t>He handed her one anyway.</w:t>
      </w:r>
    </w:p>
    <w:p>
      <w:pPr>
        <w:spacing w:after="0" w:line="264" w:lineRule="exact"/>
        <w:ind w:firstLine="0" w:left="0"/>
      </w:pPr>
      <w:r>
        <w:rPr>
          <w:rFonts w:ascii="EB Garamond" w:hAnsi="EB Garamond" w:eastAsia="EB Garamond"/>
          <w:sz w:val="22"/>
        </w:rPr>
        <w:t>Elsie took it.</w:t>
      </w:r>
    </w:p>
    <w:p>
      <w:pPr>
        <w:spacing w:after="0" w:line="264" w:lineRule="exact"/>
        <w:ind w:firstLine="0" w:left="0"/>
      </w:pPr>
      <w:r>
        <w:rPr>
          <w:rFonts w:ascii="EB Garamond" w:hAnsi="EB Garamond" w:eastAsia="EB Garamond"/>
          <w:sz w:val="22"/>
        </w:rPr>
        <w:t>Mostly because she liked that he had brought her something.</w:t>
      </w:r>
    </w:p>
    <w:p>
      <w:pPr>
        <w:spacing w:after="0" w:line="264" w:lineRule="exact"/>
        <w:ind w:firstLine="0" w:left="0"/>
      </w:pPr>
      <w:r>
        <w:rPr>
          <w:rFonts w:ascii="EB Garamond" w:hAnsi="EB Garamond" w:eastAsia="EB Garamond"/>
          <w:sz w:val="22"/>
        </w:rPr>
        <w:t>She would never tell him this.</w:t>
      </w:r>
    </w:p>
    <w:p>
      <w:pPr>
        <w:spacing w:after="0" w:line="264" w:lineRule="exact"/>
        <w:ind w:firstLine="0" w:left="0"/>
      </w:pPr>
      <w:r>
        <w:rPr>
          <w:rFonts w:ascii="EB Garamond" w:hAnsi="EB Garamond" w:eastAsia="EB Garamond"/>
          <w:sz w:val="22"/>
        </w:rPr>
        <w:t>Mason leaned against the locker beside hers.</w:t>
      </w:r>
    </w:p>
    <w:p>
      <w:pPr>
        <w:spacing w:after="0" w:line="264" w:lineRule="exact"/>
        <w:ind w:firstLine="0" w:left="0"/>
      </w:pPr>
      <w:r>
        <w:rPr>
          <w:rFonts w:ascii="EB Garamond" w:hAnsi="EB Garamond" w:eastAsia="EB Garamond"/>
          <w:sz w:val="22"/>
        </w:rPr>
        <w:t>“What are people saying?”</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Then stopped.</w:t>
      </w:r>
    </w:p>
    <w:p>
      <w:pPr>
        <w:spacing w:after="0" w:line="264" w:lineRule="exact"/>
        <w:ind w:firstLine="0" w:left="0"/>
      </w:pPr>
      <w:r>
        <w:rPr>
          <w:rFonts w:ascii="EB Garamond" w:hAnsi="EB Garamond" w:eastAsia="EB Garamond"/>
          <w:i/>
          <w:sz w:val="22"/>
        </w:rPr>
        <w:t>Not mine to tell.</w:t>
      </w:r>
    </w:p>
    <w:p>
      <w:pPr>
        <w:spacing w:after="0" w:line="264" w:lineRule="exact"/>
        <w:ind w:firstLine="0" w:left="0"/>
      </w:pPr>
      <w:r>
        <w:rPr>
          <w:rFonts w:ascii="EB Garamond" w:hAnsi="EB Garamond" w:eastAsia="EB Garamond"/>
          <w:sz w:val="22"/>
        </w:rPr>
        <w:t>Even now.</w:t>
      </w:r>
    </w:p>
    <w:p>
      <w:pPr>
        <w:spacing w:after="0" w:line="264" w:lineRule="exact"/>
        <w:ind w:firstLine="0" w:left="0"/>
      </w:pPr>
      <w:r>
        <w:rPr>
          <w:rFonts w:ascii="EB Garamond" w:hAnsi="EB Garamond" w:eastAsia="EB Garamond"/>
          <w:sz w:val="22"/>
        </w:rPr>
        <w:t>Especially now.</w:t>
      </w:r>
    </w:p>
    <w:p>
      <w:pPr>
        <w:spacing w:after="0" w:line="264" w:lineRule="exact"/>
        <w:ind w:firstLine="0" w:left="0"/>
      </w:pPr>
      <w:r>
        <w:rPr>
          <w:rFonts w:ascii="EB Garamond" w:hAnsi="EB Garamond" w:eastAsia="EB Garamond"/>
          <w:sz w:val="22"/>
        </w:rPr>
        <w:t>“Things they don’t know.”</w:t>
      </w:r>
    </w:p>
    <w:p>
      <w:pPr>
        <w:spacing w:after="0" w:line="264" w:lineRule="exact"/>
        <w:ind w:firstLine="0" w:left="0"/>
      </w:pPr>
      <w:r>
        <w:rPr>
          <w:rFonts w:ascii="EB Garamond" w:hAnsi="EB Garamond" w:eastAsia="EB Garamond"/>
          <w:sz w:val="22"/>
        </w:rPr>
        <w:t>Mason nodded.</w:t>
      </w:r>
    </w:p>
    <w:p>
      <w:pPr>
        <w:spacing w:after="0" w:line="264" w:lineRule="exact"/>
        <w:ind w:firstLine="0" w:left="0"/>
      </w:pPr>
      <w:r>
        <w:rPr>
          <w:rFonts w:ascii="EB Garamond" w:hAnsi="EB Garamond" w:eastAsia="EB Garamond"/>
          <w:sz w:val="22"/>
        </w:rPr>
        <w:t>He didn’t ask what things.</w:t>
      </w:r>
    </w:p>
    <w:p>
      <w:pPr>
        <w:spacing w:after="0" w:line="264" w:lineRule="exact"/>
        <w:ind w:firstLine="0" w:left="0"/>
      </w:pPr>
      <w:r>
        <w:rPr>
          <w:rFonts w:ascii="EB Garamond" w:hAnsi="EB Garamond" w:eastAsia="EB Garamond"/>
          <w:sz w:val="22"/>
        </w:rPr>
        <w:t>That helped.</w:t>
      </w:r>
    </w:p>
    <w:p>
      <w:pPr>
        <w:spacing w:after="0" w:line="264" w:lineRule="exact"/>
        <w:ind w:firstLine="0" w:left="0"/>
      </w:pPr>
      <w:r>
        <w:rPr>
          <w:rFonts w:ascii="EB Garamond" w:hAnsi="EB Garamond" w:eastAsia="EB Garamond"/>
          <w:sz w:val="22"/>
        </w:rPr>
        <w:t>Elsie opened the chocolate milk.</w:t>
      </w:r>
    </w:p>
    <w:p>
      <w:pPr>
        <w:spacing w:after="0" w:line="264" w:lineRule="exact"/>
        <w:ind w:firstLine="0" w:left="0"/>
      </w:pPr>
      <w:r>
        <w:rPr>
          <w:rFonts w:ascii="EB Garamond" w:hAnsi="EB Garamond" w:eastAsia="EB Garamond"/>
          <w:sz w:val="22"/>
        </w:rPr>
        <w:t>“I want to correct them.”</w:t>
      </w:r>
    </w:p>
    <w:p>
      <w:pPr>
        <w:spacing w:after="0" w:line="264" w:lineRule="exact"/>
        <w:ind w:firstLine="0" w:left="0"/>
      </w:pPr>
      <w:r>
        <w:rPr>
          <w:rFonts w:ascii="EB Garamond" w:hAnsi="EB Garamond" w:eastAsia="EB Garamond"/>
          <w:sz w:val="22"/>
        </w:rPr>
        <w:t>“Can you?”</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“Then don’t.”</w:t>
      </w:r>
    </w:p>
    <w:p>
      <w:pPr>
        <w:spacing w:after="0" w:line="264" w:lineRule="exact"/>
        <w:ind w:firstLine="0" w:left="0"/>
      </w:pPr>
      <w:r>
        <w:rPr>
          <w:rFonts w:ascii="EB Garamond" w:hAnsi="EB Garamond" w:eastAsia="EB Garamond"/>
          <w:sz w:val="22"/>
        </w:rPr>
        <w:t>She frowned.</w:t>
      </w:r>
    </w:p>
    <w:p>
      <w:pPr>
        <w:spacing w:after="0" w:line="264" w:lineRule="exact"/>
        <w:ind w:firstLine="0" w:left="0"/>
      </w:pPr>
      <w:r>
        <w:rPr>
          <w:rFonts w:ascii="EB Garamond" w:hAnsi="EB Garamond" w:eastAsia="EB Garamond"/>
          <w:sz w:val="22"/>
        </w:rPr>
        <w:t>“That feels impossible.”</w:t>
      </w:r>
    </w:p>
    <w:p>
      <w:pPr>
        <w:spacing w:after="0" w:line="264" w:lineRule="exact"/>
        <w:ind w:firstLine="0" w:left="0"/>
      </w:pPr>
      <w:r>
        <w:rPr>
          <w:rFonts w:ascii="EB Garamond" w:hAnsi="EB Garamond" w:eastAsia="EB Garamond"/>
          <w:sz w:val="22"/>
        </w:rPr>
        <w:t>“Probably.”</w:t>
      </w:r>
    </w:p>
    <w:p>
      <w:pPr>
        <w:spacing w:after="0" w:line="264" w:lineRule="exact"/>
        <w:ind w:firstLine="0" w:left="0"/>
      </w:pPr>
      <w:r>
        <w:rPr>
          <w:rFonts w:ascii="EB Garamond" w:hAnsi="EB Garamond" w:eastAsia="EB Garamond"/>
          <w:sz w:val="22"/>
        </w:rPr>
        <w:t>“Helpful.”</w:t>
      </w:r>
    </w:p>
    <w:p>
      <w:pPr>
        <w:spacing w:after="0" w:line="264" w:lineRule="exact"/>
        <w:ind w:firstLine="0" w:left="0"/>
      </w:pPr>
      <w:r>
        <w:rPr>
          <w:rFonts w:ascii="EB Garamond" w:hAnsi="EB Garamond" w:eastAsia="EB Garamond"/>
          <w:sz w:val="22"/>
        </w:rPr>
        <w:t>“I try.”</w:t>
      </w:r>
    </w:p>
    <w:p>
      <w:pPr>
        <w:spacing w:after="0" w:line="264" w:lineRule="exact"/>
        <w:ind w:firstLine="0" w:left="0"/>
      </w:pPr>
      <w:r>
        <w:rPr>
          <w:rFonts w:ascii="EB Garamond" w:hAnsi="EB Garamond" w:eastAsia="EB Garamond"/>
          <w:sz w:val="22"/>
        </w:rPr>
        <w:t>A group of girls walked past.</w:t>
      </w:r>
    </w:p>
    <w:p>
      <w:pPr>
        <w:spacing w:after="0" w:line="264" w:lineRule="exact"/>
        <w:ind w:firstLine="0" w:left="0"/>
      </w:pPr>
      <w:r>
        <w:rPr>
          <w:rFonts w:ascii="EB Garamond" w:hAnsi="EB Garamond" w:eastAsia="EB Garamond"/>
          <w:sz w:val="22"/>
        </w:rPr>
        <w:t>One looked at Elsie.</w:t>
      </w:r>
    </w:p>
    <w:p>
      <w:pPr>
        <w:spacing w:after="0" w:line="264" w:lineRule="exact"/>
        <w:ind w:firstLine="0" w:left="0"/>
      </w:pPr>
      <w:r>
        <w:rPr>
          <w:rFonts w:ascii="EB Garamond" w:hAnsi="EB Garamond" w:eastAsia="EB Garamond"/>
          <w:sz w:val="22"/>
        </w:rPr>
        <w:t>Then immediately looked away.</w:t>
      </w:r>
    </w:p>
    <w:p>
      <w:pPr>
        <w:spacing w:after="0" w:line="264" w:lineRule="exact"/>
        <w:ind w:firstLine="0" w:left="0"/>
      </w:pPr>
      <w:r>
        <w:rPr>
          <w:rFonts w:ascii="EB Garamond" w:hAnsi="EB Garamond" w:eastAsia="EB Garamond"/>
          <w:sz w:val="22"/>
        </w:rPr>
        <w:t>Elsie’s stomach tightened.</w:t>
      </w:r>
    </w:p>
    <w:p>
      <w:pPr>
        <w:spacing w:after="0" w:line="264" w:lineRule="exact"/>
        <w:ind w:firstLine="0" w:left="0"/>
      </w:pPr>
      <w:r>
        <w:rPr>
          <w:rFonts w:ascii="EB Garamond" w:hAnsi="EB Garamond" w:eastAsia="EB Garamond"/>
          <w:sz w:val="22"/>
        </w:rPr>
        <w:t>“Do you think they know I told my mom?”</w:t>
      </w:r>
    </w:p>
    <w:p>
      <w:pPr>
        <w:spacing w:after="0" w:line="264" w:lineRule="exact"/>
        <w:ind w:firstLine="0" w:left="0"/>
      </w:pPr>
      <w:r>
        <w:rPr>
          <w:rFonts w:ascii="EB Garamond" w:hAnsi="EB Garamond" w:eastAsia="EB Garamond"/>
          <w:sz w:val="22"/>
        </w:rPr>
        <w:t>Mason shrugged.</w:t>
      </w:r>
    </w:p>
    <w:p>
      <w:pPr>
        <w:spacing w:after="0" w:line="264" w:lineRule="exact"/>
        <w:ind w:firstLine="0" w:left="0"/>
      </w:pPr>
      <w:r>
        <w:rPr>
          <w:rFonts w:ascii="EB Garamond" w:hAnsi="EB Garamond" w:eastAsia="EB Garamond"/>
          <w:sz w:val="22"/>
        </w:rPr>
        <w:t>“Maybe.”</w:t>
      </w:r>
    </w:p>
    <w:p>
      <w:pPr>
        <w:spacing w:after="0" w:line="264" w:lineRule="exact"/>
        <w:ind w:firstLine="0" w:left="0"/>
      </w:pPr>
      <w:r>
        <w:rPr>
          <w:rFonts w:ascii="EB Garamond" w:hAnsi="EB Garamond" w:eastAsia="EB Garamond"/>
          <w:sz w:val="22"/>
        </w:rPr>
        <w:t>“Great.”</w:t>
      </w:r>
    </w:p>
    <w:p>
      <w:pPr>
        <w:spacing w:after="0" w:line="264" w:lineRule="exact"/>
        <w:ind w:firstLine="0" w:left="0"/>
      </w:pPr>
      <w:r>
        <w:rPr>
          <w:rFonts w:ascii="EB Garamond" w:hAnsi="EB Garamond" w:eastAsia="EB Garamond"/>
          <w:sz w:val="22"/>
        </w:rPr>
        <w:t>“Does it matter?”</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“Why?”</w:t>
      </w:r>
    </w:p>
    <w:p>
      <w:pPr>
        <w:spacing w:after="0" w:line="264" w:lineRule="exact"/>
        <w:ind w:firstLine="0" w:left="0"/>
      </w:pPr>
      <w:r>
        <w:rPr>
          <w:rFonts w:ascii="EB Garamond" w:hAnsi="EB Garamond" w:eastAsia="EB Garamond"/>
          <w:sz w:val="22"/>
        </w:rPr>
        <w:t>“Because then I’m the person who told.”</w:t>
      </w:r>
    </w:p>
    <w:p>
      <w:pPr>
        <w:spacing w:after="0" w:line="264" w:lineRule="exact"/>
        <w:ind w:firstLine="0" w:left="0"/>
      </w:pPr>
      <w:r>
        <w:rPr>
          <w:rFonts w:ascii="EB Garamond" w:hAnsi="EB Garamond" w:eastAsia="EB Garamond"/>
          <w:sz w:val="22"/>
        </w:rPr>
        <w:t>“You are the person who told.”</w:t>
      </w:r>
    </w:p>
    <w:p>
      <w:pPr>
        <w:spacing w:after="0" w:line="264" w:lineRule="exact"/>
        <w:ind w:firstLine="0" w:left="0"/>
      </w:pPr>
      <w:r>
        <w:rPr>
          <w:rFonts w:ascii="EB Garamond" w:hAnsi="EB Garamond" w:eastAsia="EB Garamond"/>
          <w:sz w:val="22"/>
        </w:rPr>
        <w:t>Elsie stared at him.</w:t>
      </w:r>
    </w:p>
    <w:p>
      <w:pPr>
        <w:spacing w:after="0" w:line="264" w:lineRule="exact"/>
        <w:ind w:firstLine="0" w:left="0"/>
      </w:pPr>
      <w:r>
        <w:rPr>
          <w:rFonts w:ascii="EB Garamond" w:hAnsi="EB Garamond" w:eastAsia="EB Garamond"/>
          <w:sz w:val="22"/>
        </w:rPr>
        <w:t>He winced.</w:t>
      </w:r>
    </w:p>
    <w:p>
      <w:pPr>
        <w:spacing w:after="0" w:line="264" w:lineRule="exact"/>
        <w:ind w:firstLine="0" w:left="0"/>
      </w:pPr>
      <w:r>
        <w:rPr>
          <w:rFonts w:ascii="EB Garamond" w:hAnsi="EB Garamond" w:eastAsia="EB Garamond"/>
          <w:sz w:val="22"/>
        </w:rPr>
        <w:t>“That sounded worse out loud.”</w:t>
      </w:r>
    </w:p>
    <w:p>
      <w:pPr>
        <w:spacing w:after="0" w:line="264" w:lineRule="exact"/>
        <w:ind w:firstLine="0" w:left="0"/>
      </w:pPr>
      <w:r>
        <w:rPr>
          <w:rFonts w:ascii="EB Garamond" w:hAnsi="EB Garamond" w:eastAsia="EB Garamond"/>
          <w:sz w:val="22"/>
        </w:rPr>
        <w:t>“A lot worse.”</w:t>
      </w:r>
    </w:p>
    <w:p>
      <w:pPr>
        <w:spacing w:after="0" w:line="264" w:lineRule="exact"/>
        <w:ind w:firstLine="0" w:left="0"/>
      </w:pPr>
      <w:r>
        <w:rPr>
          <w:rFonts w:ascii="EB Garamond" w:hAnsi="EB Garamond" w:eastAsia="EB Garamond"/>
          <w:sz w:val="22"/>
        </w:rPr>
        <w:t>“I mean—you told your mom because you were scared.”</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“You know why you did it.”</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“So if somebody else has a different version…”</w:t>
      </w:r>
    </w:p>
    <w:p>
      <w:pPr>
        <w:spacing w:after="0" w:line="264" w:lineRule="exact"/>
        <w:ind w:firstLine="0" w:left="0"/>
      </w:pPr>
      <w:r>
        <w:rPr>
          <w:rFonts w:ascii="EB Garamond" w:hAnsi="EB Garamond" w:eastAsia="EB Garamond"/>
          <w:sz w:val="22"/>
        </w:rPr>
        <w:t>He stopped.</w:t>
      </w:r>
    </w:p>
    <w:p>
      <w:pPr>
        <w:spacing w:after="0" w:line="264" w:lineRule="exact"/>
        <w:ind w:firstLine="0" w:left="0"/>
      </w:pPr>
      <w:r>
        <w:rPr>
          <w:rFonts w:ascii="EB Garamond" w:hAnsi="EB Garamond" w:eastAsia="EB Garamond"/>
          <w:sz w:val="22"/>
        </w:rPr>
        <w:t>Elsie looked at him.</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“Finish.”</w:t>
      </w:r>
    </w:p>
    <w:p>
      <w:pPr>
        <w:spacing w:after="0" w:line="264" w:lineRule="exact"/>
        <w:ind w:firstLine="0" w:left="0"/>
      </w:pPr>
      <w:r>
        <w:rPr>
          <w:rFonts w:ascii="EB Garamond" w:hAnsi="EB Garamond" w:eastAsia="EB Garamond"/>
          <w:sz w:val="22"/>
        </w:rPr>
        <w:t>Mason thought.</w:t>
      </w:r>
    </w:p>
    <w:p>
      <w:pPr>
        <w:spacing w:after="0" w:line="264" w:lineRule="exact"/>
        <w:ind w:firstLine="0" w:left="0"/>
      </w:pPr>
      <w:r>
        <w:rPr>
          <w:rFonts w:ascii="EB Garamond" w:hAnsi="EB Garamond" w:eastAsia="EB Garamond"/>
          <w:sz w:val="22"/>
        </w:rPr>
        <w:t>“You don’t have to chase every version.”</w:t>
      </w:r>
    </w:p>
    <w:p>
      <w:pPr>
        <w:spacing w:after="0" w:line="264" w:lineRule="exact"/>
        <w:ind w:firstLine="0" w:left="0"/>
      </w:pPr>
      <w:r>
        <w:rPr>
          <w:rFonts w:ascii="EB Garamond" w:hAnsi="EB Garamond" w:eastAsia="EB Garamond"/>
          <w:sz w:val="22"/>
        </w:rPr>
        <w:t>Elsie hated that immediately.</w:t>
      </w:r>
    </w:p>
    <w:p>
      <w:pPr>
        <w:spacing w:after="0" w:line="264" w:lineRule="exact"/>
        <w:ind w:firstLine="0" w:left="0"/>
      </w:pPr>
      <w:r>
        <w:rPr>
          <w:rFonts w:ascii="EB Garamond" w:hAnsi="EB Garamond" w:eastAsia="EB Garamond"/>
          <w:sz w:val="22"/>
        </w:rPr>
        <w:t>Mostly because he was probably right.</w:t>
      </w:r>
    </w:p>
    <w:p>
      <w:pPr>
        <w:spacing w:after="0" w:line="264" w:lineRule="exact"/>
        <w:ind w:firstLine="0" w:left="0"/>
      </w:pPr>
      <w:r>
        <w:rPr>
          <w:rFonts w:ascii="EB Garamond" w:hAnsi="EB Garamond" w:eastAsia="EB Garamond"/>
          <w:sz w:val="22"/>
        </w:rPr>
        <w:t>“I’m going to need you to stop accidentally saying useful things.”</w:t>
      </w:r>
    </w:p>
    <w:p>
      <w:pPr>
        <w:spacing w:after="0" w:line="264" w:lineRule="exact"/>
        <w:ind w:firstLine="0" w:left="0"/>
      </w:pPr>
      <w:r>
        <w:rPr>
          <w:rFonts w:ascii="EB Garamond" w:hAnsi="EB Garamond" w:eastAsia="EB Garamond"/>
          <w:sz w:val="22"/>
        </w:rPr>
        <w:t>“I can try.”</w:t>
      </w:r>
    </w:p>
    <w:p>
      <w:pPr>
        <w:spacing w:after="0" w:line="264" w:lineRule="exact"/>
        <w:ind w:firstLine="0" w:left="0"/>
      </w:pPr>
      <w:r>
        <w:rPr>
          <w:rFonts w:ascii="EB Garamond" w:hAnsi="EB Garamond" w:eastAsia="EB Garamond"/>
          <w:sz w:val="22"/>
        </w:rPr>
        <w:t>“Please.”</w:t>
      </w:r>
    </w:p>
    <w:p>
      <w:pPr>
        <w:spacing w:after="0" w:line="264" w:lineRule="exact"/>
        <w:ind w:firstLine="0" w:left="0"/>
      </w:pPr>
      <w:r>
        <w:rPr>
          <w:rFonts w:ascii="EB Garamond" w:hAnsi="EB Garamond" w:eastAsia="EB Garamond"/>
          <w:sz w:val="22"/>
        </w:rPr>
        <w:t>Maddie arrived halfway through first period.</w:t>
      </w:r>
    </w:p>
    <w:p>
      <w:pPr>
        <w:spacing w:after="0" w:line="264" w:lineRule="exact"/>
        <w:ind w:firstLine="0" w:left="0"/>
      </w:pPr>
      <w:r>
        <w:rPr>
          <w:rFonts w:ascii="EB Garamond" w:hAnsi="EB Garamond" w:eastAsia="EB Garamond"/>
          <w:sz w:val="22"/>
        </w:rPr>
        <w:t>Elsie saw her and her aunt pass the classroom door on their way from the office.</w:t>
      </w:r>
    </w:p>
    <w:p>
      <w:pPr>
        <w:spacing w:after="0" w:line="264" w:lineRule="exact"/>
        <w:ind w:firstLine="0" w:left="0"/>
      </w:pPr>
      <w:r>
        <w:rPr>
          <w:rFonts w:ascii="EB Garamond" w:hAnsi="EB Garamond" w:eastAsia="EB Garamond"/>
          <w:sz w:val="22"/>
        </w:rPr>
        <w:t>Gray sweatshirt.</w:t>
      </w:r>
    </w:p>
    <w:p>
      <w:pPr>
        <w:spacing w:after="0" w:line="264" w:lineRule="exact"/>
        <w:ind w:firstLine="0" w:left="0"/>
      </w:pPr>
      <w:r>
        <w:rPr>
          <w:rFonts w:ascii="EB Garamond" w:hAnsi="EB Garamond" w:eastAsia="EB Garamond"/>
          <w:sz w:val="22"/>
        </w:rPr>
        <w:t>Hair in a messy bun.</w:t>
      </w:r>
    </w:p>
    <w:p>
      <w:pPr>
        <w:spacing w:after="0" w:line="264" w:lineRule="exact"/>
        <w:ind w:firstLine="0" w:left="0"/>
      </w:pPr>
      <w:r>
        <w:rPr>
          <w:rFonts w:ascii="EB Garamond" w:hAnsi="EB Garamond" w:eastAsia="EB Garamond"/>
          <w:sz w:val="22"/>
        </w:rPr>
        <w:t>Her aunt beside her.</w:t>
      </w:r>
    </w:p>
    <w:p>
      <w:pPr>
        <w:spacing w:after="0" w:line="264" w:lineRule="exact"/>
        <w:ind w:firstLine="0" w:left="0"/>
      </w:pPr>
      <w:r>
        <w:rPr>
          <w:rFonts w:ascii="EB Garamond" w:hAnsi="EB Garamond" w:eastAsia="EB Garamond"/>
          <w:sz w:val="22"/>
        </w:rPr>
        <w:t>They stopped briefly in the hallway.</w:t>
      </w:r>
    </w:p>
    <w:p>
      <w:pPr>
        <w:spacing w:after="0" w:line="264" w:lineRule="exact"/>
        <w:ind w:firstLine="0" w:left="0"/>
      </w:pPr>
      <w:r>
        <w:rPr>
          <w:rFonts w:ascii="EB Garamond" w:hAnsi="EB Garamond" w:eastAsia="EB Garamond"/>
          <w:sz w:val="22"/>
        </w:rPr>
        <w:t>Then Maddie’s aunt hugged her.</w:t>
      </w:r>
    </w:p>
    <w:p>
      <w:pPr>
        <w:spacing w:after="0" w:line="264" w:lineRule="exact"/>
        <w:ind w:firstLine="0" w:left="0"/>
      </w:pPr>
      <w:r>
        <w:rPr>
          <w:rFonts w:ascii="EB Garamond" w:hAnsi="EB Garamond" w:eastAsia="EB Garamond"/>
          <w:sz w:val="22"/>
        </w:rPr>
        <w:t>Maddie stood completely still for the first second.</w:t>
      </w:r>
    </w:p>
    <w:p>
      <w:pPr>
        <w:spacing w:after="0" w:line="264" w:lineRule="exact"/>
        <w:ind w:firstLine="0" w:left="0"/>
      </w:pPr>
      <w:r>
        <w:rPr>
          <w:rFonts w:ascii="EB Garamond" w:hAnsi="EB Garamond" w:eastAsia="EB Garamond"/>
          <w:sz w:val="22"/>
        </w:rPr>
        <w:t>Then hugged her back.</w:t>
      </w:r>
    </w:p>
    <w:p>
      <w:pPr>
        <w:spacing w:after="0" w:line="264" w:lineRule="exact"/>
        <w:ind w:firstLine="0" w:left="0"/>
      </w:pPr>
      <w:r>
        <w:rPr>
          <w:rFonts w:ascii="EB Garamond" w:hAnsi="EB Garamond" w:eastAsia="EB Garamond"/>
          <w:sz w:val="22"/>
        </w:rPr>
        <w:t>Elsie looked away.</w:t>
      </w:r>
    </w:p>
    <w:p>
      <w:pPr>
        <w:spacing w:after="0" w:line="264" w:lineRule="exact"/>
        <w:ind w:firstLine="0" w:left="0"/>
      </w:pPr>
      <w:r>
        <w:rPr>
          <w:rFonts w:ascii="EB Garamond" w:hAnsi="EB Garamond" w:eastAsia="EB Garamond"/>
          <w:sz w:val="22"/>
        </w:rPr>
        <w:t>Mrs. Bennett was talking about rhetorical structure.</w:t>
      </w:r>
    </w:p>
    <w:p>
      <w:pPr>
        <w:spacing w:after="0" w:line="264" w:lineRule="exact"/>
        <w:ind w:firstLine="0" w:left="0"/>
      </w:pPr>
      <w:r>
        <w:rPr>
          <w:rFonts w:ascii="EB Garamond" w:hAnsi="EB Garamond" w:eastAsia="EB Garamond"/>
          <w:sz w:val="22"/>
        </w:rPr>
        <w:t>Elsie had no idea what that meant.</w:t>
      </w:r>
    </w:p>
    <w:p>
      <w:pPr>
        <w:spacing w:after="0" w:line="264" w:lineRule="exact"/>
        <w:ind w:firstLine="0" w:left="0"/>
      </w:pPr>
      <w:r>
        <w:rPr>
          <w:rFonts w:ascii="EB Garamond" w:hAnsi="EB Garamond" w:eastAsia="EB Garamond"/>
          <w:sz w:val="22"/>
        </w:rPr>
        <w:t>Normally she would have written it down anyway and figured it out later.</w:t>
      </w:r>
    </w:p>
    <w:p>
      <w:pPr>
        <w:spacing w:after="0" w:line="264" w:lineRule="exact"/>
        <w:ind w:firstLine="0" w:left="0"/>
      </w:pPr>
      <w:r>
        <w:rPr>
          <w:rFonts w:ascii="EB Garamond" w:hAnsi="EB Garamond" w:eastAsia="EB Garamond"/>
          <w:sz w:val="22"/>
        </w:rPr>
        <w:t>Today her notebook remained blank.</w:t>
      </w:r>
    </w:p>
    <w:p>
      <w:pPr>
        <w:spacing w:after="0" w:line="264" w:lineRule="exact"/>
        <w:ind w:firstLine="0" w:left="0"/>
      </w:pPr>
      <w:r>
        <w:rPr>
          <w:rFonts w:ascii="EB Garamond" w:hAnsi="EB Garamond" w:eastAsia="EB Garamond"/>
          <w:sz w:val="22"/>
        </w:rPr>
        <w:t>When the bell rang, Elsie packed slowly.</w:t>
      </w:r>
    </w:p>
    <w:p>
      <w:pPr>
        <w:spacing w:after="0" w:line="264" w:lineRule="exact"/>
        <w:ind w:firstLine="0" w:left="0"/>
      </w:pPr>
      <w:r>
        <w:rPr>
          <w:rFonts w:ascii="EB Garamond" w:hAnsi="EB Garamond" w:eastAsia="EB Garamond"/>
          <w:sz w:val="22"/>
        </w:rPr>
        <w:t>Mrs. Bennett noticed.</w:t>
      </w:r>
    </w:p>
    <w:p>
      <w:pPr>
        <w:spacing w:after="0" w:line="264" w:lineRule="exact"/>
        <w:ind w:firstLine="0" w:left="0"/>
      </w:pPr>
      <w:r>
        <w:rPr>
          <w:rFonts w:ascii="EB Garamond" w:hAnsi="EB Garamond" w:eastAsia="EB Garamond"/>
          <w:sz w:val="22"/>
        </w:rPr>
        <w:t>Of course she did.</w:t>
      </w:r>
    </w:p>
    <w:p>
      <w:pPr>
        <w:spacing w:after="0" w:line="264" w:lineRule="exact"/>
        <w:ind w:firstLine="0" w:left="0"/>
      </w:pPr>
      <w:r>
        <w:rPr>
          <w:rFonts w:ascii="EB Garamond" w:hAnsi="EB Garamond" w:eastAsia="EB Garamond"/>
          <w:sz w:val="22"/>
        </w:rPr>
        <w:t>“You okay?”</w:t>
      </w:r>
    </w:p>
    <w:p>
      <w:pPr>
        <w:spacing w:after="0" w:line="264" w:lineRule="exact"/>
        <w:ind w:firstLine="0" w:left="0"/>
      </w:pPr>
      <w:r>
        <w:rPr>
          <w:rFonts w:ascii="EB Garamond" w:hAnsi="EB Garamond" w:eastAsia="EB Garamond"/>
          <w:sz w:val="22"/>
        </w:rPr>
        <w:t>Elsie looked toward the hallway.</w:t>
      </w:r>
    </w:p>
    <w:p>
      <w:pPr>
        <w:spacing w:after="0" w:line="264" w:lineRule="exact"/>
        <w:ind w:firstLine="0" w:left="0"/>
      </w:pPr>
      <w:r>
        <w:rPr>
          <w:rFonts w:ascii="EB Garamond" w:hAnsi="EB Garamond" w:eastAsia="EB Garamond"/>
          <w:sz w:val="22"/>
        </w:rPr>
        <w:t>“Not really.”</w:t>
      </w:r>
    </w:p>
    <w:p>
      <w:pPr>
        <w:spacing w:after="0" w:line="264" w:lineRule="exact"/>
        <w:ind w:firstLine="0" w:left="0"/>
      </w:pPr>
      <w:r>
        <w:rPr>
          <w:rFonts w:ascii="EB Garamond" w:hAnsi="EB Garamond" w:eastAsia="EB Garamond"/>
          <w:sz w:val="22"/>
        </w:rPr>
        <w:t>Mrs. Bennett nodded.</w:t>
      </w:r>
    </w:p>
    <w:p>
      <w:pPr>
        <w:spacing w:after="0" w:line="264" w:lineRule="exact"/>
        <w:ind w:firstLine="0" w:left="0"/>
      </w:pPr>
      <w:r>
        <w:rPr>
          <w:rFonts w:ascii="EB Garamond" w:hAnsi="EB Garamond" w:eastAsia="EB Garamond"/>
          <w:sz w:val="22"/>
        </w:rPr>
        <w:t>No follow-up.</w:t>
      </w:r>
    </w:p>
    <w:p>
      <w:pPr>
        <w:spacing w:after="0" w:line="264" w:lineRule="exact"/>
        <w:ind w:firstLine="0" w:left="0"/>
      </w:pPr>
      <w:r>
        <w:rPr>
          <w:rFonts w:ascii="EB Garamond" w:hAnsi="EB Garamond" w:eastAsia="EB Garamond"/>
          <w:sz w:val="22"/>
        </w:rPr>
        <w:t>Apparently everyone in Elsie’s life had attended a secret seminar on not asking questions.</w:t>
      </w:r>
    </w:p>
    <w:p>
      <w:pPr>
        <w:spacing w:after="0" w:line="264" w:lineRule="exact"/>
        <w:ind w:firstLine="0" w:left="0"/>
      </w:pPr>
      <w:r>
        <w:rPr>
          <w:rFonts w:ascii="EB Garamond" w:hAnsi="EB Garamond" w:eastAsia="EB Garamond"/>
          <w:sz w:val="22"/>
        </w:rPr>
        <w:t>She appreciated it.</w:t>
      </w:r>
    </w:p>
    <w:p>
      <w:pPr>
        <w:spacing w:after="0" w:line="264" w:lineRule="exact"/>
        <w:ind w:firstLine="0" w:left="0"/>
      </w:pPr>
      <w:r>
        <w:rPr>
          <w:rFonts w:ascii="EB Garamond" w:hAnsi="EB Garamond" w:eastAsia="EB Garamond"/>
          <w:sz w:val="22"/>
        </w:rPr>
        <w:t>She also hated it.</w:t>
      </w:r>
    </w:p>
    <w:p>
      <w:pPr>
        <w:spacing w:after="0" w:line="264" w:lineRule="exact"/>
        <w:ind w:firstLine="0" w:left="0"/>
      </w:pPr>
      <w:r>
        <w:rPr>
          <w:rFonts w:ascii="EB Garamond" w:hAnsi="EB Garamond" w:eastAsia="EB Garamond"/>
          <w:sz w:val="22"/>
        </w:rPr>
        <w:t>In the hallway, Maddie was standing with Ava.</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Maddie saw her.</w:t>
      </w:r>
    </w:p>
    <w:p>
      <w:pPr>
        <w:spacing w:after="0" w:line="264" w:lineRule="exact"/>
        <w:ind w:firstLine="0" w:left="0"/>
      </w:pPr>
      <w:r>
        <w:rPr>
          <w:rFonts w:ascii="EB Garamond" w:hAnsi="EB Garamond" w:eastAsia="EB Garamond"/>
          <w:sz w:val="22"/>
        </w:rPr>
        <w:t>Neither moved.</w:t>
      </w:r>
    </w:p>
    <w:p>
      <w:pPr>
        <w:spacing w:after="0" w:line="264" w:lineRule="exact"/>
        <w:ind w:firstLine="0" w:left="0"/>
      </w:pPr>
      <w:r>
        <w:rPr>
          <w:rFonts w:ascii="EB Garamond" w:hAnsi="EB Garamond" w:eastAsia="EB Garamond"/>
          <w:sz w:val="22"/>
        </w:rPr>
        <w:t>Ava looked between them.</w:t>
      </w:r>
    </w:p>
    <w:p>
      <w:pPr>
        <w:spacing w:after="0" w:line="264" w:lineRule="exact"/>
        <w:ind w:firstLine="0" w:left="0"/>
      </w:pPr>
      <w:r>
        <w:rPr>
          <w:rFonts w:ascii="EB Garamond" w:hAnsi="EB Garamond" w:eastAsia="EB Garamond"/>
          <w:sz w:val="22"/>
        </w:rPr>
        <w:t>Elsie could practically see the calculation happening.</w:t>
      </w:r>
    </w:p>
    <w:p>
      <w:pPr>
        <w:spacing w:after="0" w:line="264" w:lineRule="exact"/>
        <w:ind w:firstLine="0" w:left="0"/>
      </w:pPr>
      <w:r>
        <w:rPr>
          <w:rFonts w:ascii="EB Garamond" w:hAnsi="EB Garamond" w:eastAsia="EB Garamond"/>
          <w:sz w:val="22"/>
        </w:rPr>
        <w:t>Stay.</w:t>
      </w:r>
    </w:p>
    <w:p>
      <w:pPr>
        <w:spacing w:after="0" w:line="264" w:lineRule="exact"/>
        <w:ind w:firstLine="0" w:left="0"/>
      </w:pPr>
      <w:r>
        <w:rPr>
          <w:rFonts w:ascii="EB Garamond" w:hAnsi="EB Garamond" w:eastAsia="EB Garamond"/>
          <w:sz w:val="22"/>
        </w:rPr>
        <w:t>Leave.</w:t>
      </w:r>
    </w:p>
    <w:p>
      <w:pPr>
        <w:spacing w:after="0" w:line="264" w:lineRule="exact"/>
        <w:ind w:firstLine="0" w:left="0"/>
      </w:pPr>
      <w:r>
        <w:rPr>
          <w:rFonts w:ascii="EB Garamond" w:hAnsi="EB Garamond" w:eastAsia="EB Garamond"/>
          <w:sz w:val="22"/>
        </w:rPr>
        <w:t>Say something.</w:t>
      </w:r>
    </w:p>
    <w:p>
      <w:pPr>
        <w:spacing w:after="0" w:line="264" w:lineRule="exact"/>
        <w:ind w:firstLine="0" w:left="0"/>
      </w:pPr>
      <w:r>
        <w:rPr>
          <w:rFonts w:ascii="EB Garamond" w:hAnsi="EB Garamond" w:eastAsia="EB Garamond"/>
          <w:sz w:val="22"/>
        </w:rPr>
        <w:t>Pretend she suddenly had somewhere else to be.</w:t>
      </w:r>
    </w:p>
    <w:p>
      <w:pPr>
        <w:spacing w:after="0" w:line="264" w:lineRule="exact"/>
        <w:ind w:firstLine="0" w:left="0"/>
      </w:pPr>
      <w:r>
        <w:rPr>
          <w:rFonts w:ascii="EB Garamond" w:hAnsi="EB Garamond" w:eastAsia="EB Garamond"/>
          <w:sz w:val="22"/>
        </w:rPr>
        <w:t>Maddie made the decision for her.</w:t>
      </w:r>
    </w:p>
    <w:p>
      <w:pPr>
        <w:spacing w:after="0" w:line="264" w:lineRule="exact"/>
        <w:ind w:firstLine="0" w:left="0"/>
      </w:pPr>
      <w:r>
        <w:rPr>
          <w:rFonts w:ascii="EB Garamond" w:hAnsi="EB Garamond" w:eastAsia="EB Garamond"/>
          <w:sz w:val="22"/>
        </w:rPr>
        <w:t>“Come on. We’re going to be late.”</w:t>
      </w:r>
    </w:p>
    <w:p>
      <w:pPr>
        <w:spacing w:after="0" w:line="264" w:lineRule="exact"/>
        <w:ind w:firstLine="0" w:left="0"/>
      </w:pPr>
      <w:r>
        <w:rPr>
          <w:rFonts w:ascii="EB Garamond" w:hAnsi="EB Garamond" w:eastAsia="EB Garamond"/>
          <w:sz w:val="22"/>
        </w:rPr>
        <w:t>She and Ava walked away.</w:t>
      </w:r>
    </w:p>
    <w:p>
      <w:pPr>
        <w:spacing w:after="0" w:line="264" w:lineRule="exact"/>
        <w:ind w:firstLine="0" w:left="0"/>
      </w:pPr>
      <w:r>
        <w:rPr>
          <w:rFonts w:ascii="EB Garamond" w:hAnsi="EB Garamond" w:eastAsia="EB Garamond"/>
          <w:sz w:val="22"/>
        </w:rPr>
        <w:t>Elsie stood there.</w:t>
      </w:r>
    </w:p>
    <w:p>
      <w:pPr>
        <w:spacing w:after="0" w:line="264" w:lineRule="exact"/>
        <w:ind w:firstLine="0" w:left="0"/>
      </w:pPr>
      <w:r>
        <w:rPr>
          <w:rFonts w:ascii="EB Garamond" w:hAnsi="EB Garamond" w:eastAsia="EB Garamond"/>
          <w:sz w:val="22"/>
        </w:rPr>
        <w:t>It shouldn’t have hurt.</w:t>
      </w:r>
    </w:p>
    <w:p>
      <w:pPr>
        <w:spacing w:after="0" w:line="264" w:lineRule="exact"/>
        <w:ind w:firstLine="0" w:left="0"/>
      </w:pPr>
      <w:r>
        <w:rPr>
          <w:rFonts w:ascii="EB Garamond" w:hAnsi="EB Garamond" w:eastAsia="EB Garamond"/>
          <w:sz w:val="22"/>
        </w:rPr>
        <w:t>Maddie was angry.</w:t>
      </w:r>
    </w:p>
    <w:p>
      <w:pPr>
        <w:spacing w:after="0" w:line="264" w:lineRule="exact"/>
        <w:ind w:firstLine="0" w:left="0"/>
      </w:pPr>
      <w:r>
        <w:rPr>
          <w:rFonts w:ascii="EB Garamond" w:hAnsi="EB Garamond" w:eastAsia="EB Garamond"/>
          <w:sz w:val="22"/>
        </w:rPr>
        <w:t>She was allowed to be angry.</w:t>
      </w:r>
    </w:p>
    <w:p>
      <w:pPr>
        <w:spacing w:after="0" w:line="264" w:lineRule="exact"/>
        <w:ind w:firstLine="0" w:left="0"/>
      </w:pPr>
      <w:r>
        <w:rPr>
          <w:rFonts w:ascii="EB Garamond" w:hAnsi="EB Garamond" w:eastAsia="EB Garamond"/>
          <w:sz w:val="22"/>
        </w:rPr>
        <w:t>Elsie knew that.</w:t>
      </w:r>
    </w:p>
    <w:p>
      <w:pPr>
        <w:spacing w:after="0" w:line="264" w:lineRule="exact"/>
        <w:ind w:firstLine="0" w:left="0"/>
      </w:pPr>
      <w:r>
        <w:rPr>
          <w:rFonts w:ascii="EB Garamond" w:hAnsi="EB Garamond" w:eastAsia="EB Garamond"/>
          <w:sz w:val="22"/>
        </w:rPr>
        <w:t>Knowing something did not stop it from hurting.</w:t>
      </w:r>
    </w:p>
    <w:p>
      <w:pPr>
        <w:spacing w:after="0" w:line="264" w:lineRule="exact"/>
        <w:ind w:firstLine="0" w:left="0"/>
      </w:pPr>
      <w:r>
        <w:rPr>
          <w:rFonts w:ascii="EB Garamond" w:hAnsi="EB Garamond" w:eastAsia="EB Garamond"/>
          <w:sz w:val="22"/>
        </w:rPr>
        <w:t>Apparently this was becoming a theme.</w:t>
      </w:r>
    </w:p>
    <w:p>
      <w:pPr>
        <w:spacing w:after="0" w:line="264" w:lineRule="exact"/>
        <w:ind w:firstLine="0" w:left="0"/>
      </w:pPr>
      <w:r>
        <w:rPr>
          <w:rFonts w:ascii="EB Garamond" w:hAnsi="EB Garamond" w:eastAsia="EB Garamond"/>
          <w:sz w:val="22"/>
        </w:rPr>
        <w:t>At lunch, Elsie sat with Mason and Nora.</w:t>
      </w:r>
    </w:p>
    <w:p>
      <w:pPr>
        <w:spacing w:after="0" w:line="264" w:lineRule="exact"/>
        <w:ind w:firstLine="0" w:left="0"/>
      </w:pPr>
      <w:r>
        <w:rPr>
          <w:rFonts w:ascii="EB Garamond" w:hAnsi="EB Garamond" w:eastAsia="EB Garamond"/>
          <w:sz w:val="22"/>
        </w:rPr>
        <w:t>Ava sat with Maddie.</w:t>
      </w:r>
    </w:p>
    <w:p>
      <w:pPr>
        <w:spacing w:after="0" w:line="264" w:lineRule="exact"/>
        <w:ind w:firstLine="0" w:left="0"/>
      </w:pPr>
      <w:r>
        <w:rPr>
          <w:rFonts w:ascii="EB Garamond" w:hAnsi="EB Garamond" w:eastAsia="EB Garamond"/>
          <w:sz w:val="22"/>
        </w:rPr>
        <w:t>Nobody discussed the seating arrangement.</w:t>
      </w:r>
    </w:p>
    <w:p>
      <w:pPr>
        <w:spacing w:after="0" w:line="264" w:lineRule="exact"/>
        <w:ind w:firstLine="0" w:left="0"/>
      </w:pPr>
      <w:r>
        <w:rPr>
          <w:rFonts w:ascii="EB Garamond" w:hAnsi="EB Garamond" w:eastAsia="EB Garamond"/>
          <w:sz w:val="22"/>
        </w:rPr>
        <w:t>That somehow made it worse.</w:t>
      </w:r>
    </w:p>
    <w:p>
      <w:pPr>
        <w:spacing w:after="0" w:line="264" w:lineRule="exact"/>
        <w:ind w:firstLine="0" w:left="0"/>
      </w:pPr>
      <w:r>
        <w:rPr>
          <w:rFonts w:ascii="EB Garamond" w:hAnsi="EB Garamond" w:eastAsia="EB Garamond"/>
          <w:sz w:val="22"/>
        </w:rPr>
        <w:t>Nora opened a yogurt.</w:t>
      </w:r>
    </w:p>
    <w:p>
      <w:pPr>
        <w:spacing w:after="0" w:line="264" w:lineRule="exact"/>
        <w:ind w:firstLine="0" w:left="0"/>
      </w:pPr>
      <w:r>
        <w:rPr>
          <w:rFonts w:ascii="EB Garamond" w:hAnsi="EB Garamond" w:eastAsia="EB Garamond"/>
          <w:sz w:val="22"/>
        </w:rPr>
        <w:t>“So.”</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“I was going to ask how your morning was.”</w:t>
      </w:r>
    </w:p>
    <w:p>
      <w:pPr>
        <w:spacing w:after="0" w:line="264" w:lineRule="exact"/>
        <w:ind w:firstLine="0" w:left="0"/>
      </w:pPr>
      <w:r>
        <w:rPr>
          <w:rFonts w:ascii="EB Garamond" w:hAnsi="EB Garamond" w:eastAsia="EB Garamond"/>
          <w:sz w:val="22"/>
        </w:rPr>
        <w:t>“No, you weren’t.”</w:t>
      </w:r>
    </w:p>
    <w:p>
      <w:pPr>
        <w:spacing w:after="0" w:line="264" w:lineRule="exact"/>
        <w:ind w:firstLine="0" w:left="0"/>
      </w:pPr>
      <w:r>
        <w:rPr>
          <w:rFonts w:ascii="EB Garamond" w:hAnsi="EB Garamond" w:eastAsia="EB Garamond"/>
          <w:sz w:val="22"/>
        </w:rPr>
        <w:t>“I was.”</w:t>
      </w:r>
    </w:p>
    <w:p>
      <w:pPr>
        <w:spacing w:after="0" w:line="264" w:lineRule="exact"/>
        <w:ind w:firstLine="0" w:left="0"/>
      </w:pPr>
      <w:r>
        <w:rPr>
          <w:rFonts w:ascii="EB Garamond" w:hAnsi="EB Garamond" w:eastAsia="EB Garamond"/>
          <w:sz w:val="22"/>
        </w:rPr>
        <w:t>“You had the face.”</w:t>
      </w:r>
    </w:p>
    <w:p>
      <w:pPr>
        <w:spacing w:after="0" w:line="264" w:lineRule="exact"/>
        <w:ind w:firstLine="0" w:left="0"/>
      </w:pPr>
      <w:r>
        <w:rPr>
          <w:rFonts w:ascii="EB Garamond" w:hAnsi="EB Garamond" w:eastAsia="EB Garamond"/>
          <w:sz w:val="22"/>
        </w:rPr>
        <w:t>Nora frowned.</w:t>
      </w:r>
    </w:p>
    <w:p>
      <w:pPr>
        <w:spacing w:after="0" w:line="264" w:lineRule="exact"/>
        <w:ind w:firstLine="0" w:left="0"/>
      </w:pPr>
      <w:r>
        <w:rPr>
          <w:rFonts w:ascii="EB Garamond" w:hAnsi="EB Garamond" w:eastAsia="EB Garamond"/>
          <w:sz w:val="22"/>
        </w:rPr>
        <w:t>“What face?”</w:t>
      </w:r>
    </w:p>
    <w:p>
      <w:pPr>
        <w:spacing w:after="0" w:line="264" w:lineRule="exact"/>
        <w:ind w:firstLine="0" w:left="0"/>
      </w:pPr>
      <w:r>
        <w:rPr>
          <w:rFonts w:ascii="EB Garamond" w:hAnsi="EB Garamond" w:eastAsia="EB Garamond"/>
          <w:sz w:val="22"/>
        </w:rPr>
        <w:t>“The one everybody apparently has now.”</w:t>
      </w:r>
    </w:p>
    <w:p>
      <w:pPr>
        <w:spacing w:after="0" w:line="264" w:lineRule="exact"/>
        <w:ind w:firstLine="0" w:left="0"/>
      </w:pPr>
      <w:r>
        <w:rPr>
          <w:rFonts w:ascii="EB Garamond" w:hAnsi="EB Garamond" w:eastAsia="EB Garamond"/>
          <w:sz w:val="22"/>
        </w:rPr>
        <w:t>Mason nodded.</w:t>
      </w:r>
    </w:p>
    <w:p>
      <w:pPr>
        <w:spacing w:after="0" w:line="264" w:lineRule="exact"/>
        <w:ind w:firstLine="0" w:left="0"/>
      </w:pPr>
      <w:r>
        <w:rPr>
          <w:rFonts w:ascii="EB Garamond" w:hAnsi="EB Garamond" w:eastAsia="EB Garamond"/>
          <w:sz w:val="22"/>
        </w:rPr>
        <w:t>“She’s becoming paranoid.”</w:t>
      </w:r>
    </w:p>
    <w:p>
      <w:pPr>
        <w:spacing w:after="0" w:line="264" w:lineRule="exact"/>
        <w:ind w:firstLine="0" w:left="0"/>
      </w:pPr>
      <w:r>
        <w:rPr>
          <w:rFonts w:ascii="EB Garamond" w:hAnsi="EB Garamond" w:eastAsia="EB Garamond"/>
          <w:sz w:val="22"/>
        </w:rPr>
        <w:t>“Thank you.”</w:t>
      </w:r>
    </w:p>
    <w:p>
      <w:pPr>
        <w:spacing w:after="0" w:line="264" w:lineRule="exact"/>
        <w:ind w:firstLine="0" w:left="0"/>
      </w:pPr>
      <w:r>
        <w:rPr>
          <w:rFonts w:ascii="EB Garamond" w:hAnsi="EB Garamond" w:eastAsia="EB Garamond"/>
          <w:sz w:val="22"/>
        </w:rPr>
        <w:t>“You’re welcome.”</w:t>
      </w:r>
    </w:p>
    <w:p>
      <w:pPr>
        <w:spacing w:after="0" w:line="264" w:lineRule="exact"/>
        <w:ind w:firstLine="0" w:left="0"/>
      </w:pPr>
      <w:r>
        <w:rPr>
          <w:rFonts w:ascii="EB Garamond" w:hAnsi="EB Garamond" w:eastAsia="EB Garamond"/>
          <w:sz w:val="22"/>
        </w:rPr>
        <w:t>Nora looked toward Maddie.</w:t>
      </w:r>
    </w:p>
    <w:p>
      <w:pPr>
        <w:spacing w:after="0" w:line="264" w:lineRule="exact"/>
        <w:ind w:firstLine="0" w:left="0"/>
      </w:pPr>
      <w:r>
        <w:rPr>
          <w:rFonts w:ascii="EB Garamond" w:hAnsi="EB Garamond" w:eastAsia="EB Garamond"/>
          <w:sz w:val="22"/>
        </w:rPr>
        <w:t>Then back at Elsie.</w:t>
      </w:r>
    </w:p>
    <w:p>
      <w:pPr>
        <w:spacing w:after="0" w:line="264" w:lineRule="exact"/>
        <w:ind w:firstLine="0" w:left="0"/>
      </w:pPr>
      <w:r>
        <w:rPr>
          <w:rFonts w:ascii="EB Garamond" w:hAnsi="EB Garamond" w:eastAsia="EB Garamond"/>
          <w:sz w:val="22"/>
        </w:rPr>
        <w:t>“I’m not going to ask.”</w:t>
      </w:r>
    </w:p>
    <w:p>
      <w:pPr>
        <w:spacing w:after="0" w:line="264" w:lineRule="exact"/>
        <w:ind w:firstLine="0" w:left="0"/>
      </w:pPr>
      <w:r>
        <w:rPr>
          <w:rFonts w:ascii="EB Garamond" w:hAnsi="EB Garamond" w:eastAsia="EB Garamond"/>
          <w:sz w:val="22"/>
        </w:rPr>
        <w:t>“Thank you.”</w:t>
      </w:r>
    </w:p>
    <w:p>
      <w:pPr>
        <w:spacing w:after="0" w:line="264" w:lineRule="exact"/>
        <w:ind w:firstLine="0" w:left="0"/>
      </w:pPr>
      <w:r>
        <w:rPr>
          <w:rFonts w:ascii="EB Garamond" w:hAnsi="EB Garamond" w:eastAsia="EB Garamond"/>
          <w:sz w:val="22"/>
        </w:rPr>
        <w:t>“But I am going to tell you something.”</w:t>
      </w:r>
    </w:p>
    <w:p>
      <w:pPr>
        <w:spacing w:after="0" w:line="264" w:lineRule="exact"/>
        <w:ind w:firstLine="0" w:left="0"/>
      </w:pPr>
      <w:r>
        <w:rPr>
          <w:rFonts w:ascii="EB Garamond" w:hAnsi="EB Garamond" w:eastAsia="EB Garamond"/>
          <w:sz w:val="22"/>
        </w:rPr>
        <w:t>Elsie sighed.</w:t>
      </w:r>
    </w:p>
    <w:p>
      <w:pPr>
        <w:spacing w:after="0" w:line="264" w:lineRule="exact"/>
        <w:ind w:firstLine="0" w:left="0"/>
      </w:pPr>
      <w:r>
        <w:rPr>
          <w:rFonts w:ascii="EB Garamond" w:hAnsi="EB Garamond" w:eastAsia="EB Garamond"/>
          <w:sz w:val="22"/>
        </w:rPr>
        <w:t>“Of course.”</w:t>
      </w:r>
    </w:p>
    <w:p>
      <w:pPr>
        <w:spacing w:after="0" w:line="264" w:lineRule="exact"/>
        <w:ind w:firstLine="0" w:left="0"/>
      </w:pPr>
      <w:r>
        <w:rPr>
          <w:rFonts w:ascii="EB Garamond" w:hAnsi="EB Garamond" w:eastAsia="EB Garamond"/>
          <w:sz w:val="22"/>
        </w:rPr>
        <w:t>“You look like you’re about to crawl out of your own skin.”</w:t>
      </w:r>
    </w:p>
    <w:p>
      <w:pPr>
        <w:spacing w:after="0" w:line="264" w:lineRule="exact"/>
        <w:ind w:firstLine="0" w:left="0"/>
      </w:pPr>
      <w:r>
        <w:rPr>
          <w:rFonts w:ascii="EB Garamond" w:hAnsi="EB Garamond" w:eastAsia="EB Garamond"/>
          <w:sz w:val="22"/>
        </w:rPr>
        <w:t>“That is not helpful.”</w:t>
      </w:r>
    </w:p>
    <w:p>
      <w:pPr>
        <w:spacing w:after="0" w:line="264" w:lineRule="exact"/>
        <w:ind w:firstLine="0" w:left="0"/>
      </w:pPr>
      <w:r>
        <w:rPr>
          <w:rFonts w:ascii="EB Garamond" w:hAnsi="EB Garamond" w:eastAsia="EB Garamond"/>
          <w:sz w:val="22"/>
        </w:rPr>
        <w:t>“I wasn’t trying to be helpful.”</w:t>
      </w:r>
    </w:p>
    <w:p>
      <w:pPr>
        <w:spacing w:after="0" w:line="264" w:lineRule="exact"/>
        <w:ind w:firstLine="0" w:left="0"/>
      </w:pPr>
      <w:r>
        <w:rPr>
          <w:rFonts w:ascii="EB Garamond" w:hAnsi="EB Garamond" w:eastAsia="EB Garamond"/>
          <w:sz w:val="22"/>
        </w:rPr>
        <w:t>“Then what were you trying to be?”</w:t>
      </w:r>
    </w:p>
    <w:p>
      <w:pPr>
        <w:spacing w:after="0" w:line="264" w:lineRule="exact"/>
        <w:ind w:firstLine="0" w:left="0"/>
      </w:pPr>
      <w:r>
        <w:rPr>
          <w:rFonts w:ascii="EB Garamond" w:hAnsi="EB Garamond" w:eastAsia="EB Garamond"/>
          <w:sz w:val="22"/>
        </w:rPr>
        <w:t>“Accurate.”</w:t>
      </w:r>
    </w:p>
    <w:p>
      <w:pPr>
        <w:spacing w:after="0" w:line="264" w:lineRule="exact"/>
        <w:ind w:firstLine="0" w:left="0"/>
      </w:pPr>
      <w:r>
        <w:rPr>
          <w:rFonts w:ascii="EB Garamond" w:hAnsi="EB Garamond" w:eastAsia="EB Garamond"/>
          <w:sz w:val="22"/>
        </w:rPr>
        <w:t>Mason laughed.</w:t>
      </w:r>
    </w:p>
    <w:p>
      <w:pPr>
        <w:spacing w:after="0" w:line="264" w:lineRule="exact"/>
        <w:ind w:firstLine="0" w:left="0"/>
      </w:pPr>
      <w:r>
        <w:rPr>
          <w:rFonts w:ascii="EB Garamond" w:hAnsi="EB Garamond" w:eastAsia="EB Garamond"/>
          <w:sz w:val="22"/>
        </w:rPr>
        <w:t>Elsie glared at both of them.</w:t>
      </w:r>
    </w:p>
    <w:p>
      <w:pPr>
        <w:spacing w:after="0" w:line="264" w:lineRule="exact"/>
        <w:ind w:firstLine="0" w:left="0"/>
      </w:pPr>
      <w:r>
        <w:rPr>
          <w:rFonts w:ascii="EB Garamond" w:hAnsi="EB Garamond" w:eastAsia="EB Garamond"/>
          <w:sz w:val="22"/>
        </w:rPr>
        <w:t>Then someone at the table behind them said Maddie’s name.</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Nora heard it too.</w:t>
      </w:r>
    </w:p>
    <w:p>
      <w:pPr>
        <w:spacing w:after="0" w:line="264" w:lineRule="exact"/>
        <w:ind w:firstLine="0" w:left="0"/>
      </w:pPr>
      <w:r>
        <w:rPr>
          <w:rFonts w:ascii="EB Garamond" w:hAnsi="EB Garamond" w:eastAsia="EB Garamond"/>
          <w:sz w:val="22"/>
        </w:rPr>
        <w:t>A boy Elsie didn’t know said, “I heard her mom had some kind of breakdown.”</w:t>
      </w:r>
    </w:p>
    <w:p>
      <w:pPr>
        <w:spacing w:after="0" w:line="264" w:lineRule="exact"/>
        <w:ind w:firstLine="0" w:left="0"/>
      </w:pPr>
      <w:r>
        <w:rPr>
          <w:rFonts w:ascii="EB Garamond" w:hAnsi="EB Garamond" w:eastAsia="EB Garamond"/>
          <w:sz w:val="22"/>
        </w:rPr>
        <w:t>His friend said, “My sister said she got taken to the hospital.”</w:t>
      </w:r>
    </w:p>
    <w:p>
      <w:pPr>
        <w:spacing w:after="0" w:line="264" w:lineRule="exact"/>
        <w:ind w:firstLine="0" w:left="0"/>
      </w:pPr>
      <w:r>
        <w:rPr>
          <w:rFonts w:ascii="EB Garamond" w:hAnsi="EB Garamond" w:eastAsia="EB Garamond"/>
          <w:sz w:val="22"/>
        </w:rPr>
        <w:t>Elsie’s chair scraped backward.</w:t>
      </w:r>
    </w:p>
    <w:p>
      <w:pPr>
        <w:spacing w:after="0" w:line="264" w:lineRule="exact"/>
        <w:ind w:firstLine="0" w:left="0"/>
      </w:pPr>
      <w:r>
        <w:rPr>
          <w:rFonts w:ascii="EB Garamond" w:hAnsi="EB Garamond" w:eastAsia="EB Garamond"/>
          <w:sz w:val="22"/>
        </w:rPr>
        <w:t>Mason grabbed her wrist.</w:t>
      </w:r>
    </w:p>
    <w:p>
      <w:pPr>
        <w:spacing w:after="0" w:line="264" w:lineRule="exact"/>
        <w:ind w:firstLine="0" w:left="0"/>
      </w:pPr>
      <w:r>
        <w:rPr>
          <w:rFonts w:ascii="EB Garamond" w:hAnsi="EB Garamond" w:eastAsia="EB Garamond"/>
          <w:sz w:val="22"/>
        </w:rPr>
        <w:t>Not hard.</w:t>
      </w:r>
    </w:p>
    <w:p>
      <w:pPr>
        <w:spacing w:after="0" w:line="264" w:lineRule="exact"/>
        <w:ind w:firstLine="0" w:left="0"/>
      </w:pPr>
      <w:r>
        <w:rPr>
          <w:rFonts w:ascii="EB Garamond" w:hAnsi="EB Garamond" w:eastAsia="EB Garamond"/>
          <w:sz w:val="22"/>
        </w:rPr>
        <w:t>Just enough.</w:t>
      </w:r>
    </w:p>
    <w:p>
      <w:pPr>
        <w:spacing w:after="0" w:line="264" w:lineRule="exact"/>
        <w:ind w:firstLine="0" w:left="0"/>
      </w:pPr>
      <w:r>
        <w:rPr>
          <w:rFonts w:ascii="EB Garamond" w:hAnsi="EB Garamond" w:eastAsia="EB Garamond"/>
          <w:sz w:val="22"/>
        </w:rPr>
        <w:t>She looked at him.</w:t>
      </w:r>
    </w:p>
    <w:p>
      <w:pPr>
        <w:spacing w:after="0" w:line="264" w:lineRule="exact"/>
        <w:ind w:firstLine="0" w:left="0"/>
      </w:pPr>
      <w:r>
        <w:rPr>
          <w:rFonts w:ascii="EB Garamond" w:hAnsi="EB Garamond" w:eastAsia="EB Garamond"/>
          <w:sz w:val="22"/>
        </w:rPr>
        <w:t>He shook his head slightly.</w:t>
      </w:r>
    </w:p>
    <w:p>
      <w:pPr>
        <w:spacing w:after="0" w:line="264" w:lineRule="exact"/>
        <w:ind w:firstLine="0" w:left="0"/>
      </w:pPr>
      <w:r>
        <w:rPr>
          <w:rFonts w:ascii="EB Garamond" w:hAnsi="EB Garamond" w:eastAsia="EB Garamond"/>
          <w:sz w:val="22"/>
        </w:rPr>
        <w:t>Elsie stared at the boys.</w:t>
      </w:r>
    </w:p>
    <w:p>
      <w:pPr>
        <w:spacing w:after="0" w:line="264" w:lineRule="exact"/>
        <w:ind w:firstLine="0" w:left="0"/>
      </w:pPr>
      <w:r>
        <w:rPr>
          <w:rFonts w:ascii="EB Garamond" w:hAnsi="EB Garamond" w:eastAsia="EB Garamond"/>
          <w:sz w:val="22"/>
        </w:rPr>
        <w:t>Hospital.</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As far as Elsie knew, Maddie’s mom had never gone to a hospital.</w:t>
      </w:r>
    </w:p>
    <w:p>
      <w:pPr>
        <w:spacing w:after="0" w:line="264" w:lineRule="exact"/>
        <w:ind w:firstLine="0" w:left="0"/>
      </w:pPr>
      <w:r>
        <w:rPr>
          <w:rFonts w:ascii="EB Garamond" w:hAnsi="EB Garamond" w:eastAsia="EB Garamond"/>
          <w:sz w:val="22"/>
        </w:rPr>
        <w:t>Her aunt had stayed.</w:t>
      </w:r>
    </w:p>
    <w:p>
      <w:pPr>
        <w:spacing w:after="0" w:line="264" w:lineRule="exact"/>
        <w:ind w:firstLine="0" w:left="0"/>
      </w:pPr>
      <w:r>
        <w:rPr>
          <w:rFonts w:ascii="EB Garamond" w:hAnsi="EB Garamond" w:eastAsia="EB Garamond"/>
          <w:sz w:val="22"/>
        </w:rPr>
        <w:t>That was what Elsie knew.</w:t>
      </w:r>
    </w:p>
    <w:p>
      <w:pPr>
        <w:spacing w:after="0" w:line="264" w:lineRule="exact"/>
        <w:ind w:firstLine="0" w:left="0"/>
      </w:pPr>
      <w:r>
        <w:rPr>
          <w:rFonts w:ascii="EB Garamond" w:hAnsi="EB Garamond" w:eastAsia="EB Garamond"/>
          <w:sz w:val="22"/>
        </w:rPr>
        <w:t>Or what she had known last night.</w:t>
      </w:r>
    </w:p>
    <w:p>
      <w:pPr>
        <w:spacing w:after="0" w:line="264" w:lineRule="exact"/>
        <w:ind w:firstLine="0" w:left="0"/>
      </w:pPr>
      <w:r>
        <w:rPr>
          <w:rFonts w:ascii="EB Garamond" w:hAnsi="EB Garamond" w:eastAsia="EB Garamond"/>
          <w:sz w:val="22"/>
        </w:rPr>
        <w:t>Maybe something had changed.</w:t>
      </w:r>
    </w:p>
    <w:p>
      <w:pPr>
        <w:spacing w:after="0" w:line="264" w:lineRule="exact"/>
        <w:ind w:firstLine="0" w:left="0"/>
      </w:pPr>
      <w:r>
        <w:rPr>
          <w:rFonts w:ascii="EB Garamond" w:hAnsi="EB Garamond" w:eastAsia="EB Garamond"/>
          <w:sz w:val="22"/>
        </w:rPr>
        <w:t>Her stomach dropped.</w:t>
      </w:r>
    </w:p>
    <w:p>
      <w:pPr>
        <w:spacing w:after="0" w:line="264" w:lineRule="exact"/>
        <w:ind w:firstLine="0" w:left="0"/>
      </w:pPr>
      <w:r>
        <w:rPr>
          <w:rFonts w:ascii="EB Garamond" w:hAnsi="EB Garamond" w:eastAsia="EB Garamond"/>
          <w:sz w:val="22"/>
        </w:rPr>
        <w:t>What if something had changed?</w:t>
      </w:r>
    </w:p>
    <w:p>
      <w:pPr>
        <w:spacing w:after="0" w:line="264" w:lineRule="exact"/>
        <w:ind w:firstLine="0" w:left="0"/>
      </w:pPr>
      <w:r>
        <w:rPr>
          <w:rFonts w:ascii="EB Garamond" w:hAnsi="EB Garamond" w:eastAsia="EB Garamond"/>
          <w:sz w:val="22"/>
        </w:rPr>
        <w:t>What if everyone knew before she did?</w:t>
      </w:r>
    </w:p>
    <w:p>
      <w:pPr>
        <w:spacing w:after="0" w:line="264" w:lineRule="exact"/>
        <w:ind w:firstLine="0" w:left="0"/>
      </w:pPr>
      <w:r>
        <w:rPr>
          <w:rFonts w:ascii="EB Garamond" w:hAnsi="EB Garamond" w:eastAsia="EB Garamond"/>
          <w:sz w:val="22"/>
        </w:rPr>
        <w:t>She reached for her phone.</w:t>
      </w:r>
    </w:p>
    <w:p>
      <w:pPr>
        <w:spacing w:after="0" w:line="264" w:lineRule="exact"/>
        <w:ind w:firstLine="0" w:left="0"/>
      </w:pPr>
      <w:r>
        <w:rPr>
          <w:rFonts w:ascii="EB Garamond" w:hAnsi="EB Garamond" w:eastAsia="EB Garamond"/>
          <w:sz w:val="22"/>
        </w:rPr>
        <w:t>Stopped.</w:t>
      </w:r>
    </w:p>
    <w:p>
      <w:pPr>
        <w:spacing w:after="0" w:line="264" w:lineRule="exact"/>
        <w:ind w:firstLine="0" w:left="0"/>
      </w:pPr>
      <w:r>
        <w:rPr>
          <w:rFonts w:ascii="EB Garamond" w:hAnsi="EB Garamond" w:eastAsia="EB Garamond"/>
          <w:sz w:val="22"/>
        </w:rPr>
        <w:t>Maddie had asked her to stop.</w:t>
      </w:r>
    </w:p>
    <w:p>
      <w:pPr>
        <w:spacing w:after="0" w:line="264" w:lineRule="exact"/>
        <w:ind w:firstLine="0" w:left="0"/>
      </w:pPr>
      <w:r>
        <w:rPr>
          <w:rFonts w:ascii="EB Garamond" w:hAnsi="EB Garamond" w:eastAsia="EB Garamond"/>
          <w:sz w:val="22"/>
        </w:rPr>
        <w:t>So she did.</w:t>
      </w:r>
    </w:p>
    <w:p>
      <w:pPr>
        <w:spacing w:after="0" w:line="264" w:lineRule="exact"/>
        <w:ind w:firstLine="0" w:left="0"/>
      </w:pPr>
      <w:r>
        <w:rPr>
          <w:rFonts w:ascii="EB Garamond" w:hAnsi="EB Garamond" w:eastAsia="EB Garamond"/>
          <w:sz w:val="22"/>
        </w:rPr>
        <w:t>Barely.</w:t>
      </w:r>
    </w:p>
    <w:p>
      <w:pPr>
        <w:spacing w:after="0" w:line="264" w:lineRule="exact"/>
        <w:ind w:firstLine="0" w:left="0"/>
      </w:pPr>
      <w:r>
        <w:rPr>
          <w:rFonts w:ascii="EB Garamond" w:hAnsi="EB Garamond" w:eastAsia="EB Garamond"/>
          <w:sz w:val="22"/>
        </w:rPr>
        <w:t>The boy behind them continued.</w:t>
      </w:r>
    </w:p>
    <w:p>
      <w:pPr>
        <w:spacing w:after="0" w:line="264" w:lineRule="exact"/>
        <w:ind w:firstLine="0" w:left="0"/>
      </w:pPr>
      <w:r>
        <w:rPr>
          <w:rFonts w:ascii="EB Garamond" w:hAnsi="EB Garamond" w:eastAsia="EB Garamond"/>
          <w:sz w:val="22"/>
        </w:rPr>
        <w:t>“My sister said the cops came.”</w:t>
      </w:r>
    </w:p>
    <w:p>
      <w:pPr>
        <w:spacing w:after="0" w:line="264" w:lineRule="exact"/>
        <w:ind w:firstLine="0" w:left="0"/>
      </w:pPr>
      <w:r>
        <w:rPr>
          <w:rFonts w:ascii="EB Garamond" w:hAnsi="EB Garamond" w:eastAsia="EB Garamond"/>
          <w:sz w:val="22"/>
        </w:rPr>
        <w:t>Elsie turned around.</w:t>
      </w:r>
    </w:p>
    <w:p>
      <w:pPr>
        <w:spacing w:after="0" w:line="264" w:lineRule="exact"/>
        <w:ind w:firstLine="0" w:left="0"/>
      </w:pPr>
      <w:r>
        <w:rPr>
          <w:rFonts w:ascii="EB Garamond" w:hAnsi="EB Garamond" w:eastAsia="EB Garamond"/>
          <w:sz w:val="22"/>
        </w:rPr>
        <w:t>“No, they didn’t.”</w:t>
      </w:r>
    </w:p>
    <w:p>
      <w:pPr>
        <w:spacing w:after="0" w:line="264" w:lineRule="exact"/>
        <w:ind w:firstLine="0" w:left="0"/>
      </w:pPr>
      <w:r>
        <w:rPr>
          <w:rFonts w:ascii="EB Garamond" w:hAnsi="EB Garamond" w:eastAsia="EB Garamond"/>
          <w:sz w:val="22"/>
        </w:rPr>
        <w:t>The words were out before she could stop them.</w:t>
      </w:r>
    </w:p>
    <w:p>
      <w:pPr>
        <w:spacing w:after="0" w:line="264" w:lineRule="exact"/>
        <w:ind w:firstLine="0" w:left="0"/>
      </w:pPr>
      <w:r>
        <w:rPr>
          <w:rFonts w:ascii="EB Garamond" w:hAnsi="EB Garamond" w:eastAsia="EB Garamond"/>
          <w:sz w:val="22"/>
        </w:rPr>
        <w:t>Both boys looked at her.</w:t>
      </w:r>
    </w:p>
    <w:p>
      <w:pPr>
        <w:spacing w:after="0" w:line="264" w:lineRule="exact"/>
        <w:ind w:firstLine="0" w:left="0"/>
      </w:pPr>
      <w:r>
        <w:rPr>
          <w:rFonts w:ascii="EB Garamond" w:hAnsi="EB Garamond" w:eastAsia="EB Garamond"/>
          <w:sz w:val="22"/>
        </w:rPr>
        <w:t>“How do you know?”</w:t>
      </w:r>
    </w:p>
    <w:p>
      <w:pPr>
        <w:spacing w:after="0" w:line="264" w:lineRule="exact"/>
        <w:ind w:firstLine="0" w:left="0"/>
      </w:pPr>
      <w:r>
        <w:rPr>
          <w:rFonts w:ascii="EB Garamond" w:hAnsi="EB Garamond" w:eastAsia="EB Garamond"/>
          <w:sz w:val="22"/>
        </w:rPr>
        <w:t>Elsie froze.</w:t>
      </w:r>
    </w:p>
    <w:p>
      <w:pPr>
        <w:spacing w:after="0" w:line="264" w:lineRule="exact"/>
        <w:ind w:firstLine="0" w:left="0"/>
      </w:pPr>
      <w:r>
        <w:rPr>
          <w:rFonts w:ascii="EB Garamond" w:hAnsi="EB Garamond" w:eastAsia="EB Garamond"/>
          <w:sz w:val="22"/>
        </w:rPr>
        <w:t>Exactly.</w:t>
      </w:r>
    </w:p>
    <w:p>
      <w:pPr>
        <w:spacing w:after="0" w:line="264" w:lineRule="exact"/>
        <w:ind w:firstLine="0" w:left="0"/>
      </w:pPr>
      <w:r>
        <w:rPr>
          <w:rFonts w:ascii="EB Garamond" w:hAnsi="EB Garamond" w:eastAsia="EB Garamond"/>
          <w:sz w:val="22"/>
        </w:rPr>
        <w:t>How did she answer that without telling them anything?</w:t>
      </w:r>
    </w:p>
    <w:p>
      <w:pPr>
        <w:spacing w:after="0" w:line="264" w:lineRule="exact"/>
        <w:ind w:firstLine="0" w:left="0"/>
      </w:pPr>
      <w:r>
        <w:rPr>
          <w:rFonts w:ascii="EB Garamond" w:hAnsi="EB Garamond" w:eastAsia="EB Garamond"/>
          <w:sz w:val="22"/>
        </w:rPr>
        <w:t>“They didn’t.”</w:t>
      </w:r>
    </w:p>
    <w:p>
      <w:pPr>
        <w:spacing w:after="0" w:line="264" w:lineRule="exact"/>
        <w:ind w:firstLine="0" w:left="0"/>
      </w:pPr>
      <w:r>
        <w:rPr>
          <w:rFonts w:ascii="EB Garamond" w:hAnsi="EB Garamond" w:eastAsia="EB Garamond"/>
          <w:sz w:val="22"/>
        </w:rPr>
        <w:t>One boy smiled slightly.</w:t>
      </w:r>
    </w:p>
    <w:p>
      <w:pPr>
        <w:spacing w:after="0" w:line="264" w:lineRule="exact"/>
        <w:ind w:firstLine="0" w:left="0"/>
      </w:pPr>
      <w:r>
        <w:rPr>
          <w:rFonts w:ascii="EB Garamond" w:hAnsi="EB Garamond" w:eastAsia="EB Garamond"/>
          <w:sz w:val="22"/>
        </w:rPr>
        <w:t>“So you do know what happened.”</w:t>
      </w:r>
    </w:p>
    <w:p>
      <w:pPr>
        <w:spacing w:after="0" w:line="264" w:lineRule="exact"/>
        <w:ind w:firstLine="0" w:left="0"/>
      </w:pPr>
      <w:r>
        <w:rPr>
          <w:rFonts w:ascii="EB Garamond" w:hAnsi="EB Garamond" w:eastAsia="EB Garamond"/>
          <w:sz w:val="22"/>
        </w:rPr>
        <w:t>Elsie’s stomach twisted.</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“You literally just said—”</w:t>
      </w:r>
    </w:p>
    <w:p>
      <w:pPr>
        <w:spacing w:after="0" w:line="264" w:lineRule="exact"/>
        <w:ind w:firstLine="0" w:left="0"/>
      </w:pPr>
      <w:r>
        <w:rPr>
          <w:rFonts w:ascii="EB Garamond" w:hAnsi="EB Garamond" w:eastAsia="EB Garamond"/>
          <w:sz w:val="22"/>
        </w:rPr>
        <w:t>“I said the cops didn’t come.”</w:t>
      </w:r>
    </w:p>
    <w:p>
      <w:pPr>
        <w:spacing w:after="0" w:line="264" w:lineRule="exact"/>
        <w:ind w:firstLine="0" w:left="0"/>
      </w:pPr>
      <w:r>
        <w:rPr>
          <w:rFonts w:ascii="EB Garamond" w:hAnsi="EB Garamond" w:eastAsia="EB Garamond"/>
          <w:sz w:val="22"/>
        </w:rPr>
        <w:t>“How do you know?”</w:t>
      </w:r>
    </w:p>
    <w:p>
      <w:pPr>
        <w:spacing w:after="0" w:line="264" w:lineRule="exact"/>
        <w:ind w:firstLine="0" w:left="0"/>
      </w:pPr>
      <w:r>
        <w:rPr>
          <w:rFonts w:ascii="EB Garamond" w:hAnsi="EB Garamond" w:eastAsia="EB Garamond"/>
          <w:sz w:val="22"/>
        </w:rPr>
        <w:t>Mason stood.</w:t>
      </w:r>
    </w:p>
    <w:p>
      <w:pPr>
        <w:spacing w:after="0" w:line="264" w:lineRule="exact"/>
        <w:ind w:firstLine="0" w:left="0"/>
      </w:pPr>
      <w:r>
        <w:rPr>
          <w:rFonts w:ascii="EB Garamond" w:hAnsi="EB Garamond" w:eastAsia="EB Garamond"/>
          <w:sz w:val="22"/>
        </w:rPr>
        <w:t>Not dramatically.</w:t>
      </w:r>
    </w:p>
    <w:p>
      <w:pPr>
        <w:spacing w:after="0" w:line="264" w:lineRule="exact"/>
        <w:ind w:firstLine="0" w:left="0"/>
      </w:pPr>
      <w:r>
        <w:rPr>
          <w:rFonts w:ascii="EB Garamond" w:hAnsi="EB Garamond" w:eastAsia="EB Garamond"/>
          <w:sz w:val="22"/>
        </w:rPr>
        <w:t>Just enough that the conversation changed shape.</w:t>
      </w:r>
    </w:p>
    <w:p>
      <w:pPr>
        <w:spacing w:after="0" w:line="264" w:lineRule="exact"/>
        <w:ind w:firstLine="0" w:left="0"/>
      </w:pPr>
      <w:r>
        <w:rPr>
          <w:rFonts w:ascii="EB Garamond" w:hAnsi="EB Garamond" w:eastAsia="EB Garamond"/>
          <w:sz w:val="22"/>
        </w:rPr>
        <w:t>“Why do you care?”</w:t>
      </w:r>
    </w:p>
    <w:p>
      <w:pPr>
        <w:spacing w:after="0" w:line="264" w:lineRule="exact"/>
        <w:ind w:firstLine="0" w:left="0"/>
      </w:pPr>
      <w:r>
        <w:rPr>
          <w:rFonts w:ascii="EB Garamond" w:hAnsi="EB Garamond" w:eastAsia="EB Garamond"/>
          <w:sz w:val="22"/>
        </w:rPr>
        <w:t>The boy shrugged.</w:t>
      </w:r>
    </w:p>
    <w:p>
      <w:pPr>
        <w:spacing w:after="0" w:line="264" w:lineRule="exact"/>
        <w:ind w:firstLine="0" w:left="0"/>
      </w:pPr>
      <w:r>
        <w:rPr>
          <w:rFonts w:ascii="EB Garamond" w:hAnsi="EB Garamond" w:eastAsia="EB Garamond"/>
          <w:sz w:val="22"/>
        </w:rPr>
        <w:t>“I don’t.”</w:t>
      </w:r>
    </w:p>
    <w:p>
      <w:pPr>
        <w:spacing w:after="0" w:line="264" w:lineRule="exact"/>
        <w:ind w:firstLine="0" w:left="0"/>
      </w:pPr>
      <w:r>
        <w:rPr>
          <w:rFonts w:ascii="EB Garamond" w:hAnsi="EB Garamond" w:eastAsia="EB Garamond"/>
          <w:sz w:val="22"/>
        </w:rPr>
        <w:t>“Then stop asking.”</w:t>
      </w:r>
    </w:p>
    <w:p>
      <w:pPr>
        <w:spacing w:after="0" w:line="264" w:lineRule="exact"/>
        <w:ind w:firstLine="0" w:left="0"/>
      </w:pPr>
      <w:r>
        <w:rPr>
          <w:rFonts w:ascii="EB Garamond" w:hAnsi="EB Garamond" w:eastAsia="EB Garamond"/>
          <w:sz w:val="22"/>
        </w:rPr>
        <w:t>Nora looked at him.</w:t>
      </w:r>
    </w:p>
    <w:p>
      <w:pPr>
        <w:spacing w:after="0" w:line="264" w:lineRule="exact"/>
        <w:ind w:firstLine="0" w:left="0"/>
      </w:pPr>
      <w:r>
        <w:rPr>
          <w:rFonts w:ascii="EB Garamond" w:hAnsi="EB Garamond" w:eastAsia="EB Garamond"/>
          <w:sz w:val="22"/>
        </w:rPr>
        <w:t>“Also maybe don’t discuss somebody’s mother like she’s a Netflix episode.”</w:t>
      </w:r>
    </w:p>
    <w:p>
      <w:pPr>
        <w:spacing w:after="0" w:line="264" w:lineRule="exact"/>
        <w:ind w:firstLine="0" w:left="0"/>
      </w:pPr>
      <w:r>
        <w:rPr>
          <w:rFonts w:ascii="EB Garamond" w:hAnsi="EB Garamond" w:eastAsia="EB Garamond"/>
          <w:sz w:val="22"/>
        </w:rPr>
        <w:t>The boy rolled his eyes.</w:t>
      </w:r>
    </w:p>
    <w:p>
      <w:pPr>
        <w:spacing w:after="0" w:line="264" w:lineRule="exact"/>
        <w:ind w:firstLine="0" w:left="0"/>
      </w:pPr>
      <w:r>
        <w:rPr>
          <w:rFonts w:ascii="EB Garamond" w:hAnsi="EB Garamond" w:eastAsia="EB Garamond"/>
          <w:sz w:val="22"/>
        </w:rPr>
        <w:t>“Whatever.”</w:t>
      </w:r>
    </w:p>
    <w:p>
      <w:pPr>
        <w:spacing w:after="0" w:line="264" w:lineRule="exact"/>
        <w:ind w:firstLine="0" w:left="0"/>
      </w:pPr>
      <w:r>
        <w:rPr>
          <w:rFonts w:ascii="EB Garamond" w:hAnsi="EB Garamond" w:eastAsia="EB Garamond"/>
          <w:sz w:val="22"/>
        </w:rPr>
        <w:t>He turned back around.</w:t>
      </w:r>
    </w:p>
    <w:p>
      <w:pPr>
        <w:spacing w:after="0" w:line="264" w:lineRule="exact"/>
        <w:ind w:firstLine="0" w:left="0"/>
      </w:pPr>
      <w:r>
        <w:rPr>
          <w:rFonts w:ascii="EB Garamond" w:hAnsi="EB Garamond" w:eastAsia="EB Garamond"/>
          <w:sz w:val="22"/>
        </w:rPr>
        <w:t>Elsie sat.</w:t>
      </w:r>
    </w:p>
    <w:p>
      <w:pPr>
        <w:spacing w:after="0" w:line="264" w:lineRule="exact"/>
        <w:ind w:firstLine="0" w:left="0"/>
      </w:pPr>
      <w:r>
        <w:rPr>
          <w:rFonts w:ascii="EB Garamond" w:hAnsi="EB Garamond" w:eastAsia="EB Garamond"/>
          <w:sz w:val="22"/>
        </w:rPr>
        <w:t>Her heart was pounding.</w:t>
      </w:r>
    </w:p>
    <w:p>
      <w:pPr>
        <w:spacing w:after="0" w:line="264" w:lineRule="exact"/>
        <w:ind w:firstLine="0" w:left="0"/>
      </w:pPr>
      <w:r>
        <w:rPr>
          <w:rFonts w:ascii="EB Garamond" w:hAnsi="EB Garamond" w:eastAsia="EB Garamond"/>
          <w:sz w:val="22"/>
        </w:rPr>
        <w:t>Mason looked at her.</w:t>
      </w:r>
    </w:p>
    <w:p>
      <w:pPr>
        <w:spacing w:after="0" w:line="264" w:lineRule="exact"/>
        <w:ind w:firstLine="0" w:left="0"/>
      </w:pPr>
      <w:r>
        <w:rPr>
          <w:rFonts w:ascii="EB Garamond" w:hAnsi="EB Garamond" w:eastAsia="EB Garamond"/>
          <w:sz w:val="22"/>
        </w:rPr>
        <w:t>“You okay?”</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Nora pushed the yogurt away.</w:t>
      </w:r>
    </w:p>
    <w:p>
      <w:pPr>
        <w:spacing w:after="0" w:line="264" w:lineRule="exact"/>
        <w:ind w:firstLine="0" w:left="0"/>
      </w:pPr>
      <w:r>
        <w:rPr>
          <w:rFonts w:ascii="EB Garamond" w:hAnsi="EB Garamond" w:eastAsia="EB Garamond"/>
          <w:sz w:val="22"/>
        </w:rPr>
        <w:t>“You gave them one fact.”</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“And now they know you know something.”</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“And now you’re going to spend the next six hours replaying it.”</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Nora nodded.</w:t>
      </w:r>
    </w:p>
    <w:p>
      <w:pPr>
        <w:spacing w:after="0" w:line="264" w:lineRule="exact"/>
        <w:ind w:firstLine="0" w:left="0"/>
      </w:pPr>
      <w:r>
        <w:rPr>
          <w:rFonts w:ascii="EB Garamond" w:hAnsi="EB Garamond" w:eastAsia="EB Garamond"/>
          <w:sz w:val="22"/>
        </w:rPr>
        <w:t>“Just checking.”</w:t>
      </w:r>
    </w:p>
    <w:p>
      <w:pPr>
        <w:spacing w:after="0" w:line="264" w:lineRule="exact"/>
        <w:ind w:firstLine="0" w:left="0"/>
      </w:pPr>
      <w:r>
        <w:rPr>
          <w:rFonts w:ascii="EB Garamond" w:hAnsi="EB Garamond" w:eastAsia="EB Garamond"/>
          <w:sz w:val="22"/>
        </w:rPr>
        <w:t>Elsie looked toward Maddie’s table.</w:t>
      </w:r>
    </w:p>
    <w:p>
      <w:pPr>
        <w:spacing w:after="0" w:line="264" w:lineRule="exact"/>
        <w:ind w:firstLine="0" w:left="0"/>
      </w:pPr>
      <w:r>
        <w:rPr>
          <w:rFonts w:ascii="EB Garamond" w:hAnsi="EB Garamond" w:eastAsia="EB Garamond"/>
          <w:sz w:val="22"/>
        </w:rPr>
        <w:t>Maddie was staring at her.</w:t>
      </w:r>
    </w:p>
    <w:p>
      <w:pPr>
        <w:spacing w:after="0" w:line="264" w:lineRule="exact"/>
        <w:ind w:firstLine="0" w:left="0"/>
      </w:pPr>
      <w:r>
        <w:rPr>
          <w:rFonts w:ascii="EB Garamond" w:hAnsi="EB Garamond" w:eastAsia="EB Garamond"/>
          <w:sz w:val="22"/>
        </w:rPr>
        <w:t>Elsie couldn’t read her face.</w:t>
      </w:r>
    </w:p>
    <w:p>
      <w:pPr>
        <w:spacing w:after="0" w:line="264" w:lineRule="exact"/>
        <w:ind w:firstLine="0" w:left="0"/>
      </w:pPr>
      <w:r>
        <w:rPr>
          <w:rFonts w:ascii="EB Garamond" w:hAnsi="EB Garamond" w:eastAsia="EB Garamond"/>
          <w:sz w:val="22"/>
        </w:rPr>
        <w:t>That was new.</w:t>
      </w:r>
    </w:p>
    <w:p>
      <w:pPr>
        <w:spacing w:after="0" w:line="264" w:lineRule="exact"/>
        <w:ind w:firstLine="0" w:left="0"/>
      </w:pPr>
      <w:r>
        <w:rPr>
          <w:rFonts w:ascii="EB Garamond" w:hAnsi="EB Garamond" w:eastAsia="EB Garamond"/>
          <w:sz w:val="22"/>
        </w:rPr>
        <w:t>For years, she had known every Maddie face.</w:t>
      </w:r>
    </w:p>
    <w:p>
      <w:pPr>
        <w:spacing w:after="0" w:line="264" w:lineRule="exact"/>
        <w:ind w:firstLine="0" w:left="0"/>
      </w:pPr>
      <w:r>
        <w:rPr>
          <w:rFonts w:ascii="EB Garamond" w:hAnsi="EB Garamond" w:eastAsia="EB Garamond"/>
          <w:sz w:val="22"/>
        </w:rPr>
        <w:t>Annoyed.</w:t>
      </w:r>
    </w:p>
    <w:p>
      <w:pPr>
        <w:spacing w:after="0" w:line="264" w:lineRule="exact"/>
        <w:ind w:firstLine="0" w:left="0"/>
      </w:pPr>
      <w:r>
        <w:rPr>
          <w:rFonts w:ascii="EB Garamond" w:hAnsi="EB Garamond" w:eastAsia="EB Garamond"/>
          <w:sz w:val="22"/>
        </w:rPr>
        <w:t>Fake annoyed.</w:t>
      </w:r>
    </w:p>
    <w:p>
      <w:pPr>
        <w:spacing w:after="0" w:line="264" w:lineRule="exact"/>
        <w:ind w:firstLine="0" w:left="0"/>
      </w:pPr>
      <w:r>
        <w:rPr>
          <w:rFonts w:ascii="EB Garamond" w:hAnsi="EB Garamond" w:eastAsia="EB Garamond"/>
          <w:sz w:val="22"/>
        </w:rPr>
        <w:t>Actually mad.</w:t>
      </w:r>
    </w:p>
    <w:p>
      <w:pPr>
        <w:spacing w:after="0" w:line="264" w:lineRule="exact"/>
        <w:ind w:firstLine="0" w:left="0"/>
      </w:pPr>
      <w:r>
        <w:rPr>
          <w:rFonts w:ascii="EB Garamond" w:hAnsi="EB Garamond" w:eastAsia="EB Garamond"/>
          <w:sz w:val="22"/>
        </w:rPr>
        <w:t>Trying not to laugh.</w:t>
      </w:r>
    </w:p>
    <w:p>
      <w:pPr>
        <w:spacing w:after="0" w:line="264" w:lineRule="exact"/>
        <w:ind w:firstLine="0" w:left="0"/>
      </w:pPr>
      <w:r>
        <w:rPr>
          <w:rFonts w:ascii="EB Garamond" w:hAnsi="EB Garamond" w:eastAsia="EB Garamond"/>
          <w:sz w:val="22"/>
        </w:rPr>
        <w:t>About to cry.</w:t>
      </w:r>
    </w:p>
    <w:p>
      <w:pPr>
        <w:spacing w:after="0" w:line="264" w:lineRule="exact"/>
        <w:ind w:firstLine="0" w:left="0"/>
      </w:pPr>
      <w:r>
        <w:rPr>
          <w:rFonts w:ascii="EB Garamond" w:hAnsi="EB Garamond" w:eastAsia="EB Garamond"/>
          <w:sz w:val="22"/>
        </w:rPr>
        <w:t>Pretending not to care.</w:t>
      </w:r>
    </w:p>
    <w:p>
      <w:pPr>
        <w:spacing w:after="0" w:line="264" w:lineRule="exact"/>
        <w:ind w:firstLine="0" w:left="0"/>
      </w:pPr>
      <w:r>
        <w:rPr>
          <w:rFonts w:ascii="EB Garamond" w:hAnsi="EB Garamond" w:eastAsia="EB Garamond"/>
          <w:sz w:val="22"/>
        </w:rPr>
        <w:t>This one?</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Maddie looked away.</w:t>
      </w:r>
    </w:p>
    <w:p>
      <w:pPr>
        <w:spacing w:after="0" w:line="264" w:lineRule="exact"/>
        <w:ind w:firstLine="0" w:left="0"/>
      </w:pPr>
      <w:r>
        <w:rPr>
          <w:rFonts w:ascii="EB Garamond" w:hAnsi="EB Garamond" w:eastAsia="EB Garamond"/>
          <w:sz w:val="22"/>
        </w:rPr>
        <w:t>Elsie’s stomach hurt.</w:t>
      </w:r>
    </w:p>
    <w:p>
      <w:pPr>
        <w:spacing w:after="0" w:line="264" w:lineRule="exact"/>
        <w:ind w:firstLine="0" w:left="0"/>
      </w:pPr>
      <w:r>
        <w:rPr>
          <w:rFonts w:ascii="EB Garamond" w:hAnsi="EB Garamond" w:eastAsia="EB Garamond"/>
          <w:sz w:val="22"/>
        </w:rPr>
        <w:t>After lunch, Ava caught her near the stairs.</w:t>
      </w:r>
    </w:p>
    <w:p>
      <w:pPr>
        <w:spacing w:after="0" w:line="264" w:lineRule="exact"/>
        <w:ind w:firstLine="0" w:left="0"/>
      </w:pPr>
      <w:r>
        <w:rPr>
          <w:rFonts w:ascii="EB Garamond" w:hAnsi="EB Garamond" w:eastAsia="EB Garamond"/>
          <w:sz w:val="22"/>
        </w:rPr>
        <w:t>“Hey.”</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“Hey.”</w:t>
      </w:r>
    </w:p>
    <w:p>
      <w:pPr>
        <w:spacing w:after="0" w:line="264" w:lineRule="exact"/>
        <w:ind w:firstLine="0" w:left="0"/>
      </w:pPr>
      <w:r>
        <w:rPr>
          <w:rFonts w:ascii="EB Garamond" w:hAnsi="EB Garamond" w:eastAsia="EB Garamond"/>
          <w:sz w:val="22"/>
        </w:rPr>
        <w:t>Ava glanced around.</w:t>
      </w:r>
    </w:p>
    <w:p>
      <w:pPr>
        <w:spacing w:after="0" w:line="264" w:lineRule="exact"/>
        <w:ind w:firstLine="0" w:left="0"/>
      </w:pPr>
      <w:r>
        <w:rPr>
          <w:rFonts w:ascii="EB Garamond" w:hAnsi="EB Garamond" w:eastAsia="EB Garamond"/>
          <w:sz w:val="22"/>
        </w:rPr>
        <w:t>“Can I ask you something?”</w:t>
      </w:r>
    </w:p>
    <w:p>
      <w:pPr>
        <w:spacing w:after="0" w:line="264" w:lineRule="exact"/>
        <w:ind w:firstLine="0" w:left="0"/>
      </w:pPr>
      <w:r>
        <w:rPr>
          <w:rFonts w:ascii="EB Garamond" w:hAnsi="EB Garamond" w:eastAsia="EB Garamond"/>
          <w:sz w:val="22"/>
        </w:rPr>
        <w:t>Elsie almost laughed.</w:t>
      </w:r>
    </w:p>
    <w:p>
      <w:pPr>
        <w:spacing w:after="0" w:line="264" w:lineRule="exact"/>
        <w:ind w:firstLine="0" w:left="0"/>
      </w:pPr>
      <w:r>
        <w:rPr>
          <w:rFonts w:ascii="EB Garamond" w:hAnsi="EB Garamond" w:eastAsia="EB Garamond"/>
          <w:sz w:val="22"/>
        </w:rPr>
        <w:t>Apparently that sentence was threatening now.</w:t>
      </w:r>
    </w:p>
    <w:p>
      <w:pPr>
        <w:spacing w:after="0" w:line="264" w:lineRule="exact"/>
        <w:ind w:firstLine="0" w:left="0"/>
      </w:pPr>
      <w:r>
        <w:rPr>
          <w:rFonts w:ascii="EB Garamond" w:hAnsi="EB Garamond" w:eastAsia="EB Garamond"/>
          <w:sz w:val="22"/>
        </w:rPr>
        <w:t>“Depends.”</w:t>
      </w:r>
    </w:p>
    <w:p>
      <w:pPr>
        <w:spacing w:after="0" w:line="264" w:lineRule="exact"/>
        <w:ind w:firstLine="0" w:left="0"/>
      </w:pPr>
      <w:r>
        <w:rPr>
          <w:rFonts w:ascii="EB Garamond" w:hAnsi="EB Garamond" w:eastAsia="EB Garamond"/>
          <w:sz w:val="22"/>
        </w:rPr>
        <w:t>“Did you tell those guys Maddie’s mom didn’t go to the hospital?”</w:t>
      </w:r>
    </w:p>
    <w:p>
      <w:pPr>
        <w:spacing w:after="0" w:line="264" w:lineRule="exact"/>
        <w:ind w:firstLine="0" w:left="0"/>
      </w:pPr>
      <w:r>
        <w:rPr>
          <w:rFonts w:ascii="EB Garamond" w:hAnsi="EB Garamond" w:eastAsia="EB Garamond"/>
          <w:sz w:val="22"/>
        </w:rPr>
        <w:t>Elsie closed her eyes.</w:t>
      </w:r>
    </w:p>
    <w:p>
      <w:pPr>
        <w:spacing w:after="0" w:line="264" w:lineRule="exact"/>
        <w:ind w:firstLine="0" w:left="0"/>
      </w:pPr>
      <w:r>
        <w:rPr>
          <w:rFonts w:ascii="EB Garamond" w:hAnsi="EB Garamond" w:eastAsia="EB Garamond"/>
          <w:sz w:val="22"/>
        </w:rPr>
        <w:t>“Great.”</w:t>
      </w:r>
    </w:p>
    <w:p>
      <w:pPr>
        <w:spacing w:after="0" w:line="264" w:lineRule="exact"/>
        <w:ind w:firstLine="0" w:left="0"/>
      </w:pPr>
      <w:r>
        <w:rPr>
          <w:rFonts w:ascii="EB Garamond" w:hAnsi="EB Garamond" w:eastAsia="EB Garamond"/>
          <w:sz w:val="22"/>
        </w:rPr>
        <w:t>“I’m not mad.”</w:t>
      </w:r>
    </w:p>
    <w:p>
      <w:pPr>
        <w:spacing w:after="0" w:line="264" w:lineRule="exact"/>
        <w:ind w:firstLine="0" w:left="0"/>
      </w:pPr>
      <w:r>
        <w:rPr>
          <w:rFonts w:ascii="EB Garamond" w:hAnsi="EB Garamond" w:eastAsia="EB Garamond"/>
          <w:sz w:val="22"/>
        </w:rPr>
        <w:t>“Is Maddie?”</w:t>
      </w:r>
    </w:p>
    <w:p>
      <w:pPr>
        <w:spacing w:after="0" w:line="264" w:lineRule="exact"/>
        <w:ind w:firstLine="0" w:left="0"/>
      </w:pPr>
      <w:r>
        <w:rPr>
          <w:rFonts w:ascii="EB Garamond" w:hAnsi="EB Garamond" w:eastAsia="EB Garamond"/>
          <w:sz w:val="22"/>
        </w:rPr>
        <w:t>Ava hesitated.</w:t>
      </w:r>
    </w:p>
    <w:p>
      <w:pPr>
        <w:spacing w:after="0" w:line="264" w:lineRule="exact"/>
        <w:ind w:firstLine="0" w:left="0"/>
      </w:pPr>
      <w:r>
        <w:rPr>
          <w:rFonts w:ascii="EB Garamond" w:hAnsi="EB Garamond" w:eastAsia="EB Garamond"/>
          <w:sz w:val="22"/>
        </w:rPr>
        <w:t>Wonderful.</w:t>
      </w:r>
    </w:p>
    <w:p>
      <w:pPr>
        <w:spacing w:after="0" w:line="264" w:lineRule="exact"/>
        <w:ind w:firstLine="0" w:left="0"/>
      </w:pPr>
      <w:r>
        <w:rPr>
          <w:rFonts w:ascii="EB Garamond" w:hAnsi="EB Garamond" w:eastAsia="EB Garamond"/>
          <w:sz w:val="22"/>
        </w:rPr>
        <w:t>“Ava.”</w:t>
      </w:r>
    </w:p>
    <w:p>
      <w:pPr>
        <w:spacing w:after="0" w:line="264" w:lineRule="exact"/>
        <w:ind w:firstLine="0" w:left="0"/>
      </w:pPr>
      <w:r>
        <w:rPr>
          <w:rFonts w:ascii="EB Garamond" w:hAnsi="EB Garamond" w:eastAsia="EB Garamond"/>
          <w:sz w:val="22"/>
        </w:rPr>
        <w:t>“She heard.”</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“She thinks you should stop talking about it.”</w:t>
      </w:r>
    </w:p>
    <w:p>
      <w:pPr>
        <w:spacing w:after="0" w:line="264" w:lineRule="exact"/>
        <w:ind w:firstLine="0" w:left="0"/>
      </w:pPr>
      <w:r>
        <w:rPr>
          <w:rFonts w:ascii="EB Garamond" w:hAnsi="EB Garamond" w:eastAsia="EB Garamond"/>
          <w:sz w:val="22"/>
        </w:rPr>
        <w:t>“I wasn’t talking about it.”</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“I was telling them something didn’t happen.”</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“Which should be better.”</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Elsie stared at her.</w:t>
      </w:r>
    </w:p>
    <w:p>
      <w:pPr>
        <w:spacing w:after="0" w:line="264" w:lineRule="exact"/>
        <w:ind w:firstLine="0" w:left="0"/>
      </w:pPr>
      <w:r>
        <w:rPr>
          <w:rFonts w:ascii="EB Garamond" w:hAnsi="EB Garamond" w:eastAsia="EB Garamond"/>
          <w:sz w:val="22"/>
        </w:rPr>
        <w:t>“Can you say something besides I know?”</w:t>
      </w:r>
    </w:p>
    <w:p>
      <w:pPr>
        <w:spacing w:after="0" w:line="264" w:lineRule="exact"/>
        <w:ind w:firstLine="0" w:left="0"/>
      </w:pPr>
      <w:r>
        <w:rPr>
          <w:rFonts w:ascii="EB Garamond" w:hAnsi="EB Garamond" w:eastAsia="EB Garamond"/>
          <w:sz w:val="22"/>
        </w:rPr>
        <w:t>Ava smiled slightly.</w:t>
      </w:r>
    </w:p>
    <w:p>
      <w:pPr>
        <w:spacing w:after="0" w:line="264" w:lineRule="exact"/>
        <w:ind w:firstLine="0" w:left="0"/>
      </w:pPr>
      <w:r>
        <w:rPr>
          <w:rFonts w:ascii="EB Garamond" w:hAnsi="EB Garamond" w:eastAsia="EB Garamond"/>
          <w:sz w:val="22"/>
        </w:rPr>
        <w:t>“Probably.”</w:t>
      </w:r>
    </w:p>
    <w:p>
      <w:pPr>
        <w:spacing w:after="0" w:line="264" w:lineRule="exact"/>
        <w:ind w:firstLine="0" w:left="0"/>
      </w:pPr>
      <w:r>
        <w:rPr>
          <w:rFonts w:ascii="EB Garamond" w:hAnsi="EB Garamond" w:eastAsia="EB Garamond"/>
          <w:sz w:val="22"/>
        </w:rPr>
        <w:t>Elsie leaned against the wall.</w:t>
      </w:r>
    </w:p>
    <w:p>
      <w:pPr>
        <w:spacing w:after="0" w:line="264" w:lineRule="exact"/>
        <w:ind w:firstLine="0" w:left="0"/>
      </w:pPr>
      <w:r>
        <w:rPr>
          <w:rFonts w:ascii="EB Garamond" w:hAnsi="EB Garamond" w:eastAsia="EB Garamond"/>
          <w:sz w:val="22"/>
        </w:rPr>
        <w:t>“They said the police came.”</w:t>
      </w:r>
    </w:p>
    <w:p>
      <w:pPr>
        <w:spacing w:after="0" w:line="264" w:lineRule="exact"/>
        <w:ind w:firstLine="0" w:left="0"/>
      </w:pPr>
      <w:r>
        <w:rPr>
          <w:rFonts w:ascii="EB Garamond" w:hAnsi="EB Garamond" w:eastAsia="EB Garamond"/>
          <w:sz w:val="22"/>
        </w:rPr>
        <w:t>Ava’s expression tightened.</w:t>
      </w:r>
    </w:p>
    <w:p>
      <w:pPr>
        <w:spacing w:after="0" w:line="264" w:lineRule="exact"/>
        <w:ind w:firstLine="0" w:left="0"/>
      </w:pPr>
      <w:r>
        <w:rPr>
          <w:rFonts w:ascii="EB Garamond" w:hAnsi="EB Garamond" w:eastAsia="EB Garamond"/>
          <w:sz w:val="22"/>
        </w:rPr>
        <w:t>“They didn’t.”</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“They didn’t go to the hospital either.”</w:t>
      </w:r>
    </w:p>
    <w:p>
      <w:pPr>
        <w:spacing w:after="0" w:line="264" w:lineRule="exact"/>
        <w:ind w:firstLine="0" w:left="0"/>
      </w:pPr>
      <w:r>
        <w:rPr>
          <w:rFonts w:ascii="EB Garamond" w:hAnsi="EB Garamond" w:eastAsia="EB Garamond"/>
          <w:sz w:val="22"/>
        </w:rPr>
        <w:t>Relief came so fast Elsie almost hated herself for it.</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Ava looked at her.</w:t>
      </w:r>
    </w:p>
    <w:p>
      <w:pPr>
        <w:spacing w:after="0" w:line="264" w:lineRule="exact"/>
        <w:ind w:firstLine="0" w:left="0"/>
      </w:pPr>
      <w:r>
        <w:rPr>
          <w:rFonts w:ascii="EB Garamond" w:hAnsi="EB Garamond" w:eastAsia="EB Garamond"/>
          <w:sz w:val="22"/>
        </w:rPr>
        <w:t>“Maddie’s aunt stayed again last night.”</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“And she’s staying tonight too.”</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“She made Maddie’s mom call somebody.”</w:t>
      </w:r>
    </w:p>
    <w:p>
      <w:pPr>
        <w:spacing w:after="0" w:line="264" w:lineRule="exact"/>
        <w:ind w:firstLine="0" w:left="0"/>
      </w:pPr>
      <w:r>
        <w:rPr>
          <w:rFonts w:ascii="EB Garamond" w:hAnsi="EB Garamond" w:eastAsia="EB Garamond"/>
          <w:sz w:val="22"/>
        </w:rPr>
        <w:t>Elsie looked up.</w:t>
      </w:r>
    </w:p>
    <w:p>
      <w:pPr>
        <w:spacing w:after="0" w:line="264" w:lineRule="exact"/>
        <w:ind w:firstLine="0" w:left="0"/>
      </w:pPr>
      <w:r>
        <w:rPr>
          <w:rFonts w:ascii="EB Garamond" w:hAnsi="EB Garamond" w:eastAsia="EB Garamond"/>
          <w:sz w:val="22"/>
        </w:rPr>
        <w:t>“Who?”</w:t>
      </w:r>
    </w:p>
    <w:p>
      <w:pPr>
        <w:spacing w:after="0" w:line="264" w:lineRule="exact"/>
        <w:ind w:firstLine="0" w:left="0"/>
      </w:pPr>
      <w:r>
        <w:rPr>
          <w:rFonts w:ascii="EB Garamond" w:hAnsi="EB Garamond" w:eastAsia="EB Garamond"/>
          <w:sz w:val="22"/>
        </w:rPr>
        <w:t>Ava immediately closed her mouth.</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There it was.</w:t>
      </w:r>
    </w:p>
    <w:p>
      <w:pPr>
        <w:spacing w:after="0" w:line="264" w:lineRule="exact"/>
        <w:ind w:firstLine="0" w:left="0"/>
      </w:pPr>
      <w:r>
        <w:rPr>
          <w:rFonts w:ascii="EB Garamond" w:hAnsi="EB Garamond" w:eastAsia="EB Garamond"/>
          <w:sz w:val="22"/>
        </w:rPr>
        <w:t>The line.</w:t>
      </w:r>
    </w:p>
    <w:p>
      <w:pPr>
        <w:spacing w:after="0" w:line="264" w:lineRule="exact"/>
        <w:ind w:firstLine="0" w:left="0"/>
      </w:pPr>
      <w:r>
        <w:rPr>
          <w:rFonts w:ascii="EB Garamond" w:hAnsi="EB Garamond" w:eastAsia="EB Garamond"/>
          <w:sz w:val="22"/>
        </w:rPr>
        <w:t>She had almost stepped over it without even noticing.</w:t>
      </w:r>
    </w:p>
    <w:p>
      <w:pPr>
        <w:spacing w:after="0" w:line="264" w:lineRule="exact"/>
        <w:ind w:firstLine="0" w:left="0"/>
      </w:pPr>
      <w:r>
        <w:rPr>
          <w:rFonts w:ascii="EB Garamond" w:hAnsi="EB Garamond" w:eastAsia="EB Garamond"/>
          <w:sz w:val="22"/>
        </w:rPr>
        <w:t>“Never mind.”</w:t>
      </w:r>
    </w:p>
    <w:p>
      <w:pPr>
        <w:spacing w:after="0" w:line="264" w:lineRule="exact"/>
        <w:ind w:firstLine="0" w:left="0"/>
      </w:pPr>
      <w:r>
        <w:rPr>
          <w:rFonts w:ascii="EB Garamond" w:hAnsi="EB Garamond" w:eastAsia="EB Garamond"/>
          <w:sz w:val="22"/>
        </w:rPr>
        <w:t>Ava studied her.</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“Seriously. Don’t tell me.”</w:t>
      </w:r>
    </w:p>
    <w:p>
      <w:pPr>
        <w:spacing w:after="0" w:line="264" w:lineRule="exact"/>
        <w:ind w:firstLine="0" w:left="0"/>
      </w:pPr>
      <w:r>
        <w:rPr>
          <w:rFonts w:ascii="EB Garamond" w:hAnsi="EB Garamond" w:eastAsia="EB Garamond"/>
          <w:sz w:val="22"/>
        </w:rPr>
        <w:t>Ava’s shoulders relaxed.</w:t>
      </w:r>
    </w:p>
    <w:p>
      <w:pPr>
        <w:spacing w:after="0" w:line="264" w:lineRule="exact"/>
        <w:ind w:firstLine="0" w:left="0"/>
      </w:pPr>
      <w:r>
        <w:rPr>
          <w:rFonts w:ascii="EB Garamond" w:hAnsi="EB Garamond" w:eastAsia="EB Garamond"/>
          <w:sz w:val="22"/>
        </w:rPr>
        <w:t>Elsie felt something in her chest loosen too.</w:t>
      </w:r>
    </w:p>
    <w:p>
      <w:pPr>
        <w:spacing w:after="0" w:line="264" w:lineRule="exact"/>
        <w:ind w:firstLine="0" w:left="0"/>
      </w:pPr>
      <w:r>
        <w:rPr>
          <w:rFonts w:ascii="EB Garamond" w:hAnsi="EB Garamond" w:eastAsia="EB Garamond"/>
          <w:sz w:val="22"/>
        </w:rPr>
        <w:t>Not because she didn’t want to know.</w:t>
      </w:r>
    </w:p>
    <w:p>
      <w:pPr>
        <w:spacing w:after="0" w:line="264" w:lineRule="exact"/>
        <w:ind w:firstLine="0" w:left="0"/>
      </w:pPr>
      <w:r>
        <w:rPr>
          <w:rFonts w:ascii="EB Garamond" w:hAnsi="EB Garamond" w:eastAsia="EB Garamond"/>
          <w:sz w:val="22"/>
        </w:rPr>
        <w:t>She desperately wanted to know.</w:t>
      </w:r>
    </w:p>
    <w:p>
      <w:pPr>
        <w:spacing w:after="0" w:line="264" w:lineRule="exact"/>
        <w:ind w:firstLine="0" w:left="0"/>
      </w:pPr>
      <w:r>
        <w:rPr>
          <w:rFonts w:ascii="EB Garamond" w:hAnsi="EB Garamond" w:eastAsia="EB Garamond"/>
          <w:sz w:val="22"/>
        </w:rPr>
        <w:t>That was the point.</w:t>
      </w:r>
    </w:p>
    <w:p>
      <w:pPr>
        <w:spacing w:after="0" w:line="264" w:lineRule="exact"/>
        <w:ind w:firstLine="0" w:left="0"/>
      </w:pPr>
      <w:r>
        <w:rPr>
          <w:rFonts w:ascii="EB Garamond" w:hAnsi="EB Garamond" w:eastAsia="EB Garamond"/>
          <w:sz w:val="22"/>
        </w:rPr>
        <w:t>Ava leaned beside her.</w:t>
      </w:r>
    </w:p>
    <w:p>
      <w:pPr>
        <w:spacing w:after="0" w:line="264" w:lineRule="exact"/>
        <w:ind w:firstLine="0" w:left="0"/>
      </w:pPr>
      <w:r>
        <w:rPr>
          <w:rFonts w:ascii="EB Garamond" w:hAnsi="EB Garamond" w:eastAsia="EB Garamond"/>
          <w:sz w:val="22"/>
        </w:rPr>
        <w:t>“She’s still mad at you.”</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“She also knows why you did it.”</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Ava continued.</w:t>
      </w:r>
    </w:p>
    <w:p>
      <w:pPr>
        <w:spacing w:after="0" w:line="264" w:lineRule="exact"/>
        <w:ind w:firstLine="0" w:left="0"/>
      </w:pPr>
      <w:r>
        <w:rPr>
          <w:rFonts w:ascii="EB Garamond" w:hAnsi="EB Garamond" w:eastAsia="EB Garamond"/>
          <w:sz w:val="22"/>
        </w:rPr>
        <w:t>“She doesn’t want to talk about it yet.”</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“And I think…”</w:t>
      </w:r>
    </w:p>
    <w:p>
      <w:pPr>
        <w:spacing w:after="0" w:line="264" w:lineRule="exact"/>
        <w:ind w:firstLine="0" w:left="0"/>
      </w:pPr>
      <w:r>
        <w:rPr>
          <w:rFonts w:ascii="EB Garamond" w:hAnsi="EB Garamond" w:eastAsia="EB Garamond"/>
          <w:sz w:val="22"/>
        </w:rPr>
        <w:t>Ava stopped.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“I think you keep trying to figure out whether she thinks you were right.”</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Apparently everyone had become a therapist.</w:t>
      </w:r>
    </w:p>
    <w:p>
      <w:pPr>
        <w:spacing w:after="0" w:line="264" w:lineRule="exact"/>
        <w:ind w:firstLine="0" w:left="0"/>
      </w:pPr>
      <w:r>
        <w:rPr>
          <w:rFonts w:ascii="EB Garamond" w:hAnsi="EB Garamond" w:eastAsia="EB Garamond"/>
          <w:sz w:val="22"/>
        </w:rPr>
        <w:t>“I’m not.”</w:t>
      </w:r>
    </w:p>
    <w:p>
      <w:pPr>
        <w:spacing w:after="0" w:line="264" w:lineRule="exact"/>
        <w:ind w:firstLine="0" w:left="0"/>
      </w:pPr>
      <w:r>
        <w:rPr>
          <w:rFonts w:ascii="EB Garamond" w:hAnsi="EB Garamond" w:eastAsia="EB Garamond"/>
          <w:sz w:val="22"/>
        </w:rPr>
        <w:t>Ava gave her a look.</w:t>
      </w:r>
    </w:p>
    <w:p>
      <w:pPr>
        <w:spacing w:after="0" w:line="264" w:lineRule="exact"/>
        <w:ind w:firstLine="0" w:left="0"/>
      </w:pPr>
      <w:r>
        <w:rPr>
          <w:rFonts w:ascii="EB Garamond" w:hAnsi="EB Garamond" w:eastAsia="EB Garamond"/>
          <w:sz w:val="22"/>
        </w:rPr>
        <w:t>“Fine.”</w:t>
      </w:r>
    </w:p>
    <w:p>
      <w:pPr>
        <w:spacing w:after="0" w:line="264" w:lineRule="exact"/>
        <w:ind w:firstLine="0" w:left="0"/>
      </w:pPr>
      <w:r>
        <w:rPr>
          <w:rFonts w:ascii="EB Garamond" w:hAnsi="EB Garamond" w:eastAsia="EB Garamond"/>
          <w:sz w:val="22"/>
        </w:rPr>
        <w:t>Fine Number Four.</w:t>
      </w:r>
    </w:p>
    <w:p>
      <w:pPr>
        <w:spacing w:after="0" w:line="264" w:lineRule="exact"/>
        <w:ind w:firstLine="0" w:left="0"/>
      </w:pPr>
      <w:r>
        <w:rPr>
          <w:rFonts w:ascii="EB Garamond" w:hAnsi="EB Garamond" w:eastAsia="EB Garamond"/>
          <w:sz w:val="22"/>
        </w:rPr>
        <w:t>Elsie almost smiled.</w:t>
      </w:r>
    </w:p>
    <w:p>
      <w:pPr>
        <w:spacing w:after="0" w:line="264" w:lineRule="exact"/>
        <w:ind w:firstLine="0" w:left="0"/>
      </w:pPr>
      <w:r>
        <w:rPr>
          <w:rFonts w:ascii="EB Garamond" w:hAnsi="EB Garamond" w:eastAsia="EB Garamond"/>
          <w:sz w:val="22"/>
        </w:rPr>
        <w:t>Ava continued.</w:t>
      </w:r>
    </w:p>
    <w:p>
      <w:pPr>
        <w:spacing w:after="0" w:line="264" w:lineRule="exact"/>
        <w:ind w:firstLine="0" w:left="0"/>
      </w:pPr>
      <w:r>
        <w:rPr>
          <w:rFonts w:ascii="EB Garamond" w:hAnsi="EB Garamond" w:eastAsia="EB Garamond"/>
          <w:sz w:val="22"/>
        </w:rPr>
        <w:t>“Maybe stop.”</w:t>
      </w:r>
    </w:p>
    <w:p>
      <w:pPr>
        <w:spacing w:after="0" w:line="264" w:lineRule="exact"/>
        <w:ind w:firstLine="0" w:left="0"/>
      </w:pPr>
      <w:r>
        <w:rPr>
          <w:rFonts w:ascii="EB Garamond" w:hAnsi="EB Garamond" w:eastAsia="EB Garamond"/>
          <w:sz w:val="22"/>
        </w:rPr>
        <w:t>That smile disappeared.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“Stop trying to find out whether she thinks you were right.”</w:t>
      </w:r>
    </w:p>
    <w:p>
      <w:pPr>
        <w:spacing w:after="0" w:line="264" w:lineRule="exact"/>
        <w:ind w:firstLine="0" w:left="0"/>
      </w:pPr>
      <w:r>
        <w:rPr>
          <w:rFonts w:ascii="EB Garamond" w:hAnsi="EB Garamond" w:eastAsia="EB Garamond"/>
          <w:sz w:val="22"/>
        </w:rPr>
        <w:t>“I haven’t asked her.”</w:t>
      </w:r>
    </w:p>
    <w:p>
      <w:pPr>
        <w:spacing w:after="0" w:line="264" w:lineRule="exact"/>
        <w:ind w:firstLine="0" w:left="0"/>
      </w:pPr>
      <w:r>
        <w:rPr>
          <w:rFonts w:ascii="EB Garamond" w:hAnsi="EB Garamond" w:eastAsia="EB Garamond"/>
          <w:sz w:val="22"/>
        </w:rPr>
        <w:t>“You don’t have to.”</w:t>
      </w:r>
    </w:p>
    <w:p>
      <w:pPr>
        <w:spacing w:after="0" w:line="264" w:lineRule="exact"/>
        <w:ind w:firstLine="0" w:left="0"/>
      </w:pPr>
      <w:r>
        <w:rPr>
          <w:rFonts w:ascii="EB Garamond" w:hAnsi="EB Garamond" w:eastAsia="EB Garamond"/>
          <w:sz w:val="22"/>
        </w:rPr>
        <w:t>Elsie looked away.</w:t>
      </w:r>
    </w:p>
    <w:p>
      <w:pPr>
        <w:spacing w:after="0" w:line="264" w:lineRule="exact"/>
        <w:ind w:firstLine="0" w:left="0"/>
      </w:pPr>
      <w:r>
        <w:rPr>
          <w:rFonts w:ascii="EB Garamond" w:hAnsi="EB Garamond" w:eastAsia="EB Garamond"/>
          <w:sz w:val="22"/>
        </w:rPr>
        <w:t>Ava’s voice softened.</w:t>
      </w:r>
    </w:p>
    <w:p>
      <w:pPr>
        <w:spacing w:after="0" w:line="264" w:lineRule="exact"/>
        <w:ind w:firstLine="0" w:left="0"/>
      </w:pPr>
      <w:r>
        <w:rPr>
          <w:rFonts w:ascii="EB Garamond" w:hAnsi="EB Garamond" w:eastAsia="EB Garamond"/>
          <w:sz w:val="22"/>
        </w:rPr>
        <w:t>“She’s dealing with her mom. And her dad. And everyone talking.”</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“So maybe whether she thinks you did the right thing isn’t the most important thing right now.”</w:t>
      </w:r>
    </w:p>
    <w:p>
      <w:pPr>
        <w:spacing w:after="0" w:line="264" w:lineRule="exact"/>
        <w:ind w:firstLine="0" w:left="0"/>
      </w:pPr>
      <w:r>
        <w:rPr>
          <w:rFonts w:ascii="EB Garamond" w:hAnsi="EB Garamond" w:eastAsia="EB Garamond"/>
          <w:sz w:val="22"/>
        </w:rPr>
        <w:t>That hurt.</w:t>
      </w:r>
    </w:p>
    <w:p>
      <w:pPr>
        <w:spacing w:after="0" w:line="264" w:lineRule="exact"/>
        <w:ind w:firstLine="0" w:left="0"/>
      </w:pPr>
      <w:r>
        <w:rPr>
          <w:rFonts w:ascii="EB Garamond" w:hAnsi="EB Garamond" w:eastAsia="EB Garamond"/>
          <w:sz w:val="22"/>
        </w:rPr>
        <w:t>Because it was true.</w:t>
      </w:r>
    </w:p>
    <w:p>
      <w:pPr>
        <w:spacing w:after="0" w:line="264" w:lineRule="exact"/>
        <w:ind w:firstLine="0" w:left="0"/>
      </w:pPr>
      <w:r>
        <w:rPr>
          <w:rFonts w:ascii="EB Garamond" w:hAnsi="EB Garamond" w:eastAsia="EB Garamond"/>
          <w:sz w:val="22"/>
        </w:rPr>
        <w:t>Elsie swallowed.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Ava bumped her shoulder lightly.</w:t>
      </w:r>
    </w:p>
    <w:p>
      <w:pPr>
        <w:spacing w:after="0" w:line="264" w:lineRule="exact"/>
        <w:ind w:firstLine="0" w:left="0"/>
      </w:pPr>
      <w:r>
        <w:rPr>
          <w:rFonts w:ascii="EB Garamond" w:hAnsi="EB Garamond" w:eastAsia="EB Garamond"/>
          <w:sz w:val="22"/>
        </w:rPr>
        <w:t>“I meant what I said yesterday. I’d have told my mom.”</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“But I’m not Maddie.”</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There was nothing to add to that.</w:t>
      </w:r>
    </w:p>
    <w:p>
      <w:pPr>
        <w:spacing w:after="0" w:line="264" w:lineRule="exact"/>
        <w:ind w:firstLine="0" w:left="0"/>
      </w:pPr>
      <w:r>
        <w:rPr>
          <w:rFonts w:ascii="EB Garamond" w:hAnsi="EB Garamond" w:eastAsia="EB Garamond"/>
          <w:sz w:val="22"/>
        </w:rPr>
        <w:t>By seventh period, the rumors had developed entire subplots.</w:t>
      </w:r>
    </w:p>
    <w:p>
      <w:pPr>
        <w:spacing w:after="0" w:line="264" w:lineRule="exact"/>
        <w:ind w:firstLine="0" w:left="0"/>
      </w:pPr>
      <w:r>
        <w:rPr>
          <w:rFonts w:ascii="EB Garamond" w:hAnsi="EB Garamond" w:eastAsia="EB Garamond"/>
          <w:sz w:val="22"/>
        </w:rPr>
        <w:t>Maddie’s mother had been hospitalized.</w:t>
      </w:r>
    </w:p>
    <w:p>
      <w:pPr>
        <w:spacing w:after="0" w:line="264" w:lineRule="exact"/>
        <w:ind w:firstLine="0" w:left="0"/>
      </w:pPr>
      <w:r>
        <w:rPr>
          <w:rFonts w:ascii="EB Garamond" w:hAnsi="EB Garamond" w:eastAsia="EB Garamond"/>
          <w:sz w:val="22"/>
        </w:rPr>
        <w:t>Maddie’s father had another family.</w:t>
      </w:r>
    </w:p>
    <w:p>
      <w:pPr>
        <w:spacing w:after="0" w:line="264" w:lineRule="exact"/>
        <w:ind w:firstLine="0" w:left="0"/>
      </w:pPr>
      <w:r>
        <w:rPr>
          <w:rFonts w:ascii="EB Garamond" w:hAnsi="EB Garamond" w:eastAsia="EB Garamond"/>
          <w:sz w:val="22"/>
        </w:rPr>
        <w:t>Maddie was moving.</w:t>
      </w:r>
    </w:p>
    <w:p>
      <w:pPr>
        <w:spacing w:after="0" w:line="264" w:lineRule="exact"/>
        <w:ind w:firstLine="0" w:left="0"/>
      </w:pPr>
      <w:r>
        <w:rPr>
          <w:rFonts w:ascii="EB Garamond" w:hAnsi="EB Garamond" w:eastAsia="EB Garamond"/>
          <w:sz w:val="22"/>
        </w:rPr>
        <w:t>Maddie’s parents had been divorced for months.</w:t>
      </w:r>
    </w:p>
    <w:p>
      <w:pPr>
        <w:spacing w:after="0" w:line="264" w:lineRule="exact"/>
        <w:ind w:firstLine="0" w:left="0"/>
      </w:pPr>
      <w:r>
        <w:rPr>
          <w:rFonts w:ascii="EB Garamond" w:hAnsi="EB Garamond" w:eastAsia="EB Garamond"/>
          <w:sz w:val="22"/>
        </w:rPr>
        <w:t>Maddie had been living with Ava.</w:t>
      </w:r>
    </w:p>
    <w:p>
      <w:pPr>
        <w:spacing w:after="0" w:line="264" w:lineRule="exact"/>
        <w:ind w:firstLine="0" w:left="0"/>
      </w:pPr>
      <w:r>
        <w:rPr>
          <w:rFonts w:ascii="EB Garamond" w:hAnsi="EB Garamond" w:eastAsia="EB Garamond"/>
          <w:sz w:val="22"/>
        </w:rPr>
        <w:t>That one was especially confusing.</w:t>
      </w:r>
    </w:p>
    <w:p>
      <w:pPr>
        <w:spacing w:after="0" w:line="264" w:lineRule="exact"/>
        <w:ind w:firstLine="0" w:left="0"/>
      </w:pPr>
      <w:r>
        <w:rPr>
          <w:rFonts w:ascii="EB Garamond" w:hAnsi="EB Garamond" w:eastAsia="EB Garamond"/>
          <w:sz w:val="22"/>
        </w:rPr>
        <w:t>Elsie heard it in the bathroom.</w:t>
      </w:r>
    </w:p>
    <w:p>
      <w:pPr>
        <w:spacing w:after="0" w:line="264" w:lineRule="exact"/>
        <w:ind w:firstLine="0" w:left="0"/>
      </w:pPr>
      <w:r>
        <w:rPr>
          <w:rFonts w:ascii="EB Garamond" w:hAnsi="EB Garamond" w:eastAsia="EB Garamond"/>
          <w:sz w:val="22"/>
        </w:rPr>
        <w:t>“No, she hasn’t.”</w:t>
      </w:r>
    </w:p>
    <w:p>
      <w:pPr>
        <w:spacing w:after="0" w:line="264" w:lineRule="exact"/>
        <w:ind w:firstLine="0" w:left="0"/>
      </w:pPr>
      <w:r>
        <w:rPr>
          <w:rFonts w:ascii="EB Garamond" w:hAnsi="EB Garamond" w:eastAsia="EB Garamond"/>
          <w:sz w:val="22"/>
        </w:rPr>
        <w:t>The words escaped automatically.</w:t>
      </w:r>
    </w:p>
    <w:p>
      <w:pPr>
        <w:spacing w:after="0" w:line="264" w:lineRule="exact"/>
        <w:ind w:firstLine="0" w:left="0"/>
      </w:pPr>
      <w:r>
        <w:rPr>
          <w:rFonts w:ascii="EB Garamond" w:hAnsi="EB Garamond" w:eastAsia="EB Garamond"/>
          <w:sz w:val="22"/>
        </w:rPr>
        <w:t>A sophomore applying lip gloss looked at her through the mirror.</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Elsie closed her eyes.</w:t>
      </w:r>
    </w:p>
    <w:p>
      <w:pPr>
        <w:spacing w:after="0" w:line="264" w:lineRule="exact"/>
        <w:ind w:firstLine="0" w:left="0"/>
      </w:pPr>
      <w:r>
        <w:rPr>
          <w:rFonts w:ascii="EB Garamond" w:hAnsi="EB Garamond" w:eastAsia="EB Garamond"/>
          <w:sz w:val="22"/>
        </w:rPr>
        <w:t>She had done it again.</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“But you said—”</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Elsie walked out.</w:t>
      </w:r>
    </w:p>
    <w:p>
      <w:pPr>
        <w:spacing w:after="0" w:line="264" w:lineRule="exact"/>
        <w:ind w:firstLine="0" w:left="0"/>
      </w:pPr>
      <w:r>
        <w:rPr>
          <w:rFonts w:ascii="EB Garamond" w:hAnsi="EB Garamond" w:eastAsia="EB Garamond"/>
          <w:sz w:val="22"/>
        </w:rPr>
        <w:t>Apparently not correcting people was going to require actual training.</w:t>
      </w:r>
    </w:p>
    <w:p>
      <w:pPr>
        <w:spacing w:after="0" w:line="264" w:lineRule="exact"/>
        <w:ind w:firstLine="0" w:left="0"/>
      </w:pPr>
      <w:r>
        <w:rPr>
          <w:rFonts w:ascii="EB Garamond" w:hAnsi="EB Garamond" w:eastAsia="EB Garamond"/>
          <w:sz w:val="22"/>
        </w:rPr>
        <w:t>At home, she dropped her backpack beside the kitchen table.</w:t>
      </w:r>
    </w:p>
    <w:p>
      <w:pPr>
        <w:spacing w:after="0" w:line="264" w:lineRule="exact"/>
        <w:ind w:firstLine="0" w:left="0"/>
      </w:pPr>
      <w:r>
        <w:rPr>
          <w:rFonts w:ascii="EB Garamond" w:hAnsi="EB Garamond" w:eastAsia="EB Garamond"/>
          <w:sz w:val="22"/>
        </w:rPr>
        <w:t>Her mother looked up from her laptop.</w:t>
      </w:r>
    </w:p>
    <w:p>
      <w:pPr>
        <w:spacing w:after="0" w:line="264" w:lineRule="exact"/>
        <w:ind w:firstLine="0" w:left="0"/>
      </w:pPr>
      <w:r>
        <w:rPr>
          <w:rFonts w:ascii="EB Garamond" w:hAnsi="EB Garamond" w:eastAsia="EB Garamond"/>
          <w:sz w:val="22"/>
        </w:rPr>
        <w:t>“How was school?”</w:t>
      </w:r>
    </w:p>
    <w:p>
      <w:pPr>
        <w:spacing w:after="0" w:line="264" w:lineRule="exact"/>
        <w:ind w:firstLine="0" w:left="0"/>
      </w:pPr>
      <w:r>
        <w:rPr>
          <w:rFonts w:ascii="EB Garamond" w:hAnsi="EB Garamond" w:eastAsia="EB Garamond"/>
          <w:sz w:val="22"/>
        </w:rPr>
        <w:t>“Everyone is stupid.”</w:t>
      </w:r>
    </w:p>
    <w:p>
      <w:pPr>
        <w:spacing w:after="0" w:line="264" w:lineRule="exact"/>
        <w:ind w:firstLine="0" w:left="0"/>
      </w:pPr>
      <w:r>
        <w:rPr>
          <w:rFonts w:ascii="EB Garamond" w:hAnsi="EB Garamond" w:eastAsia="EB Garamond"/>
          <w:sz w:val="22"/>
        </w:rPr>
        <w:t>“Productive day.”</w:t>
      </w:r>
    </w:p>
    <w:p>
      <w:pPr>
        <w:spacing w:after="0" w:line="264" w:lineRule="exact"/>
        <w:ind w:firstLine="0" w:left="0"/>
      </w:pPr>
      <w:r>
        <w:rPr>
          <w:rFonts w:ascii="EB Garamond" w:hAnsi="EB Garamond" w:eastAsia="EB Garamond"/>
          <w:sz w:val="22"/>
        </w:rPr>
        <w:t>“Apparently Maddie has lived with Ava for several months.”</w:t>
      </w:r>
    </w:p>
    <w:p>
      <w:pPr>
        <w:spacing w:after="0" w:line="264" w:lineRule="exact"/>
        <w:ind w:firstLine="0" w:left="0"/>
      </w:pPr>
      <w:r>
        <w:rPr>
          <w:rFonts w:ascii="EB Garamond" w:hAnsi="EB Garamond" w:eastAsia="EB Garamond"/>
          <w:sz w:val="22"/>
        </w:rPr>
        <w:t>Her mother frowned.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“Exactly.”</w:t>
      </w:r>
    </w:p>
    <w:p>
      <w:pPr>
        <w:spacing w:after="0" w:line="264" w:lineRule="exact"/>
        <w:ind w:firstLine="0" w:left="0"/>
      </w:pPr>
      <w:r>
        <w:rPr>
          <w:rFonts w:ascii="EB Garamond" w:hAnsi="EB Garamond" w:eastAsia="EB Garamond"/>
          <w:sz w:val="22"/>
        </w:rPr>
        <w:t>Elsie opened the refrigerator.</w:t>
      </w:r>
    </w:p>
    <w:p>
      <w:pPr>
        <w:spacing w:after="0" w:line="264" w:lineRule="exact"/>
        <w:ind w:firstLine="0" w:left="0"/>
      </w:pPr>
      <w:r>
        <w:rPr>
          <w:rFonts w:ascii="EB Garamond" w:hAnsi="EB Garamond" w:eastAsia="EB Garamond"/>
          <w:sz w:val="22"/>
        </w:rPr>
        <w:t>Closed it.</w:t>
      </w:r>
    </w:p>
    <w:p>
      <w:pPr>
        <w:spacing w:after="0" w:line="264" w:lineRule="exact"/>
        <w:ind w:firstLine="0" w:left="0"/>
      </w:pPr>
      <w:r>
        <w:rPr>
          <w:rFonts w:ascii="EB Garamond" w:hAnsi="EB Garamond" w:eastAsia="EB Garamond"/>
          <w:sz w:val="22"/>
        </w:rPr>
        <w:t>Opened it again.</w:t>
      </w:r>
    </w:p>
    <w:p>
      <w:pPr>
        <w:spacing w:after="0" w:line="264" w:lineRule="exact"/>
        <w:ind w:firstLine="0" w:left="0"/>
      </w:pPr>
      <w:r>
        <w:rPr>
          <w:rFonts w:ascii="EB Garamond" w:hAnsi="EB Garamond" w:eastAsia="EB Garamond"/>
          <w:sz w:val="22"/>
        </w:rPr>
        <w:t>Nothing new had appeared.</w:t>
      </w:r>
    </w:p>
    <w:p>
      <w:pPr>
        <w:spacing w:after="0" w:line="264" w:lineRule="exact"/>
        <w:ind w:firstLine="0" w:left="0"/>
      </w:pPr>
      <w:r>
        <w:rPr>
          <w:rFonts w:ascii="EB Garamond" w:hAnsi="EB Garamond" w:eastAsia="EB Garamond"/>
          <w:sz w:val="22"/>
        </w:rPr>
        <w:t>Her mother watched her.</w:t>
      </w:r>
    </w:p>
    <w:p>
      <w:pPr>
        <w:spacing w:after="0" w:line="264" w:lineRule="exact"/>
        <w:ind w:firstLine="0" w:left="0"/>
      </w:pPr>
      <w:r>
        <w:rPr>
          <w:rFonts w:ascii="EB Garamond" w:hAnsi="EB Garamond" w:eastAsia="EB Garamond"/>
          <w:sz w:val="22"/>
        </w:rPr>
        <w:t>“You want to talk?”</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Elsie shut the refrigerator.</w:t>
      </w:r>
    </w:p>
    <w:p>
      <w:pPr>
        <w:spacing w:after="0" w:line="264" w:lineRule="exact"/>
        <w:ind w:firstLine="0" w:left="0"/>
      </w:pPr>
      <w:r>
        <w:rPr>
          <w:rFonts w:ascii="EB Garamond" w:hAnsi="EB Garamond" w:eastAsia="EB Garamond"/>
          <w:sz w:val="22"/>
        </w:rPr>
        <w:t>“Why does everybody keep saying okay?”</w:t>
      </w:r>
    </w:p>
    <w:p>
      <w:pPr>
        <w:spacing w:after="0" w:line="264" w:lineRule="exact"/>
        <w:ind w:firstLine="0" w:left="0"/>
      </w:pPr>
      <w:r>
        <w:rPr>
          <w:rFonts w:ascii="EB Garamond" w:hAnsi="EB Garamond" w:eastAsia="EB Garamond"/>
          <w:sz w:val="22"/>
        </w:rPr>
        <w:t>Her mother blinked.</w:t>
      </w:r>
    </w:p>
    <w:p>
      <w:pPr>
        <w:spacing w:after="0" w:line="264" w:lineRule="exact"/>
        <w:ind w:firstLine="0" w:left="0"/>
      </w:pPr>
      <w:r>
        <w:rPr>
          <w:rFonts w:ascii="EB Garamond" w:hAnsi="EB Garamond" w:eastAsia="EB Garamond"/>
          <w:sz w:val="22"/>
        </w:rPr>
        <w:t>“Would you prefer resistance?”</w:t>
      </w:r>
    </w:p>
    <w:p>
      <w:pPr>
        <w:spacing w:after="0" w:line="264" w:lineRule="exact"/>
        <w:ind w:firstLine="0" w:left="0"/>
      </w:pPr>
      <w:r>
        <w:rPr>
          <w:rFonts w:ascii="EB Garamond" w:hAnsi="EB Garamond" w:eastAsia="EB Garamond"/>
          <w:sz w:val="22"/>
        </w:rPr>
        <w:t>“No.”</w:t>
      </w:r>
    </w:p>
    <w:p>
      <w:pPr>
        <w:spacing w:after="0" w:line="264" w:lineRule="exact"/>
        <w:ind w:firstLine="0" w:left="0"/>
      </w:pPr>
      <w:r>
        <w:rPr>
          <w:rFonts w:ascii="EB Garamond" w:hAnsi="EB Garamond" w:eastAsia="EB Garamond"/>
          <w:sz w:val="22"/>
        </w:rPr>
        <w:t>“Then okay.”</w:t>
      </w:r>
    </w:p>
    <w:p>
      <w:pPr>
        <w:spacing w:after="0" w:line="264" w:lineRule="exact"/>
        <w:ind w:firstLine="0" w:left="0"/>
      </w:pPr>
      <w:r>
        <w:rPr>
          <w:rFonts w:ascii="EB Garamond" w:hAnsi="EB Garamond" w:eastAsia="EB Garamond"/>
          <w:sz w:val="22"/>
        </w:rPr>
        <w:t>Elsie groaned and sat at the table.</w:t>
      </w:r>
    </w:p>
    <w:p>
      <w:pPr>
        <w:spacing w:after="0" w:line="264" w:lineRule="exact"/>
        <w:ind w:firstLine="0" w:left="0"/>
      </w:pPr>
      <w:r>
        <w:rPr>
          <w:rFonts w:ascii="EB Garamond" w:hAnsi="EB Garamond" w:eastAsia="EB Garamond"/>
          <w:sz w:val="22"/>
        </w:rPr>
        <w:t>Her mother smiled.</w:t>
      </w:r>
    </w:p>
    <w:p>
      <w:pPr>
        <w:spacing w:after="0" w:line="264" w:lineRule="exact"/>
        <w:ind w:firstLine="0" w:left="0"/>
      </w:pPr>
      <w:r>
        <w:rPr>
          <w:rFonts w:ascii="EB Garamond" w:hAnsi="EB Garamond" w:eastAsia="EB Garamond"/>
          <w:sz w:val="22"/>
        </w:rPr>
        <w:t>Barely.</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“People keep saying things that aren’t true.”</w:t>
      </w:r>
    </w:p>
    <w:p>
      <w:pPr>
        <w:spacing w:after="0" w:line="264" w:lineRule="exact"/>
        <w:ind w:firstLine="0" w:left="0"/>
      </w:pPr>
      <w:r>
        <w:rPr>
          <w:rFonts w:ascii="EB Garamond" w:hAnsi="EB Garamond" w:eastAsia="EB Garamond"/>
          <w:sz w:val="22"/>
        </w:rPr>
        <w:t>“I’m sure.”</w:t>
      </w:r>
    </w:p>
    <w:p>
      <w:pPr>
        <w:spacing w:after="0" w:line="264" w:lineRule="exact"/>
        <w:ind w:firstLine="0" w:left="0"/>
      </w:pPr>
      <w:r>
        <w:rPr>
          <w:rFonts w:ascii="EB Garamond" w:hAnsi="EB Garamond" w:eastAsia="EB Garamond"/>
          <w:sz w:val="22"/>
        </w:rPr>
        <w:t>“And I know they aren’t true.”</w:t>
      </w:r>
    </w:p>
    <w:p>
      <w:pPr>
        <w:spacing w:after="0" w:line="264" w:lineRule="exact"/>
        <w:ind w:firstLine="0" w:left="0"/>
      </w:pPr>
      <w:r>
        <w:rPr>
          <w:rFonts w:ascii="EB Garamond" w:hAnsi="EB Garamond" w:eastAsia="EB Garamond"/>
          <w:sz w:val="22"/>
        </w:rPr>
        <w:t>“Some of them.”</w:t>
      </w:r>
    </w:p>
    <w:p>
      <w:pPr>
        <w:spacing w:after="0" w:line="264" w:lineRule="exact"/>
        <w:ind w:firstLine="0" w:left="0"/>
      </w:pPr>
      <w:r>
        <w:rPr>
          <w:rFonts w:ascii="EB Garamond" w:hAnsi="EB Garamond" w:eastAsia="EB Garamond"/>
          <w:sz w:val="22"/>
        </w:rPr>
        <w:t>Elsie frowned.</w:t>
      </w:r>
    </w:p>
    <w:p>
      <w:pPr>
        <w:spacing w:after="0" w:line="264" w:lineRule="exact"/>
        <w:ind w:firstLine="0" w:left="0"/>
      </w:pPr>
      <w:r>
        <w:rPr>
          <w:rFonts w:ascii="EB Garamond" w:hAnsi="EB Garamond" w:eastAsia="EB Garamond"/>
          <w:sz w:val="22"/>
        </w:rPr>
        <w:t>“What does that mean?”</w:t>
      </w:r>
    </w:p>
    <w:p>
      <w:pPr>
        <w:spacing w:after="0" w:line="264" w:lineRule="exact"/>
        <w:ind w:firstLine="0" w:left="0"/>
      </w:pPr>
      <w:r>
        <w:rPr>
          <w:rFonts w:ascii="EB Garamond" w:hAnsi="EB Garamond" w:eastAsia="EB Garamond"/>
          <w:sz w:val="22"/>
        </w:rPr>
        <w:t>“It means you know the pieces Maddie has told you.”</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“You don’t know everything.”</w:t>
      </w:r>
    </w:p>
    <w:p>
      <w:pPr>
        <w:spacing w:after="0" w:line="264" w:lineRule="exact"/>
        <w:ind w:firstLine="0" w:left="0"/>
      </w:pPr>
      <w:r>
        <w:rPr>
          <w:rFonts w:ascii="EB Garamond" w:hAnsi="EB Garamond" w:eastAsia="EB Garamond"/>
          <w:sz w:val="22"/>
        </w:rPr>
        <w:t>“I know enough to know she doesn’t live with Ava.”</w:t>
      </w:r>
    </w:p>
    <w:p>
      <w:pPr>
        <w:spacing w:after="0" w:line="264" w:lineRule="exact"/>
        <w:ind w:firstLine="0" w:left="0"/>
      </w:pPr>
      <w:r>
        <w:rPr>
          <w:rFonts w:ascii="EB Garamond" w:hAnsi="EB Garamond" w:eastAsia="EB Garamond"/>
          <w:sz w:val="22"/>
        </w:rPr>
        <w:t>“Fair.”</w:t>
      </w:r>
    </w:p>
    <w:p>
      <w:pPr>
        <w:spacing w:after="0" w:line="264" w:lineRule="exact"/>
        <w:ind w:firstLine="0" w:left="0"/>
      </w:pPr>
      <w:r>
        <w:rPr>
          <w:rFonts w:ascii="EB Garamond" w:hAnsi="EB Garamond" w:eastAsia="EB Garamond"/>
          <w:sz w:val="22"/>
        </w:rPr>
        <w:t>Her mother closed the laptop.</w:t>
      </w:r>
    </w:p>
    <w:p>
      <w:pPr>
        <w:spacing w:after="0" w:line="264" w:lineRule="exact"/>
        <w:ind w:firstLine="0" w:left="0"/>
      </w:pPr>
      <w:r>
        <w:rPr>
          <w:rFonts w:ascii="EB Garamond" w:hAnsi="EB Garamond" w:eastAsia="EB Garamond"/>
          <w:sz w:val="22"/>
        </w:rPr>
        <w:t>“Do you remember when you were little and you thought Grandma was thirty-three?”</w:t>
      </w:r>
    </w:p>
    <w:p>
      <w:pPr>
        <w:spacing w:after="0" w:line="264" w:lineRule="exact"/>
        <w:ind w:firstLine="0" w:left="0"/>
      </w:pPr>
      <w:r>
        <w:rPr>
          <w:rFonts w:ascii="EB Garamond" w:hAnsi="EB Garamond" w:eastAsia="EB Garamond"/>
          <w:sz w:val="22"/>
        </w:rPr>
        <w:t>Elsie frowned.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“You were five.”</w:t>
      </w:r>
    </w:p>
    <w:p>
      <w:pPr>
        <w:spacing w:after="0" w:line="264" w:lineRule="exact"/>
        <w:ind w:firstLine="0" w:left="0"/>
      </w:pPr>
      <w:r>
        <w:rPr>
          <w:rFonts w:ascii="EB Garamond" w:hAnsi="EB Garamond" w:eastAsia="EB Garamond"/>
          <w:sz w:val="22"/>
        </w:rPr>
        <w:t>“That seems reasonable.”</w:t>
      </w:r>
    </w:p>
    <w:p>
      <w:pPr>
        <w:spacing w:after="0" w:line="264" w:lineRule="exact"/>
        <w:ind w:firstLine="0" w:left="0"/>
      </w:pPr>
      <w:r>
        <w:rPr>
          <w:rFonts w:ascii="EB Garamond" w:hAnsi="EB Garamond" w:eastAsia="EB Garamond"/>
          <w:sz w:val="22"/>
        </w:rPr>
        <w:t>“You knew I was thirty-two. So you announced to everyone at her birthday dinner that Grandma was thirty-three.”</w:t>
      </w:r>
    </w:p>
    <w:p>
      <w:pPr>
        <w:spacing w:after="0" w:line="264" w:lineRule="exact"/>
        <w:ind w:firstLine="0" w:left="0"/>
      </w:pPr>
      <w:r>
        <w:rPr>
          <w:rFonts w:ascii="EB Garamond" w:hAnsi="EB Garamond" w:eastAsia="EB Garamond"/>
          <w:sz w:val="22"/>
        </w:rPr>
        <w:t>Elsie smiled despite herself.</w:t>
      </w:r>
    </w:p>
    <w:p>
      <w:pPr>
        <w:spacing w:after="0" w:line="264" w:lineRule="exact"/>
        <w:ind w:firstLine="0" w:left="0"/>
      </w:pPr>
      <w:r>
        <w:rPr>
          <w:rFonts w:ascii="EB Garamond" w:hAnsi="EB Garamond" w:eastAsia="EB Garamond"/>
          <w:sz w:val="22"/>
        </w:rPr>
        <w:t>“She loved that.”</w:t>
      </w:r>
    </w:p>
    <w:p>
      <w:pPr>
        <w:spacing w:after="0" w:line="264" w:lineRule="exact"/>
        <w:ind w:firstLine="0" w:left="0"/>
      </w:pPr>
      <w:r>
        <w:rPr>
          <w:rFonts w:ascii="EB Garamond" w:hAnsi="EB Garamond" w:eastAsia="EB Garamond"/>
          <w:sz w:val="22"/>
        </w:rPr>
        <w:t>“She did.”</w:t>
      </w:r>
    </w:p>
    <w:p>
      <w:pPr>
        <w:spacing w:after="0" w:line="264" w:lineRule="exact"/>
        <w:ind w:firstLine="0" w:left="0"/>
      </w:pPr>
      <w:r>
        <w:rPr>
          <w:rFonts w:ascii="EB Garamond" w:hAnsi="EB Garamond" w:eastAsia="EB Garamond"/>
          <w:sz w:val="22"/>
        </w:rPr>
        <w:t>“What does this have to do with anything?”</w:t>
      </w:r>
    </w:p>
    <w:p>
      <w:pPr>
        <w:spacing w:after="0" w:line="264" w:lineRule="exact"/>
        <w:ind w:firstLine="0" w:left="0"/>
      </w:pPr>
      <w:r>
        <w:rPr>
          <w:rFonts w:ascii="EB Garamond" w:hAnsi="EB Garamond" w:eastAsia="EB Garamond"/>
          <w:sz w:val="22"/>
        </w:rPr>
        <w:t>“You weren’t lying.”</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“You were working with incomplete information.”</w:t>
      </w:r>
    </w:p>
    <w:p>
      <w:pPr>
        <w:spacing w:after="0" w:line="264" w:lineRule="exact"/>
        <w:ind w:firstLine="0" w:left="0"/>
      </w:pPr>
      <w:r>
        <w:rPr>
          <w:rFonts w:ascii="EB Garamond" w:hAnsi="EB Garamond" w:eastAsia="EB Garamond"/>
          <w:sz w:val="22"/>
        </w:rPr>
        <w:t>Her smile disappeared.</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Her mother continued.</w:t>
      </w:r>
    </w:p>
    <w:p>
      <w:pPr>
        <w:spacing w:after="0" w:line="264" w:lineRule="exact"/>
        <w:ind w:firstLine="0" w:left="0"/>
      </w:pPr>
      <w:r>
        <w:rPr>
          <w:rFonts w:ascii="EB Garamond" w:hAnsi="EB Garamond" w:eastAsia="EB Garamond"/>
          <w:sz w:val="22"/>
        </w:rPr>
        <w:t>“People do that constantly. Sometimes innocently. Sometimes carelessly. Sometimes because the version they heard is more interesting than the truth.”</w:t>
      </w:r>
    </w:p>
    <w:p>
      <w:pPr>
        <w:spacing w:after="0" w:line="264" w:lineRule="exact"/>
        <w:ind w:firstLine="0" w:left="0"/>
      </w:pPr>
      <w:r>
        <w:rPr>
          <w:rFonts w:ascii="EB Garamond" w:hAnsi="EB Garamond" w:eastAsia="EB Garamond"/>
          <w:sz w:val="22"/>
        </w:rPr>
        <w:t>Elsie thought about Hallway.</w:t>
      </w:r>
    </w:p>
    <w:p>
      <w:pPr>
        <w:spacing w:after="0" w:line="264" w:lineRule="exact"/>
        <w:ind w:firstLine="0" w:left="0"/>
      </w:pPr>
      <w:r>
        <w:rPr>
          <w:rFonts w:ascii="EB Garamond" w:hAnsi="EB Garamond" w:eastAsia="EB Garamond"/>
          <w:sz w:val="22"/>
        </w:rPr>
        <w:t>The girls in the hallway.</w:t>
      </w:r>
    </w:p>
    <w:p>
      <w:pPr>
        <w:spacing w:after="0" w:line="264" w:lineRule="exact"/>
        <w:ind w:firstLine="0" w:left="0"/>
      </w:pPr>
      <w:r>
        <w:rPr>
          <w:rFonts w:ascii="EB Garamond" w:hAnsi="EB Garamond" w:eastAsia="EB Garamond"/>
          <w:sz w:val="22"/>
        </w:rPr>
        <w:t>The boys at lunch.</w:t>
      </w:r>
    </w:p>
    <w:p>
      <w:pPr>
        <w:spacing w:after="0" w:line="264" w:lineRule="exact"/>
        <w:ind w:firstLine="0" w:left="0"/>
      </w:pPr>
      <w:r>
        <w:rPr>
          <w:rFonts w:ascii="EB Garamond" w:hAnsi="EB Garamond" w:eastAsia="EB Garamond"/>
          <w:sz w:val="22"/>
        </w:rPr>
        <w:t>Herself.</w:t>
      </w:r>
    </w:p>
    <w:p>
      <w:pPr>
        <w:spacing w:after="0" w:line="264" w:lineRule="exact"/>
        <w:ind w:firstLine="0" w:left="0"/>
      </w:pPr>
      <w:r>
        <w:rPr>
          <w:rFonts w:ascii="EB Garamond" w:hAnsi="EB Garamond" w:eastAsia="EB Garamond"/>
          <w:sz w:val="22"/>
        </w:rPr>
        <w:t>“How do you correct it without telling them more?”</w:t>
      </w:r>
    </w:p>
    <w:p>
      <w:pPr>
        <w:spacing w:after="0" w:line="264" w:lineRule="exact"/>
        <w:ind w:firstLine="0" w:left="0"/>
      </w:pPr>
      <w:r>
        <w:rPr>
          <w:rFonts w:ascii="EB Garamond" w:hAnsi="EB Garamond" w:eastAsia="EB Garamond"/>
          <w:sz w:val="22"/>
        </w:rPr>
        <w:t>“Sometimes you can’t.”</w:t>
      </w:r>
    </w:p>
    <w:p>
      <w:pPr>
        <w:spacing w:after="0" w:line="264" w:lineRule="exact"/>
        <w:ind w:firstLine="0" w:left="0"/>
      </w:pPr>
      <w:r>
        <w:rPr>
          <w:rFonts w:ascii="EB Garamond" w:hAnsi="EB Garamond" w:eastAsia="EB Garamond"/>
          <w:sz w:val="22"/>
        </w:rPr>
        <w:t>“I hate that answer.”</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“What if people think something worse?”</w:t>
      </w:r>
    </w:p>
    <w:p>
      <w:pPr>
        <w:spacing w:after="0" w:line="264" w:lineRule="exact"/>
        <w:ind w:firstLine="0" w:left="0"/>
      </w:pPr>
      <w:r>
        <w:rPr>
          <w:rFonts w:ascii="EB Garamond" w:hAnsi="EB Garamond" w:eastAsia="EB Garamond"/>
          <w:sz w:val="22"/>
        </w:rPr>
        <w:t>“Then they think something worse.”</w:t>
      </w:r>
    </w:p>
    <w:p>
      <w:pPr>
        <w:spacing w:after="0" w:line="264" w:lineRule="exact"/>
        <w:ind w:firstLine="0" w:left="0"/>
      </w:pPr>
      <w:r>
        <w:rPr>
          <w:rFonts w:ascii="EB Garamond" w:hAnsi="EB Garamond" w:eastAsia="EB Garamond"/>
          <w:sz w:val="22"/>
        </w:rPr>
        <w:t>“That’s terrible.”</w:t>
      </w:r>
    </w:p>
    <w:p>
      <w:pPr>
        <w:spacing w:after="0" w:line="264" w:lineRule="exact"/>
        <w:ind w:firstLine="0" w:left="0"/>
      </w:pPr>
      <w:r>
        <w:rPr>
          <w:rFonts w:ascii="EB Garamond" w:hAnsi="EB Garamond" w:eastAsia="EB Garamond"/>
          <w:sz w:val="22"/>
        </w:rPr>
        <w:t>“Yes.”</w:t>
      </w:r>
    </w:p>
    <w:p>
      <w:pPr>
        <w:spacing w:after="0" w:line="264" w:lineRule="exact"/>
        <w:ind w:firstLine="0" w:left="0"/>
      </w:pPr>
      <w:r>
        <w:rPr>
          <w:rFonts w:ascii="EB Garamond" w:hAnsi="EB Garamond" w:eastAsia="EB Garamond"/>
          <w:sz w:val="22"/>
        </w:rPr>
        <w:t>Elsie stared at the table.</w:t>
      </w:r>
    </w:p>
    <w:p>
      <w:pPr>
        <w:spacing w:after="0" w:line="264" w:lineRule="exact"/>
        <w:ind w:firstLine="0" w:left="0"/>
      </w:pPr>
      <w:r>
        <w:rPr>
          <w:rFonts w:ascii="EB Garamond" w:hAnsi="EB Garamond" w:eastAsia="EB Garamond"/>
          <w:sz w:val="22"/>
        </w:rPr>
        <w:t>Her mother reached across and squeezed her hand.</w:t>
      </w:r>
    </w:p>
    <w:p>
      <w:pPr>
        <w:spacing w:after="0" w:line="264" w:lineRule="exact"/>
        <w:ind w:firstLine="0" w:left="0"/>
      </w:pPr>
      <w:r>
        <w:rPr>
          <w:rFonts w:ascii="EB Garamond" w:hAnsi="EB Garamond" w:eastAsia="EB Garamond"/>
          <w:sz w:val="22"/>
        </w:rPr>
        <w:t>“You are not responsible for managing every version of a story that exists in someone else’s head.”</w:t>
      </w:r>
    </w:p>
    <w:p>
      <w:pPr>
        <w:spacing w:after="0" w:line="264" w:lineRule="exact"/>
        <w:ind w:firstLine="0" w:left="0"/>
      </w:pPr>
      <w:r>
        <w:rPr>
          <w:rFonts w:ascii="EB Garamond" w:hAnsi="EB Garamond" w:eastAsia="EB Garamond"/>
          <w:sz w:val="22"/>
        </w:rPr>
        <w:t>Elsie looked at her.</w:t>
      </w:r>
    </w:p>
    <w:p>
      <w:pPr>
        <w:spacing w:after="0" w:line="264" w:lineRule="exact"/>
        <w:ind w:firstLine="0" w:left="0"/>
      </w:pPr>
      <w:r>
        <w:rPr>
          <w:rFonts w:ascii="EB Garamond" w:hAnsi="EB Garamond" w:eastAsia="EB Garamond"/>
          <w:sz w:val="22"/>
        </w:rPr>
        <w:t>That felt suspiciously relevant to more than Maddie.</w:t>
      </w:r>
    </w:p>
    <w:p>
      <w:pPr>
        <w:spacing w:after="0" w:line="264" w:lineRule="exact"/>
        <w:ind w:firstLine="0" w:left="0"/>
      </w:pPr>
      <w:r>
        <w:rPr>
          <w:rFonts w:ascii="EB Garamond" w:hAnsi="EB Garamond" w:eastAsia="EB Garamond"/>
          <w:sz w:val="22"/>
        </w:rPr>
        <w:t>She did not appreciate it.</w:t>
      </w:r>
    </w:p>
    <w:p>
      <w:pPr>
        <w:spacing w:after="0" w:line="264" w:lineRule="exact"/>
        <w:ind w:firstLine="0" w:left="0"/>
      </w:pPr>
      <w:r>
        <w:rPr>
          <w:rFonts w:ascii="EB Garamond" w:hAnsi="EB Garamond" w:eastAsia="EB Garamond"/>
          <w:sz w:val="22"/>
        </w:rPr>
        <w:t>Her phone buzzed.</w:t>
      </w:r>
    </w:p>
    <w:p>
      <w:pPr>
        <w:spacing w:after="0" w:line="264" w:lineRule="exact"/>
        <w:ind w:firstLine="0" w:left="0"/>
      </w:pPr>
      <w:r>
        <w:rPr>
          <w:rFonts w:ascii="EB Garamond" w:hAnsi="EB Garamond" w:eastAsia="EB Garamond"/>
          <w:sz w:val="22"/>
        </w:rPr>
        <w:t>Maddie.</w:t>
      </w:r>
    </w:p>
    <w:p>
      <w:pPr>
        <w:spacing w:after="0" w:line="264" w:lineRule="exact"/>
        <w:ind w:firstLine="0" w:left="0"/>
      </w:pPr>
      <w:r>
        <w:rPr>
          <w:rFonts w:ascii="EB Garamond" w:hAnsi="EB Garamond" w:eastAsia="EB Garamond"/>
          <w:sz w:val="22"/>
        </w:rPr>
        <w:t>Elsie stopped breathing.</w:t>
      </w:r>
    </w:p>
    <w:p>
      <w:pPr>
        <w:spacing w:after="0" w:line="264" w:lineRule="exact"/>
        <w:ind w:firstLine="0" w:left="0"/>
      </w:pPr>
      <w:r>
        <w:rPr>
          <w:rFonts w:ascii="EB Garamond" w:hAnsi="EB Garamond" w:eastAsia="EB Garamond"/>
          <w:sz w:val="22"/>
        </w:rPr>
        <w:t>Her mother saw the name.</w:t>
      </w:r>
    </w:p>
    <w:p>
      <w:pPr>
        <w:spacing w:after="0" w:line="264" w:lineRule="exact"/>
        <w:ind w:firstLine="0" w:left="0"/>
      </w:pPr>
      <w:r>
        <w:rPr>
          <w:rFonts w:ascii="EB Garamond" w:hAnsi="EB Garamond" w:eastAsia="EB Garamond"/>
          <w:sz w:val="22"/>
        </w:rPr>
        <w:t>“I’m going to…”</w:t>
      </w:r>
    </w:p>
    <w:p>
      <w:pPr>
        <w:spacing w:after="0" w:line="264" w:lineRule="exact"/>
        <w:ind w:firstLine="0" w:left="0"/>
      </w:pPr>
      <w:r>
        <w:rPr>
          <w:rFonts w:ascii="EB Garamond" w:hAnsi="EB Garamond" w:eastAsia="EB Garamond"/>
          <w:sz w:val="22"/>
        </w:rPr>
        <w:t>She pointed vaguely toward the other room.</w:t>
      </w:r>
    </w:p>
    <w:p>
      <w:pPr>
        <w:spacing w:after="0" w:line="264" w:lineRule="exact"/>
        <w:ind w:firstLine="0" w:left="0"/>
      </w:pPr>
      <w:r>
        <w:rPr>
          <w:rFonts w:ascii="EB Garamond" w:hAnsi="EB Garamond" w:eastAsia="EB Garamond"/>
          <w:sz w:val="22"/>
        </w:rPr>
        <w:t>“You live here.”</w:t>
      </w:r>
    </w:p>
    <w:p>
      <w:pPr>
        <w:spacing w:after="0" w:line="264" w:lineRule="exact"/>
        <w:ind w:firstLine="0" w:left="0"/>
      </w:pPr>
      <w:r>
        <w:rPr>
          <w:rFonts w:ascii="EB Garamond" w:hAnsi="EB Garamond" w:eastAsia="EB Garamond"/>
          <w:sz w:val="22"/>
        </w:rPr>
        <w:t>“I suddenly need to live over there.”</w:t>
      </w:r>
    </w:p>
    <w:p>
      <w:pPr>
        <w:spacing w:after="0" w:line="264" w:lineRule="exact"/>
        <w:ind w:firstLine="0" w:left="0"/>
      </w:pPr>
      <w:r>
        <w:rPr>
          <w:rFonts w:ascii="EB Garamond" w:hAnsi="EB Garamond" w:eastAsia="EB Garamond"/>
          <w:sz w:val="22"/>
        </w:rPr>
        <w:t>Elsie almost laughed.</w:t>
      </w:r>
    </w:p>
    <w:p>
      <w:pPr>
        <w:spacing w:after="0" w:line="264" w:lineRule="exact"/>
        <w:ind w:firstLine="0" w:left="0"/>
      </w:pPr>
      <w:r>
        <w:rPr>
          <w:rFonts w:ascii="EB Garamond" w:hAnsi="EB Garamond" w:eastAsia="EB Garamond"/>
          <w:sz w:val="22"/>
        </w:rPr>
        <w:t>Her mother disappeared.</w:t>
      </w:r>
    </w:p>
    <w:p>
      <w:pPr>
        <w:spacing w:after="0" w:line="264" w:lineRule="exact"/>
        <w:ind w:firstLine="0" w:left="0"/>
      </w:pPr>
      <w:r>
        <w:rPr>
          <w:rFonts w:ascii="EB Garamond" w:hAnsi="EB Garamond" w:eastAsia="EB Garamond"/>
          <w:sz w:val="22"/>
        </w:rPr>
        <w:t>Elsie opened the message.</w:t>
      </w: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can we talk tomorrow</w:t>
      </w:r>
    </w:p>
    <w:p>
      <w:pPr>
        <w:spacing w:after="0" w:line="264" w:lineRule="exact"/>
        <w:ind w:firstLine="0" w:left="0"/>
      </w:pPr>
      <w:r>
        <w:rPr>
          <w:rFonts w:ascii="EB Garamond" w:hAnsi="EB Garamond" w:eastAsia="EB Garamond"/>
          <w:sz w:val="22"/>
        </w:rPr>
        <w:t>Her heart started pounding.</w:t>
      </w:r>
    </w:p>
    <w:p>
      <w:pPr>
        <w:spacing w:after="0" w:line="264" w:lineRule="exact"/>
        <w:ind w:firstLine="0" w:left="0"/>
      </w:pPr>
      <w:r>
        <w:rPr>
          <w:rFonts w:ascii="EB Garamond" w:hAnsi="EB Garamond" w:eastAsia="EB Garamond"/>
          <w:sz w:val="22"/>
        </w:rPr>
        <w:t>She typed:</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yes</w:t>
      </w:r>
    </w:p>
    <w:p>
      <w:pPr>
        <w:spacing w:after="0" w:line="264" w:lineRule="exact"/>
        <w:ind w:firstLine="0" w:left="0"/>
      </w:pPr>
      <w:r>
        <w:rPr>
          <w:rFonts w:ascii="EB Garamond" w:hAnsi="EB Garamond" w:eastAsia="EB Garamond"/>
          <w:sz w:val="22"/>
        </w:rPr>
        <w:t>Deleted it.</w:t>
      </w:r>
    </w:p>
    <w:p>
      <w:pPr>
        <w:spacing w:after="0" w:line="264" w:lineRule="exact"/>
        <w:ind w:firstLine="0" w:left="0"/>
      </w:pPr>
      <w:r>
        <w:rPr>
          <w:rFonts w:ascii="EB Garamond" w:hAnsi="EB Garamond" w:eastAsia="EB Garamond"/>
          <w:sz w:val="22"/>
        </w:rPr>
        <w:t>Too fast?</w:t>
      </w:r>
    </w:p>
    <w:p>
      <w:pPr>
        <w:spacing w:after="0" w:line="264" w:lineRule="exact"/>
        <w:ind w:firstLine="0" w:left="0"/>
      </w:pPr>
      <w:r>
        <w:rPr>
          <w:rFonts w:ascii="EB Garamond" w:hAnsi="EB Garamond" w:eastAsia="EB Garamond"/>
          <w:sz w:val="22"/>
        </w:rPr>
        <w:t>Why would yes be too fast?</w:t>
      </w:r>
    </w:p>
    <w:p>
      <w:pPr>
        <w:spacing w:after="0" w:line="264" w:lineRule="exact"/>
        <w:ind w:firstLine="0" w:left="0"/>
      </w:pPr>
      <w:r>
        <w:rPr>
          <w:rFonts w:ascii="EB Garamond" w:hAnsi="EB Garamond" w:eastAsia="EB Garamond"/>
          <w:sz w:val="22"/>
        </w:rPr>
        <w:t>She typed again.</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of course</w:t>
      </w:r>
    </w:p>
    <w:p>
      <w:pPr>
        <w:spacing w:after="0" w:line="264" w:lineRule="exact"/>
        <w:ind w:firstLine="0" w:left="0"/>
      </w:pPr>
      <w:r>
        <w:rPr>
          <w:rFonts w:ascii="EB Garamond" w:hAnsi="EB Garamond" w:eastAsia="EB Garamond"/>
          <w:sz w:val="22"/>
        </w:rPr>
        <w:t>Deleted.</w:t>
      </w:r>
    </w:p>
    <w:p>
      <w:pPr>
        <w:spacing w:after="0" w:line="264" w:lineRule="exact"/>
        <w:ind w:firstLine="0" w:left="0"/>
      </w:pPr>
      <w:r>
        <w:rPr>
          <w:rFonts w:ascii="EB Garamond" w:hAnsi="EB Garamond" w:eastAsia="EB Garamond"/>
          <w:sz w:val="22"/>
        </w:rPr>
        <w:t>That sounded like a forty-year-old.</w:t>
      </w:r>
    </w:p>
    <w:p>
      <w:pPr>
        <w:spacing w:after="0" w:line="264" w:lineRule="exact"/>
        <w:ind w:firstLine="0" w:left="0"/>
      </w:pPr>
      <w:r>
        <w:rPr>
          <w:rFonts w:ascii="EB Garamond" w:hAnsi="EB Garamond" w:eastAsia="EB Garamond"/>
          <w:sz w:val="22"/>
        </w:rPr>
        <w:t>Finally:</w:t>
      </w: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yeah</w:t>
      </w:r>
    </w:p>
    <w:p>
      <w:pPr>
        <w:spacing w:after="0" w:line="264" w:lineRule="exact"/>
        <w:ind w:firstLine="0" w:left="0"/>
      </w:pPr>
      <w:r>
        <w:rPr>
          <w:rFonts w:ascii="EB Garamond" w:hAnsi="EB Garamond" w:eastAsia="EB Garamond"/>
          <w:sz w:val="22"/>
        </w:rPr>
        <w:t>Maddie hearted it.</w:t>
      </w:r>
    </w:p>
    <w:p>
      <w:pPr>
        <w:spacing w:after="0" w:line="264" w:lineRule="exact"/>
        <w:ind w:firstLine="0" w:left="0"/>
      </w:pPr>
      <w:r>
        <w:rPr>
          <w:rFonts w:ascii="EB Garamond" w:hAnsi="EB Garamond" w:eastAsia="EB Garamond"/>
          <w:sz w:val="22"/>
        </w:rPr>
        <w:t>That was all.</w:t>
      </w:r>
    </w:p>
    <w:p>
      <w:pPr>
        <w:spacing w:after="0" w:line="264" w:lineRule="exact"/>
        <w:ind w:firstLine="0" w:left="0"/>
      </w:pPr>
      <w:r>
        <w:rPr>
          <w:rFonts w:ascii="EB Garamond" w:hAnsi="EB Garamond" w:eastAsia="EB Garamond"/>
          <w:sz w:val="22"/>
        </w:rPr>
        <w:t>Elsie stared at the tiny heart for an unreasonable amount of time.</w:t>
      </w:r>
    </w:p>
    <w:p>
      <w:pPr>
        <w:spacing w:after="0" w:line="264" w:lineRule="exact"/>
        <w:ind w:firstLine="0" w:left="0"/>
      </w:pPr>
      <w:r>
        <w:rPr>
          <w:rFonts w:ascii="EB Garamond" w:hAnsi="EB Garamond" w:eastAsia="EB Garamond"/>
          <w:sz w:val="22"/>
        </w:rPr>
        <w:t>Then she put the phone facedown.</w:t>
      </w:r>
    </w:p>
    <w:p>
      <w:pPr>
        <w:spacing w:after="0" w:line="264" w:lineRule="exact"/>
        <w:ind w:firstLine="0" w:left="0"/>
      </w:pPr>
      <w:r>
        <w:rPr>
          <w:rFonts w:ascii="EB Garamond" w:hAnsi="EB Garamond" w:eastAsia="EB Garamond"/>
          <w:sz w:val="22"/>
        </w:rPr>
        <w:t>She did not send another message.</w:t>
      </w:r>
    </w:p>
    <w:p>
      <w:pPr>
        <w:spacing w:after="0" w:line="264" w:lineRule="exact"/>
        <w:ind w:firstLine="0" w:left="0"/>
      </w:pPr>
      <w:r>
        <w:rPr>
          <w:rFonts w:ascii="EB Garamond" w:hAnsi="EB Garamond" w:eastAsia="EB Garamond"/>
          <w:sz w:val="22"/>
        </w:rPr>
        <w:t>Progress.</w:t>
      </w:r>
    </w:p>
    <w:p>
      <w:pPr>
        <w:spacing w:after="0" w:line="264" w:lineRule="exact"/>
        <w:ind w:firstLine="0" w:left="0"/>
      </w:pPr>
      <w:r>
        <w:rPr>
          <w:rFonts w:ascii="EB Garamond" w:hAnsi="EB Garamond" w:eastAsia="EB Garamond"/>
          <w:sz w:val="22"/>
        </w:rPr>
        <w:t>Friday, Maddie still didn’t sit with her at lunch.</w:t>
      </w:r>
    </w:p>
    <w:p>
      <w:pPr>
        <w:spacing w:after="0" w:line="264" w:lineRule="exact"/>
        <w:ind w:firstLine="0" w:left="0"/>
      </w:pPr>
      <w:r>
        <w:rPr>
          <w:rFonts w:ascii="EB Garamond" w:hAnsi="EB Garamond" w:eastAsia="EB Garamond"/>
          <w:sz w:val="22"/>
        </w:rPr>
        <w:t>Elsie tried not to interpret that as a sign.</w:t>
      </w:r>
    </w:p>
    <w:p>
      <w:pPr>
        <w:spacing w:after="0" w:line="264" w:lineRule="exact"/>
        <w:ind w:firstLine="0" w:left="0"/>
      </w:pPr>
      <w:r>
        <w:rPr>
          <w:rFonts w:ascii="EB Garamond" w:hAnsi="EB Garamond" w:eastAsia="EB Garamond"/>
          <w:sz w:val="22"/>
        </w:rPr>
        <w:t>Failed.</w:t>
      </w:r>
    </w:p>
    <w:p>
      <w:pPr>
        <w:spacing w:after="0" w:line="264" w:lineRule="exact"/>
        <w:ind w:firstLine="0" w:left="0"/>
      </w:pPr>
      <w:r>
        <w:rPr>
          <w:rFonts w:ascii="EB Garamond" w:hAnsi="EB Garamond" w:eastAsia="EB Garamond"/>
          <w:sz w:val="22"/>
        </w:rPr>
        <w:t>Mason and Nora sat with her.</w:t>
      </w:r>
    </w:p>
    <w:p>
      <w:pPr>
        <w:spacing w:after="0" w:line="264" w:lineRule="exact"/>
        <w:ind w:firstLine="0" w:left="0"/>
      </w:pPr>
      <w:r>
        <w:rPr>
          <w:rFonts w:ascii="EB Garamond" w:hAnsi="EB Garamond" w:eastAsia="EB Garamond"/>
          <w:sz w:val="22"/>
        </w:rPr>
        <w:t>Ava moved between tables.</w:t>
      </w:r>
    </w:p>
    <w:p>
      <w:pPr>
        <w:spacing w:after="0" w:line="264" w:lineRule="exact"/>
        <w:ind w:firstLine="0" w:left="0"/>
      </w:pPr>
      <w:r>
        <w:rPr>
          <w:rFonts w:ascii="EB Garamond" w:hAnsi="EB Garamond" w:eastAsia="EB Garamond"/>
          <w:sz w:val="22"/>
        </w:rPr>
        <w:t>Elsie didn’t ask her to choose.</w:t>
      </w:r>
    </w:p>
    <w:p>
      <w:pPr>
        <w:spacing w:after="0" w:line="264" w:lineRule="exact"/>
        <w:ind w:firstLine="0" w:left="0"/>
      </w:pPr>
      <w:r>
        <w:rPr>
          <w:rFonts w:ascii="EB Garamond" w:hAnsi="EB Garamond" w:eastAsia="EB Garamond"/>
          <w:sz w:val="22"/>
        </w:rPr>
        <w:t>That felt important.</w:t>
      </w:r>
    </w:p>
    <w:p>
      <w:pPr>
        <w:spacing w:after="0" w:line="264" w:lineRule="exact"/>
        <w:ind w:firstLine="0" w:left="0"/>
      </w:pPr>
      <w:r>
        <w:rPr>
          <w:rFonts w:ascii="EB Garamond" w:hAnsi="EB Garamond" w:eastAsia="EB Garamond"/>
          <w:sz w:val="22"/>
        </w:rPr>
        <w:t>At one point, Maddie laughed.</w:t>
      </w:r>
    </w:p>
    <w:p>
      <w:pPr>
        <w:spacing w:after="0" w:line="264" w:lineRule="exact"/>
        <w:ind w:firstLine="0" w:left="0"/>
      </w:pPr>
      <w:r>
        <w:rPr>
          <w:rFonts w:ascii="EB Garamond" w:hAnsi="EB Garamond" w:eastAsia="EB Garamond"/>
          <w:sz w:val="22"/>
        </w:rPr>
        <w:t>Really laughed.</w:t>
      </w:r>
    </w:p>
    <w:p>
      <w:pPr>
        <w:spacing w:after="0" w:line="264" w:lineRule="exact"/>
        <w:ind w:firstLine="0" w:left="0"/>
      </w:pPr>
      <w:r>
        <w:rPr>
          <w:rFonts w:ascii="EB Garamond" w:hAnsi="EB Garamond" w:eastAsia="EB Garamond"/>
          <w:sz w:val="22"/>
        </w:rPr>
        <w:t>Something Ava said made her bend forward and cover her mouth.</w:t>
      </w:r>
    </w:p>
    <w:p>
      <w:pPr>
        <w:spacing w:after="0" w:line="264" w:lineRule="exact"/>
        <w:ind w:firstLine="0" w:left="0"/>
      </w:pPr>
      <w:r>
        <w:rPr>
          <w:rFonts w:ascii="EB Garamond" w:hAnsi="EB Garamond" w:eastAsia="EB Garamond"/>
          <w:sz w:val="22"/>
        </w:rPr>
        <w:t>The sound reached Elsie from across the cafeteria.</w:t>
      </w:r>
    </w:p>
    <w:p>
      <w:pPr>
        <w:spacing w:after="0" w:line="264" w:lineRule="exact"/>
        <w:ind w:firstLine="0" w:left="0"/>
      </w:pPr>
      <w:r>
        <w:rPr>
          <w:rFonts w:ascii="EB Garamond" w:hAnsi="EB Garamond" w:eastAsia="EB Garamond"/>
          <w:sz w:val="22"/>
        </w:rPr>
        <w:t>Her first thought was:</w:t>
      </w:r>
    </w:p>
    <w:p>
      <w:pPr>
        <w:spacing w:after="0" w:line="264" w:lineRule="exact"/>
        <w:ind w:firstLine="0" w:left="0"/>
      </w:pPr>
      <w:r>
        <w:rPr>
          <w:rFonts w:ascii="EB Garamond" w:hAnsi="EB Garamond" w:eastAsia="EB Garamond"/>
          <w:i/>
          <w:sz w:val="22"/>
        </w:rPr>
        <w:t>She doesn’t even miss me.</w:t>
      </w:r>
    </w:p>
    <w:p>
      <w:pPr>
        <w:spacing w:after="0" w:line="264" w:lineRule="exact"/>
        <w:ind w:firstLine="0" w:left="0"/>
      </w:pPr>
      <w:r>
        <w:rPr>
          <w:rFonts w:ascii="EB Garamond" w:hAnsi="EB Garamond" w:eastAsia="EB Garamond"/>
          <w:sz w:val="22"/>
        </w:rPr>
        <w:t>Her second:</w:t>
      </w:r>
    </w:p>
    <w:p>
      <w:pPr>
        <w:spacing w:after="0" w:line="264" w:lineRule="exact"/>
        <w:ind w:firstLine="0" w:left="0"/>
      </w:pPr>
      <w:r>
        <w:rPr>
          <w:rFonts w:ascii="EB Garamond" w:hAnsi="EB Garamond" w:eastAsia="EB Garamond"/>
          <w:i/>
          <w:sz w:val="22"/>
        </w:rPr>
        <w:t>That’s horrible.</w:t>
      </w:r>
    </w:p>
    <w:p>
      <w:pPr>
        <w:spacing w:after="0" w:line="264" w:lineRule="exact"/>
        <w:ind w:firstLine="0" w:left="0"/>
      </w:pPr>
      <w:r>
        <w:rPr>
          <w:rFonts w:ascii="EB Garamond" w:hAnsi="EB Garamond" w:eastAsia="EB Garamond"/>
          <w:sz w:val="22"/>
        </w:rPr>
        <w:t>Maddie was allowed to laugh.</w:t>
      </w:r>
    </w:p>
    <w:p>
      <w:pPr>
        <w:spacing w:after="0" w:line="264" w:lineRule="exact"/>
        <w:ind w:firstLine="0" w:left="0"/>
      </w:pPr>
      <w:r>
        <w:rPr>
          <w:rFonts w:ascii="EB Garamond" w:hAnsi="EB Garamond" w:eastAsia="EB Garamond"/>
          <w:sz w:val="22"/>
        </w:rPr>
        <w:t>Her pain did not have to perform itself to prove Elsie mattered.</w:t>
      </w:r>
    </w:p>
    <w:p>
      <w:pPr>
        <w:spacing w:after="0" w:line="264" w:lineRule="exact"/>
        <w:ind w:firstLine="0" w:left="0"/>
      </w:pPr>
      <w:r>
        <w:rPr>
          <w:rFonts w:ascii="EB Garamond" w:hAnsi="EB Garamond" w:eastAsia="EB Garamond"/>
          <w:sz w:val="22"/>
        </w:rPr>
        <w:t>Elsie looked away.</w:t>
      </w:r>
    </w:p>
    <w:p>
      <w:pPr>
        <w:spacing w:after="0" w:line="264" w:lineRule="exact"/>
        <w:ind w:firstLine="0" w:left="0"/>
      </w:pPr>
      <w:r>
        <w:rPr>
          <w:rFonts w:ascii="EB Garamond" w:hAnsi="EB Garamond" w:eastAsia="EB Garamond"/>
          <w:sz w:val="22"/>
        </w:rPr>
        <w:t>At the end of lunch, someone sat across from her.</w:t>
      </w:r>
    </w:p>
    <w:p>
      <w:pPr>
        <w:spacing w:after="0" w:line="264" w:lineRule="exact"/>
        <w:ind w:firstLine="0" w:left="0"/>
      </w:pPr>
      <w:r>
        <w:rPr>
          <w:rFonts w:ascii="EB Garamond" w:hAnsi="EB Garamond" w:eastAsia="EB Garamond"/>
          <w:sz w:val="22"/>
        </w:rPr>
        <w:t>Maddie.</w:t>
      </w:r>
    </w:p>
    <w:p>
      <w:pPr>
        <w:spacing w:after="0" w:line="264" w:lineRule="exact"/>
        <w:ind w:firstLine="0" w:left="0"/>
      </w:pPr>
      <w:r>
        <w:rPr>
          <w:rFonts w:ascii="EB Garamond" w:hAnsi="EB Garamond" w:eastAsia="EB Garamond"/>
          <w:sz w:val="22"/>
        </w:rPr>
        <w:t>Elsie stopped breathing.</w:t>
      </w:r>
    </w:p>
    <w:p>
      <w:pPr>
        <w:spacing w:after="0" w:line="264" w:lineRule="exact"/>
        <w:ind w:firstLine="0" w:left="0"/>
      </w:pPr>
      <w:r>
        <w:rPr>
          <w:rFonts w:ascii="EB Garamond" w:hAnsi="EB Garamond" w:eastAsia="EB Garamond"/>
          <w:sz w:val="22"/>
        </w:rPr>
        <w:t>Mason immediately stood.</w:t>
      </w:r>
    </w:p>
    <w:p>
      <w:pPr>
        <w:spacing w:after="0" w:line="264" w:lineRule="exact"/>
        <w:ind w:firstLine="0" w:left="0"/>
      </w:pPr>
      <w:r>
        <w:rPr>
          <w:rFonts w:ascii="EB Garamond" w:hAnsi="EB Garamond" w:eastAsia="EB Garamond"/>
          <w:sz w:val="22"/>
        </w:rPr>
        <w:t>“I need…”</w:t>
      </w:r>
    </w:p>
    <w:p>
      <w:pPr>
        <w:spacing w:after="0" w:line="264" w:lineRule="exact"/>
        <w:ind w:firstLine="0" w:left="0"/>
      </w:pPr>
      <w:r>
        <w:rPr>
          <w:rFonts w:ascii="EB Garamond" w:hAnsi="EB Garamond" w:eastAsia="EB Garamond"/>
          <w:sz w:val="22"/>
        </w:rPr>
        <w:t>He looked around.</w:t>
      </w:r>
    </w:p>
    <w:p>
      <w:pPr>
        <w:spacing w:after="0" w:line="264" w:lineRule="exact"/>
        <w:ind w:firstLine="0" w:left="0"/>
      </w:pPr>
      <w:r>
        <w:rPr>
          <w:rFonts w:ascii="EB Garamond" w:hAnsi="EB Garamond" w:eastAsia="EB Garamond"/>
          <w:sz w:val="22"/>
        </w:rPr>
        <w:t>“Something.”</w:t>
      </w:r>
    </w:p>
    <w:p>
      <w:pPr>
        <w:spacing w:after="0" w:line="264" w:lineRule="exact"/>
        <w:ind w:firstLine="0" w:left="0"/>
      </w:pPr>
      <w:r>
        <w:rPr>
          <w:rFonts w:ascii="EB Garamond" w:hAnsi="EB Garamond" w:eastAsia="EB Garamond"/>
          <w:sz w:val="22"/>
        </w:rPr>
        <w:t>Nora stood too.</w:t>
      </w:r>
    </w:p>
    <w:p>
      <w:pPr>
        <w:spacing w:after="0" w:line="264" w:lineRule="exact"/>
        <w:ind w:firstLine="0" w:left="0"/>
      </w:pPr>
      <w:r>
        <w:rPr>
          <w:rFonts w:ascii="EB Garamond" w:hAnsi="EB Garamond" w:eastAsia="EB Garamond"/>
          <w:sz w:val="22"/>
        </w:rPr>
        <w:t>“I also need something.”</w:t>
      </w:r>
    </w:p>
    <w:p>
      <w:pPr>
        <w:spacing w:after="0" w:line="264" w:lineRule="exact"/>
        <w:ind w:firstLine="0" w:left="0"/>
      </w:pPr>
      <w:r>
        <w:rPr>
          <w:rFonts w:ascii="EB Garamond" w:hAnsi="EB Garamond" w:eastAsia="EB Garamond"/>
          <w:sz w:val="22"/>
        </w:rPr>
        <w:t>They disappeared.</w:t>
      </w:r>
    </w:p>
    <w:p>
      <w:pPr>
        <w:spacing w:after="0" w:line="264" w:lineRule="exact"/>
        <w:ind w:firstLine="0" w:left="0"/>
      </w:pPr>
      <w:r>
        <w:rPr>
          <w:rFonts w:ascii="EB Garamond" w:hAnsi="EB Garamond" w:eastAsia="EB Garamond"/>
          <w:sz w:val="22"/>
        </w:rPr>
        <w:t>Subtle.</w:t>
      </w:r>
    </w:p>
    <w:p>
      <w:pPr>
        <w:spacing w:after="0" w:line="264" w:lineRule="exact"/>
        <w:ind w:firstLine="0" w:left="0"/>
      </w:pPr>
      <w:r>
        <w:rPr>
          <w:rFonts w:ascii="EB Garamond" w:hAnsi="EB Garamond" w:eastAsia="EB Garamond"/>
          <w:sz w:val="22"/>
        </w:rPr>
        <w:t>Maddie looked at Elsie.</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Finally:</w:t>
      </w:r>
    </w:p>
    <w:p>
      <w:pPr>
        <w:spacing w:after="0" w:line="264" w:lineRule="exact"/>
        <w:ind w:firstLine="0" w:left="0"/>
      </w:pPr>
      <w:r>
        <w:rPr>
          <w:rFonts w:ascii="EB Garamond" w:hAnsi="EB Garamond" w:eastAsia="EB Garamond"/>
          <w:sz w:val="22"/>
        </w:rPr>
        <w:t>“My mom’s okay.”</w:t>
      </w:r>
    </w:p>
    <w:p>
      <w:pPr>
        <w:spacing w:after="0" w:line="264" w:lineRule="exact"/>
        <w:ind w:firstLine="0" w:left="0"/>
      </w:pPr>
      <w:r>
        <w:rPr>
          <w:rFonts w:ascii="EB Garamond" w:hAnsi="EB Garamond" w:eastAsia="EB Garamond"/>
          <w:sz w:val="22"/>
        </w:rPr>
        <w:t>Relief hit so hard Elsie nearly cried.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“My aunt stayed for three nights.”</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“Good.”</w:t>
      </w:r>
    </w:p>
    <w:p>
      <w:pPr>
        <w:spacing w:after="0" w:line="264" w:lineRule="exact"/>
        <w:ind w:firstLine="0" w:left="0"/>
      </w:pPr>
      <w:r>
        <w:rPr>
          <w:rFonts w:ascii="EB Garamond" w:hAnsi="EB Garamond" w:eastAsia="EB Garamond"/>
          <w:sz w:val="22"/>
        </w:rPr>
        <w:t>“She made her call someone.”</w:t>
      </w:r>
    </w:p>
    <w:p>
      <w:pPr>
        <w:spacing w:after="0" w:line="264" w:lineRule="exact"/>
        <w:ind w:firstLine="0" w:left="0"/>
      </w:pPr>
      <w:r>
        <w:rPr>
          <w:rFonts w:ascii="EB Garamond" w:hAnsi="EB Garamond" w:eastAsia="EB Garamond"/>
          <w:sz w:val="22"/>
        </w:rPr>
        <w:t>Elsie didn’t ask who.</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“My dad came over.”</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“They talked.”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Maddie looked irritated.</w:t>
      </w:r>
    </w:p>
    <w:p>
      <w:pPr>
        <w:spacing w:after="0" w:line="264" w:lineRule="exact"/>
        <w:ind w:firstLine="0" w:left="0"/>
      </w:pPr>
      <w:r>
        <w:rPr>
          <w:rFonts w:ascii="EB Garamond" w:hAnsi="EB Garamond" w:eastAsia="EB Garamond"/>
          <w:sz w:val="22"/>
        </w:rPr>
        <w:t>“Are you only going to say okay?”</w:t>
      </w:r>
    </w:p>
    <w:p>
      <w:pPr>
        <w:spacing w:after="0" w:line="264" w:lineRule="exact"/>
        <w:ind w:firstLine="0" w:left="0"/>
      </w:pPr>
      <w:r>
        <w:rPr>
          <w:rFonts w:ascii="EB Garamond" w:hAnsi="EB Garamond" w:eastAsia="EB Garamond"/>
          <w:sz w:val="22"/>
        </w:rPr>
        <w:t>“I don’t know what I’m allowed to say.”</w:t>
      </w:r>
    </w:p>
    <w:p>
      <w:pPr>
        <w:spacing w:after="0" w:line="264" w:lineRule="exact"/>
        <w:ind w:firstLine="0" w:left="0"/>
      </w:pPr>
      <w:r>
        <w:rPr>
          <w:rFonts w:ascii="EB Garamond" w:hAnsi="EB Garamond" w:eastAsia="EB Garamond"/>
          <w:sz w:val="22"/>
        </w:rPr>
        <w:t>For the first time, Maddie’s face softened.</w:t>
      </w:r>
    </w:p>
    <w:p>
      <w:pPr>
        <w:spacing w:after="0" w:line="264" w:lineRule="exact"/>
        <w:ind w:firstLine="0" w:left="0"/>
      </w:pPr>
      <w:r>
        <w:rPr>
          <w:rFonts w:ascii="EB Garamond" w:hAnsi="EB Garamond" w:eastAsia="EB Garamond"/>
          <w:sz w:val="22"/>
        </w:rPr>
        <w:t>Barely.</w:t>
      </w:r>
    </w:p>
    <w:p>
      <w:pPr>
        <w:spacing w:after="0" w:line="264" w:lineRule="exact"/>
        <w:ind w:firstLine="0" w:left="0"/>
      </w:pPr>
      <w:r>
        <w:rPr>
          <w:rFonts w:ascii="EB Garamond" w:hAnsi="EB Garamond" w:eastAsia="EB Garamond"/>
          <w:sz w:val="22"/>
        </w:rPr>
        <w:t>“I don’t know either.”</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Neither spoke.</w:t>
      </w:r>
    </w:p>
    <w:p>
      <w:pPr>
        <w:spacing w:after="0" w:line="264" w:lineRule="exact"/>
        <w:ind w:firstLine="0" w:left="0"/>
      </w:pPr>
      <w:r>
        <w:rPr>
          <w:rFonts w:ascii="EB Garamond" w:hAnsi="EB Garamond" w:eastAsia="EB Garamond"/>
          <w:sz w:val="22"/>
        </w:rPr>
        <w:t>Then Maddie said:</w:t>
      </w:r>
    </w:p>
    <w:p>
      <w:pPr>
        <w:spacing w:after="0" w:line="264" w:lineRule="exact"/>
        <w:ind w:firstLine="0" w:left="0"/>
      </w:pPr>
      <w:r>
        <w:rPr>
          <w:rFonts w:ascii="EB Garamond" w:hAnsi="EB Garamond" w:eastAsia="EB Garamond"/>
          <w:sz w:val="22"/>
        </w:rPr>
        <w:t>“I know why you told your mom.”</w:t>
      </w:r>
    </w:p>
    <w:p>
      <w:pPr>
        <w:spacing w:after="0" w:line="264" w:lineRule="exact"/>
        <w:ind w:firstLine="0" w:left="0"/>
      </w:pPr>
      <w:r>
        <w:rPr>
          <w:rFonts w:ascii="EB Garamond" w:hAnsi="EB Garamond" w:eastAsia="EB Garamond"/>
          <w:sz w:val="22"/>
        </w:rPr>
        <w:t>Elsie’s throat tightened.</w:t>
      </w:r>
    </w:p>
    <w:p>
      <w:pPr>
        <w:spacing w:after="0" w:line="264" w:lineRule="exact"/>
        <w:ind w:firstLine="0" w:left="0"/>
      </w:pPr>
      <w:r>
        <w:rPr>
          <w:rFonts w:ascii="EB Garamond" w:hAnsi="EB Garamond" w:eastAsia="EB Garamond"/>
          <w:sz w:val="22"/>
        </w:rPr>
        <w:t>She didn’t move.</w:t>
      </w:r>
    </w:p>
    <w:p>
      <w:pPr>
        <w:spacing w:after="0" w:line="264" w:lineRule="exact"/>
        <w:ind w:firstLine="0" w:left="0"/>
      </w:pPr>
      <w:r>
        <w:rPr>
          <w:rFonts w:ascii="EB Garamond" w:hAnsi="EB Garamond" w:eastAsia="EB Garamond"/>
          <w:sz w:val="22"/>
        </w:rPr>
        <w:t>“I still hate that you did.”</w:t>
      </w:r>
    </w:p>
    <w:p>
      <w:pPr>
        <w:spacing w:after="0" w:line="264" w:lineRule="exact"/>
        <w:ind w:firstLine="0" w:left="0"/>
      </w:pPr>
      <w:r>
        <w:rPr>
          <w:rFonts w:ascii="EB Garamond" w:hAnsi="EB Garamond" w:eastAsia="EB Garamond"/>
          <w:sz w:val="22"/>
        </w:rPr>
        <w:t>Elsie nodded.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“And I know you didn’t post anything.”</w:t>
      </w:r>
    </w:p>
    <w:p>
      <w:pPr>
        <w:spacing w:after="0" w:line="264" w:lineRule="exact"/>
        <w:ind w:firstLine="0" w:left="0"/>
      </w:pPr>
      <w:r>
        <w:rPr>
          <w:rFonts w:ascii="EB Garamond" w:hAnsi="EB Garamond" w:eastAsia="EB Garamond"/>
          <w:sz w:val="22"/>
        </w:rPr>
        <w:t>Elsie swallowed.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Maddie looked down at the table.</w:t>
      </w:r>
    </w:p>
    <w:p>
      <w:pPr>
        <w:spacing w:after="0" w:line="264" w:lineRule="exact"/>
        <w:ind w:firstLine="0" w:left="0"/>
      </w:pPr>
      <w:r>
        <w:rPr>
          <w:rFonts w:ascii="EB Garamond" w:hAnsi="EB Garamond" w:eastAsia="EB Garamond"/>
          <w:sz w:val="22"/>
        </w:rPr>
        <w:t>“I don’t know if I believe you didn’t tell anybody about my dad.”</w:t>
      </w:r>
    </w:p>
    <w:p>
      <w:pPr>
        <w:spacing w:after="0" w:line="264" w:lineRule="exact"/>
        <w:ind w:firstLine="0" w:left="0"/>
      </w:pPr>
      <w:r>
        <w:rPr>
          <w:rFonts w:ascii="EB Garamond" w:hAnsi="EB Garamond" w:eastAsia="EB Garamond"/>
          <w:sz w:val="22"/>
        </w:rPr>
        <w:t>That hurt.</w:t>
      </w:r>
    </w:p>
    <w:p>
      <w:pPr>
        <w:spacing w:after="0" w:line="264" w:lineRule="exact"/>
        <w:ind w:firstLine="0" w:left="0"/>
      </w:pPr>
      <w:r>
        <w:rPr>
          <w:rFonts w:ascii="EB Garamond" w:hAnsi="EB Garamond" w:eastAsia="EB Garamond"/>
          <w:sz w:val="22"/>
        </w:rPr>
        <w:t>Elsie made herself stay still.</w:t>
      </w:r>
    </w:p>
    <w:p>
      <w:pPr>
        <w:spacing w:after="0" w:line="264" w:lineRule="exact"/>
        <w:ind w:firstLine="0" w:left="0"/>
      </w:pPr>
      <w:r>
        <w:rPr>
          <w:rFonts w:ascii="EB Garamond" w:hAnsi="EB Garamond" w:eastAsia="EB Garamond"/>
          <w:sz w:val="22"/>
        </w:rPr>
        <w:t>“I didn’t.”</w:t>
      </w:r>
    </w:p>
    <w:p>
      <w:pPr>
        <w:spacing w:after="0" w:line="264" w:lineRule="exact"/>
        <w:ind w:firstLine="0" w:left="0"/>
      </w:pPr>
      <w:r>
        <w:rPr>
          <w:rFonts w:ascii="EB Garamond" w:hAnsi="EB Garamond" w:eastAsia="EB Garamond"/>
          <w:sz w:val="22"/>
        </w:rPr>
        <w:t>Maddie looked at her.</w:t>
      </w:r>
    </w:p>
    <w:p>
      <w:pPr>
        <w:spacing w:after="0" w:line="264" w:lineRule="exact"/>
        <w:ind w:firstLine="0" w:left="0"/>
      </w:pPr>
      <w:r>
        <w:rPr>
          <w:rFonts w:ascii="EB Garamond" w:hAnsi="EB Garamond" w:eastAsia="EB Garamond"/>
          <w:sz w:val="22"/>
        </w:rPr>
        <w:t>Elsie didn’t add anything.</w:t>
      </w:r>
    </w:p>
    <w:p>
      <w:pPr>
        <w:spacing w:after="0" w:line="264" w:lineRule="exact"/>
        <w:ind w:firstLine="0" w:left="0"/>
      </w:pPr>
      <w:r>
        <w:rPr>
          <w:rFonts w:ascii="EB Garamond" w:hAnsi="EB Garamond" w:eastAsia="EB Garamond"/>
          <w:sz w:val="22"/>
        </w:rPr>
        <w:t>No explanation.</w:t>
      </w:r>
    </w:p>
    <w:p>
      <w:pPr>
        <w:spacing w:after="0" w:line="264" w:lineRule="exact"/>
        <w:ind w:firstLine="0" w:left="0"/>
      </w:pPr>
      <w:r>
        <w:rPr>
          <w:rFonts w:ascii="EB Garamond" w:hAnsi="EB Garamond" w:eastAsia="EB Garamond"/>
          <w:sz w:val="22"/>
        </w:rPr>
        <w:t>No list of evidence.</w:t>
      </w:r>
    </w:p>
    <w:p>
      <w:pPr>
        <w:spacing w:after="0" w:line="264" w:lineRule="exact"/>
        <w:ind w:firstLine="0" w:left="0"/>
      </w:pPr>
      <w:r>
        <w:rPr>
          <w:rFonts w:ascii="EB Garamond" w:hAnsi="EB Garamond" w:eastAsia="EB Garamond"/>
          <w:sz w:val="22"/>
        </w:rPr>
        <w:t>Just:</w:t>
      </w:r>
    </w:p>
    <w:p>
      <w:pPr>
        <w:spacing w:after="0" w:line="264" w:lineRule="exact"/>
        <w:ind w:firstLine="0" w:left="0"/>
      </w:pPr>
      <w:r>
        <w:rPr>
          <w:rFonts w:ascii="EB Garamond" w:hAnsi="EB Garamond" w:eastAsia="EB Garamond"/>
          <w:sz w:val="22"/>
        </w:rPr>
        <w:t>“I didn’t.”</w:t>
      </w:r>
    </w:p>
    <w:p>
      <w:pPr>
        <w:spacing w:after="0" w:line="264" w:lineRule="exact"/>
        <w:ind w:firstLine="0" w:left="0"/>
      </w:pPr>
      <w:r>
        <w:rPr>
          <w:rFonts w:ascii="EB Garamond" w:hAnsi="EB Garamond" w:eastAsia="EB Garamond"/>
          <w:sz w:val="22"/>
        </w:rPr>
        <w:t>Maddie nodded once.</w:t>
      </w:r>
    </w:p>
    <w:p>
      <w:pPr>
        <w:spacing w:after="0" w:line="264" w:lineRule="exact"/>
        <w:ind w:firstLine="0" w:left="0"/>
      </w:pPr>
      <w:r>
        <w:rPr>
          <w:rFonts w:ascii="EB Garamond" w:hAnsi="EB Garamond" w:eastAsia="EB Garamond"/>
          <w:sz w:val="22"/>
        </w:rPr>
        <w:t>Not belief.</w:t>
      </w:r>
    </w:p>
    <w:p>
      <w:pPr>
        <w:spacing w:after="0" w:line="264" w:lineRule="exact"/>
        <w:ind w:firstLine="0" w:left="0"/>
      </w:pPr>
      <w:r>
        <w:rPr>
          <w:rFonts w:ascii="EB Garamond" w:hAnsi="EB Garamond" w:eastAsia="EB Garamond"/>
          <w:sz w:val="22"/>
        </w:rPr>
        <w:t>Not disbelief.</w:t>
      </w:r>
    </w:p>
    <w:p>
      <w:pPr>
        <w:spacing w:after="0" w:line="264" w:lineRule="exact"/>
        <w:ind w:firstLine="0" w:left="0"/>
      </w:pPr>
      <w:r>
        <w:rPr>
          <w:rFonts w:ascii="EB Garamond" w:hAnsi="EB Garamond" w:eastAsia="EB Garamond"/>
          <w:sz w:val="22"/>
        </w:rPr>
        <w:t>Just acknowledgment.</w:t>
      </w:r>
    </w:p>
    <w:p>
      <w:pPr>
        <w:spacing w:after="0" w:line="264" w:lineRule="exact"/>
        <w:ind w:firstLine="0" w:left="0"/>
      </w:pPr>
      <w:r>
        <w:rPr>
          <w:rFonts w:ascii="EB Garamond" w:hAnsi="EB Garamond" w:eastAsia="EB Garamond"/>
          <w:sz w:val="22"/>
        </w:rPr>
        <w:t>“I told you because I thought you were safe,” Maddie said.</w:t>
      </w:r>
    </w:p>
    <w:p>
      <w:pPr>
        <w:spacing w:after="0" w:line="264" w:lineRule="exact"/>
        <w:ind w:firstLine="0" w:left="0"/>
      </w:pPr>
      <w:r>
        <w:rPr>
          <w:rFonts w:ascii="EB Garamond" w:hAnsi="EB Garamond" w:eastAsia="EB Garamond"/>
          <w:sz w:val="22"/>
        </w:rPr>
        <w:t>Elsie’s eyes burned.</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“And then everybody knew.”</w:t>
      </w:r>
    </w:p>
    <w:p>
      <w:pPr>
        <w:spacing w:after="0" w:line="264" w:lineRule="exact"/>
        <w:ind w:firstLine="0" w:left="0"/>
      </w:pPr>
      <w:r>
        <w:rPr>
          <w:rFonts w:ascii="EB Garamond" w:hAnsi="EB Garamond" w:eastAsia="EB Garamond"/>
          <w:sz w:val="22"/>
        </w:rPr>
        <w:t>“I know.”</w:t>
      </w:r>
    </w:p>
    <w:p>
      <w:pPr>
        <w:spacing w:after="0" w:line="264" w:lineRule="exact"/>
        <w:ind w:firstLine="0" w:left="0"/>
      </w:pPr>
      <w:r>
        <w:rPr>
          <w:rFonts w:ascii="EB Garamond" w:hAnsi="EB Garamond" w:eastAsia="EB Garamond"/>
          <w:sz w:val="22"/>
        </w:rPr>
        <w:t>“I know you didn’t tell everybody.”</w:t>
      </w:r>
    </w:p>
    <w:p>
      <w:pPr>
        <w:spacing w:after="0" w:line="264" w:lineRule="exact"/>
        <w:ind w:firstLine="0" w:left="0"/>
      </w:pPr>
      <w:r>
        <w:rPr>
          <w:rFonts w:ascii="EB Garamond" w:hAnsi="EB Garamond" w:eastAsia="EB Garamond"/>
          <w:sz w:val="22"/>
        </w:rPr>
        <w:t>Elsie waited.</w:t>
      </w:r>
    </w:p>
    <w:p>
      <w:pPr>
        <w:spacing w:after="0" w:line="264" w:lineRule="exact"/>
        <w:ind w:firstLine="0" w:left="0"/>
      </w:pPr>
      <w:r>
        <w:rPr>
          <w:rFonts w:ascii="EB Garamond" w:hAnsi="EB Garamond" w:eastAsia="EB Garamond"/>
          <w:sz w:val="22"/>
        </w:rPr>
        <w:t>“But it still feels like…”</w:t>
      </w:r>
    </w:p>
    <w:p>
      <w:pPr>
        <w:spacing w:after="0" w:line="264" w:lineRule="exact"/>
        <w:ind w:firstLine="0" w:left="0"/>
      </w:pPr>
      <w:r>
        <w:rPr>
          <w:rFonts w:ascii="EB Garamond" w:hAnsi="EB Garamond" w:eastAsia="EB Garamond"/>
          <w:sz w:val="22"/>
        </w:rPr>
        <w:t>Maddie stopped.</w:t>
      </w:r>
    </w:p>
    <w:p>
      <w:pPr>
        <w:spacing w:after="0" w:line="264" w:lineRule="exact"/>
        <w:ind w:firstLine="0" w:left="0"/>
      </w:pPr>
      <w:r>
        <w:rPr>
          <w:rFonts w:ascii="EB Garamond" w:hAnsi="EB Garamond" w:eastAsia="EB Garamond"/>
          <w:sz w:val="22"/>
        </w:rPr>
        <w:t>Elsie let her.</w:t>
      </w:r>
    </w:p>
    <w:p>
      <w:pPr>
        <w:spacing w:after="0" w:line="264" w:lineRule="exact"/>
        <w:ind w:firstLine="0" w:left="0"/>
      </w:pPr>
      <w:r>
        <w:rPr>
          <w:rFonts w:ascii="EB Garamond" w:hAnsi="EB Garamond" w:eastAsia="EB Garamond"/>
          <w:sz w:val="22"/>
        </w:rPr>
        <w:t>Maddie looked down.</w:t>
      </w:r>
    </w:p>
    <w:p>
      <w:pPr>
        <w:spacing w:after="0" w:line="264" w:lineRule="exact"/>
        <w:ind w:firstLine="0" w:left="0"/>
      </w:pPr>
      <w:r>
        <w:rPr>
          <w:rFonts w:ascii="EB Garamond" w:hAnsi="EB Garamond" w:eastAsia="EB Garamond"/>
          <w:sz w:val="22"/>
        </w:rPr>
        <w:t>“Like once I told you, it stopped being mine.”</w:t>
      </w:r>
    </w:p>
    <w:p>
      <w:pPr>
        <w:spacing w:after="0" w:line="264" w:lineRule="exact"/>
        <w:ind w:firstLine="0" w:left="0"/>
      </w:pPr>
      <w:r>
        <w:rPr>
          <w:rFonts w:ascii="EB Garamond" w:hAnsi="EB Garamond" w:eastAsia="EB Garamond"/>
          <w:sz w:val="22"/>
        </w:rPr>
        <w:t>There it was.</w:t>
      </w:r>
    </w:p>
    <w:p>
      <w:pPr>
        <w:spacing w:after="0" w:line="264" w:lineRule="exact"/>
        <w:ind w:firstLine="0" w:left="0"/>
      </w:pPr>
      <w:r>
        <w:rPr>
          <w:rFonts w:ascii="EB Garamond" w:hAnsi="EB Garamond" w:eastAsia="EB Garamond"/>
          <w:sz w:val="22"/>
        </w:rPr>
        <w:t>Elsie wanted to explain.</w:t>
      </w:r>
    </w:p>
    <w:p>
      <w:pPr>
        <w:spacing w:after="0" w:line="264" w:lineRule="exact"/>
        <w:ind w:firstLine="0" w:left="0"/>
      </w:pPr>
      <w:r>
        <w:rPr>
          <w:rFonts w:ascii="EB Garamond" w:hAnsi="EB Garamond" w:eastAsia="EB Garamond"/>
          <w:sz w:val="22"/>
        </w:rPr>
        <w:t>Her mother.</w:t>
      </w:r>
    </w:p>
    <w:p>
      <w:pPr>
        <w:spacing w:after="0" w:line="264" w:lineRule="exact"/>
        <w:ind w:firstLine="0" w:left="0"/>
      </w:pPr>
      <w:r>
        <w:rPr>
          <w:rFonts w:ascii="EB Garamond" w:hAnsi="EB Garamond" w:eastAsia="EB Garamond"/>
          <w:sz w:val="22"/>
        </w:rPr>
        <w:t>The text.</w:t>
      </w:r>
    </w:p>
    <w:p>
      <w:pPr>
        <w:spacing w:after="0" w:line="264" w:lineRule="exact"/>
        <w:ind w:firstLine="0" w:left="0"/>
      </w:pPr>
      <w:r>
        <w:rPr>
          <w:rFonts w:ascii="EB Garamond" w:hAnsi="EB Garamond" w:eastAsia="EB Garamond"/>
          <w:sz w:val="22"/>
        </w:rPr>
        <w:t>The aunt.</w:t>
      </w:r>
    </w:p>
    <w:p>
      <w:pPr>
        <w:spacing w:after="0" w:line="264" w:lineRule="exact"/>
        <w:ind w:firstLine="0" w:left="0"/>
      </w:pPr>
      <w:r>
        <w:rPr>
          <w:rFonts w:ascii="EB Garamond" w:hAnsi="EB Garamond" w:eastAsia="EB Garamond"/>
          <w:sz w:val="22"/>
        </w:rPr>
        <w:t>The reason.</w:t>
      </w:r>
    </w:p>
    <w:p>
      <w:pPr>
        <w:spacing w:after="0" w:line="264" w:lineRule="exact"/>
        <w:ind w:firstLine="0" w:left="0"/>
      </w:pPr>
      <w:r>
        <w:rPr>
          <w:rFonts w:ascii="EB Garamond" w:hAnsi="EB Garamond" w:eastAsia="EB Garamond"/>
          <w:sz w:val="22"/>
        </w:rPr>
        <w:t>She wanted to remind Maddie exactly what her mother had said.</w:t>
      </w:r>
    </w:p>
    <w:p>
      <w:pPr>
        <w:spacing w:after="0" w:line="264" w:lineRule="exact"/>
        <w:ind w:firstLine="0" w:left="0"/>
      </w:pPr>
      <w:r>
        <w:rPr>
          <w:rFonts w:ascii="EB Garamond" w:hAnsi="EB Garamond" w:eastAsia="EB Garamond"/>
          <w:sz w:val="22"/>
        </w:rPr>
        <w:t>She wanted to defend the decision until Maddie admitted Elsie had done the only thing she could.</w:t>
      </w:r>
    </w:p>
    <w:p>
      <w:pPr>
        <w:spacing w:after="0" w:line="264" w:lineRule="exact"/>
        <w:ind w:firstLine="0" w:left="0"/>
      </w:pPr>
      <w:r>
        <w:rPr>
          <w:rFonts w:ascii="EB Garamond" w:hAnsi="EB Garamond" w:eastAsia="EB Garamond"/>
          <w:sz w:val="22"/>
        </w:rPr>
        <w:t>Instead:</w:t>
      </w:r>
    </w:p>
    <w:p>
      <w:pPr>
        <w:spacing w:after="0" w:line="264" w:lineRule="exact"/>
        <w:ind w:firstLine="0" w:left="0"/>
      </w:pPr>
      <w:r>
        <w:rPr>
          <w:rFonts w:ascii="EB Garamond" w:hAnsi="EB Garamond" w:eastAsia="EB Garamond"/>
          <w:sz w:val="22"/>
        </w:rPr>
        <w:t>“I’m sorry.”</w:t>
      </w:r>
    </w:p>
    <w:p>
      <w:pPr>
        <w:spacing w:after="0" w:line="264" w:lineRule="exact"/>
        <w:ind w:firstLine="0" w:left="0"/>
      </w:pPr>
      <w:r>
        <w:rPr>
          <w:rFonts w:ascii="EB Garamond" w:hAnsi="EB Garamond" w:eastAsia="EB Garamond"/>
          <w:sz w:val="22"/>
        </w:rPr>
        <w:t>Maddie looked at her.</w:t>
      </w:r>
    </w:p>
    <w:p>
      <w:pPr>
        <w:spacing w:after="0" w:line="264" w:lineRule="exact"/>
        <w:ind w:firstLine="0" w:left="0"/>
      </w:pPr>
      <w:r>
        <w:rPr>
          <w:rFonts w:ascii="EB Garamond" w:hAnsi="EB Garamond" w:eastAsia="EB Garamond"/>
          <w:sz w:val="22"/>
        </w:rPr>
        <w:t>Elsie continued.</w:t>
      </w:r>
    </w:p>
    <w:p>
      <w:pPr>
        <w:spacing w:after="0" w:line="264" w:lineRule="exact"/>
        <w:ind w:firstLine="0" w:left="0"/>
      </w:pPr>
      <w:r>
        <w:rPr>
          <w:rFonts w:ascii="EB Garamond" w:hAnsi="EB Garamond" w:eastAsia="EB Garamond"/>
          <w:sz w:val="22"/>
        </w:rPr>
        <w:t>“I’m sorry it stopped feeling like yours.”</w:t>
      </w:r>
    </w:p>
    <w:p>
      <w:pPr>
        <w:spacing w:after="0" w:line="264" w:lineRule="exact"/>
        <w:ind w:firstLine="0" w:left="0"/>
      </w:pPr>
      <w:r>
        <w:rPr>
          <w:rFonts w:ascii="EB Garamond" w:hAnsi="EB Garamond" w:eastAsia="EB Garamond"/>
          <w:sz w:val="22"/>
        </w:rPr>
        <w:t>Maddie’s face crumpled for half a second.</w:t>
      </w:r>
    </w:p>
    <w:p>
      <w:pPr>
        <w:spacing w:after="0" w:line="264" w:lineRule="exact"/>
        <w:ind w:firstLine="0" w:left="0"/>
      </w:pPr>
      <w:r>
        <w:rPr>
          <w:rFonts w:ascii="EB Garamond" w:hAnsi="EB Garamond" w:eastAsia="EB Garamond"/>
          <w:sz w:val="22"/>
        </w:rPr>
        <w:t>She looked away.</w:t>
      </w:r>
    </w:p>
    <w:p>
      <w:pPr>
        <w:spacing w:after="0" w:line="264" w:lineRule="exact"/>
        <w:ind w:firstLine="0" w:left="0"/>
      </w:pPr>
      <w:r>
        <w:rPr>
          <w:rFonts w:ascii="EB Garamond" w:hAnsi="EB Garamond" w:eastAsia="EB Garamond"/>
          <w:sz w:val="22"/>
        </w:rPr>
        <w:t>“I’m still mad.”</w:t>
      </w:r>
    </w:p>
    <w:p>
      <w:pPr>
        <w:spacing w:after="0" w:line="264" w:lineRule="exact"/>
        <w:ind w:firstLine="0" w:left="0"/>
      </w:pPr>
      <w:r>
        <w:rPr>
          <w:rFonts w:ascii="EB Garamond" w:hAnsi="EB Garamond" w:eastAsia="EB Garamond"/>
          <w:sz w:val="22"/>
        </w:rPr>
        <w:t>“You can be.”</w:t>
      </w:r>
    </w:p>
    <w:p>
      <w:pPr>
        <w:spacing w:after="0" w:line="264" w:lineRule="exact"/>
        <w:ind w:firstLine="0" w:left="0"/>
      </w:pPr>
      <w:r>
        <w:rPr>
          <w:rFonts w:ascii="EB Garamond" w:hAnsi="EB Garamond" w:eastAsia="EB Garamond"/>
          <w:sz w:val="22"/>
        </w:rPr>
        <w:t>“I might be mad for a while.”</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“You can say something besides okay.”</w:t>
      </w:r>
    </w:p>
    <w:p>
      <w:pPr>
        <w:spacing w:after="0" w:line="264" w:lineRule="exact"/>
        <w:ind w:firstLine="0" w:left="0"/>
      </w:pPr>
      <w:r>
        <w:rPr>
          <w:rFonts w:ascii="EB Garamond" w:hAnsi="EB Garamond" w:eastAsia="EB Garamond"/>
          <w:sz w:val="22"/>
        </w:rPr>
        <w:t>“I’m afraid to.”</w:t>
      </w:r>
    </w:p>
    <w:p>
      <w:pPr>
        <w:spacing w:after="0" w:line="264" w:lineRule="exact"/>
        <w:ind w:firstLine="0" w:left="0"/>
      </w:pPr>
      <w:r>
        <w:rPr>
          <w:rFonts w:ascii="EB Garamond" w:hAnsi="EB Garamond" w:eastAsia="EB Garamond"/>
          <w:sz w:val="22"/>
        </w:rPr>
        <w:t>Maddie almost smiled.</w:t>
      </w:r>
    </w:p>
    <w:p>
      <w:pPr>
        <w:spacing w:after="0" w:line="264" w:lineRule="exact"/>
        <w:ind w:firstLine="0" w:left="0"/>
      </w:pPr>
      <w:r>
        <w:rPr>
          <w:rFonts w:ascii="EB Garamond" w:hAnsi="EB Garamond" w:eastAsia="EB Garamond"/>
          <w:sz w:val="22"/>
        </w:rPr>
        <w:t>Almost.</w:t>
      </w:r>
    </w:p>
    <w:p>
      <w:pPr>
        <w:spacing w:after="0" w:line="264" w:lineRule="exact"/>
        <w:ind w:firstLine="0" w:left="0"/>
      </w:pPr>
      <w:r>
        <w:rPr>
          <w:rFonts w:ascii="EB Garamond" w:hAnsi="EB Garamond" w:eastAsia="EB Garamond"/>
          <w:sz w:val="22"/>
        </w:rPr>
        <w:t>Elsie felt it anyway.</w:t>
      </w:r>
    </w:p>
    <w:p>
      <w:pPr>
        <w:spacing w:after="0" w:line="264" w:lineRule="exact"/>
        <w:ind w:firstLine="0" w:left="0"/>
      </w:pPr>
      <w:r>
        <w:rPr>
          <w:rFonts w:ascii="EB Garamond" w:hAnsi="EB Garamond" w:eastAsia="EB Garamond"/>
          <w:sz w:val="22"/>
        </w:rPr>
        <w:t>Maddie picked at the corner of a napkin.</w:t>
      </w:r>
    </w:p>
    <w:p>
      <w:pPr>
        <w:spacing w:after="0" w:line="264" w:lineRule="exact"/>
        <w:ind w:firstLine="0" w:left="0"/>
      </w:pPr>
      <w:r>
        <w:rPr>
          <w:rFonts w:ascii="EB Garamond" w:hAnsi="EB Garamond" w:eastAsia="EB Garamond"/>
          <w:sz w:val="22"/>
        </w:rPr>
        <w:t>“My aunt said you did the right thing.”</w:t>
      </w:r>
    </w:p>
    <w:p>
      <w:pPr>
        <w:spacing w:after="0" w:line="264" w:lineRule="exact"/>
        <w:ind w:firstLine="0" w:left="0"/>
      </w:pPr>
      <w:r>
        <w:rPr>
          <w:rFonts w:ascii="EB Garamond" w:hAnsi="EB Garamond" w:eastAsia="EB Garamond"/>
          <w:sz w:val="22"/>
        </w:rPr>
        <w:t>Elsie’s heart jumped.</w:t>
      </w:r>
    </w:p>
    <w:p>
      <w:pPr>
        <w:spacing w:after="0" w:line="264" w:lineRule="exact"/>
        <w:ind w:firstLine="0" w:left="0"/>
      </w:pPr>
      <w:r>
        <w:rPr>
          <w:rFonts w:ascii="EB Garamond" w:hAnsi="EB Garamond" w:eastAsia="EB Garamond"/>
          <w:sz w:val="22"/>
        </w:rPr>
        <w:t>Immediately.</w:t>
      </w:r>
    </w:p>
    <w:p>
      <w:pPr>
        <w:spacing w:after="0" w:line="264" w:lineRule="exact"/>
        <w:ind w:firstLine="0" w:left="0"/>
      </w:pPr>
      <w:r>
        <w:rPr>
          <w:rFonts w:ascii="EB Garamond" w:hAnsi="EB Garamond" w:eastAsia="EB Garamond"/>
          <w:sz w:val="22"/>
        </w:rPr>
        <w:t>Relief.</w:t>
      </w:r>
    </w:p>
    <w:p>
      <w:pPr>
        <w:spacing w:after="0" w:line="264" w:lineRule="exact"/>
        <w:ind w:firstLine="0" w:left="0"/>
      </w:pPr>
      <w:r>
        <w:rPr>
          <w:rFonts w:ascii="EB Garamond" w:hAnsi="EB Garamond" w:eastAsia="EB Garamond"/>
          <w:sz w:val="22"/>
        </w:rPr>
        <w:t>Vindication.</w:t>
      </w:r>
    </w:p>
    <w:p>
      <w:pPr>
        <w:spacing w:after="0" w:line="264" w:lineRule="exact"/>
        <w:ind w:firstLine="0" w:left="0"/>
      </w:pPr>
      <w:r>
        <w:rPr>
          <w:rFonts w:ascii="EB Garamond" w:hAnsi="EB Garamond" w:eastAsia="EB Garamond"/>
          <w:sz w:val="22"/>
        </w:rPr>
        <w:t>There.</w:t>
      </w:r>
    </w:p>
    <w:p>
      <w:pPr>
        <w:spacing w:after="0" w:line="264" w:lineRule="exact"/>
        <w:ind w:firstLine="0" w:left="0"/>
      </w:pPr>
      <w:r>
        <w:rPr>
          <w:rFonts w:ascii="EB Garamond" w:hAnsi="EB Garamond" w:eastAsia="EB Garamond"/>
          <w:sz w:val="22"/>
        </w:rPr>
        <w:t>Someone had said it.</w:t>
      </w:r>
    </w:p>
    <w:p>
      <w:pPr>
        <w:spacing w:after="0" w:line="264" w:lineRule="exact"/>
        <w:ind w:firstLine="0" w:left="0"/>
      </w:pPr>
      <w:r>
        <w:rPr>
          <w:rFonts w:ascii="EB Garamond" w:hAnsi="EB Garamond" w:eastAsia="EB Garamond"/>
          <w:sz w:val="22"/>
        </w:rPr>
        <w:t>Elsie opened her mouth.</w:t>
      </w:r>
    </w:p>
    <w:p>
      <w:pPr>
        <w:spacing w:after="0" w:line="264" w:lineRule="exact"/>
        <w:ind w:firstLine="0" w:left="0"/>
      </w:pPr>
      <w:r>
        <w:rPr>
          <w:rFonts w:ascii="EB Garamond" w:hAnsi="EB Garamond" w:eastAsia="EB Garamond"/>
          <w:sz w:val="22"/>
        </w:rPr>
        <w:t>Then stopped.</w:t>
      </w:r>
    </w:p>
    <w:p>
      <w:pPr>
        <w:spacing w:after="0" w:line="264" w:lineRule="exact"/>
        <w:ind w:firstLine="0" w:left="0"/>
      </w:pPr>
      <w:r>
        <w:rPr>
          <w:rFonts w:ascii="EB Garamond" w:hAnsi="EB Garamond" w:eastAsia="EB Garamond"/>
          <w:sz w:val="22"/>
        </w:rPr>
        <w:t>Maddie looked at her.</w:t>
      </w:r>
    </w:p>
    <w:p>
      <w:pPr>
        <w:spacing w:after="0" w:line="264" w:lineRule="exact"/>
        <w:ind w:firstLine="0" w:left="0"/>
      </w:pPr>
      <w:r>
        <w:rPr>
          <w:rFonts w:ascii="EB Garamond" w:hAnsi="EB Garamond" w:eastAsia="EB Garamond"/>
          <w:sz w:val="22"/>
        </w:rPr>
        <w:t>“I hated when she said that.”</w:t>
      </w:r>
    </w:p>
    <w:p>
      <w:pPr>
        <w:spacing w:after="0" w:line="264" w:lineRule="exact"/>
        <w:ind w:firstLine="0" w:left="0"/>
      </w:pPr>
      <w:r>
        <w:rPr>
          <w:rFonts w:ascii="EB Garamond" w:hAnsi="EB Garamond" w:eastAsia="EB Garamond"/>
          <w:sz w:val="22"/>
        </w:rPr>
        <w:t>The relief disappeared.</w:t>
      </w:r>
    </w:p>
    <w:p>
      <w:pPr>
        <w:spacing w:after="0" w:line="264" w:lineRule="exact"/>
        <w:ind w:firstLine="0" w:left="0"/>
      </w:pPr>
      <w:r>
        <w:rPr>
          <w:rFonts w:ascii="EB Garamond" w:hAnsi="EB Garamond" w:eastAsia="EB Garamond"/>
          <w:sz w:val="22"/>
        </w:rPr>
        <w:t>Of course.</w:t>
      </w:r>
    </w:p>
    <w:p>
      <w:pPr>
        <w:spacing w:after="0" w:line="264" w:lineRule="exact"/>
        <w:ind w:firstLine="0" w:left="0"/>
      </w:pPr>
      <w:r>
        <w:rPr>
          <w:rFonts w:ascii="EB Garamond" w:hAnsi="EB Garamond" w:eastAsia="EB Garamond"/>
          <w:sz w:val="22"/>
        </w:rPr>
        <w:t>Elsie swallowed.</w:t>
      </w:r>
    </w:p>
    <w:p>
      <w:pPr>
        <w:spacing w:after="0" w:line="264" w:lineRule="exact"/>
        <w:ind w:firstLine="0" w:left="0"/>
      </w:pPr>
      <w:r>
        <w:rPr>
          <w:rFonts w:ascii="EB Garamond" w:hAnsi="EB Garamond" w:eastAsia="EB Garamond"/>
          <w:sz w:val="22"/>
        </w:rPr>
        <w:t>“Okay.”</w:t>
      </w:r>
    </w:p>
    <w:p>
      <w:pPr>
        <w:spacing w:after="0" w:line="264" w:lineRule="exact"/>
        <w:ind w:firstLine="0" w:left="0"/>
      </w:pPr>
      <w:r>
        <w:rPr>
          <w:rFonts w:ascii="EB Garamond" w:hAnsi="EB Garamond" w:eastAsia="EB Garamond"/>
          <w:sz w:val="22"/>
        </w:rPr>
        <w:t>Maddie rolled her eyes.</w:t>
      </w:r>
    </w:p>
    <w:p>
      <w:pPr>
        <w:spacing w:after="0" w:line="264" w:lineRule="exact"/>
        <w:ind w:firstLine="0" w:left="0"/>
      </w:pPr>
      <w:r>
        <w:rPr>
          <w:rFonts w:ascii="EB Garamond" w:hAnsi="EB Garamond" w:eastAsia="EB Garamond"/>
          <w:sz w:val="22"/>
        </w:rPr>
        <w:t>“Sorry.”</w:t>
      </w:r>
    </w:p>
    <w:p>
      <w:pPr>
        <w:spacing w:after="0" w:line="264" w:lineRule="exact"/>
        <w:ind w:firstLine="0" w:left="0"/>
      </w:pPr>
      <w:r>
        <w:rPr>
          <w:rFonts w:ascii="EB Garamond" w:hAnsi="EB Garamond" w:eastAsia="EB Garamond"/>
          <w:sz w:val="22"/>
        </w:rPr>
        <w:t>“No. I get it.”</w:t>
      </w:r>
    </w:p>
    <w:p>
      <w:pPr>
        <w:spacing w:after="0" w:line="264" w:lineRule="exact"/>
        <w:ind w:firstLine="0" w:left="0"/>
      </w:pPr>
      <w:r>
        <w:rPr>
          <w:rFonts w:ascii="EB Garamond" w:hAnsi="EB Garamond" w:eastAsia="EB Garamond"/>
          <w:sz w:val="22"/>
        </w:rPr>
        <w:t>“Do you?”</w:t>
      </w:r>
    </w:p>
    <w:p>
      <w:pPr>
        <w:spacing w:after="0" w:line="264" w:lineRule="exact"/>
        <w:ind w:firstLine="0" w:left="0"/>
      </w:pPr>
      <w:r>
        <w:rPr>
          <w:rFonts w:ascii="EB Garamond" w:hAnsi="EB Garamond" w:eastAsia="EB Garamond"/>
          <w:sz w:val="22"/>
        </w:rPr>
        <w:t>Elsie thought.</w:t>
      </w:r>
    </w:p>
    <w:p>
      <w:pPr>
        <w:spacing w:after="0" w:line="264" w:lineRule="exact"/>
        <w:ind w:firstLine="0" w:left="0"/>
      </w:pPr>
      <w:r>
        <w:rPr>
          <w:rFonts w:ascii="EB Garamond" w:hAnsi="EB Garamond" w:eastAsia="EB Garamond"/>
          <w:sz w:val="22"/>
        </w:rPr>
        <w:t>“I think I’m trying to.”</w:t>
      </w:r>
    </w:p>
    <w:p>
      <w:pPr>
        <w:spacing w:after="0" w:line="264" w:lineRule="exact"/>
        <w:ind w:firstLine="0" w:left="0"/>
      </w:pPr>
      <w:r>
        <w:rPr>
          <w:rFonts w:ascii="EB Garamond" w:hAnsi="EB Garamond" w:eastAsia="EB Garamond"/>
          <w:sz w:val="22"/>
        </w:rPr>
        <w:t>Maddie nodded.</w:t>
      </w:r>
    </w:p>
    <w:p>
      <w:pPr>
        <w:spacing w:after="0" w:line="264" w:lineRule="exact"/>
        <w:ind w:firstLine="0" w:left="0"/>
      </w:pPr>
      <w:r>
        <w:rPr>
          <w:rFonts w:ascii="EB Garamond" w:hAnsi="EB Garamond" w:eastAsia="EB Garamond"/>
          <w:sz w:val="22"/>
        </w:rPr>
        <w:t>That seemed to be enough.</w:t>
      </w:r>
    </w:p>
    <w:p>
      <w:pPr>
        <w:spacing w:after="0" w:line="264" w:lineRule="exact"/>
        <w:ind w:firstLine="0" w:left="0"/>
      </w:pPr>
      <w:r>
        <w:rPr>
          <w:rFonts w:ascii="EB Garamond" w:hAnsi="EB Garamond" w:eastAsia="EB Garamond"/>
          <w:sz w:val="22"/>
        </w:rPr>
        <w:t>For now.</w:t>
      </w:r>
    </w:p>
    <w:p>
      <w:pPr>
        <w:spacing w:after="0" w:line="264" w:lineRule="exact"/>
        <w:ind w:firstLine="0" w:left="0"/>
      </w:pPr>
      <w:r>
        <w:rPr>
          <w:rFonts w:ascii="EB Garamond" w:hAnsi="EB Garamond" w:eastAsia="EB Garamond"/>
          <w:sz w:val="22"/>
        </w:rPr>
        <w:t>The bell rang.</w:t>
      </w:r>
    </w:p>
    <w:p>
      <w:pPr>
        <w:spacing w:after="0" w:line="264" w:lineRule="exact"/>
        <w:ind w:firstLine="0" w:left="0"/>
      </w:pPr>
      <w:r>
        <w:rPr>
          <w:rFonts w:ascii="EB Garamond" w:hAnsi="EB Garamond" w:eastAsia="EB Garamond"/>
          <w:sz w:val="22"/>
        </w:rPr>
        <w:t>Neither moved immediately.</w:t>
      </w:r>
    </w:p>
    <w:p>
      <w:pPr>
        <w:spacing w:after="0" w:line="264" w:lineRule="exact"/>
        <w:ind w:firstLine="0" w:left="0"/>
      </w:pPr>
      <w:r>
        <w:rPr>
          <w:rFonts w:ascii="EB Garamond" w:hAnsi="EB Garamond" w:eastAsia="EB Garamond"/>
          <w:sz w:val="22"/>
        </w:rPr>
        <w:t>Then Maddie stood.</w:t>
      </w:r>
    </w:p>
    <w:p>
      <w:pPr>
        <w:spacing w:after="0" w:line="264" w:lineRule="exact"/>
        <w:ind w:firstLine="0" w:left="0"/>
      </w:pPr>
      <w:r>
        <w:rPr>
          <w:rFonts w:ascii="EB Garamond" w:hAnsi="EB Garamond" w:eastAsia="EB Garamond"/>
          <w:sz w:val="22"/>
        </w:rPr>
        <w:t>Elsie did too.</w:t>
      </w:r>
    </w:p>
    <w:p>
      <w:pPr>
        <w:spacing w:after="0" w:line="264" w:lineRule="exact"/>
        <w:ind w:firstLine="0" w:left="0"/>
      </w:pPr>
      <w:r>
        <w:rPr>
          <w:rFonts w:ascii="EB Garamond" w:hAnsi="EB Garamond" w:eastAsia="EB Garamond"/>
          <w:sz w:val="22"/>
        </w:rPr>
        <w:t>They walked toward the door.</w:t>
      </w:r>
    </w:p>
    <w:p>
      <w:pPr>
        <w:spacing w:after="0" w:line="264" w:lineRule="exact"/>
        <w:ind w:firstLine="0" w:left="0"/>
      </w:pPr>
      <w:r>
        <w:rPr>
          <w:rFonts w:ascii="EB Garamond" w:hAnsi="EB Garamond" w:eastAsia="EB Garamond"/>
          <w:sz w:val="22"/>
        </w:rPr>
        <w:t>Not touching.</w:t>
      </w:r>
    </w:p>
    <w:p>
      <w:pPr>
        <w:spacing w:after="0" w:line="264" w:lineRule="exact"/>
        <w:ind w:firstLine="0" w:left="0"/>
      </w:pPr>
      <w:r>
        <w:rPr>
          <w:rFonts w:ascii="EB Garamond" w:hAnsi="EB Garamond" w:eastAsia="EB Garamond"/>
          <w:sz w:val="22"/>
        </w:rPr>
        <w:t>Not laughing.</w:t>
      </w:r>
    </w:p>
    <w:p>
      <w:pPr>
        <w:spacing w:after="0" w:line="264" w:lineRule="exact"/>
        <w:ind w:firstLine="0" w:left="0"/>
      </w:pPr>
      <w:r>
        <w:rPr>
          <w:rFonts w:ascii="EB Garamond" w:hAnsi="EB Garamond" w:eastAsia="EB Garamond"/>
          <w:sz w:val="22"/>
        </w:rPr>
        <w:t>Not fixed.</w:t>
      </w:r>
    </w:p>
    <w:p>
      <w:pPr>
        <w:spacing w:after="0" w:line="264" w:lineRule="exact"/>
        <w:ind w:firstLine="0" w:left="0"/>
      </w:pPr>
      <w:r>
        <w:rPr>
          <w:rFonts w:ascii="EB Garamond" w:hAnsi="EB Garamond" w:eastAsia="EB Garamond"/>
          <w:sz w:val="22"/>
        </w:rPr>
        <w:t>But walking in the same direction.</w:t>
      </w:r>
    </w:p>
    <w:p>
      <w:pPr>
        <w:spacing w:after="0" w:line="264" w:lineRule="exact"/>
        <w:ind w:firstLine="0" w:left="0"/>
      </w:pPr>
      <w:r>
        <w:rPr>
          <w:rFonts w:ascii="EB Garamond" w:hAnsi="EB Garamond" w:eastAsia="EB Garamond"/>
          <w:sz w:val="22"/>
        </w:rPr>
        <w:t>Elsie would take it.</w:t>
      </w:r>
    </w:p>
    <w:p>
      <w:pPr>
        <w:spacing w:after="0" w:line="264" w:lineRule="exact"/>
        <w:ind w:firstLine="0" w:left="0"/>
      </w:pPr>
      <w:r>
        <w:rPr>
          <w:rFonts w:ascii="EB Garamond" w:hAnsi="EB Garamond" w:eastAsia="EB Garamond"/>
          <w:sz w:val="22"/>
        </w:rPr>
        <w:t>After school, Mason was waiting near her locker.</w:t>
      </w:r>
    </w:p>
    <w:p>
      <w:pPr>
        <w:spacing w:after="0" w:line="264" w:lineRule="exact"/>
        <w:ind w:firstLine="0" w:left="0"/>
      </w:pPr>
      <w:r>
        <w:rPr>
          <w:rFonts w:ascii="EB Garamond" w:hAnsi="EB Garamond" w:eastAsia="EB Garamond"/>
          <w:sz w:val="22"/>
        </w:rPr>
        <w:t>“How’d it go?”</w:t>
      </w:r>
    </w:p>
    <w:p>
      <w:pPr>
        <w:spacing w:after="0" w:line="264" w:lineRule="exact"/>
        <w:ind w:firstLine="0" w:left="0"/>
      </w:pPr>
      <w:r>
        <w:rPr>
          <w:rFonts w:ascii="EB Garamond" w:hAnsi="EB Garamond" w:eastAsia="EB Garamond"/>
          <w:sz w:val="22"/>
        </w:rPr>
        <w:t>Elsie adjusted her backpack.</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He smiled.</w:t>
      </w:r>
    </w:p>
    <w:p>
      <w:pPr>
        <w:spacing w:after="0" w:line="264" w:lineRule="exact"/>
        <w:ind w:firstLine="0" w:left="0"/>
      </w:pPr>
      <w:r>
        <w:rPr>
          <w:rFonts w:ascii="EB Garamond" w:hAnsi="EB Garamond" w:eastAsia="EB Garamond"/>
          <w:sz w:val="22"/>
        </w:rPr>
        <w:t>“What?”</w:t>
      </w:r>
    </w:p>
    <w:p>
      <w:pPr>
        <w:spacing w:after="0" w:line="264" w:lineRule="exact"/>
        <w:ind w:firstLine="0" w:left="0"/>
      </w:pPr>
      <w:r>
        <w:rPr>
          <w:rFonts w:ascii="EB Garamond" w:hAnsi="EB Garamond" w:eastAsia="EB Garamond"/>
          <w:sz w:val="22"/>
        </w:rPr>
        <w:t>“Nothing.”</w:t>
      </w:r>
    </w:p>
    <w:p>
      <w:pPr>
        <w:spacing w:after="0" w:line="264" w:lineRule="exact"/>
        <w:ind w:firstLine="0" w:left="0"/>
      </w:pPr>
      <w:r>
        <w:rPr>
          <w:rFonts w:ascii="EB Garamond" w:hAnsi="EB Garamond" w:eastAsia="EB Garamond"/>
          <w:sz w:val="22"/>
        </w:rPr>
        <w:t>“No. What?”</w:t>
      </w:r>
    </w:p>
    <w:p>
      <w:pPr>
        <w:spacing w:after="0" w:line="264" w:lineRule="exact"/>
        <w:ind w:firstLine="0" w:left="0"/>
      </w:pPr>
      <w:r>
        <w:rPr>
          <w:rFonts w:ascii="EB Garamond" w:hAnsi="EB Garamond" w:eastAsia="EB Garamond"/>
          <w:sz w:val="22"/>
        </w:rPr>
        <w:t>“You say that a lot.”</w:t>
      </w:r>
    </w:p>
    <w:p>
      <w:pPr>
        <w:spacing w:after="0" w:line="264" w:lineRule="exact"/>
        <w:ind w:firstLine="0" w:left="0"/>
      </w:pPr>
      <w:r>
        <w:rPr>
          <w:rFonts w:ascii="EB Garamond" w:hAnsi="EB Garamond" w:eastAsia="EB Garamond"/>
          <w:sz w:val="22"/>
        </w:rPr>
        <w:t>“Unfortunately.”</w:t>
      </w:r>
    </w:p>
    <w:p>
      <w:pPr>
        <w:spacing w:after="0" w:line="264" w:lineRule="exact"/>
        <w:ind w:firstLine="0" w:left="0"/>
      </w:pPr>
      <w:r>
        <w:rPr>
          <w:rFonts w:ascii="EB Garamond" w:hAnsi="EB Garamond" w:eastAsia="EB Garamond"/>
          <w:sz w:val="22"/>
        </w:rPr>
        <w:t>“Are you okay?”</w:t>
      </w:r>
    </w:p>
    <w:p>
      <w:pPr>
        <w:spacing w:after="0" w:line="264" w:lineRule="exact"/>
        <w:ind w:firstLine="0" w:left="0"/>
      </w:pPr>
      <w:r>
        <w:rPr>
          <w:rFonts w:ascii="EB Garamond" w:hAnsi="EB Garamond" w:eastAsia="EB Garamond"/>
          <w:sz w:val="22"/>
        </w:rPr>
        <w:t>Elsie thought about it.</w:t>
      </w:r>
    </w:p>
    <w:p>
      <w:pPr>
        <w:spacing w:after="0" w:line="264" w:lineRule="exact"/>
        <w:ind w:firstLine="0" w:left="0"/>
      </w:pPr>
      <w:r>
        <w:rPr>
          <w:rFonts w:ascii="EB Garamond" w:hAnsi="EB Garamond" w:eastAsia="EB Garamond"/>
          <w:sz w:val="22"/>
        </w:rPr>
        <w:t>Maddie was still mad.</w:t>
      </w:r>
    </w:p>
    <w:p>
      <w:pPr>
        <w:spacing w:after="0" w:line="264" w:lineRule="exact"/>
        <w:ind w:firstLine="0" w:left="0"/>
      </w:pPr>
      <w:r>
        <w:rPr>
          <w:rFonts w:ascii="EB Garamond" w:hAnsi="EB Garamond" w:eastAsia="EB Garamond"/>
          <w:sz w:val="22"/>
        </w:rPr>
        <w:t>Her mom was getting help.</w:t>
      </w:r>
    </w:p>
    <w:p>
      <w:pPr>
        <w:spacing w:after="0" w:line="264" w:lineRule="exact"/>
        <w:ind w:firstLine="0" w:left="0"/>
      </w:pPr>
      <w:r>
        <w:rPr>
          <w:rFonts w:ascii="EB Garamond" w:hAnsi="EB Garamond" w:eastAsia="EB Garamond"/>
          <w:sz w:val="22"/>
        </w:rPr>
        <w:t>Her aunt was there.</w:t>
      </w:r>
    </w:p>
    <w:p>
      <w:pPr>
        <w:spacing w:after="0" w:line="264" w:lineRule="exact"/>
        <w:ind w:firstLine="0" w:left="0"/>
      </w:pPr>
      <w:r>
        <w:rPr>
          <w:rFonts w:ascii="EB Garamond" w:hAnsi="EB Garamond" w:eastAsia="EB Garamond"/>
          <w:sz w:val="22"/>
        </w:rPr>
        <w:t>Rumors were everywhere.</w:t>
      </w:r>
    </w:p>
    <w:p>
      <w:pPr>
        <w:spacing w:after="0" w:line="264" w:lineRule="exact"/>
        <w:ind w:firstLine="0" w:left="0"/>
      </w:pPr>
      <w:r>
        <w:rPr>
          <w:rFonts w:ascii="EB Garamond" w:hAnsi="EB Garamond" w:eastAsia="EB Garamond"/>
          <w:sz w:val="22"/>
        </w:rPr>
        <w:t>Elsie still didn’t know whether Maddie believed her.</w:t>
      </w:r>
    </w:p>
    <w:p>
      <w:pPr>
        <w:spacing w:after="0" w:line="264" w:lineRule="exact"/>
        <w:ind w:firstLine="0" w:left="0"/>
      </w:pPr>
      <w:r>
        <w:rPr>
          <w:rFonts w:ascii="EB Garamond" w:hAnsi="EB Garamond" w:eastAsia="EB Garamond"/>
          <w:sz w:val="22"/>
        </w:rPr>
        <w:t>She also didn’t know how long any of this would take.</w:t>
      </w:r>
    </w:p>
    <w:p>
      <w:pPr>
        <w:spacing w:after="0" w:line="264" w:lineRule="exact"/>
        <w:ind w:firstLine="0" w:left="0"/>
      </w:pPr>
      <w:r>
        <w:rPr>
          <w:rFonts w:ascii="EB Garamond" w:hAnsi="EB Garamond" w:eastAsia="EB Garamond"/>
          <w:sz w:val="22"/>
        </w:rPr>
        <w:t>“I think so.”</w:t>
      </w:r>
    </w:p>
    <w:p>
      <w:pPr>
        <w:spacing w:after="0" w:line="264" w:lineRule="exact"/>
        <w:ind w:firstLine="0" w:left="0"/>
      </w:pPr>
      <w:r>
        <w:rPr>
          <w:rFonts w:ascii="EB Garamond" w:hAnsi="EB Garamond" w:eastAsia="EB Garamond"/>
          <w:sz w:val="22"/>
        </w:rPr>
        <w:t>Mason nodded.</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sz w:val="22"/>
        </w:rPr>
        <w:t>“Do you want to go get coffee?”</w:t>
      </w:r>
    </w:p>
    <w:p>
      <w:pPr>
        <w:spacing w:after="0" w:line="264" w:lineRule="exact"/>
        <w:ind w:firstLine="0" w:left="0"/>
      </w:pPr>
      <w:r>
        <w:rPr>
          <w:rFonts w:ascii="EB Garamond" w:hAnsi="EB Garamond" w:eastAsia="EB Garamond"/>
          <w:sz w:val="22"/>
        </w:rPr>
        <w:t>Elsie stared.</w:t>
      </w:r>
    </w:p>
    <w:p>
      <w:pPr>
        <w:spacing w:after="0" w:line="264" w:lineRule="exact"/>
        <w:ind w:firstLine="0" w:left="0"/>
      </w:pPr>
      <w:r>
        <w:rPr>
          <w:rFonts w:ascii="EB Garamond" w:hAnsi="EB Garamond" w:eastAsia="EB Garamond"/>
          <w:sz w:val="22"/>
        </w:rPr>
        <w:t>“You know I don’t like coffee.”</w:t>
      </w:r>
    </w:p>
    <w:p>
      <w:pPr>
        <w:spacing w:after="0" w:line="264" w:lineRule="exact"/>
        <w:ind w:firstLine="0" w:left="0"/>
      </w:pPr>
      <w:r>
        <w:rPr>
          <w:rFonts w:ascii="EB Garamond" w:hAnsi="EB Garamond" w:eastAsia="EB Garamond"/>
          <w:sz w:val="22"/>
        </w:rPr>
        <w:t>“You own a coffee pin.”</w:t>
      </w:r>
    </w:p>
    <w:p>
      <w:pPr>
        <w:spacing w:after="0" w:line="264" w:lineRule="exact"/>
        <w:ind w:firstLine="0" w:left="0"/>
      </w:pPr>
      <w:r>
        <w:rPr>
          <w:rFonts w:ascii="EB Garamond" w:hAnsi="EB Garamond" w:eastAsia="EB Garamond"/>
          <w:sz w:val="22"/>
        </w:rPr>
        <w:t>“That is not legally binding.”</w:t>
      </w:r>
    </w:p>
    <w:p>
      <w:pPr>
        <w:spacing w:after="0" w:line="264" w:lineRule="exact"/>
        <w:ind w:firstLine="0" w:left="0"/>
      </w:pPr>
      <w:r>
        <w:rPr>
          <w:rFonts w:ascii="EB Garamond" w:hAnsi="EB Garamond" w:eastAsia="EB Garamond"/>
          <w:sz w:val="22"/>
        </w:rPr>
        <w:t>“It might be.”</w:t>
      </w:r>
    </w:p>
    <w:p>
      <w:pPr>
        <w:spacing w:after="0" w:line="264" w:lineRule="exact"/>
        <w:ind w:firstLine="0" w:left="0"/>
      </w:pPr>
      <w:r>
        <w:rPr>
          <w:rFonts w:ascii="EB Garamond" w:hAnsi="EB Garamond" w:eastAsia="EB Garamond"/>
          <w:sz w:val="22"/>
        </w:rPr>
        <w:t>She smiled.</w:t>
      </w:r>
    </w:p>
    <w:p>
      <w:pPr>
        <w:spacing w:after="0" w:line="264" w:lineRule="exact"/>
        <w:ind w:firstLine="0" w:left="0"/>
      </w:pPr>
      <w:r>
        <w:rPr>
          <w:rFonts w:ascii="EB Garamond" w:hAnsi="EB Garamond" w:eastAsia="EB Garamond"/>
          <w:sz w:val="22"/>
        </w:rPr>
        <w:t>“Fine.”</w:t>
      </w:r>
    </w:p>
    <w:p>
      <w:pPr>
        <w:spacing w:after="0" w:line="264" w:lineRule="exact"/>
        <w:ind w:firstLine="0" w:left="0"/>
      </w:pPr>
      <w:r>
        <w:rPr>
          <w:rFonts w:ascii="EB Garamond" w:hAnsi="EB Garamond" w:eastAsia="EB Garamond"/>
          <w:sz w:val="22"/>
        </w:rPr>
        <w:t>“Fine Number?”</w:t>
      </w:r>
    </w:p>
    <w:p>
      <w:pPr>
        <w:spacing w:after="0" w:line="264" w:lineRule="exact"/>
        <w:ind w:firstLine="0" w:left="0"/>
      </w:pPr>
      <w:r>
        <w:rPr>
          <w:rFonts w:ascii="EB Garamond" w:hAnsi="EB Garamond" w:eastAsia="EB Garamond"/>
          <w:sz w:val="22"/>
        </w:rPr>
        <w:t>Elsie stopped.</w:t>
      </w:r>
    </w:p>
    <w:p>
      <w:pPr>
        <w:spacing w:after="0" w:line="264" w:lineRule="exact"/>
        <w:ind w:firstLine="0" w:left="0"/>
      </w:pPr>
      <w:r>
        <w:rPr>
          <w:rFonts w:ascii="EB Garamond" w:hAnsi="EB Garamond" w:eastAsia="EB Garamond"/>
          <w:sz w:val="22"/>
        </w:rPr>
        <w:t>Mason looked innocent.</w:t>
      </w:r>
    </w:p>
    <w:p>
      <w:pPr>
        <w:spacing w:after="0" w:line="264" w:lineRule="exact"/>
        <w:ind w:firstLine="0" w:left="0"/>
      </w:pPr>
      <w:r>
        <w:rPr>
          <w:rFonts w:ascii="EB Garamond" w:hAnsi="EB Garamond" w:eastAsia="EB Garamond"/>
          <w:sz w:val="22"/>
        </w:rPr>
        <w:t>She stared at him.</w:t>
      </w:r>
    </w:p>
    <w:p>
      <w:pPr>
        <w:spacing w:after="0" w:line="264" w:lineRule="exact"/>
        <w:ind w:firstLine="0" w:left="0"/>
      </w:pPr>
      <w:r>
        <w:rPr>
          <w:rFonts w:ascii="EB Garamond" w:hAnsi="EB Garamond" w:eastAsia="EB Garamond"/>
          <w:sz w:val="22"/>
        </w:rPr>
        <w:t>“How do you know about the Fine Numbers?”</w:t>
      </w:r>
    </w:p>
    <w:p>
      <w:pPr>
        <w:spacing w:after="0" w:line="264" w:lineRule="exact"/>
        <w:ind w:firstLine="0" w:left="0"/>
      </w:pPr>
      <w:r>
        <w:rPr>
          <w:rFonts w:ascii="EB Garamond" w:hAnsi="EB Garamond" w:eastAsia="EB Garamond"/>
          <w:sz w:val="22"/>
        </w:rPr>
        <w:t>His face changed.</w:t>
      </w:r>
    </w:p>
    <w:p>
      <w:pPr>
        <w:spacing w:after="0" w:line="264" w:lineRule="exact"/>
        <w:ind w:firstLine="0" w:left="0"/>
      </w:pPr>
      <w:r>
        <w:rPr>
          <w:rFonts w:ascii="EB Garamond" w:hAnsi="EB Garamond" w:eastAsia="EB Garamond"/>
          <w:sz w:val="22"/>
        </w:rPr>
        <w:t>“Oh.”</w:t>
      </w:r>
    </w:p>
    <w:p>
      <w:pPr>
        <w:spacing w:after="0" w:line="264" w:lineRule="exact"/>
        <w:ind w:firstLine="0" w:left="0"/>
      </w:pPr>
      <w:r>
        <w:rPr>
          <w:rFonts w:ascii="EB Garamond" w:hAnsi="EB Garamond" w:eastAsia="EB Garamond"/>
          <w:sz w:val="22"/>
        </w:rPr>
        <w:t>Elsie narrowed her eyes.</w:t>
      </w:r>
    </w:p>
    <w:p>
      <w:pPr>
        <w:spacing w:after="0" w:line="264" w:lineRule="exact"/>
        <w:ind w:firstLine="0" w:left="0"/>
      </w:pPr>
      <w:r>
        <w:rPr>
          <w:rFonts w:ascii="EB Garamond" w:hAnsi="EB Garamond" w:eastAsia="EB Garamond"/>
          <w:sz w:val="22"/>
        </w:rPr>
        <w:t>“Mason.”</w:t>
      </w:r>
    </w:p>
    <w:p>
      <w:pPr>
        <w:spacing w:after="0" w:line="264" w:lineRule="exact"/>
        <w:ind w:firstLine="0" w:left="0"/>
      </w:pPr>
      <w:r>
        <w:rPr>
          <w:rFonts w:ascii="EB Garamond" w:hAnsi="EB Garamond" w:eastAsia="EB Garamond"/>
          <w:sz w:val="22"/>
        </w:rPr>
        <w:t>“I may have heard you say it.”</w:t>
      </w:r>
    </w:p>
    <w:p>
      <w:pPr>
        <w:spacing w:after="0" w:line="264" w:lineRule="exact"/>
        <w:ind w:firstLine="0" w:left="0"/>
      </w:pPr>
      <w:r>
        <w:rPr>
          <w:rFonts w:ascii="EB Garamond" w:hAnsi="EB Garamond" w:eastAsia="EB Garamond"/>
          <w:sz w:val="22"/>
        </w:rPr>
        <w:t>“When?”</w:t>
      </w:r>
    </w:p>
    <w:p>
      <w:pPr>
        <w:spacing w:after="0" w:line="264" w:lineRule="exact"/>
        <w:ind w:firstLine="0" w:left="0"/>
      </w:pPr>
      <w:r>
        <w:rPr>
          <w:rFonts w:ascii="EB Garamond" w:hAnsi="EB Garamond" w:eastAsia="EB Garamond"/>
          <w:sz w:val="22"/>
        </w:rPr>
        <w:t>“I don’t know.”</w:t>
      </w:r>
    </w:p>
    <w:p>
      <w:pPr>
        <w:spacing w:after="0" w:line="264" w:lineRule="exact"/>
        <w:ind w:firstLine="0" w:left="0"/>
      </w:pPr>
      <w:r>
        <w:rPr>
          <w:rFonts w:ascii="EB Garamond" w:hAnsi="EB Garamond" w:eastAsia="EB Garamond"/>
          <w:sz w:val="22"/>
        </w:rPr>
        <w:t>“Mason.”</w:t>
      </w:r>
    </w:p>
    <w:p>
      <w:pPr>
        <w:spacing w:after="0" w:line="264" w:lineRule="exact"/>
        <w:ind w:firstLine="0" w:left="0"/>
      </w:pPr>
      <w:r>
        <w:rPr>
          <w:rFonts w:ascii="EB Garamond" w:hAnsi="EB Garamond" w:eastAsia="EB Garamond"/>
          <w:sz w:val="22"/>
        </w:rPr>
        <w:t>He started walking.</w:t>
      </w:r>
    </w:p>
    <w:p>
      <w:pPr>
        <w:spacing w:after="0" w:line="264" w:lineRule="exact"/>
        <w:ind w:firstLine="0" w:left="0"/>
      </w:pPr>
      <w:r>
        <w:rPr>
          <w:rFonts w:ascii="EB Garamond" w:hAnsi="EB Garamond" w:eastAsia="EB Garamond"/>
          <w:sz w:val="22"/>
        </w:rPr>
        <w:t>Elsie followed.</w:t>
      </w:r>
    </w:p>
    <w:p>
      <w:pPr>
        <w:spacing w:after="0" w:line="264" w:lineRule="exact"/>
        <w:ind w:firstLine="0" w:left="0"/>
      </w:pPr>
      <w:r>
        <w:rPr>
          <w:rFonts w:ascii="EB Garamond" w:hAnsi="EB Garamond" w:eastAsia="EB Garamond"/>
          <w:sz w:val="22"/>
        </w:rPr>
        <w:t>“Who told you?”</w:t>
      </w:r>
    </w:p>
    <w:p>
      <w:pPr>
        <w:spacing w:after="0" w:line="264" w:lineRule="exact"/>
        <w:ind w:firstLine="0" w:left="0"/>
      </w:pPr>
      <w:r>
        <w:rPr>
          <w:rFonts w:ascii="EB Garamond" w:hAnsi="EB Garamond" w:eastAsia="EB Garamond"/>
          <w:sz w:val="22"/>
        </w:rPr>
        <w:t>“Nobody.”</w:t>
      </w:r>
    </w:p>
    <w:p>
      <w:pPr>
        <w:spacing w:after="0" w:line="264" w:lineRule="exact"/>
        <w:ind w:firstLine="0" w:left="0"/>
      </w:pPr>
      <w:r>
        <w:rPr>
          <w:rFonts w:ascii="EB Garamond" w:hAnsi="EB Garamond" w:eastAsia="EB Garamond"/>
          <w:sz w:val="22"/>
        </w:rPr>
        <w:t>“Mason.”</w:t>
      </w:r>
    </w:p>
    <w:p>
      <w:pPr>
        <w:spacing w:after="0" w:line="264" w:lineRule="exact"/>
        <w:ind w:firstLine="0" w:left="0"/>
      </w:pPr>
      <w:r>
        <w:rPr>
          <w:rFonts w:ascii="EB Garamond" w:hAnsi="EB Garamond" w:eastAsia="EB Garamond"/>
          <w:sz w:val="22"/>
        </w:rPr>
        <w:t>“Your face is doing the thing.”</w:t>
      </w:r>
    </w:p>
    <w:p>
      <w:pPr>
        <w:spacing w:after="0" w:line="264" w:lineRule="exact"/>
        <w:ind w:firstLine="0" w:left="0"/>
      </w:pPr>
      <w:r>
        <w:rPr>
          <w:rFonts w:ascii="EB Garamond" w:hAnsi="EB Garamond" w:eastAsia="EB Garamond"/>
          <w:sz w:val="22"/>
        </w:rPr>
        <w:t>“What thing?”</w:t>
      </w:r>
    </w:p>
    <w:p>
      <w:pPr>
        <w:spacing w:after="0" w:line="264" w:lineRule="exact"/>
        <w:ind w:firstLine="0" w:left="0"/>
      </w:pPr>
      <w:r>
        <w:rPr>
          <w:rFonts w:ascii="EB Garamond" w:hAnsi="EB Garamond" w:eastAsia="EB Garamond"/>
          <w:sz w:val="22"/>
        </w:rPr>
        <w:t>“The terrifying thing.”</w:t>
      </w:r>
    </w:p>
    <w:p>
      <w:pPr>
        <w:spacing w:after="0" w:line="264" w:lineRule="exact"/>
        <w:ind w:firstLine="0" w:left="0"/>
      </w:pPr>
      <w:r>
        <w:rPr>
          <w:rFonts w:ascii="EB Garamond" w:hAnsi="EB Garamond" w:eastAsia="EB Garamond"/>
          <w:sz w:val="22"/>
        </w:rPr>
        <w:t>“MASON.”</w:t>
      </w:r>
    </w:p>
    <w:p>
      <w:pPr>
        <w:spacing w:after="0" w:line="264" w:lineRule="exact"/>
        <w:ind w:firstLine="0" w:left="0"/>
      </w:pPr>
      <w:r>
        <w:rPr>
          <w:rFonts w:ascii="EB Garamond" w:hAnsi="EB Garamond" w:eastAsia="EB Garamond"/>
          <w:sz w:val="22"/>
        </w:rPr>
        <w:t>He laughed.</w:t>
      </w:r>
    </w:p>
    <w:p>
      <w:pPr>
        <w:spacing w:after="0" w:line="264" w:lineRule="exact"/>
        <w:ind w:firstLine="0" w:left="0"/>
      </w:pPr>
      <w:r>
        <w:rPr>
          <w:rFonts w:ascii="EB Garamond" w:hAnsi="EB Garamond" w:eastAsia="EB Garamond"/>
          <w:sz w:val="22"/>
        </w:rPr>
        <w:t>For the first time all week, Elsie laughed too.</w:t>
      </w:r>
    </w:p>
    <w:p>
      <w:pPr>
        <w:spacing w:after="0" w:line="264" w:lineRule="exact"/>
        <w:ind w:firstLine="0" w:left="0"/>
      </w:pPr>
      <w:r>
        <w:rPr>
          <w:rFonts w:ascii="EB Garamond" w:hAnsi="EB Garamond" w:eastAsia="EB Garamond"/>
          <w:sz w:val="22"/>
        </w:rPr>
        <w:t>Not because everything was okay.</w:t>
      </w:r>
    </w:p>
    <w:p>
      <w:pPr>
        <w:spacing w:after="0" w:line="264" w:lineRule="exact"/>
        <w:ind w:firstLine="0" w:left="0"/>
      </w:pPr>
      <w:r>
        <w:rPr>
          <w:rFonts w:ascii="EB Garamond" w:hAnsi="EB Garamond" w:eastAsia="EB Garamond"/>
          <w:sz w:val="22"/>
        </w:rPr>
        <w:t>It wasn’t.</w:t>
      </w:r>
    </w:p>
    <w:p>
      <w:pPr>
        <w:spacing w:after="0" w:line="264" w:lineRule="exact"/>
        <w:ind w:firstLine="0" w:left="0"/>
      </w:pPr>
      <w:r>
        <w:rPr>
          <w:rFonts w:ascii="EB Garamond" w:hAnsi="EB Garamond" w:eastAsia="EB Garamond"/>
          <w:sz w:val="22"/>
        </w:rPr>
        <w:t>Maddie was still hurt.</w:t>
      </w:r>
    </w:p>
    <w:p>
      <w:pPr>
        <w:spacing w:after="0" w:line="264" w:lineRule="exact"/>
        <w:ind w:firstLine="0" w:left="0"/>
      </w:pPr>
      <w:r>
        <w:rPr>
          <w:rFonts w:ascii="EB Garamond" w:hAnsi="EB Garamond" w:eastAsia="EB Garamond"/>
          <w:sz w:val="22"/>
        </w:rPr>
        <w:t>Her family was still changing.</w:t>
      </w:r>
    </w:p>
    <w:p>
      <w:pPr>
        <w:spacing w:after="0" w:line="264" w:lineRule="exact"/>
        <w:ind w:firstLine="0" w:left="0"/>
      </w:pPr>
      <w:r>
        <w:rPr>
          <w:rFonts w:ascii="EB Garamond" w:hAnsi="EB Garamond" w:eastAsia="EB Garamond"/>
          <w:sz w:val="22"/>
        </w:rPr>
        <w:t>People were still talking.</w:t>
      </w:r>
    </w:p>
    <w:p>
      <w:pPr>
        <w:spacing w:after="0" w:line="264" w:lineRule="exact"/>
        <w:ind w:firstLine="0" w:left="0"/>
      </w:pPr>
      <w:r>
        <w:rPr>
          <w:rFonts w:ascii="EB Garamond" w:hAnsi="EB Garamond" w:eastAsia="EB Garamond"/>
          <w:sz w:val="22"/>
        </w:rPr>
        <w:t>None of that disappeared because Elsie laughed in a hallway with a boy she liked.</w:t>
      </w:r>
    </w:p>
    <w:p>
      <w:pPr>
        <w:spacing w:after="0" w:line="264" w:lineRule="exact"/>
        <w:ind w:firstLine="0" w:left="0"/>
      </w:pPr>
      <w:r>
        <w:rPr>
          <w:rFonts w:ascii="EB Garamond" w:hAnsi="EB Garamond" w:eastAsia="EB Garamond"/>
          <w:sz w:val="22"/>
        </w:rPr>
        <w:t>Maybe that was something she was learning too.</w:t>
      </w:r>
    </w:p>
    <w:p>
      <w:pPr>
        <w:spacing w:after="0" w:line="264" w:lineRule="exact"/>
        <w:ind w:firstLine="0" w:left="0"/>
      </w:pPr>
      <w:r>
        <w:rPr>
          <w:rFonts w:ascii="EB Garamond" w:hAnsi="EB Garamond" w:eastAsia="EB Garamond"/>
          <w:sz w:val="22"/>
        </w:rPr>
        <w:t>Pain didn’t require every other feeling to leave the room.</w:t>
      </w:r>
    </w:p>
    <w:p>
      <w:pPr>
        <w:spacing w:after="0" w:line="264" w:lineRule="exact"/>
        <w:ind w:firstLine="0" w:left="0"/>
      </w:pPr>
      <w:r>
        <w:rPr>
          <w:rFonts w:ascii="EB Garamond" w:hAnsi="EB Garamond" w:eastAsia="EB Garamond"/>
          <w:sz w:val="22"/>
        </w:rPr>
        <w:t>That night, Elsie opened her notebook.</w:t>
      </w:r>
    </w:p>
    <w:p>
      <w:pPr>
        <w:spacing w:after="0" w:line="264" w:lineRule="exact"/>
        <w:ind w:firstLine="0" w:left="0"/>
      </w:pPr>
      <w:r>
        <w:rPr>
          <w:rFonts w:ascii="EB Garamond" w:hAnsi="EB Garamond" w:eastAsia="EB Garamond"/>
          <w:sz w:val="22"/>
        </w:rPr>
        <w:t>Not because she needed to solve Maddie.</w:t>
      </w:r>
    </w:p>
    <w:p>
      <w:pPr>
        <w:spacing w:after="0" w:line="264" w:lineRule="exact"/>
        <w:ind w:firstLine="0" w:left="0"/>
      </w:pPr>
      <w:r>
        <w:rPr>
          <w:rFonts w:ascii="EB Garamond" w:hAnsi="EB Garamond" w:eastAsia="EB Garamond"/>
          <w:sz w:val="22"/>
        </w:rPr>
        <w:t>She was finally beginning to understand how terrible that sentence sounded.</w:t>
      </w:r>
    </w:p>
    <w:p>
      <w:pPr>
        <w:spacing w:after="0" w:line="264" w:lineRule="exact"/>
        <w:ind w:firstLine="0" w:left="0"/>
      </w:pPr>
      <w:r>
        <w:rPr>
          <w:rFonts w:ascii="EB Garamond" w:hAnsi="EB Garamond" w:eastAsia="EB Garamond"/>
          <w:sz w:val="22"/>
        </w:rPr>
        <w:t>She found what she had written Wednesday night.</w:t>
      </w:r>
    </w:p>
    <w:p>
      <w:pPr>
        <w:spacing w:after="0" w:line="264" w:lineRule="exact"/>
        <w:ind w:firstLine="0" w:left="0"/>
      </w:pPr>
      <w:r>
        <w:rPr>
          <w:rFonts w:ascii="EB Garamond" w:hAnsi="EB Garamond" w:eastAsia="EB Garamond"/>
          <w:i/>
          <w:sz w:val="22"/>
        </w:rPr>
        <w:t>I was trying to help.</w:t>
      </w:r>
    </w:p>
    <w:p>
      <w:pPr>
        <w:spacing w:after="0" w:line="264" w:lineRule="exact"/>
        <w:ind w:firstLine="0" w:left="0"/>
      </w:pPr>
      <w:r>
        <w:rPr>
          <w:rFonts w:ascii="EB Garamond" w:hAnsi="EB Garamond" w:eastAsia="EB Garamond"/>
          <w:i/>
          <w:sz w:val="22"/>
        </w:rPr>
        <w:t>Does that matter if somebody still got hurt?</w:t>
      </w:r>
    </w:p>
    <w:p>
      <w:pPr>
        <w:spacing w:after="0" w:line="264" w:lineRule="exact"/>
        <w:ind w:firstLine="0" w:left="0"/>
      </w:pPr>
      <w:r>
        <w:rPr>
          <w:rFonts w:ascii="EB Garamond" w:hAnsi="EB Garamond" w:eastAsia="EB Garamond"/>
          <w:i/>
          <w:sz w:val="22"/>
        </w:rPr>
        <w:t>I keep wanting “I was trying to help” to make me innocent.</w:t>
      </w:r>
    </w:p>
    <w:p>
      <w:pPr>
        <w:spacing w:after="0" w:line="264" w:lineRule="exact"/>
        <w:ind w:firstLine="0" w:left="0"/>
      </w:pPr>
      <w:r>
        <w:rPr>
          <w:rFonts w:ascii="EB Garamond" w:hAnsi="EB Garamond" w:eastAsia="EB Garamond"/>
          <w:i/>
          <w:sz w:val="22"/>
        </w:rPr>
        <w:t>It doesn’t.</w:t>
      </w:r>
    </w:p>
    <w:p>
      <w:pPr>
        <w:spacing w:after="0" w:line="264" w:lineRule="exact"/>
        <w:ind w:firstLine="0" w:left="0"/>
      </w:pPr>
      <w:r>
        <w:rPr>
          <w:rFonts w:ascii="EB Garamond" w:hAnsi="EB Garamond" w:eastAsia="EB Garamond"/>
          <w:sz w:val="22"/>
        </w:rPr>
        <w:t>Elsie read the lines twice.</w:t>
      </w:r>
    </w:p>
    <w:p>
      <w:pPr>
        <w:spacing w:after="0" w:line="264" w:lineRule="exact"/>
        <w:ind w:firstLine="0" w:left="0"/>
      </w:pPr>
      <w:r>
        <w:rPr>
          <w:rFonts w:ascii="EB Garamond" w:hAnsi="EB Garamond" w:eastAsia="EB Garamond"/>
          <w:sz w:val="22"/>
        </w:rPr>
        <w:t>Then underneath, she wrote:</w:t>
      </w:r>
    </w:p>
    <w:p>
      <w:pPr>
        <w:spacing w:after="0" w:line="264" w:lineRule="exact"/>
        <w:ind w:firstLine="0" w:left="0"/>
      </w:pPr>
      <w:r>
        <w:rPr>
          <w:rFonts w:ascii="EB Garamond" w:hAnsi="EB Garamond" w:eastAsia="EB Garamond"/>
          <w:i/>
          <w:sz w:val="22"/>
        </w:rPr>
        <w:t>But maybe being wrong doesn’t require me to become worthless either.</w:t>
      </w:r>
    </w:p>
    <w:p>
      <w:pPr>
        <w:spacing w:after="0" w:line="264" w:lineRule="exact"/>
        <w:ind w:firstLine="0" w:left="0"/>
      </w:pPr>
      <w:r>
        <w:rPr>
          <w:rFonts w:ascii="EB Garamond" w:hAnsi="EB Garamond" w:eastAsia="EB Garamond"/>
          <w:sz w:val="22"/>
        </w:rPr>
        <w:t>She stopped.</w:t>
      </w:r>
    </w:p>
    <w:p>
      <w:pPr>
        <w:spacing w:after="0" w:line="264" w:lineRule="exact"/>
        <w:ind w:firstLine="0" w:left="0"/>
      </w:pPr>
      <w:r>
        <w:rPr>
          <w:rFonts w:ascii="EB Garamond" w:hAnsi="EB Garamond" w:eastAsia="EB Garamond"/>
          <w:sz w:val="22"/>
        </w:rPr>
        <w:t>That was harder.</w:t>
      </w:r>
    </w:p>
    <w:p>
      <w:pPr>
        <w:spacing w:after="0" w:line="264" w:lineRule="exact"/>
        <w:ind w:firstLine="0" w:left="0"/>
      </w:pPr>
      <w:r>
        <w:rPr>
          <w:rFonts w:ascii="EB Garamond" w:hAnsi="EB Garamond" w:eastAsia="EB Garamond"/>
          <w:sz w:val="22"/>
        </w:rPr>
        <w:t>She had spent days trying to figure out which version of herself was true.</w:t>
      </w:r>
    </w:p>
    <w:p>
      <w:pPr>
        <w:spacing w:after="0" w:line="264" w:lineRule="exact"/>
        <w:ind w:firstLine="0" w:left="0"/>
      </w:pPr>
      <w:r>
        <w:rPr>
          <w:rFonts w:ascii="EB Garamond" w:hAnsi="EB Garamond" w:eastAsia="EB Garamond"/>
          <w:sz w:val="22"/>
        </w:rPr>
        <w:t>Elsie who protected Maddie.</w:t>
      </w:r>
    </w:p>
    <w:p>
      <w:pPr>
        <w:spacing w:after="0" w:line="264" w:lineRule="exact"/>
        <w:ind w:firstLine="0" w:left="0"/>
      </w:pPr>
      <w:r>
        <w:rPr>
          <w:rFonts w:ascii="EB Garamond" w:hAnsi="EB Garamond" w:eastAsia="EB Garamond"/>
          <w:sz w:val="22"/>
        </w:rPr>
        <w:t>Elsie who broke Maddie’s trust.</w:t>
      </w:r>
    </w:p>
    <w:p>
      <w:pPr>
        <w:spacing w:after="0" w:line="264" w:lineRule="exact"/>
        <w:ind w:firstLine="0" w:left="0"/>
      </w:pPr>
      <w:r>
        <w:rPr>
          <w:rFonts w:ascii="EB Garamond" w:hAnsi="EB Garamond" w:eastAsia="EB Garamond"/>
          <w:sz w:val="22"/>
        </w:rPr>
        <w:t>Elsie who did the responsible thing.</w:t>
      </w:r>
    </w:p>
    <w:p>
      <w:pPr>
        <w:spacing w:after="0" w:line="264" w:lineRule="exact"/>
        <w:ind w:firstLine="0" w:left="0"/>
      </w:pPr>
      <w:r>
        <w:rPr>
          <w:rFonts w:ascii="EB Garamond" w:hAnsi="EB Garamond" w:eastAsia="EB Garamond"/>
          <w:sz w:val="22"/>
        </w:rPr>
        <w:t>Elsie who caused something painful.</w:t>
      </w:r>
    </w:p>
    <w:p>
      <w:pPr>
        <w:spacing w:after="0" w:line="264" w:lineRule="exact"/>
        <w:ind w:firstLine="0" w:left="0"/>
      </w:pPr>
      <w:r>
        <w:rPr>
          <w:rFonts w:ascii="EB Garamond" w:hAnsi="EB Garamond" w:eastAsia="EB Garamond"/>
          <w:sz w:val="22"/>
        </w:rPr>
        <w:t>Good friend.</w:t>
      </w:r>
    </w:p>
    <w:p>
      <w:pPr>
        <w:spacing w:after="0" w:line="264" w:lineRule="exact"/>
        <w:ind w:firstLine="0" w:left="0"/>
      </w:pPr>
      <w:r>
        <w:rPr>
          <w:rFonts w:ascii="EB Garamond" w:hAnsi="EB Garamond" w:eastAsia="EB Garamond"/>
          <w:sz w:val="22"/>
        </w:rPr>
        <w:t>Bad friend.</w:t>
      </w:r>
    </w:p>
    <w:p>
      <w:pPr>
        <w:spacing w:after="0" w:line="264" w:lineRule="exact"/>
        <w:ind w:firstLine="0" w:left="0"/>
      </w:pPr>
      <w:r>
        <w:rPr>
          <w:rFonts w:ascii="EB Garamond" w:hAnsi="EB Garamond" w:eastAsia="EB Garamond"/>
          <w:sz w:val="22"/>
        </w:rPr>
        <w:t>Right.</w:t>
      </w:r>
    </w:p>
    <w:p>
      <w:pPr>
        <w:spacing w:after="0" w:line="264" w:lineRule="exact"/>
        <w:ind w:firstLine="0" w:left="0"/>
      </w:pPr>
      <w:r>
        <w:rPr>
          <w:rFonts w:ascii="EB Garamond" w:hAnsi="EB Garamond" w:eastAsia="EB Garamond"/>
          <w:sz w:val="22"/>
        </w:rPr>
        <w:t>Wrong.</w:t>
      </w:r>
    </w:p>
    <w:p>
      <w:pPr>
        <w:spacing w:after="0" w:line="264" w:lineRule="exact"/>
        <w:ind w:firstLine="0" w:left="0"/>
      </w:pPr>
      <w:r>
        <w:rPr>
          <w:rFonts w:ascii="EB Garamond" w:hAnsi="EB Garamond" w:eastAsia="EB Garamond"/>
          <w:sz w:val="22"/>
        </w:rPr>
        <w:t>As if one version had to win.</w:t>
      </w:r>
    </w:p>
    <w:p>
      <w:pPr>
        <w:spacing w:after="0" w:line="264" w:lineRule="exact"/>
        <w:ind w:firstLine="0" w:left="0"/>
      </w:pPr>
      <w:r>
        <w:rPr>
          <w:rFonts w:ascii="EB Garamond" w:hAnsi="EB Garamond" w:eastAsia="EB Garamond"/>
          <w:sz w:val="22"/>
        </w:rPr>
        <w:t>As if people only got to be one sentence.</w:t>
      </w:r>
    </w:p>
    <w:p>
      <w:pPr>
        <w:spacing w:after="0" w:line="264" w:lineRule="exact"/>
        <w:ind w:firstLine="0" w:left="0"/>
      </w:pPr>
      <w:r>
        <w:rPr>
          <w:rFonts w:ascii="EB Garamond" w:hAnsi="EB Garamond" w:eastAsia="EB Garamond"/>
          <w:sz w:val="22"/>
        </w:rPr>
        <w:t>Elsie looked toward the Bible on her nightstand.</w:t>
      </w:r>
    </w:p>
    <w:p>
      <w:pPr>
        <w:spacing w:after="0" w:line="264" w:lineRule="exact"/>
        <w:ind w:firstLine="0" w:left="0"/>
      </w:pPr>
      <w:r>
        <w:rPr>
          <w:rFonts w:ascii="EB Garamond" w:hAnsi="EB Garamond" w:eastAsia="EB Garamond"/>
          <w:sz w:val="22"/>
        </w:rPr>
        <w:t>Grandma’s list was tucked inside the notebook.</w:t>
      </w:r>
    </w:p>
    <w:p>
      <w:pPr>
        <w:spacing w:after="0" w:line="264" w:lineRule="exact"/>
        <w:ind w:firstLine="0" w:left="0"/>
      </w:pPr>
      <w:r>
        <w:rPr>
          <w:rFonts w:ascii="EB Garamond" w:hAnsi="EB Garamond" w:eastAsia="EB Garamond"/>
          <w:sz w:val="22"/>
        </w:rPr>
        <w:t>Eleven names.</w:t>
      </w:r>
    </w:p>
    <w:p>
      <w:pPr>
        <w:spacing w:after="0" w:line="264" w:lineRule="exact"/>
        <w:ind w:firstLine="0" w:left="0"/>
      </w:pPr>
      <w:r>
        <w:rPr>
          <w:rFonts w:ascii="EB Garamond" w:hAnsi="EB Garamond" w:eastAsia="EB Garamond"/>
          <w:sz w:val="22"/>
        </w:rPr>
        <w:t>Eleven sentences.</w:t>
      </w:r>
    </w:p>
    <w:p>
      <w:pPr>
        <w:spacing w:after="0" w:line="264" w:lineRule="exact"/>
        <w:ind w:firstLine="0" w:left="0"/>
      </w:pPr>
      <w:r>
        <w:rPr>
          <w:rFonts w:ascii="EB Garamond" w:hAnsi="EB Garamond" w:eastAsia="EB Garamond"/>
          <w:sz w:val="22"/>
        </w:rPr>
        <w:t>She had already learned enough to know none of them were the whole story.</w:t>
      </w:r>
    </w:p>
    <w:p>
      <w:pPr>
        <w:spacing w:after="0" w:line="264" w:lineRule="exact"/>
        <w:ind w:firstLine="0" w:left="0"/>
      </w:pPr>
      <w:r>
        <w:rPr>
          <w:rFonts w:ascii="EB Garamond" w:hAnsi="EB Garamond" w:eastAsia="EB Garamond"/>
          <w:sz w:val="22"/>
        </w:rPr>
        <w:t>Maybe that was true outside the Bible too.</w:t>
      </w:r>
    </w:p>
    <w:p>
      <w:pPr>
        <w:spacing w:after="0" w:line="264" w:lineRule="exact"/>
        <w:ind w:firstLine="0" w:left="0"/>
      </w:pPr>
      <w:r>
        <w:rPr>
          <w:rFonts w:ascii="EB Garamond" w:hAnsi="EB Garamond" w:eastAsia="EB Garamond"/>
          <w:sz w:val="22"/>
        </w:rPr>
        <w:t>Maybe Maddie didn’t have to decide Elsie was a good friend before Elsie could admit she had hurt her.</w:t>
      </w:r>
    </w:p>
    <w:p>
      <w:pPr>
        <w:spacing w:after="0" w:line="264" w:lineRule="exact"/>
        <w:ind w:firstLine="0" w:left="0"/>
      </w:pPr>
      <w:r>
        <w:rPr>
          <w:rFonts w:ascii="EB Garamond" w:hAnsi="EB Garamond" w:eastAsia="EB Garamond"/>
          <w:sz w:val="22"/>
        </w:rPr>
        <w:t>Maybe Elsie didn’t have to decide she was a terrible friend just because Maddie was angry.</w:t>
      </w:r>
    </w:p>
    <w:p>
      <w:pPr>
        <w:spacing w:after="0" w:line="264" w:lineRule="exact"/>
        <w:ind w:firstLine="0" w:left="0"/>
      </w:pPr>
      <w:r>
        <w:rPr>
          <w:rFonts w:ascii="EB Garamond" w:hAnsi="EB Garamond" w:eastAsia="EB Garamond"/>
          <w:sz w:val="22"/>
        </w:rPr>
        <w:t>Maybe the truth wasn’t whichever version made her feel best.</w:t>
      </w:r>
    </w:p>
    <w:p>
      <w:pPr>
        <w:spacing w:after="0" w:line="264" w:lineRule="exact"/>
        <w:ind w:firstLine="0" w:left="0"/>
      </w:pPr>
      <w:r>
        <w:rPr>
          <w:rFonts w:ascii="EB Garamond" w:hAnsi="EB Garamond" w:eastAsia="EB Garamond"/>
          <w:sz w:val="22"/>
        </w:rPr>
        <w:t>Or worst.</w:t>
      </w:r>
    </w:p>
    <w:p>
      <w:pPr>
        <w:spacing w:after="0" w:line="264" w:lineRule="exact"/>
        <w:ind w:firstLine="0" w:left="0"/>
      </w:pPr>
      <w:r>
        <w:rPr>
          <w:rFonts w:ascii="EB Garamond" w:hAnsi="EB Garamond" w:eastAsia="EB Garamond"/>
          <w:sz w:val="22"/>
        </w:rPr>
        <w:t>Maybe the truth was the whole thing.</w:t>
      </w:r>
    </w:p>
    <w:p>
      <w:pPr>
        <w:spacing w:after="0" w:line="264" w:lineRule="exact"/>
        <w:ind w:firstLine="0" w:left="0"/>
      </w:pPr>
      <w:r>
        <w:rPr>
          <w:rFonts w:ascii="EB Garamond" w:hAnsi="EB Garamond" w:eastAsia="EB Garamond"/>
          <w:sz w:val="22"/>
        </w:rPr>
        <w:t>Messy.</w:t>
      </w:r>
    </w:p>
    <w:p>
      <w:pPr>
        <w:spacing w:after="0" w:line="264" w:lineRule="exact"/>
        <w:ind w:firstLine="0" w:left="0"/>
      </w:pPr>
      <w:r>
        <w:rPr>
          <w:rFonts w:ascii="EB Garamond" w:hAnsi="EB Garamond" w:eastAsia="EB Garamond"/>
          <w:sz w:val="22"/>
        </w:rPr>
        <w:t>Uncomfortable.</w:t>
      </w:r>
    </w:p>
    <w:p>
      <w:pPr>
        <w:spacing w:after="0" w:line="264" w:lineRule="exact"/>
        <w:ind w:firstLine="0" w:left="0"/>
      </w:pPr>
      <w:r>
        <w:rPr>
          <w:rFonts w:ascii="EB Garamond" w:hAnsi="EB Garamond" w:eastAsia="EB Garamond"/>
          <w:sz w:val="22"/>
        </w:rPr>
        <w:t>Still unfinished.</w:t>
      </w:r>
    </w:p>
    <w:p>
      <w:pPr>
        <w:spacing w:after="0" w:line="264" w:lineRule="exact"/>
        <w:ind w:firstLine="0" w:left="0"/>
      </w:pPr>
      <w:r>
        <w:rPr>
          <w:rFonts w:ascii="EB Garamond" w:hAnsi="EB Garamond" w:eastAsia="EB Garamond"/>
          <w:sz w:val="22"/>
        </w:rPr>
        <w:t>Elsie picked up her pen.</w:t>
      </w:r>
    </w:p>
    <w:p>
      <w:pPr>
        <w:spacing w:after="0" w:line="264" w:lineRule="exact"/>
        <w:ind w:firstLine="0" w:left="0"/>
      </w:pPr>
      <w:r>
        <w:rPr>
          <w:rFonts w:ascii="EB Garamond" w:hAnsi="EB Garamond" w:eastAsia="EB Garamond"/>
          <w:sz w:val="22"/>
        </w:rPr>
        <w:t>At the bottom of the page, she wrote:</w:t>
      </w:r>
    </w:p>
    <w:p>
      <w:pPr>
        <w:spacing w:after="0" w:line="264" w:lineRule="exact"/>
        <w:ind w:firstLine="0" w:left="0"/>
      </w:pPr>
      <w:r>
        <w:rPr>
          <w:rFonts w:ascii="EB Garamond" w:hAnsi="EB Garamond" w:eastAsia="EB Garamond"/>
          <w:i/>
          <w:sz w:val="22"/>
        </w:rPr>
        <w:t>I don’t get to choose the version people hear.</w:t>
      </w:r>
    </w:p>
    <w:p>
      <w:pPr>
        <w:spacing w:after="0" w:line="264" w:lineRule="exact"/>
        <w:ind w:firstLine="0" w:left="0"/>
      </w:pPr>
      <w:r>
        <w:rPr>
          <w:rFonts w:ascii="EB Garamond" w:hAnsi="EB Garamond" w:eastAsia="EB Garamond"/>
          <w:sz w:val="22"/>
        </w:rPr>
        <w:t>Then:</w:t>
      </w:r>
    </w:p>
    <w:p>
      <w:pPr>
        <w:spacing w:after="0" w:line="264" w:lineRule="exact"/>
        <w:ind w:firstLine="0" w:left="0"/>
      </w:pPr>
      <w:r>
        <w:rPr>
          <w:rFonts w:ascii="EB Garamond" w:hAnsi="EB Garamond" w:eastAsia="EB Garamond"/>
          <w:i/>
          <w:sz w:val="22"/>
        </w:rPr>
        <w:t>I do get to choose whether the version I give them is true.</w:t>
      </w:r>
    </w:p>
    <w:p>
      <w:pPr>
        <w:spacing w:after="0" w:line="264" w:lineRule="exact"/>
        <w:ind w:firstLine="0" w:left="0"/>
      </w:pPr>
      <w:r>
        <w:rPr>
          <w:rFonts w:ascii="EB Garamond" w:hAnsi="EB Garamond" w:eastAsia="EB Garamond"/>
          <w:sz w:val="22"/>
        </w:rPr>
        <w:t>She stared at it.</w:t>
      </w:r>
    </w:p>
    <w:p>
      <w:pPr>
        <w:spacing w:after="0" w:line="264" w:lineRule="exact"/>
        <w:ind w:firstLine="0" w:left="0"/>
      </w:pPr>
      <w:r>
        <w:rPr>
          <w:rFonts w:ascii="EB Garamond" w:hAnsi="EB Garamond" w:eastAsia="EB Garamond"/>
          <w:sz w:val="22"/>
        </w:rPr>
        <w:t>That felt different.</w:t>
      </w:r>
    </w:p>
    <w:p>
      <w:pPr>
        <w:spacing w:after="0" w:line="264" w:lineRule="exact"/>
        <w:ind w:firstLine="0" w:left="0"/>
      </w:pPr>
      <w:r>
        <w:rPr>
          <w:rFonts w:ascii="EB Garamond" w:hAnsi="EB Garamond" w:eastAsia="EB Garamond"/>
          <w:sz w:val="22"/>
        </w:rPr>
        <w:t>Not control.</w:t>
      </w:r>
    </w:p>
    <w:p>
      <w:pPr>
        <w:spacing w:after="0" w:line="264" w:lineRule="exact"/>
        <w:ind w:firstLine="0" w:left="0"/>
      </w:pPr>
      <w:r>
        <w:rPr>
          <w:rFonts w:ascii="EB Garamond" w:hAnsi="EB Garamond" w:eastAsia="EB Garamond"/>
          <w:sz w:val="22"/>
        </w:rPr>
        <w:t>Responsibility.</w:t>
      </w:r>
    </w:p>
    <w:p>
      <w:pPr>
        <w:spacing w:after="0" w:line="264" w:lineRule="exact"/>
        <w:ind w:firstLine="0" w:left="0"/>
      </w:pPr>
      <w:r>
        <w:rPr>
          <w:rFonts w:ascii="EB Garamond" w:hAnsi="EB Garamond" w:eastAsia="EB Garamond"/>
          <w:sz w:val="22"/>
        </w:rPr>
        <w:t>Elsie closed the notebook.</w:t>
      </w:r>
    </w:p>
    <w:p>
      <w:pPr>
        <w:spacing w:after="0" w:line="264" w:lineRule="exact"/>
        <w:ind w:firstLine="0" w:left="0"/>
      </w:pPr>
      <w:r>
        <w:rPr>
          <w:rFonts w:ascii="EB Garamond" w:hAnsi="EB Garamond" w:eastAsia="EB Garamond"/>
          <w:sz w:val="22"/>
        </w:rPr>
        <w:t>Somewhere in town, people probably still believed Maddie’s mother had gone to the hospital.</w:t>
      </w:r>
    </w:p>
    <w:p>
      <w:pPr>
        <w:spacing w:after="0" w:line="264" w:lineRule="exact"/>
        <w:ind w:firstLine="0" w:left="0"/>
      </w:pPr>
      <w:r>
        <w:rPr>
          <w:rFonts w:ascii="EB Garamond" w:hAnsi="EB Garamond" w:eastAsia="EB Garamond"/>
          <w:sz w:val="22"/>
        </w:rPr>
        <w:t>Someone probably believed her dad had another family.</w:t>
      </w:r>
    </w:p>
    <w:p>
      <w:pPr>
        <w:spacing w:after="0" w:line="264" w:lineRule="exact"/>
        <w:ind w:firstLine="0" w:left="0"/>
      </w:pPr>
      <w:r>
        <w:rPr>
          <w:rFonts w:ascii="EB Garamond" w:hAnsi="EB Garamond" w:eastAsia="EB Garamond"/>
          <w:sz w:val="22"/>
        </w:rPr>
        <w:t>Someone apparently believed Maddie lived with Ava.</w:t>
      </w:r>
    </w:p>
    <w:p>
      <w:pPr>
        <w:spacing w:after="0" w:line="264" w:lineRule="exact"/>
        <w:ind w:firstLine="0" w:left="0"/>
      </w:pPr>
      <w:r>
        <w:rPr>
          <w:rFonts w:ascii="EB Garamond" w:hAnsi="EB Garamond" w:eastAsia="EB Garamond"/>
          <w:sz w:val="22"/>
        </w:rPr>
        <w:t>Elsie couldn’t fix all of that without telling a story that wasn’t hers.</w:t>
      </w:r>
    </w:p>
    <w:p>
      <w:pPr>
        <w:spacing w:after="0" w:line="264" w:lineRule="exact"/>
        <w:ind w:firstLine="0" w:left="0"/>
      </w:pPr>
      <w:r>
        <w:rPr>
          <w:rFonts w:ascii="EB Garamond" w:hAnsi="EB Garamond" w:eastAsia="EB Garamond"/>
          <w:sz w:val="22"/>
        </w:rPr>
        <w:t>So she wouldn’t.</w:t>
      </w:r>
    </w:p>
    <w:p>
      <w:pPr>
        <w:spacing w:after="0" w:line="264" w:lineRule="exact"/>
        <w:ind w:firstLine="0" w:left="0"/>
      </w:pPr>
      <w:r>
        <w:rPr>
          <w:rFonts w:ascii="EB Garamond" w:hAnsi="EB Garamond" w:eastAsia="EB Garamond"/>
          <w:sz w:val="22"/>
        </w:rPr>
        <w:t>For once, knowing the truth didn’t mean she had to prove she knew it.</w:t>
      </w:r>
    </w:p>
    <w:p>
      <w:r>
        <w:br w:type="page"/>
      </w:r>
    </w:p>
    <w:p>
      <w:pPr>
        <w:spacing w:after="0" w:line="264" w:lineRule="exact"/>
        <w:ind w:firstLine="0" w:left="0"/>
        <w:jc w:val="center"/>
      </w:pPr>
      <w:r>
        <w:rPr>
          <w:rFonts w:ascii="EB Garamond" w:hAnsi="EB Garamond" w:eastAsia="EB Garamond"/>
          <w:b/>
          <w:sz w:val="24"/>
        </w:rPr>
        <w:t>CHAPTER TEN</w:t>
      </w:r>
    </w:p>
    <w:p>
      <w:pPr>
        <w:spacing w:after="0" w:line="264" w:lineRule="exact"/>
        <w:ind w:firstLine="0" w:left="0"/>
        <w:jc w:val="center"/>
      </w:pPr>
      <w:r>
        <w:rPr>
          <w:rFonts w:ascii="EB Garamond" w:hAnsi="EB Garamond" w:eastAsia="EB Garamond"/>
          <w:b/>
          <w:sz w:val="24"/>
        </w:rPr>
        <w:t>Anyway</w:t>
      </w:r>
    </w:p>
    <w:p>
      <w:pPr>
        <w:spacing w:after="0" w:line="120" w:lineRule="exact"/>
      </w:pPr>
    </w:p>
    <w:p>
      <w:pPr>
        <w:spacing w:after="0" w:line="264" w:lineRule="exact"/>
        <w:ind w:firstLine="0" w:left="0"/>
      </w:pPr>
      <w:r>
        <w:rPr>
          <w:rFonts w:ascii="EB Garamond" w:hAnsi="EB Garamond" w:eastAsia="EB Garamond"/>
          <w:sz w:val="22"/>
        </w:rPr>
        <w:t>By Monday, Maddie was sitting beside Elsie again.</w:t>
      </w:r>
    </w:p>
    <w:p>
      <w:pPr>
        <w:spacing w:after="0" w:line="120" w:lineRule="exact"/>
      </w:pPr>
    </w:p>
    <w:p>
      <w:pPr>
        <w:spacing w:after="0" w:line="264" w:lineRule="exact"/>
        <w:ind w:firstLine="0" w:left="0"/>
      </w:pPr>
      <w:r>
        <w:rPr>
          <w:rFonts w:ascii="EB Garamond" w:hAnsi="EB Garamond" w:eastAsia="EB Garamond"/>
          <w:sz w:val="22"/>
        </w:rPr>
        <w:t>Technically.</w:t>
      </w:r>
    </w:p>
    <w:p>
      <w:pPr>
        <w:spacing w:after="0" w:line="120" w:lineRule="exact"/>
      </w:pPr>
    </w:p>
    <w:p>
      <w:pPr>
        <w:spacing w:after="0" w:line="264" w:lineRule="exact"/>
        <w:ind w:firstLine="0" w:left="0"/>
      </w:pPr>
      <w:r>
        <w:rPr>
          <w:rFonts w:ascii="EB Garamond" w:hAnsi="EB Garamond" w:eastAsia="EB Garamond"/>
          <w:sz w:val="22"/>
        </w:rPr>
        <w:t>There was approximately four inches more space between them than usual.</w:t>
      </w:r>
    </w:p>
    <w:p>
      <w:pPr>
        <w:spacing w:after="0" w:line="120" w:lineRule="exact"/>
      </w:pPr>
    </w:p>
    <w:p>
      <w:pPr>
        <w:spacing w:after="0" w:line="264" w:lineRule="exact"/>
        <w:ind w:firstLine="0" w:left="0"/>
      </w:pPr>
      <w:r>
        <w:rPr>
          <w:rFonts w:ascii="EB Garamond" w:hAnsi="EB Garamond" w:eastAsia="EB Garamond"/>
          <w:sz w:val="22"/>
        </w:rPr>
        <w:t>Elsie noticed.</w:t>
      </w:r>
    </w:p>
    <w:p>
      <w:pPr>
        <w:spacing w:after="0" w:line="120" w:lineRule="exact"/>
      </w:pPr>
    </w:p>
    <w:p>
      <w:pPr>
        <w:spacing w:after="0" w:line="264" w:lineRule="exact"/>
        <w:ind w:firstLine="0" w:left="0"/>
      </w:pPr>
      <w:r>
        <w:rPr>
          <w:rFonts w:ascii="EB Garamond" w:hAnsi="EB Garamond" w:eastAsia="EB Garamond"/>
          <w:sz w:val="22"/>
        </w:rPr>
        <w:t>She pretended not to.</w:t>
      </w:r>
    </w:p>
    <w:p>
      <w:pPr>
        <w:spacing w:after="0" w:line="120" w:lineRule="exact"/>
      </w:pPr>
    </w:p>
    <w:p>
      <w:pPr>
        <w:spacing w:after="0" w:line="264" w:lineRule="exact"/>
        <w:ind w:firstLine="0" w:left="0"/>
      </w:pPr>
      <w:r>
        <w:rPr>
          <w:rFonts w:ascii="EB Garamond" w:hAnsi="EB Garamond" w:eastAsia="EB Garamond"/>
          <w:sz w:val="22"/>
        </w:rPr>
        <w:t>Maddie probably noticed Elsie pretending not to notice.</w:t>
      </w:r>
    </w:p>
    <w:p>
      <w:pPr>
        <w:spacing w:after="0" w:line="120" w:lineRule="exact"/>
      </w:pPr>
    </w:p>
    <w:p>
      <w:pPr>
        <w:spacing w:after="0" w:line="264" w:lineRule="exact"/>
        <w:ind w:firstLine="0" w:left="0"/>
      </w:pPr>
      <w:r>
        <w:rPr>
          <w:rFonts w:ascii="EB Garamond" w:hAnsi="EB Garamond" w:eastAsia="EB Garamond"/>
          <w:sz w:val="22"/>
        </w:rPr>
        <w:t>She pretended not to notice that.</w:t>
      </w:r>
    </w:p>
    <w:p>
      <w:pPr>
        <w:spacing w:after="0" w:line="120" w:lineRule="exact"/>
      </w:pPr>
    </w:p>
    <w:p>
      <w:pPr>
        <w:spacing w:after="0" w:line="264" w:lineRule="exact"/>
        <w:ind w:firstLine="0" w:left="0"/>
      </w:pPr>
      <w:r>
        <w:rPr>
          <w:rFonts w:ascii="EB Garamond" w:hAnsi="EB Garamond" w:eastAsia="EB Garamond"/>
          <w:sz w:val="22"/>
        </w:rPr>
        <w:t>Friendship was exhausting.</w:t>
      </w:r>
    </w:p>
    <w:p>
      <w:pPr>
        <w:spacing w:after="0" w:line="120" w:lineRule="exact"/>
      </w:pPr>
    </w:p>
    <w:p>
      <w:pPr>
        <w:spacing w:after="0" w:line="264" w:lineRule="exact"/>
        <w:ind w:firstLine="0" w:left="0"/>
      </w:pPr>
      <w:r>
        <w:rPr>
          <w:rFonts w:ascii="EB Garamond" w:hAnsi="EB Garamond" w:eastAsia="EB Garamond"/>
          <w:sz w:val="22"/>
        </w:rPr>
        <w:t>Ava dropped into the seat across from them.</w:t>
      </w:r>
    </w:p>
    <w:p>
      <w:pPr>
        <w:spacing w:after="0" w:line="120" w:lineRule="exact"/>
      </w:pPr>
    </w:p>
    <w:p>
      <w:pPr>
        <w:spacing w:after="0" w:line="264" w:lineRule="exact"/>
        <w:ind w:firstLine="0" w:left="0"/>
      </w:pPr>
      <w:r>
        <w:rPr>
          <w:rFonts w:ascii="EB Garamond" w:hAnsi="EB Garamond" w:eastAsia="EB Garamond"/>
          <w:sz w:val="22"/>
        </w:rPr>
        <w:t>“Okay.”</w:t>
      </w:r>
    </w:p>
    <w:p>
      <w:pPr>
        <w:spacing w:after="0" w:line="120" w:lineRule="exact"/>
      </w:pPr>
    </w:p>
    <w:p>
      <w:pPr>
        <w:spacing w:after="0" w:line="264" w:lineRule="exact"/>
        <w:ind w:firstLine="0" w:left="0"/>
      </w:pPr>
      <w:r>
        <w:rPr>
          <w:rFonts w:ascii="EB Garamond" w:hAnsi="EB Garamond" w:eastAsia="EB Garamond"/>
          <w:sz w:val="22"/>
        </w:rPr>
        <w:t>Both Elsie and Maddie looked at her.</w:t>
      </w:r>
    </w:p>
    <w:p>
      <w:pPr>
        <w:spacing w:after="0" w:line="120" w:lineRule="exact"/>
      </w:pPr>
    </w:p>
    <w:p>
      <w:pPr>
        <w:spacing w:after="0" w:line="264" w:lineRule="exact"/>
        <w:ind w:firstLine="0" w:left="0"/>
      </w:pPr>
      <w:r>
        <w:rPr>
          <w:rFonts w:ascii="EB Garamond" w:hAnsi="EB Garamond" w:eastAsia="EB Garamond"/>
          <w:sz w:val="22"/>
        </w:rPr>
        <w:t>Ava stopped.</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“Nothing,” Maddie said.</w:t>
      </w:r>
    </w:p>
    <w:p>
      <w:pPr>
        <w:spacing w:after="0" w:line="120" w:lineRule="exact"/>
      </w:pPr>
    </w:p>
    <w:p>
      <w:pPr>
        <w:spacing w:after="0" w:line="264" w:lineRule="exact"/>
        <w:ind w:firstLine="0" w:left="0"/>
      </w:pPr>
      <w:r>
        <w:rPr>
          <w:rFonts w:ascii="EB Garamond" w:hAnsi="EB Garamond" w:eastAsia="EB Garamond"/>
          <w:sz w:val="22"/>
        </w:rPr>
        <w:t>Elsie bit the inside of her cheek.</w:t>
      </w:r>
    </w:p>
    <w:p>
      <w:pPr>
        <w:spacing w:after="0" w:line="120" w:lineRule="exact"/>
      </w:pPr>
    </w:p>
    <w:p>
      <w:pPr>
        <w:spacing w:after="0" w:line="264" w:lineRule="exact"/>
        <w:ind w:firstLine="0" w:left="0"/>
      </w:pPr>
      <w:r>
        <w:rPr>
          <w:rFonts w:ascii="EB Garamond" w:hAnsi="EB Garamond" w:eastAsia="EB Garamond"/>
          <w:sz w:val="22"/>
        </w:rPr>
        <w:t>Ava narrowed her eyes.</w:t>
      </w:r>
    </w:p>
    <w:p>
      <w:pPr>
        <w:spacing w:after="0" w:line="120" w:lineRule="exact"/>
      </w:pPr>
    </w:p>
    <w:p>
      <w:pPr>
        <w:spacing w:after="0" w:line="264" w:lineRule="exact"/>
        <w:ind w:firstLine="0" w:left="0"/>
      </w:pPr>
      <w:r>
        <w:rPr>
          <w:rFonts w:ascii="EB Garamond" w:hAnsi="EB Garamond" w:eastAsia="EB Garamond"/>
          <w:sz w:val="22"/>
        </w:rPr>
        <w:t>“Why did that feel hostile?”</w:t>
      </w:r>
    </w:p>
    <w:p>
      <w:pPr>
        <w:spacing w:after="0" w:line="120" w:lineRule="exact"/>
      </w:pPr>
    </w:p>
    <w:p>
      <w:pPr>
        <w:spacing w:after="0" w:line="264" w:lineRule="exact"/>
        <w:ind w:firstLine="0" w:left="0"/>
      </w:pPr>
      <w:r>
        <w:rPr>
          <w:rFonts w:ascii="EB Garamond" w:hAnsi="EB Garamond" w:eastAsia="EB Garamond"/>
          <w:sz w:val="22"/>
        </w:rPr>
        <w:t>“It wasn’t.”</w:t>
      </w:r>
    </w:p>
    <w:p>
      <w:pPr>
        <w:spacing w:after="0" w:line="120" w:lineRule="exact"/>
      </w:pPr>
    </w:p>
    <w:p>
      <w:pPr>
        <w:spacing w:after="0" w:line="264" w:lineRule="exact"/>
        <w:ind w:firstLine="0" w:left="0"/>
      </w:pPr>
      <w:r>
        <w:rPr>
          <w:rFonts w:ascii="EB Garamond" w:hAnsi="EB Garamond" w:eastAsia="EB Garamond"/>
          <w:sz w:val="22"/>
        </w:rPr>
        <w:t>“You both looked at me.”</w:t>
      </w:r>
    </w:p>
    <w:p>
      <w:pPr>
        <w:spacing w:after="0" w:line="120" w:lineRule="exact"/>
      </w:pPr>
    </w:p>
    <w:p>
      <w:pPr>
        <w:spacing w:after="0" w:line="264" w:lineRule="exact"/>
        <w:ind w:firstLine="0" w:left="0"/>
      </w:pPr>
      <w:r>
        <w:rPr>
          <w:rFonts w:ascii="EB Garamond" w:hAnsi="EB Garamond" w:eastAsia="EB Garamond"/>
          <w:sz w:val="22"/>
        </w:rPr>
        <w:t>“You said okay,” Elsie said.</w:t>
      </w:r>
    </w:p>
    <w:p>
      <w:pPr>
        <w:spacing w:after="0" w:line="120" w:lineRule="exact"/>
      </w:pPr>
    </w:p>
    <w:p>
      <w:pPr>
        <w:spacing w:after="0" w:line="264" w:lineRule="exact"/>
        <w:ind w:firstLine="0" w:left="0"/>
      </w:pPr>
      <w:r>
        <w:rPr>
          <w:rFonts w:ascii="EB Garamond" w:hAnsi="EB Garamond" w:eastAsia="EB Garamond"/>
          <w:sz w:val="22"/>
        </w:rPr>
        <w:t>“So?”</w:t>
      </w:r>
    </w:p>
    <w:p>
      <w:pPr>
        <w:spacing w:after="0" w:line="120" w:lineRule="exact"/>
      </w:pPr>
    </w:p>
    <w:p>
      <w:pPr>
        <w:spacing w:after="0" w:line="264" w:lineRule="exact"/>
        <w:ind w:firstLine="0" w:left="0"/>
      </w:pPr>
      <w:r>
        <w:rPr>
          <w:rFonts w:ascii="EB Garamond" w:hAnsi="EB Garamond" w:eastAsia="EB Garamond"/>
          <w:sz w:val="22"/>
        </w:rPr>
        <w:t>Maddie reached for a fry.</w:t>
      </w:r>
    </w:p>
    <w:p>
      <w:pPr>
        <w:spacing w:after="0" w:line="120" w:lineRule="exact"/>
      </w:pPr>
    </w:p>
    <w:p>
      <w:pPr>
        <w:spacing w:after="0" w:line="264" w:lineRule="exact"/>
        <w:ind w:firstLine="0" w:left="0"/>
      </w:pPr>
      <w:r>
        <w:rPr>
          <w:rFonts w:ascii="EB Garamond" w:hAnsi="EB Garamond" w:eastAsia="EB Garamond"/>
          <w:sz w:val="22"/>
        </w:rPr>
        <w:t>“Long story.”</w:t>
      </w:r>
    </w:p>
    <w:p>
      <w:pPr>
        <w:spacing w:after="0" w:line="120" w:lineRule="exact"/>
      </w:pPr>
    </w:p>
    <w:p>
      <w:pPr>
        <w:spacing w:after="0" w:line="264" w:lineRule="exact"/>
        <w:ind w:firstLine="0" w:left="0"/>
      </w:pPr>
      <w:r>
        <w:rPr>
          <w:rFonts w:ascii="EB Garamond" w:hAnsi="EB Garamond" w:eastAsia="EB Garamond"/>
          <w:sz w:val="22"/>
        </w:rPr>
        <w:t>Ava stared between them.</w:t>
      </w:r>
    </w:p>
    <w:p>
      <w:pPr>
        <w:spacing w:after="0" w:line="120" w:lineRule="exact"/>
      </w:pPr>
    </w:p>
    <w:p>
      <w:pPr>
        <w:spacing w:after="0" w:line="264" w:lineRule="exact"/>
        <w:ind w:firstLine="0" w:left="0"/>
      </w:pPr>
      <w:r>
        <w:rPr>
          <w:rFonts w:ascii="EB Garamond" w:hAnsi="EB Garamond" w:eastAsia="EB Garamond"/>
          <w:sz w:val="22"/>
        </w:rPr>
        <w:t>“I hate when you two have inside jokes.”</w:t>
      </w:r>
    </w:p>
    <w:p>
      <w:pPr>
        <w:spacing w:after="0" w:line="120" w:lineRule="exact"/>
      </w:pPr>
    </w:p>
    <w:p>
      <w:pPr>
        <w:spacing w:after="0" w:line="264" w:lineRule="exact"/>
        <w:ind w:firstLine="0" w:left="0"/>
      </w:pPr>
      <w:r>
        <w:rPr>
          <w:rFonts w:ascii="EB Garamond" w:hAnsi="EB Garamond" w:eastAsia="EB Garamond"/>
          <w:sz w:val="22"/>
        </w:rPr>
        <w:t>Elsie looked at Maddie.</w:t>
      </w:r>
    </w:p>
    <w:p>
      <w:pPr>
        <w:spacing w:after="0" w:line="120" w:lineRule="exact"/>
      </w:pPr>
    </w:p>
    <w:p>
      <w:pPr>
        <w:spacing w:after="0" w:line="264" w:lineRule="exact"/>
        <w:ind w:firstLine="0" w:left="0"/>
      </w:pPr>
      <w:r>
        <w:rPr>
          <w:rFonts w:ascii="EB Garamond" w:hAnsi="EB Garamond" w:eastAsia="EB Garamond"/>
          <w:sz w:val="22"/>
        </w:rPr>
        <w:t>Maddie looked at Elsie.</w:t>
      </w:r>
    </w:p>
    <w:p>
      <w:pPr>
        <w:spacing w:after="0" w:line="120" w:lineRule="exact"/>
      </w:pPr>
    </w:p>
    <w:p>
      <w:pPr>
        <w:spacing w:after="0" w:line="264" w:lineRule="exact"/>
        <w:ind w:firstLine="0" w:left="0"/>
      </w:pPr>
      <w:r>
        <w:rPr>
          <w:rFonts w:ascii="EB Garamond" w:hAnsi="EB Garamond" w:eastAsia="EB Garamond"/>
          <w:sz w:val="22"/>
        </w:rPr>
        <w:t>For half a second, something familiar passed between them.</w:t>
      </w:r>
    </w:p>
    <w:p>
      <w:pPr>
        <w:spacing w:after="0" w:line="120" w:lineRule="exact"/>
      </w:pPr>
    </w:p>
    <w:p>
      <w:pPr>
        <w:spacing w:after="0" w:line="264" w:lineRule="exact"/>
        <w:ind w:firstLine="0" w:left="0"/>
      </w:pPr>
      <w:r>
        <w:rPr>
          <w:rFonts w:ascii="EB Garamond" w:hAnsi="EB Garamond" w:eastAsia="EB Garamond"/>
          <w:sz w:val="22"/>
        </w:rPr>
        <w:t>Then Maddie looked down.</w:t>
      </w:r>
    </w:p>
    <w:p>
      <w:pPr>
        <w:spacing w:after="0" w:line="120" w:lineRule="exact"/>
      </w:pPr>
    </w:p>
    <w:p>
      <w:pPr>
        <w:spacing w:after="0" w:line="264" w:lineRule="exact"/>
        <w:ind w:firstLine="0" w:left="0"/>
      </w:pPr>
      <w:r>
        <w:rPr>
          <w:rFonts w:ascii="EB Garamond" w:hAnsi="EB Garamond" w:eastAsia="EB Garamond"/>
          <w:sz w:val="22"/>
        </w:rPr>
        <w:t>Still tender.</w:t>
      </w:r>
    </w:p>
    <w:p>
      <w:pPr>
        <w:spacing w:after="0" w:line="120" w:lineRule="exact"/>
      </w:pPr>
    </w:p>
    <w:p>
      <w:pPr>
        <w:spacing w:after="0" w:line="264" w:lineRule="exact"/>
        <w:ind w:firstLine="0" w:left="0"/>
      </w:pPr>
      <w:r>
        <w:rPr>
          <w:rFonts w:ascii="EB Garamond" w:hAnsi="EB Garamond" w:eastAsia="EB Garamond"/>
          <w:sz w:val="22"/>
        </w:rPr>
        <w:t>Elsie understood.</w:t>
      </w:r>
    </w:p>
    <w:p>
      <w:pPr>
        <w:spacing w:after="0" w:line="120" w:lineRule="exact"/>
      </w:pPr>
    </w:p>
    <w:p>
      <w:pPr>
        <w:spacing w:after="0" w:line="264" w:lineRule="exact"/>
        <w:ind w:firstLine="0" w:left="0"/>
      </w:pPr>
      <w:r>
        <w:rPr>
          <w:rFonts w:ascii="EB Garamond" w:hAnsi="EB Garamond" w:eastAsia="EB Garamond"/>
          <w:sz w:val="22"/>
        </w:rPr>
        <w:t>Mostly.</w:t>
      </w:r>
    </w:p>
    <w:p>
      <w:pPr>
        <w:spacing w:after="0" w:line="120" w:lineRule="exact"/>
      </w:pPr>
    </w:p>
    <w:p>
      <w:pPr>
        <w:spacing w:after="0" w:line="264" w:lineRule="exact"/>
        <w:ind w:firstLine="0" w:left="0"/>
      </w:pPr>
      <w:r>
        <w:rPr>
          <w:rFonts w:ascii="EB Garamond" w:hAnsi="EB Garamond" w:eastAsia="EB Garamond"/>
          <w:sz w:val="22"/>
        </w:rPr>
        <w:t>She was learning that understanding somebody’s hurt did not entitle you to decide when they should be finished with it.</w:t>
      </w:r>
    </w:p>
    <w:p>
      <w:pPr>
        <w:spacing w:after="0" w:line="120" w:lineRule="exact"/>
      </w:pPr>
    </w:p>
    <w:p>
      <w:pPr>
        <w:spacing w:after="0" w:line="264" w:lineRule="exact"/>
        <w:ind w:firstLine="0" w:left="0"/>
      </w:pPr>
      <w:r>
        <w:rPr>
          <w:rFonts w:ascii="EB Garamond" w:hAnsi="EB Garamond" w:eastAsia="EB Garamond"/>
          <w:sz w:val="22"/>
        </w:rPr>
        <w:t>Ava stole one of Maddie’s fries.</w:t>
      </w:r>
    </w:p>
    <w:p>
      <w:pPr>
        <w:spacing w:after="0" w:line="120" w:lineRule="exact"/>
      </w:pPr>
    </w:p>
    <w:p>
      <w:pPr>
        <w:spacing w:after="0" w:line="264" w:lineRule="exact"/>
        <w:ind w:firstLine="0" w:left="0"/>
      </w:pPr>
      <w:r>
        <w:rPr>
          <w:rFonts w:ascii="EB Garamond" w:hAnsi="EB Garamond" w:eastAsia="EB Garamond"/>
          <w:sz w:val="22"/>
        </w:rPr>
        <w:t>Maddie slapped her hand.</w:t>
      </w:r>
    </w:p>
    <w:p>
      <w:pPr>
        <w:spacing w:after="0" w:line="120" w:lineRule="exact"/>
      </w:pPr>
    </w:p>
    <w:p>
      <w:pPr>
        <w:spacing w:after="0" w:line="264" w:lineRule="exact"/>
        <w:ind w:firstLine="0" w:left="0"/>
      </w:pPr>
      <w:r>
        <w:rPr>
          <w:rFonts w:ascii="EB Garamond" w:hAnsi="EB Garamond" w:eastAsia="EB Garamond"/>
          <w:sz w:val="22"/>
        </w:rPr>
        <w:t>“Get your own.”</w:t>
      </w:r>
    </w:p>
    <w:p>
      <w:pPr>
        <w:spacing w:after="0" w:line="120" w:lineRule="exact"/>
      </w:pPr>
    </w:p>
    <w:p>
      <w:pPr>
        <w:spacing w:after="0" w:line="264" w:lineRule="exact"/>
        <w:ind w:firstLine="0" w:left="0"/>
      </w:pPr>
      <w:r>
        <w:rPr>
          <w:rFonts w:ascii="EB Garamond" w:hAnsi="EB Garamond" w:eastAsia="EB Garamond"/>
          <w:sz w:val="22"/>
        </w:rPr>
        <w:t>“I don’t want my own.”</w:t>
      </w:r>
    </w:p>
    <w:p>
      <w:pPr>
        <w:spacing w:after="0" w:line="120" w:lineRule="exact"/>
      </w:pPr>
    </w:p>
    <w:p>
      <w:pPr>
        <w:spacing w:after="0" w:line="264" w:lineRule="exact"/>
        <w:ind w:firstLine="0" w:left="0"/>
      </w:pPr>
      <w:r>
        <w:rPr>
          <w:rFonts w:ascii="EB Garamond" w:hAnsi="EB Garamond" w:eastAsia="EB Garamond"/>
          <w:sz w:val="22"/>
        </w:rPr>
        <w:t>“That’s not how food works.”</w:t>
      </w:r>
    </w:p>
    <w:p>
      <w:pPr>
        <w:spacing w:after="0" w:line="120" w:lineRule="exact"/>
      </w:pPr>
    </w:p>
    <w:p>
      <w:pPr>
        <w:spacing w:after="0" w:line="264" w:lineRule="exact"/>
        <w:ind w:firstLine="0" w:left="0"/>
      </w:pPr>
      <w:r>
        <w:rPr>
          <w:rFonts w:ascii="EB Garamond" w:hAnsi="EB Garamond" w:eastAsia="EB Garamond"/>
          <w:sz w:val="22"/>
        </w:rPr>
        <w:t>“It literally is.”</w:t>
      </w:r>
    </w:p>
    <w:p>
      <w:pPr>
        <w:spacing w:after="0" w:line="120" w:lineRule="exact"/>
      </w:pPr>
    </w:p>
    <w:p>
      <w:pPr>
        <w:spacing w:after="0" w:line="264" w:lineRule="exact"/>
        <w:ind w:firstLine="0" w:left="0"/>
      </w:pPr>
      <w:r>
        <w:rPr>
          <w:rFonts w:ascii="EB Garamond" w:hAnsi="EB Garamond" w:eastAsia="EB Garamond"/>
          <w:sz w:val="22"/>
        </w:rPr>
        <w:t>Elsie smiled.</w:t>
      </w:r>
    </w:p>
    <w:p>
      <w:pPr>
        <w:spacing w:after="0" w:line="120" w:lineRule="exact"/>
      </w:pPr>
    </w:p>
    <w:p>
      <w:pPr>
        <w:spacing w:after="0" w:line="264" w:lineRule="exact"/>
        <w:ind w:firstLine="0" w:left="0"/>
      </w:pPr>
      <w:r>
        <w:rPr>
          <w:rFonts w:ascii="EB Garamond" w:hAnsi="EB Garamond" w:eastAsia="EB Garamond"/>
          <w:sz w:val="22"/>
        </w:rPr>
        <w:t>Normal.</w:t>
      </w:r>
    </w:p>
    <w:p>
      <w:pPr>
        <w:spacing w:after="0" w:line="120" w:lineRule="exact"/>
      </w:pPr>
    </w:p>
    <w:p>
      <w:pPr>
        <w:spacing w:after="0" w:line="264" w:lineRule="exact"/>
        <w:ind w:firstLine="0" w:left="0"/>
      </w:pPr>
      <w:r>
        <w:rPr>
          <w:rFonts w:ascii="EB Garamond" w:hAnsi="EB Garamond" w:eastAsia="EB Garamond"/>
          <w:sz w:val="22"/>
        </w:rPr>
        <w:t>Not completely.</w:t>
      </w:r>
    </w:p>
    <w:p>
      <w:pPr>
        <w:spacing w:after="0" w:line="120" w:lineRule="exact"/>
      </w:pPr>
    </w:p>
    <w:p>
      <w:pPr>
        <w:spacing w:after="0" w:line="264" w:lineRule="exact"/>
        <w:ind w:firstLine="0" w:left="0"/>
      </w:pPr>
      <w:r>
        <w:rPr>
          <w:rFonts w:ascii="EB Garamond" w:hAnsi="EB Garamond" w:eastAsia="EB Garamond"/>
          <w:sz w:val="22"/>
        </w:rPr>
        <w:t>But closer.</w:t>
      </w:r>
    </w:p>
    <w:p>
      <w:pPr>
        <w:spacing w:after="0" w:line="120" w:lineRule="exact"/>
      </w:pPr>
    </w:p>
    <w:p>
      <w:pPr>
        <w:spacing w:after="0" w:line="264" w:lineRule="exact"/>
        <w:ind w:firstLine="0" w:left="0"/>
      </w:pPr>
      <w:r>
        <w:rPr>
          <w:rFonts w:ascii="EB Garamond" w:hAnsi="EB Garamond" w:eastAsia="EB Garamond"/>
          <w:sz w:val="22"/>
        </w:rPr>
        <w:t>At the table behind them, someone said:</w:t>
      </w:r>
    </w:p>
    <w:p>
      <w:pPr>
        <w:spacing w:after="0" w:line="120" w:lineRule="exact"/>
      </w:pPr>
    </w:p>
    <w:p>
      <w:pPr>
        <w:spacing w:after="0" w:line="264" w:lineRule="exact"/>
        <w:ind w:firstLine="0" w:left="0"/>
      </w:pPr>
      <w:r>
        <w:rPr>
          <w:rFonts w:ascii="EB Garamond" w:hAnsi="EB Garamond" w:eastAsia="EB Garamond"/>
          <w:sz w:val="22"/>
        </w:rPr>
        <w:t>“I heard her mom’s fine now.”</w:t>
      </w:r>
    </w:p>
    <w:p>
      <w:pPr>
        <w:spacing w:after="0" w:line="120" w:lineRule="exact"/>
      </w:pPr>
    </w:p>
    <w:p>
      <w:pPr>
        <w:spacing w:after="0" w:line="264" w:lineRule="exact"/>
        <w:ind w:firstLine="0" w:left="0"/>
      </w:pPr>
      <w:r>
        <w:rPr>
          <w:rFonts w:ascii="EB Garamond" w:hAnsi="EB Garamond" w:eastAsia="EB Garamond"/>
          <w:sz w:val="22"/>
        </w:rPr>
        <w:t>Elsie froze.</w:t>
      </w:r>
    </w:p>
    <w:p>
      <w:pPr>
        <w:spacing w:after="0" w:line="120" w:lineRule="exact"/>
      </w:pPr>
    </w:p>
    <w:p>
      <w:pPr>
        <w:spacing w:after="0" w:line="264" w:lineRule="exact"/>
        <w:ind w:firstLine="0" w:left="0"/>
      </w:pPr>
      <w:r>
        <w:rPr>
          <w:rFonts w:ascii="EB Garamond" w:hAnsi="EB Garamond" w:eastAsia="EB Garamond"/>
          <w:sz w:val="22"/>
        </w:rPr>
        <w:t>Maddie did too.</w:t>
      </w:r>
    </w:p>
    <w:p>
      <w:pPr>
        <w:spacing w:after="0" w:line="120" w:lineRule="exact"/>
      </w:pPr>
    </w:p>
    <w:p>
      <w:pPr>
        <w:spacing w:after="0" w:line="264" w:lineRule="exact"/>
        <w:ind w:firstLine="0" w:left="0"/>
      </w:pPr>
      <w:r>
        <w:rPr>
          <w:rFonts w:ascii="EB Garamond" w:hAnsi="EB Garamond" w:eastAsia="EB Garamond"/>
          <w:sz w:val="22"/>
        </w:rPr>
        <w:t>Ava’s eyes immediately went to her.</w:t>
      </w:r>
    </w:p>
    <w:p>
      <w:pPr>
        <w:spacing w:after="0" w:line="120" w:lineRule="exact"/>
      </w:pPr>
    </w:p>
    <w:p>
      <w:pPr>
        <w:spacing w:after="0" w:line="264" w:lineRule="exact"/>
        <w:ind w:firstLine="0" w:left="0"/>
      </w:pPr>
      <w:r>
        <w:rPr>
          <w:rFonts w:ascii="EB Garamond" w:hAnsi="EB Garamond" w:eastAsia="EB Garamond"/>
          <w:sz w:val="22"/>
        </w:rPr>
        <w:t>Elsie stared at her lunch.</w:t>
      </w:r>
    </w:p>
    <w:p>
      <w:pPr>
        <w:spacing w:after="0" w:line="120" w:lineRule="exact"/>
      </w:pPr>
    </w:p>
    <w:p>
      <w:pPr>
        <w:spacing w:after="0" w:line="264" w:lineRule="exact"/>
        <w:ind w:firstLine="0" w:left="0"/>
      </w:pPr>
      <w:r>
        <w:rPr>
          <w:rFonts w:ascii="EB Garamond" w:hAnsi="EB Garamond" w:eastAsia="EB Garamond"/>
          <w:i/>
          <w:sz w:val="22"/>
        </w:rPr>
        <w:t>Do not turn around.</w:t>
      </w:r>
    </w:p>
    <w:p>
      <w:pPr>
        <w:spacing w:after="0" w:line="120" w:lineRule="exact"/>
      </w:pPr>
    </w:p>
    <w:p>
      <w:pPr>
        <w:spacing w:after="0" w:line="264" w:lineRule="exact"/>
        <w:ind w:firstLine="0" w:left="0"/>
      </w:pPr>
      <w:r>
        <w:rPr>
          <w:rFonts w:ascii="EB Garamond" w:hAnsi="EB Garamond" w:eastAsia="EB Garamond"/>
          <w:i/>
          <w:sz w:val="22"/>
        </w:rPr>
        <w:t>Do not correct them.</w:t>
      </w:r>
    </w:p>
    <w:p>
      <w:pPr>
        <w:spacing w:after="0" w:line="120" w:lineRule="exact"/>
      </w:pPr>
    </w:p>
    <w:p>
      <w:pPr>
        <w:spacing w:after="0" w:line="264" w:lineRule="exact"/>
        <w:ind w:firstLine="0" w:left="0"/>
      </w:pPr>
      <w:r>
        <w:rPr>
          <w:rFonts w:ascii="EB Garamond" w:hAnsi="EB Garamond" w:eastAsia="EB Garamond"/>
          <w:i/>
          <w:sz w:val="22"/>
        </w:rPr>
        <w:t>Do not explain.</w:t>
      </w:r>
    </w:p>
    <w:p>
      <w:pPr>
        <w:spacing w:after="0" w:line="120" w:lineRule="exact"/>
      </w:pPr>
    </w:p>
    <w:p>
      <w:pPr>
        <w:spacing w:after="0" w:line="264" w:lineRule="exact"/>
        <w:ind w:firstLine="0" w:left="0"/>
      </w:pPr>
      <w:r>
        <w:rPr>
          <w:rFonts w:ascii="EB Garamond" w:hAnsi="EB Garamond" w:eastAsia="EB Garamond"/>
          <w:i/>
          <w:sz w:val="22"/>
        </w:rPr>
        <w:t>Do not—</w:t>
      </w:r>
    </w:p>
    <w:p>
      <w:pPr>
        <w:spacing w:after="0" w:line="120" w:lineRule="exact"/>
      </w:pPr>
    </w:p>
    <w:p>
      <w:pPr>
        <w:spacing w:after="0" w:line="264" w:lineRule="exact"/>
        <w:ind w:firstLine="0" w:left="0"/>
      </w:pPr>
      <w:r>
        <w:rPr>
          <w:rFonts w:ascii="EB Garamond" w:hAnsi="EB Garamond" w:eastAsia="EB Garamond"/>
          <w:sz w:val="22"/>
        </w:rPr>
        <w:t>Maddie said, “Can we go outside?”</w:t>
      </w:r>
    </w:p>
    <w:p>
      <w:pPr>
        <w:spacing w:after="0" w:line="120" w:lineRule="exact"/>
      </w:pPr>
    </w:p>
    <w:p>
      <w:pPr>
        <w:spacing w:after="0" w:line="264" w:lineRule="exact"/>
        <w:ind w:firstLine="0" w:left="0"/>
      </w:pPr>
      <w:r>
        <w:rPr>
          <w:rFonts w:ascii="EB Garamond" w:hAnsi="EB Garamond" w:eastAsia="EB Garamond"/>
          <w:sz w:val="22"/>
        </w:rPr>
        <w:t>Elsie looked up.</w:t>
      </w:r>
    </w:p>
    <w:p>
      <w:pPr>
        <w:spacing w:after="0" w:line="120" w:lineRule="exact"/>
      </w:pPr>
    </w:p>
    <w:p>
      <w:pPr>
        <w:spacing w:after="0" w:line="264" w:lineRule="exact"/>
        <w:ind w:firstLine="0" w:left="0"/>
      </w:pPr>
      <w:r>
        <w:rPr>
          <w:rFonts w:ascii="EB Garamond" w:hAnsi="EB Garamond" w:eastAsia="EB Garamond"/>
          <w:sz w:val="22"/>
        </w:rPr>
        <w:t>“Yeah.”</w:t>
      </w:r>
    </w:p>
    <w:p>
      <w:pPr>
        <w:spacing w:after="0" w:line="120" w:lineRule="exact"/>
      </w:pPr>
    </w:p>
    <w:p>
      <w:pPr>
        <w:spacing w:after="0" w:line="264" w:lineRule="exact"/>
        <w:ind w:firstLine="0" w:left="0"/>
      </w:pPr>
      <w:r>
        <w:rPr>
          <w:rFonts w:ascii="EB Garamond" w:hAnsi="EB Garamond" w:eastAsia="EB Garamond"/>
          <w:sz w:val="22"/>
        </w:rPr>
        <w:t>Ava started to stand.</w:t>
      </w:r>
    </w:p>
    <w:p>
      <w:pPr>
        <w:spacing w:after="0" w:line="120" w:lineRule="exact"/>
      </w:pPr>
    </w:p>
    <w:p>
      <w:pPr>
        <w:spacing w:after="0" w:line="264" w:lineRule="exact"/>
        <w:ind w:firstLine="0" w:left="0"/>
      </w:pPr>
      <w:r>
        <w:rPr>
          <w:rFonts w:ascii="EB Garamond" w:hAnsi="EB Garamond" w:eastAsia="EB Garamond"/>
          <w:sz w:val="22"/>
        </w:rPr>
        <w:t>Maddie looked at her.</w:t>
      </w:r>
    </w:p>
    <w:p>
      <w:pPr>
        <w:spacing w:after="0" w:line="120" w:lineRule="exact"/>
      </w:pPr>
    </w:p>
    <w:p>
      <w:pPr>
        <w:spacing w:after="0" w:line="264" w:lineRule="exact"/>
        <w:ind w:firstLine="0" w:left="0"/>
      </w:pPr>
      <w:r>
        <w:rPr>
          <w:rFonts w:ascii="EB Garamond" w:hAnsi="EB Garamond" w:eastAsia="EB Garamond"/>
          <w:sz w:val="22"/>
        </w:rPr>
        <w:t>“Just Elsie?”</w:t>
      </w:r>
    </w:p>
    <w:p>
      <w:pPr>
        <w:spacing w:after="0" w:line="120" w:lineRule="exact"/>
      </w:pPr>
    </w:p>
    <w:p>
      <w:pPr>
        <w:spacing w:after="0" w:line="264" w:lineRule="exact"/>
        <w:ind w:firstLine="0" w:left="0"/>
      </w:pPr>
      <w:r>
        <w:rPr>
          <w:rFonts w:ascii="EB Garamond" w:hAnsi="EB Garamond" w:eastAsia="EB Garamond"/>
          <w:sz w:val="22"/>
        </w:rPr>
        <w:t>Ava paused.</w:t>
      </w:r>
    </w:p>
    <w:p>
      <w:pPr>
        <w:spacing w:after="0" w:line="120" w:lineRule="exact"/>
      </w:pPr>
    </w:p>
    <w:p>
      <w:pPr>
        <w:spacing w:after="0" w:line="264" w:lineRule="exact"/>
        <w:ind w:firstLine="0" w:left="0"/>
      </w:pPr>
      <w:r>
        <w:rPr>
          <w:rFonts w:ascii="EB Garamond" w:hAnsi="EB Garamond" w:eastAsia="EB Garamond"/>
          <w:sz w:val="22"/>
        </w:rPr>
        <w:t>Then nodded.</w:t>
      </w:r>
    </w:p>
    <w:p>
      <w:pPr>
        <w:spacing w:after="0" w:line="120" w:lineRule="exact"/>
      </w:pPr>
    </w:p>
    <w:p>
      <w:pPr>
        <w:spacing w:after="0" w:line="264" w:lineRule="exact"/>
        <w:ind w:firstLine="0" w:left="0"/>
      </w:pPr>
      <w:r>
        <w:rPr>
          <w:rFonts w:ascii="EB Garamond" w:hAnsi="EB Garamond" w:eastAsia="EB Garamond"/>
          <w:sz w:val="22"/>
        </w:rPr>
        <w:t>“Yeah.”</w:t>
      </w:r>
    </w:p>
    <w:p>
      <w:pPr>
        <w:spacing w:after="0" w:line="120" w:lineRule="exact"/>
      </w:pPr>
    </w:p>
    <w:p>
      <w:pPr>
        <w:spacing w:after="0" w:line="264" w:lineRule="exact"/>
        <w:ind w:firstLine="0" w:left="0"/>
      </w:pPr>
      <w:r>
        <w:rPr>
          <w:rFonts w:ascii="EB Garamond" w:hAnsi="EB Garamond" w:eastAsia="EB Garamond"/>
          <w:sz w:val="22"/>
        </w:rPr>
        <w:t>Elsie followed Maddie out of the cafeteria.</w:t>
      </w:r>
    </w:p>
    <w:p>
      <w:pPr>
        <w:spacing w:after="0" w:line="120" w:lineRule="exact"/>
      </w:pPr>
    </w:p>
    <w:p>
      <w:pPr>
        <w:spacing w:after="0" w:line="264" w:lineRule="exact"/>
        <w:ind w:firstLine="0" w:left="0"/>
      </w:pPr>
      <w:r>
        <w:rPr>
          <w:rFonts w:ascii="EB Garamond" w:hAnsi="EB Garamond" w:eastAsia="EB Garamond"/>
          <w:sz w:val="22"/>
        </w:rPr>
        <w:t>Neither spoke until they reached the courtyard.</w:t>
      </w:r>
    </w:p>
    <w:p>
      <w:pPr>
        <w:spacing w:after="0" w:line="120" w:lineRule="exact"/>
      </w:pPr>
    </w:p>
    <w:p>
      <w:pPr>
        <w:spacing w:after="0" w:line="264" w:lineRule="exact"/>
        <w:ind w:firstLine="0" w:left="0"/>
      </w:pPr>
      <w:r>
        <w:rPr>
          <w:rFonts w:ascii="EB Garamond" w:hAnsi="EB Garamond" w:eastAsia="EB Garamond"/>
          <w:sz w:val="22"/>
        </w:rPr>
        <w:t>Maddie sat on the low brick wall.</w:t>
      </w:r>
    </w:p>
    <w:p>
      <w:pPr>
        <w:spacing w:after="0" w:line="120" w:lineRule="exact"/>
      </w:pPr>
    </w:p>
    <w:p>
      <w:pPr>
        <w:spacing w:after="0" w:line="264" w:lineRule="exact"/>
        <w:ind w:firstLine="0" w:left="0"/>
      </w:pPr>
      <w:r>
        <w:rPr>
          <w:rFonts w:ascii="EB Garamond" w:hAnsi="EB Garamond" w:eastAsia="EB Garamond"/>
          <w:sz w:val="22"/>
        </w:rPr>
        <w:t>Elsie sat beside her.</w:t>
      </w:r>
    </w:p>
    <w:p>
      <w:pPr>
        <w:spacing w:after="0" w:line="120" w:lineRule="exact"/>
      </w:pPr>
    </w:p>
    <w:p>
      <w:pPr>
        <w:spacing w:after="0" w:line="264" w:lineRule="exact"/>
        <w:ind w:firstLine="0" w:left="0"/>
      </w:pPr>
      <w:r>
        <w:rPr>
          <w:rFonts w:ascii="EB Garamond" w:hAnsi="EB Garamond" w:eastAsia="EB Garamond"/>
          <w:sz w:val="22"/>
        </w:rPr>
        <w:t>Not too close.</w:t>
      </w:r>
    </w:p>
    <w:p>
      <w:pPr>
        <w:spacing w:after="0" w:line="120" w:lineRule="exact"/>
      </w:pPr>
    </w:p>
    <w:p>
      <w:pPr>
        <w:spacing w:after="0" w:line="264" w:lineRule="exact"/>
        <w:ind w:firstLine="0" w:left="0"/>
      </w:pPr>
      <w:r>
        <w:rPr>
          <w:rFonts w:ascii="EB Garamond" w:hAnsi="EB Garamond" w:eastAsia="EB Garamond"/>
          <w:sz w:val="22"/>
        </w:rPr>
        <w:t>Apparently four inches was the current treaty.</w:t>
      </w:r>
    </w:p>
    <w:p>
      <w:pPr>
        <w:spacing w:after="0" w:line="120" w:lineRule="exact"/>
      </w:pPr>
    </w:p>
    <w:p>
      <w:pPr>
        <w:spacing w:after="0" w:line="264" w:lineRule="exact"/>
        <w:ind w:firstLine="0" w:left="0"/>
      </w:pPr>
      <w:r>
        <w:rPr>
          <w:rFonts w:ascii="EB Garamond" w:hAnsi="EB Garamond" w:eastAsia="EB Garamond"/>
          <w:sz w:val="22"/>
        </w:rPr>
        <w:t>For a while, Maddie picked at a loose thread on her sleeve.</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“She’s not fine.”</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sz w:val="22"/>
        </w:rPr>
        <w:t>Maddie looked toward the parking lot.</w:t>
      </w:r>
    </w:p>
    <w:p>
      <w:pPr>
        <w:spacing w:after="0" w:line="120" w:lineRule="exact"/>
      </w:pPr>
    </w:p>
    <w:p>
      <w:pPr>
        <w:spacing w:after="0" w:line="264" w:lineRule="exact"/>
        <w:ind w:firstLine="0" w:left="0"/>
      </w:pPr>
      <w:r>
        <w:rPr>
          <w:rFonts w:ascii="EB Garamond" w:hAnsi="EB Garamond" w:eastAsia="EB Garamond"/>
          <w:sz w:val="22"/>
        </w:rPr>
        <w:t>“She’s better.”</w:t>
      </w:r>
    </w:p>
    <w:p>
      <w:pPr>
        <w:spacing w:after="0" w:line="120" w:lineRule="exact"/>
      </w:pPr>
    </w:p>
    <w:p>
      <w:pPr>
        <w:spacing w:after="0" w:line="264" w:lineRule="exact"/>
        <w:ind w:firstLine="0" w:left="0"/>
      </w:pPr>
      <w:r>
        <w:rPr>
          <w:rFonts w:ascii="EB Garamond" w:hAnsi="EB Garamond" w:eastAsia="EB Garamond"/>
          <w:sz w:val="22"/>
        </w:rPr>
        <w:t>“Okay.”</w:t>
      </w:r>
    </w:p>
    <w:p>
      <w:pPr>
        <w:spacing w:after="0" w:line="120" w:lineRule="exact"/>
      </w:pPr>
    </w:p>
    <w:p>
      <w:pPr>
        <w:spacing w:after="0" w:line="264" w:lineRule="exact"/>
        <w:ind w:firstLine="0" w:left="0"/>
      </w:pPr>
      <w:r>
        <w:rPr>
          <w:rFonts w:ascii="EB Garamond" w:hAnsi="EB Garamond" w:eastAsia="EB Garamond"/>
          <w:sz w:val="22"/>
        </w:rPr>
        <w:t>Maddie looked at her.</w:t>
      </w:r>
    </w:p>
    <w:p>
      <w:pPr>
        <w:spacing w:after="0" w:line="120" w:lineRule="exact"/>
      </w:pPr>
    </w:p>
    <w:p>
      <w:pPr>
        <w:spacing w:after="0" w:line="264" w:lineRule="exact"/>
        <w:ind w:firstLine="0" w:left="0"/>
      </w:pPr>
      <w:r>
        <w:rPr>
          <w:rFonts w:ascii="EB Garamond" w:hAnsi="EB Garamond" w:eastAsia="EB Garamond"/>
          <w:sz w:val="22"/>
        </w:rPr>
        <w:t>Elsie winced.</w:t>
      </w:r>
    </w:p>
    <w:p>
      <w:pPr>
        <w:spacing w:after="0" w:line="120" w:lineRule="exact"/>
      </w:pPr>
    </w:p>
    <w:p>
      <w:pPr>
        <w:spacing w:after="0" w:line="264" w:lineRule="exact"/>
        <w:ind w:firstLine="0" w:left="0"/>
      </w:pPr>
      <w:r>
        <w:rPr>
          <w:rFonts w:ascii="EB Garamond" w:hAnsi="EB Garamond" w:eastAsia="EB Garamond"/>
          <w:sz w:val="22"/>
        </w:rPr>
        <w:t>“Sorry.”</w:t>
      </w:r>
    </w:p>
    <w:p>
      <w:pPr>
        <w:spacing w:after="0" w:line="120" w:lineRule="exact"/>
      </w:pPr>
    </w:p>
    <w:p>
      <w:pPr>
        <w:spacing w:after="0" w:line="264" w:lineRule="exact"/>
        <w:ind w:firstLine="0" w:left="0"/>
      </w:pPr>
      <w:r>
        <w:rPr>
          <w:rFonts w:ascii="EB Garamond" w:hAnsi="EB Garamond" w:eastAsia="EB Garamond"/>
          <w:sz w:val="22"/>
        </w:rPr>
        <w:t>“No. That one was okay.”</w:t>
      </w:r>
    </w:p>
    <w:p>
      <w:pPr>
        <w:spacing w:after="0" w:line="120" w:lineRule="exact"/>
      </w:pPr>
    </w:p>
    <w:p>
      <w:pPr>
        <w:spacing w:after="0" w:line="264" w:lineRule="exact"/>
        <w:ind w:firstLine="0" w:left="0"/>
      </w:pPr>
      <w:r>
        <w:rPr>
          <w:rFonts w:ascii="EB Garamond" w:hAnsi="EB Garamond" w:eastAsia="EB Garamond"/>
          <w:sz w:val="22"/>
        </w:rPr>
        <w:t>“Good.”</w:t>
      </w:r>
    </w:p>
    <w:p>
      <w:pPr>
        <w:spacing w:after="0" w:line="120" w:lineRule="exact"/>
      </w:pPr>
    </w:p>
    <w:p>
      <w:pPr>
        <w:spacing w:after="0" w:line="264" w:lineRule="exact"/>
        <w:ind w:firstLine="0" w:left="0"/>
      </w:pPr>
      <w:r>
        <w:rPr>
          <w:rFonts w:ascii="EB Garamond" w:hAnsi="EB Garamond" w:eastAsia="EB Garamond"/>
          <w:sz w:val="22"/>
        </w:rPr>
        <w:t>“My aunt still comes over every day.”</w:t>
      </w:r>
    </w:p>
    <w:p>
      <w:pPr>
        <w:spacing w:after="0" w:line="120" w:lineRule="exact"/>
      </w:pPr>
    </w:p>
    <w:p>
      <w:pPr>
        <w:spacing w:after="0" w:line="264" w:lineRule="exact"/>
        <w:ind w:firstLine="0" w:left="0"/>
      </w:pPr>
      <w:r>
        <w:rPr>
          <w:rFonts w:ascii="EB Garamond" w:hAnsi="EB Garamond" w:eastAsia="EB Garamond"/>
          <w:sz w:val="22"/>
        </w:rPr>
        <w:t>Elsie nodded.</w:t>
      </w:r>
    </w:p>
    <w:p>
      <w:pPr>
        <w:spacing w:after="0" w:line="120" w:lineRule="exact"/>
      </w:pPr>
    </w:p>
    <w:p>
      <w:pPr>
        <w:spacing w:after="0" w:line="264" w:lineRule="exact"/>
        <w:ind w:firstLine="0" w:left="0"/>
      </w:pPr>
      <w:r>
        <w:rPr>
          <w:rFonts w:ascii="EB Garamond" w:hAnsi="EB Garamond" w:eastAsia="EB Garamond"/>
          <w:sz w:val="22"/>
        </w:rPr>
        <w:t>“And my mom talked to somebody again Saturday.”</w:t>
      </w:r>
    </w:p>
    <w:p>
      <w:pPr>
        <w:spacing w:after="0" w:line="120" w:lineRule="exact"/>
      </w:pPr>
    </w:p>
    <w:p>
      <w:pPr>
        <w:spacing w:after="0" w:line="264" w:lineRule="exact"/>
        <w:ind w:firstLine="0" w:left="0"/>
      </w:pPr>
      <w:r>
        <w:rPr>
          <w:rFonts w:ascii="EB Garamond" w:hAnsi="EB Garamond" w:eastAsia="EB Garamond"/>
          <w:sz w:val="22"/>
        </w:rPr>
        <w:t>Elsie didn’t ask who.</w:t>
      </w:r>
    </w:p>
    <w:p>
      <w:pPr>
        <w:spacing w:after="0" w:line="120" w:lineRule="exact"/>
      </w:pPr>
    </w:p>
    <w:p>
      <w:pPr>
        <w:spacing w:after="0" w:line="264" w:lineRule="exact"/>
        <w:ind w:firstLine="0" w:left="0"/>
      </w:pPr>
      <w:r>
        <w:rPr>
          <w:rFonts w:ascii="EB Garamond" w:hAnsi="EB Garamond" w:eastAsia="EB Garamond"/>
          <w:sz w:val="22"/>
        </w:rPr>
        <w:t>She noticed herself not asking.</w:t>
      </w:r>
    </w:p>
    <w:p>
      <w:pPr>
        <w:spacing w:after="0" w:line="120" w:lineRule="exact"/>
      </w:pPr>
    </w:p>
    <w:p>
      <w:pPr>
        <w:spacing w:after="0" w:line="264" w:lineRule="exact"/>
        <w:ind w:firstLine="0" w:left="0"/>
      </w:pPr>
      <w:r>
        <w:rPr>
          <w:rFonts w:ascii="EB Garamond" w:hAnsi="EB Garamond" w:eastAsia="EB Garamond"/>
          <w:sz w:val="22"/>
        </w:rPr>
        <w:t>That felt weirdly important.</w:t>
      </w:r>
    </w:p>
    <w:p>
      <w:pPr>
        <w:spacing w:after="0" w:line="120" w:lineRule="exact"/>
      </w:pPr>
    </w:p>
    <w:p>
      <w:pPr>
        <w:spacing w:after="0" w:line="264" w:lineRule="exact"/>
        <w:ind w:firstLine="0" w:left="0"/>
      </w:pPr>
      <w:r>
        <w:rPr>
          <w:rFonts w:ascii="EB Garamond" w:hAnsi="EB Garamond" w:eastAsia="EB Garamond"/>
          <w:sz w:val="22"/>
        </w:rPr>
        <w:t>“My dad came by yesterday.”</w:t>
      </w:r>
    </w:p>
    <w:p>
      <w:pPr>
        <w:spacing w:after="0" w:line="120" w:lineRule="exact"/>
      </w:pPr>
    </w:p>
    <w:p>
      <w:pPr>
        <w:spacing w:after="0" w:line="264" w:lineRule="exact"/>
        <w:ind w:firstLine="0" w:left="0"/>
      </w:pPr>
      <w:r>
        <w:rPr>
          <w:rFonts w:ascii="EB Garamond" w:hAnsi="EB Garamond" w:eastAsia="EB Garamond"/>
          <w:sz w:val="22"/>
        </w:rPr>
        <w:t>Elsie looked at her.</w:t>
      </w:r>
    </w:p>
    <w:p>
      <w:pPr>
        <w:spacing w:after="0" w:line="120" w:lineRule="exact"/>
      </w:pPr>
    </w:p>
    <w:p>
      <w:pPr>
        <w:spacing w:after="0" w:line="264" w:lineRule="exact"/>
        <w:ind w:firstLine="0" w:left="0"/>
      </w:pPr>
      <w:r>
        <w:rPr>
          <w:rFonts w:ascii="EB Garamond" w:hAnsi="EB Garamond" w:eastAsia="EB Garamond"/>
          <w:sz w:val="22"/>
        </w:rPr>
        <w:t>Maddie shrugged.</w:t>
      </w:r>
    </w:p>
    <w:p>
      <w:pPr>
        <w:spacing w:after="0" w:line="120" w:lineRule="exact"/>
      </w:pPr>
    </w:p>
    <w:p>
      <w:pPr>
        <w:spacing w:after="0" w:line="264" w:lineRule="exact"/>
        <w:ind w:firstLine="0" w:left="0"/>
      </w:pPr>
      <w:r>
        <w:rPr>
          <w:rFonts w:ascii="EB Garamond" w:hAnsi="EB Garamond" w:eastAsia="EB Garamond"/>
          <w:sz w:val="22"/>
        </w:rPr>
        <w:t>“They talked in the kitchen for like two hours.”</w:t>
      </w:r>
    </w:p>
    <w:p>
      <w:pPr>
        <w:spacing w:after="0" w:line="120" w:lineRule="exact"/>
      </w:pPr>
    </w:p>
    <w:p>
      <w:pPr>
        <w:spacing w:after="0" w:line="264" w:lineRule="exact"/>
        <w:ind w:firstLine="0" w:left="0"/>
      </w:pPr>
      <w:r>
        <w:rPr>
          <w:rFonts w:ascii="EB Garamond" w:hAnsi="EB Garamond" w:eastAsia="EB Garamond"/>
          <w:sz w:val="22"/>
        </w:rPr>
        <w:t>“How was that?”</w:t>
      </w:r>
    </w:p>
    <w:p>
      <w:pPr>
        <w:spacing w:after="0" w:line="120" w:lineRule="exact"/>
      </w:pPr>
    </w:p>
    <w:p>
      <w:pPr>
        <w:spacing w:after="0" w:line="264" w:lineRule="exact"/>
        <w:ind w:firstLine="0" w:left="0"/>
      </w:pPr>
      <w:r>
        <w:rPr>
          <w:rFonts w:ascii="EB Garamond" w:hAnsi="EB Garamond" w:eastAsia="EB Garamond"/>
          <w:sz w:val="22"/>
        </w:rPr>
        <w:t>“I don’t know.”</w:t>
      </w:r>
    </w:p>
    <w:p>
      <w:pPr>
        <w:spacing w:after="0" w:line="120" w:lineRule="exact"/>
      </w:pPr>
    </w:p>
    <w:p>
      <w:pPr>
        <w:spacing w:after="0" w:line="264" w:lineRule="exact"/>
        <w:ind w:firstLine="0" w:left="0"/>
      </w:pPr>
      <w:r>
        <w:rPr>
          <w:rFonts w:ascii="EB Garamond" w:hAnsi="EB Garamond" w:eastAsia="EB Garamond"/>
          <w:sz w:val="22"/>
        </w:rPr>
        <w:t>Elsie almost smiled.</w:t>
      </w:r>
    </w:p>
    <w:p>
      <w:pPr>
        <w:spacing w:after="0" w:line="120" w:lineRule="exact"/>
      </w:pPr>
    </w:p>
    <w:p>
      <w:pPr>
        <w:spacing w:after="0" w:line="264" w:lineRule="exact"/>
        <w:ind w:firstLine="0" w:left="0"/>
      </w:pPr>
      <w:r>
        <w:rPr>
          <w:rFonts w:ascii="EB Garamond" w:hAnsi="EB Garamond" w:eastAsia="EB Garamond"/>
          <w:sz w:val="22"/>
        </w:rPr>
        <w:t>Maddie saw it.</w:t>
      </w:r>
    </w:p>
    <w:p>
      <w:pPr>
        <w:spacing w:after="0" w:line="120" w:lineRule="exact"/>
      </w:pPr>
    </w:p>
    <w:p>
      <w:pPr>
        <w:spacing w:after="0" w:line="264" w:lineRule="exact"/>
        <w:ind w:firstLine="0" w:left="0"/>
      </w:pPr>
      <w:r>
        <w:rPr>
          <w:rFonts w:ascii="EB Garamond" w:hAnsi="EB Garamond" w:eastAsia="EB Garamond"/>
          <w:sz w:val="22"/>
        </w:rPr>
        <w:t>“Don’t.”</w:t>
      </w:r>
    </w:p>
    <w:p>
      <w:pPr>
        <w:spacing w:after="0" w:line="120" w:lineRule="exact"/>
      </w:pPr>
    </w:p>
    <w:p>
      <w:pPr>
        <w:spacing w:after="0" w:line="264" w:lineRule="exact"/>
        <w:ind w:firstLine="0" w:left="0"/>
      </w:pPr>
      <w:r>
        <w:rPr>
          <w:rFonts w:ascii="EB Garamond" w:hAnsi="EB Garamond" w:eastAsia="EB Garamond"/>
          <w:sz w:val="22"/>
        </w:rPr>
        <w:t>“I didn’t say anything.”</w:t>
      </w:r>
    </w:p>
    <w:p>
      <w:pPr>
        <w:spacing w:after="0" w:line="120" w:lineRule="exact"/>
      </w:pPr>
    </w:p>
    <w:p>
      <w:pPr>
        <w:spacing w:after="0" w:line="264" w:lineRule="exact"/>
        <w:ind w:firstLine="0" w:left="0"/>
      </w:pPr>
      <w:r>
        <w:rPr>
          <w:rFonts w:ascii="EB Garamond" w:hAnsi="EB Garamond" w:eastAsia="EB Garamond"/>
          <w:sz w:val="22"/>
        </w:rPr>
        <w:t>“Your face did.”</w:t>
      </w:r>
    </w:p>
    <w:p>
      <w:pPr>
        <w:spacing w:after="0" w:line="120" w:lineRule="exact"/>
      </w:pPr>
    </w:p>
    <w:p>
      <w:pPr>
        <w:spacing w:after="0" w:line="264" w:lineRule="exact"/>
        <w:ind w:firstLine="0" w:left="0"/>
      </w:pPr>
      <w:r>
        <w:rPr>
          <w:rFonts w:ascii="EB Garamond" w:hAnsi="EB Garamond" w:eastAsia="EB Garamond"/>
          <w:sz w:val="22"/>
        </w:rPr>
        <w:t>There it was.</w:t>
      </w:r>
    </w:p>
    <w:p>
      <w:pPr>
        <w:spacing w:after="0" w:line="120" w:lineRule="exact"/>
      </w:pPr>
    </w:p>
    <w:p>
      <w:pPr>
        <w:spacing w:after="0" w:line="264" w:lineRule="exact"/>
        <w:ind w:firstLine="0" w:left="0"/>
      </w:pPr>
      <w:r>
        <w:rPr>
          <w:rFonts w:ascii="EB Garamond" w:hAnsi="EB Garamond" w:eastAsia="EB Garamond"/>
          <w:sz w:val="22"/>
        </w:rPr>
        <w:t>Tiny.</w:t>
      </w:r>
    </w:p>
    <w:p>
      <w:pPr>
        <w:spacing w:after="0" w:line="120" w:lineRule="exact"/>
      </w:pPr>
    </w:p>
    <w:p>
      <w:pPr>
        <w:spacing w:after="0" w:line="264" w:lineRule="exact"/>
        <w:ind w:firstLine="0" w:left="0"/>
      </w:pPr>
      <w:r>
        <w:rPr>
          <w:rFonts w:ascii="EB Garamond" w:hAnsi="EB Garamond" w:eastAsia="EB Garamond"/>
          <w:sz w:val="22"/>
        </w:rPr>
        <w:t>But there.</w:t>
      </w:r>
    </w:p>
    <w:p>
      <w:pPr>
        <w:spacing w:after="0" w:line="120" w:lineRule="exact"/>
      </w:pPr>
    </w:p>
    <w:p>
      <w:pPr>
        <w:spacing w:after="0" w:line="264" w:lineRule="exact"/>
        <w:ind w:firstLine="0" w:left="0"/>
      </w:pPr>
      <w:r>
        <w:rPr>
          <w:rFonts w:ascii="EB Garamond" w:hAnsi="EB Garamond" w:eastAsia="EB Garamond"/>
          <w:sz w:val="22"/>
        </w:rPr>
        <w:t>Elsie smiled.</w:t>
      </w:r>
    </w:p>
    <w:p>
      <w:pPr>
        <w:spacing w:after="0" w:line="120" w:lineRule="exact"/>
      </w:pPr>
    </w:p>
    <w:p>
      <w:pPr>
        <w:spacing w:after="0" w:line="264" w:lineRule="exact"/>
        <w:ind w:firstLine="0" w:left="0"/>
      </w:pPr>
      <w:r>
        <w:rPr>
          <w:rFonts w:ascii="EB Garamond" w:hAnsi="EB Garamond" w:eastAsia="EB Garamond"/>
          <w:sz w:val="22"/>
        </w:rPr>
        <w:t>Maddie looked down.</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“I hate that people keep saying she’s fine.”</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sz w:val="22"/>
        </w:rPr>
        <w:t>“Like because she got out of bed and brushed her hair, everybody gets to decide it’s over.”</w:t>
      </w:r>
    </w:p>
    <w:p>
      <w:pPr>
        <w:spacing w:after="0" w:line="120" w:lineRule="exact"/>
      </w:pPr>
    </w:p>
    <w:p>
      <w:pPr>
        <w:spacing w:after="0" w:line="264" w:lineRule="exact"/>
        <w:ind w:firstLine="0" w:left="0"/>
      </w:pPr>
      <w:r>
        <w:rPr>
          <w:rFonts w:ascii="EB Garamond" w:hAnsi="EB Garamond" w:eastAsia="EB Garamond"/>
          <w:sz w:val="22"/>
        </w:rPr>
        <w:t>Elsie thought about the cafeteria.</w:t>
      </w:r>
    </w:p>
    <w:p>
      <w:pPr>
        <w:spacing w:after="0" w:line="120" w:lineRule="exact"/>
      </w:pPr>
    </w:p>
    <w:p>
      <w:pPr>
        <w:spacing w:after="0" w:line="264" w:lineRule="exact"/>
        <w:ind w:firstLine="0" w:left="0"/>
      </w:pPr>
      <w:r>
        <w:rPr>
          <w:rFonts w:ascii="EB Garamond" w:hAnsi="EB Garamond" w:eastAsia="EB Garamond"/>
          <w:sz w:val="22"/>
        </w:rPr>
        <w:t>The rumors.</w:t>
      </w:r>
    </w:p>
    <w:p>
      <w:pPr>
        <w:spacing w:after="0" w:line="120" w:lineRule="exact"/>
      </w:pPr>
    </w:p>
    <w:p>
      <w:pPr>
        <w:spacing w:after="0" w:line="264" w:lineRule="exact"/>
        <w:ind w:firstLine="0" w:left="0"/>
      </w:pPr>
      <w:r>
        <w:rPr>
          <w:rFonts w:ascii="EB Garamond" w:hAnsi="EB Garamond" w:eastAsia="EB Garamond"/>
          <w:sz w:val="22"/>
        </w:rPr>
        <w:t>The versions.</w:t>
      </w:r>
    </w:p>
    <w:p>
      <w:pPr>
        <w:spacing w:after="0" w:line="120" w:lineRule="exact"/>
      </w:pPr>
    </w:p>
    <w:p>
      <w:pPr>
        <w:spacing w:after="0" w:line="264" w:lineRule="exact"/>
        <w:ind w:firstLine="0" w:left="0"/>
      </w:pPr>
      <w:r>
        <w:rPr>
          <w:rFonts w:ascii="EB Garamond" w:hAnsi="EB Garamond" w:eastAsia="EB Garamond"/>
          <w:sz w:val="22"/>
        </w:rPr>
        <w:t>“People like finished stories.”</w:t>
      </w:r>
    </w:p>
    <w:p>
      <w:pPr>
        <w:spacing w:after="0" w:line="120" w:lineRule="exact"/>
      </w:pPr>
    </w:p>
    <w:p>
      <w:pPr>
        <w:spacing w:after="0" w:line="264" w:lineRule="exact"/>
        <w:ind w:firstLine="0" w:left="0"/>
      </w:pPr>
      <w:r>
        <w:rPr>
          <w:rFonts w:ascii="EB Garamond" w:hAnsi="EB Garamond" w:eastAsia="EB Garamond"/>
          <w:sz w:val="22"/>
        </w:rPr>
        <w:t>Maddie looked at her.</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“I don’t know.”</w:t>
      </w:r>
    </w:p>
    <w:p>
      <w:pPr>
        <w:spacing w:after="0" w:line="120" w:lineRule="exact"/>
      </w:pPr>
    </w:p>
    <w:p>
      <w:pPr>
        <w:spacing w:after="0" w:line="264" w:lineRule="exact"/>
        <w:ind w:firstLine="0" w:left="0"/>
      </w:pPr>
      <w:r>
        <w:rPr>
          <w:rFonts w:ascii="EB Garamond" w:hAnsi="EB Garamond" w:eastAsia="EB Garamond"/>
          <w:sz w:val="22"/>
        </w:rPr>
        <w:t>Elsie shrugged.</w:t>
      </w:r>
    </w:p>
    <w:p>
      <w:pPr>
        <w:spacing w:after="0" w:line="120" w:lineRule="exact"/>
      </w:pPr>
    </w:p>
    <w:p>
      <w:pPr>
        <w:spacing w:after="0" w:line="264" w:lineRule="exact"/>
        <w:ind w:firstLine="0" w:left="0"/>
      </w:pPr>
      <w:r>
        <w:rPr>
          <w:rFonts w:ascii="EB Garamond" w:hAnsi="EB Garamond" w:eastAsia="EB Garamond"/>
          <w:sz w:val="22"/>
        </w:rPr>
        <w:t>“Hospital. No hospital. Fine. Not fine. Married. Divorced. Good friend. Bad friend.”</w:t>
      </w:r>
    </w:p>
    <w:p>
      <w:pPr>
        <w:spacing w:after="0" w:line="120" w:lineRule="exact"/>
      </w:pPr>
    </w:p>
    <w:p>
      <w:pPr>
        <w:spacing w:after="0" w:line="264" w:lineRule="exact"/>
        <w:ind w:firstLine="0" w:left="0"/>
      </w:pPr>
      <w:r>
        <w:rPr>
          <w:rFonts w:ascii="EB Garamond" w:hAnsi="EB Garamond" w:eastAsia="EB Garamond"/>
          <w:sz w:val="22"/>
        </w:rPr>
        <w:t>Maddie went quiet.</w:t>
      </w:r>
    </w:p>
    <w:p>
      <w:pPr>
        <w:spacing w:after="0" w:line="120" w:lineRule="exact"/>
      </w:pPr>
    </w:p>
    <w:p>
      <w:pPr>
        <w:spacing w:after="0" w:line="264" w:lineRule="exact"/>
        <w:ind w:firstLine="0" w:left="0"/>
      </w:pPr>
      <w:r>
        <w:rPr>
          <w:rFonts w:ascii="EB Garamond" w:hAnsi="EB Garamond" w:eastAsia="EB Garamond"/>
          <w:sz w:val="22"/>
        </w:rPr>
        <w:t>Elsie immediately wished she hadn’t included the last two.</w:t>
      </w:r>
    </w:p>
    <w:p>
      <w:pPr>
        <w:spacing w:after="0" w:line="120" w:lineRule="exact"/>
      </w:pPr>
    </w:p>
    <w:p>
      <w:pPr>
        <w:spacing w:after="0" w:line="264" w:lineRule="exact"/>
        <w:ind w:firstLine="0" w:left="0"/>
      </w:pPr>
      <w:r>
        <w:rPr>
          <w:rFonts w:ascii="EB Garamond" w:hAnsi="EB Garamond" w:eastAsia="EB Garamond"/>
          <w:sz w:val="22"/>
        </w:rPr>
        <w:t>Then Maddie said:</w:t>
      </w:r>
    </w:p>
    <w:p>
      <w:pPr>
        <w:spacing w:after="0" w:line="120" w:lineRule="exact"/>
      </w:pPr>
    </w:p>
    <w:p>
      <w:pPr>
        <w:spacing w:after="0" w:line="264" w:lineRule="exact"/>
        <w:ind w:firstLine="0" w:left="0"/>
      </w:pPr>
      <w:r>
        <w:rPr>
          <w:rFonts w:ascii="EB Garamond" w:hAnsi="EB Garamond" w:eastAsia="EB Garamond"/>
          <w:sz w:val="22"/>
        </w:rPr>
        <w:t>“Maybe.”</w:t>
      </w:r>
    </w:p>
    <w:p>
      <w:pPr>
        <w:spacing w:after="0" w:line="120" w:lineRule="exact"/>
      </w:pPr>
    </w:p>
    <w:p>
      <w:pPr>
        <w:spacing w:after="0" w:line="264" w:lineRule="exact"/>
        <w:ind w:firstLine="0" w:left="0"/>
      </w:pPr>
      <w:r>
        <w:rPr>
          <w:rFonts w:ascii="EB Garamond" w:hAnsi="EB Garamond" w:eastAsia="EB Garamond"/>
          <w:sz w:val="22"/>
        </w:rPr>
        <w:t>Elsie picked at the edge of the brick.</w:t>
      </w:r>
    </w:p>
    <w:p>
      <w:pPr>
        <w:spacing w:after="0" w:line="120" w:lineRule="exact"/>
      </w:pPr>
    </w:p>
    <w:p>
      <w:pPr>
        <w:spacing w:after="0" w:line="264" w:lineRule="exact"/>
        <w:ind w:firstLine="0" w:left="0"/>
      </w:pPr>
      <w:r>
        <w:rPr>
          <w:rFonts w:ascii="EB Garamond" w:hAnsi="EB Garamond" w:eastAsia="EB Garamond"/>
          <w:sz w:val="22"/>
        </w:rPr>
        <w:t>“I think unfinished makes people uncomfortable.”</w:t>
      </w:r>
    </w:p>
    <w:p>
      <w:pPr>
        <w:spacing w:after="0" w:line="120" w:lineRule="exact"/>
      </w:pPr>
    </w:p>
    <w:p>
      <w:pPr>
        <w:spacing w:after="0" w:line="264" w:lineRule="exact"/>
        <w:ind w:firstLine="0" w:left="0"/>
      </w:pPr>
      <w:r>
        <w:rPr>
          <w:rFonts w:ascii="EB Garamond" w:hAnsi="EB Garamond" w:eastAsia="EB Garamond"/>
          <w:sz w:val="22"/>
        </w:rPr>
        <w:t>Maddie laughed once.</w:t>
      </w:r>
    </w:p>
    <w:p>
      <w:pPr>
        <w:spacing w:after="0" w:line="120" w:lineRule="exact"/>
      </w:pPr>
    </w:p>
    <w:p>
      <w:pPr>
        <w:spacing w:after="0" w:line="264" w:lineRule="exact"/>
        <w:ind w:firstLine="0" w:left="0"/>
      </w:pPr>
      <w:r>
        <w:rPr>
          <w:rFonts w:ascii="EB Garamond" w:hAnsi="EB Garamond" w:eastAsia="EB Garamond"/>
          <w:sz w:val="22"/>
        </w:rPr>
        <w:t>“Your entire personality makes people uncomfortable.”</w:t>
      </w:r>
    </w:p>
    <w:p>
      <w:pPr>
        <w:spacing w:after="0" w:line="120" w:lineRule="exact"/>
      </w:pPr>
    </w:p>
    <w:p>
      <w:pPr>
        <w:spacing w:after="0" w:line="264" w:lineRule="exact"/>
        <w:ind w:firstLine="0" w:left="0"/>
      </w:pPr>
      <w:r>
        <w:rPr>
          <w:rFonts w:ascii="EB Garamond" w:hAnsi="EB Garamond" w:eastAsia="EB Garamond"/>
          <w:sz w:val="22"/>
        </w:rPr>
        <w:t>“There she is.”</w:t>
      </w:r>
    </w:p>
    <w:p>
      <w:pPr>
        <w:spacing w:after="0" w:line="120" w:lineRule="exact"/>
      </w:pPr>
    </w:p>
    <w:p>
      <w:pPr>
        <w:spacing w:after="0" w:line="264" w:lineRule="exact"/>
        <w:ind w:firstLine="0" w:left="0"/>
      </w:pPr>
      <w:r>
        <w:rPr>
          <w:rFonts w:ascii="EB Garamond" w:hAnsi="EB Garamond" w:eastAsia="EB Garamond"/>
          <w:sz w:val="22"/>
        </w:rPr>
        <w:t>Maddie smiled.</w:t>
      </w:r>
    </w:p>
    <w:p>
      <w:pPr>
        <w:spacing w:after="0" w:line="120" w:lineRule="exact"/>
      </w:pPr>
    </w:p>
    <w:p>
      <w:pPr>
        <w:spacing w:after="0" w:line="264" w:lineRule="exact"/>
        <w:ind w:firstLine="0" w:left="0"/>
      </w:pPr>
      <w:r>
        <w:rPr>
          <w:rFonts w:ascii="EB Garamond" w:hAnsi="EB Garamond" w:eastAsia="EB Garamond"/>
          <w:sz w:val="22"/>
        </w:rPr>
        <w:t>Actually smiled.</w:t>
      </w:r>
    </w:p>
    <w:p>
      <w:pPr>
        <w:spacing w:after="0" w:line="120" w:lineRule="exact"/>
      </w:pPr>
    </w:p>
    <w:p>
      <w:pPr>
        <w:spacing w:after="0" w:line="264" w:lineRule="exact"/>
        <w:ind w:firstLine="0" w:left="0"/>
      </w:pPr>
      <w:r>
        <w:rPr>
          <w:rFonts w:ascii="EB Garamond" w:hAnsi="EB Garamond" w:eastAsia="EB Garamond"/>
          <w:sz w:val="22"/>
        </w:rPr>
        <w:t>Elsie’s chest hurt.</w:t>
      </w:r>
    </w:p>
    <w:p>
      <w:pPr>
        <w:spacing w:after="0" w:line="120" w:lineRule="exact"/>
      </w:pPr>
    </w:p>
    <w:p>
      <w:pPr>
        <w:spacing w:after="0" w:line="264" w:lineRule="exact"/>
        <w:ind w:firstLine="0" w:left="0"/>
      </w:pPr>
      <w:r>
        <w:rPr>
          <w:rFonts w:ascii="EB Garamond" w:hAnsi="EB Garamond" w:eastAsia="EB Garamond"/>
          <w:sz w:val="22"/>
        </w:rPr>
        <w:t>In a good way.</w:t>
      </w:r>
    </w:p>
    <w:p>
      <w:pPr>
        <w:spacing w:after="0" w:line="120" w:lineRule="exact"/>
      </w:pPr>
    </w:p>
    <w:p>
      <w:pPr>
        <w:spacing w:after="0" w:line="264" w:lineRule="exact"/>
        <w:ind w:firstLine="0" w:left="0"/>
      </w:pPr>
      <w:r>
        <w:rPr>
          <w:rFonts w:ascii="EB Garamond" w:hAnsi="EB Garamond" w:eastAsia="EB Garamond"/>
          <w:sz w:val="22"/>
        </w:rPr>
        <w:t>Mostly.</w:t>
      </w:r>
    </w:p>
    <w:p>
      <w:pPr>
        <w:spacing w:after="0" w:line="120" w:lineRule="exact"/>
      </w:pPr>
    </w:p>
    <w:p>
      <w:pPr>
        <w:spacing w:after="0" w:line="264" w:lineRule="exact"/>
        <w:ind w:firstLine="0" w:left="0"/>
      </w:pPr>
      <w:r>
        <w:rPr>
          <w:rFonts w:ascii="EB Garamond" w:hAnsi="EB Garamond" w:eastAsia="EB Garamond"/>
          <w:sz w:val="22"/>
        </w:rPr>
        <w:t>Then Maddie’s smile faded.</w:t>
      </w:r>
    </w:p>
    <w:p>
      <w:pPr>
        <w:spacing w:after="0" w:line="120" w:lineRule="exact"/>
      </w:pPr>
    </w:p>
    <w:p>
      <w:pPr>
        <w:spacing w:after="0" w:line="264" w:lineRule="exact"/>
        <w:ind w:firstLine="0" w:left="0"/>
      </w:pPr>
      <w:r>
        <w:rPr>
          <w:rFonts w:ascii="EB Garamond" w:hAnsi="EB Garamond" w:eastAsia="EB Garamond"/>
          <w:sz w:val="22"/>
        </w:rPr>
        <w:t>“I’m still mad.”</w:t>
      </w:r>
    </w:p>
    <w:p>
      <w:pPr>
        <w:spacing w:after="0" w:line="120" w:lineRule="exact"/>
      </w:pPr>
    </w:p>
    <w:p>
      <w:pPr>
        <w:spacing w:after="0" w:line="264" w:lineRule="exact"/>
        <w:ind w:firstLine="0" w:left="0"/>
      </w:pPr>
      <w:r>
        <w:rPr>
          <w:rFonts w:ascii="EB Garamond" w:hAnsi="EB Garamond" w:eastAsia="EB Garamond"/>
          <w:sz w:val="22"/>
        </w:rPr>
        <w:t>“I know.”</w:t>
      </w:r>
    </w:p>
    <w:p>
      <w:pPr>
        <w:spacing w:after="0" w:line="120" w:lineRule="exact"/>
      </w:pPr>
    </w:p>
    <w:p>
      <w:pPr>
        <w:spacing w:after="0" w:line="264" w:lineRule="exact"/>
        <w:ind w:firstLine="0" w:left="0"/>
      </w:pPr>
      <w:r>
        <w:rPr>
          <w:rFonts w:ascii="EB Garamond" w:hAnsi="EB Garamond" w:eastAsia="EB Garamond"/>
          <w:sz w:val="22"/>
        </w:rPr>
        <w:t>“I just don’t want you to think because I’m talking to you that I’m not.”</w:t>
      </w:r>
    </w:p>
    <w:p>
      <w:pPr>
        <w:spacing w:after="0" w:line="120" w:lineRule="exact"/>
      </w:pPr>
    </w:p>
    <w:p>
      <w:pPr>
        <w:spacing w:after="0" w:line="264" w:lineRule="exact"/>
        <w:ind w:firstLine="0" w:left="0"/>
      </w:pPr>
      <w:r>
        <w:rPr>
          <w:rFonts w:ascii="EB Garamond" w:hAnsi="EB Garamond" w:eastAsia="EB Garamond"/>
          <w:sz w:val="22"/>
        </w:rPr>
        <w:t>“I don’t.”</w:t>
      </w:r>
    </w:p>
    <w:p>
      <w:pPr>
        <w:spacing w:after="0" w:line="120" w:lineRule="exact"/>
      </w:pPr>
    </w:p>
    <w:p>
      <w:pPr>
        <w:spacing w:after="0" w:line="264" w:lineRule="exact"/>
        <w:ind w:firstLine="0" w:left="0"/>
      </w:pPr>
      <w:r>
        <w:rPr>
          <w:rFonts w:ascii="EB Garamond" w:hAnsi="EB Garamond" w:eastAsia="EB Garamond"/>
          <w:sz w:val="22"/>
        </w:rPr>
        <w:t>“Okay.”</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“I’m still sorry.”</w:t>
      </w:r>
    </w:p>
    <w:p>
      <w:pPr>
        <w:spacing w:after="0" w:line="120" w:lineRule="exact"/>
      </w:pPr>
    </w:p>
    <w:p>
      <w:pPr>
        <w:spacing w:after="0" w:line="264" w:lineRule="exact"/>
        <w:ind w:firstLine="0" w:left="0"/>
      </w:pPr>
      <w:r>
        <w:rPr>
          <w:rFonts w:ascii="EB Garamond" w:hAnsi="EB Garamond" w:eastAsia="EB Garamond"/>
          <w:sz w:val="22"/>
        </w:rPr>
        <w:t>Maddie nodded.</w:t>
      </w:r>
    </w:p>
    <w:p>
      <w:pPr>
        <w:spacing w:after="0" w:line="120" w:lineRule="exact"/>
      </w:pPr>
    </w:p>
    <w:p>
      <w:pPr>
        <w:spacing w:after="0" w:line="264" w:lineRule="exact"/>
        <w:ind w:firstLine="0" w:left="0"/>
      </w:pPr>
      <w:r>
        <w:rPr>
          <w:rFonts w:ascii="EB Garamond" w:hAnsi="EB Garamond" w:eastAsia="EB Garamond"/>
          <w:sz w:val="22"/>
        </w:rPr>
        <w:t>Neither of them fixed anything else.</w:t>
      </w:r>
    </w:p>
    <w:p>
      <w:pPr>
        <w:spacing w:after="0" w:line="120" w:lineRule="exact"/>
      </w:pPr>
    </w:p>
    <w:p>
      <w:pPr>
        <w:spacing w:after="0" w:line="264" w:lineRule="exact"/>
        <w:ind w:firstLine="0" w:left="0"/>
      </w:pPr>
      <w:r>
        <w:rPr>
          <w:rFonts w:ascii="EB Garamond" w:hAnsi="EB Garamond" w:eastAsia="EB Garamond"/>
          <w:sz w:val="22"/>
        </w:rPr>
        <w:t>They went back inside.</w:t>
      </w:r>
    </w:p>
    <w:p>
      <w:pPr>
        <w:spacing w:after="0" w:line="120" w:lineRule="exact"/>
      </w:pPr>
    </w:p>
    <w:p>
      <w:pPr>
        <w:spacing w:after="0" w:line="264" w:lineRule="exact"/>
        <w:ind w:firstLine="0" w:left="0"/>
      </w:pPr>
      <w:r>
        <w:rPr>
          <w:rFonts w:ascii="EB Garamond" w:hAnsi="EB Garamond" w:eastAsia="EB Garamond"/>
          <w:sz w:val="22"/>
        </w:rPr>
        <w:t>That afternoon, Elsie opened her notebook during study hall.</w:t>
      </w:r>
    </w:p>
    <w:p>
      <w:pPr>
        <w:spacing w:after="0" w:line="120" w:lineRule="exact"/>
      </w:pPr>
    </w:p>
    <w:p>
      <w:pPr>
        <w:spacing w:after="0" w:line="264" w:lineRule="exact"/>
        <w:ind w:firstLine="0" w:left="0"/>
      </w:pPr>
      <w:r>
        <w:rPr>
          <w:rFonts w:ascii="EB Garamond" w:hAnsi="EB Garamond" w:eastAsia="EB Garamond"/>
          <w:sz w:val="22"/>
        </w:rPr>
        <w:t>She wasn’t looking for anything.</w:t>
      </w:r>
    </w:p>
    <w:p>
      <w:pPr>
        <w:spacing w:after="0" w:line="120" w:lineRule="exact"/>
      </w:pPr>
    </w:p>
    <w:p>
      <w:pPr>
        <w:spacing w:after="0" w:line="264" w:lineRule="exact"/>
        <w:ind w:firstLine="0" w:left="0"/>
      </w:pPr>
      <w:r>
        <w:rPr>
          <w:rFonts w:ascii="EB Garamond" w:hAnsi="EB Garamond" w:eastAsia="EB Garamond"/>
          <w:sz w:val="22"/>
        </w:rPr>
        <w:t>That was a lie.</w:t>
      </w:r>
    </w:p>
    <w:p>
      <w:pPr>
        <w:spacing w:after="0" w:line="120" w:lineRule="exact"/>
      </w:pPr>
    </w:p>
    <w:p>
      <w:pPr>
        <w:spacing w:after="0" w:line="264" w:lineRule="exact"/>
        <w:ind w:firstLine="0" w:left="0"/>
      </w:pPr>
      <w:r>
        <w:rPr>
          <w:rFonts w:ascii="EB Garamond" w:hAnsi="EB Garamond" w:eastAsia="EB Garamond"/>
          <w:sz w:val="22"/>
        </w:rPr>
        <w:t>She was always looking for something now.</w:t>
      </w:r>
    </w:p>
    <w:p>
      <w:pPr>
        <w:spacing w:after="0" w:line="120" w:lineRule="exact"/>
      </w:pPr>
    </w:p>
    <w:p>
      <w:pPr>
        <w:spacing w:after="0" w:line="264" w:lineRule="exact"/>
        <w:ind w:firstLine="0" w:left="0"/>
      </w:pPr>
      <w:r>
        <w:rPr>
          <w:rFonts w:ascii="EB Garamond" w:hAnsi="EB Garamond" w:eastAsia="EB Garamond"/>
          <w:sz w:val="22"/>
        </w:rPr>
        <w:t>She flipped past Moses.</w:t>
      </w:r>
    </w:p>
    <w:p>
      <w:pPr>
        <w:spacing w:after="0" w:line="120" w:lineRule="exact"/>
      </w:pPr>
    </w:p>
    <w:p>
      <w:pPr>
        <w:spacing w:after="0" w:line="264" w:lineRule="exact"/>
        <w:ind w:firstLine="0" w:left="0"/>
      </w:pPr>
      <w:r>
        <w:rPr>
          <w:rFonts w:ascii="EB Garamond" w:hAnsi="EB Garamond" w:eastAsia="EB Garamond"/>
          <w:sz w:val="22"/>
        </w:rPr>
        <w:t>Jeremiah.</w:t>
      </w:r>
    </w:p>
    <w:p>
      <w:pPr>
        <w:spacing w:after="0" w:line="120" w:lineRule="exact"/>
      </w:pPr>
    </w:p>
    <w:p>
      <w:pPr>
        <w:spacing w:after="0" w:line="264" w:lineRule="exact"/>
        <w:ind w:firstLine="0" w:left="0"/>
      </w:pPr>
      <w:r>
        <w:rPr>
          <w:rFonts w:ascii="EB Garamond" w:hAnsi="EB Garamond" w:eastAsia="EB Garamond"/>
          <w:sz w:val="22"/>
        </w:rPr>
        <w:t>Leah.</w:t>
      </w:r>
    </w:p>
    <w:p>
      <w:pPr>
        <w:spacing w:after="0" w:line="120" w:lineRule="exact"/>
      </w:pPr>
    </w:p>
    <w:p>
      <w:pPr>
        <w:spacing w:after="0" w:line="264" w:lineRule="exact"/>
        <w:ind w:firstLine="0" w:left="0"/>
      </w:pPr>
      <w:r>
        <w:rPr>
          <w:rFonts w:ascii="EB Garamond" w:hAnsi="EB Garamond" w:eastAsia="EB Garamond"/>
          <w:sz w:val="22"/>
        </w:rPr>
        <w:t>Her own name.</w:t>
      </w:r>
    </w:p>
    <w:p>
      <w:pPr>
        <w:spacing w:after="0" w:line="120" w:lineRule="exact"/>
      </w:pPr>
    </w:p>
    <w:p>
      <w:pPr>
        <w:spacing w:after="0" w:line="264" w:lineRule="exact"/>
        <w:ind w:firstLine="0" w:left="0"/>
      </w:pPr>
      <w:r>
        <w:rPr>
          <w:rFonts w:ascii="EB Garamond" w:hAnsi="EB Garamond" w:eastAsia="EB Garamond"/>
          <w:sz w:val="22"/>
        </w:rPr>
        <w:t>Questions.</w:t>
      </w:r>
    </w:p>
    <w:p>
      <w:pPr>
        <w:spacing w:after="0" w:line="120" w:lineRule="exact"/>
      </w:pPr>
    </w:p>
    <w:p>
      <w:pPr>
        <w:spacing w:after="0" w:line="264" w:lineRule="exact"/>
        <w:ind w:firstLine="0" w:left="0"/>
      </w:pPr>
      <w:r>
        <w:rPr>
          <w:rFonts w:ascii="EB Garamond" w:hAnsi="EB Garamond" w:eastAsia="EB Garamond"/>
          <w:sz w:val="22"/>
        </w:rPr>
        <w:t>Cross-outs.</w:t>
      </w:r>
    </w:p>
    <w:p>
      <w:pPr>
        <w:spacing w:after="0" w:line="120" w:lineRule="exact"/>
      </w:pPr>
    </w:p>
    <w:p>
      <w:pPr>
        <w:spacing w:after="0" w:line="264" w:lineRule="exact"/>
        <w:ind w:firstLine="0" w:left="0"/>
      </w:pPr>
      <w:r>
        <w:rPr>
          <w:rFonts w:ascii="EB Garamond" w:hAnsi="EB Garamond" w:eastAsia="EB Garamond"/>
          <w:sz w:val="22"/>
        </w:rPr>
        <w:t>Things that had seemed profound at eleven-thirty at night and slightly embarrassing the next morning.</w:t>
      </w:r>
    </w:p>
    <w:p>
      <w:pPr>
        <w:spacing w:after="0" w:line="120" w:lineRule="exact"/>
      </w:pPr>
    </w:p>
    <w:p>
      <w:pPr>
        <w:spacing w:after="0" w:line="264" w:lineRule="exact"/>
        <w:ind w:firstLine="0" w:left="0"/>
      </w:pPr>
      <w:r>
        <w:rPr>
          <w:rFonts w:ascii="EB Garamond" w:hAnsi="EB Garamond" w:eastAsia="EB Garamond"/>
          <w:sz w:val="22"/>
        </w:rPr>
        <w:t>Then she reached the beginning.</w:t>
      </w:r>
    </w:p>
    <w:p>
      <w:pPr>
        <w:spacing w:after="0" w:line="120" w:lineRule="exact"/>
      </w:pPr>
    </w:p>
    <w:p>
      <w:pPr>
        <w:spacing w:after="0" w:line="264" w:lineRule="exact"/>
        <w:ind w:firstLine="0" w:left="0"/>
      </w:pPr>
      <w:r>
        <w:rPr>
          <w:rFonts w:ascii="EB Garamond" w:hAnsi="EB Garamond" w:eastAsia="EB Garamond"/>
          <w:b/>
          <w:sz w:val="22"/>
        </w:rPr>
        <w:t>PEOPLE GOD USED ANYWAY</w:t>
      </w:r>
    </w:p>
    <w:p>
      <w:pPr>
        <w:spacing w:after="0" w:line="120" w:lineRule="exact"/>
      </w:pPr>
    </w:p>
    <w:p>
      <w:pPr>
        <w:spacing w:after="0" w:line="264" w:lineRule="exact"/>
        <w:ind w:firstLine="0" w:left="0"/>
      </w:pPr>
      <w:r>
        <w:rPr>
          <w:rFonts w:ascii="EB Garamond" w:hAnsi="EB Garamond" w:eastAsia="EB Garamond"/>
          <w:sz w:val="22"/>
        </w:rPr>
        <w:t>Elsie stared.</w:t>
      </w:r>
    </w:p>
    <w:p>
      <w:pPr>
        <w:spacing w:after="0" w:line="120" w:lineRule="exact"/>
      </w:pPr>
    </w:p>
    <w:p>
      <w:pPr>
        <w:spacing w:after="0" w:line="264" w:lineRule="exact"/>
        <w:ind w:firstLine="0" w:left="0"/>
      </w:pPr>
      <w:r>
        <w:rPr>
          <w:rFonts w:ascii="EB Garamond" w:hAnsi="EB Garamond" w:eastAsia="EB Garamond"/>
          <w:sz w:val="22"/>
        </w:rPr>
        <w:t>She had written the heading weeks ago.</w:t>
      </w:r>
    </w:p>
    <w:p>
      <w:pPr>
        <w:spacing w:after="0" w:line="120" w:lineRule="exact"/>
      </w:pPr>
    </w:p>
    <w:p>
      <w:pPr>
        <w:spacing w:after="0" w:line="264" w:lineRule="exact"/>
        <w:ind w:firstLine="0" w:left="0"/>
      </w:pPr>
      <w:r>
        <w:rPr>
          <w:rFonts w:ascii="EB Garamond" w:hAnsi="EB Garamond" w:eastAsia="EB Garamond"/>
          <w:sz w:val="22"/>
        </w:rPr>
        <w:t>Copied Grandma’s names beneath it.</w:t>
      </w:r>
    </w:p>
    <w:p>
      <w:pPr>
        <w:spacing w:after="0" w:line="120" w:lineRule="exact"/>
      </w:pPr>
    </w:p>
    <w:p>
      <w:pPr>
        <w:spacing w:after="0" w:line="264" w:lineRule="exact"/>
        <w:ind w:firstLine="0" w:left="0"/>
      </w:pPr>
      <w:r>
        <w:rPr>
          <w:rFonts w:ascii="EB Garamond" w:hAnsi="EB Garamond" w:eastAsia="EB Garamond"/>
          <w:sz w:val="22"/>
        </w:rPr>
        <w:t>Added people.</w:t>
      </w:r>
    </w:p>
    <w:p>
      <w:pPr>
        <w:spacing w:after="0" w:line="120" w:lineRule="exact"/>
      </w:pPr>
    </w:p>
    <w:p>
      <w:pPr>
        <w:spacing w:after="0" w:line="264" w:lineRule="exact"/>
        <w:ind w:firstLine="0" w:left="0"/>
      </w:pPr>
      <w:r>
        <w:rPr>
          <w:rFonts w:ascii="EB Garamond" w:hAnsi="EB Garamond" w:eastAsia="EB Garamond"/>
          <w:sz w:val="22"/>
        </w:rPr>
        <w:t>Added herself.</w:t>
      </w:r>
    </w:p>
    <w:p>
      <w:pPr>
        <w:spacing w:after="0" w:line="120" w:lineRule="exact"/>
      </w:pPr>
    </w:p>
    <w:p>
      <w:pPr>
        <w:spacing w:after="0" w:line="264" w:lineRule="exact"/>
        <w:ind w:firstLine="0" w:left="0"/>
      </w:pPr>
      <w:r>
        <w:rPr>
          <w:rFonts w:ascii="EB Garamond" w:hAnsi="EB Garamond" w:eastAsia="EB Garamond"/>
          <w:sz w:val="22"/>
        </w:rPr>
        <w:t>At the time, anyway had sounded hopeful.</w:t>
      </w:r>
    </w:p>
    <w:p>
      <w:pPr>
        <w:spacing w:after="0" w:line="120" w:lineRule="exact"/>
      </w:pPr>
    </w:p>
    <w:p>
      <w:pPr>
        <w:spacing w:after="0" w:line="264" w:lineRule="exact"/>
        <w:ind w:firstLine="0" w:left="0"/>
      </w:pPr>
      <w:r>
        <w:rPr>
          <w:rFonts w:ascii="EB Garamond" w:hAnsi="EB Garamond" w:eastAsia="EB Garamond"/>
          <w:sz w:val="22"/>
        </w:rPr>
        <w:t>Moses had problems.</w:t>
      </w:r>
    </w:p>
    <w:p>
      <w:pPr>
        <w:spacing w:after="0" w:line="120" w:lineRule="exact"/>
      </w:pPr>
    </w:p>
    <w:p>
      <w:pPr>
        <w:spacing w:after="0" w:line="264" w:lineRule="exact"/>
        <w:ind w:firstLine="0" w:left="0"/>
      </w:pPr>
      <w:r>
        <w:rPr>
          <w:rFonts w:ascii="EB Garamond" w:hAnsi="EB Garamond" w:eastAsia="EB Garamond"/>
          <w:sz w:val="22"/>
        </w:rPr>
        <w:t>God used him anyway.</w:t>
      </w:r>
    </w:p>
    <w:p>
      <w:pPr>
        <w:spacing w:after="0" w:line="120" w:lineRule="exact"/>
      </w:pPr>
    </w:p>
    <w:p>
      <w:pPr>
        <w:spacing w:after="0" w:line="264" w:lineRule="exact"/>
        <w:ind w:firstLine="0" w:left="0"/>
      </w:pPr>
      <w:r>
        <w:rPr>
          <w:rFonts w:ascii="EB Garamond" w:hAnsi="EB Garamond" w:eastAsia="EB Garamond"/>
          <w:sz w:val="22"/>
        </w:rPr>
        <w:t>Peter failed.</w:t>
      </w:r>
    </w:p>
    <w:p>
      <w:pPr>
        <w:spacing w:after="0" w:line="120" w:lineRule="exact"/>
      </w:pPr>
    </w:p>
    <w:p>
      <w:pPr>
        <w:spacing w:after="0" w:line="264" w:lineRule="exact"/>
        <w:ind w:firstLine="0" w:left="0"/>
      </w:pPr>
      <w:r>
        <w:rPr>
          <w:rFonts w:ascii="EB Garamond" w:hAnsi="EB Garamond" w:eastAsia="EB Garamond"/>
          <w:sz w:val="22"/>
        </w:rPr>
        <w:t>God used him anyway.</w:t>
      </w:r>
    </w:p>
    <w:p>
      <w:pPr>
        <w:spacing w:after="0" w:line="120" w:lineRule="exact"/>
      </w:pPr>
    </w:p>
    <w:p>
      <w:pPr>
        <w:spacing w:after="0" w:line="264" w:lineRule="exact"/>
        <w:ind w:firstLine="0" w:left="0"/>
      </w:pPr>
      <w:r>
        <w:rPr>
          <w:rFonts w:ascii="EB Garamond" w:hAnsi="EB Garamond" w:eastAsia="EB Garamond"/>
          <w:sz w:val="22"/>
        </w:rPr>
        <w:t>Jeremiah felt too young.</w:t>
      </w:r>
    </w:p>
    <w:p>
      <w:pPr>
        <w:spacing w:after="0" w:line="120" w:lineRule="exact"/>
      </w:pPr>
    </w:p>
    <w:p>
      <w:pPr>
        <w:spacing w:after="0" w:line="264" w:lineRule="exact"/>
        <w:ind w:firstLine="0" w:left="0"/>
      </w:pPr>
      <w:r>
        <w:rPr>
          <w:rFonts w:ascii="EB Garamond" w:hAnsi="EB Garamond" w:eastAsia="EB Garamond"/>
          <w:sz w:val="22"/>
        </w:rPr>
        <w:t>God used him anyway.</w:t>
      </w:r>
    </w:p>
    <w:p>
      <w:pPr>
        <w:spacing w:after="0" w:line="120" w:lineRule="exact"/>
      </w:pPr>
    </w:p>
    <w:p>
      <w:pPr>
        <w:spacing w:after="0" w:line="264" w:lineRule="exact"/>
        <w:ind w:firstLine="0" w:left="0"/>
      </w:pPr>
      <w:r>
        <w:rPr>
          <w:rFonts w:ascii="EB Garamond" w:hAnsi="EB Garamond" w:eastAsia="EB Garamond"/>
          <w:sz w:val="22"/>
        </w:rPr>
        <w:t>Grandma got angry at God.</w:t>
      </w:r>
    </w:p>
    <w:p>
      <w:pPr>
        <w:spacing w:after="0" w:line="120" w:lineRule="exact"/>
      </w:pPr>
    </w:p>
    <w:p>
      <w:pPr>
        <w:spacing w:after="0" w:line="264" w:lineRule="exact"/>
        <w:ind w:firstLine="0" w:left="0"/>
      </w:pPr>
      <w:r>
        <w:rPr>
          <w:rFonts w:ascii="EB Garamond" w:hAnsi="EB Garamond" w:eastAsia="EB Garamond"/>
          <w:sz w:val="22"/>
        </w:rPr>
        <w:t>God used her anyway.</w:t>
      </w:r>
    </w:p>
    <w:p>
      <w:pPr>
        <w:spacing w:after="0" w:line="120" w:lineRule="exact"/>
      </w:pPr>
    </w:p>
    <w:p>
      <w:pPr>
        <w:spacing w:after="0" w:line="264" w:lineRule="exact"/>
        <w:ind w:firstLine="0" w:left="0"/>
      </w:pPr>
      <w:r>
        <w:rPr>
          <w:rFonts w:ascii="EB Garamond" w:hAnsi="EB Garamond" w:eastAsia="EB Garamond"/>
          <w:i/>
          <w:sz w:val="22"/>
        </w:rPr>
        <w:t>Elsie — lied because she wanted people to like her.</w:t>
      </w:r>
    </w:p>
    <w:p>
      <w:pPr>
        <w:spacing w:after="0" w:line="120" w:lineRule="exact"/>
      </w:pPr>
    </w:p>
    <w:p>
      <w:pPr>
        <w:spacing w:after="0" w:line="264" w:lineRule="exact"/>
        <w:ind w:firstLine="0" w:left="0"/>
      </w:pPr>
      <w:r>
        <w:rPr>
          <w:rFonts w:ascii="EB Garamond" w:hAnsi="EB Garamond" w:eastAsia="EB Garamond"/>
          <w:sz w:val="22"/>
        </w:rPr>
        <w:t>Maybe God could use her anyway.</w:t>
      </w:r>
    </w:p>
    <w:p>
      <w:pPr>
        <w:spacing w:after="0" w:line="120" w:lineRule="exact"/>
      </w:pPr>
    </w:p>
    <w:p>
      <w:pPr>
        <w:spacing w:after="0" w:line="264" w:lineRule="exact"/>
        <w:ind w:firstLine="0" w:left="0"/>
      </w:pPr>
      <w:r>
        <w:rPr>
          <w:rFonts w:ascii="EB Garamond" w:hAnsi="EB Garamond" w:eastAsia="EB Garamond"/>
          <w:sz w:val="22"/>
        </w:rPr>
        <w:t>It had helped.</w:t>
      </w:r>
    </w:p>
    <w:p>
      <w:pPr>
        <w:spacing w:after="0" w:line="120" w:lineRule="exact"/>
      </w:pPr>
    </w:p>
    <w:p>
      <w:pPr>
        <w:spacing w:after="0" w:line="264" w:lineRule="exact"/>
        <w:ind w:firstLine="0" w:left="0"/>
      </w:pPr>
      <w:r>
        <w:rPr>
          <w:rFonts w:ascii="EB Garamond" w:hAnsi="EB Garamond" w:eastAsia="EB Garamond"/>
          <w:sz w:val="22"/>
        </w:rPr>
        <w:t>So why did she suddenly hate it?</w:t>
      </w:r>
    </w:p>
    <w:p>
      <w:pPr>
        <w:spacing w:after="0" w:line="120" w:lineRule="exact"/>
      </w:pPr>
    </w:p>
    <w:p>
      <w:pPr>
        <w:spacing w:after="0" w:line="264" w:lineRule="exact"/>
        <w:ind w:firstLine="0" w:left="0"/>
      </w:pPr>
      <w:r>
        <w:rPr>
          <w:rFonts w:ascii="EB Garamond" w:hAnsi="EB Garamond" w:eastAsia="EB Garamond"/>
          <w:sz w:val="22"/>
        </w:rPr>
        <w:t>She tapped her pen against the page.</w:t>
      </w:r>
    </w:p>
    <w:p>
      <w:pPr>
        <w:spacing w:after="0" w:line="120" w:lineRule="exact"/>
      </w:pPr>
    </w:p>
    <w:p>
      <w:pPr>
        <w:spacing w:after="0" w:line="264" w:lineRule="exact"/>
        <w:ind w:firstLine="0" w:left="0"/>
      </w:pPr>
      <w:r>
        <w:rPr>
          <w:rFonts w:ascii="EB Garamond" w:hAnsi="EB Garamond" w:eastAsia="EB Garamond"/>
          <w:i/>
          <w:sz w:val="22"/>
        </w:rPr>
        <w:t>Anyway.</w:t>
      </w:r>
    </w:p>
    <w:p>
      <w:pPr>
        <w:spacing w:after="0" w:line="120" w:lineRule="exact"/>
      </w:pPr>
    </w:p>
    <w:p>
      <w:pPr>
        <w:spacing w:after="0" w:line="264" w:lineRule="exact"/>
        <w:ind w:firstLine="0" w:left="0"/>
      </w:pPr>
      <w:r>
        <w:rPr>
          <w:rFonts w:ascii="EB Garamond" w:hAnsi="EB Garamond" w:eastAsia="EB Garamond"/>
          <w:sz w:val="22"/>
        </w:rPr>
        <w:t>It sounded like a concession.</w:t>
      </w:r>
    </w:p>
    <w:p>
      <w:pPr>
        <w:spacing w:after="0" w:line="120" w:lineRule="exact"/>
      </w:pPr>
    </w:p>
    <w:p>
      <w:pPr>
        <w:spacing w:after="0" w:line="264" w:lineRule="exact"/>
        <w:ind w:firstLine="0" w:left="0"/>
      </w:pPr>
      <w:r>
        <w:rPr>
          <w:rFonts w:ascii="EB Garamond" w:hAnsi="EB Garamond" w:eastAsia="EB Garamond"/>
          <w:sz w:val="22"/>
        </w:rPr>
        <w:t>Like:</w:t>
      </w:r>
    </w:p>
    <w:p>
      <w:pPr>
        <w:spacing w:after="0" w:line="120" w:lineRule="exact"/>
      </w:pPr>
    </w:p>
    <w:p>
      <w:pPr>
        <w:spacing w:after="0" w:line="264" w:lineRule="exact"/>
        <w:ind w:firstLine="0" w:left="0"/>
      </w:pPr>
      <w:r>
        <w:rPr>
          <w:rFonts w:ascii="EB Garamond" w:hAnsi="EB Garamond" w:eastAsia="EB Garamond"/>
          <w:i/>
          <w:sz w:val="22"/>
        </w:rPr>
        <w:t>You’re a mess, but fine.</w:t>
      </w:r>
    </w:p>
    <w:p>
      <w:pPr>
        <w:spacing w:after="0" w:line="120" w:lineRule="exact"/>
      </w:pPr>
    </w:p>
    <w:p>
      <w:pPr>
        <w:spacing w:after="0" w:line="264" w:lineRule="exact"/>
        <w:ind w:firstLine="0" w:left="0"/>
      </w:pPr>
      <w:r>
        <w:rPr>
          <w:rFonts w:ascii="EB Garamond" w:hAnsi="EB Garamond" w:eastAsia="EB Garamond"/>
          <w:i/>
          <w:sz w:val="22"/>
        </w:rPr>
        <w:t>I guess you’ll do.</w:t>
      </w:r>
    </w:p>
    <w:p>
      <w:pPr>
        <w:spacing w:after="0" w:line="120" w:lineRule="exact"/>
      </w:pPr>
    </w:p>
    <w:p>
      <w:pPr>
        <w:spacing w:after="0" w:line="264" w:lineRule="exact"/>
        <w:ind w:firstLine="0" w:left="0"/>
      </w:pPr>
      <w:r>
        <w:rPr>
          <w:rFonts w:ascii="EB Garamond" w:hAnsi="EB Garamond" w:eastAsia="EB Garamond"/>
          <w:sz w:val="22"/>
        </w:rPr>
        <w:t>She frowned.</w:t>
      </w:r>
    </w:p>
    <w:p>
      <w:pPr>
        <w:spacing w:after="0" w:line="120" w:lineRule="exact"/>
      </w:pPr>
    </w:p>
    <w:p>
      <w:pPr>
        <w:spacing w:after="0" w:line="264" w:lineRule="exact"/>
        <w:ind w:firstLine="0" w:left="0"/>
      </w:pPr>
      <w:r>
        <w:rPr>
          <w:rFonts w:ascii="EB Garamond" w:hAnsi="EB Garamond" w:eastAsia="EB Garamond"/>
          <w:sz w:val="22"/>
        </w:rPr>
        <w:t>That couldn’t be what Grandma meant.</w:t>
      </w:r>
    </w:p>
    <w:p>
      <w:pPr>
        <w:spacing w:after="0" w:line="120" w:lineRule="exact"/>
      </w:pPr>
    </w:p>
    <w:p>
      <w:pPr>
        <w:spacing w:after="0" w:line="264" w:lineRule="exact"/>
        <w:ind w:firstLine="0" w:left="0"/>
      </w:pPr>
      <w:r>
        <w:rPr>
          <w:rFonts w:ascii="EB Garamond" w:hAnsi="EB Garamond" w:eastAsia="EB Garamond"/>
          <w:sz w:val="22"/>
        </w:rPr>
        <w:t>Could it?</w:t>
      </w:r>
    </w:p>
    <w:p>
      <w:pPr>
        <w:spacing w:after="0" w:line="120" w:lineRule="exact"/>
      </w:pPr>
    </w:p>
    <w:p>
      <w:pPr>
        <w:spacing w:after="0" w:line="264" w:lineRule="exact"/>
        <w:ind w:firstLine="0" w:left="0"/>
      </w:pPr>
      <w:r>
        <w:rPr>
          <w:rFonts w:ascii="EB Garamond" w:hAnsi="EB Garamond" w:eastAsia="EB Garamond"/>
          <w:sz w:val="22"/>
        </w:rPr>
        <w:t>Her phone buzzed against the desk.</w:t>
      </w:r>
    </w:p>
    <w:p>
      <w:pPr>
        <w:spacing w:after="0" w:line="120" w:lineRule="exact"/>
      </w:pPr>
    </w:p>
    <w:p>
      <w:pPr>
        <w:spacing w:after="0" w:line="264" w:lineRule="exact"/>
        <w:ind w:firstLine="0" w:left="0"/>
      </w:pPr>
      <w:r>
        <w:rPr>
          <w:rFonts w:ascii="EB Garamond" w:hAnsi="EB Garamond" w:eastAsia="EB Garamond"/>
          <w:sz w:val="22"/>
        </w:rPr>
        <w:t>Mason.</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important</w:t>
      </w:r>
    </w:p>
    <w:p>
      <w:pPr>
        <w:spacing w:after="0" w:line="120" w:lineRule="exact"/>
      </w:pPr>
    </w:p>
    <w:p>
      <w:pPr>
        <w:spacing w:after="0" w:line="264" w:lineRule="exact"/>
        <w:ind w:firstLine="0" w:left="0"/>
      </w:pPr>
      <w:r>
        <w:rPr>
          <w:rFonts w:ascii="EB Garamond" w:hAnsi="EB Garamond" w:eastAsia="EB Garamond"/>
          <w:sz w:val="22"/>
        </w:rPr>
        <w:t>Elsie stared.</w:t>
      </w:r>
    </w:p>
    <w:p>
      <w:pPr>
        <w:spacing w:after="0" w:line="120" w:lineRule="exact"/>
      </w:pPr>
    </w:p>
    <w:p>
      <w:pPr>
        <w:spacing w:after="0" w:line="264" w:lineRule="exact"/>
        <w:ind w:firstLine="0" w:left="0"/>
      </w:pPr>
      <w:r>
        <w:rPr>
          <w:rFonts w:ascii="EB Garamond" w:hAnsi="EB Garamond" w:eastAsia="EB Garamond"/>
          <w:sz w:val="22"/>
        </w:rPr>
        <w:t>The last time he had called something important, it involved tacos.</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define important</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emergency level</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what</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vending machine gave me two pop tarts</w:t>
      </w:r>
    </w:p>
    <w:p>
      <w:pPr>
        <w:spacing w:after="0" w:line="120" w:lineRule="exact"/>
      </w:pPr>
    </w:p>
    <w:p>
      <w:pPr>
        <w:spacing w:after="0" w:line="264" w:lineRule="exact"/>
        <w:ind w:firstLine="0" w:left="0"/>
      </w:pPr>
      <w:r>
        <w:rPr>
          <w:rFonts w:ascii="EB Garamond" w:hAnsi="EB Garamond" w:eastAsia="EB Garamond"/>
          <w:sz w:val="22"/>
        </w:rPr>
        <w:t>Elsie closed her eyes.</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thoughts and prayers</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I knew you’d understand</w:t>
      </w:r>
    </w:p>
    <w:p>
      <w:pPr>
        <w:spacing w:after="0" w:line="120" w:lineRule="exact"/>
      </w:pPr>
    </w:p>
    <w:p>
      <w:pPr>
        <w:spacing w:after="0" w:line="264" w:lineRule="exact"/>
        <w:ind w:firstLine="0" w:left="0"/>
      </w:pPr>
      <w:r>
        <w:rPr>
          <w:rFonts w:ascii="EB Garamond" w:hAnsi="EB Garamond" w:eastAsia="EB Garamond"/>
          <w:sz w:val="22"/>
        </w:rPr>
        <w:t>She smiled.</w:t>
      </w:r>
    </w:p>
    <w:p>
      <w:pPr>
        <w:spacing w:after="0" w:line="120" w:lineRule="exact"/>
      </w:pPr>
    </w:p>
    <w:p>
      <w:pPr>
        <w:spacing w:after="0" w:line="264" w:lineRule="exact"/>
        <w:ind w:firstLine="0" w:left="0"/>
      </w:pPr>
      <w:r>
        <w:rPr>
          <w:rFonts w:ascii="EB Garamond" w:hAnsi="EB Garamond" w:eastAsia="EB Garamond"/>
          <w:sz w:val="22"/>
        </w:rPr>
        <w:t>Then looked back at the notebook.</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question</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finally something serious</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what does anyway mean</w:t>
      </w:r>
    </w:p>
    <w:p>
      <w:pPr>
        <w:spacing w:after="0" w:line="120" w:lineRule="exact"/>
      </w:pPr>
    </w:p>
    <w:p>
      <w:pPr>
        <w:spacing w:after="0" w:line="264" w:lineRule="exact"/>
        <w:ind w:firstLine="0" w:left="0"/>
      </w:pPr>
      <w:r>
        <w:rPr>
          <w:rFonts w:ascii="EB Garamond" w:hAnsi="EB Garamond" w:eastAsia="EB Garamond"/>
          <w:sz w:val="22"/>
        </w:rPr>
        <w:t>Pause.</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this feels like a trap</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it’s not</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like “I didn’t want to go but I went anyway”</w:t>
      </w:r>
    </w:p>
    <w:p>
      <w:pPr>
        <w:spacing w:after="0" w:line="120" w:lineRule="exact"/>
      </w:pPr>
    </w:p>
    <w:p>
      <w:pPr>
        <w:spacing w:after="0" w:line="264" w:lineRule="exact"/>
        <w:ind w:firstLine="0" w:left="0"/>
      </w:pPr>
      <w:r>
        <w:rPr>
          <w:rFonts w:ascii="EB Garamond" w:hAnsi="EB Garamond" w:eastAsia="EB Garamond"/>
          <w:sz w:val="22"/>
        </w:rPr>
        <w:t>Elsie stared.</w:t>
      </w:r>
    </w:p>
    <w:p>
      <w:pPr>
        <w:spacing w:after="0" w:line="120" w:lineRule="exact"/>
      </w:pPr>
    </w:p>
    <w:p>
      <w:pPr>
        <w:spacing w:after="0" w:line="264" w:lineRule="exact"/>
        <w:ind w:firstLine="0" w:left="0"/>
      </w:pPr>
      <w:r>
        <w:rPr>
          <w:rFonts w:ascii="EB Garamond" w:hAnsi="EB Garamond" w:eastAsia="EB Garamond"/>
          <w:sz w:val="22"/>
        </w:rPr>
        <w:t>Exactly.</w:t>
      </w:r>
    </w:p>
    <w:p>
      <w:pPr>
        <w:spacing w:after="0" w:line="120" w:lineRule="exact"/>
      </w:pPr>
    </w:p>
    <w:p>
      <w:pPr>
        <w:spacing w:after="0" w:line="264" w:lineRule="exact"/>
        <w:ind w:firstLine="0" w:left="0"/>
      </w:pPr>
      <w:r>
        <w:rPr>
          <w:rFonts w:ascii="EB Garamond" w:hAnsi="EB Garamond" w:eastAsia="EB Garamond"/>
          <w:sz w:val="22"/>
        </w:rPr>
        <w:t>Something you did despite the other thing.</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right</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did I pass</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unclear</w:t>
      </w:r>
    </w:p>
    <w:p>
      <w:pPr>
        <w:spacing w:after="0" w:line="120" w:lineRule="exact"/>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story of my life</w:t>
      </w:r>
    </w:p>
    <w:p>
      <w:pPr>
        <w:spacing w:after="0" w:line="120" w:lineRule="exact"/>
      </w:pPr>
    </w:p>
    <w:p>
      <w:pPr>
        <w:spacing w:after="0" w:line="264" w:lineRule="exact"/>
        <w:ind w:firstLine="0" w:left="0"/>
      </w:pPr>
      <w:r>
        <w:rPr>
          <w:rFonts w:ascii="EB Garamond" w:hAnsi="EB Garamond" w:eastAsia="EB Garamond"/>
          <w:sz w:val="22"/>
        </w:rPr>
        <w:t>She put her phone down.</w:t>
      </w:r>
    </w:p>
    <w:p>
      <w:pPr>
        <w:spacing w:after="0" w:line="120" w:lineRule="exact"/>
      </w:pPr>
    </w:p>
    <w:p>
      <w:pPr>
        <w:spacing w:after="0" w:line="264" w:lineRule="exact"/>
        <w:ind w:firstLine="0" w:left="0"/>
      </w:pPr>
      <w:r>
        <w:rPr>
          <w:rFonts w:ascii="EB Garamond" w:hAnsi="EB Garamond" w:eastAsia="EB Garamond"/>
          <w:i/>
          <w:sz w:val="22"/>
        </w:rPr>
        <w:t>God used them anyway.</w:t>
      </w:r>
    </w:p>
    <w:p>
      <w:pPr>
        <w:spacing w:after="0" w:line="120" w:lineRule="exact"/>
      </w:pPr>
    </w:p>
    <w:p>
      <w:pPr>
        <w:spacing w:after="0" w:line="264" w:lineRule="exact"/>
        <w:ind w:firstLine="0" w:left="0"/>
      </w:pPr>
      <w:r>
        <w:rPr>
          <w:rFonts w:ascii="EB Garamond" w:hAnsi="EB Garamond" w:eastAsia="EB Garamond"/>
          <w:sz w:val="22"/>
        </w:rPr>
        <w:t>Despite.</w:t>
      </w:r>
    </w:p>
    <w:p>
      <w:pPr>
        <w:spacing w:after="0" w:line="120" w:lineRule="exact"/>
      </w:pPr>
    </w:p>
    <w:p>
      <w:pPr>
        <w:spacing w:after="0" w:line="264" w:lineRule="exact"/>
        <w:ind w:firstLine="0" w:left="0"/>
      </w:pPr>
      <w:r>
        <w:rPr>
          <w:rFonts w:ascii="EB Garamond" w:hAnsi="EB Garamond" w:eastAsia="EB Garamond"/>
          <w:sz w:val="22"/>
        </w:rPr>
        <w:t>In spite of.</w:t>
      </w:r>
    </w:p>
    <w:p>
      <w:pPr>
        <w:spacing w:after="0" w:line="120" w:lineRule="exact"/>
      </w:pPr>
    </w:p>
    <w:p>
      <w:pPr>
        <w:spacing w:after="0" w:line="264" w:lineRule="exact"/>
        <w:ind w:firstLine="0" w:left="0"/>
      </w:pPr>
      <w:r>
        <w:rPr>
          <w:rFonts w:ascii="EB Garamond" w:hAnsi="EB Garamond" w:eastAsia="EB Garamond"/>
          <w:sz w:val="22"/>
        </w:rPr>
        <w:t>Even though.</w:t>
      </w:r>
    </w:p>
    <w:p>
      <w:pPr>
        <w:spacing w:after="0" w:line="120" w:lineRule="exact"/>
      </w:pPr>
    </w:p>
    <w:p>
      <w:pPr>
        <w:spacing w:after="0" w:line="264" w:lineRule="exact"/>
        <w:ind w:firstLine="0" w:left="0"/>
      </w:pPr>
      <w:r>
        <w:rPr>
          <w:rFonts w:ascii="EB Garamond" w:hAnsi="EB Garamond" w:eastAsia="EB Garamond"/>
          <w:sz w:val="22"/>
        </w:rPr>
        <w:t>Elsie frowned harder.</w:t>
      </w:r>
    </w:p>
    <w:p>
      <w:pPr>
        <w:spacing w:after="0" w:line="120" w:lineRule="exact"/>
      </w:pPr>
    </w:p>
    <w:p>
      <w:pPr>
        <w:spacing w:after="0" w:line="264" w:lineRule="exact"/>
        <w:ind w:firstLine="0" w:left="0"/>
      </w:pPr>
      <w:r>
        <w:rPr>
          <w:rFonts w:ascii="EB Garamond" w:hAnsi="EB Garamond" w:eastAsia="EB Garamond"/>
          <w:sz w:val="22"/>
        </w:rPr>
        <w:t>Maybe she was overthinking one word.</w:t>
      </w:r>
    </w:p>
    <w:p>
      <w:pPr>
        <w:spacing w:after="0" w:line="120" w:lineRule="exact"/>
      </w:pPr>
    </w:p>
    <w:p>
      <w:pPr>
        <w:spacing w:after="0" w:line="264" w:lineRule="exact"/>
        <w:ind w:firstLine="0" w:left="0"/>
      </w:pPr>
      <w:r>
        <w:rPr>
          <w:rFonts w:ascii="EB Garamond" w:hAnsi="EB Garamond" w:eastAsia="EB Garamond"/>
          <w:sz w:val="22"/>
        </w:rPr>
        <w:t>Very possible.</w:t>
      </w:r>
    </w:p>
    <w:p>
      <w:pPr>
        <w:spacing w:after="0" w:line="120" w:lineRule="exact"/>
      </w:pPr>
    </w:p>
    <w:p>
      <w:pPr>
        <w:spacing w:after="0" w:line="264" w:lineRule="exact"/>
        <w:ind w:firstLine="0" w:left="0"/>
      </w:pPr>
      <w:r>
        <w:rPr>
          <w:rFonts w:ascii="EB Garamond" w:hAnsi="EB Garamond" w:eastAsia="EB Garamond"/>
          <w:sz w:val="22"/>
        </w:rPr>
        <w:t>Historically likely.</w:t>
      </w:r>
    </w:p>
    <w:p>
      <w:pPr>
        <w:spacing w:after="0" w:line="120" w:lineRule="exact"/>
      </w:pPr>
    </w:p>
    <w:p>
      <w:pPr>
        <w:spacing w:after="0" w:line="264" w:lineRule="exact"/>
        <w:ind w:firstLine="0" w:left="0"/>
      </w:pPr>
      <w:r>
        <w:rPr>
          <w:rFonts w:ascii="EB Garamond" w:hAnsi="EB Garamond" w:eastAsia="EB Garamond"/>
          <w:sz w:val="22"/>
        </w:rPr>
        <w:t>Still.</w:t>
      </w:r>
    </w:p>
    <w:p>
      <w:pPr>
        <w:spacing w:after="0" w:line="120" w:lineRule="exact"/>
      </w:pPr>
    </w:p>
    <w:p>
      <w:pPr>
        <w:spacing w:after="0" w:line="264" w:lineRule="exact"/>
        <w:ind w:firstLine="0" w:left="0"/>
      </w:pPr>
      <w:r>
        <w:rPr>
          <w:rFonts w:ascii="EB Garamond" w:hAnsi="EB Garamond" w:eastAsia="EB Garamond"/>
          <w:sz w:val="22"/>
        </w:rPr>
        <w:t>She drew a box around ANYWAY.</w:t>
      </w:r>
    </w:p>
    <w:p>
      <w:pPr>
        <w:spacing w:after="0" w:line="120" w:lineRule="exact"/>
      </w:pPr>
    </w:p>
    <w:p>
      <w:pPr>
        <w:spacing w:after="0" w:line="264" w:lineRule="exact"/>
        <w:ind w:firstLine="0" w:left="0"/>
      </w:pPr>
      <w:r>
        <w:rPr>
          <w:rFonts w:ascii="EB Garamond" w:hAnsi="EB Garamond" w:eastAsia="EB Garamond"/>
          <w:sz w:val="22"/>
        </w:rPr>
        <w:t>Mrs. Bennett walked past.</w:t>
      </w:r>
    </w:p>
    <w:p>
      <w:pPr>
        <w:spacing w:after="0" w:line="120" w:lineRule="exact"/>
      </w:pPr>
    </w:p>
    <w:p>
      <w:pPr>
        <w:spacing w:after="0" w:line="264" w:lineRule="exact"/>
        <w:ind w:firstLine="0" w:left="0"/>
      </w:pPr>
      <w:r>
        <w:rPr>
          <w:rFonts w:ascii="EB Garamond" w:hAnsi="EB Garamond" w:eastAsia="EB Garamond"/>
          <w:sz w:val="22"/>
        </w:rPr>
        <w:t>Stopped.</w:t>
      </w:r>
    </w:p>
    <w:p>
      <w:pPr>
        <w:spacing w:after="0" w:line="120" w:lineRule="exact"/>
      </w:pPr>
    </w:p>
    <w:p>
      <w:pPr>
        <w:spacing w:after="0" w:line="264" w:lineRule="exact"/>
        <w:ind w:firstLine="0" w:left="0"/>
      </w:pPr>
      <w:r>
        <w:rPr>
          <w:rFonts w:ascii="EB Garamond" w:hAnsi="EB Garamond" w:eastAsia="EB Garamond"/>
          <w:sz w:val="22"/>
        </w:rPr>
        <w:t>Looked at the notebook.</w:t>
      </w:r>
    </w:p>
    <w:p>
      <w:pPr>
        <w:spacing w:after="0" w:line="120" w:lineRule="exact"/>
      </w:pPr>
    </w:p>
    <w:p>
      <w:pPr>
        <w:spacing w:after="0" w:line="264" w:lineRule="exact"/>
        <w:ind w:firstLine="0" w:left="0"/>
      </w:pPr>
      <w:r>
        <w:rPr>
          <w:rFonts w:ascii="EB Garamond" w:hAnsi="EB Garamond" w:eastAsia="EB Garamond"/>
          <w:sz w:val="22"/>
        </w:rPr>
        <w:t>Then at Elsie.</w:t>
      </w:r>
    </w:p>
    <w:p>
      <w:pPr>
        <w:spacing w:after="0" w:line="120" w:lineRule="exact"/>
      </w:pPr>
    </w:p>
    <w:p>
      <w:pPr>
        <w:spacing w:after="0" w:line="264" w:lineRule="exact"/>
        <w:ind w:firstLine="0" w:left="0"/>
      </w:pPr>
      <w:r>
        <w:rPr>
          <w:rFonts w:ascii="EB Garamond" w:hAnsi="EB Garamond" w:eastAsia="EB Garamond"/>
          <w:sz w:val="22"/>
        </w:rPr>
        <w:t>“That appears aggressive.”</w:t>
      </w:r>
    </w:p>
    <w:p>
      <w:pPr>
        <w:spacing w:after="0" w:line="120" w:lineRule="exact"/>
      </w:pPr>
    </w:p>
    <w:p>
      <w:pPr>
        <w:spacing w:after="0" w:line="264" w:lineRule="exact"/>
        <w:ind w:firstLine="0" w:left="0"/>
      </w:pPr>
      <w:r>
        <w:rPr>
          <w:rFonts w:ascii="EB Garamond" w:hAnsi="EB Garamond" w:eastAsia="EB Garamond"/>
          <w:sz w:val="22"/>
        </w:rPr>
        <w:t>Elsie covered the page.</w:t>
      </w:r>
    </w:p>
    <w:p>
      <w:pPr>
        <w:spacing w:after="0" w:line="120" w:lineRule="exact"/>
      </w:pPr>
    </w:p>
    <w:p>
      <w:pPr>
        <w:spacing w:after="0" w:line="264" w:lineRule="exact"/>
        <w:ind w:firstLine="0" w:left="0"/>
      </w:pPr>
      <w:r>
        <w:rPr>
          <w:rFonts w:ascii="EB Garamond" w:hAnsi="EB Garamond" w:eastAsia="EB Garamond"/>
          <w:sz w:val="22"/>
        </w:rPr>
        <w:t>“Private.”</w:t>
      </w:r>
    </w:p>
    <w:p>
      <w:pPr>
        <w:spacing w:after="0" w:line="120" w:lineRule="exact"/>
      </w:pPr>
    </w:p>
    <w:p>
      <w:pPr>
        <w:spacing w:after="0" w:line="264" w:lineRule="exact"/>
        <w:ind w:firstLine="0" w:left="0"/>
      </w:pPr>
      <w:r>
        <w:rPr>
          <w:rFonts w:ascii="EB Garamond" w:hAnsi="EB Garamond" w:eastAsia="EB Garamond"/>
          <w:sz w:val="22"/>
        </w:rPr>
        <w:t>“I didn’t read it.”</w:t>
      </w:r>
    </w:p>
    <w:p>
      <w:pPr>
        <w:spacing w:after="0" w:line="120" w:lineRule="exact"/>
      </w:pPr>
    </w:p>
    <w:p>
      <w:pPr>
        <w:spacing w:after="0" w:line="264" w:lineRule="exact"/>
        <w:ind w:firstLine="0" w:left="0"/>
      </w:pPr>
      <w:r>
        <w:rPr>
          <w:rFonts w:ascii="EB Garamond" w:hAnsi="EB Garamond" w:eastAsia="EB Garamond"/>
          <w:sz w:val="22"/>
        </w:rPr>
        <w:t>“You looked directly at it.”</w:t>
      </w:r>
    </w:p>
    <w:p>
      <w:pPr>
        <w:spacing w:after="0" w:line="120" w:lineRule="exact"/>
      </w:pPr>
    </w:p>
    <w:p>
      <w:pPr>
        <w:spacing w:after="0" w:line="264" w:lineRule="exact"/>
        <w:ind w:firstLine="0" w:left="0"/>
      </w:pPr>
      <w:r>
        <w:rPr>
          <w:rFonts w:ascii="EB Garamond" w:hAnsi="EB Garamond" w:eastAsia="EB Garamond"/>
          <w:sz w:val="22"/>
        </w:rPr>
        <w:t>“I saw one word surrounded by what appears to be rage.”</w:t>
      </w:r>
    </w:p>
    <w:p>
      <w:pPr>
        <w:spacing w:after="0" w:line="120" w:lineRule="exact"/>
      </w:pPr>
    </w:p>
    <w:p>
      <w:pPr>
        <w:spacing w:after="0" w:line="264" w:lineRule="exact"/>
        <w:ind w:firstLine="0" w:left="0"/>
      </w:pPr>
      <w:r>
        <w:rPr>
          <w:rFonts w:ascii="EB Garamond" w:hAnsi="EB Garamond" w:eastAsia="EB Garamond"/>
          <w:sz w:val="22"/>
        </w:rPr>
        <w:t>Elsie looked down.</w:t>
      </w:r>
    </w:p>
    <w:p>
      <w:pPr>
        <w:spacing w:after="0" w:line="120" w:lineRule="exact"/>
      </w:pPr>
    </w:p>
    <w:p>
      <w:pPr>
        <w:spacing w:after="0" w:line="264" w:lineRule="exact"/>
        <w:ind w:firstLine="0" w:left="0"/>
      </w:pPr>
      <w:r>
        <w:rPr>
          <w:rFonts w:ascii="EB Garamond" w:hAnsi="EB Garamond" w:eastAsia="EB Garamond"/>
          <w:sz w:val="22"/>
        </w:rPr>
        <w:t>She had drawn the box four times.</w:t>
      </w:r>
    </w:p>
    <w:p>
      <w:pPr>
        <w:spacing w:after="0" w:line="120" w:lineRule="exact"/>
      </w:pPr>
    </w:p>
    <w:p>
      <w:pPr>
        <w:spacing w:after="0" w:line="264" w:lineRule="exact"/>
        <w:ind w:firstLine="0" w:left="0"/>
      </w:pPr>
      <w:r>
        <w:rPr>
          <w:rFonts w:ascii="EB Garamond" w:hAnsi="EB Garamond" w:eastAsia="EB Garamond"/>
          <w:sz w:val="22"/>
        </w:rPr>
        <w:t>“Fair.”</w:t>
      </w:r>
    </w:p>
    <w:p>
      <w:pPr>
        <w:spacing w:after="0" w:line="120" w:lineRule="exact"/>
      </w:pPr>
    </w:p>
    <w:p>
      <w:pPr>
        <w:spacing w:after="0" w:line="264" w:lineRule="exact"/>
        <w:ind w:firstLine="0" w:left="0"/>
      </w:pPr>
      <w:r>
        <w:rPr>
          <w:rFonts w:ascii="EB Garamond" w:hAnsi="EB Garamond" w:eastAsia="EB Garamond"/>
          <w:sz w:val="22"/>
        </w:rPr>
        <w:t>Mrs. Bennett started walking again.</w:t>
      </w:r>
    </w:p>
    <w:p>
      <w:pPr>
        <w:spacing w:after="0" w:line="120" w:lineRule="exact"/>
      </w:pPr>
    </w:p>
    <w:p>
      <w:pPr>
        <w:spacing w:after="0" w:line="264" w:lineRule="exact"/>
        <w:ind w:firstLine="0" w:left="0"/>
      </w:pPr>
      <w:r>
        <w:rPr>
          <w:rFonts w:ascii="EB Garamond" w:hAnsi="EB Garamond" w:eastAsia="EB Garamond"/>
          <w:sz w:val="22"/>
        </w:rPr>
        <w:t>Then stopped.</w:t>
      </w:r>
    </w:p>
    <w:p>
      <w:pPr>
        <w:spacing w:after="0" w:line="120" w:lineRule="exact"/>
      </w:pPr>
    </w:p>
    <w:p>
      <w:pPr>
        <w:spacing w:after="0" w:line="264" w:lineRule="exact"/>
        <w:ind w:firstLine="0" w:left="0"/>
      </w:pPr>
      <w:r>
        <w:rPr>
          <w:rFonts w:ascii="EB Garamond" w:hAnsi="EB Garamond" w:eastAsia="EB Garamond"/>
          <w:sz w:val="22"/>
        </w:rPr>
        <w:t>“Is it for your essay?”</w:t>
      </w:r>
    </w:p>
    <w:p>
      <w:pPr>
        <w:spacing w:after="0" w:line="120" w:lineRule="exact"/>
      </w:pPr>
    </w:p>
    <w:p>
      <w:pPr>
        <w:spacing w:after="0" w:line="264" w:lineRule="exact"/>
        <w:ind w:firstLine="0" w:left="0"/>
      </w:pPr>
      <w:r>
        <w:rPr>
          <w:rFonts w:ascii="EB Garamond" w:hAnsi="EB Garamond" w:eastAsia="EB Garamond"/>
          <w:sz w:val="22"/>
        </w:rPr>
        <w:t>“No.”</w:t>
      </w:r>
    </w:p>
    <w:p>
      <w:pPr>
        <w:spacing w:after="0" w:line="120" w:lineRule="exact"/>
      </w:pPr>
    </w:p>
    <w:p>
      <w:pPr>
        <w:spacing w:after="0" w:line="264" w:lineRule="exact"/>
        <w:ind w:firstLine="0" w:left="0"/>
      </w:pPr>
      <w:r>
        <w:rPr>
          <w:rFonts w:ascii="EB Garamond" w:hAnsi="EB Garamond" w:eastAsia="EB Garamond"/>
          <w:sz w:val="22"/>
        </w:rPr>
        <w:t>“Good.”</w:t>
      </w:r>
    </w:p>
    <w:p>
      <w:pPr>
        <w:spacing w:after="0" w:line="120" w:lineRule="exact"/>
      </w:pPr>
    </w:p>
    <w:p>
      <w:pPr>
        <w:spacing w:after="0" w:line="264" w:lineRule="exact"/>
        <w:ind w:firstLine="0" w:left="0"/>
      </w:pPr>
      <w:r>
        <w:rPr>
          <w:rFonts w:ascii="EB Garamond" w:hAnsi="EB Garamond" w:eastAsia="EB Garamond"/>
          <w:sz w:val="22"/>
        </w:rPr>
        <w:t>Elsie frowned.</w:t>
      </w:r>
    </w:p>
    <w:p>
      <w:pPr>
        <w:spacing w:after="0" w:line="120" w:lineRule="exact"/>
      </w:pPr>
    </w:p>
    <w:p>
      <w:pPr>
        <w:spacing w:after="0" w:line="264" w:lineRule="exact"/>
        <w:ind w:firstLine="0" w:left="0"/>
      </w:pPr>
      <w:r>
        <w:rPr>
          <w:rFonts w:ascii="EB Garamond" w:hAnsi="EB Garamond" w:eastAsia="EB Garamond"/>
          <w:sz w:val="22"/>
        </w:rPr>
        <w:t>“Why good?”</w:t>
      </w:r>
    </w:p>
    <w:p>
      <w:pPr>
        <w:spacing w:after="0" w:line="120" w:lineRule="exact"/>
      </w:pPr>
    </w:p>
    <w:p>
      <w:pPr>
        <w:spacing w:after="0" w:line="264" w:lineRule="exact"/>
        <w:ind w:firstLine="0" w:left="0"/>
      </w:pPr>
      <w:r>
        <w:rPr>
          <w:rFonts w:ascii="EB Garamond" w:hAnsi="EB Garamond" w:eastAsia="EB Garamond"/>
          <w:sz w:val="22"/>
        </w:rPr>
        <w:t>“Because I already graded your essay.”</w:t>
      </w:r>
    </w:p>
    <w:p>
      <w:pPr>
        <w:spacing w:after="0" w:line="120" w:lineRule="exact"/>
      </w:pPr>
    </w:p>
    <w:p>
      <w:pPr>
        <w:spacing w:after="0" w:line="264" w:lineRule="exact"/>
        <w:ind w:firstLine="0" w:left="0"/>
      </w:pPr>
      <w:r>
        <w:rPr>
          <w:rFonts w:ascii="EB Garamond" w:hAnsi="EB Garamond" w:eastAsia="EB Garamond"/>
          <w:sz w:val="22"/>
        </w:rPr>
        <w:t>“That feels like a selfish reason.”</w:t>
      </w:r>
    </w:p>
    <w:p>
      <w:pPr>
        <w:spacing w:after="0" w:line="120" w:lineRule="exact"/>
      </w:pPr>
    </w:p>
    <w:p>
      <w:pPr>
        <w:spacing w:after="0" w:line="264" w:lineRule="exact"/>
        <w:ind w:firstLine="0" w:left="0"/>
      </w:pPr>
      <w:r>
        <w:rPr>
          <w:rFonts w:ascii="EB Garamond" w:hAnsi="EB Garamond" w:eastAsia="EB Garamond"/>
          <w:sz w:val="22"/>
        </w:rPr>
        <w:t>“It is.”</w:t>
      </w:r>
    </w:p>
    <w:p>
      <w:pPr>
        <w:spacing w:after="0" w:line="120" w:lineRule="exact"/>
      </w:pPr>
    </w:p>
    <w:p>
      <w:pPr>
        <w:spacing w:after="0" w:line="264" w:lineRule="exact"/>
        <w:ind w:firstLine="0" w:left="0"/>
      </w:pPr>
      <w:r>
        <w:rPr>
          <w:rFonts w:ascii="EB Garamond" w:hAnsi="EB Garamond" w:eastAsia="EB Garamond"/>
          <w:sz w:val="22"/>
        </w:rPr>
        <w:t>She walked away.</w:t>
      </w:r>
    </w:p>
    <w:p>
      <w:pPr>
        <w:spacing w:after="0" w:line="120" w:lineRule="exact"/>
      </w:pPr>
    </w:p>
    <w:p>
      <w:pPr>
        <w:spacing w:after="0" w:line="264" w:lineRule="exact"/>
        <w:ind w:firstLine="0" w:left="0"/>
      </w:pPr>
      <w:r>
        <w:rPr>
          <w:rFonts w:ascii="EB Garamond" w:hAnsi="EB Garamond" w:eastAsia="EB Garamond"/>
          <w:sz w:val="22"/>
        </w:rPr>
        <w:t>Elsie looked back at the word.</w:t>
      </w:r>
    </w:p>
    <w:p>
      <w:pPr>
        <w:spacing w:after="0" w:line="120" w:lineRule="exact"/>
      </w:pPr>
    </w:p>
    <w:p>
      <w:pPr>
        <w:spacing w:after="0" w:line="264" w:lineRule="exact"/>
        <w:ind w:firstLine="0" w:left="0"/>
      </w:pPr>
      <w:r>
        <w:rPr>
          <w:rFonts w:ascii="EB Garamond" w:hAnsi="EB Garamond" w:eastAsia="EB Garamond"/>
          <w:i/>
          <w:sz w:val="22"/>
        </w:rPr>
        <w:t>Anyway.</w:t>
      </w:r>
    </w:p>
    <w:p>
      <w:pPr>
        <w:spacing w:after="0" w:line="120" w:lineRule="exact"/>
      </w:pPr>
    </w:p>
    <w:p>
      <w:pPr>
        <w:spacing w:after="0" w:line="264" w:lineRule="exact"/>
        <w:ind w:firstLine="0" w:left="0"/>
      </w:pPr>
      <w:r>
        <w:rPr>
          <w:rFonts w:ascii="EB Garamond" w:hAnsi="EB Garamond" w:eastAsia="EB Garamond"/>
          <w:sz w:val="22"/>
        </w:rPr>
        <w:t>That night, Grandma called Elsie’s phone.</w:t>
      </w:r>
    </w:p>
    <w:p>
      <w:pPr>
        <w:spacing w:after="0" w:line="120" w:lineRule="exact"/>
      </w:pPr>
    </w:p>
    <w:p>
      <w:pPr>
        <w:spacing w:after="0" w:line="264" w:lineRule="exact"/>
        <w:ind w:firstLine="0" w:left="0"/>
      </w:pPr>
      <w:r>
        <w:rPr>
          <w:rFonts w:ascii="EB Garamond" w:hAnsi="EB Garamond" w:eastAsia="EB Garamond"/>
          <w:sz w:val="22"/>
        </w:rPr>
        <w:t>Not the house.</w:t>
      </w:r>
    </w:p>
    <w:p>
      <w:pPr>
        <w:spacing w:after="0" w:line="120" w:lineRule="exact"/>
      </w:pPr>
    </w:p>
    <w:p>
      <w:pPr>
        <w:spacing w:after="0" w:line="264" w:lineRule="exact"/>
        <w:ind w:firstLine="0" w:left="0"/>
      </w:pPr>
      <w:r>
        <w:rPr>
          <w:rFonts w:ascii="EB Garamond" w:hAnsi="EB Garamond" w:eastAsia="EB Garamond"/>
          <w:sz w:val="22"/>
        </w:rPr>
        <w:t>Not her mother.</w:t>
      </w:r>
    </w:p>
    <w:p>
      <w:pPr>
        <w:spacing w:after="0" w:line="120" w:lineRule="exact"/>
      </w:pPr>
    </w:p>
    <w:p>
      <w:pPr>
        <w:spacing w:after="0" w:line="264" w:lineRule="exact"/>
        <w:ind w:firstLine="0" w:left="0"/>
      </w:pPr>
      <w:r>
        <w:rPr>
          <w:rFonts w:ascii="EB Garamond" w:hAnsi="EB Garamond" w:eastAsia="EB Garamond"/>
          <w:sz w:val="22"/>
        </w:rPr>
        <w:t>Elsie’s.</w:t>
      </w:r>
    </w:p>
    <w:p>
      <w:pPr>
        <w:spacing w:after="0" w:line="120" w:lineRule="exact"/>
      </w:pPr>
    </w:p>
    <w:p>
      <w:pPr>
        <w:spacing w:after="0" w:line="264" w:lineRule="exact"/>
        <w:ind w:firstLine="0" w:left="0"/>
      </w:pPr>
      <w:r>
        <w:rPr>
          <w:rFonts w:ascii="EB Garamond" w:hAnsi="EB Garamond" w:eastAsia="EB Garamond"/>
          <w:sz w:val="22"/>
        </w:rPr>
        <w:t>Which immediately made Elsie suspicious.</w:t>
      </w:r>
    </w:p>
    <w:p>
      <w:pPr>
        <w:spacing w:after="0" w:line="120" w:lineRule="exact"/>
      </w:pPr>
    </w:p>
    <w:p>
      <w:pPr>
        <w:spacing w:after="0" w:line="264" w:lineRule="exact"/>
        <w:ind w:firstLine="0" w:left="0"/>
      </w:pPr>
      <w:r>
        <w:rPr>
          <w:rFonts w:ascii="EB Garamond" w:hAnsi="EB Garamond" w:eastAsia="EB Garamond"/>
          <w:sz w:val="22"/>
        </w:rPr>
        <w:t>“Are you dying?”</w:t>
      </w:r>
    </w:p>
    <w:p>
      <w:pPr>
        <w:spacing w:after="0" w:line="120" w:lineRule="exact"/>
      </w:pPr>
    </w:p>
    <w:p>
      <w:pPr>
        <w:spacing w:after="0" w:line="264" w:lineRule="exact"/>
        <w:ind w:firstLine="0" w:left="0"/>
      </w:pPr>
      <w:r>
        <w:rPr>
          <w:rFonts w:ascii="EB Garamond" w:hAnsi="EB Garamond" w:eastAsia="EB Garamond"/>
          <w:sz w:val="22"/>
        </w:rPr>
        <w:t>Grandma was silent.</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“Hello to you too.”</w:t>
      </w:r>
    </w:p>
    <w:p>
      <w:pPr>
        <w:spacing w:after="0" w:line="120" w:lineRule="exact"/>
      </w:pPr>
    </w:p>
    <w:p>
      <w:pPr>
        <w:spacing w:after="0" w:line="264" w:lineRule="exact"/>
        <w:ind w:firstLine="0" w:left="0"/>
      </w:pPr>
      <w:r>
        <w:rPr>
          <w:rFonts w:ascii="EB Garamond" w:hAnsi="EB Garamond" w:eastAsia="EB Garamond"/>
          <w:sz w:val="22"/>
        </w:rPr>
        <w:t>“You called me.”</w:t>
      </w:r>
    </w:p>
    <w:p>
      <w:pPr>
        <w:spacing w:after="0" w:line="120" w:lineRule="exact"/>
      </w:pPr>
    </w:p>
    <w:p>
      <w:pPr>
        <w:spacing w:after="0" w:line="264" w:lineRule="exact"/>
        <w:ind w:firstLine="0" w:left="0"/>
      </w:pPr>
      <w:r>
        <w:rPr>
          <w:rFonts w:ascii="EB Garamond" w:hAnsi="EB Garamond" w:eastAsia="EB Garamond"/>
          <w:sz w:val="22"/>
        </w:rPr>
        <w:t>“I do know how phones work.”</w:t>
      </w:r>
    </w:p>
    <w:p>
      <w:pPr>
        <w:spacing w:after="0" w:line="120" w:lineRule="exact"/>
      </w:pPr>
    </w:p>
    <w:p>
      <w:pPr>
        <w:spacing w:after="0" w:line="264" w:lineRule="exact"/>
        <w:ind w:firstLine="0" w:left="0"/>
      </w:pPr>
      <w:r>
        <w:rPr>
          <w:rFonts w:ascii="EB Garamond" w:hAnsi="EB Garamond" w:eastAsia="EB Garamond"/>
          <w:sz w:val="22"/>
        </w:rPr>
        <w:t>“Debatable.”</w:t>
      </w:r>
    </w:p>
    <w:p>
      <w:pPr>
        <w:spacing w:after="0" w:line="120" w:lineRule="exact"/>
      </w:pPr>
    </w:p>
    <w:p>
      <w:pPr>
        <w:spacing w:after="0" w:line="264" w:lineRule="exact"/>
        <w:ind w:firstLine="0" w:left="0"/>
      </w:pPr>
      <w:r>
        <w:rPr>
          <w:rFonts w:ascii="EB Garamond" w:hAnsi="EB Garamond" w:eastAsia="EB Garamond"/>
          <w:sz w:val="22"/>
        </w:rPr>
        <w:t>Grandma sighed.</w:t>
      </w:r>
    </w:p>
    <w:p>
      <w:pPr>
        <w:spacing w:after="0" w:line="120" w:lineRule="exact"/>
      </w:pPr>
    </w:p>
    <w:p>
      <w:pPr>
        <w:spacing w:after="0" w:line="264" w:lineRule="exact"/>
        <w:ind w:firstLine="0" w:left="0"/>
      </w:pPr>
      <w:r>
        <w:rPr>
          <w:rFonts w:ascii="EB Garamond" w:hAnsi="EB Garamond" w:eastAsia="EB Garamond"/>
          <w:sz w:val="22"/>
        </w:rPr>
        <w:t>“Your mother said you and Maddie had a difficult week.”</w:t>
      </w:r>
    </w:p>
    <w:p>
      <w:pPr>
        <w:spacing w:after="0" w:line="120" w:lineRule="exact"/>
      </w:pPr>
    </w:p>
    <w:p>
      <w:pPr>
        <w:spacing w:after="0" w:line="264" w:lineRule="exact"/>
        <w:ind w:firstLine="0" w:left="0"/>
      </w:pPr>
      <w:r>
        <w:rPr>
          <w:rFonts w:ascii="EB Garamond" w:hAnsi="EB Garamond" w:eastAsia="EB Garamond"/>
          <w:sz w:val="22"/>
        </w:rPr>
        <w:t>Elsie sat up.</w:t>
      </w:r>
    </w:p>
    <w:p>
      <w:pPr>
        <w:spacing w:after="0" w:line="120" w:lineRule="exact"/>
      </w:pPr>
    </w:p>
    <w:p>
      <w:pPr>
        <w:spacing w:after="0" w:line="264" w:lineRule="exact"/>
        <w:ind w:firstLine="0" w:left="0"/>
      </w:pPr>
      <w:r>
        <w:rPr>
          <w:rFonts w:ascii="EB Garamond" w:hAnsi="EB Garamond" w:eastAsia="EB Garamond"/>
          <w:sz w:val="22"/>
        </w:rPr>
        <w:t>“What did she tell you?”</w:t>
      </w:r>
    </w:p>
    <w:p>
      <w:pPr>
        <w:spacing w:after="0" w:line="120" w:lineRule="exact"/>
      </w:pPr>
    </w:p>
    <w:p>
      <w:pPr>
        <w:spacing w:after="0" w:line="264" w:lineRule="exact"/>
        <w:ind w:firstLine="0" w:left="0"/>
      </w:pPr>
      <w:r>
        <w:rPr>
          <w:rFonts w:ascii="EB Garamond" w:hAnsi="EB Garamond" w:eastAsia="EB Garamond"/>
          <w:sz w:val="22"/>
        </w:rPr>
        <w:t>“That you and Maddie had a difficult week.”</w:t>
      </w:r>
    </w:p>
    <w:p>
      <w:pPr>
        <w:spacing w:after="0" w:line="120" w:lineRule="exact"/>
      </w:pPr>
    </w:p>
    <w:p>
      <w:pPr>
        <w:spacing w:after="0" w:line="264" w:lineRule="exact"/>
        <w:ind w:firstLine="0" w:left="0"/>
      </w:pPr>
      <w:r>
        <w:rPr>
          <w:rFonts w:ascii="EB Garamond" w:hAnsi="EB Garamond" w:eastAsia="EB Garamond"/>
          <w:sz w:val="22"/>
        </w:rPr>
        <w:t>“That’s it?”</w:t>
      </w:r>
    </w:p>
    <w:p>
      <w:pPr>
        <w:spacing w:after="0" w:line="120" w:lineRule="exact"/>
      </w:pPr>
    </w:p>
    <w:p>
      <w:pPr>
        <w:spacing w:after="0" w:line="264" w:lineRule="exact"/>
        <w:ind w:firstLine="0" w:left="0"/>
      </w:pPr>
      <w:r>
        <w:rPr>
          <w:rFonts w:ascii="EB Garamond" w:hAnsi="EB Garamond" w:eastAsia="EB Garamond"/>
          <w:sz w:val="22"/>
        </w:rPr>
        <w:t>“That is generally what those words mean.”</w:t>
      </w:r>
    </w:p>
    <w:p>
      <w:pPr>
        <w:spacing w:after="0" w:line="120" w:lineRule="exact"/>
      </w:pPr>
    </w:p>
    <w:p>
      <w:pPr>
        <w:spacing w:after="0" w:line="264" w:lineRule="exact"/>
        <w:ind w:firstLine="0" w:left="0"/>
      </w:pPr>
      <w:r>
        <w:rPr>
          <w:rFonts w:ascii="EB Garamond" w:hAnsi="EB Garamond" w:eastAsia="EB Garamond"/>
          <w:sz w:val="22"/>
        </w:rPr>
        <w:t>Elsie relaxed slightly.</w:t>
      </w:r>
    </w:p>
    <w:p>
      <w:pPr>
        <w:spacing w:after="0" w:line="120" w:lineRule="exact"/>
      </w:pPr>
    </w:p>
    <w:p>
      <w:pPr>
        <w:spacing w:after="0" w:line="264" w:lineRule="exact"/>
        <w:ind w:firstLine="0" w:left="0"/>
      </w:pPr>
      <w:r>
        <w:rPr>
          <w:rFonts w:ascii="EB Garamond" w:hAnsi="EB Garamond" w:eastAsia="EB Garamond"/>
          <w:sz w:val="22"/>
        </w:rPr>
        <w:t>“Okay.”</w:t>
      </w:r>
    </w:p>
    <w:p>
      <w:pPr>
        <w:spacing w:after="0" w:line="120" w:lineRule="exact"/>
      </w:pPr>
    </w:p>
    <w:p>
      <w:pPr>
        <w:spacing w:after="0" w:line="264" w:lineRule="exact"/>
        <w:ind w:firstLine="0" w:left="0"/>
      </w:pPr>
      <w:r>
        <w:rPr>
          <w:rFonts w:ascii="EB Garamond" w:hAnsi="EB Garamond" w:eastAsia="EB Garamond"/>
          <w:sz w:val="22"/>
        </w:rPr>
        <w:t>Grandma paused.</w:t>
      </w:r>
    </w:p>
    <w:p>
      <w:pPr>
        <w:spacing w:after="0" w:line="120" w:lineRule="exact"/>
      </w:pPr>
    </w:p>
    <w:p>
      <w:pPr>
        <w:spacing w:after="0" w:line="264" w:lineRule="exact"/>
        <w:ind w:firstLine="0" w:left="0"/>
      </w:pPr>
      <w:r>
        <w:rPr>
          <w:rFonts w:ascii="EB Garamond" w:hAnsi="EB Garamond" w:eastAsia="EB Garamond"/>
          <w:sz w:val="22"/>
        </w:rPr>
        <w:t>“How is she?”</w:t>
      </w:r>
    </w:p>
    <w:p>
      <w:pPr>
        <w:spacing w:after="0" w:line="120" w:lineRule="exact"/>
      </w:pPr>
    </w:p>
    <w:p>
      <w:pPr>
        <w:spacing w:after="0" w:line="264" w:lineRule="exact"/>
        <w:ind w:firstLine="0" w:left="0"/>
      </w:pPr>
      <w:r>
        <w:rPr>
          <w:rFonts w:ascii="EB Garamond" w:hAnsi="EB Garamond" w:eastAsia="EB Garamond"/>
          <w:sz w:val="22"/>
        </w:rPr>
        <w:t>“Maddie?”</w:t>
      </w:r>
    </w:p>
    <w:p>
      <w:pPr>
        <w:spacing w:after="0" w:line="120" w:lineRule="exact"/>
      </w:pPr>
    </w:p>
    <w:p>
      <w:pPr>
        <w:spacing w:after="0" w:line="264" w:lineRule="exact"/>
        <w:ind w:firstLine="0" w:left="0"/>
      </w:pPr>
      <w:r>
        <w:rPr>
          <w:rFonts w:ascii="EB Garamond" w:hAnsi="EB Garamond" w:eastAsia="EB Garamond"/>
          <w:sz w:val="22"/>
        </w:rPr>
        <w:t>“No, the King of England.”</w:t>
      </w:r>
    </w:p>
    <w:p>
      <w:pPr>
        <w:spacing w:after="0" w:line="120" w:lineRule="exact"/>
      </w:pPr>
    </w:p>
    <w:p>
      <w:pPr>
        <w:spacing w:after="0" w:line="264" w:lineRule="exact"/>
        <w:ind w:firstLine="0" w:left="0"/>
      </w:pPr>
      <w:r>
        <w:rPr>
          <w:rFonts w:ascii="EB Garamond" w:hAnsi="EB Garamond" w:eastAsia="EB Garamond"/>
          <w:sz w:val="22"/>
        </w:rPr>
        <w:t>Elsie smiled.</w:t>
      </w:r>
    </w:p>
    <w:p>
      <w:pPr>
        <w:spacing w:after="0" w:line="120" w:lineRule="exact"/>
      </w:pPr>
    </w:p>
    <w:p>
      <w:pPr>
        <w:spacing w:after="0" w:line="264" w:lineRule="exact"/>
        <w:ind w:firstLine="0" w:left="0"/>
      </w:pPr>
      <w:r>
        <w:rPr>
          <w:rFonts w:ascii="EB Garamond" w:hAnsi="EB Garamond" w:eastAsia="EB Garamond"/>
          <w:sz w:val="22"/>
        </w:rPr>
        <w:t>“She’s…”</w:t>
      </w:r>
    </w:p>
    <w:p>
      <w:pPr>
        <w:spacing w:after="0" w:line="120" w:lineRule="exact"/>
      </w:pPr>
    </w:p>
    <w:p>
      <w:pPr>
        <w:spacing w:after="0" w:line="264" w:lineRule="exact"/>
        <w:ind w:firstLine="0" w:left="0"/>
      </w:pPr>
      <w:r>
        <w:rPr>
          <w:rFonts w:ascii="EB Garamond" w:hAnsi="EB Garamond" w:eastAsia="EB Garamond"/>
          <w:sz w:val="22"/>
        </w:rPr>
        <w:t>Fine.</w:t>
      </w:r>
    </w:p>
    <w:p>
      <w:pPr>
        <w:spacing w:after="0" w:line="120" w:lineRule="exact"/>
      </w:pPr>
    </w:p>
    <w:p>
      <w:pPr>
        <w:spacing w:after="0" w:line="264" w:lineRule="exact"/>
        <w:ind w:firstLine="0" w:left="0"/>
      </w:pPr>
      <w:r>
        <w:rPr>
          <w:rFonts w:ascii="EB Garamond" w:hAnsi="EB Garamond" w:eastAsia="EB Garamond"/>
          <w:sz w:val="22"/>
        </w:rPr>
        <w:t>The word almost came automatically.</w:t>
      </w:r>
    </w:p>
    <w:p>
      <w:pPr>
        <w:spacing w:after="0" w:line="120" w:lineRule="exact"/>
      </w:pPr>
    </w:p>
    <w:p>
      <w:pPr>
        <w:spacing w:after="0" w:line="264" w:lineRule="exact"/>
        <w:ind w:firstLine="0" w:left="0"/>
      </w:pPr>
      <w:r>
        <w:rPr>
          <w:rFonts w:ascii="EB Garamond" w:hAnsi="EB Garamond" w:eastAsia="EB Garamond"/>
          <w:sz w:val="22"/>
        </w:rPr>
        <w:t>Elsie stopped.</w:t>
      </w:r>
    </w:p>
    <w:p>
      <w:pPr>
        <w:spacing w:after="0" w:line="120" w:lineRule="exact"/>
      </w:pPr>
    </w:p>
    <w:p>
      <w:pPr>
        <w:spacing w:after="0" w:line="264" w:lineRule="exact"/>
        <w:ind w:firstLine="0" w:left="0"/>
      </w:pPr>
      <w:r>
        <w:rPr>
          <w:rFonts w:ascii="EB Garamond" w:hAnsi="EB Garamond" w:eastAsia="EB Garamond"/>
          <w:sz w:val="22"/>
        </w:rPr>
        <w:t>“Getting through it.”</w:t>
      </w:r>
    </w:p>
    <w:p>
      <w:pPr>
        <w:spacing w:after="0" w:line="120" w:lineRule="exact"/>
      </w:pPr>
    </w:p>
    <w:p>
      <w:pPr>
        <w:spacing w:after="0" w:line="264" w:lineRule="exact"/>
        <w:ind w:firstLine="0" w:left="0"/>
      </w:pPr>
      <w:r>
        <w:rPr>
          <w:rFonts w:ascii="EB Garamond" w:hAnsi="EB Garamond" w:eastAsia="EB Garamond"/>
          <w:sz w:val="22"/>
        </w:rPr>
        <w:t>Grandma was quiet.</w:t>
      </w:r>
    </w:p>
    <w:p>
      <w:pPr>
        <w:spacing w:after="0" w:line="120" w:lineRule="exact"/>
      </w:pPr>
    </w:p>
    <w:p>
      <w:pPr>
        <w:spacing w:after="0" w:line="264" w:lineRule="exact"/>
        <w:ind w:firstLine="0" w:left="0"/>
      </w:pPr>
      <w:r>
        <w:rPr>
          <w:rFonts w:ascii="EB Garamond" w:hAnsi="EB Garamond" w:eastAsia="EB Garamond"/>
          <w:sz w:val="22"/>
        </w:rPr>
        <w:t>“That sounds more accurate.”</w:t>
      </w:r>
    </w:p>
    <w:p>
      <w:pPr>
        <w:spacing w:after="0" w:line="120" w:lineRule="exact"/>
      </w:pPr>
    </w:p>
    <w:p>
      <w:pPr>
        <w:spacing w:after="0" w:line="264" w:lineRule="exact"/>
        <w:ind w:firstLine="0" w:left="0"/>
      </w:pPr>
      <w:r>
        <w:rPr>
          <w:rFonts w:ascii="EB Garamond" w:hAnsi="EB Garamond" w:eastAsia="EB Garamond"/>
          <w:sz w:val="22"/>
        </w:rPr>
        <w:t>“Yeah.”</w:t>
      </w:r>
    </w:p>
    <w:p>
      <w:pPr>
        <w:spacing w:after="0" w:line="120" w:lineRule="exact"/>
      </w:pPr>
    </w:p>
    <w:p>
      <w:pPr>
        <w:spacing w:after="0" w:line="264" w:lineRule="exact"/>
        <w:ind w:firstLine="0" w:left="0"/>
      </w:pPr>
      <w:r>
        <w:rPr>
          <w:rFonts w:ascii="EB Garamond" w:hAnsi="EB Garamond" w:eastAsia="EB Garamond"/>
          <w:sz w:val="22"/>
        </w:rPr>
        <w:t>“And you?”</w:t>
      </w:r>
    </w:p>
    <w:p>
      <w:pPr>
        <w:spacing w:after="0" w:line="120" w:lineRule="exact"/>
      </w:pPr>
    </w:p>
    <w:p>
      <w:pPr>
        <w:spacing w:after="0" w:line="264" w:lineRule="exact"/>
        <w:ind w:firstLine="0" w:left="0"/>
      </w:pPr>
      <w:r>
        <w:rPr>
          <w:rFonts w:ascii="EB Garamond" w:hAnsi="EB Garamond" w:eastAsia="EB Garamond"/>
          <w:sz w:val="22"/>
        </w:rPr>
        <w:t>Elsie looked at her notebook.</w:t>
      </w:r>
    </w:p>
    <w:p>
      <w:pPr>
        <w:spacing w:after="0" w:line="120" w:lineRule="exact"/>
      </w:pPr>
    </w:p>
    <w:p>
      <w:pPr>
        <w:spacing w:after="0" w:line="264" w:lineRule="exact"/>
        <w:ind w:firstLine="0" w:left="0"/>
      </w:pPr>
      <w:r>
        <w:rPr>
          <w:rFonts w:ascii="EB Garamond" w:hAnsi="EB Garamond" w:eastAsia="EB Garamond"/>
          <w:sz w:val="22"/>
        </w:rPr>
        <w:t>“Also getting through it.”</w:t>
      </w:r>
    </w:p>
    <w:p>
      <w:pPr>
        <w:spacing w:after="0" w:line="120" w:lineRule="exact"/>
      </w:pPr>
    </w:p>
    <w:p>
      <w:pPr>
        <w:spacing w:after="0" w:line="264" w:lineRule="exact"/>
        <w:ind w:firstLine="0" w:left="0"/>
      </w:pPr>
      <w:r>
        <w:rPr>
          <w:rFonts w:ascii="EB Garamond" w:hAnsi="EB Garamond" w:eastAsia="EB Garamond"/>
          <w:sz w:val="22"/>
        </w:rPr>
        <w:t>“Look at you.”</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“Using words.”</w:t>
      </w:r>
    </w:p>
    <w:p>
      <w:pPr>
        <w:spacing w:after="0" w:line="120" w:lineRule="exact"/>
      </w:pPr>
    </w:p>
    <w:p>
      <w:pPr>
        <w:spacing w:after="0" w:line="264" w:lineRule="exact"/>
        <w:ind w:firstLine="0" w:left="0"/>
      </w:pPr>
      <w:r>
        <w:rPr>
          <w:rFonts w:ascii="EB Garamond" w:hAnsi="EB Garamond" w:eastAsia="EB Garamond"/>
          <w:sz w:val="22"/>
        </w:rPr>
        <w:t>“I always use words.”</w:t>
      </w:r>
    </w:p>
    <w:p>
      <w:pPr>
        <w:spacing w:after="0" w:line="120" w:lineRule="exact"/>
      </w:pPr>
    </w:p>
    <w:p>
      <w:pPr>
        <w:spacing w:after="0" w:line="264" w:lineRule="exact"/>
        <w:ind w:firstLine="0" w:left="0"/>
      </w:pPr>
      <w:r>
        <w:rPr>
          <w:rFonts w:ascii="EB Garamond" w:hAnsi="EB Garamond" w:eastAsia="EB Garamond"/>
          <w:sz w:val="22"/>
        </w:rPr>
        <w:t>“Usually the word fine.”</w:t>
      </w:r>
    </w:p>
    <w:p>
      <w:pPr>
        <w:spacing w:after="0" w:line="120" w:lineRule="exact"/>
      </w:pPr>
    </w:p>
    <w:p>
      <w:pPr>
        <w:spacing w:after="0" w:line="264" w:lineRule="exact"/>
        <w:ind w:firstLine="0" w:left="0"/>
      </w:pPr>
      <w:r>
        <w:rPr>
          <w:rFonts w:ascii="EB Garamond" w:hAnsi="EB Garamond" w:eastAsia="EB Garamond"/>
          <w:sz w:val="22"/>
        </w:rPr>
        <w:t>Elsie rolled her eyes.</w:t>
      </w:r>
    </w:p>
    <w:p>
      <w:pPr>
        <w:spacing w:after="0" w:line="120" w:lineRule="exact"/>
      </w:pPr>
    </w:p>
    <w:p>
      <w:pPr>
        <w:spacing w:after="0" w:line="264" w:lineRule="exact"/>
        <w:ind w:firstLine="0" w:left="0"/>
      </w:pPr>
      <w:r>
        <w:rPr>
          <w:rFonts w:ascii="EB Garamond" w:hAnsi="EB Garamond" w:eastAsia="EB Garamond"/>
          <w:sz w:val="22"/>
        </w:rPr>
        <w:t>Grandma could not see this.</w:t>
      </w:r>
    </w:p>
    <w:p>
      <w:pPr>
        <w:spacing w:after="0" w:line="120" w:lineRule="exact"/>
      </w:pPr>
    </w:p>
    <w:p>
      <w:pPr>
        <w:spacing w:after="0" w:line="264" w:lineRule="exact"/>
        <w:ind w:firstLine="0" w:left="0"/>
      </w:pPr>
      <w:r>
        <w:rPr>
          <w:rFonts w:ascii="EB Garamond" w:hAnsi="EB Garamond" w:eastAsia="EB Garamond"/>
          <w:sz w:val="22"/>
        </w:rPr>
        <w:t>It still felt necessary.</w:t>
      </w:r>
    </w:p>
    <w:p>
      <w:pPr>
        <w:spacing w:after="0" w:line="120" w:lineRule="exact"/>
      </w:pPr>
    </w:p>
    <w:p>
      <w:pPr>
        <w:spacing w:after="0" w:line="264" w:lineRule="exact"/>
        <w:ind w:firstLine="0" w:left="0"/>
      </w:pPr>
      <w:r>
        <w:rPr>
          <w:rFonts w:ascii="EB Garamond" w:hAnsi="EB Garamond" w:eastAsia="EB Garamond"/>
          <w:sz w:val="22"/>
        </w:rPr>
        <w:t>“Can I ask you something?”</w:t>
      </w:r>
    </w:p>
    <w:p>
      <w:pPr>
        <w:spacing w:after="0" w:line="120" w:lineRule="exact"/>
      </w:pPr>
    </w:p>
    <w:p>
      <w:pPr>
        <w:spacing w:after="0" w:line="264" w:lineRule="exact"/>
        <w:ind w:firstLine="0" w:left="0"/>
      </w:pPr>
      <w:r>
        <w:rPr>
          <w:rFonts w:ascii="EB Garamond" w:hAnsi="EB Garamond" w:eastAsia="EB Garamond"/>
          <w:sz w:val="22"/>
        </w:rPr>
        <w:t>“Always.”</w:t>
      </w:r>
    </w:p>
    <w:p>
      <w:pPr>
        <w:spacing w:after="0" w:line="120" w:lineRule="exact"/>
      </w:pPr>
    </w:p>
    <w:p>
      <w:pPr>
        <w:spacing w:after="0" w:line="264" w:lineRule="exact"/>
        <w:ind w:firstLine="0" w:left="0"/>
      </w:pPr>
      <w:r>
        <w:rPr>
          <w:rFonts w:ascii="EB Garamond" w:hAnsi="EB Garamond" w:eastAsia="EB Garamond"/>
          <w:sz w:val="22"/>
        </w:rPr>
        <w:t>“Why did you call the list ‘people God used anyway’?”</w:t>
      </w:r>
    </w:p>
    <w:p>
      <w:pPr>
        <w:spacing w:after="0" w:line="120" w:lineRule="exact"/>
      </w:pPr>
    </w:p>
    <w:p>
      <w:pPr>
        <w:spacing w:after="0" w:line="264" w:lineRule="exact"/>
        <w:ind w:firstLine="0" w:left="0"/>
      </w:pPr>
      <w:r>
        <w:rPr>
          <w:rFonts w:ascii="EB Garamond" w:hAnsi="EB Garamond" w:eastAsia="EB Garamond"/>
          <w:sz w:val="22"/>
        </w:rPr>
        <w:t>Silence.</w:t>
      </w:r>
    </w:p>
    <w:p>
      <w:pPr>
        <w:spacing w:after="0" w:line="120" w:lineRule="exact"/>
      </w:pPr>
    </w:p>
    <w:p>
      <w:pPr>
        <w:spacing w:after="0" w:line="264" w:lineRule="exact"/>
        <w:ind w:firstLine="0" w:left="0"/>
      </w:pPr>
      <w:r>
        <w:rPr>
          <w:rFonts w:ascii="EB Garamond" w:hAnsi="EB Garamond" w:eastAsia="EB Garamond"/>
          <w:sz w:val="22"/>
        </w:rPr>
        <w:t>Not confused silence.</w:t>
      </w:r>
    </w:p>
    <w:p>
      <w:pPr>
        <w:spacing w:after="0" w:line="120" w:lineRule="exact"/>
      </w:pPr>
    </w:p>
    <w:p>
      <w:pPr>
        <w:spacing w:after="0" w:line="264" w:lineRule="exact"/>
        <w:ind w:firstLine="0" w:left="0"/>
      </w:pPr>
      <w:r>
        <w:rPr>
          <w:rFonts w:ascii="EB Garamond" w:hAnsi="EB Garamond" w:eastAsia="EB Garamond"/>
          <w:sz w:val="22"/>
        </w:rPr>
        <w:t>Thinking silence.</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sz w:val="22"/>
        </w:rPr>
        <w:t>Finally Grandma said:</w:t>
      </w:r>
    </w:p>
    <w:p>
      <w:pPr>
        <w:spacing w:after="0" w:line="120" w:lineRule="exact"/>
      </w:pPr>
    </w:p>
    <w:p>
      <w:pPr>
        <w:spacing w:after="0" w:line="264" w:lineRule="exact"/>
        <w:ind w:firstLine="0" w:left="0"/>
      </w:pPr>
      <w:r>
        <w:rPr>
          <w:rFonts w:ascii="EB Garamond" w:hAnsi="EB Garamond" w:eastAsia="EB Garamond"/>
          <w:sz w:val="22"/>
        </w:rPr>
        <w:t>“I didn’t.”</w:t>
      </w:r>
    </w:p>
    <w:p>
      <w:pPr>
        <w:spacing w:after="0" w:line="120" w:lineRule="exact"/>
      </w:pPr>
    </w:p>
    <w:p>
      <w:pPr>
        <w:spacing w:after="0" w:line="264" w:lineRule="exact"/>
        <w:ind w:firstLine="0" w:left="0"/>
      </w:pPr>
      <w:r>
        <w:rPr>
          <w:rFonts w:ascii="EB Garamond" w:hAnsi="EB Garamond" w:eastAsia="EB Garamond"/>
          <w:sz w:val="22"/>
        </w:rPr>
        <w:t>Elsie frowned.</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“I never called it that.”</w:t>
      </w:r>
    </w:p>
    <w:p>
      <w:pPr>
        <w:spacing w:after="0" w:line="120" w:lineRule="exact"/>
      </w:pPr>
    </w:p>
    <w:p>
      <w:pPr>
        <w:spacing w:after="0" w:line="264" w:lineRule="exact"/>
        <w:ind w:firstLine="0" w:left="0"/>
      </w:pPr>
      <w:r>
        <w:rPr>
          <w:rFonts w:ascii="EB Garamond" w:hAnsi="EB Garamond" w:eastAsia="EB Garamond"/>
          <w:sz w:val="22"/>
        </w:rPr>
        <w:t>“Yes, you did.”</w:t>
      </w:r>
    </w:p>
    <w:p>
      <w:pPr>
        <w:spacing w:after="0" w:line="120" w:lineRule="exact"/>
      </w:pPr>
    </w:p>
    <w:p>
      <w:pPr>
        <w:spacing w:after="0" w:line="264" w:lineRule="exact"/>
        <w:ind w:firstLine="0" w:left="0"/>
      </w:pPr>
      <w:r>
        <w:rPr>
          <w:rFonts w:ascii="EB Garamond" w:hAnsi="EB Garamond" w:eastAsia="EB Garamond"/>
          <w:sz w:val="22"/>
        </w:rPr>
        <w:t>“No.”</w:t>
      </w:r>
    </w:p>
    <w:p>
      <w:pPr>
        <w:spacing w:after="0" w:line="120" w:lineRule="exact"/>
      </w:pPr>
    </w:p>
    <w:p>
      <w:pPr>
        <w:spacing w:after="0" w:line="264" w:lineRule="exact"/>
        <w:ind w:firstLine="0" w:left="0"/>
      </w:pPr>
      <w:r>
        <w:rPr>
          <w:rFonts w:ascii="EB Garamond" w:hAnsi="EB Garamond" w:eastAsia="EB Garamond"/>
          <w:sz w:val="22"/>
        </w:rPr>
        <w:t>“You gave me the list.”</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“With all the people.”</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“And all the things wrong with them.”</w:t>
      </w:r>
    </w:p>
    <w:p>
      <w:pPr>
        <w:spacing w:after="0" w:line="120" w:lineRule="exact"/>
      </w:pPr>
    </w:p>
    <w:p>
      <w:pPr>
        <w:spacing w:after="0" w:line="264" w:lineRule="exact"/>
        <w:ind w:firstLine="0" w:left="0"/>
      </w:pPr>
      <w:r>
        <w:rPr>
          <w:rFonts w:ascii="EB Garamond" w:hAnsi="EB Garamond" w:eastAsia="EB Garamond"/>
          <w:sz w:val="22"/>
        </w:rPr>
        <w:t>Grandma paused.</w:t>
      </w:r>
    </w:p>
    <w:p>
      <w:pPr>
        <w:spacing w:after="0" w:line="120" w:lineRule="exact"/>
      </w:pPr>
    </w:p>
    <w:p>
      <w:pPr>
        <w:spacing w:after="0" w:line="264" w:lineRule="exact"/>
        <w:ind w:firstLine="0" w:left="0"/>
      </w:pPr>
      <w:r>
        <w:rPr>
          <w:rFonts w:ascii="EB Garamond" w:hAnsi="EB Garamond" w:eastAsia="EB Garamond"/>
          <w:sz w:val="22"/>
        </w:rPr>
        <w:t>“That description feels hostile.”</w:t>
      </w:r>
    </w:p>
    <w:p>
      <w:pPr>
        <w:spacing w:after="0" w:line="120" w:lineRule="exact"/>
      </w:pPr>
    </w:p>
    <w:p>
      <w:pPr>
        <w:spacing w:after="0" w:line="264" w:lineRule="exact"/>
        <w:ind w:firstLine="0" w:left="0"/>
      </w:pPr>
      <w:r>
        <w:rPr>
          <w:rFonts w:ascii="EB Garamond" w:hAnsi="EB Garamond" w:eastAsia="EB Garamond"/>
          <w:sz w:val="22"/>
        </w:rPr>
        <w:t>“You called Leah ugly.”</w:t>
      </w:r>
    </w:p>
    <w:p>
      <w:pPr>
        <w:spacing w:after="0" w:line="120" w:lineRule="exact"/>
      </w:pPr>
    </w:p>
    <w:p>
      <w:pPr>
        <w:spacing w:after="0" w:line="264" w:lineRule="exact"/>
        <w:ind w:firstLine="0" w:left="0"/>
      </w:pPr>
      <w:r>
        <w:rPr>
          <w:rFonts w:ascii="EB Garamond" w:hAnsi="EB Garamond" w:eastAsia="EB Garamond"/>
          <w:sz w:val="22"/>
        </w:rPr>
        <w:t>“I have apologized.”</w:t>
      </w:r>
    </w:p>
    <w:p>
      <w:pPr>
        <w:spacing w:after="0" w:line="120" w:lineRule="exact"/>
      </w:pPr>
    </w:p>
    <w:p>
      <w:pPr>
        <w:spacing w:after="0" w:line="264" w:lineRule="exact"/>
        <w:ind w:firstLine="0" w:left="0"/>
      </w:pPr>
      <w:r>
        <w:rPr>
          <w:rFonts w:ascii="EB Garamond" w:hAnsi="EB Garamond" w:eastAsia="EB Garamond"/>
          <w:sz w:val="22"/>
        </w:rPr>
        <w:t>“Not sufficiently.”</w:t>
      </w:r>
    </w:p>
    <w:p>
      <w:pPr>
        <w:spacing w:after="0" w:line="120" w:lineRule="exact"/>
      </w:pPr>
    </w:p>
    <w:p>
      <w:pPr>
        <w:spacing w:after="0" w:line="264" w:lineRule="exact"/>
        <w:ind w:firstLine="0" w:left="0"/>
      </w:pPr>
      <w:r>
        <w:rPr>
          <w:rFonts w:ascii="EB Garamond" w:hAnsi="EB Garamond" w:eastAsia="EB Garamond"/>
          <w:sz w:val="22"/>
        </w:rPr>
        <w:t>“Elsie.”</w:t>
      </w:r>
    </w:p>
    <w:p>
      <w:pPr>
        <w:spacing w:after="0" w:line="120" w:lineRule="exact"/>
      </w:pPr>
    </w:p>
    <w:p>
      <w:pPr>
        <w:spacing w:after="0" w:line="264" w:lineRule="exact"/>
        <w:ind w:firstLine="0" w:left="0"/>
      </w:pPr>
      <w:r>
        <w:rPr>
          <w:rFonts w:ascii="EB Garamond" w:hAnsi="EB Garamond" w:eastAsia="EB Garamond"/>
          <w:sz w:val="22"/>
        </w:rPr>
        <w:t>She smiled.</w:t>
      </w:r>
    </w:p>
    <w:p>
      <w:pPr>
        <w:spacing w:after="0" w:line="120" w:lineRule="exact"/>
      </w:pPr>
    </w:p>
    <w:p>
      <w:pPr>
        <w:spacing w:after="0" w:line="264" w:lineRule="exact"/>
        <w:ind w:firstLine="0" w:left="0"/>
      </w:pPr>
      <w:r>
        <w:rPr>
          <w:rFonts w:ascii="EB Garamond" w:hAnsi="EB Garamond" w:eastAsia="EB Garamond"/>
          <w:sz w:val="22"/>
        </w:rPr>
        <w:t>“Fine. But you made the list.”</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“And the point was God used them anyway.”</w:t>
      </w:r>
    </w:p>
    <w:p>
      <w:pPr>
        <w:spacing w:after="0" w:line="120" w:lineRule="exact"/>
      </w:pPr>
    </w:p>
    <w:p>
      <w:pPr>
        <w:spacing w:after="0" w:line="264" w:lineRule="exact"/>
        <w:ind w:firstLine="0" w:left="0"/>
      </w:pPr>
      <w:r>
        <w:rPr>
          <w:rFonts w:ascii="EB Garamond" w:hAnsi="EB Garamond" w:eastAsia="EB Garamond"/>
          <w:sz w:val="22"/>
        </w:rPr>
        <w:t>Another pause.</w:t>
      </w:r>
    </w:p>
    <w:p>
      <w:pPr>
        <w:spacing w:after="0" w:line="120" w:lineRule="exact"/>
      </w:pPr>
    </w:p>
    <w:p>
      <w:pPr>
        <w:spacing w:after="0" w:line="264" w:lineRule="exact"/>
        <w:ind w:firstLine="0" w:left="0"/>
      </w:pPr>
      <w:r>
        <w:rPr>
          <w:rFonts w:ascii="EB Garamond" w:hAnsi="EB Garamond" w:eastAsia="EB Garamond"/>
          <w:sz w:val="22"/>
        </w:rPr>
        <w:t>“I don’t remember ever saying that.”</w:t>
      </w:r>
    </w:p>
    <w:p>
      <w:pPr>
        <w:spacing w:after="0" w:line="120" w:lineRule="exact"/>
      </w:pPr>
    </w:p>
    <w:p>
      <w:pPr>
        <w:spacing w:after="0" w:line="264" w:lineRule="exact"/>
        <w:ind w:firstLine="0" w:left="0"/>
      </w:pPr>
      <w:r>
        <w:rPr>
          <w:rFonts w:ascii="EB Garamond" w:hAnsi="EB Garamond" w:eastAsia="EB Garamond"/>
          <w:sz w:val="22"/>
        </w:rPr>
        <w:t>Elsie looked at the notebook.</w:t>
      </w:r>
    </w:p>
    <w:p>
      <w:pPr>
        <w:spacing w:after="0" w:line="120" w:lineRule="exact"/>
      </w:pPr>
    </w:p>
    <w:p>
      <w:pPr>
        <w:spacing w:after="0" w:line="264" w:lineRule="exact"/>
        <w:ind w:firstLine="0" w:left="0"/>
      </w:pPr>
      <w:r>
        <w:rPr>
          <w:rFonts w:ascii="EB Garamond" w:hAnsi="EB Garamond" w:eastAsia="EB Garamond"/>
          <w:sz w:val="22"/>
        </w:rPr>
        <w:t>The handwriting at the top was hers.</w:t>
      </w:r>
    </w:p>
    <w:p>
      <w:pPr>
        <w:spacing w:after="0" w:line="120" w:lineRule="exact"/>
      </w:pPr>
    </w:p>
    <w:p>
      <w:pPr>
        <w:spacing w:after="0" w:line="264" w:lineRule="exact"/>
        <w:ind w:firstLine="0" w:left="0"/>
      </w:pPr>
      <w:r>
        <w:rPr>
          <w:rFonts w:ascii="EB Garamond" w:hAnsi="EB Garamond" w:eastAsia="EB Garamond"/>
          <w:sz w:val="22"/>
        </w:rPr>
        <w:t>Not Grandma’s.</w:t>
      </w:r>
    </w:p>
    <w:p>
      <w:pPr>
        <w:spacing w:after="0" w:line="120" w:lineRule="exact"/>
      </w:pPr>
    </w:p>
    <w:p>
      <w:pPr>
        <w:spacing w:after="0" w:line="264" w:lineRule="exact"/>
        <w:ind w:firstLine="0" w:left="0"/>
      </w:pPr>
      <w:r>
        <w:rPr>
          <w:rFonts w:ascii="EB Garamond" w:hAnsi="EB Garamond" w:eastAsia="EB Garamond"/>
          <w:sz w:val="22"/>
        </w:rPr>
        <w:t>Oh.</w:t>
      </w:r>
    </w:p>
    <w:p>
      <w:pPr>
        <w:spacing w:after="0" w:line="120" w:lineRule="exact"/>
      </w:pPr>
    </w:p>
    <w:p>
      <w:pPr>
        <w:spacing w:after="0" w:line="264" w:lineRule="exact"/>
        <w:ind w:firstLine="0" w:left="0"/>
      </w:pPr>
      <w:r>
        <w:rPr>
          <w:rFonts w:ascii="EB Garamond" w:hAnsi="EB Garamond" w:eastAsia="EB Garamond"/>
          <w:sz w:val="22"/>
        </w:rPr>
        <w:t>“Oh.”</w:t>
      </w:r>
    </w:p>
    <w:p>
      <w:pPr>
        <w:spacing w:after="0" w:line="120" w:lineRule="exact"/>
      </w:pPr>
    </w:p>
    <w:p>
      <w:pPr>
        <w:spacing w:after="0" w:line="264" w:lineRule="exact"/>
        <w:ind w:firstLine="0" w:left="0"/>
      </w:pPr>
      <w:r>
        <w:rPr>
          <w:rFonts w:ascii="EB Garamond" w:hAnsi="EB Garamond" w:eastAsia="EB Garamond"/>
          <w:sz w:val="22"/>
        </w:rPr>
        <w:t>Grandma laughed softly.</w:t>
      </w:r>
    </w:p>
    <w:p>
      <w:pPr>
        <w:spacing w:after="0" w:line="120" w:lineRule="exact"/>
      </w:pPr>
    </w:p>
    <w:p>
      <w:pPr>
        <w:spacing w:after="0" w:line="264" w:lineRule="exact"/>
        <w:ind w:firstLine="0" w:left="0"/>
      </w:pPr>
      <w:r>
        <w:rPr>
          <w:rFonts w:ascii="EB Garamond" w:hAnsi="EB Garamond" w:eastAsia="EB Garamond"/>
          <w:sz w:val="22"/>
        </w:rPr>
        <w:t>“You did that, didn’t you?”</w:t>
      </w:r>
    </w:p>
    <w:p>
      <w:pPr>
        <w:spacing w:after="0" w:line="120" w:lineRule="exact"/>
      </w:pPr>
    </w:p>
    <w:p>
      <w:pPr>
        <w:spacing w:after="0" w:line="264" w:lineRule="exact"/>
        <w:ind w:firstLine="0" w:left="0"/>
      </w:pPr>
      <w:r>
        <w:rPr>
          <w:rFonts w:ascii="EB Garamond" w:hAnsi="EB Garamond" w:eastAsia="EB Garamond"/>
          <w:sz w:val="22"/>
        </w:rPr>
        <w:t>“Maybe.”</w:t>
      </w:r>
    </w:p>
    <w:p>
      <w:pPr>
        <w:spacing w:after="0" w:line="120" w:lineRule="exact"/>
      </w:pPr>
    </w:p>
    <w:p>
      <w:pPr>
        <w:spacing w:after="0" w:line="264" w:lineRule="exact"/>
        <w:ind w:firstLine="0" w:left="0"/>
      </w:pPr>
      <w:r>
        <w:rPr>
          <w:rFonts w:ascii="EB Garamond" w:hAnsi="EB Garamond" w:eastAsia="EB Garamond"/>
          <w:sz w:val="22"/>
        </w:rPr>
        <w:t>“What exactly did you write?”</w:t>
      </w:r>
    </w:p>
    <w:p>
      <w:pPr>
        <w:spacing w:after="0" w:line="120" w:lineRule="exact"/>
      </w:pPr>
    </w:p>
    <w:p>
      <w:pPr>
        <w:spacing w:after="0" w:line="264" w:lineRule="exact"/>
        <w:ind w:firstLine="0" w:left="0"/>
      </w:pPr>
      <w:r>
        <w:rPr>
          <w:rFonts w:ascii="EB Garamond" w:hAnsi="EB Garamond" w:eastAsia="EB Garamond"/>
          <w:sz w:val="22"/>
        </w:rPr>
        <w:t>Elsie considered lying.</w:t>
      </w:r>
    </w:p>
    <w:p>
      <w:pPr>
        <w:spacing w:after="0" w:line="120" w:lineRule="exact"/>
      </w:pPr>
    </w:p>
    <w:p>
      <w:pPr>
        <w:spacing w:after="0" w:line="264" w:lineRule="exact"/>
        <w:ind w:firstLine="0" w:left="0"/>
      </w:pPr>
      <w:r>
        <w:rPr>
          <w:rFonts w:ascii="EB Garamond" w:hAnsi="EB Garamond" w:eastAsia="EB Garamond"/>
          <w:sz w:val="22"/>
        </w:rPr>
        <w:t>Which seemed especially stupid under the circumstances.</w:t>
      </w:r>
    </w:p>
    <w:p>
      <w:pPr>
        <w:spacing w:after="0" w:line="120" w:lineRule="exact"/>
      </w:pPr>
    </w:p>
    <w:p>
      <w:pPr>
        <w:spacing w:after="0" w:line="264" w:lineRule="exact"/>
        <w:ind w:firstLine="0" w:left="0"/>
      </w:pPr>
      <w:r>
        <w:rPr>
          <w:rFonts w:ascii="EB Garamond" w:hAnsi="EB Garamond" w:eastAsia="EB Garamond"/>
          <w:sz w:val="22"/>
        </w:rPr>
        <w:t>“People God Used Anyway.”</w:t>
      </w:r>
    </w:p>
    <w:p>
      <w:pPr>
        <w:spacing w:after="0" w:line="120" w:lineRule="exact"/>
      </w:pPr>
    </w:p>
    <w:p>
      <w:pPr>
        <w:spacing w:after="0" w:line="264" w:lineRule="exact"/>
        <w:ind w:firstLine="0" w:left="0"/>
      </w:pPr>
      <w:r>
        <w:rPr>
          <w:rFonts w:ascii="EB Garamond" w:hAnsi="EB Garamond" w:eastAsia="EB Garamond"/>
          <w:sz w:val="22"/>
        </w:rPr>
        <w:t>Grandma was quiet.</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“That’s not terrible.”</w:t>
      </w:r>
    </w:p>
    <w:p>
      <w:pPr>
        <w:spacing w:after="0" w:line="120" w:lineRule="exact"/>
      </w:pPr>
    </w:p>
    <w:p>
      <w:pPr>
        <w:spacing w:after="0" w:line="264" w:lineRule="exact"/>
        <w:ind w:firstLine="0" w:left="0"/>
      </w:pPr>
      <w:r>
        <w:rPr>
          <w:rFonts w:ascii="EB Garamond" w:hAnsi="EB Garamond" w:eastAsia="EB Garamond"/>
          <w:sz w:val="22"/>
        </w:rPr>
        <w:t>“But?”</w:t>
      </w:r>
    </w:p>
    <w:p>
      <w:pPr>
        <w:spacing w:after="0" w:line="120" w:lineRule="exact"/>
      </w:pPr>
    </w:p>
    <w:p>
      <w:pPr>
        <w:spacing w:after="0" w:line="264" w:lineRule="exact"/>
        <w:ind w:firstLine="0" w:left="0"/>
      </w:pPr>
      <w:r>
        <w:rPr>
          <w:rFonts w:ascii="EB Garamond" w:hAnsi="EB Garamond" w:eastAsia="EB Garamond"/>
          <w:sz w:val="22"/>
        </w:rPr>
        <w:t>“I didn’t say but.”</w:t>
      </w:r>
    </w:p>
    <w:p>
      <w:pPr>
        <w:spacing w:after="0" w:line="120" w:lineRule="exact"/>
      </w:pPr>
    </w:p>
    <w:p>
      <w:pPr>
        <w:spacing w:after="0" w:line="264" w:lineRule="exact"/>
        <w:ind w:firstLine="0" w:left="0"/>
      </w:pPr>
      <w:r>
        <w:rPr>
          <w:rFonts w:ascii="EB Garamond" w:hAnsi="EB Garamond" w:eastAsia="EB Garamond"/>
          <w:sz w:val="22"/>
        </w:rPr>
        <w:t>“You breathed one.”</w:t>
      </w:r>
    </w:p>
    <w:p>
      <w:pPr>
        <w:spacing w:after="0" w:line="120" w:lineRule="exact"/>
      </w:pPr>
    </w:p>
    <w:p>
      <w:pPr>
        <w:spacing w:after="0" w:line="264" w:lineRule="exact"/>
        <w:ind w:firstLine="0" w:left="0"/>
      </w:pPr>
      <w:r>
        <w:rPr>
          <w:rFonts w:ascii="EB Garamond" w:hAnsi="EB Garamond" w:eastAsia="EB Garamond"/>
          <w:sz w:val="22"/>
        </w:rPr>
        <w:t>Grandma laughed.</w:t>
      </w:r>
    </w:p>
    <w:p>
      <w:pPr>
        <w:spacing w:after="0" w:line="120" w:lineRule="exact"/>
      </w:pPr>
    </w:p>
    <w:p>
      <w:pPr>
        <w:spacing w:after="0" w:line="264" w:lineRule="exact"/>
        <w:ind w:firstLine="0" w:left="0"/>
      </w:pPr>
      <w:r>
        <w:rPr>
          <w:rFonts w:ascii="EB Garamond" w:hAnsi="EB Garamond" w:eastAsia="EB Garamond"/>
          <w:sz w:val="22"/>
        </w:rPr>
        <w:t>“Tell me why you wrote it.”</w:t>
      </w:r>
    </w:p>
    <w:p>
      <w:pPr>
        <w:spacing w:after="0" w:line="120" w:lineRule="exact"/>
      </w:pPr>
    </w:p>
    <w:p>
      <w:pPr>
        <w:spacing w:after="0" w:line="264" w:lineRule="exact"/>
        <w:ind w:firstLine="0" w:left="0"/>
      </w:pPr>
      <w:r>
        <w:rPr>
          <w:rFonts w:ascii="EB Garamond" w:hAnsi="EB Garamond" w:eastAsia="EB Garamond"/>
          <w:sz w:val="22"/>
        </w:rPr>
        <w:t>Elsie looked down.</w:t>
      </w:r>
    </w:p>
    <w:p>
      <w:pPr>
        <w:spacing w:after="0" w:line="120" w:lineRule="exact"/>
      </w:pPr>
    </w:p>
    <w:p>
      <w:pPr>
        <w:spacing w:after="0" w:line="264" w:lineRule="exact"/>
        <w:ind w:firstLine="0" w:left="0"/>
      </w:pPr>
      <w:r>
        <w:rPr>
          <w:rFonts w:ascii="EB Garamond" w:hAnsi="EB Garamond" w:eastAsia="EB Garamond"/>
          <w:sz w:val="22"/>
        </w:rPr>
        <w:t>“Because they all had something wrong with them.”</w:t>
      </w:r>
    </w:p>
    <w:p>
      <w:pPr>
        <w:spacing w:after="0" w:line="120" w:lineRule="exact"/>
      </w:pPr>
    </w:p>
    <w:p>
      <w:pPr>
        <w:spacing w:after="0" w:line="264" w:lineRule="exact"/>
        <w:ind w:firstLine="0" w:left="0"/>
      </w:pPr>
      <w:r>
        <w:rPr>
          <w:rFonts w:ascii="EB Garamond" w:hAnsi="EB Garamond" w:eastAsia="EB Garamond"/>
          <w:sz w:val="22"/>
        </w:rPr>
        <w:t>The sentence sounded bad immediately.</w:t>
      </w:r>
    </w:p>
    <w:p>
      <w:pPr>
        <w:spacing w:after="0" w:line="120" w:lineRule="exact"/>
      </w:pPr>
    </w:p>
    <w:p>
      <w:pPr>
        <w:spacing w:after="0" w:line="264" w:lineRule="exact"/>
        <w:ind w:firstLine="0" w:left="0"/>
      </w:pPr>
      <w:r>
        <w:rPr>
          <w:rFonts w:ascii="EB Garamond" w:hAnsi="EB Garamond" w:eastAsia="EB Garamond"/>
          <w:sz w:val="22"/>
        </w:rPr>
        <w:t>Grandma didn’t rescue her.</w:t>
      </w:r>
    </w:p>
    <w:p>
      <w:pPr>
        <w:spacing w:after="0" w:line="120" w:lineRule="exact"/>
      </w:pPr>
    </w:p>
    <w:p>
      <w:pPr>
        <w:spacing w:after="0" w:line="264" w:lineRule="exact"/>
        <w:ind w:firstLine="0" w:left="0"/>
      </w:pPr>
      <w:r>
        <w:rPr>
          <w:rFonts w:ascii="EB Garamond" w:hAnsi="EB Garamond" w:eastAsia="EB Garamond"/>
          <w:sz w:val="22"/>
        </w:rPr>
        <w:t>Elsie tried again.</w:t>
      </w:r>
    </w:p>
    <w:p>
      <w:pPr>
        <w:spacing w:after="0" w:line="120" w:lineRule="exact"/>
      </w:pPr>
    </w:p>
    <w:p>
      <w:pPr>
        <w:spacing w:after="0" w:line="264" w:lineRule="exact"/>
        <w:ind w:firstLine="0" w:left="0"/>
      </w:pPr>
      <w:r>
        <w:rPr>
          <w:rFonts w:ascii="EB Garamond" w:hAnsi="EB Garamond" w:eastAsia="EB Garamond"/>
          <w:sz w:val="22"/>
        </w:rPr>
        <w:t>“Not wrong. Just…”</w:t>
      </w:r>
    </w:p>
    <w:p>
      <w:pPr>
        <w:spacing w:after="0" w:line="120" w:lineRule="exact"/>
      </w:pPr>
    </w:p>
    <w:p>
      <w:pPr>
        <w:spacing w:after="0" w:line="264" w:lineRule="exact"/>
        <w:ind w:firstLine="0" w:left="0"/>
      </w:pPr>
      <w:r>
        <w:rPr>
          <w:rFonts w:ascii="EB Garamond" w:hAnsi="EB Garamond" w:eastAsia="EB Garamond"/>
          <w:sz w:val="22"/>
        </w:rPr>
        <w:t>She looked at the names.</w:t>
      </w:r>
    </w:p>
    <w:p>
      <w:pPr>
        <w:spacing w:after="0" w:line="120" w:lineRule="exact"/>
      </w:pPr>
    </w:p>
    <w:p>
      <w:pPr>
        <w:spacing w:after="0" w:line="264" w:lineRule="exact"/>
        <w:ind w:firstLine="0" w:left="0"/>
      </w:pPr>
      <w:r>
        <w:rPr>
          <w:rFonts w:ascii="EB Garamond" w:hAnsi="EB Garamond" w:eastAsia="EB Garamond"/>
          <w:sz w:val="22"/>
        </w:rPr>
        <w:t>“Moses killed somebody.”</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“Peter denied Jesus.”</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“Jonah ran.”</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“Jeremiah thought he was too young.”</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“Leah—”</w:t>
      </w:r>
    </w:p>
    <w:p>
      <w:pPr>
        <w:spacing w:after="0" w:line="120" w:lineRule="exact"/>
      </w:pPr>
    </w:p>
    <w:p>
      <w:pPr>
        <w:spacing w:after="0" w:line="264" w:lineRule="exact"/>
        <w:ind w:firstLine="0" w:left="0"/>
      </w:pPr>
      <w:r>
        <w:rPr>
          <w:rFonts w:ascii="EB Garamond" w:hAnsi="EB Garamond" w:eastAsia="EB Garamond"/>
          <w:sz w:val="22"/>
        </w:rPr>
        <w:t>“Choose wisely.”</w:t>
      </w:r>
    </w:p>
    <w:p>
      <w:pPr>
        <w:spacing w:after="0" w:line="120" w:lineRule="exact"/>
      </w:pPr>
    </w:p>
    <w:p>
      <w:pPr>
        <w:spacing w:after="0" w:line="264" w:lineRule="exact"/>
        <w:ind w:firstLine="0" w:left="0"/>
      </w:pPr>
      <w:r>
        <w:rPr>
          <w:rFonts w:ascii="EB Garamond" w:hAnsi="EB Garamond" w:eastAsia="EB Garamond"/>
          <w:sz w:val="22"/>
        </w:rPr>
        <w:t>Elsie smiled.</w:t>
      </w:r>
    </w:p>
    <w:p>
      <w:pPr>
        <w:spacing w:after="0" w:line="120" w:lineRule="exact"/>
      </w:pPr>
    </w:p>
    <w:p>
      <w:pPr>
        <w:spacing w:after="0" w:line="264" w:lineRule="exact"/>
        <w:ind w:firstLine="0" w:left="0"/>
      </w:pPr>
      <w:r>
        <w:rPr>
          <w:rFonts w:ascii="EB Garamond" w:hAnsi="EB Garamond" w:eastAsia="EB Garamond"/>
          <w:sz w:val="22"/>
        </w:rPr>
        <w:t>“Had weak or tender eyes that you criminally translated.”</w:t>
      </w:r>
    </w:p>
    <w:p>
      <w:pPr>
        <w:spacing w:after="0" w:line="120" w:lineRule="exact"/>
      </w:pPr>
    </w:p>
    <w:p>
      <w:pPr>
        <w:spacing w:after="0" w:line="264" w:lineRule="exact"/>
        <w:ind w:firstLine="0" w:left="0"/>
      </w:pPr>
      <w:r>
        <w:rPr>
          <w:rFonts w:ascii="EB Garamond" w:hAnsi="EB Garamond" w:eastAsia="EB Garamond"/>
          <w:sz w:val="22"/>
        </w:rPr>
        <w:t>“Moving on.”</w:t>
      </w:r>
    </w:p>
    <w:p>
      <w:pPr>
        <w:spacing w:after="0" w:line="120" w:lineRule="exact"/>
      </w:pPr>
    </w:p>
    <w:p>
      <w:pPr>
        <w:spacing w:after="0" w:line="264" w:lineRule="exact"/>
        <w:ind w:firstLine="0" w:left="0"/>
      </w:pPr>
      <w:r>
        <w:rPr>
          <w:rFonts w:ascii="EB Garamond" w:hAnsi="EB Garamond" w:eastAsia="EB Garamond"/>
          <w:sz w:val="22"/>
        </w:rPr>
        <w:t>“And you were mad at God.”</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“And I lie when I’m scared people won’t like me.”</w:t>
      </w:r>
    </w:p>
    <w:p>
      <w:pPr>
        <w:spacing w:after="0" w:line="120" w:lineRule="exact"/>
      </w:pPr>
    </w:p>
    <w:p>
      <w:pPr>
        <w:spacing w:after="0" w:line="264" w:lineRule="exact"/>
        <w:ind w:firstLine="0" w:left="0"/>
      </w:pPr>
      <w:r>
        <w:rPr>
          <w:rFonts w:ascii="EB Garamond" w:hAnsi="EB Garamond" w:eastAsia="EB Garamond"/>
          <w:sz w:val="22"/>
        </w:rPr>
        <w:t>Grandma was quiet.</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“So I thought…”</w:t>
      </w:r>
    </w:p>
    <w:p>
      <w:pPr>
        <w:spacing w:after="0" w:line="120" w:lineRule="exact"/>
      </w:pPr>
    </w:p>
    <w:p>
      <w:pPr>
        <w:spacing w:after="0" w:line="264" w:lineRule="exact"/>
        <w:ind w:firstLine="0" w:left="0"/>
      </w:pPr>
      <w:r>
        <w:rPr>
          <w:rFonts w:ascii="EB Garamond" w:hAnsi="EB Garamond" w:eastAsia="EB Garamond"/>
          <w:sz w:val="22"/>
        </w:rPr>
        <w:t>Elsie stopped.</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“I thought the point was none of those things disqualified them.”</w:t>
      </w:r>
    </w:p>
    <w:p>
      <w:pPr>
        <w:spacing w:after="0" w:line="120" w:lineRule="exact"/>
      </w:pPr>
    </w:p>
    <w:p>
      <w:pPr>
        <w:spacing w:after="0" w:line="264" w:lineRule="exact"/>
        <w:ind w:firstLine="0" w:left="0"/>
      </w:pPr>
      <w:r>
        <w:rPr>
          <w:rFonts w:ascii="EB Garamond" w:hAnsi="EB Garamond" w:eastAsia="EB Garamond"/>
          <w:sz w:val="22"/>
        </w:rPr>
        <w:t>“That’s true.”</w:t>
      </w:r>
    </w:p>
    <w:p>
      <w:pPr>
        <w:spacing w:after="0" w:line="120" w:lineRule="exact"/>
      </w:pPr>
    </w:p>
    <w:p>
      <w:pPr>
        <w:spacing w:after="0" w:line="264" w:lineRule="exact"/>
        <w:ind w:firstLine="0" w:left="0"/>
      </w:pPr>
      <w:r>
        <w:rPr>
          <w:rFonts w:ascii="EB Garamond" w:hAnsi="EB Garamond" w:eastAsia="EB Garamond"/>
          <w:sz w:val="22"/>
        </w:rPr>
        <w:t>“So God used them anyway.”</w:t>
      </w:r>
    </w:p>
    <w:p>
      <w:pPr>
        <w:spacing w:after="0" w:line="120" w:lineRule="exact"/>
      </w:pPr>
    </w:p>
    <w:p>
      <w:pPr>
        <w:spacing w:after="0" w:line="264" w:lineRule="exact"/>
        <w:ind w:firstLine="0" w:left="0"/>
      </w:pPr>
      <w:r>
        <w:rPr>
          <w:rFonts w:ascii="EB Garamond" w:hAnsi="EB Garamond" w:eastAsia="EB Garamond"/>
          <w:sz w:val="22"/>
        </w:rPr>
        <w:t>Grandma didn’t answer immediately.</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“Do you remember why I gave you the list?”</w:t>
      </w:r>
    </w:p>
    <w:p>
      <w:pPr>
        <w:spacing w:after="0" w:line="120" w:lineRule="exact"/>
      </w:pPr>
    </w:p>
    <w:p>
      <w:pPr>
        <w:spacing w:after="0" w:line="264" w:lineRule="exact"/>
        <w:ind w:firstLine="0" w:left="0"/>
      </w:pPr>
      <w:r>
        <w:rPr>
          <w:rFonts w:ascii="EB Garamond" w:hAnsi="EB Garamond" w:eastAsia="EB Garamond"/>
          <w:sz w:val="22"/>
        </w:rPr>
        <w:t>Elsie leaned back against her pillows.</w:t>
      </w:r>
    </w:p>
    <w:p>
      <w:pPr>
        <w:spacing w:after="0" w:line="120" w:lineRule="exact"/>
      </w:pPr>
    </w:p>
    <w:p>
      <w:pPr>
        <w:spacing w:after="0" w:line="264" w:lineRule="exact"/>
        <w:ind w:firstLine="0" w:left="0"/>
      </w:pPr>
      <w:r>
        <w:rPr>
          <w:rFonts w:ascii="EB Garamond" w:hAnsi="EB Garamond" w:eastAsia="EB Garamond"/>
          <w:sz w:val="22"/>
        </w:rPr>
        <w:t>“Because I was thirteen and dramatic?”</w:t>
      </w:r>
    </w:p>
    <w:p>
      <w:pPr>
        <w:spacing w:after="0" w:line="120" w:lineRule="exact"/>
      </w:pPr>
    </w:p>
    <w:p>
      <w:pPr>
        <w:spacing w:after="0" w:line="264" w:lineRule="exact"/>
        <w:ind w:firstLine="0" w:left="0"/>
      </w:pPr>
      <w:r>
        <w:rPr>
          <w:rFonts w:ascii="EB Garamond" w:hAnsi="EB Garamond" w:eastAsia="EB Garamond"/>
          <w:sz w:val="22"/>
        </w:rPr>
        <w:t>“You are sixteen and dramatic.”</w:t>
      </w:r>
    </w:p>
    <w:p>
      <w:pPr>
        <w:spacing w:after="0" w:line="120" w:lineRule="exact"/>
      </w:pPr>
    </w:p>
    <w:p>
      <w:pPr>
        <w:spacing w:after="0" w:line="264" w:lineRule="exact"/>
        <w:ind w:firstLine="0" w:left="0"/>
      </w:pPr>
      <w:r>
        <w:rPr>
          <w:rFonts w:ascii="EB Garamond" w:hAnsi="EB Garamond" w:eastAsia="EB Garamond"/>
          <w:sz w:val="22"/>
        </w:rPr>
        <w:t>“Thank you.”</w:t>
      </w:r>
    </w:p>
    <w:p>
      <w:pPr>
        <w:spacing w:after="0" w:line="120" w:lineRule="exact"/>
      </w:pPr>
    </w:p>
    <w:p>
      <w:pPr>
        <w:spacing w:after="0" w:line="264" w:lineRule="exact"/>
        <w:ind w:firstLine="0" w:left="0"/>
      </w:pPr>
      <w:r>
        <w:rPr>
          <w:rFonts w:ascii="EB Garamond" w:hAnsi="EB Garamond" w:eastAsia="EB Garamond"/>
          <w:sz w:val="22"/>
        </w:rPr>
        <w:t>“You were worried that you had to become some particular kind of person before God could have a purpose for you.”</w:t>
      </w:r>
    </w:p>
    <w:p>
      <w:pPr>
        <w:spacing w:after="0" w:line="120" w:lineRule="exact"/>
      </w:pPr>
    </w:p>
    <w:p>
      <w:pPr>
        <w:spacing w:after="0" w:line="264" w:lineRule="exact"/>
        <w:ind w:firstLine="0" w:left="0"/>
      </w:pPr>
      <w:r>
        <w:rPr>
          <w:rFonts w:ascii="EB Garamond" w:hAnsi="EB Garamond" w:eastAsia="EB Garamond"/>
          <w:sz w:val="22"/>
        </w:rPr>
        <w:t>Elsie remembered.</w:t>
      </w:r>
    </w:p>
    <w:p>
      <w:pPr>
        <w:spacing w:after="0" w:line="120" w:lineRule="exact"/>
      </w:pPr>
    </w:p>
    <w:p>
      <w:pPr>
        <w:spacing w:after="0" w:line="264" w:lineRule="exact"/>
        <w:ind w:firstLine="0" w:left="0"/>
      </w:pPr>
      <w:r>
        <w:rPr>
          <w:rFonts w:ascii="EB Garamond" w:hAnsi="EB Garamond" w:eastAsia="EB Garamond"/>
          <w:sz w:val="22"/>
        </w:rPr>
        <w:t>The same year as the pool party.</w:t>
      </w:r>
    </w:p>
    <w:p>
      <w:pPr>
        <w:spacing w:after="0" w:line="120" w:lineRule="exact"/>
      </w:pPr>
    </w:p>
    <w:p>
      <w:pPr>
        <w:spacing w:after="0" w:line="264" w:lineRule="exact"/>
        <w:ind w:firstLine="0" w:left="0"/>
      </w:pPr>
      <w:r>
        <w:rPr>
          <w:rFonts w:ascii="EB Garamond" w:hAnsi="EB Garamond" w:eastAsia="EB Garamond"/>
          <w:sz w:val="22"/>
        </w:rPr>
        <w:t>Middle-school Elsie.</w:t>
      </w:r>
    </w:p>
    <w:p>
      <w:pPr>
        <w:spacing w:after="0" w:line="120" w:lineRule="exact"/>
      </w:pPr>
    </w:p>
    <w:p>
      <w:pPr>
        <w:spacing w:after="0" w:line="264" w:lineRule="exact"/>
        <w:ind w:firstLine="0" w:left="0"/>
      </w:pPr>
      <w:r>
        <w:rPr>
          <w:rFonts w:ascii="EB Garamond" w:hAnsi="EB Garamond" w:eastAsia="EB Garamond"/>
          <w:sz w:val="22"/>
        </w:rPr>
        <w:t>Everything that was wrong with her.</w:t>
      </w:r>
    </w:p>
    <w:p>
      <w:pPr>
        <w:spacing w:after="0" w:line="120" w:lineRule="exact"/>
      </w:pPr>
    </w:p>
    <w:p>
      <w:pPr>
        <w:spacing w:after="0" w:line="264" w:lineRule="exact"/>
        <w:ind w:firstLine="0" w:left="0"/>
      </w:pPr>
      <w:r>
        <w:rPr>
          <w:rFonts w:ascii="EB Garamond" w:hAnsi="EB Garamond" w:eastAsia="EB Garamond"/>
          <w:sz w:val="22"/>
        </w:rPr>
        <w:t>And the youth retreat.</w:t>
      </w:r>
    </w:p>
    <w:p>
      <w:pPr>
        <w:spacing w:after="0" w:line="120" w:lineRule="exact"/>
      </w:pPr>
    </w:p>
    <w:p>
      <w:pPr>
        <w:spacing w:after="0" w:line="264" w:lineRule="exact"/>
        <w:ind w:firstLine="0" w:left="0"/>
      </w:pPr>
      <w:r>
        <w:rPr>
          <w:rFonts w:ascii="EB Garamond" w:hAnsi="EB Garamond" w:eastAsia="EB Garamond"/>
          <w:sz w:val="22"/>
        </w:rPr>
        <w:t>Everybody crying during worship except her.</w:t>
      </w:r>
    </w:p>
    <w:p>
      <w:pPr>
        <w:spacing w:after="0" w:line="120" w:lineRule="exact"/>
      </w:pPr>
    </w:p>
    <w:p>
      <w:pPr>
        <w:spacing w:after="0" w:line="264" w:lineRule="exact"/>
        <w:ind w:firstLine="0" w:left="0"/>
      </w:pPr>
      <w:r>
        <w:rPr>
          <w:rFonts w:ascii="EB Garamond" w:hAnsi="EB Garamond" w:eastAsia="EB Garamond"/>
          <w:sz w:val="22"/>
        </w:rPr>
        <w:t>A girl in her cabin saying she could feel God speaking.</w:t>
      </w:r>
    </w:p>
    <w:p>
      <w:pPr>
        <w:spacing w:after="0" w:line="120" w:lineRule="exact"/>
      </w:pPr>
    </w:p>
    <w:p>
      <w:pPr>
        <w:spacing w:after="0" w:line="264" w:lineRule="exact"/>
        <w:ind w:firstLine="0" w:left="0"/>
      </w:pPr>
      <w:r>
        <w:rPr>
          <w:rFonts w:ascii="EB Garamond" w:hAnsi="EB Garamond" w:eastAsia="EB Garamond"/>
          <w:sz w:val="22"/>
        </w:rPr>
        <w:t>Elsie feeling mostly hungry.</w:t>
      </w:r>
    </w:p>
    <w:p>
      <w:pPr>
        <w:spacing w:after="0" w:line="120" w:lineRule="exact"/>
      </w:pPr>
    </w:p>
    <w:p>
      <w:pPr>
        <w:spacing w:after="0" w:line="264" w:lineRule="exact"/>
        <w:ind w:firstLine="0" w:left="0"/>
      </w:pPr>
      <w:r>
        <w:rPr>
          <w:rFonts w:ascii="EB Garamond" w:hAnsi="EB Garamond" w:eastAsia="EB Garamond"/>
          <w:sz w:val="22"/>
        </w:rPr>
        <w:t>Then guilty because she was hungry.</w:t>
      </w:r>
    </w:p>
    <w:p>
      <w:pPr>
        <w:spacing w:after="0" w:line="120" w:lineRule="exact"/>
      </w:pPr>
    </w:p>
    <w:p>
      <w:pPr>
        <w:spacing w:after="0" w:line="264" w:lineRule="exact"/>
        <w:ind w:firstLine="0" w:left="0"/>
      </w:pPr>
      <w:r>
        <w:rPr>
          <w:rFonts w:ascii="EB Garamond" w:hAnsi="EB Garamond" w:eastAsia="EB Garamond"/>
          <w:sz w:val="22"/>
        </w:rPr>
        <w:t>“I thought everybody else understood something I didn’t.”</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“And you gave me the list.”</w:t>
      </w:r>
    </w:p>
    <w:p>
      <w:pPr>
        <w:spacing w:after="0" w:line="120" w:lineRule="exact"/>
      </w:pPr>
    </w:p>
    <w:p>
      <w:pPr>
        <w:spacing w:after="0" w:line="264" w:lineRule="exact"/>
        <w:ind w:firstLine="0" w:left="0"/>
      </w:pPr>
      <w:r>
        <w:rPr>
          <w:rFonts w:ascii="EB Garamond" w:hAnsi="EB Garamond" w:eastAsia="EB Garamond"/>
          <w:sz w:val="22"/>
        </w:rPr>
        <w:t>“I did.”</w:t>
      </w:r>
    </w:p>
    <w:p>
      <w:pPr>
        <w:spacing w:after="0" w:line="120" w:lineRule="exact"/>
      </w:pPr>
    </w:p>
    <w:p>
      <w:pPr>
        <w:spacing w:after="0" w:line="264" w:lineRule="exact"/>
        <w:ind w:firstLine="0" w:left="0"/>
      </w:pPr>
      <w:r>
        <w:rPr>
          <w:rFonts w:ascii="EB Garamond" w:hAnsi="EB Garamond" w:eastAsia="EB Garamond"/>
          <w:sz w:val="22"/>
        </w:rPr>
        <w:t>“Why?”</w:t>
      </w:r>
    </w:p>
    <w:p>
      <w:pPr>
        <w:spacing w:after="0" w:line="120" w:lineRule="exact"/>
      </w:pPr>
    </w:p>
    <w:p>
      <w:pPr>
        <w:spacing w:after="0" w:line="264" w:lineRule="exact"/>
        <w:ind w:firstLine="0" w:left="0"/>
      </w:pPr>
      <w:r>
        <w:rPr>
          <w:rFonts w:ascii="EB Garamond" w:hAnsi="EB Garamond" w:eastAsia="EB Garamond"/>
          <w:sz w:val="22"/>
        </w:rPr>
        <w:t>Grandma’s voice softened.</w:t>
      </w:r>
    </w:p>
    <w:p>
      <w:pPr>
        <w:spacing w:after="0" w:line="120" w:lineRule="exact"/>
      </w:pPr>
    </w:p>
    <w:p>
      <w:pPr>
        <w:spacing w:after="0" w:line="264" w:lineRule="exact"/>
        <w:ind w:firstLine="0" w:left="0"/>
      </w:pPr>
      <w:r>
        <w:rPr>
          <w:rFonts w:ascii="EB Garamond" w:hAnsi="EB Garamond" w:eastAsia="EB Garamond"/>
          <w:sz w:val="22"/>
        </w:rPr>
        <w:t>“Because you kept talking about those people like they were Bible characters.”</w:t>
      </w:r>
    </w:p>
    <w:p>
      <w:pPr>
        <w:spacing w:after="0" w:line="120" w:lineRule="exact"/>
      </w:pPr>
    </w:p>
    <w:p>
      <w:pPr>
        <w:spacing w:after="0" w:line="264" w:lineRule="exact"/>
        <w:ind w:firstLine="0" w:left="0"/>
      </w:pPr>
      <w:r>
        <w:rPr>
          <w:rFonts w:ascii="EB Garamond" w:hAnsi="EB Garamond" w:eastAsia="EB Garamond"/>
          <w:sz w:val="22"/>
        </w:rPr>
        <w:t>Elsie frowned.</w:t>
      </w:r>
    </w:p>
    <w:p>
      <w:pPr>
        <w:spacing w:after="0" w:line="120" w:lineRule="exact"/>
      </w:pPr>
    </w:p>
    <w:p>
      <w:pPr>
        <w:spacing w:after="0" w:line="264" w:lineRule="exact"/>
        <w:ind w:firstLine="0" w:left="0"/>
      </w:pPr>
      <w:r>
        <w:rPr>
          <w:rFonts w:ascii="EB Garamond" w:hAnsi="EB Garamond" w:eastAsia="EB Garamond"/>
          <w:sz w:val="22"/>
        </w:rPr>
        <w:t>“They are Bible characters.”</w:t>
      </w:r>
    </w:p>
    <w:p>
      <w:pPr>
        <w:spacing w:after="0" w:line="120" w:lineRule="exact"/>
      </w:pPr>
    </w:p>
    <w:p>
      <w:pPr>
        <w:spacing w:after="0" w:line="264" w:lineRule="exact"/>
        <w:ind w:firstLine="0" w:left="0"/>
      </w:pPr>
      <w:r>
        <w:rPr>
          <w:rFonts w:ascii="EB Garamond" w:hAnsi="EB Garamond" w:eastAsia="EB Garamond"/>
          <w:sz w:val="22"/>
        </w:rPr>
        <w:t>“No.”</w:t>
      </w:r>
    </w:p>
    <w:p>
      <w:pPr>
        <w:spacing w:after="0" w:line="120" w:lineRule="exact"/>
      </w:pPr>
    </w:p>
    <w:p>
      <w:pPr>
        <w:spacing w:after="0" w:line="264" w:lineRule="exact"/>
        <w:ind w:firstLine="0" w:left="0"/>
      </w:pPr>
      <w:r>
        <w:rPr>
          <w:rFonts w:ascii="EB Garamond" w:hAnsi="EB Garamond" w:eastAsia="EB Garamond"/>
          <w:sz w:val="22"/>
        </w:rPr>
        <w:t>Grandma paused.</w:t>
      </w:r>
    </w:p>
    <w:p>
      <w:pPr>
        <w:spacing w:after="0" w:line="120" w:lineRule="exact"/>
      </w:pPr>
    </w:p>
    <w:p>
      <w:pPr>
        <w:spacing w:after="0" w:line="264" w:lineRule="exact"/>
        <w:ind w:firstLine="0" w:left="0"/>
      </w:pPr>
      <w:r>
        <w:rPr>
          <w:rFonts w:ascii="EB Garamond" w:hAnsi="EB Garamond" w:eastAsia="EB Garamond"/>
          <w:sz w:val="22"/>
        </w:rPr>
        <w:t>“They’re people in the Bible.”</w:t>
      </w:r>
    </w:p>
    <w:p>
      <w:pPr>
        <w:spacing w:after="0" w:line="120" w:lineRule="exact"/>
      </w:pPr>
    </w:p>
    <w:p>
      <w:pPr>
        <w:spacing w:after="0" w:line="264" w:lineRule="exact"/>
        <w:ind w:firstLine="0" w:left="0"/>
      </w:pPr>
      <w:r>
        <w:rPr>
          <w:rFonts w:ascii="EB Garamond" w:hAnsi="EB Garamond" w:eastAsia="EB Garamond"/>
          <w:sz w:val="22"/>
        </w:rPr>
        <w:t>Elsie went still.</w:t>
      </w:r>
    </w:p>
    <w:p>
      <w:pPr>
        <w:spacing w:after="0" w:line="120" w:lineRule="exact"/>
      </w:pPr>
    </w:p>
    <w:p>
      <w:pPr>
        <w:spacing w:after="0" w:line="264" w:lineRule="exact"/>
        <w:ind w:firstLine="0" w:left="0"/>
      </w:pPr>
      <w:r>
        <w:rPr>
          <w:rFonts w:ascii="EB Garamond" w:hAnsi="EB Garamond" w:eastAsia="EB Garamond"/>
          <w:sz w:val="22"/>
        </w:rPr>
        <w:t>She’d thought almost exactly that in Mrs. Bennett’s class.</w:t>
      </w:r>
    </w:p>
    <w:p>
      <w:pPr>
        <w:spacing w:after="0" w:line="120" w:lineRule="exact"/>
      </w:pPr>
    </w:p>
    <w:p>
      <w:pPr>
        <w:spacing w:after="0" w:line="264" w:lineRule="exact"/>
        <w:ind w:firstLine="0" w:left="0"/>
      </w:pPr>
      <w:r>
        <w:rPr>
          <w:rFonts w:ascii="EB Garamond" w:hAnsi="EB Garamond" w:eastAsia="EB Garamond"/>
          <w:i/>
          <w:sz w:val="22"/>
        </w:rPr>
        <w:t>They didn’t know they were Bible characters. They were just people.</w:t>
      </w:r>
    </w:p>
    <w:p>
      <w:pPr>
        <w:spacing w:after="0" w:line="120" w:lineRule="exact"/>
      </w:pPr>
    </w:p>
    <w:p>
      <w:pPr>
        <w:spacing w:after="0" w:line="264" w:lineRule="exact"/>
        <w:ind w:firstLine="0" w:left="0"/>
      </w:pPr>
      <w:r>
        <w:rPr>
          <w:rFonts w:ascii="EB Garamond" w:hAnsi="EB Garamond" w:eastAsia="EB Garamond"/>
          <w:sz w:val="22"/>
        </w:rPr>
        <w:t>Apparently Grandma had been trying to tell her three years ago.</w:t>
      </w:r>
    </w:p>
    <w:p>
      <w:pPr>
        <w:spacing w:after="0" w:line="120" w:lineRule="exact"/>
      </w:pPr>
    </w:p>
    <w:p>
      <w:pPr>
        <w:spacing w:after="0" w:line="264" w:lineRule="exact"/>
        <w:ind w:firstLine="0" w:left="0"/>
      </w:pPr>
      <w:r>
        <w:rPr>
          <w:rFonts w:ascii="EB Garamond" w:hAnsi="EB Garamond" w:eastAsia="EB Garamond"/>
          <w:sz w:val="22"/>
        </w:rPr>
        <w:t>“They were just living,” Elsie said.</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“Badly, sometimes.”</w:t>
      </w:r>
    </w:p>
    <w:p>
      <w:pPr>
        <w:spacing w:after="0" w:line="120" w:lineRule="exact"/>
      </w:pPr>
    </w:p>
    <w:p>
      <w:pPr>
        <w:spacing w:after="0" w:line="264" w:lineRule="exact"/>
        <w:ind w:firstLine="0" w:left="0"/>
      </w:pPr>
      <w:r>
        <w:rPr>
          <w:rFonts w:ascii="EB Garamond" w:hAnsi="EB Garamond" w:eastAsia="EB Garamond"/>
          <w:sz w:val="22"/>
        </w:rPr>
        <w:t>Grandma laughed.</w:t>
      </w:r>
    </w:p>
    <w:p>
      <w:pPr>
        <w:spacing w:after="0" w:line="120" w:lineRule="exact"/>
      </w:pPr>
    </w:p>
    <w:p>
      <w:pPr>
        <w:spacing w:after="0" w:line="264" w:lineRule="exact"/>
        <w:ind w:firstLine="0" w:left="0"/>
      </w:pPr>
      <w:r>
        <w:rPr>
          <w:rFonts w:ascii="EB Garamond" w:hAnsi="EB Garamond" w:eastAsia="EB Garamond"/>
          <w:sz w:val="22"/>
        </w:rPr>
        <w:t>“Very badly, sometimes.”</w:t>
      </w:r>
    </w:p>
    <w:p>
      <w:pPr>
        <w:spacing w:after="0" w:line="120" w:lineRule="exact"/>
      </w:pPr>
    </w:p>
    <w:p>
      <w:pPr>
        <w:spacing w:after="0" w:line="264" w:lineRule="exact"/>
        <w:ind w:firstLine="0" w:left="0"/>
      </w:pPr>
      <w:r>
        <w:rPr>
          <w:rFonts w:ascii="EB Garamond" w:hAnsi="EB Garamond" w:eastAsia="EB Garamond"/>
          <w:sz w:val="22"/>
        </w:rPr>
        <w:t>Elsie smiled.</w:t>
      </w:r>
    </w:p>
    <w:p>
      <w:pPr>
        <w:spacing w:after="0" w:line="120" w:lineRule="exact"/>
      </w:pPr>
    </w:p>
    <w:p>
      <w:pPr>
        <w:spacing w:after="0" w:line="264" w:lineRule="exact"/>
        <w:ind w:firstLine="0" w:left="0"/>
      </w:pPr>
      <w:r>
        <w:rPr>
          <w:rFonts w:ascii="EB Garamond" w:hAnsi="EB Garamond" w:eastAsia="EB Garamond"/>
          <w:sz w:val="22"/>
        </w:rPr>
        <w:t>“But God still…”</w:t>
      </w:r>
    </w:p>
    <w:p>
      <w:pPr>
        <w:spacing w:after="0" w:line="120" w:lineRule="exact"/>
      </w:pPr>
    </w:p>
    <w:p>
      <w:pPr>
        <w:spacing w:after="0" w:line="264" w:lineRule="exact"/>
        <w:ind w:firstLine="0" w:left="0"/>
      </w:pPr>
      <w:r>
        <w:rPr>
          <w:rFonts w:ascii="EB Garamond" w:hAnsi="EB Garamond" w:eastAsia="EB Garamond"/>
          <w:sz w:val="22"/>
        </w:rPr>
        <w:t>She stopped.</w:t>
      </w:r>
    </w:p>
    <w:p>
      <w:pPr>
        <w:spacing w:after="0" w:line="120" w:lineRule="exact"/>
      </w:pPr>
    </w:p>
    <w:p>
      <w:pPr>
        <w:spacing w:after="0" w:line="264" w:lineRule="exact"/>
        <w:ind w:firstLine="0" w:left="0"/>
      </w:pPr>
      <w:r>
        <w:rPr>
          <w:rFonts w:ascii="EB Garamond" w:hAnsi="EB Garamond" w:eastAsia="EB Garamond"/>
          <w:sz w:val="22"/>
        </w:rPr>
        <w:t>Used them?</w:t>
      </w:r>
    </w:p>
    <w:p>
      <w:pPr>
        <w:spacing w:after="0" w:line="120" w:lineRule="exact"/>
      </w:pPr>
    </w:p>
    <w:p>
      <w:pPr>
        <w:spacing w:after="0" w:line="264" w:lineRule="exact"/>
        <w:ind w:firstLine="0" w:left="0"/>
      </w:pPr>
      <w:r>
        <w:rPr>
          <w:rFonts w:ascii="EB Garamond" w:hAnsi="EB Garamond" w:eastAsia="EB Garamond"/>
          <w:sz w:val="22"/>
        </w:rPr>
        <w:t>Anyway?</w:t>
      </w:r>
    </w:p>
    <w:p>
      <w:pPr>
        <w:spacing w:after="0" w:line="120" w:lineRule="exact"/>
      </w:pPr>
    </w:p>
    <w:p>
      <w:pPr>
        <w:spacing w:after="0" w:line="264" w:lineRule="exact"/>
        <w:ind w:firstLine="0" w:left="0"/>
      </w:pPr>
      <w:r>
        <w:rPr>
          <w:rFonts w:ascii="EB Garamond" w:hAnsi="EB Garamond" w:eastAsia="EB Garamond"/>
          <w:sz w:val="22"/>
        </w:rPr>
        <w:t>Grandma waited.</w:t>
      </w:r>
    </w:p>
    <w:p>
      <w:pPr>
        <w:spacing w:after="0" w:line="120" w:lineRule="exact"/>
      </w:pPr>
    </w:p>
    <w:p>
      <w:pPr>
        <w:spacing w:after="0" w:line="264" w:lineRule="exact"/>
        <w:ind w:firstLine="0" w:left="0"/>
      </w:pPr>
      <w:r>
        <w:rPr>
          <w:rFonts w:ascii="EB Garamond" w:hAnsi="EB Garamond" w:eastAsia="EB Garamond"/>
          <w:sz w:val="22"/>
        </w:rPr>
        <w:t>Elsie tried again.</w:t>
      </w:r>
    </w:p>
    <w:p>
      <w:pPr>
        <w:spacing w:after="0" w:line="120" w:lineRule="exact"/>
      </w:pPr>
    </w:p>
    <w:p>
      <w:pPr>
        <w:spacing w:after="0" w:line="264" w:lineRule="exact"/>
        <w:ind w:firstLine="0" w:left="0"/>
      </w:pPr>
      <w:r>
        <w:rPr>
          <w:rFonts w:ascii="EB Garamond" w:hAnsi="EB Garamond" w:eastAsia="EB Garamond"/>
          <w:sz w:val="22"/>
        </w:rPr>
        <w:t>“God still had a purpose for them.”</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“Even with all of it.”</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Elsie looked at the heading.</w:t>
      </w:r>
    </w:p>
    <w:p>
      <w:pPr>
        <w:spacing w:after="0" w:line="120" w:lineRule="exact"/>
      </w:pPr>
    </w:p>
    <w:p>
      <w:pPr>
        <w:spacing w:after="0" w:line="264" w:lineRule="exact"/>
        <w:ind w:firstLine="0" w:left="0"/>
      </w:pPr>
      <w:r>
        <w:rPr>
          <w:rFonts w:ascii="EB Garamond" w:hAnsi="EB Garamond" w:eastAsia="EB Garamond"/>
          <w:sz w:val="22"/>
        </w:rPr>
        <w:t>“That sounds like anyway.”</w:t>
      </w:r>
    </w:p>
    <w:p>
      <w:pPr>
        <w:spacing w:after="0" w:line="120" w:lineRule="exact"/>
      </w:pPr>
    </w:p>
    <w:p>
      <w:pPr>
        <w:spacing w:after="0" w:line="264" w:lineRule="exact"/>
        <w:ind w:firstLine="0" w:left="0"/>
      </w:pPr>
      <w:r>
        <w:rPr>
          <w:rFonts w:ascii="EB Garamond" w:hAnsi="EB Garamond" w:eastAsia="EB Garamond"/>
          <w:sz w:val="22"/>
        </w:rPr>
        <w:t>“Maybe.”</w:t>
      </w:r>
    </w:p>
    <w:p>
      <w:pPr>
        <w:spacing w:after="0" w:line="120" w:lineRule="exact"/>
      </w:pPr>
    </w:p>
    <w:p>
      <w:pPr>
        <w:spacing w:after="0" w:line="264" w:lineRule="exact"/>
        <w:ind w:firstLine="0" w:left="0"/>
      </w:pPr>
      <w:r>
        <w:rPr>
          <w:rFonts w:ascii="EB Garamond" w:hAnsi="EB Garamond" w:eastAsia="EB Garamond"/>
          <w:sz w:val="22"/>
        </w:rPr>
        <w:t>Grandma’s voice stayed gentle.</w:t>
      </w:r>
    </w:p>
    <w:p>
      <w:pPr>
        <w:spacing w:after="0" w:line="120" w:lineRule="exact"/>
      </w:pPr>
    </w:p>
    <w:p>
      <w:pPr>
        <w:spacing w:after="0" w:line="264" w:lineRule="exact"/>
        <w:ind w:firstLine="0" w:left="0"/>
      </w:pPr>
      <w:r>
        <w:rPr>
          <w:rFonts w:ascii="EB Garamond" w:hAnsi="EB Garamond" w:eastAsia="EB Garamond"/>
          <w:sz w:val="22"/>
        </w:rPr>
        <w:t>“But be careful.”</w:t>
      </w:r>
    </w:p>
    <w:p>
      <w:pPr>
        <w:spacing w:after="0" w:line="120" w:lineRule="exact"/>
      </w:pPr>
    </w:p>
    <w:p>
      <w:pPr>
        <w:spacing w:after="0" w:line="264" w:lineRule="exact"/>
        <w:ind w:firstLine="0" w:left="0"/>
      </w:pPr>
      <w:r>
        <w:rPr>
          <w:rFonts w:ascii="EB Garamond" w:hAnsi="EB Garamond" w:eastAsia="EB Garamond"/>
          <w:sz w:val="22"/>
        </w:rPr>
        <w:t>“With what?”</w:t>
      </w:r>
    </w:p>
    <w:p>
      <w:pPr>
        <w:spacing w:after="0" w:line="120" w:lineRule="exact"/>
      </w:pPr>
    </w:p>
    <w:p>
      <w:pPr>
        <w:spacing w:after="0" w:line="264" w:lineRule="exact"/>
        <w:ind w:firstLine="0" w:left="0"/>
      </w:pPr>
      <w:r>
        <w:rPr>
          <w:rFonts w:ascii="EB Garamond" w:hAnsi="EB Garamond" w:eastAsia="EB Garamond"/>
          <w:sz w:val="22"/>
        </w:rPr>
        <w:t>“Turning grace into an insult.”</w:t>
      </w:r>
    </w:p>
    <w:p>
      <w:pPr>
        <w:spacing w:after="0" w:line="120" w:lineRule="exact"/>
      </w:pPr>
    </w:p>
    <w:p>
      <w:pPr>
        <w:spacing w:after="0" w:line="264" w:lineRule="exact"/>
        <w:ind w:firstLine="0" w:left="0"/>
      </w:pPr>
      <w:r>
        <w:rPr>
          <w:rFonts w:ascii="EB Garamond" w:hAnsi="EB Garamond" w:eastAsia="EB Garamond"/>
          <w:sz w:val="22"/>
        </w:rPr>
        <w:t>Elsie frowned.</w:t>
      </w:r>
    </w:p>
    <w:p>
      <w:pPr>
        <w:spacing w:after="0" w:line="120" w:lineRule="exact"/>
      </w:pPr>
    </w:p>
    <w:p>
      <w:pPr>
        <w:spacing w:after="0" w:line="264" w:lineRule="exact"/>
        <w:ind w:firstLine="0" w:left="0"/>
      </w:pPr>
      <w:r>
        <w:rPr>
          <w:rFonts w:ascii="EB Garamond" w:hAnsi="EB Garamond" w:eastAsia="EB Garamond"/>
          <w:sz w:val="22"/>
        </w:rPr>
        <w:t>“What does that mean?”</w:t>
      </w:r>
    </w:p>
    <w:p>
      <w:pPr>
        <w:spacing w:after="0" w:line="120" w:lineRule="exact"/>
      </w:pPr>
    </w:p>
    <w:p>
      <w:pPr>
        <w:spacing w:after="0" w:line="264" w:lineRule="exact"/>
        <w:ind w:firstLine="0" w:left="0"/>
      </w:pPr>
      <w:r>
        <w:rPr>
          <w:rFonts w:ascii="EB Garamond" w:hAnsi="EB Garamond" w:eastAsia="EB Garamond"/>
          <w:sz w:val="22"/>
        </w:rPr>
        <w:t>“God’s grace is not Him reluctantly finding a use for defective people.”</w:t>
      </w:r>
    </w:p>
    <w:p>
      <w:pPr>
        <w:spacing w:after="0" w:line="120" w:lineRule="exact"/>
      </w:pPr>
    </w:p>
    <w:p>
      <w:pPr>
        <w:spacing w:after="0" w:line="264" w:lineRule="exact"/>
        <w:ind w:firstLine="0" w:left="0"/>
      </w:pPr>
      <w:r>
        <w:rPr>
          <w:rFonts w:ascii="EB Garamond" w:hAnsi="EB Garamond" w:eastAsia="EB Garamond"/>
          <w:sz w:val="22"/>
        </w:rPr>
        <w:t>Elsie stopped.</w:t>
      </w:r>
    </w:p>
    <w:p>
      <w:pPr>
        <w:spacing w:after="0" w:line="120" w:lineRule="exact"/>
      </w:pPr>
    </w:p>
    <w:p>
      <w:pPr>
        <w:spacing w:after="0" w:line="264" w:lineRule="exact"/>
        <w:ind w:firstLine="0" w:left="0"/>
      </w:pPr>
      <w:r>
        <w:rPr>
          <w:rFonts w:ascii="EB Garamond" w:hAnsi="EB Garamond" w:eastAsia="EB Garamond"/>
          <w:sz w:val="22"/>
        </w:rPr>
        <w:t>There it was.</w:t>
      </w:r>
    </w:p>
    <w:p>
      <w:pPr>
        <w:spacing w:after="0" w:line="120" w:lineRule="exact"/>
      </w:pPr>
    </w:p>
    <w:p>
      <w:pPr>
        <w:spacing w:after="0" w:line="264" w:lineRule="exact"/>
        <w:ind w:firstLine="0" w:left="0"/>
      </w:pPr>
      <w:r>
        <w:rPr>
          <w:rFonts w:ascii="EB Garamond" w:hAnsi="EB Garamond" w:eastAsia="EB Garamond"/>
          <w:sz w:val="22"/>
        </w:rPr>
        <w:t>That was what had bothered her.</w:t>
      </w:r>
    </w:p>
    <w:p>
      <w:pPr>
        <w:spacing w:after="0" w:line="120" w:lineRule="exact"/>
      </w:pPr>
    </w:p>
    <w:p>
      <w:pPr>
        <w:spacing w:after="0" w:line="264" w:lineRule="exact"/>
        <w:ind w:firstLine="0" w:left="0"/>
      </w:pPr>
      <w:r>
        <w:rPr>
          <w:rFonts w:ascii="EB Garamond" w:hAnsi="EB Garamond" w:eastAsia="EB Garamond"/>
          <w:i/>
          <w:sz w:val="22"/>
        </w:rPr>
        <w:t>I guess you’ll do.</w:t>
      </w:r>
    </w:p>
    <w:p>
      <w:pPr>
        <w:spacing w:after="0" w:line="120" w:lineRule="exact"/>
      </w:pPr>
    </w:p>
    <w:p>
      <w:pPr>
        <w:spacing w:after="0" w:line="264" w:lineRule="exact"/>
        <w:ind w:firstLine="0" w:left="0"/>
      </w:pPr>
      <w:r>
        <w:rPr>
          <w:rFonts w:ascii="EB Garamond" w:hAnsi="EB Garamond" w:eastAsia="EB Garamond"/>
          <w:sz w:val="22"/>
        </w:rPr>
        <w:t>Grandma continued.</w:t>
      </w:r>
    </w:p>
    <w:p>
      <w:pPr>
        <w:spacing w:after="0" w:line="120" w:lineRule="exact"/>
      </w:pPr>
    </w:p>
    <w:p>
      <w:pPr>
        <w:spacing w:after="0" w:line="264" w:lineRule="exact"/>
        <w:ind w:firstLine="0" w:left="0"/>
      </w:pPr>
      <w:r>
        <w:rPr>
          <w:rFonts w:ascii="EB Garamond" w:hAnsi="EB Garamond" w:eastAsia="EB Garamond"/>
          <w:sz w:val="22"/>
        </w:rPr>
        <w:t>“That doesn’t mean sin doesn’t matter.”</w:t>
      </w:r>
    </w:p>
    <w:p>
      <w:pPr>
        <w:spacing w:after="0" w:line="120" w:lineRule="exact"/>
      </w:pPr>
    </w:p>
    <w:p>
      <w:pPr>
        <w:spacing w:after="0" w:line="264" w:lineRule="exact"/>
        <w:ind w:firstLine="0" w:left="0"/>
      </w:pPr>
      <w:r>
        <w:rPr>
          <w:rFonts w:ascii="EB Garamond" w:hAnsi="EB Garamond" w:eastAsia="EB Garamond"/>
          <w:sz w:val="22"/>
        </w:rPr>
        <w:t>“I know.”</w:t>
      </w:r>
    </w:p>
    <w:p>
      <w:pPr>
        <w:spacing w:after="0" w:line="120" w:lineRule="exact"/>
      </w:pPr>
    </w:p>
    <w:p>
      <w:pPr>
        <w:spacing w:after="0" w:line="264" w:lineRule="exact"/>
        <w:ind w:firstLine="0" w:left="0"/>
      </w:pPr>
      <w:r>
        <w:rPr>
          <w:rFonts w:ascii="EB Garamond" w:hAnsi="EB Garamond" w:eastAsia="EB Garamond"/>
          <w:sz w:val="22"/>
        </w:rPr>
        <w:t>“Moses killing a man mattered.”</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“David’s choices mattered.”</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“Peter denying Jesus mattered.”</w:t>
      </w:r>
    </w:p>
    <w:p>
      <w:pPr>
        <w:spacing w:after="0" w:line="120" w:lineRule="exact"/>
      </w:pPr>
    </w:p>
    <w:p>
      <w:pPr>
        <w:spacing w:after="0" w:line="264" w:lineRule="exact"/>
        <w:ind w:firstLine="0" w:left="0"/>
      </w:pPr>
      <w:r>
        <w:rPr>
          <w:rFonts w:ascii="EB Garamond" w:hAnsi="EB Garamond" w:eastAsia="EB Garamond"/>
          <w:sz w:val="22"/>
        </w:rPr>
        <w:t>“Yes.”</w:t>
      </w:r>
    </w:p>
    <w:p>
      <w:pPr>
        <w:spacing w:after="0" w:line="120" w:lineRule="exact"/>
      </w:pPr>
    </w:p>
    <w:p>
      <w:pPr>
        <w:spacing w:after="0" w:line="264" w:lineRule="exact"/>
        <w:ind w:firstLine="0" w:left="0"/>
      </w:pPr>
      <w:r>
        <w:rPr>
          <w:rFonts w:ascii="EB Garamond" w:hAnsi="EB Garamond" w:eastAsia="EB Garamond"/>
          <w:sz w:val="22"/>
        </w:rPr>
        <w:t>“Grace doesn’t turn wrong into right.”</w:t>
      </w:r>
    </w:p>
    <w:p>
      <w:pPr>
        <w:spacing w:after="0" w:line="120" w:lineRule="exact"/>
      </w:pPr>
    </w:p>
    <w:p>
      <w:pPr>
        <w:spacing w:after="0" w:line="264" w:lineRule="exact"/>
        <w:ind w:firstLine="0" w:left="0"/>
      </w:pPr>
      <w:r>
        <w:rPr>
          <w:rFonts w:ascii="EB Garamond" w:hAnsi="EB Garamond" w:eastAsia="EB Garamond"/>
          <w:sz w:val="22"/>
        </w:rPr>
        <w:t>Elsie picked at the corner of the page.</w:t>
      </w:r>
    </w:p>
    <w:p>
      <w:pPr>
        <w:spacing w:after="0" w:line="120" w:lineRule="exact"/>
      </w:pPr>
    </w:p>
    <w:p>
      <w:pPr>
        <w:spacing w:after="0" w:line="264" w:lineRule="exact"/>
        <w:ind w:firstLine="0" w:left="0"/>
      </w:pPr>
      <w:r>
        <w:rPr>
          <w:rFonts w:ascii="EB Garamond" w:hAnsi="EB Garamond" w:eastAsia="EB Garamond"/>
          <w:sz w:val="22"/>
        </w:rPr>
        <w:t>“But?”</w:t>
      </w:r>
    </w:p>
    <w:p>
      <w:pPr>
        <w:spacing w:after="0" w:line="120" w:lineRule="exact"/>
      </w:pPr>
    </w:p>
    <w:p>
      <w:pPr>
        <w:spacing w:after="0" w:line="264" w:lineRule="exact"/>
        <w:ind w:firstLine="0" w:left="0"/>
      </w:pPr>
      <w:r>
        <w:rPr>
          <w:rFonts w:ascii="EB Garamond" w:hAnsi="EB Garamond" w:eastAsia="EB Garamond"/>
          <w:sz w:val="22"/>
        </w:rPr>
        <w:t>This time Grandma actually laughed.</w:t>
      </w:r>
    </w:p>
    <w:p>
      <w:pPr>
        <w:spacing w:after="0" w:line="120" w:lineRule="exact"/>
      </w:pPr>
    </w:p>
    <w:p>
      <w:pPr>
        <w:spacing w:after="0" w:line="264" w:lineRule="exact"/>
        <w:ind w:firstLine="0" w:left="0"/>
      </w:pPr>
      <w:r>
        <w:rPr>
          <w:rFonts w:ascii="EB Garamond" w:hAnsi="EB Garamond" w:eastAsia="EB Garamond"/>
          <w:sz w:val="22"/>
        </w:rPr>
        <w:t>“But people are more than the worst sentence you can write about them.”</w:t>
      </w:r>
    </w:p>
    <w:p>
      <w:pPr>
        <w:spacing w:after="0" w:line="120" w:lineRule="exact"/>
      </w:pPr>
    </w:p>
    <w:p>
      <w:pPr>
        <w:spacing w:after="0" w:line="264" w:lineRule="exact"/>
        <w:ind w:firstLine="0" w:left="0"/>
      </w:pPr>
      <w:r>
        <w:rPr>
          <w:rFonts w:ascii="EB Garamond" w:hAnsi="EB Garamond" w:eastAsia="EB Garamond"/>
          <w:sz w:val="22"/>
        </w:rPr>
        <w:t>Elsie looked down.</w:t>
      </w:r>
    </w:p>
    <w:p>
      <w:pPr>
        <w:spacing w:after="0" w:line="120" w:lineRule="exact"/>
      </w:pPr>
    </w:p>
    <w:p>
      <w:pPr>
        <w:spacing w:after="0" w:line="264" w:lineRule="exact"/>
        <w:ind w:firstLine="0" w:left="0"/>
      </w:pPr>
      <w:r>
        <w:rPr>
          <w:rFonts w:ascii="EB Garamond" w:hAnsi="EB Garamond" w:eastAsia="EB Garamond"/>
          <w:b/>
          <w:sz w:val="22"/>
        </w:rPr>
        <w:t>Moses — Killed a man and couldn’t speak.</w:t>
      </w:r>
    </w:p>
    <w:p>
      <w:pPr>
        <w:spacing w:after="0" w:line="120" w:lineRule="exact"/>
      </w:pPr>
    </w:p>
    <w:p>
      <w:pPr>
        <w:spacing w:after="0" w:line="264" w:lineRule="exact"/>
        <w:ind w:firstLine="0" w:left="0"/>
      </w:pPr>
      <w:r>
        <w:rPr>
          <w:rFonts w:ascii="EB Garamond" w:hAnsi="EB Garamond" w:eastAsia="EB Garamond"/>
          <w:b/>
          <w:sz w:val="22"/>
        </w:rPr>
        <w:t>Peter — Denied Jesus.</w:t>
      </w:r>
    </w:p>
    <w:p>
      <w:pPr>
        <w:spacing w:after="0" w:line="120" w:lineRule="exact"/>
      </w:pPr>
    </w:p>
    <w:p>
      <w:pPr>
        <w:spacing w:after="0" w:line="264" w:lineRule="exact"/>
        <w:ind w:firstLine="0" w:left="0"/>
      </w:pPr>
      <w:r>
        <w:rPr>
          <w:rFonts w:ascii="EB Garamond" w:hAnsi="EB Garamond" w:eastAsia="EB Garamond"/>
          <w:i/>
          <w:sz w:val="22"/>
        </w:rPr>
        <w:t>Elsie — lied because she wanted people to like her.</w:t>
      </w:r>
    </w:p>
    <w:p>
      <w:pPr>
        <w:spacing w:after="0" w:line="120" w:lineRule="exact"/>
      </w:pPr>
    </w:p>
    <w:p>
      <w:pPr>
        <w:spacing w:after="0" w:line="264" w:lineRule="exact"/>
        <w:ind w:firstLine="0" w:left="0"/>
      </w:pPr>
      <w:r>
        <w:rPr>
          <w:rFonts w:ascii="EB Garamond" w:hAnsi="EB Garamond" w:eastAsia="EB Garamond"/>
          <w:i/>
          <w:sz w:val="22"/>
        </w:rPr>
        <w:t>Maddie — ?</w:t>
      </w:r>
    </w:p>
    <w:p>
      <w:pPr>
        <w:spacing w:after="0" w:line="120" w:lineRule="exact"/>
      </w:pPr>
    </w:p>
    <w:p>
      <w:pPr>
        <w:spacing w:after="0" w:line="264" w:lineRule="exact"/>
        <w:ind w:firstLine="0" w:left="0"/>
      </w:pPr>
      <w:r>
        <w:rPr>
          <w:rFonts w:ascii="EB Garamond" w:hAnsi="EB Garamond" w:eastAsia="EB Garamond"/>
          <w:sz w:val="22"/>
        </w:rPr>
        <w:t>She stopped.</w:t>
      </w:r>
    </w:p>
    <w:p>
      <w:pPr>
        <w:spacing w:after="0" w:line="120" w:lineRule="exact"/>
      </w:pPr>
    </w:p>
    <w:p>
      <w:pPr>
        <w:spacing w:after="0" w:line="264" w:lineRule="exact"/>
        <w:ind w:firstLine="0" w:left="0"/>
      </w:pPr>
      <w:r>
        <w:rPr>
          <w:rFonts w:ascii="EB Garamond" w:hAnsi="EB Garamond" w:eastAsia="EB Garamond"/>
          <w:sz w:val="22"/>
        </w:rPr>
        <w:t>She would not write Maddie.</w:t>
      </w:r>
    </w:p>
    <w:p>
      <w:pPr>
        <w:spacing w:after="0" w:line="120" w:lineRule="exact"/>
      </w:pPr>
    </w:p>
    <w:p>
      <w:pPr>
        <w:spacing w:after="0" w:line="264" w:lineRule="exact"/>
        <w:ind w:firstLine="0" w:left="0"/>
      </w:pPr>
      <w:r>
        <w:rPr>
          <w:rFonts w:ascii="EB Garamond" w:hAnsi="EB Garamond" w:eastAsia="EB Garamond"/>
          <w:sz w:val="22"/>
        </w:rPr>
        <w:t>Not like that.</w:t>
      </w:r>
    </w:p>
    <w:p>
      <w:pPr>
        <w:spacing w:after="0" w:line="120" w:lineRule="exact"/>
      </w:pPr>
    </w:p>
    <w:p>
      <w:pPr>
        <w:spacing w:after="0" w:line="264" w:lineRule="exact"/>
        <w:ind w:firstLine="0" w:left="0"/>
      </w:pPr>
      <w:r>
        <w:rPr>
          <w:rFonts w:ascii="EB Garamond" w:hAnsi="EB Garamond" w:eastAsia="EB Garamond"/>
          <w:sz w:val="22"/>
        </w:rPr>
        <w:t>Grandma said:</w:t>
      </w:r>
    </w:p>
    <w:p>
      <w:pPr>
        <w:spacing w:after="0" w:line="120" w:lineRule="exact"/>
      </w:pPr>
    </w:p>
    <w:p>
      <w:pPr>
        <w:spacing w:after="0" w:line="264" w:lineRule="exact"/>
        <w:ind w:firstLine="0" w:left="0"/>
      </w:pPr>
      <w:r>
        <w:rPr>
          <w:rFonts w:ascii="EB Garamond" w:hAnsi="EB Garamond" w:eastAsia="EB Garamond"/>
          <w:sz w:val="22"/>
        </w:rPr>
        <w:t>“You still there?”</w:t>
      </w:r>
    </w:p>
    <w:p>
      <w:pPr>
        <w:spacing w:after="0" w:line="120" w:lineRule="exact"/>
      </w:pPr>
    </w:p>
    <w:p>
      <w:pPr>
        <w:spacing w:after="0" w:line="264" w:lineRule="exact"/>
        <w:ind w:firstLine="0" w:left="0"/>
      </w:pPr>
      <w:r>
        <w:rPr>
          <w:rFonts w:ascii="EB Garamond" w:hAnsi="EB Garamond" w:eastAsia="EB Garamond"/>
          <w:sz w:val="22"/>
        </w:rPr>
        <w:t>“Yeah.”</w:t>
      </w:r>
    </w:p>
    <w:p>
      <w:pPr>
        <w:spacing w:after="0" w:line="120" w:lineRule="exact"/>
      </w:pPr>
    </w:p>
    <w:p>
      <w:pPr>
        <w:spacing w:after="0" w:line="264" w:lineRule="exact"/>
        <w:ind w:firstLine="0" w:left="0"/>
      </w:pPr>
      <w:r>
        <w:rPr>
          <w:rFonts w:ascii="EB Garamond" w:hAnsi="EB Garamond" w:eastAsia="EB Garamond"/>
          <w:sz w:val="22"/>
        </w:rPr>
        <w:t>“What are you thinking?”</w:t>
      </w:r>
    </w:p>
    <w:p>
      <w:pPr>
        <w:spacing w:after="0" w:line="120" w:lineRule="exact"/>
      </w:pPr>
    </w:p>
    <w:p>
      <w:pPr>
        <w:spacing w:after="0" w:line="264" w:lineRule="exact"/>
        <w:ind w:firstLine="0" w:left="0"/>
      </w:pPr>
      <w:r>
        <w:rPr>
          <w:rFonts w:ascii="EB Garamond" w:hAnsi="EB Garamond" w:eastAsia="EB Garamond"/>
          <w:sz w:val="22"/>
        </w:rPr>
        <w:t>“That your list is causing me a lot of problems.”</w:t>
      </w:r>
    </w:p>
    <w:p>
      <w:pPr>
        <w:spacing w:after="0" w:line="120" w:lineRule="exact"/>
      </w:pPr>
    </w:p>
    <w:p>
      <w:pPr>
        <w:spacing w:after="0" w:line="264" w:lineRule="exact"/>
        <w:ind w:firstLine="0" w:left="0"/>
      </w:pPr>
      <w:r>
        <w:rPr>
          <w:rFonts w:ascii="EB Garamond" w:hAnsi="EB Garamond" w:eastAsia="EB Garamond"/>
          <w:sz w:val="22"/>
        </w:rPr>
        <w:t>“I’m devastated.”</w:t>
      </w:r>
    </w:p>
    <w:p>
      <w:pPr>
        <w:spacing w:after="0" w:line="120" w:lineRule="exact"/>
      </w:pPr>
    </w:p>
    <w:p>
      <w:pPr>
        <w:spacing w:after="0" w:line="264" w:lineRule="exact"/>
        <w:ind w:firstLine="0" w:left="0"/>
      </w:pPr>
      <w:r>
        <w:rPr>
          <w:rFonts w:ascii="EB Garamond" w:hAnsi="EB Garamond" w:eastAsia="EB Garamond"/>
          <w:sz w:val="22"/>
        </w:rPr>
        <w:t>“You should be.”</w:t>
      </w:r>
    </w:p>
    <w:p>
      <w:pPr>
        <w:spacing w:after="0" w:line="120" w:lineRule="exact"/>
      </w:pPr>
    </w:p>
    <w:p>
      <w:pPr>
        <w:spacing w:after="0" w:line="264" w:lineRule="exact"/>
        <w:ind w:firstLine="0" w:left="0"/>
      </w:pPr>
      <w:r>
        <w:rPr>
          <w:rFonts w:ascii="EB Garamond" w:hAnsi="EB Garamond" w:eastAsia="EB Garamond"/>
          <w:sz w:val="22"/>
        </w:rPr>
        <w:t>“Anything else?”</w:t>
      </w:r>
    </w:p>
    <w:p>
      <w:pPr>
        <w:spacing w:after="0" w:line="120" w:lineRule="exact"/>
      </w:pPr>
    </w:p>
    <w:p>
      <w:pPr>
        <w:spacing w:after="0" w:line="264" w:lineRule="exact"/>
        <w:ind w:firstLine="0" w:left="0"/>
      </w:pPr>
      <w:r>
        <w:rPr>
          <w:rFonts w:ascii="EB Garamond" w:hAnsi="EB Garamond" w:eastAsia="EB Garamond"/>
          <w:sz w:val="22"/>
        </w:rPr>
        <w:t>Elsie stared at the heading.</w:t>
      </w:r>
    </w:p>
    <w:p>
      <w:pPr>
        <w:spacing w:after="0" w:line="120" w:lineRule="exact"/>
      </w:pPr>
    </w:p>
    <w:p>
      <w:pPr>
        <w:spacing w:after="0" w:line="264" w:lineRule="exact"/>
        <w:ind w:firstLine="0" w:left="0"/>
      </w:pPr>
      <w:r>
        <w:rPr>
          <w:rFonts w:ascii="EB Garamond" w:hAnsi="EB Garamond" w:eastAsia="EB Garamond"/>
          <w:sz w:val="22"/>
        </w:rPr>
        <w:t>“Not yet.”</w:t>
      </w:r>
    </w:p>
    <w:p>
      <w:pPr>
        <w:spacing w:after="0" w:line="120" w:lineRule="exact"/>
      </w:pPr>
    </w:p>
    <w:p>
      <w:pPr>
        <w:spacing w:after="0" w:line="264" w:lineRule="exact"/>
        <w:ind w:firstLine="0" w:left="0"/>
      </w:pPr>
      <w:r>
        <w:rPr>
          <w:rFonts w:ascii="EB Garamond" w:hAnsi="EB Garamond" w:eastAsia="EB Garamond"/>
          <w:sz w:val="22"/>
        </w:rPr>
        <w:t>Grandma seemed to understand.</w:t>
      </w:r>
    </w:p>
    <w:p>
      <w:pPr>
        <w:spacing w:after="0" w:line="120" w:lineRule="exact"/>
      </w:pPr>
    </w:p>
    <w:p>
      <w:pPr>
        <w:spacing w:after="0" w:line="264" w:lineRule="exact"/>
        <w:ind w:firstLine="0" w:left="0"/>
      </w:pPr>
      <w:r>
        <w:rPr>
          <w:rFonts w:ascii="EB Garamond" w:hAnsi="EB Garamond" w:eastAsia="EB Garamond"/>
          <w:sz w:val="22"/>
        </w:rPr>
        <w:t>“Okay.”</w:t>
      </w:r>
    </w:p>
    <w:p>
      <w:pPr>
        <w:spacing w:after="0" w:line="120" w:lineRule="exact"/>
      </w:pPr>
    </w:p>
    <w:p>
      <w:pPr>
        <w:spacing w:after="0" w:line="264" w:lineRule="exact"/>
        <w:ind w:firstLine="0" w:left="0"/>
      </w:pPr>
      <w:r>
        <w:rPr>
          <w:rFonts w:ascii="EB Garamond" w:hAnsi="EB Garamond" w:eastAsia="EB Garamond"/>
          <w:sz w:val="22"/>
        </w:rPr>
        <w:t>After they hung up, Elsie opened her Bible.</w:t>
      </w:r>
    </w:p>
    <w:p>
      <w:pPr>
        <w:spacing w:after="0" w:line="120" w:lineRule="exact"/>
      </w:pPr>
    </w:p>
    <w:p>
      <w:pPr>
        <w:spacing w:after="0" w:line="264" w:lineRule="exact"/>
        <w:ind w:firstLine="0" w:left="0"/>
      </w:pPr>
      <w:r>
        <w:rPr>
          <w:rFonts w:ascii="EB Garamond" w:hAnsi="EB Garamond" w:eastAsia="EB Garamond"/>
          <w:sz w:val="22"/>
        </w:rPr>
        <w:t>Not because she knew where to look.</w:t>
      </w:r>
    </w:p>
    <w:p>
      <w:pPr>
        <w:spacing w:after="0" w:line="120" w:lineRule="exact"/>
      </w:pPr>
    </w:p>
    <w:p>
      <w:pPr>
        <w:spacing w:after="0" w:line="264" w:lineRule="exact"/>
        <w:ind w:firstLine="0" w:left="0"/>
      </w:pPr>
      <w:r>
        <w:rPr>
          <w:rFonts w:ascii="EB Garamond" w:hAnsi="EB Garamond" w:eastAsia="EB Garamond"/>
          <w:sz w:val="22"/>
        </w:rPr>
        <w:t>She didn’t.</w:t>
      </w:r>
    </w:p>
    <w:p>
      <w:pPr>
        <w:spacing w:after="0" w:line="120" w:lineRule="exact"/>
      </w:pPr>
    </w:p>
    <w:p>
      <w:pPr>
        <w:spacing w:after="0" w:line="264" w:lineRule="exact"/>
        <w:ind w:firstLine="0" w:left="0"/>
      </w:pPr>
      <w:r>
        <w:rPr>
          <w:rFonts w:ascii="EB Garamond" w:hAnsi="EB Garamond" w:eastAsia="EB Garamond"/>
          <w:sz w:val="22"/>
        </w:rPr>
        <w:t>She flipped to Peter.</w:t>
      </w:r>
    </w:p>
    <w:p>
      <w:pPr>
        <w:spacing w:after="0" w:line="120" w:lineRule="exact"/>
      </w:pPr>
    </w:p>
    <w:p>
      <w:pPr>
        <w:spacing w:after="0" w:line="264" w:lineRule="exact"/>
        <w:ind w:firstLine="0" w:left="0"/>
      </w:pPr>
      <w:r>
        <w:rPr>
          <w:rFonts w:ascii="EB Garamond" w:hAnsi="EB Garamond" w:eastAsia="EB Garamond"/>
          <w:sz w:val="22"/>
        </w:rPr>
        <w:t>She had marked the pages weeks ago.</w:t>
      </w:r>
    </w:p>
    <w:p>
      <w:pPr>
        <w:spacing w:after="0" w:line="120" w:lineRule="exact"/>
      </w:pPr>
    </w:p>
    <w:p>
      <w:pPr>
        <w:spacing w:after="0" w:line="264" w:lineRule="exact"/>
        <w:ind w:firstLine="0" w:left="0"/>
      </w:pPr>
      <w:r>
        <w:rPr>
          <w:rFonts w:ascii="EB Garamond" w:hAnsi="EB Garamond" w:eastAsia="EB Garamond"/>
          <w:sz w:val="22"/>
        </w:rPr>
        <w:t>Denial.</w:t>
      </w:r>
    </w:p>
    <w:p>
      <w:pPr>
        <w:spacing w:after="0" w:line="120" w:lineRule="exact"/>
      </w:pPr>
    </w:p>
    <w:p>
      <w:pPr>
        <w:spacing w:after="0" w:line="264" w:lineRule="exact"/>
        <w:ind w:firstLine="0" w:left="0"/>
      </w:pPr>
      <w:r>
        <w:rPr>
          <w:rFonts w:ascii="EB Garamond" w:hAnsi="EB Garamond" w:eastAsia="EB Garamond"/>
          <w:sz w:val="22"/>
        </w:rPr>
        <w:t>Breakfast on the beach.</w:t>
      </w:r>
    </w:p>
    <w:p>
      <w:pPr>
        <w:spacing w:after="0" w:line="120" w:lineRule="exact"/>
      </w:pPr>
    </w:p>
    <w:p>
      <w:pPr>
        <w:spacing w:after="0" w:line="264" w:lineRule="exact"/>
        <w:ind w:firstLine="0" w:left="0"/>
      </w:pPr>
      <w:r>
        <w:rPr>
          <w:rFonts w:ascii="EB Garamond" w:hAnsi="EB Garamond" w:eastAsia="EB Garamond"/>
          <w:sz w:val="22"/>
        </w:rPr>
        <w:t>Failure.</w:t>
      </w:r>
    </w:p>
    <w:p>
      <w:pPr>
        <w:spacing w:after="0" w:line="120" w:lineRule="exact"/>
      </w:pPr>
    </w:p>
    <w:p>
      <w:pPr>
        <w:spacing w:after="0" w:line="264" w:lineRule="exact"/>
        <w:ind w:firstLine="0" w:left="0"/>
      </w:pPr>
      <w:r>
        <w:rPr>
          <w:rFonts w:ascii="EB Garamond" w:hAnsi="EB Garamond" w:eastAsia="EB Garamond"/>
          <w:sz w:val="22"/>
        </w:rPr>
        <w:t>Then responsibility.</w:t>
      </w:r>
    </w:p>
    <w:p>
      <w:pPr>
        <w:spacing w:after="0" w:line="120" w:lineRule="exact"/>
      </w:pPr>
    </w:p>
    <w:p>
      <w:pPr>
        <w:spacing w:after="0" w:line="264" w:lineRule="exact"/>
        <w:ind w:firstLine="0" w:left="0"/>
      </w:pPr>
      <w:r>
        <w:rPr>
          <w:rFonts w:ascii="EB Garamond" w:hAnsi="EB Garamond" w:eastAsia="EB Garamond"/>
          <w:sz w:val="22"/>
        </w:rPr>
        <w:t>Purpose.</w:t>
      </w:r>
    </w:p>
    <w:p>
      <w:pPr>
        <w:spacing w:after="0" w:line="120" w:lineRule="exact"/>
      </w:pPr>
    </w:p>
    <w:p>
      <w:pPr>
        <w:spacing w:after="0" w:line="264" w:lineRule="exact"/>
        <w:ind w:firstLine="0" w:left="0"/>
      </w:pPr>
      <w:r>
        <w:rPr>
          <w:rFonts w:ascii="EB Garamond" w:hAnsi="EB Garamond" w:eastAsia="EB Garamond"/>
          <w:sz w:val="22"/>
        </w:rPr>
        <w:t>She thought about the word again.</w:t>
      </w:r>
    </w:p>
    <w:p>
      <w:pPr>
        <w:spacing w:after="0" w:line="120" w:lineRule="exact"/>
      </w:pPr>
    </w:p>
    <w:p>
      <w:pPr>
        <w:spacing w:after="0" w:line="264" w:lineRule="exact"/>
        <w:ind w:firstLine="0" w:left="0"/>
      </w:pPr>
      <w:r>
        <w:rPr>
          <w:rFonts w:ascii="EB Garamond" w:hAnsi="EB Garamond" w:eastAsia="EB Garamond"/>
          <w:i/>
          <w:sz w:val="22"/>
        </w:rPr>
        <w:t>Anyway.</w:t>
      </w:r>
    </w:p>
    <w:p>
      <w:pPr>
        <w:spacing w:after="0" w:line="120" w:lineRule="exact"/>
      </w:pPr>
    </w:p>
    <w:p>
      <w:pPr>
        <w:spacing w:after="0" w:line="264" w:lineRule="exact"/>
        <w:ind w:firstLine="0" w:left="0"/>
      </w:pPr>
      <w:r>
        <w:rPr>
          <w:rFonts w:ascii="EB Garamond" w:hAnsi="EB Garamond" w:eastAsia="EB Garamond"/>
          <w:sz w:val="22"/>
        </w:rPr>
        <w:t>Jesus knew Peter would deny Him before Peter did it.</w:t>
      </w:r>
    </w:p>
    <w:p>
      <w:pPr>
        <w:spacing w:after="0" w:line="120" w:lineRule="exact"/>
      </w:pPr>
    </w:p>
    <w:p>
      <w:pPr>
        <w:spacing w:after="0" w:line="264" w:lineRule="exact"/>
        <w:ind w:firstLine="0" w:left="0"/>
      </w:pPr>
      <w:r>
        <w:rPr>
          <w:rFonts w:ascii="EB Garamond" w:hAnsi="EB Garamond" w:eastAsia="EB Garamond"/>
          <w:sz w:val="22"/>
        </w:rPr>
        <w:t>That part suddenly mattered.</w:t>
      </w:r>
    </w:p>
    <w:p>
      <w:pPr>
        <w:spacing w:after="0" w:line="120" w:lineRule="exact"/>
      </w:pPr>
    </w:p>
    <w:p>
      <w:pPr>
        <w:spacing w:after="0" w:line="264" w:lineRule="exact"/>
        <w:ind w:firstLine="0" w:left="0"/>
      </w:pPr>
      <w:r>
        <w:rPr>
          <w:rFonts w:ascii="EB Garamond" w:hAnsi="EB Garamond" w:eastAsia="EB Garamond"/>
          <w:sz w:val="22"/>
        </w:rPr>
        <w:t>It wasn’t:</w:t>
      </w:r>
    </w:p>
    <w:p>
      <w:pPr>
        <w:spacing w:after="0" w:line="120" w:lineRule="exact"/>
      </w:pPr>
    </w:p>
    <w:p>
      <w:pPr>
        <w:spacing w:after="0" w:line="264" w:lineRule="exact"/>
        <w:ind w:firstLine="0" w:left="0"/>
      </w:pPr>
      <w:r>
        <w:rPr>
          <w:rFonts w:ascii="EB Garamond" w:hAnsi="EB Garamond" w:eastAsia="EB Garamond"/>
          <w:sz w:val="22"/>
        </w:rPr>
        <w:t>Peter failed.</w:t>
      </w:r>
    </w:p>
    <w:p>
      <w:pPr>
        <w:spacing w:after="0" w:line="120" w:lineRule="exact"/>
      </w:pPr>
    </w:p>
    <w:p>
      <w:pPr>
        <w:spacing w:after="0" w:line="264" w:lineRule="exact"/>
        <w:ind w:firstLine="0" w:left="0"/>
      </w:pPr>
      <w:r>
        <w:rPr>
          <w:rFonts w:ascii="EB Garamond" w:hAnsi="EB Garamond" w:eastAsia="EB Garamond"/>
          <w:sz w:val="22"/>
        </w:rPr>
        <w:t>Jesus found out.</w:t>
      </w:r>
    </w:p>
    <w:p>
      <w:pPr>
        <w:spacing w:after="0" w:line="120" w:lineRule="exact"/>
      </w:pPr>
    </w:p>
    <w:p>
      <w:pPr>
        <w:spacing w:after="0" w:line="264" w:lineRule="exact"/>
        <w:ind w:firstLine="0" w:left="0"/>
      </w:pPr>
      <w:r>
        <w:rPr>
          <w:rFonts w:ascii="EB Garamond" w:hAnsi="EB Garamond" w:eastAsia="EB Garamond"/>
          <w:sz w:val="22"/>
        </w:rPr>
        <w:t>Jesus reconsidered.</w:t>
      </w:r>
    </w:p>
    <w:p>
      <w:pPr>
        <w:spacing w:after="0" w:line="120" w:lineRule="exact"/>
      </w:pPr>
    </w:p>
    <w:p>
      <w:pPr>
        <w:spacing w:after="0" w:line="264" w:lineRule="exact"/>
        <w:ind w:firstLine="0" w:left="0"/>
      </w:pPr>
      <w:r>
        <w:rPr>
          <w:rFonts w:ascii="EB Garamond" w:hAnsi="EB Garamond" w:eastAsia="EB Garamond"/>
          <w:sz w:val="22"/>
        </w:rPr>
        <w:t>Jesus eventually decided Peter might still be useful.</w:t>
      </w:r>
    </w:p>
    <w:p>
      <w:pPr>
        <w:spacing w:after="0" w:line="120" w:lineRule="exact"/>
      </w:pPr>
    </w:p>
    <w:p>
      <w:pPr>
        <w:spacing w:after="0" w:line="264" w:lineRule="exact"/>
        <w:ind w:firstLine="0" w:left="0"/>
      </w:pPr>
      <w:r>
        <w:rPr>
          <w:rFonts w:ascii="EB Garamond" w:hAnsi="EB Garamond" w:eastAsia="EB Garamond"/>
          <w:sz w:val="22"/>
        </w:rPr>
        <w:t>Jesus already knew.</w:t>
      </w:r>
    </w:p>
    <w:p>
      <w:pPr>
        <w:spacing w:after="0" w:line="120" w:lineRule="exact"/>
      </w:pPr>
    </w:p>
    <w:p>
      <w:pPr>
        <w:spacing w:after="0" w:line="264" w:lineRule="exact"/>
        <w:ind w:firstLine="0" w:left="0"/>
      </w:pPr>
      <w:r>
        <w:rPr>
          <w:rFonts w:ascii="EB Garamond" w:hAnsi="EB Garamond" w:eastAsia="EB Garamond"/>
          <w:sz w:val="22"/>
        </w:rPr>
        <w:t>Elsie sat very still.</w:t>
      </w:r>
    </w:p>
    <w:p>
      <w:pPr>
        <w:spacing w:after="0" w:line="120" w:lineRule="exact"/>
      </w:pPr>
    </w:p>
    <w:p>
      <w:pPr>
        <w:spacing w:after="0" w:line="264" w:lineRule="exact"/>
        <w:ind w:firstLine="0" w:left="0"/>
      </w:pPr>
      <w:r>
        <w:rPr>
          <w:rFonts w:ascii="EB Garamond" w:hAnsi="EB Garamond" w:eastAsia="EB Garamond"/>
          <w:sz w:val="22"/>
        </w:rPr>
        <w:t>That felt different.</w:t>
      </w:r>
    </w:p>
    <w:p>
      <w:pPr>
        <w:spacing w:after="0" w:line="120" w:lineRule="exact"/>
      </w:pPr>
    </w:p>
    <w:p>
      <w:pPr>
        <w:spacing w:after="0" w:line="264" w:lineRule="exact"/>
        <w:ind w:firstLine="0" w:left="0"/>
      </w:pPr>
      <w:r>
        <w:rPr>
          <w:rFonts w:ascii="EB Garamond" w:hAnsi="EB Garamond" w:eastAsia="EB Garamond"/>
          <w:sz w:val="22"/>
        </w:rPr>
        <w:t>Her phone buzzed.</w:t>
      </w:r>
    </w:p>
    <w:p>
      <w:pPr>
        <w:spacing w:after="0" w:line="120" w:lineRule="exact"/>
      </w:pPr>
    </w:p>
    <w:p>
      <w:pPr>
        <w:spacing w:after="0" w:line="264" w:lineRule="exact"/>
        <w:ind w:firstLine="0" w:left="0"/>
      </w:pPr>
      <w:r>
        <w:rPr>
          <w:rFonts w:ascii="EB Garamond" w:hAnsi="EB Garamond" w:eastAsia="EB Garamond"/>
          <w:sz w:val="22"/>
        </w:rPr>
        <w:t>Maddie.</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ava says you’re having an existential crisis about one word</w:t>
      </w:r>
    </w:p>
    <w:p>
      <w:pPr>
        <w:spacing w:after="0" w:line="120" w:lineRule="exact"/>
      </w:pPr>
    </w:p>
    <w:p>
      <w:pPr>
        <w:spacing w:after="0" w:line="264" w:lineRule="exact"/>
        <w:ind w:firstLine="0" w:left="0"/>
      </w:pPr>
      <w:r>
        <w:rPr>
          <w:rFonts w:ascii="EB Garamond" w:hAnsi="EB Garamond" w:eastAsia="EB Garamond"/>
          <w:sz w:val="22"/>
        </w:rPr>
        <w:t>Elsie stared.</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why does ava know this</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mason</w:t>
      </w:r>
    </w:p>
    <w:p>
      <w:pPr>
        <w:spacing w:after="0" w:line="120" w:lineRule="exact"/>
      </w:pPr>
    </w:p>
    <w:p>
      <w:pPr>
        <w:spacing w:after="0" w:line="264" w:lineRule="exact"/>
        <w:ind w:firstLine="0" w:left="0"/>
      </w:pPr>
      <w:r>
        <w:rPr>
          <w:rFonts w:ascii="EB Garamond" w:hAnsi="EB Garamond" w:eastAsia="EB Garamond"/>
          <w:sz w:val="22"/>
        </w:rPr>
        <w:t>Of course.</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betrayal</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what word</w:t>
      </w:r>
    </w:p>
    <w:p>
      <w:pPr>
        <w:spacing w:after="0" w:line="120" w:lineRule="exact"/>
      </w:pPr>
    </w:p>
    <w:p>
      <w:pPr>
        <w:spacing w:after="0" w:line="264" w:lineRule="exact"/>
        <w:ind w:firstLine="0" w:left="0"/>
      </w:pPr>
      <w:r>
        <w:rPr>
          <w:rFonts w:ascii="EB Garamond" w:hAnsi="EB Garamond" w:eastAsia="EB Garamond"/>
          <w:sz w:val="22"/>
        </w:rPr>
        <w:t>Elsie hesitated.</w:t>
      </w:r>
    </w:p>
    <w:p>
      <w:pPr>
        <w:spacing w:after="0" w:line="120" w:lineRule="exact"/>
      </w:pPr>
    </w:p>
    <w:p>
      <w:pPr>
        <w:spacing w:after="0" w:line="264" w:lineRule="exact"/>
        <w:ind w:firstLine="0" w:left="0"/>
      </w:pPr>
      <w:r>
        <w:rPr>
          <w:rFonts w:ascii="EB Garamond" w:hAnsi="EB Garamond" w:eastAsia="EB Garamond"/>
          <w:sz w:val="22"/>
        </w:rPr>
        <w:t>Then sent:</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anyway</w:t>
      </w:r>
    </w:p>
    <w:p>
      <w:pPr>
        <w:spacing w:after="0" w:line="120" w:lineRule="exact"/>
      </w:pPr>
    </w:p>
    <w:p>
      <w:pPr>
        <w:spacing w:after="0" w:line="264" w:lineRule="exact"/>
        <w:ind w:firstLine="0" w:left="0"/>
      </w:pPr>
      <w:r>
        <w:rPr>
          <w:rFonts w:ascii="EB Garamond" w:hAnsi="EB Garamond" w:eastAsia="EB Garamond"/>
          <w:sz w:val="22"/>
        </w:rPr>
        <w:t>Three dots.</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what</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long story</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obviously</w:t>
      </w:r>
    </w:p>
    <w:p>
      <w:pPr>
        <w:spacing w:after="0" w:line="120" w:lineRule="exact"/>
      </w:pPr>
    </w:p>
    <w:p>
      <w:pPr>
        <w:spacing w:after="0" w:line="264" w:lineRule="exact"/>
        <w:ind w:firstLine="0" w:left="0"/>
      </w:pPr>
      <w:r>
        <w:rPr>
          <w:rFonts w:ascii="EB Garamond" w:hAnsi="EB Garamond" w:eastAsia="EB Garamond"/>
          <w:sz w:val="22"/>
        </w:rPr>
        <w:t>Pause.</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are you okay</w:t>
      </w:r>
    </w:p>
    <w:p>
      <w:pPr>
        <w:spacing w:after="0" w:line="120" w:lineRule="exact"/>
      </w:pPr>
    </w:p>
    <w:p>
      <w:pPr>
        <w:spacing w:after="0" w:line="264" w:lineRule="exact"/>
        <w:ind w:firstLine="0" w:left="0"/>
      </w:pPr>
      <w:r>
        <w:rPr>
          <w:rFonts w:ascii="EB Garamond" w:hAnsi="EB Garamond" w:eastAsia="EB Garamond"/>
          <w:sz w:val="22"/>
        </w:rPr>
        <w:t>Elsie stared at the message.</w:t>
      </w:r>
    </w:p>
    <w:p>
      <w:pPr>
        <w:spacing w:after="0" w:line="120" w:lineRule="exact"/>
      </w:pPr>
    </w:p>
    <w:p>
      <w:pPr>
        <w:spacing w:after="0" w:line="264" w:lineRule="exact"/>
        <w:ind w:firstLine="0" w:left="0"/>
      </w:pPr>
      <w:r>
        <w:rPr>
          <w:rFonts w:ascii="EB Garamond" w:hAnsi="EB Garamond" w:eastAsia="EB Garamond"/>
          <w:sz w:val="22"/>
        </w:rPr>
        <w:t>Such a normal question.</w:t>
      </w:r>
    </w:p>
    <w:p>
      <w:pPr>
        <w:spacing w:after="0" w:line="120" w:lineRule="exact"/>
      </w:pPr>
    </w:p>
    <w:p>
      <w:pPr>
        <w:spacing w:after="0" w:line="264" w:lineRule="exact"/>
        <w:ind w:firstLine="0" w:left="0"/>
      </w:pPr>
      <w:r>
        <w:rPr>
          <w:rFonts w:ascii="EB Garamond" w:hAnsi="EB Garamond" w:eastAsia="EB Garamond"/>
          <w:sz w:val="22"/>
        </w:rPr>
        <w:t>Except after the last week, it didn’t feel normal.</w:t>
      </w:r>
    </w:p>
    <w:p>
      <w:pPr>
        <w:spacing w:after="0" w:line="120" w:lineRule="exact"/>
      </w:pPr>
    </w:p>
    <w:p>
      <w:pPr>
        <w:spacing w:after="0" w:line="264" w:lineRule="exact"/>
        <w:ind w:firstLine="0" w:left="0"/>
      </w:pPr>
      <w:r>
        <w:rPr>
          <w:rFonts w:ascii="EB Garamond" w:hAnsi="EB Garamond" w:eastAsia="EB Garamond"/>
          <w:sz w:val="22"/>
        </w:rPr>
        <w:t>She could say fine.</w:t>
      </w:r>
    </w:p>
    <w:p>
      <w:pPr>
        <w:spacing w:after="0" w:line="120" w:lineRule="exact"/>
      </w:pPr>
    </w:p>
    <w:p>
      <w:pPr>
        <w:spacing w:after="0" w:line="264" w:lineRule="exact"/>
        <w:ind w:firstLine="0" w:left="0"/>
      </w:pPr>
      <w:r>
        <w:rPr>
          <w:rFonts w:ascii="EB Garamond" w:hAnsi="EB Garamond" w:eastAsia="EB Garamond"/>
          <w:sz w:val="22"/>
        </w:rPr>
        <w:t>Automatic.</w:t>
      </w:r>
    </w:p>
    <w:p>
      <w:pPr>
        <w:spacing w:after="0" w:line="120" w:lineRule="exact"/>
      </w:pPr>
    </w:p>
    <w:p>
      <w:pPr>
        <w:spacing w:after="0" w:line="264" w:lineRule="exact"/>
        <w:ind w:firstLine="0" w:left="0"/>
      </w:pPr>
      <w:r>
        <w:rPr>
          <w:rFonts w:ascii="EB Garamond" w:hAnsi="EB Garamond" w:eastAsia="EB Garamond"/>
          <w:sz w:val="22"/>
        </w:rPr>
        <w:t>Easy.</w:t>
      </w:r>
    </w:p>
    <w:p>
      <w:pPr>
        <w:spacing w:after="0" w:line="120" w:lineRule="exact"/>
      </w:pPr>
    </w:p>
    <w:p>
      <w:pPr>
        <w:spacing w:after="0" w:line="264" w:lineRule="exact"/>
        <w:ind w:firstLine="0" w:left="0"/>
      </w:pPr>
      <w:r>
        <w:rPr>
          <w:rFonts w:ascii="EB Garamond" w:hAnsi="EB Garamond" w:eastAsia="EB Garamond"/>
          <w:sz w:val="22"/>
        </w:rPr>
        <w:t>Instead:</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yeah</w:t>
      </w:r>
    </w:p>
    <w:p>
      <w:pPr>
        <w:spacing w:after="0" w:line="120" w:lineRule="exact"/>
      </w:pPr>
    </w:p>
    <w:p>
      <w:pPr>
        <w:spacing w:after="0" w:line="264" w:lineRule="exact"/>
        <w:ind w:firstLine="0" w:left="0"/>
      </w:pPr>
      <w:r>
        <w:rPr>
          <w:rFonts w:ascii="EB Garamond" w:hAnsi="EB Garamond" w:eastAsia="EB Garamond"/>
          <w:sz w:val="22"/>
        </w:rPr>
        <w:t>She stopped.</w:t>
      </w:r>
    </w:p>
    <w:p>
      <w:pPr>
        <w:spacing w:after="0" w:line="120" w:lineRule="exact"/>
      </w:pPr>
    </w:p>
    <w:p>
      <w:pPr>
        <w:spacing w:after="0" w:line="264" w:lineRule="exact"/>
        <w:ind w:firstLine="0" w:left="0"/>
      </w:pPr>
      <w:r>
        <w:rPr>
          <w:rFonts w:ascii="EB Garamond" w:hAnsi="EB Garamond" w:eastAsia="EB Garamond"/>
          <w:sz w:val="22"/>
        </w:rPr>
        <w:t>Added:</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just thinking</w:t>
      </w:r>
    </w:p>
    <w:p>
      <w:pPr>
        <w:spacing w:after="0" w:line="120" w:lineRule="exact"/>
      </w:pPr>
    </w:p>
    <w:p>
      <w:pPr>
        <w:spacing w:after="0" w:line="264" w:lineRule="exact"/>
        <w:ind w:firstLine="0" w:left="0"/>
      </w:pPr>
      <w:r>
        <w:rPr>
          <w:rFonts w:ascii="EB Garamond" w:hAnsi="EB Garamond" w:eastAsia="EB Garamond"/>
          <w:sz w:val="22"/>
        </w:rPr>
        <w:t>Maddie responded:</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dangerous</w:t>
      </w:r>
    </w:p>
    <w:p>
      <w:pPr>
        <w:spacing w:after="0" w:line="120" w:lineRule="exact"/>
      </w:pPr>
    </w:p>
    <w:p>
      <w:pPr>
        <w:spacing w:after="0" w:line="264" w:lineRule="exact"/>
        <w:ind w:firstLine="0" w:left="0"/>
      </w:pPr>
      <w:r>
        <w:rPr>
          <w:rFonts w:ascii="EB Garamond" w:hAnsi="EB Garamond" w:eastAsia="EB Garamond"/>
          <w:sz w:val="22"/>
        </w:rPr>
        <w:t>Elsie smiled.</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extremely</w:t>
      </w:r>
    </w:p>
    <w:p>
      <w:pPr>
        <w:spacing w:after="0" w:line="120" w:lineRule="exact"/>
      </w:pPr>
    </w:p>
    <w:p>
      <w:pPr>
        <w:spacing w:after="0" w:line="264" w:lineRule="exact"/>
        <w:ind w:firstLine="0" w:left="0"/>
      </w:pPr>
      <w:r>
        <w:rPr>
          <w:rFonts w:ascii="EB Garamond" w:hAnsi="EB Garamond" w:eastAsia="EB Garamond"/>
          <w:sz w:val="22"/>
        </w:rPr>
        <w:t>Another pause.</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my mom made dinner tonight</w:t>
      </w:r>
    </w:p>
    <w:p>
      <w:pPr>
        <w:spacing w:after="0" w:line="120" w:lineRule="exact"/>
      </w:pPr>
    </w:p>
    <w:p>
      <w:pPr>
        <w:spacing w:after="0" w:line="264" w:lineRule="exact"/>
        <w:ind w:firstLine="0" w:left="0"/>
      </w:pPr>
      <w:r>
        <w:rPr>
          <w:rFonts w:ascii="EB Garamond" w:hAnsi="EB Garamond" w:eastAsia="EB Garamond"/>
          <w:sz w:val="22"/>
        </w:rPr>
        <w:t>Elsie’s smile disappeared.</w:t>
      </w:r>
    </w:p>
    <w:p>
      <w:pPr>
        <w:spacing w:after="0" w:line="120" w:lineRule="exact"/>
      </w:pPr>
    </w:p>
    <w:p>
      <w:pPr>
        <w:spacing w:after="0" w:line="264" w:lineRule="exact"/>
        <w:ind w:firstLine="0" w:left="0"/>
      </w:pPr>
      <w:r>
        <w:rPr>
          <w:rFonts w:ascii="EB Garamond" w:hAnsi="EB Garamond" w:eastAsia="EB Garamond"/>
          <w:sz w:val="22"/>
        </w:rPr>
        <w:t>She read it again.</w:t>
      </w:r>
    </w:p>
    <w:p>
      <w:pPr>
        <w:spacing w:after="0" w:line="120" w:lineRule="exact"/>
      </w:pPr>
    </w:p>
    <w:p>
      <w:pPr>
        <w:spacing w:after="0" w:line="264" w:lineRule="exact"/>
        <w:ind w:firstLine="0" w:left="0"/>
      </w:pPr>
      <w:r>
        <w:rPr>
          <w:rFonts w:ascii="EB Garamond" w:hAnsi="EB Garamond" w:eastAsia="EB Garamond"/>
          <w:sz w:val="22"/>
        </w:rPr>
        <w:t>Not:</w:t>
      </w:r>
    </w:p>
    <w:p>
      <w:pPr>
        <w:spacing w:after="0" w:line="120" w:lineRule="exact"/>
      </w:pPr>
    </w:p>
    <w:p>
      <w:pPr>
        <w:spacing w:after="0" w:line="264" w:lineRule="exact"/>
        <w:ind w:firstLine="0" w:left="0"/>
      </w:pPr>
      <w:r>
        <w:rPr>
          <w:rFonts w:ascii="EB Garamond" w:hAnsi="EB Garamond" w:eastAsia="EB Garamond"/>
          <w:i/>
          <w:sz w:val="22"/>
        </w:rPr>
        <w:t>My mom is fine.</w:t>
      </w:r>
    </w:p>
    <w:p>
      <w:pPr>
        <w:spacing w:after="0" w:line="120" w:lineRule="exact"/>
      </w:pPr>
    </w:p>
    <w:p>
      <w:pPr>
        <w:spacing w:after="0" w:line="264" w:lineRule="exact"/>
        <w:ind w:firstLine="0" w:left="0"/>
      </w:pPr>
      <w:r>
        <w:rPr>
          <w:rFonts w:ascii="EB Garamond" w:hAnsi="EB Garamond" w:eastAsia="EB Garamond"/>
          <w:sz w:val="22"/>
        </w:rPr>
        <w:t>Not:</w:t>
      </w:r>
    </w:p>
    <w:p>
      <w:pPr>
        <w:spacing w:after="0" w:line="120" w:lineRule="exact"/>
      </w:pPr>
    </w:p>
    <w:p>
      <w:pPr>
        <w:spacing w:after="0" w:line="264" w:lineRule="exact"/>
        <w:ind w:firstLine="0" w:left="0"/>
      </w:pPr>
      <w:r>
        <w:rPr>
          <w:rFonts w:ascii="EB Garamond" w:hAnsi="EB Garamond" w:eastAsia="EB Garamond"/>
          <w:i/>
          <w:sz w:val="22"/>
        </w:rPr>
        <w:t>Everything is fixed.</w:t>
      </w:r>
    </w:p>
    <w:p>
      <w:pPr>
        <w:spacing w:after="0" w:line="120" w:lineRule="exact"/>
      </w:pPr>
    </w:p>
    <w:p>
      <w:pPr>
        <w:spacing w:after="0" w:line="264" w:lineRule="exact"/>
        <w:ind w:firstLine="0" w:left="0"/>
      </w:pPr>
      <w:r>
        <w:rPr>
          <w:rFonts w:ascii="EB Garamond" w:hAnsi="EB Garamond" w:eastAsia="EB Garamond"/>
          <w:sz w:val="22"/>
        </w:rPr>
        <w:t>Just:</w:t>
      </w:r>
    </w:p>
    <w:p>
      <w:pPr>
        <w:spacing w:after="0" w:line="120" w:lineRule="exact"/>
      </w:pPr>
    </w:p>
    <w:p>
      <w:pPr>
        <w:spacing w:after="0" w:line="264" w:lineRule="exact"/>
        <w:ind w:firstLine="0" w:left="0"/>
      </w:pPr>
      <w:r>
        <w:rPr>
          <w:rFonts w:ascii="EB Garamond" w:hAnsi="EB Garamond" w:eastAsia="EB Garamond"/>
          <w:i/>
          <w:sz w:val="22"/>
        </w:rPr>
        <w:t>My mom made dinner tonight.</w:t>
      </w:r>
    </w:p>
    <w:p>
      <w:pPr>
        <w:spacing w:after="0" w:line="120" w:lineRule="exact"/>
      </w:pPr>
    </w:p>
    <w:p>
      <w:pPr>
        <w:spacing w:after="0" w:line="264" w:lineRule="exact"/>
        <w:ind w:firstLine="0" w:left="0"/>
      </w:pPr>
      <w:r>
        <w:rPr>
          <w:rFonts w:ascii="EB Garamond" w:hAnsi="EB Garamond" w:eastAsia="EB Garamond"/>
          <w:sz w:val="22"/>
        </w:rPr>
        <w:t>Elsie understood why Maddie had told her.</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that’s good</w:t>
      </w:r>
    </w:p>
    <w:p>
      <w:pPr>
        <w:spacing w:after="0" w:line="120" w:lineRule="exact"/>
      </w:pPr>
    </w:p>
    <w:p>
      <w:pPr>
        <w:spacing w:after="0" w:line="264" w:lineRule="exact"/>
        <w:ind w:firstLine="0" w:left="0"/>
      </w:pPr>
      <w:r>
        <w:rPr>
          <w:rFonts w:ascii="EB Garamond" w:hAnsi="EB Garamond" w:eastAsia="EB Garamond"/>
          <w:sz w:val="22"/>
        </w:rPr>
        <w:t>Three dots.</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yeah</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she burned the garlic bread</w:t>
      </w:r>
    </w:p>
    <w:p>
      <w:pPr>
        <w:spacing w:after="0" w:line="120" w:lineRule="exact"/>
      </w:pPr>
    </w:p>
    <w:p>
      <w:pPr>
        <w:spacing w:after="0" w:line="264" w:lineRule="exact"/>
        <w:ind w:firstLine="0" w:left="0"/>
      </w:pPr>
      <w:r>
        <w:rPr>
          <w:rFonts w:ascii="EB Garamond" w:hAnsi="EB Garamond" w:eastAsia="EB Garamond"/>
          <w:sz w:val="22"/>
        </w:rPr>
        <w:t>Elsie laughed.</w:t>
      </w:r>
    </w:p>
    <w:p>
      <w:pPr>
        <w:spacing w:after="0" w:line="120" w:lineRule="exact"/>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less good</w:t>
      </w:r>
    </w:p>
    <w:p>
      <w:pPr>
        <w:spacing w:after="0" w:line="120" w:lineRule="exact"/>
      </w:pPr>
    </w:p>
    <w:p>
      <w:pPr>
        <w:spacing w:after="0" w:line="264" w:lineRule="exact"/>
        <w:ind w:firstLine="0" w:left="0"/>
      </w:pPr>
      <w:r>
        <w:rPr>
          <w:rFonts w:ascii="EB Garamond" w:hAnsi="EB Garamond" w:eastAsia="EB Garamond"/>
          <w:b/>
          <w:sz w:val="22"/>
        </w:rPr>
        <w:t>Maddie:</w:t>
      </w:r>
      <w:r>
        <w:rPr>
          <w:rFonts w:ascii="EB Garamond" w:hAnsi="EB Garamond" w:eastAsia="EB Garamond"/>
          <w:sz w:val="22"/>
        </w:rPr>
        <w:t xml:space="preserve"> extremely bad</w:t>
      </w:r>
    </w:p>
    <w:p>
      <w:pPr>
        <w:spacing w:after="0" w:line="120" w:lineRule="exact"/>
      </w:pPr>
    </w:p>
    <w:p>
      <w:pPr>
        <w:spacing w:after="0" w:line="264" w:lineRule="exact"/>
        <w:ind w:firstLine="0" w:left="0"/>
      </w:pPr>
      <w:r>
        <w:rPr>
          <w:rFonts w:ascii="EB Garamond" w:hAnsi="EB Garamond" w:eastAsia="EB Garamond"/>
          <w:sz w:val="22"/>
        </w:rPr>
        <w:t>Elsie stared at the messages.</w:t>
      </w:r>
    </w:p>
    <w:p>
      <w:pPr>
        <w:spacing w:after="0" w:line="120" w:lineRule="exact"/>
      </w:pPr>
    </w:p>
    <w:p>
      <w:pPr>
        <w:spacing w:after="0" w:line="264" w:lineRule="exact"/>
        <w:ind w:firstLine="0" w:left="0"/>
      </w:pPr>
      <w:r>
        <w:rPr>
          <w:rFonts w:ascii="EB Garamond" w:hAnsi="EB Garamond" w:eastAsia="EB Garamond"/>
          <w:sz w:val="22"/>
        </w:rPr>
        <w:t>Something in her chest loosened.</w:t>
      </w:r>
    </w:p>
    <w:p>
      <w:pPr>
        <w:spacing w:after="0" w:line="120" w:lineRule="exact"/>
      </w:pPr>
    </w:p>
    <w:p>
      <w:pPr>
        <w:spacing w:after="0" w:line="264" w:lineRule="exact"/>
        <w:ind w:firstLine="0" w:left="0"/>
      </w:pPr>
      <w:r>
        <w:rPr>
          <w:rFonts w:ascii="EB Garamond" w:hAnsi="EB Garamond" w:eastAsia="EB Garamond"/>
          <w:sz w:val="22"/>
        </w:rPr>
        <w:t>Not because Maddie’s mother was fixed.</w:t>
      </w:r>
    </w:p>
    <w:p>
      <w:pPr>
        <w:spacing w:after="0" w:line="120" w:lineRule="exact"/>
      </w:pPr>
    </w:p>
    <w:p>
      <w:pPr>
        <w:spacing w:after="0" w:line="264" w:lineRule="exact"/>
        <w:ind w:firstLine="0" w:left="0"/>
      </w:pPr>
      <w:r>
        <w:rPr>
          <w:rFonts w:ascii="EB Garamond" w:hAnsi="EB Garamond" w:eastAsia="EB Garamond"/>
          <w:sz w:val="22"/>
        </w:rPr>
        <w:t>Not because Maddie had forgiven her completely.</w:t>
      </w:r>
    </w:p>
    <w:p>
      <w:pPr>
        <w:spacing w:after="0" w:line="120" w:lineRule="exact"/>
      </w:pPr>
    </w:p>
    <w:p>
      <w:pPr>
        <w:spacing w:after="0" w:line="264" w:lineRule="exact"/>
        <w:ind w:firstLine="0" w:left="0"/>
      </w:pPr>
      <w:r>
        <w:rPr>
          <w:rFonts w:ascii="EB Garamond" w:hAnsi="EB Garamond" w:eastAsia="EB Garamond"/>
          <w:sz w:val="22"/>
        </w:rPr>
        <w:t>Not because the story had reached the part where everything became good again.</w:t>
      </w:r>
    </w:p>
    <w:p>
      <w:pPr>
        <w:spacing w:after="0" w:line="120" w:lineRule="exact"/>
      </w:pPr>
    </w:p>
    <w:p>
      <w:pPr>
        <w:spacing w:after="0" w:line="264" w:lineRule="exact"/>
        <w:ind w:firstLine="0" w:left="0"/>
      </w:pPr>
      <w:r>
        <w:rPr>
          <w:rFonts w:ascii="EB Garamond" w:hAnsi="EB Garamond" w:eastAsia="EB Garamond"/>
          <w:sz w:val="22"/>
        </w:rPr>
        <w:t>Dinner.</w:t>
      </w:r>
    </w:p>
    <w:p>
      <w:pPr>
        <w:spacing w:after="0" w:line="120" w:lineRule="exact"/>
      </w:pPr>
    </w:p>
    <w:p>
      <w:pPr>
        <w:spacing w:after="0" w:line="264" w:lineRule="exact"/>
        <w:ind w:firstLine="0" w:left="0"/>
      </w:pPr>
      <w:r>
        <w:rPr>
          <w:rFonts w:ascii="EB Garamond" w:hAnsi="EB Garamond" w:eastAsia="EB Garamond"/>
          <w:sz w:val="22"/>
        </w:rPr>
        <w:t>Burned garlic bread.</w:t>
      </w:r>
    </w:p>
    <w:p>
      <w:pPr>
        <w:spacing w:after="0" w:line="120" w:lineRule="exact"/>
      </w:pPr>
    </w:p>
    <w:p>
      <w:pPr>
        <w:spacing w:after="0" w:line="264" w:lineRule="exact"/>
        <w:ind w:firstLine="0" w:left="0"/>
      </w:pPr>
      <w:r>
        <w:rPr>
          <w:rFonts w:ascii="EB Garamond" w:hAnsi="EB Garamond" w:eastAsia="EB Garamond"/>
          <w:sz w:val="22"/>
        </w:rPr>
        <w:t>A conversation that didn’t hurt.</w:t>
      </w:r>
    </w:p>
    <w:p>
      <w:pPr>
        <w:spacing w:after="0" w:line="120" w:lineRule="exact"/>
      </w:pPr>
    </w:p>
    <w:p>
      <w:pPr>
        <w:spacing w:after="0" w:line="264" w:lineRule="exact"/>
        <w:ind w:firstLine="0" w:left="0"/>
      </w:pPr>
      <w:r>
        <w:rPr>
          <w:rFonts w:ascii="EB Garamond" w:hAnsi="EB Garamond" w:eastAsia="EB Garamond"/>
          <w:sz w:val="22"/>
        </w:rPr>
        <w:t>Small things.</w:t>
      </w:r>
    </w:p>
    <w:p>
      <w:pPr>
        <w:spacing w:after="0" w:line="120" w:lineRule="exact"/>
      </w:pPr>
    </w:p>
    <w:p>
      <w:pPr>
        <w:spacing w:after="0" w:line="264" w:lineRule="exact"/>
        <w:ind w:firstLine="0" w:left="0"/>
      </w:pPr>
      <w:r>
        <w:rPr>
          <w:rFonts w:ascii="EB Garamond" w:hAnsi="EB Garamond" w:eastAsia="EB Garamond"/>
          <w:sz w:val="22"/>
        </w:rPr>
        <w:t>Maybe small things counted.</w:t>
      </w:r>
    </w:p>
    <w:p>
      <w:pPr>
        <w:spacing w:after="0" w:line="120" w:lineRule="exact"/>
      </w:pPr>
    </w:p>
    <w:p>
      <w:pPr>
        <w:spacing w:after="0" w:line="264" w:lineRule="exact"/>
        <w:ind w:firstLine="0" w:left="0"/>
      </w:pPr>
      <w:r>
        <w:rPr>
          <w:rFonts w:ascii="EB Garamond" w:hAnsi="EB Garamond" w:eastAsia="EB Garamond"/>
          <w:sz w:val="22"/>
        </w:rPr>
        <w:t>Wednesday night, Elsie went to Bible study.</w:t>
      </w:r>
    </w:p>
    <w:p>
      <w:pPr>
        <w:spacing w:after="0" w:line="120" w:lineRule="exact"/>
      </w:pPr>
    </w:p>
    <w:p>
      <w:pPr>
        <w:spacing w:after="0" w:line="264" w:lineRule="exact"/>
        <w:ind w:firstLine="0" w:left="0"/>
      </w:pPr>
      <w:r>
        <w:rPr>
          <w:rFonts w:ascii="EB Garamond" w:hAnsi="EB Garamond" w:eastAsia="EB Garamond"/>
          <w:sz w:val="22"/>
        </w:rPr>
        <w:t>She almost didn’t.</w:t>
      </w:r>
    </w:p>
    <w:p>
      <w:pPr>
        <w:spacing w:after="0" w:line="120" w:lineRule="exact"/>
      </w:pPr>
    </w:p>
    <w:p>
      <w:pPr>
        <w:spacing w:after="0" w:line="264" w:lineRule="exact"/>
        <w:ind w:firstLine="0" w:left="0"/>
      </w:pPr>
      <w:r>
        <w:rPr>
          <w:rFonts w:ascii="EB Garamond" w:hAnsi="EB Garamond" w:eastAsia="EB Garamond"/>
          <w:sz w:val="22"/>
        </w:rPr>
        <w:t>Not because she didn’t want to.</w:t>
      </w:r>
    </w:p>
    <w:p>
      <w:pPr>
        <w:spacing w:after="0" w:line="120" w:lineRule="exact"/>
      </w:pPr>
    </w:p>
    <w:p>
      <w:pPr>
        <w:spacing w:after="0" w:line="264" w:lineRule="exact"/>
        <w:ind w:firstLine="0" w:left="0"/>
      </w:pPr>
      <w:r>
        <w:rPr>
          <w:rFonts w:ascii="EB Garamond" w:hAnsi="EB Garamond" w:eastAsia="EB Garamond"/>
          <w:sz w:val="22"/>
        </w:rPr>
        <w:t>Because she did.</w:t>
      </w:r>
    </w:p>
    <w:p>
      <w:pPr>
        <w:spacing w:after="0" w:line="120" w:lineRule="exact"/>
      </w:pPr>
    </w:p>
    <w:p>
      <w:pPr>
        <w:spacing w:after="0" w:line="264" w:lineRule="exact"/>
        <w:ind w:firstLine="0" w:left="0"/>
      </w:pPr>
      <w:r>
        <w:rPr>
          <w:rFonts w:ascii="EB Garamond" w:hAnsi="EB Garamond" w:eastAsia="EB Garamond"/>
          <w:sz w:val="22"/>
        </w:rPr>
        <w:t>That was somehow more embarrassing.</w:t>
      </w:r>
    </w:p>
    <w:p>
      <w:pPr>
        <w:spacing w:after="0" w:line="120" w:lineRule="exact"/>
      </w:pPr>
    </w:p>
    <w:p>
      <w:pPr>
        <w:spacing w:after="0" w:line="264" w:lineRule="exact"/>
        <w:ind w:firstLine="0" w:left="0"/>
      </w:pPr>
      <w:r>
        <w:rPr>
          <w:rFonts w:ascii="EB Garamond" w:hAnsi="EB Garamond" w:eastAsia="EB Garamond"/>
          <w:sz w:val="22"/>
        </w:rPr>
        <w:t>Nora opened the door.</w:t>
      </w:r>
    </w:p>
    <w:p>
      <w:pPr>
        <w:spacing w:after="0" w:line="120" w:lineRule="exact"/>
      </w:pPr>
    </w:p>
    <w:p>
      <w:pPr>
        <w:spacing w:after="0" w:line="264" w:lineRule="exact"/>
        <w:ind w:firstLine="0" w:left="0"/>
      </w:pPr>
      <w:r>
        <w:rPr>
          <w:rFonts w:ascii="EB Garamond" w:hAnsi="EB Garamond" w:eastAsia="EB Garamond"/>
          <w:sz w:val="22"/>
        </w:rPr>
        <w:t>“You’re early.”</w:t>
      </w:r>
    </w:p>
    <w:p>
      <w:pPr>
        <w:spacing w:after="0" w:line="120" w:lineRule="exact"/>
      </w:pPr>
    </w:p>
    <w:p>
      <w:pPr>
        <w:spacing w:after="0" w:line="264" w:lineRule="exact"/>
        <w:ind w:firstLine="0" w:left="0"/>
      </w:pPr>
      <w:r>
        <w:rPr>
          <w:rFonts w:ascii="EB Garamond" w:hAnsi="EB Garamond" w:eastAsia="EB Garamond"/>
          <w:sz w:val="22"/>
        </w:rPr>
        <w:t>“Don’t make it weird.”</w:t>
      </w:r>
    </w:p>
    <w:p>
      <w:pPr>
        <w:spacing w:after="0" w:line="120" w:lineRule="exact"/>
      </w:pPr>
    </w:p>
    <w:p>
      <w:pPr>
        <w:spacing w:after="0" w:line="264" w:lineRule="exact"/>
        <w:ind w:firstLine="0" w:left="0"/>
      </w:pPr>
      <w:r>
        <w:rPr>
          <w:rFonts w:ascii="EB Garamond" w:hAnsi="EB Garamond" w:eastAsia="EB Garamond"/>
          <w:sz w:val="22"/>
        </w:rPr>
        <w:t>“I didn’t.”</w:t>
      </w:r>
    </w:p>
    <w:p>
      <w:pPr>
        <w:spacing w:after="0" w:line="120" w:lineRule="exact"/>
      </w:pPr>
    </w:p>
    <w:p>
      <w:pPr>
        <w:spacing w:after="0" w:line="264" w:lineRule="exact"/>
        <w:ind w:firstLine="0" w:left="0"/>
      </w:pPr>
      <w:r>
        <w:rPr>
          <w:rFonts w:ascii="EB Garamond" w:hAnsi="EB Garamond" w:eastAsia="EB Garamond"/>
          <w:sz w:val="22"/>
        </w:rPr>
        <w:t>“Your face did.”</w:t>
      </w:r>
    </w:p>
    <w:p>
      <w:pPr>
        <w:spacing w:after="0" w:line="120" w:lineRule="exact"/>
      </w:pPr>
    </w:p>
    <w:p>
      <w:pPr>
        <w:spacing w:after="0" w:line="264" w:lineRule="exact"/>
        <w:ind w:firstLine="0" w:left="0"/>
      </w:pPr>
      <w:r>
        <w:rPr>
          <w:rFonts w:ascii="EB Garamond" w:hAnsi="EB Garamond" w:eastAsia="EB Garamond"/>
          <w:sz w:val="22"/>
        </w:rPr>
        <w:t>Nora stepped aside.</w:t>
      </w:r>
    </w:p>
    <w:p>
      <w:pPr>
        <w:spacing w:after="0" w:line="120" w:lineRule="exact"/>
      </w:pPr>
    </w:p>
    <w:p>
      <w:pPr>
        <w:spacing w:after="0" w:line="264" w:lineRule="exact"/>
        <w:ind w:firstLine="0" w:left="0"/>
      </w:pPr>
      <w:r>
        <w:rPr>
          <w:rFonts w:ascii="EB Garamond" w:hAnsi="EB Garamond" w:eastAsia="EB Garamond"/>
          <w:sz w:val="22"/>
        </w:rPr>
        <w:t>“You know, at some point you're going to have to accept that sometimes people are just looking at you.”</w:t>
      </w:r>
    </w:p>
    <w:p>
      <w:pPr>
        <w:spacing w:after="0" w:line="120" w:lineRule="exact"/>
      </w:pPr>
    </w:p>
    <w:p>
      <w:pPr>
        <w:spacing w:after="0" w:line="264" w:lineRule="exact"/>
        <w:ind w:firstLine="0" w:left="0"/>
      </w:pPr>
      <w:r>
        <w:rPr>
          <w:rFonts w:ascii="EB Garamond" w:hAnsi="EB Garamond" w:eastAsia="EB Garamond"/>
          <w:sz w:val="22"/>
        </w:rPr>
        <w:t>“Unlikely.”</w:t>
      </w:r>
    </w:p>
    <w:p>
      <w:pPr>
        <w:spacing w:after="0" w:line="120" w:lineRule="exact"/>
      </w:pPr>
    </w:p>
    <w:p>
      <w:pPr>
        <w:spacing w:after="0" w:line="264" w:lineRule="exact"/>
        <w:ind w:firstLine="0" w:left="0"/>
      </w:pPr>
      <w:r>
        <w:rPr>
          <w:rFonts w:ascii="EB Garamond" w:hAnsi="EB Garamond" w:eastAsia="EB Garamond"/>
          <w:sz w:val="22"/>
        </w:rPr>
        <w:t>There was popcorn on the coffee table instead of pizza.</w:t>
      </w:r>
    </w:p>
    <w:p>
      <w:pPr>
        <w:spacing w:after="0" w:line="120" w:lineRule="exact"/>
      </w:pPr>
    </w:p>
    <w:p>
      <w:pPr>
        <w:spacing w:after="0" w:line="264" w:lineRule="exact"/>
        <w:ind w:firstLine="0" w:left="0"/>
      </w:pPr>
      <w:r>
        <w:rPr>
          <w:rFonts w:ascii="EB Garamond" w:hAnsi="EB Garamond" w:eastAsia="EB Garamond"/>
          <w:sz w:val="22"/>
        </w:rPr>
        <w:t>Elsie pointed at it.</w:t>
      </w:r>
    </w:p>
    <w:p>
      <w:pPr>
        <w:spacing w:after="0" w:line="120" w:lineRule="exact"/>
      </w:pPr>
    </w:p>
    <w:p>
      <w:pPr>
        <w:spacing w:after="0" w:line="264" w:lineRule="exact"/>
        <w:ind w:firstLine="0" w:left="0"/>
      </w:pPr>
      <w:r>
        <w:rPr>
          <w:rFonts w:ascii="EB Garamond" w:hAnsi="EB Garamond" w:eastAsia="EB Garamond"/>
          <w:sz w:val="22"/>
        </w:rPr>
        <w:t>“This is a downgrade.”</w:t>
      </w:r>
    </w:p>
    <w:p>
      <w:pPr>
        <w:spacing w:after="0" w:line="120" w:lineRule="exact"/>
      </w:pPr>
    </w:p>
    <w:p>
      <w:pPr>
        <w:spacing w:after="0" w:line="264" w:lineRule="exact"/>
        <w:ind w:firstLine="0" w:left="0"/>
      </w:pPr>
      <w:r>
        <w:rPr>
          <w:rFonts w:ascii="EB Garamond" w:hAnsi="EB Garamond" w:eastAsia="EB Garamond"/>
          <w:sz w:val="22"/>
        </w:rPr>
        <w:t>“My mom says carbs are a ministry, not a guarantee.”</w:t>
      </w:r>
    </w:p>
    <w:p>
      <w:pPr>
        <w:spacing w:after="0" w:line="120" w:lineRule="exact"/>
      </w:pPr>
    </w:p>
    <w:p>
      <w:pPr>
        <w:spacing w:after="0" w:line="264" w:lineRule="exact"/>
        <w:ind w:firstLine="0" w:left="0"/>
      </w:pPr>
      <w:r>
        <w:rPr>
          <w:rFonts w:ascii="EB Garamond" w:hAnsi="EB Garamond" w:eastAsia="EB Garamond"/>
          <w:sz w:val="22"/>
        </w:rPr>
        <w:t>“That feels theologically questionable.”</w:t>
      </w:r>
    </w:p>
    <w:p>
      <w:pPr>
        <w:spacing w:after="0" w:line="120" w:lineRule="exact"/>
      </w:pPr>
    </w:p>
    <w:p>
      <w:pPr>
        <w:spacing w:after="0" w:line="264" w:lineRule="exact"/>
        <w:ind w:firstLine="0" w:left="0"/>
      </w:pPr>
      <w:r>
        <w:rPr>
          <w:rFonts w:ascii="EB Garamond" w:hAnsi="EB Garamond" w:eastAsia="EB Garamond"/>
          <w:sz w:val="22"/>
        </w:rPr>
        <w:t>“I’ll let her know.”</w:t>
      </w:r>
    </w:p>
    <w:p>
      <w:pPr>
        <w:spacing w:after="0" w:line="120" w:lineRule="exact"/>
      </w:pPr>
    </w:p>
    <w:p>
      <w:pPr>
        <w:spacing w:after="0" w:line="264" w:lineRule="exact"/>
        <w:ind w:firstLine="0" w:left="0"/>
      </w:pPr>
      <w:r>
        <w:rPr>
          <w:rFonts w:ascii="EB Garamond" w:hAnsi="EB Garamond" w:eastAsia="EB Garamond"/>
          <w:sz w:val="22"/>
        </w:rPr>
        <w:t>Hannah arrived next.</w:t>
      </w:r>
    </w:p>
    <w:p>
      <w:pPr>
        <w:spacing w:after="0" w:line="120" w:lineRule="exact"/>
      </w:pPr>
    </w:p>
    <w:p>
      <w:pPr>
        <w:spacing w:after="0" w:line="264" w:lineRule="exact"/>
        <w:ind w:firstLine="0" w:left="0"/>
      </w:pPr>
      <w:r>
        <w:rPr>
          <w:rFonts w:ascii="EB Garamond" w:hAnsi="EB Garamond" w:eastAsia="EB Garamond"/>
          <w:sz w:val="22"/>
        </w:rPr>
        <w:t>Then Lucas.</w:t>
      </w:r>
    </w:p>
    <w:p>
      <w:pPr>
        <w:spacing w:after="0" w:line="120" w:lineRule="exact"/>
      </w:pPr>
    </w:p>
    <w:p>
      <w:pPr>
        <w:spacing w:after="0" w:line="264" w:lineRule="exact"/>
        <w:ind w:firstLine="0" w:left="0"/>
      </w:pPr>
      <w:r>
        <w:rPr>
          <w:rFonts w:ascii="EB Garamond" w:hAnsi="EB Garamond" w:eastAsia="EB Garamond"/>
          <w:sz w:val="22"/>
        </w:rPr>
        <w:t>Sophie.</w:t>
      </w:r>
    </w:p>
    <w:p>
      <w:pPr>
        <w:spacing w:after="0" w:line="120" w:lineRule="exact"/>
      </w:pPr>
    </w:p>
    <w:p>
      <w:pPr>
        <w:spacing w:after="0" w:line="264" w:lineRule="exact"/>
        <w:ind w:firstLine="0" w:left="0"/>
      </w:pPr>
      <w:r>
        <w:rPr>
          <w:rFonts w:ascii="EB Garamond" w:hAnsi="EB Garamond" w:eastAsia="EB Garamond"/>
          <w:sz w:val="22"/>
        </w:rPr>
        <w:t>Maya.</w:t>
      </w:r>
    </w:p>
    <w:p>
      <w:pPr>
        <w:spacing w:after="0" w:line="120" w:lineRule="exact"/>
      </w:pPr>
    </w:p>
    <w:p>
      <w:pPr>
        <w:spacing w:after="0" w:line="264" w:lineRule="exact"/>
        <w:ind w:firstLine="0" w:left="0"/>
      </w:pPr>
      <w:r>
        <w:rPr>
          <w:rFonts w:ascii="EB Garamond" w:hAnsi="EB Garamond" w:eastAsia="EB Garamond"/>
          <w:sz w:val="22"/>
        </w:rPr>
        <w:t>Normal.</w:t>
      </w:r>
    </w:p>
    <w:p>
      <w:pPr>
        <w:spacing w:after="0" w:line="120" w:lineRule="exact"/>
      </w:pPr>
    </w:p>
    <w:p>
      <w:pPr>
        <w:spacing w:after="0" w:line="264" w:lineRule="exact"/>
        <w:ind w:firstLine="0" w:left="0"/>
      </w:pPr>
      <w:r>
        <w:rPr>
          <w:rFonts w:ascii="EB Garamond" w:hAnsi="EB Garamond" w:eastAsia="EB Garamond"/>
          <w:sz w:val="22"/>
        </w:rPr>
        <w:t>Elsie sat on the floor beside Nora.</w:t>
      </w:r>
    </w:p>
    <w:p>
      <w:pPr>
        <w:spacing w:after="0" w:line="120" w:lineRule="exact"/>
      </w:pPr>
    </w:p>
    <w:p>
      <w:pPr>
        <w:spacing w:after="0" w:line="264" w:lineRule="exact"/>
        <w:ind w:firstLine="0" w:left="0"/>
      </w:pPr>
      <w:r>
        <w:rPr>
          <w:rFonts w:ascii="EB Garamond" w:hAnsi="EB Garamond" w:eastAsia="EB Garamond"/>
          <w:sz w:val="22"/>
        </w:rPr>
        <w:t>Hannah looked around.</w:t>
      </w:r>
    </w:p>
    <w:p>
      <w:pPr>
        <w:spacing w:after="0" w:line="120" w:lineRule="exact"/>
      </w:pPr>
    </w:p>
    <w:p>
      <w:pPr>
        <w:spacing w:after="0" w:line="264" w:lineRule="exact"/>
        <w:ind w:firstLine="0" w:left="0"/>
      </w:pPr>
      <w:r>
        <w:rPr>
          <w:rFonts w:ascii="EB Garamond" w:hAnsi="EB Garamond" w:eastAsia="EB Garamond"/>
          <w:sz w:val="22"/>
        </w:rPr>
        <w:t>“Anybody have something they want to talk about?”</w:t>
      </w:r>
    </w:p>
    <w:p>
      <w:pPr>
        <w:spacing w:after="0" w:line="120" w:lineRule="exact"/>
      </w:pPr>
    </w:p>
    <w:p>
      <w:pPr>
        <w:spacing w:after="0" w:line="264" w:lineRule="exact"/>
        <w:ind w:firstLine="0" w:left="0"/>
      </w:pPr>
      <w:r>
        <w:rPr>
          <w:rFonts w:ascii="EB Garamond" w:hAnsi="EB Garamond" w:eastAsia="EB Garamond"/>
          <w:sz w:val="22"/>
        </w:rPr>
        <w:t>Lucas raised his hand.</w:t>
      </w:r>
    </w:p>
    <w:p>
      <w:pPr>
        <w:spacing w:after="0" w:line="120" w:lineRule="exact"/>
      </w:pPr>
    </w:p>
    <w:p>
      <w:pPr>
        <w:spacing w:after="0" w:line="264" w:lineRule="exact"/>
        <w:ind w:firstLine="0" w:left="0"/>
      </w:pPr>
      <w:r>
        <w:rPr>
          <w:rFonts w:ascii="EB Garamond" w:hAnsi="EB Garamond" w:eastAsia="EB Garamond"/>
          <w:sz w:val="22"/>
        </w:rPr>
        <w:t>“If God knows everything, why did He make mosquitoes?”</w:t>
      </w:r>
    </w:p>
    <w:p>
      <w:pPr>
        <w:spacing w:after="0" w:line="120" w:lineRule="exact"/>
      </w:pPr>
    </w:p>
    <w:p>
      <w:pPr>
        <w:spacing w:after="0" w:line="264" w:lineRule="exact"/>
        <w:ind w:firstLine="0" w:left="0"/>
      </w:pPr>
      <w:r>
        <w:rPr>
          <w:rFonts w:ascii="EB Garamond" w:hAnsi="EB Garamond" w:eastAsia="EB Garamond"/>
          <w:sz w:val="22"/>
        </w:rPr>
        <w:t>Maya threw a pillow at him.</w:t>
      </w:r>
    </w:p>
    <w:p>
      <w:pPr>
        <w:spacing w:after="0" w:line="120" w:lineRule="exact"/>
      </w:pPr>
    </w:p>
    <w:p>
      <w:pPr>
        <w:spacing w:after="0" w:line="264" w:lineRule="exact"/>
        <w:ind w:firstLine="0" w:left="0"/>
      </w:pPr>
      <w:r>
        <w:rPr>
          <w:rFonts w:ascii="EB Garamond" w:hAnsi="EB Garamond" w:eastAsia="EB Garamond"/>
          <w:sz w:val="22"/>
        </w:rPr>
        <w:t>Hannah laughed.</w:t>
      </w:r>
    </w:p>
    <w:p>
      <w:pPr>
        <w:spacing w:after="0" w:line="120" w:lineRule="exact"/>
      </w:pPr>
    </w:p>
    <w:p>
      <w:pPr>
        <w:spacing w:after="0" w:line="264" w:lineRule="exact"/>
        <w:ind w:firstLine="0" w:left="0"/>
      </w:pPr>
      <w:r>
        <w:rPr>
          <w:rFonts w:ascii="EB Garamond" w:hAnsi="EB Garamond" w:eastAsia="EB Garamond"/>
          <w:sz w:val="22"/>
        </w:rPr>
        <w:t>“I meant seriously.”</w:t>
      </w:r>
    </w:p>
    <w:p>
      <w:pPr>
        <w:spacing w:after="0" w:line="120" w:lineRule="exact"/>
      </w:pPr>
    </w:p>
    <w:p>
      <w:pPr>
        <w:spacing w:after="0" w:line="264" w:lineRule="exact"/>
        <w:ind w:firstLine="0" w:left="0"/>
      </w:pPr>
      <w:r>
        <w:rPr>
          <w:rFonts w:ascii="EB Garamond" w:hAnsi="EB Garamond" w:eastAsia="EB Garamond"/>
          <w:sz w:val="22"/>
        </w:rPr>
        <w:t>“I am serious.”</w:t>
      </w:r>
    </w:p>
    <w:p>
      <w:pPr>
        <w:spacing w:after="0" w:line="120" w:lineRule="exact"/>
      </w:pPr>
    </w:p>
    <w:p>
      <w:pPr>
        <w:spacing w:after="0" w:line="264" w:lineRule="exact"/>
        <w:ind w:firstLine="0" w:left="0"/>
      </w:pPr>
      <w:r>
        <w:rPr>
          <w:rFonts w:ascii="EB Garamond" w:hAnsi="EB Garamond" w:eastAsia="EB Garamond"/>
          <w:sz w:val="22"/>
        </w:rPr>
        <w:t>Elsie looked at her notebook.</w:t>
      </w:r>
    </w:p>
    <w:p>
      <w:pPr>
        <w:spacing w:after="0" w:line="120" w:lineRule="exact"/>
      </w:pPr>
    </w:p>
    <w:p>
      <w:pPr>
        <w:spacing w:after="0" w:line="264" w:lineRule="exact"/>
        <w:ind w:firstLine="0" w:left="0"/>
      </w:pPr>
      <w:r>
        <w:rPr>
          <w:rFonts w:ascii="EB Garamond" w:hAnsi="EB Garamond" w:eastAsia="EB Garamond"/>
          <w:sz w:val="22"/>
        </w:rPr>
        <w:t>She had brought it.</w:t>
      </w:r>
    </w:p>
    <w:p>
      <w:pPr>
        <w:spacing w:after="0" w:line="120" w:lineRule="exact"/>
      </w:pPr>
    </w:p>
    <w:p>
      <w:pPr>
        <w:spacing w:after="0" w:line="264" w:lineRule="exact"/>
        <w:ind w:firstLine="0" w:left="0"/>
      </w:pPr>
      <w:r>
        <w:rPr>
          <w:rFonts w:ascii="EB Garamond" w:hAnsi="EB Garamond" w:eastAsia="EB Garamond"/>
          <w:sz w:val="22"/>
        </w:rPr>
        <w:t>She almost never let anyone see it.</w:t>
      </w:r>
    </w:p>
    <w:p>
      <w:pPr>
        <w:spacing w:after="0" w:line="120" w:lineRule="exact"/>
      </w:pPr>
    </w:p>
    <w:p>
      <w:pPr>
        <w:spacing w:after="0" w:line="264" w:lineRule="exact"/>
        <w:ind w:firstLine="0" w:left="0"/>
      </w:pPr>
      <w:r>
        <w:rPr>
          <w:rFonts w:ascii="EB Garamond" w:hAnsi="EB Garamond" w:eastAsia="EB Garamond"/>
          <w:sz w:val="22"/>
        </w:rPr>
        <w:t>Tonight she did.</w:t>
      </w:r>
    </w:p>
    <w:p>
      <w:pPr>
        <w:spacing w:after="0" w:line="120" w:lineRule="exact"/>
      </w:pPr>
    </w:p>
    <w:p>
      <w:pPr>
        <w:spacing w:after="0" w:line="264" w:lineRule="exact"/>
        <w:ind w:firstLine="0" w:left="0"/>
      </w:pPr>
      <w:r>
        <w:rPr>
          <w:rFonts w:ascii="EB Garamond" w:hAnsi="EB Garamond" w:eastAsia="EB Garamond"/>
          <w:sz w:val="22"/>
        </w:rPr>
        <w:t>Nora noticed.</w:t>
      </w:r>
    </w:p>
    <w:p>
      <w:pPr>
        <w:spacing w:after="0" w:line="120" w:lineRule="exact"/>
      </w:pPr>
    </w:p>
    <w:p>
      <w:pPr>
        <w:spacing w:after="0" w:line="264" w:lineRule="exact"/>
        <w:ind w:firstLine="0" w:left="0"/>
      </w:pPr>
      <w:r>
        <w:rPr>
          <w:rFonts w:ascii="EB Garamond" w:hAnsi="EB Garamond" w:eastAsia="EB Garamond"/>
          <w:sz w:val="22"/>
        </w:rPr>
        <w:t>Of course.</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“Nothing.”</w:t>
      </w:r>
    </w:p>
    <w:p>
      <w:pPr>
        <w:spacing w:after="0" w:line="120" w:lineRule="exact"/>
      </w:pPr>
    </w:p>
    <w:p>
      <w:pPr>
        <w:spacing w:after="0" w:line="264" w:lineRule="exact"/>
        <w:ind w:firstLine="0" w:left="0"/>
      </w:pPr>
      <w:r>
        <w:rPr>
          <w:rFonts w:ascii="EB Garamond" w:hAnsi="EB Garamond" w:eastAsia="EB Garamond"/>
          <w:sz w:val="22"/>
        </w:rPr>
        <w:t>Elsie gave her a look.</w:t>
      </w:r>
    </w:p>
    <w:p>
      <w:pPr>
        <w:spacing w:after="0" w:line="120" w:lineRule="exact"/>
      </w:pPr>
    </w:p>
    <w:p>
      <w:pPr>
        <w:spacing w:after="0" w:line="264" w:lineRule="exact"/>
        <w:ind w:firstLine="0" w:left="0"/>
      </w:pPr>
      <w:r>
        <w:rPr>
          <w:rFonts w:ascii="EB Garamond" w:hAnsi="EB Garamond" w:eastAsia="EB Garamond"/>
          <w:sz w:val="22"/>
        </w:rPr>
        <w:t>Nora smiled.</w:t>
      </w:r>
    </w:p>
    <w:p>
      <w:pPr>
        <w:spacing w:after="0" w:line="120" w:lineRule="exact"/>
      </w:pPr>
    </w:p>
    <w:p>
      <w:pPr>
        <w:spacing w:after="0" w:line="264" w:lineRule="exact"/>
        <w:ind w:firstLine="0" w:left="0"/>
      </w:pPr>
      <w:r>
        <w:rPr>
          <w:rFonts w:ascii="EB Garamond" w:hAnsi="EB Garamond" w:eastAsia="EB Garamond"/>
          <w:sz w:val="22"/>
        </w:rPr>
        <w:t>“Your face did.”</w:t>
      </w:r>
    </w:p>
    <w:p>
      <w:pPr>
        <w:spacing w:after="0" w:line="120" w:lineRule="exact"/>
      </w:pPr>
    </w:p>
    <w:p>
      <w:pPr>
        <w:spacing w:after="0" w:line="264" w:lineRule="exact"/>
        <w:ind w:firstLine="0" w:left="0"/>
      </w:pPr>
      <w:r>
        <w:rPr>
          <w:rFonts w:ascii="EB Garamond" w:hAnsi="EB Garamond" w:eastAsia="EB Garamond"/>
          <w:sz w:val="22"/>
        </w:rPr>
        <w:t>“I hate you.”</w:t>
      </w:r>
    </w:p>
    <w:p>
      <w:pPr>
        <w:spacing w:after="0" w:line="120" w:lineRule="exact"/>
      </w:pPr>
    </w:p>
    <w:p>
      <w:pPr>
        <w:spacing w:after="0" w:line="264" w:lineRule="exact"/>
        <w:ind w:firstLine="0" w:left="0"/>
      </w:pPr>
      <w:r>
        <w:rPr>
          <w:rFonts w:ascii="EB Garamond" w:hAnsi="EB Garamond" w:eastAsia="EB Garamond"/>
          <w:sz w:val="22"/>
        </w:rPr>
        <w:t>Hannah looked over.</w:t>
      </w:r>
    </w:p>
    <w:p>
      <w:pPr>
        <w:spacing w:after="0" w:line="120" w:lineRule="exact"/>
      </w:pPr>
    </w:p>
    <w:p>
      <w:pPr>
        <w:spacing w:after="0" w:line="264" w:lineRule="exact"/>
        <w:ind w:firstLine="0" w:left="0"/>
      </w:pPr>
      <w:r>
        <w:rPr>
          <w:rFonts w:ascii="EB Garamond" w:hAnsi="EB Garamond" w:eastAsia="EB Garamond"/>
          <w:sz w:val="22"/>
        </w:rPr>
        <w:t>“Something?”</w:t>
      </w:r>
    </w:p>
    <w:p>
      <w:pPr>
        <w:spacing w:after="0" w:line="120" w:lineRule="exact"/>
      </w:pPr>
    </w:p>
    <w:p>
      <w:pPr>
        <w:spacing w:after="0" w:line="264" w:lineRule="exact"/>
        <w:ind w:firstLine="0" w:left="0"/>
      </w:pPr>
      <w:r>
        <w:rPr>
          <w:rFonts w:ascii="EB Garamond" w:hAnsi="EB Garamond" w:eastAsia="EB Garamond"/>
          <w:sz w:val="22"/>
        </w:rPr>
        <w:t>Elsie hesitated.</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sz w:val="22"/>
        </w:rPr>
        <w:t>“Do you think God uses people anyway?”</w:t>
      </w:r>
    </w:p>
    <w:p>
      <w:pPr>
        <w:spacing w:after="0" w:line="120" w:lineRule="exact"/>
      </w:pPr>
    </w:p>
    <w:p>
      <w:pPr>
        <w:spacing w:after="0" w:line="264" w:lineRule="exact"/>
        <w:ind w:firstLine="0" w:left="0"/>
      </w:pPr>
      <w:r>
        <w:rPr>
          <w:rFonts w:ascii="EB Garamond" w:hAnsi="EB Garamond" w:eastAsia="EB Garamond"/>
          <w:sz w:val="22"/>
        </w:rPr>
        <w:t>Silence.</w:t>
      </w:r>
    </w:p>
    <w:p>
      <w:pPr>
        <w:spacing w:after="0" w:line="120" w:lineRule="exact"/>
      </w:pPr>
    </w:p>
    <w:p>
      <w:pPr>
        <w:spacing w:after="0" w:line="264" w:lineRule="exact"/>
        <w:ind w:firstLine="0" w:left="0"/>
      </w:pPr>
      <w:r>
        <w:rPr>
          <w:rFonts w:ascii="EB Garamond" w:hAnsi="EB Garamond" w:eastAsia="EB Garamond"/>
          <w:sz w:val="22"/>
        </w:rPr>
        <w:t>Lucas lowered his popcorn.</w:t>
      </w:r>
    </w:p>
    <w:p>
      <w:pPr>
        <w:spacing w:after="0" w:line="120" w:lineRule="exact"/>
      </w:pPr>
    </w:p>
    <w:p>
      <w:pPr>
        <w:spacing w:after="0" w:line="264" w:lineRule="exact"/>
        <w:ind w:firstLine="0" w:left="0"/>
      </w:pPr>
      <w:r>
        <w:rPr>
          <w:rFonts w:ascii="EB Garamond" w:hAnsi="EB Garamond" w:eastAsia="EB Garamond"/>
          <w:sz w:val="22"/>
        </w:rPr>
        <w:t>“That feels like a trick question.”</w:t>
      </w:r>
    </w:p>
    <w:p>
      <w:pPr>
        <w:spacing w:after="0" w:line="120" w:lineRule="exact"/>
      </w:pPr>
    </w:p>
    <w:p>
      <w:pPr>
        <w:spacing w:after="0" w:line="264" w:lineRule="exact"/>
        <w:ind w:firstLine="0" w:left="0"/>
      </w:pPr>
      <w:r>
        <w:rPr>
          <w:rFonts w:ascii="EB Garamond" w:hAnsi="EB Garamond" w:eastAsia="EB Garamond"/>
          <w:sz w:val="22"/>
        </w:rPr>
        <w:t>“I don’t know.”</w:t>
      </w:r>
    </w:p>
    <w:p>
      <w:pPr>
        <w:spacing w:after="0" w:line="120" w:lineRule="exact"/>
      </w:pPr>
    </w:p>
    <w:p>
      <w:pPr>
        <w:spacing w:after="0" w:line="264" w:lineRule="exact"/>
        <w:ind w:firstLine="0" w:left="0"/>
      </w:pPr>
      <w:r>
        <w:rPr>
          <w:rFonts w:ascii="EB Garamond" w:hAnsi="EB Garamond" w:eastAsia="EB Garamond"/>
          <w:sz w:val="22"/>
        </w:rPr>
        <w:t>Hannah tilted her head.</w:t>
      </w:r>
    </w:p>
    <w:p>
      <w:pPr>
        <w:spacing w:after="0" w:line="120" w:lineRule="exact"/>
      </w:pPr>
    </w:p>
    <w:p>
      <w:pPr>
        <w:spacing w:after="0" w:line="264" w:lineRule="exact"/>
        <w:ind w:firstLine="0" w:left="0"/>
      </w:pPr>
      <w:r>
        <w:rPr>
          <w:rFonts w:ascii="EB Garamond" w:hAnsi="EB Garamond" w:eastAsia="EB Garamond"/>
          <w:sz w:val="22"/>
        </w:rPr>
        <w:t>“What do you mean by anyway?”</w:t>
      </w:r>
    </w:p>
    <w:p>
      <w:pPr>
        <w:spacing w:after="0" w:line="120" w:lineRule="exact"/>
      </w:pPr>
    </w:p>
    <w:p>
      <w:pPr>
        <w:spacing w:after="0" w:line="264" w:lineRule="exact"/>
        <w:ind w:firstLine="0" w:left="0"/>
      </w:pPr>
      <w:r>
        <w:rPr>
          <w:rFonts w:ascii="EB Garamond" w:hAnsi="EB Garamond" w:eastAsia="EB Garamond"/>
          <w:sz w:val="22"/>
        </w:rPr>
        <w:t>Exactly.</w:t>
      </w:r>
    </w:p>
    <w:p>
      <w:pPr>
        <w:spacing w:after="0" w:line="120" w:lineRule="exact"/>
      </w:pPr>
    </w:p>
    <w:p>
      <w:pPr>
        <w:spacing w:after="0" w:line="264" w:lineRule="exact"/>
        <w:ind w:firstLine="0" w:left="0"/>
      </w:pPr>
      <w:r>
        <w:rPr>
          <w:rFonts w:ascii="EB Garamond" w:hAnsi="EB Garamond" w:eastAsia="EB Garamond"/>
          <w:sz w:val="22"/>
        </w:rPr>
        <w:t>Elsie opened the notebook.</w:t>
      </w:r>
    </w:p>
    <w:p>
      <w:pPr>
        <w:spacing w:after="0" w:line="120" w:lineRule="exact"/>
      </w:pPr>
    </w:p>
    <w:p>
      <w:pPr>
        <w:spacing w:after="0" w:line="264" w:lineRule="exact"/>
        <w:ind w:firstLine="0" w:left="0"/>
      </w:pPr>
      <w:r>
        <w:rPr>
          <w:rFonts w:ascii="EB Garamond" w:hAnsi="EB Garamond" w:eastAsia="EB Garamond"/>
          <w:sz w:val="22"/>
        </w:rPr>
        <w:t>She turned it around.</w:t>
      </w:r>
    </w:p>
    <w:p>
      <w:pPr>
        <w:spacing w:after="0" w:line="120" w:lineRule="exact"/>
      </w:pPr>
    </w:p>
    <w:p>
      <w:pPr>
        <w:spacing w:after="0" w:line="264" w:lineRule="exact"/>
        <w:ind w:firstLine="0" w:left="0"/>
      </w:pPr>
      <w:r>
        <w:rPr>
          <w:rFonts w:ascii="EB Garamond" w:hAnsi="EB Garamond" w:eastAsia="EB Garamond"/>
          <w:b/>
          <w:sz w:val="22"/>
        </w:rPr>
        <w:t>PEOPLE GOD USED ANYWAY</w:t>
      </w:r>
    </w:p>
    <w:p>
      <w:pPr>
        <w:spacing w:after="0" w:line="120" w:lineRule="exact"/>
      </w:pPr>
    </w:p>
    <w:p>
      <w:pPr>
        <w:spacing w:after="0" w:line="264" w:lineRule="exact"/>
        <w:ind w:firstLine="0" w:left="0"/>
      </w:pPr>
      <w:r>
        <w:rPr>
          <w:rFonts w:ascii="EB Garamond" w:hAnsi="EB Garamond" w:eastAsia="EB Garamond"/>
          <w:sz w:val="22"/>
        </w:rPr>
        <w:t>Hannah read it.</w:t>
      </w:r>
    </w:p>
    <w:p>
      <w:pPr>
        <w:spacing w:after="0" w:line="120" w:lineRule="exact"/>
      </w:pPr>
    </w:p>
    <w:p>
      <w:pPr>
        <w:spacing w:after="0" w:line="264" w:lineRule="exact"/>
        <w:ind w:firstLine="0" w:left="0"/>
      </w:pPr>
      <w:r>
        <w:rPr>
          <w:rFonts w:ascii="EB Garamond" w:hAnsi="EB Garamond" w:eastAsia="EB Garamond"/>
          <w:sz w:val="22"/>
        </w:rPr>
        <w:t>Then looked at Elsie.</w:t>
      </w:r>
    </w:p>
    <w:p>
      <w:pPr>
        <w:spacing w:after="0" w:line="120" w:lineRule="exact"/>
      </w:pPr>
    </w:p>
    <w:p>
      <w:pPr>
        <w:spacing w:after="0" w:line="264" w:lineRule="exact"/>
        <w:ind w:firstLine="0" w:left="0"/>
      </w:pPr>
      <w:r>
        <w:rPr>
          <w:rFonts w:ascii="EB Garamond" w:hAnsi="EB Garamond" w:eastAsia="EB Garamond"/>
          <w:sz w:val="22"/>
        </w:rPr>
        <w:t>“Did your grandma write that?”</w:t>
      </w:r>
    </w:p>
    <w:p>
      <w:pPr>
        <w:spacing w:after="0" w:line="120" w:lineRule="exact"/>
      </w:pPr>
    </w:p>
    <w:p>
      <w:pPr>
        <w:spacing w:after="0" w:line="264" w:lineRule="exact"/>
        <w:ind w:firstLine="0" w:left="0"/>
      </w:pPr>
      <w:r>
        <w:rPr>
          <w:rFonts w:ascii="EB Garamond" w:hAnsi="EB Garamond" w:eastAsia="EB Garamond"/>
          <w:sz w:val="22"/>
        </w:rPr>
        <w:t>“No. I did.”</w:t>
      </w:r>
    </w:p>
    <w:p>
      <w:pPr>
        <w:spacing w:after="0" w:line="120" w:lineRule="exact"/>
      </w:pPr>
    </w:p>
    <w:p>
      <w:pPr>
        <w:spacing w:after="0" w:line="264" w:lineRule="exact"/>
        <w:ind w:firstLine="0" w:left="0"/>
      </w:pPr>
      <w:r>
        <w:rPr>
          <w:rFonts w:ascii="EB Garamond" w:hAnsi="EB Garamond" w:eastAsia="EB Garamond"/>
          <w:sz w:val="22"/>
        </w:rPr>
        <w:t>“When?”</w:t>
      </w:r>
    </w:p>
    <w:p>
      <w:pPr>
        <w:spacing w:after="0" w:line="120" w:lineRule="exact"/>
      </w:pPr>
    </w:p>
    <w:p>
      <w:pPr>
        <w:spacing w:after="0" w:line="264" w:lineRule="exact"/>
        <w:ind w:firstLine="0" w:left="0"/>
      </w:pPr>
      <w:r>
        <w:rPr>
          <w:rFonts w:ascii="EB Garamond" w:hAnsi="EB Garamond" w:eastAsia="EB Garamond"/>
          <w:sz w:val="22"/>
        </w:rPr>
        <w:t>“A few weeks ago.”</w:t>
      </w:r>
    </w:p>
    <w:p>
      <w:pPr>
        <w:spacing w:after="0" w:line="120" w:lineRule="exact"/>
      </w:pPr>
    </w:p>
    <w:p>
      <w:pPr>
        <w:spacing w:after="0" w:line="264" w:lineRule="exact"/>
        <w:ind w:firstLine="0" w:left="0"/>
      </w:pPr>
      <w:r>
        <w:rPr>
          <w:rFonts w:ascii="EB Garamond" w:hAnsi="EB Garamond" w:eastAsia="EB Garamond"/>
          <w:sz w:val="22"/>
        </w:rPr>
        <w:t>“Do you still think it?”</w:t>
      </w:r>
    </w:p>
    <w:p>
      <w:pPr>
        <w:spacing w:after="0" w:line="120" w:lineRule="exact"/>
      </w:pPr>
    </w:p>
    <w:p>
      <w:pPr>
        <w:spacing w:after="0" w:line="264" w:lineRule="exact"/>
        <w:ind w:firstLine="0" w:left="0"/>
      </w:pPr>
      <w:r>
        <w:rPr>
          <w:rFonts w:ascii="EB Garamond" w:hAnsi="EB Garamond" w:eastAsia="EB Garamond"/>
          <w:sz w:val="22"/>
        </w:rPr>
        <w:t>Elsie stared at the words.</w:t>
      </w:r>
    </w:p>
    <w:p>
      <w:pPr>
        <w:spacing w:after="0" w:line="120" w:lineRule="exact"/>
      </w:pPr>
    </w:p>
    <w:p>
      <w:pPr>
        <w:spacing w:after="0" w:line="264" w:lineRule="exact"/>
        <w:ind w:firstLine="0" w:left="0"/>
      </w:pPr>
      <w:r>
        <w:rPr>
          <w:rFonts w:ascii="EB Garamond" w:hAnsi="EB Garamond" w:eastAsia="EB Garamond"/>
          <w:sz w:val="22"/>
        </w:rPr>
        <w:t>“I don’t know.”</w:t>
      </w:r>
    </w:p>
    <w:p>
      <w:pPr>
        <w:spacing w:after="0" w:line="120" w:lineRule="exact"/>
      </w:pPr>
    </w:p>
    <w:p>
      <w:pPr>
        <w:spacing w:after="0" w:line="264" w:lineRule="exact"/>
        <w:ind w:firstLine="0" w:left="0"/>
      </w:pPr>
      <w:r>
        <w:rPr>
          <w:rFonts w:ascii="EB Garamond" w:hAnsi="EB Garamond" w:eastAsia="EB Garamond"/>
          <w:sz w:val="22"/>
        </w:rPr>
        <w:t>Nobody rushed to answer.</w:t>
      </w:r>
    </w:p>
    <w:p>
      <w:pPr>
        <w:spacing w:after="0" w:line="120" w:lineRule="exact"/>
      </w:pPr>
    </w:p>
    <w:p>
      <w:pPr>
        <w:spacing w:after="0" w:line="264" w:lineRule="exact"/>
        <w:ind w:firstLine="0" w:left="0"/>
      </w:pPr>
      <w:r>
        <w:rPr>
          <w:rFonts w:ascii="EB Garamond" w:hAnsi="EB Garamond" w:eastAsia="EB Garamond"/>
          <w:sz w:val="22"/>
        </w:rPr>
        <w:t>She appreciated that.</w:t>
      </w:r>
    </w:p>
    <w:p>
      <w:pPr>
        <w:spacing w:after="0" w:line="120" w:lineRule="exact"/>
      </w:pPr>
    </w:p>
    <w:p>
      <w:pPr>
        <w:spacing w:after="0" w:line="264" w:lineRule="exact"/>
        <w:ind w:firstLine="0" w:left="0"/>
      </w:pPr>
      <w:r>
        <w:rPr>
          <w:rFonts w:ascii="EB Garamond" w:hAnsi="EB Garamond" w:eastAsia="EB Garamond"/>
          <w:sz w:val="22"/>
        </w:rPr>
        <w:t>Mostly.</w:t>
      </w:r>
    </w:p>
    <w:p>
      <w:pPr>
        <w:spacing w:after="0" w:line="120" w:lineRule="exact"/>
      </w:pPr>
    </w:p>
    <w:p>
      <w:pPr>
        <w:spacing w:after="0" w:line="264" w:lineRule="exact"/>
        <w:ind w:firstLine="0" w:left="0"/>
      </w:pPr>
      <w:r>
        <w:rPr>
          <w:rFonts w:ascii="EB Garamond" w:hAnsi="EB Garamond" w:eastAsia="EB Garamond"/>
          <w:sz w:val="22"/>
        </w:rPr>
        <w:t>Elsie continued.</w:t>
      </w:r>
    </w:p>
    <w:p>
      <w:pPr>
        <w:spacing w:after="0" w:line="120" w:lineRule="exact"/>
      </w:pPr>
    </w:p>
    <w:p>
      <w:pPr>
        <w:spacing w:after="0" w:line="264" w:lineRule="exact"/>
        <w:ind w:firstLine="0" w:left="0"/>
      </w:pPr>
      <w:r>
        <w:rPr>
          <w:rFonts w:ascii="EB Garamond" w:hAnsi="EB Garamond" w:eastAsia="EB Garamond"/>
          <w:sz w:val="22"/>
        </w:rPr>
        <w:t>“I think I meant that people could mess up or be afraid or doubt or whatever, and God could still use them.”</w:t>
      </w:r>
    </w:p>
    <w:p>
      <w:pPr>
        <w:spacing w:after="0" w:line="120" w:lineRule="exact"/>
      </w:pPr>
    </w:p>
    <w:p>
      <w:pPr>
        <w:spacing w:after="0" w:line="264" w:lineRule="exact"/>
        <w:ind w:firstLine="0" w:left="0"/>
      </w:pPr>
      <w:r>
        <w:rPr>
          <w:rFonts w:ascii="EB Garamond" w:hAnsi="EB Garamond" w:eastAsia="EB Garamond"/>
          <w:sz w:val="22"/>
        </w:rPr>
        <w:t>Nora nodded.</w:t>
      </w:r>
    </w:p>
    <w:p>
      <w:pPr>
        <w:spacing w:after="0" w:line="120" w:lineRule="exact"/>
      </w:pPr>
    </w:p>
    <w:p>
      <w:pPr>
        <w:spacing w:after="0" w:line="264" w:lineRule="exact"/>
        <w:ind w:firstLine="0" w:left="0"/>
      </w:pPr>
      <w:r>
        <w:rPr>
          <w:rFonts w:ascii="EB Garamond" w:hAnsi="EB Garamond" w:eastAsia="EB Garamond"/>
          <w:sz w:val="22"/>
        </w:rPr>
        <w:t>“That sounds true.”</w:t>
      </w:r>
    </w:p>
    <w:p>
      <w:pPr>
        <w:spacing w:after="0" w:line="120" w:lineRule="exact"/>
      </w:pPr>
    </w:p>
    <w:p>
      <w:pPr>
        <w:spacing w:after="0" w:line="264" w:lineRule="exact"/>
        <w:ind w:firstLine="0" w:left="0"/>
      </w:pPr>
      <w:r>
        <w:rPr>
          <w:rFonts w:ascii="EB Garamond" w:hAnsi="EB Garamond" w:eastAsia="EB Garamond"/>
          <w:sz w:val="22"/>
        </w:rPr>
        <w:t>“I know.”</w:t>
      </w:r>
    </w:p>
    <w:p>
      <w:pPr>
        <w:spacing w:after="0" w:line="120" w:lineRule="exact"/>
      </w:pPr>
    </w:p>
    <w:p>
      <w:pPr>
        <w:spacing w:after="0" w:line="264" w:lineRule="exact"/>
        <w:ind w:firstLine="0" w:left="0"/>
      </w:pPr>
      <w:r>
        <w:rPr>
          <w:rFonts w:ascii="EB Garamond" w:hAnsi="EB Garamond" w:eastAsia="EB Garamond"/>
          <w:sz w:val="22"/>
        </w:rPr>
        <w:t>“But?”</w:t>
      </w:r>
    </w:p>
    <w:p>
      <w:pPr>
        <w:spacing w:after="0" w:line="120" w:lineRule="exact"/>
      </w:pPr>
    </w:p>
    <w:p>
      <w:pPr>
        <w:spacing w:after="0" w:line="264" w:lineRule="exact"/>
        <w:ind w:firstLine="0" w:left="0"/>
      </w:pPr>
      <w:r>
        <w:rPr>
          <w:rFonts w:ascii="EB Garamond" w:hAnsi="EB Garamond" w:eastAsia="EB Garamond"/>
          <w:sz w:val="22"/>
        </w:rPr>
        <w:t>Elsie looked at her.</w:t>
      </w:r>
    </w:p>
    <w:p>
      <w:pPr>
        <w:spacing w:after="0" w:line="120" w:lineRule="exact"/>
      </w:pPr>
    </w:p>
    <w:p>
      <w:pPr>
        <w:spacing w:after="0" w:line="264" w:lineRule="exact"/>
        <w:ind w:firstLine="0" w:left="0"/>
      </w:pPr>
      <w:r>
        <w:rPr>
          <w:rFonts w:ascii="EB Garamond" w:hAnsi="EB Garamond" w:eastAsia="EB Garamond"/>
          <w:sz w:val="22"/>
        </w:rPr>
        <w:t>“Why is everyone doing that?”</w:t>
      </w:r>
    </w:p>
    <w:p>
      <w:pPr>
        <w:spacing w:after="0" w:line="120" w:lineRule="exact"/>
      </w:pPr>
    </w:p>
    <w:p>
      <w:pPr>
        <w:spacing w:after="0" w:line="264" w:lineRule="exact"/>
        <w:ind w:firstLine="0" w:left="0"/>
      </w:pPr>
      <w:r>
        <w:rPr>
          <w:rFonts w:ascii="EB Garamond" w:hAnsi="EB Garamond" w:eastAsia="EB Garamond"/>
          <w:sz w:val="22"/>
        </w:rPr>
        <w:t>“Doing what?”</w:t>
      </w:r>
    </w:p>
    <w:p>
      <w:pPr>
        <w:spacing w:after="0" w:line="120" w:lineRule="exact"/>
      </w:pPr>
    </w:p>
    <w:p>
      <w:pPr>
        <w:spacing w:after="0" w:line="264" w:lineRule="exact"/>
        <w:ind w:firstLine="0" w:left="0"/>
      </w:pPr>
      <w:r>
        <w:rPr>
          <w:rFonts w:ascii="EB Garamond" w:hAnsi="EB Garamond" w:eastAsia="EB Garamond"/>
          <w:sz w:val="22"/>
        </w:rPr>
        <w:t>“Hearing my buts before I say them.”</w:t>
      </w:r>
    </w:p>
    <w:p>
      <w:pPr>
        <w:spacing w:after="0" w:line="120" w:lineRule="exact"/>
      </w:pPr>
    </w:p>
    <w:p>
      <w:pPr>
        <w:spacing w:after="0" w:line="264" w:lineRule="exact"/>
        <w:ind w:firstLine="0" w:left="0"/>
      </w:pPr>
      <w:r>
        <w:rPr>
          <w:rFonts w:ascii="EB Garamond" w:hAnsi="EB Garamond" w:eastAsia="EB Garamond"/>
          <w:sz w:val="22"/>
        </w:rPr>
        <w:t>“You have a but face.”</w:t>
      </w:r>
    </w:p>
    <w:p>
      <w:pPr>
        <w:spacing w:after="0" w:line="120" w:lineRule="exact"/>
      </w:pPr>
    </w:p>
    <w:p>
      <w:pPr>
        <w:spacing w:after="0" w:line="264" w:lineRule="exact"/>
        <w:ind w:firstLine="0" w:left="0"/>
      </w:pPr>
      <w:r>
        <w:rPr>
          <w:rFonts w:ascii="EB Garamond" w:hAnsi="EB Garamond" w:eastAsia="EB Garamond"/>
          <w:sz w:val="22"/>
        </w:rPr>
        <w:t>“I do not.”</w:t>
      </w:r>
    </w:p>
    <w:p>
      <w:pPr>
        <w:spacing w:after="0" w:line="120" w:lineRule="exact"/>
      </w:pPr>
    </w:p>
    <w:p>
      <w:pPr>
        <w:spacing w:after="0" w:line="264" w:lineRule="exact"/>
        <w:ind w:firstLine="0" w:left="0"/>
      </w:pPr>
      <w:r>
        <w:rPr>
          <w:rFonts w:ascii="EB Garamond" w:hAnsi="EB Garamond" w:eastAsia="EB Garamond"/>
          <w:sz w:val="22"/>
        </w:rPr>
        <w:t>“You absolutely do.”</w:t>
      </w:r>
    </w:p>
    <w:p>
      <w:pPr>
        <w:spacing w:after="0" w:line="120" w:lineRule="exact"/>
      </w:pPr>
    </w:p>
    <w:p>
      <w:pPr>
        <w:spacing w:after="0" w:line="264" w:lineRule="exact"/>
        <w:ind w:firstLine="0" w:left="0"/>
      </w:pPr>
      <w:r>
        <w:rPr>
          <w:rFonts w:ascii="EB Garamond" w:hAnsi="EB Garamond" w:eastAsia="EB Garamond"/>
          <w:sz w:val="22"/>
        </w:rPr>
        <w:t>Hannah smiled.</w:t>
      </w:r>
    </w:p>
    <w:p>
      <w:pPr>
        <w:spacing w:after="0" w:line="120" w:lineRule="exact"/>
      </w:pPr>
    </w:p>
    <w:p>
      <w:pPr>
        <w:spacing w:after="0" w:line="264" w:lineRule="exact"/>
        <w:ind w:firstLine="0" w:left="0"/>
      </w:pPr>
      <w:r>
        <w:rPr>
          <w:rFonts w:ascii="EB Garamond" w:hAnsi="EB Garamond" w:eastAsia="EB Garamond"/>
          <w:sz w:val="22"/>
        </w:rPr>
        <w:t>“What bothers you about it?”</w:t>
      </w:r>
    </w:p>
    <w:p>
      <w:pPr>
        <w:spacing w:after="0" w:line="120" w:lineRule="exact"/>
      </w:pPr>
    </w:p>
    <w:p>
      <w:pPr>
        <w:spacing w:after="0" w:line="264" w:lineRule="exact"/>
        <w:ind w:firstLine="0" w:left="0"/>
      </w:pPr>
      <w:r>
        <w:rPr>
          <w:rFonts w:ascii="EB Garamond" w:hAnsi="EB Garamond" w:eastAsia="EB Garamond"/>
          <w:sz w:val="22"/>
        </w:rPr>
        <w:t>Elsie thought about Grandma.</w:t>
      </w:r>
    </w:p>
    <w:p>
      <w:pPr>
        <w:spacing w:after="0" w:line="120" w:lineRule="exact"/>
      </w:pPr>
    </w:p>
    <w:p>
      <w:pPr>
        <w:spacing w:after="0" w:line="264" w:lineRule="exact"/>
        <w:ind w:firstLine="0" w:left="0"/>
      </w:pPr>
      <w:r>
        <w:rPr>
          <w:rFonts w:ascii="EB Garamond" w:hAnsi="EB Garamond" w:eastAsia="EB Garamond"/>
          <w:i/>
          <w:sz w:val="22"/>
        </w:rPr>
        <w:t>Turning grace into an insult.</w:t>
      </w:r>
    </w:p>
    <w:p>
      <w:pPr>
        <w:spacing w:after="0" w:line="120" w:lineRule="exact"/>
      </w:pPr>
    </w:p>
    <w:p>
      <w:pPr>
        <w:spacing w:after="0" w:line="264" w:lineRule="exact"/>
        <w:ind w:firstLine="0" w:left="0"/>
      </w:pPr>
      <w:r>
        <w:rPr>
          <w:rFonts w:ascii="EB Garamond" w:hAnsi="EB Garamond" w:eastAsia="EB Garamond"/>
          <w:sz w:val="22"/>
        </w:rPr>
        <w:t>“It makes it sound like God is surprised.”</w:t>
      </w:r>
    </w:p>
    <w:p>
      <w:pPr>
        <w:spacing w:after="0" w:line="120" w:lineRule="exact"/>
      </w:pPr>
    </w:p>
    <w:p>
      <w:pPr>
        <w:spacing w:after="0" w:line="264" w:lineRule="exact"/>
        <w:ind w:firstLine="0" w:left="0"/>
      </w:pPr>
      <w:r>
        <w:rPr>
          <w:rFonts w:ascii="EB Garamond" w:hAnsi="EB Garamond" w:eastAsia="EB Garamond"/>
          <w:sz w:val="22"/>
        </w:rPr>
        <w:t>Nobody spoke.</w:t>
      </w:r>
    </w:p>
    <w:p>
      <w:pPr>
        <w:spacing w:after="0" w:line="120" w:lineRule="exact"/>
      </w:pPr>
    </w:p>
    <w:p>
      <w:pPr>
        <w:spacing w:after="0" w:line="264" w:lineRule="exact"/>
        <w:ind w:firstLine="0" w:left="0"/>
      </w:pPr>
      <w:r>
        <w:rPr>
          <w:rFonts w:ascii="EB Garamond" w:hAnsi="EB Garamond" w:eastAsia="EB Garamond"/>
          <w:sz w:val="22"/>
        </w:rPr>
        <w:t>Elsie continued.</w:t>
      </w:r>
    </w:p>
    <w:p>
      <w:pPr>
        <w:spacing w:after="0" w:line="120" w:lineRule="exact"/>
      </w:pPr>
    </w:p>
    <w:p>
      <w:pPr>
        <w:spacing w:after="0" w:line="264" w:lineRule="exact"/>
        <w:ind w:firstLine="0" w:left="0"/>
      </w:pPr>
      <w:r>
        <w:rPr>
          <w:rFonts w:ascii="EB Garamond" w:hAnsi="EB Garamond" w:eastAsia="EB Garamond"/>
          <w:sz w:val="22"/>
        </w:rPr>
        <w:t>“Like Moses did something terrible and God was like, well, I guess I can work around that.”</w:t>
      </w:r>
    </w:p>
    <w:p>
      <w:pPr>
        <w:spacing w:after="0" w:line="120" w:lineRule="exact"/>
      </w:pPr>
    </w:p>
    <w:p>
      <w:pPr>
        <w:spacing w:after="0" w:line="264" w:lineRule="exact"/>
        <w:ind w:firstLine="0" w:left="0"/>
      </w:pPr>
      <w:r>
        <w:rPr>
          <w:rFonts w:ascii="EB Garamond" w:hAnsi="EB Garamond" w:eastAsia="EB Garamond"/>
          <w:sz w:val="22"/>
        </w:rPr>
        <w:t>Hannah nodded slowly.</w:t>
      </w:r>
    </w:p>
    <w:p>
      <w:pPr>
        <w:spacing w:after="0" w:line="120" w:lineRule="exact"/>
      </w:pPr>
    </w:p>
    <w:p>
      <w:pPr>
        <w:spacing w:after="0" w:line="264" w:lineRule="exact"/>
        <w:ind w:firstLine="0" w:left="0"/>
      </w:pPr>
      <w:r>
        <w:rPr>
          <w:rFonts w:ascii="EB Garamond" w:hAnsi="EB Garamond" w:eastAsia="EB Garamond"/>
          <w:sz w:val="22"/>
        </w:rPr>
        <w:t>“Okay.”</w:t>
      </w:r>
    </w:p>
    <w:p>
      <w:pPr>
        <w:spacing w:after="0" w:line="120" w:lineRule="exact"/>
      </w:pPr>
    </w:p>
    <w:p>
      <w:pPr>
        <w:spacing w:after="0" w:line="264" w:lineRule="exact"/>
        <w:ind w:firstLine="0" w:left="0"/>
      </w:pPr>
      <w:r>
        <w:rPr>
          <w:rFonts w:ascii="EB Garamond" w:hAnsi="EB Garamond" w:eastAsia="EB Garamond"/>
          <w:sz w:val="22"/>
        </w:rPr>
        <w:t>“Or Peter denied Jesus, and then Jesus had to decide whether Peter was still useful.”</w:t>
      </w:r>
    </w:p>
    <w:p>
      <w:pPr>
        <w:spacing w:after="0" w:line="120" w:lineRule="exact"/>
      </w:pPr>
    </w:p>
    <w:p>
      <w:pPr>
        <w:spacing w:after="0" w:line="264" w:lineRule="exact"/>
        <w:ind w:firstLine="0" w:left="0"/>
      </w:pPr>
      <w:r>
        <w:rPr>
          <w:rFonts w:ascii="EB Garamond" w:hAnsi="EB Garamond" w:eastAsia="EB Garamond"/>
          <w:sz w:val="22"/>
        </w:rPr>
        <w:t>Nora looked at the notebook.</w:t>
      </w:r>
    </w:p>
    <w:p>
      <w:pPr>
        <w:spacing w:after="0" w:line="120" w:lineRule="exact"/>
      </w:pPr>
    </w:p>
    <w:p>
      <w:pPr>
        <w:spacing w:after="0" w:line="264" w:lineRule="exact"/>
        <w:ind w:firstLine="0" w:left="0"/>
      </w:pPr>
      <w:r>
        <w:rPr>
          <w:rFonts w:ascii="EB Garamond" w:hAnsi="EB Garamond" w:eastAsia="EB Garamond"/>
          <w:sz w:val="22"/>
        </w:rPr>
        <w:t>“But Jesus already knew Peter would deny Him.”</w:t>
      </w:r>
    </w:p>
    <w:p>
      <w:pPr>
        <w:spacing w:after="0" w:line="120" w:lineRule="exact"/>
      </w:pPr>
    </w:p>
    <w:p>
      <w:pPr>
        <w:spacing w:after="0" w:line="264" w:lineRule="exact"/>
        <w:ind w:firstLine="0" w:left="0"/>
      </w:pPr>
      <w:r>
        <w:rPr>
          <w:rFonts w:ascii="EB Garamond" w:hAnsi="EB Garamond" w:eastAsia="EB Garamond"/>
          <w:sz w:val="22"/>
        </w:rPr>
        <w:t>“Exactly.”</w:t>
      </w:r>
    </w:p>
    <w:p>
      <w:pPr>
        <w:spacing w:after="0" w:line="120" w:lineRule="exact"/>
      </w:pPr>
    </w:p>
    <w:p>
      <w:pPr>
        <w:spacing w:after="0" w:line="264" w:lineRule="exact"/>
        <w:ind w:firstLine="0" w:left="0"/>
      </w:pPr>
      <w:r>
        <w:rPr>
          <w:rFonts w:ascii="EB Garamond" w:hAnsi="EB Garamond" w:eastAsia="EB Garamond"/>
          <w:sz w:val="22"/>
        </w:rPr>
        <w:t>The word came out louder than Elsie intended.</w:t>
      </w:r>
    </w:p>
    <w:p>
      <w:pPr>
        <w:spacing w:after="0" w:line="120" w:lineRule="exact"/>
      </w:pPr>
    </w:p>
    <w:p>
      <w:pPr>
        <w:spacing w:after="0" w:line="264" w:lineRule="exact"/>
        <w:ind w:firstLine="0" w:left="0"/>
      </w:pPr>
      <w:r>
        <w:rPr>
          <w:rFonts w:ascii="EB Garamond" w:hAnsi="EB Garamond" w:eastAsia="EB Garamond"/>
          <w:sz w:val="22"/>
        </w:rPr>
        <w:t>Lucas pointed.</w:t>
      </w:r>
    </w:p>
    <w:p>
      <w:pPr>
        <w:spacing w:after="0" w:line="120" w:lineRule="exact"/>
      </w:pPr>
    </w:p>
    <w:p>
      <w:pPr>
        <w:spacing w:after="0" w:line="264" w:lineRule="exact"/>
        <w:ind w:firstLine="0" w:left="0"/>
      </w:pPr>
      <w:r>
        <w:rPr>
          <w:rFonts w:ascii="EB Garamond" w:hAnsi="EB Garamond" w:eastAsia="EB Garamond"/>
          <w:sz w:val="22"/>
        </w:rPr>
        <w:t>“That was aggressive agreement.”</w:t>
      </w:r>
    </w:p>
    <w:p>
      <w:pPr>
        <w:spacing w:after="0" w:line="120" w:lineRule="exact"/>
      </w:pPr>
    </w:p>
    <w:p>
      <w:pPr>
        <w:spacing w:after="0" w:line="264" w:lineRule="exact"/>
        <w:ind w:firstLine="0" w:left="0"/>
      </w:pPr>
      <w:r>
        <w:rPr>
          <w:rFonts w:ascii="EB Garamond" w:hAnsi="EB Garamond" w:eastAsia="EB Garamond"/>
          <w:sz w:val="22"/>
        </w:rPr>
        <w:t>“Sorry.”</w:t>
      </w:r>
    </w:p>
    <w:p>
      <w:pPr>
        <w:spacing w:after="0" w:line="120" w:lineRule="exact"/>
      </w:pPr>
    </w:p>
    <w:p>
      <w:pPr>
        <w:spacing w:after="0" w:line="264" w:lineRule="exact"/>
        <w:ind w:firstLine="0" w:left="0"/>
      </w:pPr>
      <w:r>
        <w:rPr>
          <w:rFonts w:ascii="EB Garamond" w:hAnsi="EB Garamond" w:eastAsia="EB Garamond"/>
          <w:sz w:val="22"/>
        </w:rPr>
        <w:t>“No, I enjoyed it.”</w:t>
      </w:r>
    </w:p>
    <w:p>
      <w:pPr>
        <w:spacing w:after="0" w:line="120" w:lineRule="exact"/>
      </w:pPr>
    </w:p>
    <w:p>
      <w:pPr>
        <w:spacing w:after="0" w:line="264" w:lineRule="exact"/>
        <w:ind w:firstLine="0" w:left="0"/>
      </w:pPr>
      <w:r>
        <w:rPr>
          <w:rFonts w:ascii="EB Garamond" w:hAnsi="EB Garamond" w:eastAsia="EB Garamond"/>
          <w:sz w:val="22"/>
        </w:rPr>
        <w:t>Elsie looked back at Hannah.</w:t>
      </w:r>
    </w:p>
    <w:p>
      <w:pPr>
        <w:spacing w:after="0" w:line="120" w:lineRule="exact"/>
      </w:pPr>
    </w:p>
    <w:p>
      <w:pPr>
        <w:spacing w:after="0" w:line="264" w:lineRule="exact"/>
        <w:ind w:firstLine="0" w:left="0"/>
      </w:pPr>
      <w:r>
        <w:rPr>
          <w:rFonts w:ascii="EB Garamond" w:hAnsi="EB Garamond" w:eastAsia="EB Garamond"/>
          <w:sz w:val="22"/>
        </w:rPr>
        <w:t>“So what is it?”</w:t>
      </w:r>
    </w:p>
    <w:p>
      <w:pPr>
        <w:spacing w:after="0" w:line="120" w:lineRule="exact"/>
      </w:pPr>
    </w:p>
    <w:p>
      <w:pPr>
        <w:spacing w:after="0" w:line="264" w:lineRule="exact"/>
        <w:ind w:firstLine="0" w:left="0"/>
      </w:pPr>
      <w:r>
        <w:rPr>
          <w:rFonts w:ascii="EB Garamond" w:hAnsi="EB Garamond" w:eastAsia="EB Garamond"/>
          <w:sz w:val="22"/>
        </w:rPr>
        <w:t>“What is what?”</w:t>
      </w:r>
    </w:p>
    <w:p>
      <w:pPr>
        <w:spacing w:after="0" w:line="120" w:lineRule="exact"/>
      </w:pPr>
    </w:p>
    <w:p>
      <w:pPr>
        <w:spacing w:after="0" w:line="264" w:lineRule="exact"/>
        <w:ind w:firstLine="0" w:left="0"/>
      </w:pPr>
      <w:r>
        <w:rPr>
          <w:rFonts w:ascii="EB Garamond" w:hAnsi="EB Garamond" w:eastAsia="EB Garamond"/>
          <w:sz w:val="22"/>
        </w:rPr>
        <w:t>“The point.”</w:t>
      </w:r>
    </w:p>
    <w:p>
      <w:pPr>
        <w:spacing w:after="0" w:line="120" w:lineRule="exact"/>
      </w:pPr>
    </w:p>
    <w:p>
      <w:pPr>
        <w:spacing w:after="0" w:line="264" w:lineRule="exact"/>
        <w:ind w:firstLine="0" w:left="0"/>
      </w:pPr>
      <w:r>
        <w:rPr>
          <w:rFonts w:ascii="EB Garamond" w:hAnsi="EB Garamond" w:eastAsia="EB Garamond"/>
          <w:sz w:val="22"/>
        </w:rPr>
        <w:t>Hannah smiled slightly.</w:t>
      </w:r>
    </w:p>
    <w:p>
      <w:pPr>
        <w:spacing w:after="0" w:line="120" w:lineRule="exact"/>
      </w:pPr>
    </w:p>
    <w:p>
      <w:pPr>
        <w:spacing w:after="0" w:line="264" w:lineRule="exact"/>
        <w:ind w:firstLine="0" w:left="0"/>
      </w:pPr>
      <w:r>
        <w:rPr>
          <w:rFonts w:ascii="EB Garamond" w:hAnsi="EB Garamond" w:eastAsia="EB Garamond"/>
          <w:sz w:val="22"/>
        </w:rPr>
        <w:t>“I don't know that there's one sentence.”</w:t>
      </w:r>
    </w:p>
    <w:p>
      <w:pPr>
        <w:spacing w:after="0" w:line="120" w:lineRule="exact"/>
      </w:pPr>
    </w:p>
    <w:p>
      <w:pPr>
        <w:spacing w:after="0" w:line="264" w:lineRule="exact"/>
        <w:ind w:firstLine="0" w:left="0"/>
      </w:pPr>
      <w:r>
        <w:rPr>
          <w:rFonts w:ascii="EB Garamond" w:hAnsi="EB Garamond" w:eastAsia="EB Garamond"/>
          <w:sz w:val="22"/>
        </w:rPr>
        <w:t>“Of course there isn't.”</w:t>
      </w:r>
    </w:p>
    <w:p>
      <w:pPr>
        <w:spacing w:after="0" w:line="120" w:lineRule="exact"/>
      </w:pPr>
    </w:p>
    <w:p>
      <w:pPr>
        <w:spacing w:after="0" w:line="264" w:lineRule="exact"/>
        <w:ind w:firstLine="0" w:left="0"/>
      </w:pPr>
      <w:r>
        <w:rPr>
          <w:rFonts w:ascii="EB Garamond" w:hAnsi="EB Garamond" w:eastAsia="EB Garamond"/>
          <w:sz w:val="22"/>
        </w:rPr>
        <w:t>“That would be convenient.”</w:t>
      </w:r>
    </w:p>
    <w:p>
      <w:pPr>
        <w:spacing w:after="0" w:line="120" w:lineRule="exact"/>
      </w:pPr>
    </w:p>
    <w:p>
      <w:pPr>
        <w:spacing w:after="0" w:line="264" w:lineRule="exact"/>
        <w:ind w:firstLine="0" w:left="0"/>
      </w:pPr>
      <w:r>
        <w:rPr>
          <w:rFonts w:ascii="EB Garamond" w:hAnsi="EB Garamond" w:eastAsia="EB Garamond"/>
          <w:sz w:val="22"/>
        </w:rPr>
        <w:t>“Extremely.”</w:t>
      </w:r>
    </w:p>
    <w:p>
      <w:pPr>
        <w:spacing w:after="0" w:line="120" w:lineRule="exact"/>
      </w:pPr>
    </w:p>
    <w:p>
      <w:pPr>
        <w:spacing w:after="0" w:line="264" w:lineRule="exact"/>
        <w:ind w:firstLine="0" w:left="0"/>
      </w:pPr>
      <w:r>
        <w:rPr>
          <w:rFonts w:ascii="EB Garamond" w:hAnsi="EB Garamond" w:eastAsia="EB Garamond"/>
          <w:sz w:val="22"/>
        </w:rPr>
        <w:t>Hannah leaned forward.</w:t>
      </w:r>
    </w:p>
    <w:p>
      <w:pPr>
        <w:spacing w:after="0" w:line="120" w:lineRule="exact"/>
      </w:pPr>
    </w:p>
    <w:p>
      <w:pPr>
        <w:spacing w:after="0" w:line="264" w:lineRule="exact"/>
        <w:ind w:firstLine="0" w:left="0"/>
      </w:pPr>
      <w:r>
        <w:rPr>
          <w:rFonts w:ascii="EB Garamond" w:hAnsi="EB Garamond" w:eastAsia="EB Garamond"/>
          <w:sz w:val="22"/>
        </w:rPr>
        <w:t>“Maybe anyway isn't wrong.”</w:t>
      </w:r>
    </w:p>
    <w:p>
      <w:pPr>
        <w:spacing w:after="0" w:line="120" w:lineRule="exact"/>
      </w:pPr>
    </w:p>
    <w:p>
      <w:pPr>
        <w:spacing w:after="0" w:line="264" w:lineRule="exact"/>
        <w:ind w:firstLine="0" w:left="0"/>
      </w:pPr>
      <w:r>
        <w:rPr>
          <w:rFonts w:ascii="EB Garamond" w:hAnsi="EB Garamond" w:eastAsia="EB Garamond"/>
          <w:sz w:val="22"/>
        </w:rPr>
        <w:t>Elsie waited.</w:t>
      </w:r>
    </w:p>
    <w:p>
      <w:pPr>
        <w:spacing w:after="0" w:line="120" w:lineRule="exact"/>
      </w:pPr>
    </w:p>
    <w:p>
      <w:pPr>
        <w:spacing w:after="0" w:line="264" w:lineRule="exact"/>
        <w:ind w:firstLine="0" w:left="0"/>
      </w:pPr>
      <w:r>
        <w:rPr>
          <w:rFonts w:ascii="EB Garamond" w:hAnsi="EB Garamond" w:eastAsia="EB Garamond"/>
          <w:sz w:val="22"/>
        </w:rPr>
        <w:t>“Maybe it's incomplete.”</w:t>
      </w:r>
    </w:p>
    <w:p>
      <w:pPr>
        <w:spacing w:after="0" w:line="120" w:lineRule="exact"/>
      </w:pPr>
    </w:p>
    <w:p>
      <w:pPr>
        <w:spacing w:after="0" w:line="264" w:lineRule="exact"/>
        <w:ind w:firstLine="0" w:left="0"/>
      </w:pPr>
      <w:r>
        <w:rPr>
          <w:rFonts w:ascii="EB Garamond" w:hAnsi="EB Garamond" w:eastAsia="EB Garamond"/>
          <w:sz w:val="22"/>
        </w:rPr>
        <w:t>That landed.</w:t>
      </w:r>
    </w:p>
    <w:p>
      <w:pPr>
        <w:spacing w:after="0" w:line="120" w:lineRule="exact"/>
      </w:pPr>
    </w:p>
    <w:p>
      <w:pPr>
        <w:spacing w:after="0" w:line="264" w:lineRule="exact"/>
        <w:ind w:firstLine="0" w:left="0"/>
      </w:pPr>
      <w:r>
        <w:rPr>
          <w:rFonts w:ascii="EB Garamond" w:hAnsi="EB Garamond" w:eastAsia="EB Garamond"/>
          <w:sz w:val="22"/>
        </w:rPr>
        <w:t>Elsie looked at the heading.</w:t>
      </w:r>
    </w:p>
    <w:p>
      <w:pPr>
        <w:spacing w:after="0" w:line="120" w:lineRule="exact"/>
      </w:pPr>
    </w:p>
    <w:p>
      <w:pPr>
        <w:spacing w:after="0" w:line="264" w:lineRule="exact"/>
        <w:ind w:firstLine="0" w:left="0"/>
      </w:pPr>
      <w:r>
        <w:rPr>
          <w:rFonts w:ascii="EB Garamond" w:hAnsi="EB Garamond" w:eastAsia="EB Garamond"/>
          <w:sz w:val="22"/>
        </w:rPr>
        <w:t>Incomplete.</w:t>
      </w:r>
    </w:p>
    <w:p>
      <w:pPr>
        <w:spacing w:after="0" w:line="120" w:lineRule="exact"/>
      </w:pPr>
    </w:p>
    <w:p>
      <w:pPr>
        <w:spacing w:after="0" w:line="264" w:lineRule="exact"/>
        <w:ind w:firstLine="0" w:left="0"/>
      </w:pPr>
      <w:r>
        <w:rPr>
          <w:rFonts w:ascii="EB Garamond" w:hAnsi="EB Garamond" w:eastAsia="EB Garamond"/>
          <w:sz w:val="22"/>
        </w:rPr>
        <w:t>Not wrong.</w:t>
      </w:r>
    </w:p>
    <w:p>
      <w:pPr>
        <w:spacing w:after="0" w:line="120" w:lineRule="exact"/>
      </w:pPr>
    </w:p>
    <w:p>
      <w:pPr>
        <w:spacing w:after="0" w:line="264" w:lineRule="exact"/>
        <w:ind w:firstLine="0" w:left="0"/>
      </w:pPr>
      <w:r>
        <w:rPr>
          <w:rFonts w:ascii="EB Garamond" w:hAnsi="EB Garamond" w:eastAsia="EB Garamond"/>
          <w:sz w:val="22"/>
        </w:rPr>
        <w:t>Not enough.</w:t>
      </w:r>
    </w:p>
    <w:p>
      <w:pPr>
        <w:spacing w:after="0" w:line="120" w:lineRule="exact"/>
      </w:pPr>
    </w:p>
    <w:p>
      <w:pPr>
        <w:spacing w:after="0" w:line="264" w:lineRule="exact"/>
        <w:ind w:firstLine="0" w:left="0"/>
      </w:pPr>
      <w:r>
        <w:rPr>
          <w:rFonts w:ascii="EB Garamond" w:hAnsi="EB Garamond" w:eastAsia="EB Garamond"/>
          <w:sz w:val="22"/>
        </w:rPr>
        <w:t>Nora leaned over.</w:t>
      </w:r>
    </w:p>
    <w:p>
      <w:pPr>
        <w:spacing w:after="0" w:line="120" w:lineRule="exact"/>
      </w:pPr>
    </w:p>
    <w:p>
      <w:pPr>
        <w:spacing w:after="0" w:line="264" w:lineRule="exact"/>
        <w:ind w:firstLine="0" w:left="0"/>
      </w:pPr>
      <w:r>
        <w:rPr>
          <w:rFonts w:ascii="EB Garamond" w:hAnsi="EB Garamond" w:eastAsia="EB Garamond"/>
          <w:sz w:val="22"/>
        </w:rPr>
        <w:t>“What are you going to change it to?”</w:t>
      </w:r>
    </w:p>
    <w:p>
      <w:pPr>
        <w:spacing w:after="0" w:line="120" w:lineRule="exact"/>
      </w:pPr>
    </w:p>
    <w:p>
      <w:pPr>
        <w:spacing w:after="0" w:line="264" w:lineRule="exact"/>
        <w:ind w:firstLine="0" w:left="0"/>
      </w:pPr>
      <w:r>
        <w:rPr>
          <w:rFonts w:ascii="EB Garamond" w:hAnsi="EB Garamond" w:eastAsia="EB Garamond"/>
          <w:sz w:val="22"/>
        </w:rPr>
        <w:t>Elsie immediately covered the page.</w:t>
      </w:r>
    </w:p>
    <w:p>
      <w:pPr>
        <w:spacing w:after="0" w:line="120" w:lineRule="exact"/>
      </w:pPr>
    </w:p>
    <w:p>
      <w:pPr>
        <w:spacing w:after="0" w:line="264" w:lineRule="exact"/>
        <w:ind w:firstLine="0" w:left="0"/>
      </w:pPr>
      <w:r>
        <w:rPr>
          <w:rFonts w:ascii="EB Garamond" w:hAnsi="EB Garamond" w:eastAsia="EB Garamond"/>
          <w:sz w:val="22"/>
        </w:rPr>
        <w:t>“I don't know.”</w:t>
      </w:r>
    </w:p>
    <w:p>
      <w:pPr>
        <w:spacing w:after="0" w:line="120" w:lineRule="exact"/>
      </w:pPr>
    </w:p>
    <w:p>
      <w:pPr>
        <w:spacing w:after="0" w:line="264" w:lineRule="exact"/>
        <w:ind w:firstLine="0" w:left="0"/>
      </w:pPr>
      <w:r>
        <w:rPr>
          <w:rFonts w:ascii="EB Garamond" w:hAnsi="EB Garamond" w:eastAsia="EB Garamond"/>
          <w:sz w:val="22"/>
        </w:rPr>
        <w:t>“You've been thinking about this for three days.”</w:t>
      </w:r>
    </w:p>
    <w:p>
      <w:pPr>
        <w:spacing w:after="0" w:line="120" w:lineRule="exact"/>
      </w:pPr>
    </w:p>
    <w:p>
      <w:pPr>
        <w:spacing w:after="0" w:line="264" w:lineRule="exact"/>
        <w:ind w:firstLine="0" w:left="0"/>
      </w:pPr>
      <w:r>
        <w:rPr>
          <w:rFonts w:ascii="EB Garamond" w:hAnsi="EB Garamond" w:eastAsia="EB Garamond"/>
          <w:sz w:val="22"/>
        </w:rPr>
        <w:t>“And?”</w:t>
      </w:r>
    </w:p>
    <w:p>
      <w:pPr>
        <w:spacing w:after="0" w:line="120" w:lineRule="exact"/>
      </w:pPr>
    </w:p>
    <w:p>
      <w:pPr>
        <w:spacing w:after="0" w:line="264" w:lineRule="exact"/>
        <w:ind w:firstLine="0" w:left="0"/>
      </w:pPr>
      <w:r>
        <w:rPr>
          <w:rFonts w:ascii="EB Garamond" w:hAnsi="EB Garamond" w:eastAsia="EB Garamond"/>
          <w:sz w:val="22"/>
        </w:rPr>
        <w:t>“And you definitely have options.”</w:t>
      </w:r>
    </w:p>
    <w:p>
      <w:pPr>
        <w:spacing w:after="0" w:line="120" w:lineRule="exact"/>
      </w:pPr>
    </w:p>
    <w:p>
      <w:pPr>
        <w:spacing w:after="0" w:line="264" w:lineRule="exact"/>
        <w:ind w:firstLine="0" w:left="0"/>
      </w:pPr>
      <w:r>
        <w:rPr>
          <w:rFonts w:ascii="EB Garamond" w:hAnsi="EB Garamond" w:eastAsia="EB Garamond"/>
          <w:sz w:val="22"/>
        </w:rPr>
        <w:t>“I have none.”</w:t>
      </w:r>
    </w:p>
    <w:p>
      <w:pPr>
        <w:spacing w:after="0" w:line="120" w:lineRule="exact"/>
      </w:pPr>
    </w:p>
    <w:p>
      <w:pPr>
        <w:spacing w:after="0" w:line="264" w:lineRule="exact"/>
        <w:ind w:firstLine="0" w:left="0"/>
      </w:pPr>
      <w:r>
        <w:rPr>
          <w:rFonts w:ascii="EB Garamond" w:hAnsi="EB Garamond" w:eastAsia="EB Garamond"/>
          <w:sz w:val="22"/>
        </w:rPr>
        <w:t>“Liar.”</w:t>
      </w:r>
    </w:p>
    <w:p>
      <w:pPr>
        <w:spacing w:after="0" w:line="120" w:lineRule="exact"/>
      </w:pPr>
    </w:p>
    <w:p>
      <w:pPr>
        <w:spacing w:after="0" w:line="264" w:lineRule="exact"/>
        <w:ind w:firstLine="0" w:left="0"/>
      </w:pPr>
      <w:r>
        <w:rPr>
          <w:rFonts w:ascii="EB Garamond" w:hAnsi="EB Garamond" w:eastAsia="EB Garamond"/>
          <w:sz w:val="22"/>
        </w:rPr>
        <w:t>“Biblical accusation.”</w:t>
      </w:r>
    </w:p>
    <w:p>
      <w:pPr>
        <w:spacing w:after="0" w:line="120" w:lineRule="exact"/>
      </w:pPr>
    </w:p>
    <w:p>
      <w:pPr>
        <w:spacing w:after="0" w:line="264" w:lineRule="exact"/>
        <w:ind w:firstLine="0" w:left="0"/>
      </w:pPr>
      <w:r>
        <w:rPr>
          <w:rFonts w:ascii="EB Garamond" w:hAnsi="EB Garamond" w:eastAsia="EB Garamond"/>
          <w:sz w:val="22"/>
        </w:rPr>
        <w:t>Nora laughed.</w:t>
      </w:r>
    </w:p>
    <w:p>
      <w:pPr>
        <w:spacing w:after="0" w:line="120" w:lineRule="exact"/>
      </w:pPr>
    </w:p>
    <w:p>
      <w:pPr>
        <w:spacing w:after="0" w:line="264" w:lineRule="exact"/>
        <w:ind w:firstLine="0" w:left="0"/>
      </w:pPr>
      <w:r>
        <w:rPr>
          <w:rFonts w:ascii="EB Garamond" w:hAnsi="EB Garamond" w:eastAsia="EB Garamond"/>
          <w:sz w:val="22"/>
        </w:rPr>
        <w:t>Hannah said:</w:t>
      </w:r>
    </w:p>
    <w:p>
      <w:pPr>
        <w:spacing w:after="0" w:line="120" w:lineRule="exact"/>
      </w:pPr>
    </w:p>
    <w:p>
      <w:pPr>
        <w:spacing w:after="0" w:line="264" w:lineRule="exact"/>
        <w:ind w:firstLine="0" w:left="0"/>
      </w:pPr>
      <w:r>
        <w:rPr>
          <w:rFonts w:ascii="EB Garamond" w:hAnsi="EB Garamond" w:eastAsia="EB Garamond"/>
          <w:sz w:val="22"/>
        </w:rPr>
        <w:t>“Maybe don't change it yet.”</w:t>
      </w:r>
    </w:p>
    <w:p>
      <w:pPr>
        <w:spacing w:after="0" w:line="120" w:lineRule="exact"/>
      </w:pPr>
    </w:p>
    <w:p>
      <w:pPr>
        <w:spacing w:after="0" w:line="264" w:lineRule="exact"/>
        <w:ind w:firstLine="0" w:left="0"/>
      </w:pPr>
      <w:r>
        <w:rPr>
          <w:rFonts w:ascii="EB Garamond" w:hAnsi="EB Garamond" w:eastAsia="EB Garamond"/>
          <w:sz w:val="22"/>
        </w:rPr>
        <w:t>Elsie looked at her.</w:t>
      </w:r>
    </w:p>
    <w:p>
      <w:pPr>
        <w:spacing w:after="0" w:line="120" w:lineRule="exact"/>
      </w:pPr>
    </w:p>
    <w:p>
      <w:pPr>
        <w:spacing w:after="0" w:line="264" w:lineRule="exact"/>
        <w:ind w:firstLine="0" w:left="0"/>
      </w:pPr>
      <w:r>
        <w:rPr>
          <w:rFonts w:ascii="EB Garamond" w:hAnsi="EB Garamond" w:eastAsia="EB Garamond"/>
          <w:sz w:val="22"/>
        </w:rPr>
        <w:t>“What?”</w:t>
      </w:r>
    </w:p>
    <w:p>
      <w:pPr>
        <w:spacing w:after="0" w:line="120" w:lineRule="exact"/>
      </w:pPr>
    </w:p>
    <w:p>
      <w:pPr>
        <w:spacing w:after="0" w:line="264" w:lineRule="exact"/>
        <w:ind w:firstLine="0" w:left="0"/>
      </w:pPr>
      <w:r>
        <w:rPr>
          <w:rFonts w:ascii="EB Garamond" w:hAnsi="EB Garamond" w:eastAsia="EB Garamond"/>
          <w:sz w:val="22"/>
        </w:rPr>
        <w:t>“You don't have to replace every incomplete answer the second you realize it's incomplete.”</w:t>
      </w:r>
    </w:p>
    <w:p>
      <w:pPr>
        <w:spacing w:after="0" w:line="120" w:lineRule="exact"/>
      </w:pPr>
    </w:p>
    <w:p>
      <w:pPr>
        <w:spacing w:after="0" w:line="264" w:lineRule="exact"/>
        <w:ind w:firstLine="0" w:left="0"/>
      </w:pPr>
      <w:r>
        <w:rPr>
          <w:rFonts w:ascii="EB Garamond" w:hAnsi="EB Garamond" w:eastAsia="EB Garamond"/>
          <w:sz w:val="22"/>
        </w:rPr>
        <w:t>Elsie stared.</w:t>
      </w:r>
    </w:p>
    <w:p>
      <w:pPr>
        <w:spacing w:after="0" w:line="120" w:lineRule="exact"/>
      </w:pPr>
    </w:p>
    <w:p>
      <w:pPr>
        <w:spacing w:after="0" w:line="264" w:lineRule="exact"/>
        <w:ind w:firstLine="0" w:left="0"/>
      </w:pPr>
      <w:r>
        <w:rPr>
          <w:rFonts w:ascii="EB Garamond" w:hAnsi="EB Garamond" w:eastAsia="EB Garamond"/>
          <w:sz w:val="22"/>
        </w:rPr>
        <w:t>“That sounds fake.”</w:t>
      </w:r>
    </w:p>
    <w:p>
      <w:pPr>
        <w:spacing w:after="0" w:line="120" w:lineRule="exact"/>
      </w:pPr>
    </w:p>
    <w:p>
      <w:pPr>
        <w:spacing w:after="0" w:line="264" w:lineRule="exact"/>
        <w:ind w:firstLine="0" w:left="0"/>
      </w:pPr>
      <w:r>
        <w:rPr>
          <w:rFonts w:ascii="EB Garamond" w:hAnsi="EB Garamond" w:eastAsia="EB Garamond"/>
          <w:sz w:val="22"/>
        </w:rPr>
        <w:t>“It isn't.”</w:t>
      </w:r>
    </w:p>
    <w:p>
      <w:pPr>
        <w:spacing w:after="0" w:line="120" w:lineRule="exact"/>
      </w:pPr>
    </w:p>
    <w:p>
      <w:pPr>
        <w:spacing w:after="0" w:line="264" w:lineRule="exact"/>
        <w:ind w:firstLine="0" w:left="0"/>
      </w:pPr>
      <w:r>
        <w:rPr>
          <w:rFonts w:ascii="EB Garamond" w:hAnsi="EB Garamond" w:eastAsia="EB Garamond"/>
          <w:sz w:val="22"/>
        </w:rPr>
        <w:t>“It sounds specifically designed to annoy me.”</w:t>
      </w:r>
    </w:p>
    <w:p>
      <w:pPr>
        <w:spacing w:after="0" w:line="120" w:lineRule="exact"/>
      </w:pPr>
    </w:p>
    <w:p>
      <w:pPr>
        <w:spacing w:after="0" w:line="264" w:lineRule="exact"/>
        <w:ind w:firstLine="0" w:left="0"/>
      </w:pPr>
      <w:r>
        <w:rPr>
          <w:rFonts w:ascii="EB Garamond" w:hAnsi="EB Garamond" w:eastAsia="EB Garamond"/>
          <w:sz w:val="22"/>
        </w:rPr>
        <w:t>“Maybe that too.”</w:t>
      </w:r>
    </w:p>
    <w:p>
      <w:pPr>
        <w:spacing w:after="0" w:line="120" w:lineRule="exact"/>
      </w:pPr>
    </w:p>
    <w:p>
      <w:pPr>
        <w:spacing w:after="0" w:line="264" w:lineRule="exact"/>
        <w:ind w:firstLine="0" w:left="0"/>
      </w:pPr>
      <w:r>
        <w:rPr>
          <w:rFonts w:ascii="EB Garamond" w:hAnsi="EB Garamond" w:eastAsia="EB Garamond"/>
          <w:sz w:val="22"/>
        </w:rPr>
        <w:t>Lucas reached for the popcorn.</w:t>
      </w:r>
    </w:p>
    <w:p>
      <w:pPr>
        <w:spacing w:after="0" w:line="120" w:lineRule="exact"/>
      </w:pPr>
    </w:p>
    <w:p>
      <w:pPr>
        <w:spacing w:after="0" w:line="264" w:lineRule="exact"/>
        <w:ind w:firstLine="0" w:left="0"/>
      </w:pPr>
      <w:r>
        <w:rPr>
          <w:rFonts w:ascii="EB Garamond" w:hAnsi="EB Garamond" w:eastAsia="EB Garamond"/>
          <w:sz w:val="22"/>
        </w:rPr>
        <w:t>“Write PEOPLE GOD USED DESPITE THEIR NUMEROUS PERSONAL DEFICIENCIES.”</w:t>
      </w:r>
    </w:p>
    <w:p>
      <w:pPr>
        <w:spacing w:after="0" w:line="120" w:lineRule="exact"/>
      </w:pPr>
    </w:p>
    <w:p>
      <w:pPr>
        <w:spacing w:after="0" w:line="264" w:lineRule="exact"/>
        <w:ind w:firstLine="0" w:left="0"/>
      </w:pPr>
      <w:r>
        <w:rPr>
          <w:rFonts w:ascii="EB Garamond" w:hAnsi="EB Garamond" w:eastAsia="EB Garamond"/>
          <w:sz w:val="22"/>
        </w:rPr>
        <w:t>Maya threw another pillow.</w:t>
      </w:r>
    </w:p>
    <w:p>
      <w:pPr>
        <w:spacing w:after="0" w:line="120" w:lineRule="exact"/>
      </w:pPr>
    </w:p>
    <w:p>
      <w:pPr>
        <w:spacing w:after="0" w:line="264" w:lineRule="exact"/>
        <w:ind w:firstLine="0" w:left="0"/>
      </w:pPr>
      <w:r>
        <w:rPr>
          <w:rFonts w:ascii="EB Garamond" w:hAnsi="EB Garamond" w:eastAsia="EB Garamond"/>
          <w:sz w:val="22"/>
        </w:rPr>
        <w:t>“Stop helping.”</w:t>
      </w:r>
    </w:p>
    <w:p>
      <w:pPr>
        <w:spacing w:after="0" w:line="120" w:lineRule="exact"/>
      </w:pPr>
    </w:p>
    <w:p>
      <w:pPr>
        <w:spacing w:after="0" w:line="264" w:lineRule="exact"/>
        <w:ind w:firstLine="0" w:left="0"/>
      </w:pPr>
      <w:r>
        <w:rPr>
          <w:rFonts w:ascii="EB Garamond" w:hAnsi="EB Garamond" w:eastAsia="EB Garamond"/>
          <w:sz w:val="22"/>
        </w:rPr>
        <w:t>Elsie laughed.</w:t>
      </w:r>
    </w:p>
    <w:p>
      <w:pPr>
        <w:spacing w:after="0" w:line="120" w:lineRule="exact"/>
      </w:pPr>
    </w:p>
    <w:p>
      <w:pPr>
        <w:spacing w:after="0" w:line="264" w:lineRule="exact"/>
        <w:ind w:firstLine="0" w:left="0"/>
      </w:pPr>
      <w:r>
        <w:rPr>
          <w:rFonts w:ascii="EB Garamond" w:hAnsi="EB Garamond" w:eastAsia="EB Garamond"/>
          <w:sz w:val="22"/>
        </w:rPr>
        <w:t>She looked down again.</w:t>
      </w:r>
    </w:p>
    <w:p>
      <w:pPr>
        <w:spacing w:after="0" w:line="120" w:lineRule="exact"/>
      </w:pPr>
    </w:p>
    <w:p>
      <w:pPr>
        <w:spacing w:after="0" w:line="264" w:lineRule="exact"/>
        <w:ind w:firstLine="0" w:left="0"/>
      </w:pPr>
      <w:r>
        <w:rPr>
          <w:rFonts w:ascii="EB Garamond" w:hAnsi="EB Garamond" w:eastAsia="EB Garamond"/>
          <w:b/>
          <w:sz w:val="22"/>
        </w:rPr>
        <w:t>PEOPLE GOD USED ANYWAY</w:t>
      </w:r>
    </w:p>
    <w:p>
      <w:pPr>
        <w:spacing w:after="0" w:line="120" w:lineRule="exact"/>
      </w:pPr>
    </w:p>
    <w:p>
      <w:pPr>
        <w:spacing w:after="0" w:line="264" w:lineRule="exact"/>
        <w:ind w:firstLine="0" w:left="0"/>
      </w:pPr>
      <w:r>
        <w:rPr>
          <w:rFonts w:ascii="EB Garamond" w:hAnsi="EB Garamond" w:eastAsia="EB Garamond"/>
          <w:sz w:val="22"/>
        </w:rPr>
        <w:t>She picked up her pen.</w:t>
      </w:r>
    </w:p>
    <w:p>
      <w:pPr>
        <w:spacing w:after="0" w:line="120" w:lineRule="exact"/>
      </w:pPr>
    </w:p>
    <w:p>
      <w:pPr>
        <w:spacing w:after="0" w:line="264" w:lineRule="exact"/>
        <w:ind w:firstLine="0" w:left="0"/>
      </w:pPr>
      <w:r>
        <w:rPr>
          <w:rFonts w:ascii="EB Garamond" w:hAnsi="EB Garamond" w:eastAsia="EB Garamond"/>
          <w:sz w:val="22"/>
        </w:rPr>
        <w:t>Nora leaned closer.</w:t>
      </w:r>
    </w:p>
    <w:p>
      <w:pPr>
        <w:spacing w:after="0" w:line="120" w:lineRule="exact"/>
      </w:pPr>
    </w:p>
    <w:p>
      <w:pPr>
        <w:spacing w:after="0" w:line="264" w:lineRule="exact"/>
        <w:ind w:firstLine="0" w:left="0"/>
      </w:pPr>
      <w:r>
        <w:rPr>
          <w:rFonts w:ascii="EB Garamond" w:hAnsi="EB Garamond" w:eastAsia="EB Garamond"/>
          <w:sz w:val="22"/>
        </w:rPr>
        <w:t>Elsie pointed at her.</w:t>
      </w:r>
    </w:p>
    <w:p>
      <w:pPr>
        <w:spacing w:after="0" w:line="120" w:lineRule="exact"/>
      </w:pPr>
    </w:p>
    <w:p>
      <w:pPr>
        <w:spacing w:after="0" w:line="264" w:lineRule="exact"/>
        <w:ind w:firstLine="0" w:left="0"/>
      </w:pPr>
      <w:r>
        <w:rPr>
          <w:rFonts w:ascii="EB Garamond" w:hAnsi="EB Garamond" w:eastAsia="EB Garamond"/>
          <w:sz w:val="22"/>
        </w:rPr>
        <w:t>“Back up.”</w:t>
      </w:r>
    </w:p>
    <w:p>
      <w:pPr>
        <w:spacing w:after="0" w:line="120" w:lineRule="exact"/>
      </w:pPr>
    </w:p>
    <w:p>
      <w:pPr>
        <w:spacing w:after="0" w:line="264" w:lineRule="exact"/>
        <w:ind w:firstLine="0" w:left="0"/>
      </w:pPr>
      <w:r>
        <w:rPr>
          <w:rFonts w:ascii="EB Garamond" w:hAnsi="EB Garamond" w:eastAsia="EB Garamond"/>
          <w:sz w:val="22"/>
        </w:rPr>
        <w:t>“I want to see.”</w:t>
      </w:r>
    </w:p>
    <w:p>
      <w:pPr>
        <w:spacing w:after="0" w:line="120" w:lineRule="exact"/>
      </w:pPr>
    </w:p>
    <w:p>
      <w:pPr>
        <w:spacing w:after="0" w:line="264" w:lineRule="exact"/>
        <w:ind w:firstLine="0" w:left="0"/>
      </w:pPr>
      <w:r>
        <w:rPr>
          <w:rFonts w:ascii="EB Garamond" w:hAnsi="EB Garamond" w:eastAsia="EB Garamond"/>
          <w:sz w:val="22"/>
        </w:rPr>
        <w:t>“No.”</w:t>
      </w:r>
    </w:p>
    <w:p>
      <w:pPr>
        <w:spacing w:after="0" w:line="120" w:lineRule="exact"/>
      </w:pPr>
    </w:p>
    <w:p>
      <w:pPr>
        <w:spacing w:after="0" w:line="264" w:lineRule="exact"/>
        <w:ind w:firstLine="0" w:left="0"/>
      </w:pPr>
      <w:r>
        <w:rPr>
          <w:rFonts w:ascii="EB Garamond" w:hAnsi="EB Garamond" w:eastAsia="EB Garamond"/>
          <w:sz w:val="22"/>
        </w:rPr>
        <w:t>“Why?”</w:t>
      </w:r>
    </w:p>
    <w:p>
      <w:pPr>
        <w:spacing w:after="0" w:line="120" w:lineRule="exact"/>
      </w:pPr>
    </w:p>
    <w:p>
      <w:pPr>
        <w:spacing w:after="0" w:line="264" w:lineRule="exact"/>
        <w:ind w:firstLine="0" w:left="0"/>
      </w:pPr>
      <w:r>
        <w:rPr>
          <w:rFonts w:ascii="EB Garamond" w:hAnsi="EB Garamond" w:eastAsia="EB Garamond"/>
          <w:sz w:val="22"/>
        </w:rPr>
        <w:t>“Because I don't know what I'm doing.”</w:t>
      </w:r>
    </w:p>
    <w:p>
      <w:pPr>
        <w:spacing w:after="0" w:line="120" w:lineRule="exact"/>
      </w:pPr>
    </w:p>
    <w:p>
      <w:pPr>
        <w:spacing w:after="0" w:line="264" w:lineRule="exact"/>
        <w:ind w:firstLine="0" w:left="0"/>
      </w:pPr>
      <w:r>
        <w:rPr>
          <w:rFonts w:ascii="EB Garamond" w:hAnsi="EB Garamond" w:eastAsia="EB Garamond"/>
          <w:sz w:val="22"/>
        </w:rPr>
        <w:t>“That has literally never stopped you.”</w:t>
      </w:r>
    </w:p>
    <w:p>
      <w:pPr>
        <w:spacing w:after="0" w:line="120" w:lineRule="exact"/>
      </w:pPr>
    </w:p>
    <w:p>
      <w:pPr>
        <w:spacing w:after="0" w:line="264" w:lineRule="exact"/>
        <w:ind w:firstLine="0" w:left="0"/>
      </w:pPr>
      <w:r>
        <w:rPr>
          <w:rFonts w:ascii="EB Garamond" w:hAnsi="EB Garamond" w:eastAsia="EB Garamond"/>
          <w:sz w:val="22"/>
        </w:rPr>
        <w:t>Fair.</w:t>
      </w:r>
    </w:p>
    <w:p>
      <w:pPr>
        <w:spacing w:after="0" w:line="120" w:lineRule="exact"/>
      </w:pPr>
    </w:p>
    <w:p>
      <w:pPr>
        <w:spacing w:after="0" w:line="264" w:lineRule="exact"/>
        <w:ind w:firstLine="0" w:left="0"/>
      </w:pPr>
      <w:r>
        <w:rPr>
          <w:rFonts w:ascii="EB Garamond" w:hAnsi="EB Garamond" w:eastAsia="EB Garamond"/>
          <w:sz w:val="22"/>
        </w:rPr>
        <w:t>Elsie put the pen to the page.</w:t>
      </w:r>
    </w:p>
    <w:p>
      <w:pPr>
        <w:spacing w:after="0" w:line="120" w:lineRule="exact"/>
      </w:pPr>
    </w:p>
    <w:p>
      <w:pPr>
        <w:spacing w:after="0" w:line="264" w:lineRule="exact"/>
        <w:ind w:firstLine="0" w:left="0"/>
      </w:pPr>
      <w:r>
        <w:rPr>
          <w:rFonts w:ascii="EB Garamond" w:hAnsi="EB Garamond" w:eastAsia="EB Garamond"/>
          <w:sz w:val="22"/>
        </w:rPr>
        <w:t>She almost crossed out ANYWAY.</w:t>
      </w:r>
    </w:p>
    <w:p>
      <w:pPr>
        <w:spacing w:after="0" w:line="120" w:lineRule="exact"/>
      </w:pPr>
    </w:p>
    <w:p>
      <w:pPr>
        <w:spacing w:after="0" w:line="264" w:lineRule="exact"/>
        <w:ind w:firstLine="0" w:left="0"/>
      </w:pPr>
      <w:r>
        <w:rPr>
          <w:rFonts w:ascii="EB Garamond" w:hAnsi="EB Garamond" w:eastAsia="EB Garamond"/>
          <w:sz w:val="22"/>
        </w:rPr>
        <w:t>Stopped.</w:t>
      </w:r>
    </w:p>
    <w:p>
      <w:pPr>
        <w:spacing w:after="0" w:line="120" w:lineRule="exact"/>
      </w:pPr>
    </w:p>
    <w:p>
      <w:pPr>
        <w:spacing w:after="0" w:line="264" w:lineRule="exact"/>
        <w:ind w:firstLine="0" w:left="0"/>
      </w:pPr>
      <w:r>
        <w:rPr>
          <w:rFonts w:ascii="EB Garamond" w:hAnsi="EB Garamond" w:eastAsia="EB Garamond"/>
          <w:sz w:val="22"/>
        </w:rPr>
        <w:t>Not yet.</w:t>
      </w:r>
    </w:p>
    <w:p>
      <w:pPr>
        <w:spacing w:after="0" w:line="120" w:lineRule="exact"/>
      </w:pPr>
    </w:p>
    <w:p>
      <w:pPr>
        <w:spacing w:after="0" w:line="264" w:lineRule="exact"/>
        <w:ind w:firstLine="0" w:left="0"/>
      </w:pPr>
      <w:r>
        <w:rPr>
          <w:rFonts w:ascii="EB Garamond" w:hAnsi="EB Garamond" w:eastAsia="EB Garamond"/>
          <w:sz w:val="22"/>
        </w:rPr>
        <w:t>Instead, beneath the heading, she wrote:</w:t>
      </w:r>
    </w:p>
    <w:p>
      <w:pPr>
        <w:spacing w:after="0" w:line="120" w:lineRule="exact"/>
      </w:pPr>
    </w:p>
    <w:p>
      <w:pPr>
        <w:spacing w:after="0" w:line="264" w:lineRule="exact"/>
        <w:ind w:firstLine="0" w:left="0"/>
      </w:pPr>
      <w:r>
        <w:rPr>
          <w:rFonts w:ascii="EB Garamond" w:hAnsi="EB Garamond" w:eastAsia="EB Garamond"/>
          <w:i/>
          <w:sz w:val="22"/>
        </w:rPr>
        <w:t>I thought “anyway” meant God could still use them after He knew the worst parts.</w:t>
      </w:r>
    </w:p>
    <w:p>
      <w:pPr>
        <w:spacing w:after="0" w:line="120" w:lineRule="exact"/>
      </w:pPr>
    </w:p>
    <w:p>
      <w:pPr>
        <w:spacing w:after="0" w:line="264" w:lineRule="exact"/>
        <w:ind w:firstLine="0" w:left="0"/>
      </w:pPr>
      <w:r>
        <w:rPr>
          <w:rFonts w:ascii="EB Garamond" w:hAnsi="EB Garamond" w:eastAsia="EB Garamond"/>
          <w:sz w:val="22"/>
        </w:rPr>
        <w:t>She paused.</w:t>
      </w:r>
    </w:p>
    <w:p>
      <w:pPr>
        <w:spacing w:after="0" w:line="120" w:lineRule="exact"/>
      </w:pPr>
    </w:p>
    <w:p>
      <w:pPr>
        <w:spacing w:after="0" w:line="264" w:lineRule="exact"/>
        <w:ind w:firstLine="0" w:left="0"/>
      </w:pPr>
      <w:r>
        <w:rPr>
          <w:rFonts w:ascii="EB Garamond" w:hAnsi="EB Garamond" w:eastAsia="EB Garamond"/>
          <w:sz w:val="22"/>
        </w:rPr>
        <w:t>Then:</w:t>
      </w:r>
    </w:p>
    <w:p>
      <w:pPr>
        <w:spacing w:after="0" w:line="120" w:lineRule="exact"/>
      </w:pPr>
    </w:p>
    <w:p>
      <w:pPr>
        <w:spacing w:after="0" w:line="264" w:lineRule="exact"/>
        <w:ind w:firstLine="0" w:left="0"/>
      </w:pPr>
      <w:r>
        <w:rPr>
          <w:rFonts w:ascii="EB Garamond" w:hAnsi="EB Garamond" w:eastAsia="EB Garamond"/>
          <w:i/>
          <w:sz w:val="22"/>
        </w:rPr>
        <w:t>But He already knew.</w:t>
      </w:r>
    </w:p>
    <w:p>
      <w:pPr>
        <w:spacing w:after="0" w:line="120" w:lineRule="exact"/>
      </w:pPr>
    </w:p>
    <w:p>
      <w:pPr>
        <w:spacing w:after="0" w:line="264" w:lineRule="exact"/>
        <w:ind w:firstLine="0" w:left="0"/>
      </w:pPr>
      <w:r>
        <w:rPr>
          <w:rFonts w:ascii="EB Garamond" w:hAnsi="EB Garamond" w:eastAsia="EB Garamond"/>
          <w:sz w:val="22"/>
        </w:rPr>
        <w:t>Elsie stared at it.</w:t>
      </w:r>
    </w:p>
    <w:p>
      <w:pPr>
        <w:spacing w:after="0" w:line="120" w:lineRule="exact"/>
      </w:pPr>
    </w:p>
    <w:p>
      <w:pPr>
        <w:spacing w:after="0" w:line="264" w:lineRule="exact"/>
        <w:ind w:firstLine="0" w:left="0"/>
      </w:pPr>
      <w:r>
        <w:rPr>
          <w:rFonts w:ascii="EB Garamond" w:hAnsi="EB Garamond" w:eastAsia="EB Garamond"/>
          <w:sz w:val="22"/>
        </w:rPr>
        <w:t>That was all she had.</w:t>
      </w:r>
    </w:p>
    <w:p>
      <w:pPr>
        <w:spacing w:after="0" w:line="120" w:lineRule="exact"/>
      </w:pPr>
    </w:p>
    <w:p>
      <w:pPr>
        <w:spacing w:after="0" w:line="264" w:lineRule="exact"/>
        <w:ind w:firstLine="0" w:left="0"/>
      </w:pPr>
      <w:r>
        <w:rPr>
          <w:rFonts w:ascii="EB Garamond" w:hAnsi="EB Garamond" w:eastAsia="EB Garamond"/>
          <w:sz w:val="22"/>
        </w:rPr>
        <w:t>No replacement heading.</w:t>
      </w:r>
    </w:p>
    <w:p>
      <w:pPr>
        <w:spacing w:after="0" w:line="120" w:lineRule="exact"/>
      </w:pPr>
    </w:p>
    <w:p>
      <w:pPr>
        <w:spacing w:after="0" w:line="264" w:lineRule="exact"/>
        <w:ind w:firstLine="0" w:left="0"/>
      </w:pPr>
      <w:r>
        <w:rPr>
          <w:rFonts w:ascii="EB Garamond" w:hAnsi="EB Garamond" w:eastAsia="EB Garamond"/>
          <w:sz w:val="22"/>
        </w:rPr>
        <w:t>No conclusion.</w:t>
      </w:r>
    </w:p>
    <w:p>
      <w:pPr>
        <w:spacing w:after="0" w:line="120" w:lineRule="exact"/>
      </w:pPr>
    </w:p>
    <w:p>
      <w:pPr>
        <w:spacing w:after="0" w:line="264" w:lineRule="exact"/>
        <w:ind w:firstLine="0" w:left="0"/>
      </w:pPr>
      <w:r>
        <w:rPr>
          <w:rFonts w:ascii="EB Garamond" w:hAnsi="EB Garamond" w:eastAsia="EB Garamond"/>
          <w:sz w:val="22"/>
        </w:rPr>
        <w:t>No neat sentence.</w:t>
      </w:r>
    </w:p>
    <w:p>
      <w:pPr>
        <w:spacing w:after="0" w:line="120" w:lineRule="exact"/>
      </w:pPr>
    </w:p>
    <w:p>
      <w:pPr>
        <w:spacing w:after="0" w:line="264" w:lineRule="exact"/>
        <w:ind w:firstLine="0" w:left="0"/>
      </w:pPr>
      <w:r>
        <w:rPr>
          <w:rFonts w:ascii="EB Garamond" w:hAnsi="EB Garamond" w:eastAsia="EB Garamond"/>
          <w:sz w:val="22"/>
        </w:rPr>
        <w:t>Just a problem with the answer she used to have.</w:t>
      </w:r>
    </w:p>
    <w:p>
      <w:pPr>
        <w:spacing w:after="0" w:line="120" w:lineRule="exact"/>
      </w:pPr>
    </w:p>
    <w:p>
      <w:pPr>
        <w:spacing w:after="0" w:line="264" w:lineRule="exact"/>
        <w:ind w:firstLine="0" w:left="0"/>
      </w:pPr>
      <w:r>
        <w:rPr>
          <w:rFonts w:ascii="EB Garamond" w:hAnsi="EB Garamond" w:eastAsia="EB Garamond"/>
          <w:sz w:val="22"/>
        </w:rPr>
        <w:t>On the drive home, she thought about Maddie.</w:t>
      </w:r>
    </w:p>
    <w:p>
      <w:pPr>
        <w:spacing w:after="0" w:line="120" w:lineRule="exact"/>
      </w:pPr>
    </w:p>
    <w:p>
      <w:pPr>
        <w:spacing w:after="0" w:line="264" w:lineRule="exact"/>
        <w:ind w:firstLine="0" w:left="0"/>
      </w:pPr>
      <w:r>
        <w:rPr>
          <w:rFonts w:ascii="EB Garamond" w:hAnsi="EB Garamond" w:eastAsia="EB Garamond"/>
          <w:sz w:val="22"/>
        </w:rPr>
        <w:t>Her mother making dinner.</w:t>
      </w:r>
    </w:p>
    <w:p>
      <w:pPr>
        <w:spacing w:after="0" w:line="120" w:lineRule="exact"/>
      </w:pPr>
    </w:p>
    <w:p>
      <w:pPr>
        <w:spacing w:after="0" w:line="264" w:lineRule="exact"/>
        <w:ind w:firstLine="0" w:left="0"/>
      </w:pPr>
      <w:r>
        <w:rPr>
          <w:rFonts w:ascii="EB Garamond" w:hAnsi="EB Garamond" w:eastAsia="EB Garamond"/>
          <w:sz w:val="22"/>
        </w:rPr>
        <w:t>Burned garlic bread.</w:t>
      </w:r>
    </w:p>
    <w:p>
      <w:pPr>
        <w:spacing w:after="0" w:line="120" w:lineRule="exact"/>
      </w:pPr>
    </w:p>
    <w:p>
      <w:pPr>
        <w:spacing w:after="0" w:line="264" w:lineRule="exact"/>
        <w:ind w:firstLine="0" w:left="0"/>
      </w:pPr>
      <w:r>
        <w:rPr>
          <w:rFonts w:ascii="EB Garamond" w:hAnsi="EB Garamond" w:eastAsia="EB Garamond"/>
          <w:sz w:val="22"/>
        </w:rPr>
        <w:t>Her aunt still checking in.</w:t>
      </w:r>
    </w:p>
    <w:p>
      <w:pPr>
        <w:spacing w:after="0" w:line="120" w:lineRule="exact"/>
      </w:pPr>
    </w:p>
    <w:p>
      <w:pPr>
        <w:spacing w:after="0" w:line="264" w:lineRule="exact"/>
        <w:ind w:firstLine="0" w:left="0"/>
      </w:pPr>
      <w:r>
        <w:rPr>
          <w:rFonts w:ascii="EB Garamond" w:hAnsi="EB Garamond" w:eastAsia="EB Garamond"/>
          <w:sz w:val="22"/>
        </w:rPr>
        <w:t>Her dad coming over.</w:t>
      </w:r>
    </w:p>
    <w:p>
      <w:pPr>
        <w:spacing w:after="0" w:line="120" w:lineRule="exact"/>
      </w:pPr>
    </w:p>
    <w:p>
      <w:pPr>
        <w:spacing w:after="0" w:line="264" w:lineRule="exact"/>
        <w:ind w:firstLine="0" w:left="0"/>
      </w:pPr>
      <w:r>
        <w:rPr>
          <w:rFonts w:ascii="EB Garamond" w:hAnsi="EB Garamond" w:eastAsia="EB Garamond"/>
          <w:sz w:val="22"/>
        </w:rPr>
        <w:t>Maddie still angry.</w:t>
      </w:r>
    </w:p>
    <w:p>
      <w:pPr>
        <w:spacing w:after="0" w:line="120" w:lineRule="exact"/>
      </w:pPr>
    </w:p>
    <w:p>
      <w:pPr>
        <w:spacing w:after="0" w:line="264" w:lineRule="exact"/>
        <w:ind w:firstLine="0" w:left="0"/>
      </w:pPr>
      <w:r>
        <w:rPr>
          <w:rFonts w:ascii="EB Garamond" w:hAnsi="EB Garamond" w:eastAsia="EB Garamond"/>
          <w:sz w:val="22"/>
        </w:rPr>
        <w:t>Maddie still texting her.</w:t>
      </w:r>
    </w:p>
    <w:p>
      <w:pPr>
        <w:spacing w:after="0" w:line="120" w:lineRule="exact"/>
      </w:pPr>
    </w:p>
    <w:p>
      <w:pPr>
        <w:spacing w:after="0" w:line="264" w:lineRule="exact"/>
        <w:ind w:firstLine="0" w:left="0"/>
      </w:pPr>
      <w:r>
        <w:rPr>
          <w:rFonts w:ascii="EB Garamond" w:hAnsi="EB Garamond" w:eastAsia="EB Garamond"/>
          <w:sz w:val="22"/>
        </w:rPr>
        <w:t>None of those things canceled the others.</w:t>
      </w:r>
    </w:p>
    <w:p>
      <w:pPr>
        <w:spacing w:after="0" w:line="120" w:lineRule="exact"/>
      </w:pPr>
    </w:p>
    <w:p>
      <w:pPr>
        <w:spacing w:after="0" w:line="264" w:lineRule="exact"/>
        <w:ind w:firstLine="0" w:left="0"/>
      </w:pPr>
      <w:r>
        <w:rPr>
          <w:rFonts w:ascii="EB Garamond" w:hAnsi="EB Garamond" w:eastAsia="EB Garamond"/>
          <w:sz w:val="22"/>
        </w:rPr>
        <w:t>Maybe people weren't contradictions that needed fixing.</w:t>
      </w:r>
    </w:p>
    <w:p>
      <w:pPr>
        <w:spacing w:after="0" w:line="120" w:lineRule="exact"/>
      </w:pPr>
    </w:p>
    <w:p>
      <w:pPr>
        <w:spacing w:after="0" w:line="264" w:lineRule="exact"/>
        <w:ind w:firstLine="0" w:left="0"/>
      </w:pPr>
      <w:r>
        <w:rPr>
          <w:rFonts w:ascii="EB Garamond" w:hAnsi="EB Garamond" w:eastAsia="EB Garamond"/>
          <w:sz w:val="22"/>
        </w:rPr>
        <w:t>Maybe they were just people.</w:t>
      </w:r>
    </w:p>
    <w:p>
      <w:pPr>
        <w:spacing w:after="0" w:line="120" w:lineRule="exact"/>
      </w:pPr>
    </w:p>
    <w:p>
      <w:pPr>
        <w:spacing w:after="0" w:line="264" w:lineRule="exact"/>
        <w:ind w:firstLine="0" w:left="0"/>
      </w:pPr>
      <w:r>
        <w:rPr>
          <w:rFonts w:ascii="EB Garamond" w:hAnsi="EB Garamond" w:eastAsia="EB Garamond"/>
          <w:sz w:val="22"/>
        </w:rPr>
        <w:t>Complicated.</w:t>
      </w:r>
    </w:p>
    <w:p>
      <w:pPr>
        <w:spacing w:after="0" w:line="120" w:lineRule="exact"/>
      </w:pPr>
    </w:p>
    <w:p>
      <w:pPr>
        <w:spacing w:after="0" w:line="264" w:lineRule="exact"/>
        <w:ind w:firstLine="0" w:left="0"/>
      </w:pPr>
      <w:r>
        <w:rPr>
          <w:rFonts w:ascii="EB Garamond" w:hAnsi="EB Garamond" w:eastAsia="EB Garamond"/>
          <w:sz w:val="22"/>
        </w:rPr>
        <w:t>Known in pieces by everyone around them.</w:t>
      </w:r>
    </w:p>
    <w:p>
      <w:pPr>
        <w:spacing w:after="0" w:line="120" w:lineRule="exact"/>
      </w:pPr>
    </w:p>
    <w:p>
      <w:pPr>
        <w:spacing w:after="0" w:line="264" w:lineRule="exact"/>
        <w:ind w:firstLine="0" w:left="0"/>
      </w:pPr>
      <w:r>
        <w:rPr>
          <w:rFonts w:ascii="EB Garamond" w:hAnsi="EB Garamond" w:eastAsia="EB Garamond"/>
          <w:sz w:val="22"/>
        </w:rPr>
        <w:t>Completely known by God.</w:t>
      </w:r>
    </w:p>
    <w:p>
      <w:pPr>
        <w:spacing w:after="0" w:line="120" w:lineRule="exact"/>
      </w:pPr>
    </w:p>
    <w:p>
      <w:pPr>
        <w:spacing w:after="0" w:line="264" w:lineRule="exact"/>
        <w:ind w:firstLine="0" w:left="0"/>
      </w:pPr>
      <w:r>
        <w:rPr>
          <w:rFonts w:ascii="EB Garamond" w:hAnsi="EB Garamond" w:eastAsia="EB Garamond"/>
          <w:sz w:val="22"/>
        </w:rPr>
        <w:t>Elsie stopped.</w:t>
      </w:r>
    </w:p>
    <w:p>
      <w:pPr>
        <w:spacing w:after="0" w:line="120" w:lineRule="exact"/>
      </w:pPr>
    </w:p>
    <w:p>
      <w:pPr>
        <w:spacing w:after="0" w:line="264" w:lineRule="exact"/>
        <w:ind w:firstLine="0" w:left="0"/>
      </w:pPr>
      <w:r>
        <w:rPr>
          <w:rFonts w:ascii="EB Garamond" w:hAnsi="EB Garamond" w:eastAsia="EB Garamond"/>
          <w:i/>
          <w:sz w:val="22"/>
        </w:rPr>
        <w:t>Completely.</w:t>
      </w:r>
    </w:p>
    <w:p>
      <w:pPr>
        <w:spacing w:after="0" w:line="120" w:lineRule="exact"/>
      </w:pPr>
    </w:p>
    <w:p>
      <w:pPr>
        <w:spacing w:after="0" w:line="264" w:lineRule="exact"/>
        <w:ind w:firstLine="0" w:left="0"/>
      </w:pPr>
      <w:r>
        <w:rPr>
          <w:rFonts w:ascii="EB Garamond" w:hAnsi="EB Garamond" w:eastAsia="EB Garamond"/>
          <w:sz w:val="22"/>
        </w:rPr>
        <w:t>The word stayed with her.</w:t>
      </w:r>
    </w:p>
    <w:p>
      <w:pPr>
        <w:spacing w:after="0" w:line="120" w:lineRule="exact"/>
      </w:pPr>
    </w:p>
    <w:p>
      <w:pPr>
        <w:spacing w:after="0" w:line="264" w:lineRule="exact"/>
        <w:ind w:firstLine="0" w:left="0"/>
      </w:pPr>
      <w:r>
        <w:rPr>
          <w:rFonts w:ascii="EB Garamond" w:hAnsi="EB Garamond" w:eastAsia="EB Garamond"/>
          <w:sz w:val="22"/>
        </w:rPr>
        <w:t>She didn't write it down.</w:t>
      </w:r>
    </w:p>
    <w:p>
      <w:pPr>
        <w:spacing w:after="0" w:line="120" w:lineRule="exact"/>
      </w:pPr>
    </w:p>
    <w:p>
      <w:pPr>
        <w:spacing w:after="0" w:line="264" w:lineRule="exact"/>
        <w:ind w:firstLine="0" w:left="0"/>
      </w:pPr>
      <w:r>
        <w:rPr>
          <w:rFonts w:ascii="EB Garamond" w:hAnsi="EB Garamond" w:eastAsia="EB Garamond"/>
          <w:sz w:val="22"/>
        </w:rPr>
        <w:t>Not yet.</w:t>
      </w:r>
    </w:p>
    <w:p>
      <w:pPr>
        <w:spacing w:after="0" w:line="120" w:lineRule="exact"/>
      </w:pPr>
    </w:p>
    <w:p>
      <w:pPr>
        <w:spacing w:after="0" w:line="264" w:lineRule="exact"/>
        <w:ind w:firstLine="0" w:left="0"/>
      </w:pPr>
      <w:r>
        <w:rPr>
          <w:rFonts w:ascii="EB Garamond" w:hAnsi="EB Garamond" w:eastAsia="EB Garamond"/>
          <w:sz w:val="22"/>
        </w:rPr>
        <w:t>At home, she opened the notebook one more time.</w:t>
      </w:r>
    </w:p>
    <w:p>
      <w:pPr>
        <w:spacing w:after="0" w:line="120" w:lineRule="exact"/>
      </w:pPr>
    </w:p>
    <w:p>
      <w:pPr>
        <w:spacing w:after="0" w:line="264" w:lineRule="exact"/>
        <w:ind w:firstLine="0" w:left="0"/>
      </w:pPr>
      <w:r>
        <w:rPr>
          <w:rFonts w:ascii="EB Garamond" w:hAnsi="EB Garamond" w:eastAsia="EB Garamond"/>
          <w:b/>
          <w:sz w:val="22"/>
        </w:rPr>
        <w:t>PEOPLE GOD USED ANYWAY</w:t>
      </w:r>
    </w:p>
    <w:p>
      <w:pPr>
        <w:spacing w:after="0" w:line="120" w:lineRule="exact"/>
      </w:pPr>
    </w:p>
    <w:p>
      <w:pPr>
        <w:spacing w:after="0" w:line="264" w:lineRule="exact"/>
        <w:ind w:firstLine="0" w:left="0"/>
      </w:pPr>
      <w:r>
        <w:rPr>
          <w:rFonts w:ascii="EB Garamond" w:hAnsi="EB Garamond" w:eastAsia="EB Garamond"/>
          <w:sz w:val="22"/>
        </w:rPr>
        <w:t>Underneath:</w:t>
      </w:r>
    </w:p>
    <w:p>
      <w:pPr>
        <w:spacing w:after="0" w:line="120" w:lineRule="exact"/>
      </w:pPr>
    </w:p>
    <w:p>
      <w:pPr>
        <w:spacing w:after="0" w:line="264" w:lineRule="exact"/>
        <w:ind w:firstLine="0" w:left="0"/>
      </w:pPr>
      <w:r>
        <w:rPr>
          <w:rFonts w:ascii="EB Garamond" w:hAnsi="EB Garamond" w:eastAsia="EB Garamond"/>
          <w:i/>
          <w:sz w:val="22"/>
        </w:rPr>
        <w:t>I thought “anyway” meant God could still use them after He knew the worst parts.</w:t>
      </w:r>
    </w:p>
    <w:p>
      <w:pPr>
        <w:spacing w:after="0" w:line="120" w:lineRule="exact"/>
      </w:pPr>
    </w:p>
    <w:p>
      <w:pPr>
        <w:spacing w:after="0" w:line="264" w:lineRule="exact"/>
        <w:ind w:firstLine="0" w:left="0"/>
      </w:pPr>
      <w:r>
        <w:rPr>
          <w:rFonts w:ascii="EB Garamond" w:hAnsi="EB Garamond" w:eastAsia="EB Garamond"/>
          <w:i/>
          <w:sz w:val="22"/>
        </w:rPr>
        <w:t>But He already knew.</w:t>
      </w:r>
    </w:p>
    <w:p>
      <w:pPr>
        <w:spacing w:after="0" w:line="120" w:lineRule="exact"/>
      </w:pPr>
    </w:p>
    <w:p>
      <w:pPr>
        <w:spacing w:after="0" w:line="264" w:lineRule="exact"/>
        <w:ind w:firstLine="0" w:left="0"/>
      </w:pPr>
      <w:r>
        <w:rPr>
          <w:rFonts w:ascii="EB Garamond" w:hAnsi="EB Garamond" w:eastAsia="EB Garamond"/>
          <w:sz w:val="22"/>
        </w:rPr>
        <w:t>Elsie touched the pen to the page.</w:t>
      </w:r>
    </w:p>
    <w:p>
      <w:pPr>
        <w:spacing w:after="0" w:line="120" w:lineRule="exact"/>
      </w:pPr>
    </w:p>
    <w:p>
      <w:pPr>
        <w:spacing w:after="0" w:line="264" w:lineRule="exact"/>
        <w:ind w:firstLine="0" w:left="0"/>
      </w:pPr>
      <w:r>
        <w:rPr>
          <w:rFonts w:ascii="EB Garamond" w:hAnsi="EB Garamond" w:eastAsia="EB Garamond"/>
          <w:sz w:val="22"/>
        </w:rPr>
        <w:t>Then added one final line.</w:t>
      </w:r>
    </w:p>
    <w:p>
      <w:pPr>
        <w:spacing w:after="0" w:line="120" w:lineRule="exact"/>
      </w:pPr>
    </w:p>
    <w:p>
      <w:pPr>
        <w:spacing w:after="0" w:line="264" w:lineRule="exact"/>
        <w:ind w:firstLine="0" w:left="0"/>
      </w:pPr>
      <w:r>
        <w:rPr>
          <w:rFonts w:ascii="EB Garamond" w:hAnsi="EB Garamond" w:eastAsia="EB Garamond"/>
          <w:i/>
          <w:sz w:val="22"/>
        </w:rPr>
        <w:t>Maybe “anyway” says more about what surprises me than what surprises God.</w:t>
      </w:r>
    </w:p>
    <w:p>
      <w:pPr>
        <w:spacing w:after="0" w:line="120" w:lineRule="exact"/>
      </w:pPr>
    </w:p>
    <w:p>
      <w:pPr>
        <w:spacing w:after="0" w:line="264" w:lineRule="exact"/>
        <w:ind w:firstLine="0" w:left="0"/>
      </w:pPr>
      <w:r>
        <w:rPr>
          <w:rFonts w:ascii="EB Garamond" w:hAnsi="EB Garamond" w:eastAsia="EB Garamond"/>
          <w:sz w:val="22"/>
        </w:rPr>
        <w:t>She read it twice.</w:t>
      </w:r>
    </w:p>
    <w:p>
      <w:pPr>
        <w:spacing w:after="0" w:line="120" w:lineRule="exact"/>
      </w:pPr>
    </w:p>
    <w:p>
      <w:pPr>
        <w:spacing w:after="0" w:line="264" w:lineRule="exact"/>
        <w:ind w:firstLine="0" w:left="0"/>
      </w:pPr>
      <w:r>
        <w:rPr>
          <w:rFonts w:ascii="EB Garamond" w:hAnsi="EB Garamond" w:eastAsia="EB Garamond"/>
          <w:sz w:val="22"/>
        </w:rPr>
        <w:t>Then closed the notebook.</w:t>
      </w:r>
    </w:p>
    <w:p>
      <w:pPr>
        <w:spacing w:after="0" w:line="120" w:lineRule="exact"/>
      </w:pPr>
    </w:p>
    <w:p>
      <w:pPr>
        <w:spacing w:after="0" w:line="264" w:lineRule="exact"/>
        <w:ind w:firstLine="0" w:left="0"/>
      </w:pPr>
      <w:r>
        <w:rPr>
          <w:rFonts w:ascii="EB Garamond" w:hAnsi="EB Garamond" w:eastAsia="EB Garamond"/>
          <w:sz w:val="22"/>
        </w:rPr>
        <w:t>The heading stayed.</w:t>
      </w:r>
    </w:p>
    <w:p>
      <w:pPr>
        <w:spacing w:after="0" w:line="120" w:lineRule="exact"/>
      </w:pPr>
    </w:p>
    <w:p>
      <w:pPr>
        <w:spacing w:after="0" w:line="264" w:lineRule="exact"/>
        <w:ind w:firstLine="0" w:left="0"/>
      </w:pPr>
      <w:r>
        <w:rPr>
          <w:rFonts w:ascii="EB Garamond" w:hAnsi="EB Garamond" w:eastAsia="EB Garamond"/>
          <w:sz w:val="22"/>
        </w:rPr>
        <w:t>For now.</w:t>
      </w:r>
    </w:p>
    <w:p>
      <w:r>
        <w:br w:type="page"/>
      </w:r>
    </w:p>
    <w:p>
      <w:pPr>
        <w:spacing w:after="0" w:line="264" w:lineRule="exact"/>
        <w:ind w:firstLine="0" w:left="0"/>
        <w:jc w:val="center"/>
      </w:pPr>
      <w:r>
        <w:rPr>
          <w:rFonts w:ascii="EB Garamond" w:hAnsi="EB Garamond" w:eastAsia="EB Garamond"/>
          <w:b/>
          <w:sz w:val="24"/>
        </w:rPr>
        <w:t>CHAPTER ELEVEN</w:t>
      </w:r>
    </w:p>
    <w:p>
      <w:pPr>
        <w:spacing w:after="0" w:line="264" w:lineRule="exact"/>
        <w:ind w:firstLine="0" w:left="0"/>
        <w:jc w:val="center"/>
      </w:pPr>
      <w:r>
        <w:rPr>
          <w:rFonts w:ascii="EB Garamond" w:hAnsi="EB Garamond" w:eastAsia="EB Garamond"/>
          <w:b/>
          <w:sz w:val="24"/>
        </w:rPr>
        <w:t>Maybe Next Week</w:t>
      </w:r>
    </w:p>
    <w:p>
      <w:pPr>
        <w:spacing w:after="0" w:line="120" w:lineRule="exact"/>
        <w:ind w:firstLine="0" w:left="0"/>
      </w:pPr>
    </w:p>
    <w:p>
      <w:pPr>
        <w:spacing w:after="0" w:line="264" w:lineRule="exact"/>
        <w:ind w:firstLine="0" w:left="0"/>
      </w:pPr>
      <w:r>
        <w:rPr>
          <w:rFonts w:ascii="EB Garamond" w:hAnsi="EB Garamond" w:eastAsia="EB Garamond"/>
          <w:sz w:val="22"/>
        </w:rPr>
        <w:t>By Monday, Maddie had stopped leaving the four-inch friendship buffer.</w:t>
      </w:r>
    </w:p>
    <w:p>
      <w:pPr>
        <w:spacing w:after="0" w:line="120" w:lineRule="exact"/>
        <w:ind w:firstLine="0" w:left="0"/>
      </w:pPr>
    </w:p>
    <w:p>
      <w:pPr>
        <w:spacing w:after="0" w:line="264" w:lineRule="exact"/>
        <w:ind w:firstLine="0" w:left="0"/>
      </w:pPr>
      <w:r>
        <w:rPr>
          <w:rFonts w:ascii="EB Garamond" w:hAnsi="EB Garamond" w:eastAsia="EB Garamond"/>
          <w:sz w:val="22"/>
        </w:rPr>
        <w:t>Elsie noticed.</w:t>
      </w:r>
    </w:p>
    <w:p>
      <w:pPr>
        <w:spacing w:after="0" w:line="120" w:lineRule="exact"/>
        <w:ind w:firstLine="0" w:left="0"/>
      </w:pPr>
    </w:p>
    <w:p>
      <w:pPr>
        <w:spacing w:after="0" w:line="264" w:lineRule="exact"/>
        <w:ind w:firstLine="0" w:left="0"/>
      </w:pPr>
      <w:r>
        <w:rPr>
          <w:rFonts w:ascii="EB Garamond" w:hAnsi="EB Garamond" w:eastAsia="EB Garamond"/>
          <w:sz w:val="22"/>
        </w:rPr>
        <w:t>She did not mention it.</w:t>
      </w:r>
    </w:p>
    <w:p>
      <w:pPr>
        <w:spacing w:after="0" w:line="120" w:lineRule="exact"/>
        <w:ind w:firstLine="0" w:left="0"/>
      </w:pPr>
    </w:p>
    <w:p>
      <w:pPr>
        <w:spacing w:after="0" w:line="264" w:lineRule="exact"/>
        <w:ind w:firstLine="0" w:left="0"/>
      </w:pPr>
      <w:r>
        <w:rPr>
          <w:rFonts w:ascii="EB Garamond" w:hAnsi="EB Garamond" w:eastAsia="EB Garamond"/>
          <w:sz w:val="22"/>
        </w:rPr>
        <w:t>Growth.</w:t>
      </w:r>
    </w:p>
    <w:p>
      <w:pPr>
        <w:spacing w:after="0" w:line="120" w:lineRule="exact"/>
        <w:ind w:firstLine="0" w:left="0"/>
      </w:pPr>
    </w:p>
    <w:p>
      <w:pPr>
        <w:spacing w:after="0" w:line="264" w:lineRule="exact"/>
        <w:ind w:firstLine="0" w:left="0"/>
      </w:pPr>
      <w:r>
        <w:rPr>
          <w:rFonts w:ascii="EB Garamond" w:hAnsi="EB Garamond" w:eastAsia="EB Garamond"/>
          <w:sz w:val="22"/>
        </w:rPr>
        <w:t>At lunch, Maddie sat beside her like she had before everything happened.</w:t>
      </w:r>
    </w:p>
    <w:p>
      <w:pPr>
        <w:spacing w:after="0" w:line="120" w:lineRule="exact"/>
        <w:ind w:firstLine="0" w:left="0"/>
      </w:pPr>
    </w:p>
    <w:p>
      <w:pPr>
        <w:spacing w:after="0" w:line="264" w:lineRule="exact"/>
        <w:ind w:firstLine="0" w:left="0"/>
      </w:pPr>
      <w:r>
        <w:rPr>
          <w:rFonts w:ascii="EB Garamond" w:hAnsi="EB Garamond" w:eastAsia="EB Garamond"/>
          <w:sz w:val="22"/>
        </w:rPr>
        <w:t>Ava sat across from them.</w:t>
      </w:r>
    </w:p>
    <w:p>
      <w:pPr>
        <w:spacing w:after="0" w:line="120" w:lineRule="exact"/>
        <w:ind w:firstLine="0" w:left="0"/>
      </w:pPr>
    </w:p>
    <w:p>
      <w:pPr>
        <w:spacing w:after="0" w:line="264" w:lineRule="exact"/>
        <w:ind w:firstLine="0" w:left="0"/>
      </w:pPr>
      <w:r>
        <w:rPr>
          <w:rFonts w:ascii="EB Garamond" w:hAnsi="EB Garamond" w:eastAsia="EB Garamond"/>
          <w:sz w:val="22"/>
        </w:rPr>
        <w:t>Mason dropped into the seat on Elsie’s other side with two lunches.</w:t>
      </w:r>
    </w:p>
    <w:p>
      <w:pPr>
        <w:spacing w:after="0" w:line="120" w:lineRule="exact"/>
        <w:ind w:firstLine="0" w:left="0"/>
      </w:pPr>
    </w:p>
    <w:p>
      <w:pPr>
        <w:spacing w:after="0" w:line="264" w:lineRule="exact"/>
        <w:ind w:firstLine="0" w:left="0"/>
      </w:pPr>
      <w:r>
        <w:rPr>
          <w:rFonts w:ascii="EB Garamond" w:hAnsi="EB Garamond" w:eastAsia="EB Garamond"/>
          <w:sz w:val="22"/>
        </w:rPr>
        <w:t>Elsie stared.</w:t>
      </w:r>
    </w:p>
    <w:p>
      <w:pPr>
        <w:spacing w:after="0" w:line="120" w:lineRule="exact"/>
        <w:ind w:firstLine="0" w:left="0"/>
      </w:pPr>
    </w:p>
    <w:p>
      <w:pPr>
        <w:spacing w:after="0" w:line="264" w:lineRule="exact"/>
        <w:ind w:firstLine="0" w:left="0"/>
      </w:pPr>
      <w:r>
        <w:rPr>
          <w:rFonts w:ascii="EB Garamond" w:hAnsi="EB Garamond" w:eastAsia="EB Garamond"/>
          <w:sz w:val="22"/>
        </w:rPr>
        <w:t>“Why do you have two?”</w:t>
      </w:r>
    </w:p>
    <w:p>
      <w:pPr>
        <w:spacing w:after="0" w:line="120" w:lineRule="exact"/>
        <w:ind w:firstLine="0" w:left="0"/>
      </w:pPr>
    </w:p>
    <w:p>
      <w:pPr>
        <w:spacing w:after="0" w:line="264" w:lineRule="exact"/>
        <w:ind w:firstLine="0" w:left="0"/>
      </w:pPr>
      <w:r>
        <w:rPr>
          <w:rFonts w:ascii="EB Garamond" w:hAnsi="EB Garamond" w:eastAsia="EB Garamond"/>
          <w:sz w:val="22"/>
        </w:rPr>
        <w:t>“Growth spurt.”</w:t>
      </w:r>
    </w:p>
    <w:p>
      <w:pPr>
        <w:spacing w:after="0" w:line="120" w:lineRule="exact"/>
        <w:ind w:firstLine="0" w:left="0"/>
      </w:pPr>
    </w:p>
    <w:p>
      <w:pPr>
        <w:spacing w:after="0" w:line="264" w:lineRule="exact"/>
        <w:ind w:firstLine="0" w:left="0"/>
      </w:pPr>
      <w:r>
        <w:rPr>
          <w:rFonts w:ascii="EB Garamond" w:hAnsi="EB Garamond" w:eastAsia="EB Garamond"/>
          <w:sz w:val="22"/>
        </w:rPr>
        <w:t>“That does not answer the question.”</w:t>
      </w:r>
    </w:p>
    <w:p>
      <w:pPr>
        <w:spacing w:after="0" w:line="120" w:lineRule="exact"/>
        <w:ind w:firstLine="0" w:left="0"/>
      </w:pPr>
    </w:p>
    <w:p>
      <w:pPr>
        <w:spacing w:after="0" w:line="264" w:lineRule="exact"/>
        <w:ind w:firstLine="0" w:left="0"/>
      </w:pPr>
      <w:r>
        <w:rPr>
          <w:rFonts w:ascii="EB Garamond" w:hAnsi="EB Garamond" w:eastAsia="EB Garamond"/>
          <w:sz w:val="22"/>
        </w:rPr>
        <w:t>“It answers every food-related question until I’m twenty.”</w:t>
      </w:r>
    </w:p>
    <w:p>
      <w:pPr>
        <w:spacing w:after="0" w:line="120" w:lineRule="exact"/>
        <w:ind w:firstLine="0" w:left="0"/>
      </w:pPr>
    </w:p>
    <w:p>
      <w:pPr>
        <w:spacing w:after="0" w:line="264" w:lineRule="exact"/>
        <w:ind w:firstLine="0" w:left="0"/>
      </w:pPr>
      <w:r>
        <w:rPr>
          <w:rFonts w:ascii="EB Garamond" w:hAnsi="EB Garamond" w:eastAsia="EB Garamond"/>
          <w:sz w:val="22"/>
        </w:rPr>
        <w:t>Maddie reached across Elsie and stole one of his fries.</w:t>
      </w:r>
    </w:p>
    <w:p>
      <w:pPr>
        <w:spacing w:after="0" w:line="120" w:lineRule="exact"/>
        <w:ind w:firstLine="0" w:left="0"/>
      </w:pPr>
    </w:p>
    <w:p>
      <w:pPr>
        <w:spacing w:after="0" w:line="264" w:lineRule="exact"/>
        <w:ind w:firstLine="0" w:left="0"/>
      </w:pPr>
      <w:r>
        <w:rPr>
          <w:rFonts w:ascii="EB Garamond" w:hAnsi="EB Garamond" w:eastAsia="EB Garamond"/>
          <w:sz w:val="22"/>
        </w:rPr>
        <w:t>Mason looked at her.</w:t>
      </w:r>
    </w:p>
    <w:p>
      <w:pPr>
        <w:spacing w:after="0" w:line="120" w:lineRule="exact"/>
        <w:ind w:firstLine="0" w:left="0"/>
      </w:pPr>
    </w:p>
    <w:p>
      <w:pPr>
        <w:spacing w:after="0" w:line="264" w:lineRule="exact"/>
        <w:ind w:firstLine="0" w:left="0"/>
      </w:pPr>
      <w:r>
        <w:rPr>
          <w:rFonts w:ascii="EB Garamond" w:hAnsi="EB Garamond" w:eastAsia="EB Garamond"/>
          <w:sz w:val="22"/>
        </w:rPr>
        <w:t>“You have your own.”</w:t>
      </w:r>
    </w:p>
    <w:p>
      <w:pPr>
        <w:spacing w:after="0" w:line="120" w:lineRule="exact"/>
        <w:ind w:firstLine="0" w:left="0"/>
      </w:pPr>
    </w:p>
    <w:p>
      <w:pPr>
        <w:spacing w:after="0" w:line="264" w:lineRule="exact"/>
        <w:ind w:firstLine="0" w:left="0"/>
      </w:pPr>
      <w:r>
        <w:rPr>
          <w:rFonts w:ascii="EB Garamond" w:hAnsi="EB Garamond" w:eastAsia="EB Garamond"/>
          <w:sz w:val="22"/>
        </w:rPr>
        <w:t>“I wanted yours.”</w:t>
      </w:r>
    </w:p>
    <w:p>
      <w:pPr>
        <w:spacing w:after="0" w:line="120" w:lineRule="exact"/>
        <w:ind w:firstLine="0" w:left="0"/>
      </w:pPr>
    </w:p>
    <w:p>
      <w:pPr>
        <w:spacing w:after="0" w:line="264" w:lineRule="exact"/>
        <w:ind w:firstLine="0" w:left="0"/>
      </w:pPr>
      <w:r>
        <w:rPr>
          <w:rFonts w:ascii="EB Garamond" w:hAnsi="EB Garamond" w:eastAsia="EB Garamond"/>
          <w:sz w:val="22"/>
        </w:rPr>
        <w:t>“Why?”</w:t>
      </w:r>
    </w:p>
    <w:p>
      <w:pPr>
        <w:spacing w:after="0" w:line="120" w:lineRule="exact"/>
        <w:ind w:firstLine="0" w:left="0"/>
      </w:pPr>
    </w:p>
    <w:p>
      <w:pPr>
        <w:spacing w:after="0" w:line="264" w:lineRule="exact"/>
        <w:ind w:firstLine="0" w:left="0"/>
      </w:pPr>
      <w:r>
        <w:rPr>
          <w:rFonts w:ascii="EB Garamond" w:hAnsi="EB Garamond" w:eastAsia="EB Garamond"/>
          <w:sz w:val="22"/>
        </w:rPr>
        <w:t>“They looked better.”</w:t>
      </w:r>
    </w:p>
    <w:p>
      <w:pPr>
        <w:spacing w:after="0" w:line="120" w:lineRule="exact"/>
        <w:ind w:firstLine="0" w:left="0"/>
      </w:pPr>
    </w:p>
    <w:p>
      <w:pPr>
        <w:spacing w:after="0" w:line="264" w:lineRule="exact"/>
        <w:ind w:firstLine="0" w:left="0"/>
      </w:pPr>
      <w:r>
        <w:rPr>
          <w:rFonts w:ascii="EB Garamond" w:hAnsi="EB Garamond" w:eastAsia="EB Garamond"/>
          <w:sz w:val="22"/>
        </w:rPr>
        <w:t>“They are from the same cafeteria.”</w:t>
      </w:r>
    </w:p>
    <w:p>
      <w:pPr>
        <w:spacing w:after="0" w:line="120" w:lineRule="exact"/>
        <w:ind w:firstLine="0" w:left="0"/>
      </w:pPr>
    </w:p>
    <w:p>
      <w:pPr>
        <w:spacing w:after="0" w:line="264" w:lineRule="exact"/>
        <w:ind w:firstLine="0" w:left="0"/>
      </w:pPr>
      <w:r>
        <w:rPr>
          <w:rFonts w:ascii="EB Garamond" w:hAnsi="EB Garamond" w:eastAsia="EB Garamond"/>
          <w:sz w:val="22"/>
        </w:rPr>
        <w:t>“Then you won’t miss them.”</w:t>
      </w:r>
    </w:p>
    <w:p>
      <w:pPr>
        <w:spacing w:after="0" w:line="120" w:lineRule="exact"/>
        <w:ind w:firstLine="0" w:left="0"/>
      </w:pPr>
    </w:p>
    <w:p>
      <w:pPr>
        <w:spacing w:after="0" w:line="264" w:lineRule="exact"/>
        <w:ind w:firstLine="0" w:left="0"/>
      </w:pPr>
      <w:r>
        <w:rPr>
          <w:rFonts w:ascii="EB Garamond" w:hAnsi="EB Garamond" w:eastAsia="EB Garamond"/>
          <w:sz w:val="22"/>
        </w:rPr>
        <w:t>Mason looked at Elsie.</w:t>
      </w:r>
    </w:p>
    <w:p>
      <w:pPr>
        <w:spacing w:after="0" w:line="120" w:lineRule="exact"/>
        <w:ind w:firstLine="0" w:left="0"/>
      </w:pPr>
    </w:p>
    <w:p>
      <w:pPr>
        <w:spacing w:after="0" w:line="264" w:lineRule="exact"/>
        <w:ind w:firstLine="0" w:left="0"/>
      </w:pPr>
      <w:r>
        <w:rPr>
          <w:rFonts w:ascii="EB Garamond" w:hAnsi="EB Garamond" w:eastAsia="EB Garamond"/>
          <w:sz w:val="22"/>
        </w:rPr>
        <w:t>“Is she always like this?”</w:t>
      </w:r>
    </w:p>
    <w:p>
      <w:pPr>
        <w:spacing w:after="0" w:line="120" w:lineRule="exact"/>
        <w:ind w:firstLine="0" w:left="0"/>
      </w:pPr>
    </w:p>
    <w:p>
      <w:pPr>
        <w:spacing w:after="0" w:line="264" w:lineRule="exact"/>
        <w:ind w:firstLine="0" w:left="0"/>
      </w:pPr>
      <w:r>
        <w:rPr>
          <w:rFonts w:ascii="EB Garamond" w:hAnsi="EB Garamond" w:eastAsia="EB Garamond"/>
          <w:sz w:val="22"/>
        </w:rPr>
        <w:t>“Yes.”</w:t>
      </w:r>
    </w:p>
    <w:p>
      <w:pPr>
        <w:spacing w:after="0" w:line="120" w:lineRule="exact"/>
        <w:ind w:firstLine="0" w:left="0"/>
      </w:pPr>
    </w:p>
    <w:p>
      <w:pPr>
        <w:spacing w:after="0" w:line="264" w:lineRule="exact"/>
        <w:ind w:firstLine="0" w:left="0"/>
      </w:pPr>
      <w:r>
        <w:rPr>
          <w:rFonts w:ascii="EB Garamond" w:hAnsi="EB Garamond" w:eastAsia="EB Garamond"/>
          <w:sz w:val="22"/>
        </w:rPr>
        <w:t>“Good.”</w:t>
      </w:r>
    </w:p>
    <w:p>
      <w:pPr>
        <w:spacing w:after="0" w:line="120" w:lineRule="exact"/>
        <w:ind w:firstLine="0" w:left="0"/>
      </w:pPr>
    </w:p>
    <w:p>
      <w:pPr>
        <w:spacing w:after="0" w:line="264" w:lineRule="exact"/>
        <w:ind w:firstLine="0" w:left="0"/>
      </w:pPr>
      <w:r>
        <w:rPr>
          <w:rFonts w:ascii="EB Garamond" w:hAnsi="EB Garamond" w:eastAsia="EB Garamond"/>
          <w:sz w:val="22"/>
        </w:rPr>
        <w:t>Maddie pointed a fry at him.</w:t>
      </w:r>
    </w:p>
    <w:p>
      <w:pPr>
        <w:spacing w:after="0" w:line="120" w:lineRule="exact"/>
        <w:ind w:firstLine="0" w:left="0"/>
      </w:pPr>
    </w:p>
    <w:p>
      <w:pPr>
        <w:spacing w:after="0" w:line="264" w:lineRule="exact"/>
        <w:ind w:firstLine="0" w:left="0"/>
      </w:pPr>
      <w:r>
        <w:rPr>
          <w:rFonts w:ascii="EB Garamond" w:hAnsi="EB Garamond" w:eastAsia="EB Garamond"/>
          <w:sz w:val="22"/>
        </w:rPr>
        <w:t>“Careful.”</w:t>
      </w:r>
    </w:p>
    <w:p>
      <w:pPr>
        <w:spacing w:after="0" w:line="120" w:lineRule="exact"/>
        <w:ind w:firstLine="0" w:left="0"/>
      </w:pPr>
    </w:p>
    <w:p>
      <w:pPr>
        <w:spacing w:after="0" w:line="264" w:lineRule="exact"/>
        <w:ind w:firstLine="0" w:left="0"/>
      </w:pPr>
      <w:r>
        <w:rPr>
          <w:rFonts w:ascii="EB Garamond" w:hAnsi="EB Garamond" w:eastAsia="EB Garamond"/>
          <w:sz w:val="22"/>
        </w:rPr>
        <w:t>Elsie smiled.</w:t>
      </w:r>
    </w:p>
    <w:p>
      <w:pPr>
        <w:spacing w:after="0" w:line="120" w:lineRule="exact"/>
        <w:ind w:firstLine="0" w:left="0"/>
      </w:pPr>
    </w:p>
    <w:p>
      <w:pPr>
        <w:spacing w:after="0" w:line="264" w:lineRule="exact"/>
        <w:ind w:firstLine="0" w:left="0"/>
      </w:pPr>
      <w:r>
        <w:rPr>
          <w:rFonts w:ascii="EB Garamond" w:hAnsi="EB Garamond" w:eastAsia="EB Garamond"/>
          <w:sz w:val="22"/>
        </w:rPr>
        <w:t>This was almost normal.</w:t>
      </w:r>
    </w:p>
    <w:p>
      <w:pPr>
        <w:spacing w:after="0" w:line="120" w:lineRule="exact"/>
        <w:ind w:firstLine="0" w:left="0"/>
      </w:pPr>
    </w:p>
    <w:p>
      <w:pPr>
        <w:spacing w:after="0" w:line="264" w:lineRule="exact"/>
        <w:ind w:firstLine="0" w:left="0"/>
      </w:pPr>
      <w:r>
        <w:rPr>
          <w:rFonts w:ascii="EB Garamond" w:hAnsi="EB Garamond" w:eastAsia="EB Garamond"/>
          <w:sz w:val="22"/>
        </w:rPr>
        <w:t>Not the old normal.</w:t>
      </w:r>
    </w:p>
    <w:p>
      <w:pPr>
        <w:spacing w:after="0" w:line="120" w:lineRule="exact"/>
        <w:ind w:firstLine="0" w:left="0"/>
      </w:pPr>
    </w:p>
    <w:p>
      <w:pPr>
        <w:spacing w:after="0" w:line="264" w:lineRule="exact"/>
        <w:ind w:firstLine="0" w:left="0"/>
      </w:pPr>
      <w:r>
        <w:rPr>
          <w:rFonts w:ascii="EB Garamond" w:hAnsi="EB Garamond" w:eastAsia="EB Garamond"/>
          <w:sz w:val="22"/>
        </w:rPr>
        <w:t>She was beginning to think the old normal might not exist anymore.</w:t>
      </w:r>
    </w:p>
    <w:p>
      <w:pPr>
        <w:spacing w:after="0" w:line="120" w:lineRule="exact"/>
        <w:ind w:firstLine="0" w:left="0"/>
      </w:pPr>
    </w:p>
    <w:p>
      <w:pPr>
        <w:spacing w:after="0" w:line="264" w:lineRule="exact"/>
        <w:ind w:firstLine="0" w:left="0"/>
      </w:pPr>
      <w:r>
        <w:rPr>
          <w:rFonts w:ascii="EB Garamond" w:hAnsi="EB Garamond" w:eastAsia="EB Garamond"/>
          <w:sz w:val="22"/>
        </w:rPr>
        <w:t>Maybe that wasn’t terrible.</w:t>
      </w:r>
    </w:p>
    <w:p>
      <w:pPr>
        <w:spacing w:after="0" w:line="120" w:lineRule="exact"/>
        <w:ind w:firstLine="0" w:left="0"/>
      </w:pPr>
    </w:p>
    <w:p>
      <w:pPr>
        <w:spacing w:after="0" w:line="264" w:lineRule="exact"/>
        <w:ind w:firstLine="0" w:left="0"/>
      </w:pPr>
      <w:r>
        <w:rPr>
          <w:rFonts w:ascii="EB Garamond" w:hAnsi="EB Garamond" w:eastAsia="EB Garamond"/>
          <w:sz w:val="22"/>
        </w:rPr>
        <w:t>Ava opened her yogurt.</w:t>
      </w:r>
    </w:p>
    <w:p>
      <w:pPr>
        <w:spacing w:after="0" w:line="120" w:lineRule="exact"/>
        <w:ind w:firstLine="0" w:left="0"/>
      </w:pPr>
    </w:p>
    <w:p>
      <w:pPr>
        <w:spacing w:after="0" w:line="264" w:lineRule="exact"/>
        <w:ind w:firstLine="0" w:left="0"/>
      </w:pPr>
      <w:r>
        <w:rPr>
          <w:rFonts w:ascii="EB Garamond" w:hAnsi="EB Garamond" w:eastAsia="EB Garamond"/>
          <w:sz w:val="22"/>
        </w:rPr>
        <w:t>“So. Friday.”</w:t>
      </w:r>
    </w:p>
    <w:p>
      <w:pPr>
        <w:spacing w:after="0" w:line="120" w:lineRule="exact"/>
        <w:ind w:firstLine="0" w:left="0"/>
      </w:pPr>
    </w:p>
    <w:p>
      <w:pPr>
        <w:spacing w:after="0" w:line="264" w:lineRule="exact"/>
        <w:ind w:firstLine="0" w:left="0"/>
      </w:pPr>
      <w:r>
        <w:rPr>
          <w:rFonts w:ascii="EB Garamond" w:hAnsi="EB Garamond" w:eastAsia="EB Garamond"/>
          <w:sz w:val="22"/>
        </w:rPr>
        <w:t>Maddie groaned.</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“Every football game cannot be the biggest football game of the season.”</w:t>
      </w:r>
    </w:p>
    <w:p>
      <w:pPr>
        <w:spacing w:after="0" w:line="120" w:lineRule="exact"/>
        <w:ind w:firstLine="0" w:left="0"/>
      </w:pPr>
    </w:p>
    <w:p>
      <w:pPr>
        <w:spacing w:after="0" w:line="264" w:lineRule="exact"/>
        <w:ind w:firstLine="0" w:left="0"/>
      </w:pPr>
      <w:r>
        <w:rPr>
          <w:rFonts w:ascii="EB Garamond" w:hAnsi="EB Garamond" w:eastAsia="EB Garamond"/>
          <w:sz w:val="22"/>
        </w:rPr>
        <w:t>Mason looked personally offended.</w:t>
      </w:r>
    </w:p>
    <w:p>
      <w:pPr>
        <w:spacing w:after="0" w:line="120" w:lineRule="exact"/>
        <w:ind w:firstLine="0" w:left="0"/>
      </w:pPr>
    </w:p>
    <w:p>
      <w:pPr>
        <w:spacing w:after="0" w:line="264" w:lineRule="exact"/>
        <w:ind w:firstLine="0" w:left="0"/>
      </w:pPr>
      <w:r>
        <w:rPr>
          <w:rFonts w:ascii="EB Garamond" w:hAnsi="EB Garamond" w:eastAsia="EB Garamond"/>
          <w:sz w:val="22"/>
        </w:rPr>
        <w:t>“This one actually is.”</w:t>
      </w:r>
    </w:p>
    <w:p>
      <w:pPr>
        <w:spacing w:after="0" w:line="120" w:lineRule="exact"/>
        <w:ind w:firstLine="0" w:left="0"/>
      </w:pPr>
    </w:p>
    <w:p>
      <w:pPr>
        <w:spacing w:after="0" w:line="264" w:lineRule="exact"/>
        <w:ind w:firstLine="0" w:left="0"/>
      </w:pPr>
      <w:r>
        <w:rPr>
          <w:rFonts w:ascii="EB Garamond" w:hAnsi="EB Garamond" w:eastAsia="EB Garamond"/>
          <w:sz w:val="22"/>
        </w:rPr>
        <w:t>“You said that two weeks ago.”</w:t>
      </w:r>
    </w:p>
    <w:p>
      <w:pPr>
        <w:spacing w:after="0" w:line="120" w:lineRule="exact"/>
        <w:ind w:firstLine="0" w:left="0"/>
      </w:pPr>
    </w:p>
    <w:p>
      <w:pPr>
        <w:spacing w:after="0" w:line="264" w:lineRule="exact"/>
        <w:ind w:firstLine="0" w:left="0"/>
      </w:pPr>
      <w:r>
        <w:rPr>
          <w:rFonts w:ascii="EB Garamond" w:hAnsi="EB Garamond" w:eastAsia="EB Garamond"/>
          <w:sz w:val="22"/>
        </w:rPr>
        <w:t>“That one was also important.”</w:t>
      </w:r>
    </w:p>
    <w:p>
      <w:pPr>
        <w:spacing w:after="0" w:line="120" w:lineRule="exact"/>
        <w:ind w:firstLine="0" w:left="0"/>
      </w:pPr>
    </w:p>
    <w:p>
      <w:pPr>
        <w:spacing w:after="0" w:line="264" w:lineRule="exact"/>
        <w:ind w:firstLine="0" w:left="0"/>
      </w:pPr>
      <w:r>
        <w:rPr>
          <w:rFonts w:ascii="EB Garamond" w:hAnsi="EB Garamond" w:eastAsia="EB Garamond"/>
          <w:sz w:val="22"/>
        </w:rPr>
        <w:t>Ava looked at Elsie.</w:t>
      </w:r>
    </w:p>
    <w:p>
      <w:pPr>
        <w:spacing w:after="0" w:line="120" w:lineRule="exact"/>
        <w:ind w:firstLine="0" w:left="0"/>
      </w:pPr>
    </w:p>
    <w:p>
      <w:pPr>
        <w:spacing w:after="0" w:line="264" w:lineRule="exact"/>
        <w:ind w:firstLine="0" w:left="0"/>
      </w:pPr>
      <w:r>
        <w:rPr>
          <w:rFonts w:ascii="EB Garamond" w:hAnsi="EB Garamond" w:eastAsia="EB Garamond"/>
          <w:sz w:val="22"/>
        </w:rPr>
        <w:t>“See?”</w:t>
      </w:r>
    </w:p>
    <w:p>
      <w:pPr>
        <w:spacing w:after="0" w:line="120" w:lineRule="exact"/>
        <w:ind w:firstLine="0" w:left="0"/>
      </w:pPr>
    </w:p>
    <w:p>
      <w:pPr>
        <w:spacing w:after="0" w:line="264" w:lineRule="exact"/>
        <w:ind w:firstLine="0" w:left="0"/>
      </w:pPr>
      <w:r>
        <w:rPr>
          <w:rFonts w:ascii="EB Garamond" w:hAnsi="EB Garamond" w:eastAsia="EB Garamond"/>
          <w:sz w:val="22"/>
        </w:rPr>
        <w:t>“I have stopped asking questions.”</w:t>
      </w:r>
    </w:p>
    <w:p>
      <w:pPr>
        <w:spacing w:after="0" w:line="120" w:lineRule="exact"/>
        <w:ind w:firstLine="0" w:left="0"/>
      </w:pPr>
    </w:p>
    <w:p>
      <w:pPr>
        <w:spacing w:after="0" w:line="264" w:lineRule="exact"/>
        <w:ind w:firstLine="0" w:left="0"/>
      </w:pPr>
      <w:r>
        <w:rPr>
          <w:rFonts w:ascii="EB Garamond" w:hAnsi="EB Garamond" w:eastAsia="EB Garamond"/>
          <w:sz w:val="22"/>
        </w:rPr>
        <w:t>“Smart.”</w:t>
      </w:r>
    </w:p>
    <w:p>
      <w:pPr>
        <w:spacing w:after="0" w:line="120" w:lineRule="exact"/>
        <w:ind w:firstLine="0" w:left="0"/>
      </w:pPr>
    </w:p>
    <w:p>
      <w:pPr>
        <w:spacing w:after="0" w:line="264" w:lineRule="exact"/>
        <w:ind w:firstLine="0" w:left="0"/>
      </w:pPr>
      <w:r>
        <w:rPr>
          <w:rFonts w:ascii="EB Garamond" w:hAnsi="EB Garamond" w:eastAsia="EB Garamond"/>
          <w:sz w:val="22"/>
        </w:rPr>
        <w:t>“Ridgeview,” Mason said.</w:t>
      </w:r>
    </w:p>
    <w:p>
      <w:pPr>
        <w:spacing w:after="0" w:line="120" w:lineRule="exact"/>
        <w:ind w:firstLine="0" w:left="0"/>
      </w:pPr>
    </w:p>
    <w:p>
      <w:pPr>
        <w:spacing w:after="0" w:line="264" w:lineRule="exact"/>
        <w:ind w:firstLine="0" w:left="0"/>
      </w:pPr>
      <w:r>
        <w:rPr>
          <w:rFonts w:ascii="EB Garamond" w:hAnsi="EB Garamond" w:eastAsia="EB Garamond"/>
          <w:sz w:val="22"/>
        </w:rPr>
        <w:t>Maddie nodded solemnly.</w:t>
      </w:r>
    </w:p>
    <w:p>
      <w:pPr>
        <w:spacing w:after="0" w:line="120" w:lineRule="exact"/>
        <w:ind w:firstLine="0" w:left="0"/>
      </w:pPr>
    </w:p>
    <w:p>
      <w:pPr>
        <w:spacing w:after="0" w:line="264" w:lineRule="exact"/>
        <w:ind w:firstLine="0" w:left="0"/>
      </w:pPr>
      <w:r>
        <w:rPr>
          <w:rFonts w:ascii="EB Garamond" w:hAnsi="EB Garamond" w:eastAsia="EB Garamond"/>
          <w:sz w:val="22"/>
        </w:rPr>
        <w:t>“Oh.”</w:t>
      </w:r>
    </w:p>
    <w:p>
      <w:pPr>
        <w:spacing w:after="0" w:line="120" w:lineRule="exact"/>
        <w:ind w:firstLine="0" w:left="0"/>
      </w:pPr>
    </w:p>
    <w:p>
      <w:pPr>
        <w:spacing w:after="0" w:line="264" w:lineRule="exact"/>
        <w:ind w:firstLine="0" w:left="0"/>
      </w:pPr>
      <w:r>
        <w:rPr>
          <w:rFonts w:ascii="EB Garamond" w:hAnsi="EB Garamond" w:eastAsia="EB Garamond"/>
          <w:sz w:val="22"/>
        </w:rPr>
        <w:t>Mason pointed at her.</w:t>
      </w:r>
    </w:p>
    <w:p>
      <w:pPr>
        <w:spacing w:after="0" w:line="120" w:lineRule="exact"/>
        <w:ind w:firstLine="0" w:left="0"/>
      </w:pPr>
    </w:p>
    <w:p>
      <w:pPr>
        <w:spacing w:after="0" w:line="264" w:lineRule="exact"/>
        <w:ind w:firstLine="0" w:left="0"/>
      </w:pPr>
      <w:r>
        <w:rPr>
          <w:rFonts w:ascii="EB Garamond" w:hAnsi="EB Garamond" w:eastAsia="EB Garamond"/>
          <w:sz w:val="22"/>
        </w:rPr>
        <w:t>“Exactly.”</w:t>
      </w:r>
    </w:p>
    <w:p>
      <w:pPr>
        <w:spacing w:after="0" w:line="120" w:lineRule="exact"/>
        <w:ind w:firstLine="0" w:left="0"/>
      </w:pPr>
    </w:p>
    <w:p>
      <w:pPr>
        <w:spacing w:after="0" w:line="264" w:lineRule="exact"/>
        <w:ind w:firstLine="0" w:left="0"/>
      </w:pPr>
      <w:r>
        <w:rPr>
          <w:rFonts w:ascii="EB Garamond" w:hAnsi="EB Garamond" w:eastAsia="EB Garamond"/>
          <w:sz w:val="22"/>
        </w:rPr>
        <w:t>“I have no idea what Ridgeview means.”</w:t>
      </w:r>
    </w:p>
    <w:p>
      <w:pPr>
        <w:spacing w:after="0" w:line="120" w:lineRule="exact"/>
        <w:ind w:firstLine="0" w:left="0"/>
      </w:pPr>
    </w:p>
    <w:p>
      <w:pPr>
        <w:spacing w:after="0" w:line="264" w:lineRule="exact"/>
        <w:ind w:firstLine="0" w:left="0"/>
      </w:pPr>
      <w:r>
        <w:rPr>
          <w:rFonts w:ascii="EB Garamond" w:hAnsi="EB Garamond" w:eastAsia="EB Garamond"/>
          <w:sz w:val="22"/>
        </w:rPr>
        <w:t>“I hate all of you.”</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sz w:val="22"/>
        </w:rPr>
        <w:t>Then Maddie said, “My aunt wants me home after.”</w:t>
      </w:r>
    </w:p>
    <w:p>
      <w:pPr>
        <w:spacing w:after="0" w:line="120" w:lineRule="exact"/>
        <w:ind w:firstLine="0" w:left="0"/>
      </w:pPr>
    </w:p>
    <w:p>
      <w:pPr>
        <w:spacing w:after="0" w:line="264" w:lineRule="exact"/>
        <w:ind w:firstLine="0" w:left="0"/>
      </w:pPr>
      <w:r>
        <w:rPr>
          <w:rFonts w:ascii="EB Garamond" w:hAnsi="EB Garamond" w:eastAsia="EB Garamond"/>
          <w:sz w:val="22"/>
        </w:rPr>
        <w:t>The table quieted slightly.</w:t>
      </w:r>
    </w:p>
    <w:p>
      <w:pPr>
        <w:spacing w:after="0" w:line="120" w:lineRule="exact"/>
        <w:ind w:firstLine="0" w:left="0"/>
      </w:pPr>
    </w:p>
    <w:p>
      <w:pPr>
        <w:spacing w:after="0" w:line="264" w:lineRule="exact"/>
        <w:ind w:firstLine="0" w:left="0"/>
      </w:pPr>
      <w:r>
        <w:rPr>
          <w:rFonts w:ascii="EB Garamond" w:hAnsi="EB Garamond" w:eastAsia="EB Garamond"/>
          <w:sz w:val="22"/>
        </w:rPr>
        <w:t>Not dramatically.</w:t>
      </w:r>
    </w:p>
    <w:p>
      <w:pPr>
        <w:spacing w:after="0" w:line="120" w:lineRule="exact"/>
        <w:ind w:firstLine="0" w:left="0"/>
      </w:pPr>
    </w:p>
    <w:p>
      <w:pPr>
        <w:spacing w:after="0" w:line="264" w:lineRule="exact"/>
        <w:ind w:firstLine="0" w:left="0"/>
      </w:pPr>
      <w:r>
        <w:rPr>
          <w:rFonts w:ascii="EB Garamond" w:hAnsi="EB Garamond" w:eastAsia="EB Garamond"/>
          <w:sz w:val="22"/>
        </w:rPr>
        <w:t>Just enough.</w:t>
      </w:r>
    </w:p>
    <w:p>
      <w:pPr>
        <w:spacing w:after="0" w:line="120" w:lineRule="exact"/>
        <w:ind w:firstLine="0" w:left="0"/>
      </w:pPr>
    </w:p>
    <w:p>
      <w:pPr>
        <w:spacing w:after="0" w:line="264" w:lineRule="exact"/>
        <w:ind w:firstLine="0" w:left="0"/>
      </w:pPr>
      <w:r>
        <w:rPr>
          <w:rFonts w:ascii="EB Garamond" w:hAnsi="EB Garamond" w:eastAsia="EB Garamond"/>
          <w:sz w:val="22"/>
        </w:rPr>
        <w:t>Ava nodded first.</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Maddie peeled the paper from her straw.</w:t>
      </w:r>
    </w:p>
    <w:p>
      <w:pPr>
        <w:spacing w:after="0" w:line="120" w:lineRule="exact"/>
        <w:ind w:firstLine="0" w:left="0"/>
      </w:pPr>
    </w:p>
    <w:p>
      <w:pPr>
        <w:spacing w:after="0" w:line="264" w:lineRule="exact"/>
        <w:ind w:firstLine="0" w:left="0"/>
      </w:pPr>
      <w:r>
        <w:rPr>
          <w:rFonts w:ascii="EB Garamond" w:hAnsi="EB Garamond" w:eastAsia="EB Garamond"/>
          <w:sz w:val="22"/>
        </w:rPr>
        <w:t>“She’s still checking on my mom.”</w:t>
      </w:r>
    </w:p>
    <w:p>
      <w:pPr>
        <w:spacing w:after="0" w:line="120" w:lineRule="exact"/>
        <w:ind w:firstLine="0" w:left="0"/>
      </w:pPr>
    </w:p>
    <w:p>
      <w:pPr>
        <w:spacing w:after="0" w:line="264" w:lineRule="exact"/>
        <w:ind w:firstLine="0" w:left="0"/>
      </w:pPr>
      <w:r>
        <w:rPr>
          <w:rFonts w:ascii="EB Garamond" w:hAnsi="EB Garamond" w:eastAsia="EB Garamond"/>
          <w:sz w:val="22"/>
        </w:rPr>
        <w:t>Elsie kept her eyes on her tray.</w:t>
      </w:r>
    </w:p>
    <w:p>
      <w:pPr>
        <w:spacing w:after="0" w:line="120" w:lineRule="exact"/>
        <w:ind w:firstLine="0" w:left="0"/>
      </w:pPr>
    </w:p>
    <w:p>
      <w:pPr>
        <w:spacing w:after="0" w:line="264" w:lineRule="exact"/>
        <w:ind w:firstLine="0" w:left="0"/>
      </w:pPr>
      <w:r>
        <w:rPr>
          <w:rFonts w:ascii="EB Garamond" w:hAnsi="EB Garamond" w:eastAsia="EB Garamond"/>
          <w:sz w:val="22"/>
        </w:rPr>
        <w:t>She did not ask whether that meant her mom was worse.</w:t>
      </w:r>
    </w:p>
    <w:p>
      <w:pPr>
        <w:spacing w:after="0" w:line="120" w:lineRule="exact"/>
        <w:ind w:firstLine="0" w:left="0"/>
      </w:pPr>
    </w:p>
    <w:p>
      <w:pPr>
        <w:spacing w:after="0" w:line="264" w:lineRule="exact"/>
        <w:ind w:firstLine="0" w:left="0"/>
      </w:pPr>
      <w:r>
        <w:rPr>
          <w:rFonts w:ascii="EB Garamond" w:hAnsi="EB Garamond" w:eastAsia="EB Garamond"/>
          <w:sz w:val="22"/>
        </w:rPr>
        <w:t>Or better.</w:t>
      </w:r>
    </w:p>
    <w:p>
      <w:pPr>
        <w:spacing w:after="0" w:line="120" w:lineRule="exact"/>
        <w:ind w:firstLine="0" w:left="0"/>
      </w:pPr>
    </w:p>
    <w:p>
      <w:pPr>
        <w:spacing w:after="0" w:line="264" w:lineRule="exact"/>
        <w:ind w:firstLine="0" w:left="0"/>
      </w:pPr>
      <w:r>
        <w:rPr>
          <w:rFonts w:ascii="EB Garamond" w:hAnsi="EB Garamond" w:eastAsia="EB Garamond"/>
          <w:sz w:val="22"/>
        </w:rPr>
        <w:t>Or whether her dad had been back.</w:t>
      </w:r>
    </w:p>
    <w:p>
      <w:pPr>
        <w:spacing w:after="0" w:line="120" w:lineRule="exact"/>
        <w:ind w:firstLine="0" w:left="0"/>
      </w:pPr>
    </w:p>
    <w:p>
      <w:pPr>
        <w:spacing w:after="0" w:line="264" w:lineRule="exact"/>
        <w:ind w:firstLine="0" w:left="0"/>
      </w:pPr>
      <w:r>
        <w:rPr>
          <w:rFonts w:ascii="EB Garamond" w:hAnsi="EB Garamond" w:eastAsia="EB Garamond"/>
          <w:sz w:val="22"/>
        </w:rPr>
        <w:t>She was getting very good at having questions and not immediately turning them into other people’s responsibilities.</w:t>
      </w:r>
    </w:p>
    <w:p>
      <w:pPr>
        <w:spacing w:after="0" w:line="120" w:lineRule="exact"/>
        <w:ind w:firstLine="0" w:left="0"/>
      </w:pPr>
    </w:p>
    <w:p>
      <w:pPr>
        <w:spacing w:after="0" w:line="264" w:lineRule="exact"/>
        <w:ind w:firstLine="0" w:left="0"/>
      </w:pPr>
      <w:r>
        <w:rPr>
          <w:rFonts w:ascii="EB Garamond" w:hAnsi="EB Garamond" w:eastAsia="EB Garamond"/>
          <w:sz w:val="22"/>
        </w:rPr>
        <w:t>Mostly.</w:t>
      </w:r>
    </w:p>
    <w:p>
      <w:pPr>
        <w:spacing w:after="0" w:line="120" w:lineRule="exact"/>
        <w:ind w:firstLine="0" w:left="0"/>
      </w:pPr>
    </w:p>
    <w:p>
      <w:pPr>
        <w:spacing w:after="0" w:line="264" w:lineRule="exact"/>
        <w:ind w:firstLine="0" w:left="0"/>
      </w:pPr>
      <w:r>
        <w:rPr>
          <w:rFonts w:ascii="EB Garamond" w:hAnsi="EB Garamond" w:eastAsia="EB Garamond"/>
          <w:sz w:val="22"/>
        </w:rPr>
        <w:t>Maddie glanced at her.</w:t>
      </w:r>
    </w:p>
    <w:p>
      <w:pPr>
        <w:spacing w:after="0" w:line="120" w:lineRule="exact"/>
        <w:ind w:firstLine="0" w:left="0"/>
      </w:pPr>
    </w:p>
    <w:p>
      <w:pPr>
        <w:spacing w:after="0" w:line="264" w:lineRule="exact"/>
        <w:ind w:firstLine="0" w:left="0"/>
      </w:pPr>
      <w:r>
        <w:rPr>
          <w:rFonts w:ascii="EB Garamond" w:hAnsi="EB Garamond" w:eastAsia="EB Garamond"/>
          <w:sz w:val="22"/>
        </w:rPr>
        <w:t>Elsie looked up.</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“Nothing.”</w:t>
      </w:r>
    </w:p>
    <w:p>
      <w:pPr>
        <w:spacing w:after="0" w:line="120" w:lineRule="exact"/>
        <w:ind w:firstLine="0" w:left="0"/>
      </w:pPr>
    </w:p>
    <w:p>
      <w:pPr>
        <w:spacing w:after="0" w:line="264" w:lineRule="exact"/>
        <w:ind w:firstLine="0" w:left="0"/>
      </w:pPr>
      <w:r>
        <w:rPr>
          <w:rFonts w:ascii="EB Garamond" w:hAnsi="EB Garamond" w:eastAsia="EB Garamond"/>
          <w:sz w:val="22"/>
        </w:rPr>
        <w:t>“Your face did.”</w:t>
      </w:r>
    </w:p>
    <w:p>
      <w:pPr>
        <w:spacing w:after="0" w:line="120" w:lineRule="exact"/>
        <w:ind w:firstLine="0" w:left="0"/>
      </w:pPr>
    </w:p>
    <w:p>
      <w:pPr>
        <w:spacing w:after="0" w:line="264" w:lineRule="exact"/>
        <w:ind w:firstLine="0" w:left="0"/>
      </w:pPr>
      <w:r>
        <w:rPr>
          <w:rFonts w:ascii="EB Garamond" w:hAnsi="EB Garamond" w:eastAsia="EB Garamond"/>
          <w:sz w:val="22"/>
        </w:rPr>
        <w:t>Elsie smiled.</w:t>
      </w:r>
    </w:p>
    <w:p>
      <w:pPr>
        <w:spacing w:after="0" w:line="120" w:lineRule="exact"/>
        <w:ind w:firstLine="0" w:left="0"/>
      </w:pPr>
    </w:p>
    <w:p>
      <w:pPr>
        <w:spacing w:after="0" w:line="264" w:lineRule="exact"/>
        <w:ind w:firstLine="0" w:left="0"/>
      </w:pPr>
      <w:r>
        <w:rPr>
          <w:rFonts w:ascii="EB Garamond" w:hAnsi="EB Garamond" w:eastAsia="EB Garamond"/>
          <w:sz w:val="22"/>
        </w:rPr>
        <w:t>Maddie did too.</w:t>
      </w:r>
    </w:p>
    <w:p>
      <w:pPr>
        <w:spacing w:after="0" w:line="120" w:lineRule="exact"/>
        <w:ind w:firstLine="0" w:left="0"/>
      </w:pPr>
    </w:p>
    <w:p>
      <w:pPr>
        <w:spacing w:after="0" w:line="264" w:lineRule="exact"/>
        <w:ind w:firstLine="0" w:left="0"/>
      </w:pPr>
      <w:r>
        <w:rPr>
          <w:rFonts w:ascii="EB Garamond" w:hAnsi="EB Garamond" w:eastAsia="EB Garamond"/>
          <w:sz w:val="22"/>
        </w:rPr>
        <w:t>Then she looked back at Ava.</w:t>
      </w:r>
    </w:p>
    <w:p>
      <w:pPr>
        <w:spacing w:after="0" w:line="120" w:lineRule="exact"/>
        <w:ind w:firstLine="0" w:left="0"/>
      </w:pPr>
    </w:p>
    <w:p>
      <w:pPr>
        <w:spacing w:after="0" w:line="264" w:lineRule="exact"/>
        <w:ind w:firstLine="0" w:left="0"/>
      </w:pPr>
      <w:r>
        <w:rPr>
          <w:rFonts w:ascii="EB Garamond" w:hAnsi="EB Garamond" w:eastAsia="EB Garamond"/>
          <w:sz w:val="22"/>
        </w:rPr>
        <w:t>“Maybe next week we can do Friday at my house again.”</w:t>
      </w:r>
    </w:p>
    <w:p>
      <w:pPr>
        <w:spacing w:after="0" w:line="120" w:lineRule="exact"/>
        <w:ind w:firstLine="0" w:left="0"/>
      </w:pPr>
    </w:p>
    <w:p>
      <w:pPr>
        <w:spacing w:after="0" w:line="264" w:lineRule="exact"/>
        <w:ind w:firstLine="0" w:left="0"/>
      </w:pPr>
      <w:r>
        <w:rPr>
          <w:rFonts w:ascii="EB Garamond" w:hAnsi="EB Garamond" w:eastAsia="EB Garamond"/>
          <w:sz w:val="22"/>
        </w:rPr>
        <w:t>There it was.</w:t>
      </w:r>
    </w:p>
    <w:p>
      <w:pPr>
        <w:spacing w:after="0" w:line="120" w:lineRule="exact"/>
        <w:ind w:firstLine="0" w:left="0"/>
      </w:pPr>
    </w:p>
    <w:p>
      <w:pPr>
        <w:spacing w:after="0" w:line="264" w:lineRule="exact"/>
        <w:ind w:firstLine="0" w:left="0"/>
      </w:pPr>
      <w:r>
        <w:rPr>
          <w:rFonts w:ascii="EB Garamond" w:hAnsi="EB Garamond" w:eastAsia="EB Garamond"/>
          <w:sz w:val="22"/>
        </w:rPr>
        <w:t>Friday at Maddie’s had existed for so long nobody had ever officially named it.</w:t>
      </w:r>
    </w:p>
    <w:p>
      <w:pPr>
        <w:spacing w:after="0" w:line="120" w:lineRule="exact"/>
        <w:ind w:firstLine="0" w:left="0"/>
      </w:pPr>
    </w:p>
    <w:p>
      <w:pPr>
        <w:spacing w:after="0" w:line="264" w:lineRule="exact"/>
        <w:ind w:firstLine="0" w:left="0"/>
      </w:pPr>
      <w:r>
        <w:rPr>
          <w:rFonts w:ascii="EB Garamond" w:hAnsi="EB Garamond" w:eastAsia="EB Garamond"/>
          <w:sz w:val="22"/>
        </w:rPr>
        <w:t>Sometimes Ava came.</w:t>
      </w:r>
    </w:p>
    <w:p>
      <w:pPr>
        <w:spacing w:after="0" w:line="120" w:lineRule="exact"/>
        <w:ind w:firstLine="0" w:left="0"/>
      </w:pPr>
    </w:p>
    <w:p>
      <w:pPr>
        <w:spacing w:after="0" w:line="264" w:lineRule="exact"/>
        <w:ind w:firstLine="0" w:left="0"/>
      </w:pPr>
      <w:r>
        <w:rPr>
          <w:rFonts w:ascii="EB Garamond" w:hAnsi="EB Garamond" w:eastAsia="EB Garamond"/>
          <w:sz w:val="22"/>
        </w:rPr>
        <w:t>Sometimes she didn’t.</w:t>
      </w:r>
    </w:p>
    <w:p>
      <w:pPr>
        <w:spacing w:after="0" w:line="120" w:lineRule="exact"/>
        <w:ind w:firstLine="0" w:left="0"/>
      </w:pPr>
    </w:p>
    <w:p>
      <w:pPr>
        <w:spacing w:after="0" w:line="264" w:lineRule="exact"/>
        <w:ind w:firstLine="0" w:left="0"/>
      </w:pPr>
      <w:r>
        <w:rPr>
          <w:rFonts w:ascii="EB Garamond" w:hAnsi="EB Garamond" w:eastAsia="EB Garamond"/>
          <w:sz w:val="22"/>
        </w:rPr>
        <w:t>Sometimes they watched movies.</w:t>
      </w:r>
    </w:p>
    <w:p>
      <w:pPr>
        <w:spacing w:after="0" w:line="120" w:lineRule="exact"/>
        <w:ind w:firstLine="0" w:left="0"/>
      </w:pPr>
    </w:p>
    <w:p>
      <w:pPr>
        <w:spacing w:after="0" w:line="264" w:lineRule="exact"/>
        <w:ind w:firstLine="0" w:left="0"/>
      </w:pPr>
      <w:r>
        <w:rPr>
          <w:rFonts w:ascii="EB Garamond" w:hAnsi="EB Garamond" w:eastAsia="EB Garamond"/>
          <w:sz w:val="22"/>
        </w:rPr>
        <w:t>Sometimes they spent forty-five minutes choosing a movie and then never watched one.</w:t>
      </w:r>
    </w:p>
    <w:p>
      <w:pPr>
        <w:spacing w:after="0" w:line="120" w:lineRule="exact"/>
        <w:ind w:firstLine="0" w:left="0"/>
      </w:pPr>
    </w:p>
    <w:p>
      <w:pPr>
        <w:spacing w:after="0" w:line="264" w:lineRule="exact"/>
        <w:ind w:firstLine="0" w:left="0"/>
      </w:pPr>
      <w:r>
        <w:rPr>
          <w:rFonts w:ascii="EB Garamond" w:hAnsi="EB Garamond" w:eastAsia="EB Garamond"/>
          <w:sz w:val="22"/>
        </w:rPr>
        <w:t>Once they had made cookies without baking soda and eaten them anyway because admitting failure felt worse.</w:t>
      </w:r>
    </w:p>
    <w:p>
      <w:pPr>
        <w:spacing w:after="0" w:line="120" w:lineRule="exact"/>
        <w:ind w:firstLine="0" w:left="0"/>
      </w:pPr>
    </w:p>
    <w:p>
      <w:pPr>
        <w:spacing w:after="0" w:line="264" w:lineRule="exact"/>
        <w:ind w:firstLine="0" w:left="0"/>
      </w:pPr>
      <w:r>
        <w:rPr>
          <w:rFonts w:ascii="EB Garamond" w:hAnsi="EB Garamond" w:eastAsia="EB Garamond"/>
          <w:sz w:val="22"/>
        </w:rPr>
        <w:t>Elsie hadn’t realized how much she missed it until Maddie said the words.</w:t>
      </w:r>
    </w:p>
    <w:p>
      <w:pPr>
        <w:spacing w:after="0" w:line="120" w:lineRule="exact"/>
        <w:ind w:firstLine="0" w:left="0"/>
      </w:pPr>
    </w:p>
    <w:p>
      <w:pPr>
        <w:spacing w:after="0" w:line="264" w:lineRule="exact"/>
        <w:ind w:firstLine="0" w:left="0"/>
      </w:pPr>
      <w:r>
        <w:rPr>
          <w:rFonts w:ascii="EB Garamond" w:hAnsi="EB Garamond" w:eastAsia="EB Garamond"/>
          <w:sz w:val="22"/>
        </w:rPr>
        <w:t>Maybe next week.</w:t>
      </w:r>
    </w:p>
    <w:p>
      <w:pPr>
        <w:spacing w:after="0" w:line="120" w:lineRule="exact"/>
        <w:ind w:firstLine="0" w:left="0"/>
      </w:pPr>
    </w:p>
    <w:p>
      <w:pPr>
        <w:spacing w:after="0" w:line="264" w:lineRule="exact"/>
        <w:ind w:firstLine="0" w:left="0"/>
      </w:pPr>
      <w:r>
        <w:rPr>
          <w:rFonts w:ascii="EB Garamond" w:hAnsi="EB Garamond" w:eastAsia="EB Garamond"/>
          <w:sz w:val="22"/>
        </w:rPr>
        <w:t>A week ago, Elsie would have heard the maybe.</w:t>
      </w:r>
    </w:p>
    <w:p>
      <w:pPr>
        <w:spacing w:after="0" w:line="120" w:lineRule="exact"/>
        <w:ind w:firstLine="0" w:left="0"/>
      </w:pPr>
    </w:p>
    <w:p>
      <w:pPr>
        <w:spacing w:after="0" w:line="264" w:lineRule="exact"/>
        <w:ind w:firstLine="0" w:left="0"/>
      </w:pPr>
      <w:r>
        <w:rPr>
          <w:rFonts w:ascii="EB Garamond" w:hAnsi="EB Garamond" w:eastAsia="EB Garamond"/>
          <w:sz w:val="22"/>
        </w:rPr>
        <w:t>Would have examined it.</w:t>
      </w:r>
    </w:p>
    <w:p>
      <w:pPr>
        <w:spacing w:after="0" w:line="120" w:lineRule="exact"/>
        <w:ind w:firstLine="0" w:left="0"/>
      </w:pPr>
    </w:p>
    <w:p>
      <w:pPr>
        <w:spacing w:after="0" w:line="264" w:lineRule="exact"/>
        <w:ind w:firstLine="0" w:left="0"/>
      </w:pPr>
      <w:r>
        <w:rPr>
          <w:rFonts w:ascii="EB Garamond" w:hAnsi="EB Garamond" w:eastAsia="EB Garamond"/>
          <w:sz w:val="22"/>
        </w:rPr>
        <w:t>Measured it.</w:t>
      </w:r>
    </w:p>
    <w:p>
      <w:pPr>
        <w:spacing w:after="0" w:line="120" w:lineRule="exact"/>
        <w:ind w:firstLine="0" w:left="0"/>
      </w:pPr>
    </w:p>
    <w:p>
      <w:pPr>
        <w:spacing w:after="0" w:line="264" w:lineRule="exact"/>
        <w:ind w:firstLine="0" w:left="0"/>
      </w:pPr>
      <w:r>
        <w:rPr>
          <w:rFonts w:ascii="EB Garamond" w:hAnsi="EB Garamond" w:eastAsia="EB Garamond"/>
          <w:sz w:val="22"/>
        </w:rPr>
        <w:t>Tried to figure out whether Maddie really meant it.</w:t>
      </w:r>
    </w:p>
    <w:p>
      <w:pPr>
        <w:spacing w:after="0" w:line="120" w:lineRule="exact"/>
        <w:ind w:firstLine="0" w:left="0"/>
      </w:pPr>
    </w:p>
    <w:p>
      <w:pPr>
        <w:spacing w:after="0" w:line="264" w:lineRule="exact"/>
        <w:ind w:firstLine="0" w:left="0"/>
      </w:pPr>
      <w:r>
        <w:rPr>
          <w:rFonts w:ascii="EB Garamond" w:hAnsi="EB Garamond" w:eastAsia="EB Garamond"/>
          <w:sz w:val="22"/>
        </w:rPr>
        <w:t>Today she said:</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Maddie looked at her.</w:t>
      </w:r>
    </w:p>
    <w:p>
      <w:pPr>
        <w:spacing w:after="0" w:line="120" w:lineRule="exact"/>
        <w:ind w:firstLine="0" w:left="0"/>
      </w:pPr>
    </w:p>
    <w:p>
      <w:pPr>
        <w:spacing w:after="0" w:line="264" w:lineRule="exact"/>
        <w:ind w:firstLine="0" w:left="0"/>
      </w:pPr>
      <w:r>
        <w:rPr>
          <w:rFonts w:ascii="EB Garamond" w:hAnsi="EB Garamond" w:eastAsia="EB Garamond"/>
          <w:sz w:val="22"/>
        </w:rPr>
        <w:t>That was all.</w:t>
      </w:r>
    </w:p>
    <w:p>
      <w:pPr>
        <w:spacing w:after="0" w:line="120" w:lineRule="exact"/>
        <w:ind w:firstLine="0" w:left="0"/>
      </w:pPr>
    </w:p>
    <w:p>
      <w:pPr>
        <w:spacing w:after="0" w:line="264" w:lineRule="exact"/>
        <w:ind w:firstLine="0" w:left="0"/>
      </w:pPr>
      <w:r>
        <w:rPr>
          <w:rFonts w:ascii="EB Garamond" w:hAnsi="EB Garamond" w:eastAsia="EB Garamond"/>
          <w:sz w:val="22"/>
        </w:rPr>
        <w:t>No promise.</w:t>
      </w:r>
    </w:p>
    <w:p>
      <w:pPr>
        <w:spacing w:after="0" w:line="120" w:lineRule="exact"/>
        <w:ind w:firstLine="0" w:left="0"/>
      </w:pPr>
    </w:p>
    <w:p>
      <w:pPr>
        <w:spacing w:after="0" w:line="264" w:lineRule="exact"/>
        <w:ind w:firstLine="0" w:left="0"/>
      </w:pPr>
      <w:r>
        <w:rPr>
          <w:rFonts w:ascii="EB Garamond" w:hAnsi="EB Garamond" w:eastAsia="EB Garamond"/>
          <w:sz w:val="22"/>
        </w:rPr>
        <w:t>No demand.</w:t>
      </w:r>
    </w:p>
    <w:p>
      <w:pPr>
        <w:spacing w:after="0" w:line="120" w:lineRule="exact"/>
        <w:ind w:firstLine="0" w:left="0"/>
      </w:pPr>
    </w:p>
    <w:p>
      <w:pPr>
        <w:spacing w:after="0" w:line="264" w:lineRule="exact"/>
        <w:ind w:firstLine="0" w:left="0"/>
      </w:pPr>
      <w:r>
        <w:rPr>
          <w:rFonts w:ascii="EB Garamond" w:hAnsi="EB Garamond" w:eastAsia="EB Garamond"/>
          <w:sz w:val="22"/>
        </w:rPr>
        <w:t>Just maybe.</w:t>
      </w:r>
    </w:p>
    <w:p>
      <w:pPr>
        <w:spacing w:after="0" w:line="120" w:lineRule="exact"/>
        <w:ind w:firstLine="0" w:left="0"/>
      </w:pPr>
    </w:p>
    <w:p>
      <w:pPr>
        <w:spacing w:after="0" w:line="264" w:lineRule="exact"/>
        <w:ind w:firstLine="0" w:left="0"/>
      </w:pPr>
      <w:r>
        <w:rPr>
          <w:rFonts w:ascii="EB Garamond" w:hAnsi="EB Garamond" w:eastAsia="EB Garamond"/>
          <w:sz w:val="22"/>
        </w:rPr>
        <w:t>And somehow that felt like more than enough.</w:t>
      </w:r>
    </w:p>
    <w:p>
      <w:pPr>
        <w:spacing w:after="0" w:line="120" w:lineRule="exact"/>
        <w:ind w:firstLine="0" w:left="0"/>
      </w:pPr>
    </w:p>
    <w:p>
      <w:pPr>
        <w:spacing w:after="0" w:line="264" w:lineRule="exact"/>
        <w:ind w:firstLine="0" w:left="0"/>
      </w:pPr>
      <w:r>
        <w:rPr>
          <w:rFonts w:ascii="EB Garamond" w:hAnsi="EB Garamond" w:eastAsia="EB Garamond"/>
          <w:sz w:val="22"/>
        </w:rPr>
        <w:t>After lunch, Mason walked Elsie toward English.</w:t>
      </w:r>
    </w:p>
    <w:p>
      <w:pPr>
        <w:spacing w:after="0" w:line="120" w:lineRule="exact"/>
        <w:ind w:firstLine="0" w:left="0"/>
      </w:pPr>
    </w:p>
    <w:p>
      <w:pPr>
        <w:spacing w:after="0" w:line="264" w:lineRule="exact"/>
        <w:ind w:firstLine="0" w:left="0"/>
      </w:pPr>
      <w:r>
        <w:rPr>
          <w:rFonts w:ascii="EB Garamond" w:hAnsi="EB Garamond" w:eastAsia="EB Garamond"/>
          <w:sz w:val="22"/>
        </w:rPr>
        <w:t>“You know what’s weird?” Elsie asked.</w:t>
      </w:r>
    </w:p>
    <w:p>
      <w:pPr>
        <w:spacing w:after="0" w:line="120" w:lineRule="exact"/>
        <w:ind w:firstLine="0" w:left="0"/>
      </w:pPr>
    </w:p>
    <w:p>
      <w:pPr>
        <w:spacing w:after="0" w:line="264" w:lineRule="exact"/>
        <w:ind w:firstLine="0" w:left="0"/>
      </w:pPr>
      <w:r>
        <w:rPr>
          <w:rFonts w:ascii="EB Garamond" w:hAnsi="EB Garamond" w:eastAsia="EB Garamond"/>
          <w:sz w:val="22"/>
        </w:rPr>
        <w:t>He sighed.</w:t>
      </w:r>
    </w:p>
    <w:p>
      <w:pPr>
        <w:spacing w:after="0" w:line="120" w:lineRule="exact"/>
        <w:ind w:firstLine="0" w:left="0"/>
      </w:pPr>
    </w:p>
    <w:p>
      <w:pPr>
        <w:spacing w:after="0" w:line="264" w:lineRule="exact"/>
        <w:ind w:firstLine="0" w:left="0"/>
      </w:pPr>
      <w:r>
        <w:rPr>
          <w:rFonts w:ascii="EB Garamond" w:hAnsi="EB Garamond" w:eastAsia="EB Garamond"/>
          <w:sz w:val="22"/>
        </w:rPr>
        <w:t>“Nothing good has ever followed that sentence.”</w:t>
      </w:r>
    </w:p>
    <w:p>
      <w:pPr>
        <w:spacing w:after="0" w:line="120" w:lineRule="exact"/>
        <w:ind w:firstLine="0" w:left="0"/>
      </w:pPr>
    </w:p>
    <w:p>
      <w:pPr>
        <w:spacing w:after="0" w:line="264" w:lineRule="exact"/>
        <w:ind w:firstLine="0" w:left="0"/>
      </w:pPr>
      <w:r>
        <w:rPr>
          <w:rFonts w:ascii="EB Garamond" w:hAnsi="EB Garamond" w:eastAsia="EB Garamond"/>
          <w:sz w:val="22"/>
        </w:rPr>
        <w:t>“Church people dating.”</w:t>
      </w:r>
    </w:p>
    <w:p>
      <w:pPr>
        <w:spacing w:after="0" w:line="120" w:lineRule="exact"/>
        <w:ind w:firstLine="0" w:left="0"/>
      </w:pPr>
    </w:p>
    <w:p>
      <w:pPr>
        <w:spacing w:after="0" w:line="264" w:lineRule="exact"/>
        <w:ind w:firstLine="0" w:left="0"/>
      </w:pPr>
      <w:r>
        <w:rPr>
          <w:rFonts w:ascii="EB Garamond" w:hAnsi="EB Garamond" w:eastAsia="EB Garamond"/>
          <w:sz w:val="22"/>
        </w:rPr>
        <w:t>Mason stopped walking.</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“Not us.”</w:t>
      </w:r>
    </w:p>
    <w:p>
      <w:pPr>
        <w:spacing w:after="0" w:line="120" w:lineRule="exact"/>
        <w:ind w:firstLine="0" w:left="0"/>
      </w:pPr>
    </w:p>
    <w:p>
      <w:pPr>
        <w:spacing w:after="0" w:line="264" w:lineRule="exact"/>
        <w:ind w:firstLine="0" w:left="0"/>
      </w:pPr>
      <w:r>
        <w:rPr>
          <w:rFonts w:ascii="EB Garamond" w:hAnsi="EB Garamond" w:eastAsia="EB Garamond"/>
          <w:sz w:val="22"/>
        </w:rPr>
        <w:t>“That did not help.”</w:t>
      </w:r>
    </w:p>
    <w:p>
      <w:pPr>
        <w:spacing w:after="0" w:line="120" w:lineRule="exact"/>
        <w:ind w:firstLine="0" w:left="0"/>
      </w:pPr>
    </w:p>
    <w:p>
      <w:pPr>
        <w:spacing w:after="0" w:line="264" w:lineRule="exact"/>
        <w:ind w:firstLine="0" w:left="0"/>
      </w:pPr>
      <w:r>
        <w:rPr>
          <w:rFonts w:ascii="EB Garamond" w:hAnsi="EB Garamond" w:eastAsia="EB Garamond"/>
          <w:sz w:val="22"/>
        </w:rPr>
        <w:t>“I mean generally.”</w:t>
      </w:r>
    </w:p>
    <w:p>
      <w:pPr>
        <w:spacing w:after="0" w:line="120" w:lineRule="exact"/>
        <w:ind w:firstLine="0" w:left="0"/>
      </w:pPr>
    </w:p>
    <w:p>
      <w:pPr>
        <w:spacing w:after="0" w:line="264" w:lineRule="exact"/>
        <w:ind w:firstLine="0" w:left="0"/>
      </w:pPr>
      <w:r>
        <w:rPr>
          <w:rFonts w:ascii="EB Garamond" w:hAnsi="EB Garamond" w:eastAsia="EB Garamond"/>
          <w:sz w:val="22"/>
        </w:rPr>
        <w:t>“Still not helping.”</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sz w:val="22"/>
        </w:rPr>
        <w:t>“I was just thinking.”</w:t>
      </w:r>
    </w:p>
    <w:p>
      <w:pPr>
        <w:spacing w:after="0" w:line="120" w:lineRule="exact"/>
        <w:ind w:firstLine="0" w:left="0"/>
      </w:pPr>
    </w:p>
    <w:p>
      <w:pPr>
        <w:spacing w:after="0" w:line="264" w:lineRule="exact"/>
        <w:ind w:firstLine="0" w:left="0"/>
      </w:pPr>
      <w:r>
        <w:rPr>
          <w:rFonts w:ascii="EB Garamond" w:hAnsi="EB Garamond" w:eastAsia="EB Garamond"/>
          <w:sz w:val="22"/>
        </w:rPr>
        <w:t>“Dangerous.”</w:t>
      </w:r>
    </w:p>
    <w:p>
      <w:pPr>
        <w:spacing w:after="0" w:line="120" w:lineRule="exact"/>
        <w:ind w:firstLine="0" w:left="0"/>
      </w:pPr>
    </w:p>
    <w:p>
      <w:pPr>
        <w:spacing w:after="0" w:line="264" w:lineRule="exact"/>
        <w:ind w:firstLine="0" w:left="0"/>
      </w:pPr>
      <w:r>
        <w:rPr>
          <w:rFonts w:ascii="EB Garamond" w:hAnsi="EB Garamond" w:eastAsia="EB Garamond"/>
          <w:sz w:val="22"/>
        </w:rPr>
        <w:t>“Everybody keeps saying that.”</w:t>
      </w:r>
    </w:p>
    <w:p>
      <w:pPr>
        <w:spacing w:after="0" w:line="120" w:lineRule="exact"/>
        <w:ind w:firstLine="0" w:left="0"/>
      </w:pPr>
    </w:p>
    <w:p>
      <w:pPr>
        <w:spacing w:after="0" w:line="264" w:lineRule="exact"/>
        <w:ind w:firstLine="0" w:left="0"/>
      </w:pPr>
      <w:r>
        <w:rPr>
          <w:rFonts w:ascii="EB Garamond" w:hAnsi="EB Garamond" w:eastAsia="EB Garamond"/>
          <w:sz w:val="22"/>
        </w:rPr>
        <w:t>“Maybe listen to us.”</w:t>
      </w:r>
    </w:p>
    <w:p>
      <w:pPr>
        <w:spacing w:after="0" w:line="120" w:lineRule="exact"/>
        <w:ind w:firstLine="0" w:left="0"/>
      </w:pPr>
    </w:p>
    <w:p>
      <w:pPr>
        <w:spacing w:after="0" w:line="264" w:lineRule="exact"/>
        <w:ind w:firstLine="0" w:left="0"/>
      </w:pPr>
      <w:r>
        <w:rPr>
          <w:rFonts w:ascii="EB Garamond" w:hAnsi="EB Garamond" w:eastAsia="EB Garamond"/>
          <w:sz w:val="22"/>
        </w:rPr>
        <w:t>She shoved his shoulder.</w:t>
      </w:r>
    </w:p>
    <w:p>
      <w:pPr>
        <w:spacing w:after="0" w:line="120" w:lineRule="exact"/>
        <w:ind w:firstLine="0" w:left="0"/>
      </w:pPr>
    </w:p>
    <w:p>
      <w:pPr>
        <w:spacing w:after="0" w:line="264" w:lineRule="exact"/>
        <w:ind w:firstLine="0" w:left="0"/>
      </w:pPr>
      <w:r>
        <w:rPr>
          <w:rFonts w:ascii="EB Garamond" w:hAnsi="EB Garamond" w:eastAsia="EB Garamond"/>
          <w:sz w:val="22"/>
        </w:rPr>
        <w:t>“I mean, are there rules?”</w:t>
      </w:r>
    </w:p>
    <w:p>
      <w:pPr>
        <w:spacing w:after="0" w:line="120" w:lineRule="exact"/>
        <w:ind w:firstLine="0" w:left="0"/>
      </w:pPr>
    </w:p>
    <w:p>
      <w:pPr>
        <w:spacing w:after="0" w:line="264" w:lineRule="exact"/>
        <w:ind w:firstLine="0" w:left="0"/>
      </w:pPr>
      <w:r>
        <w:rPr>
          <w:rFonts w:ascii="EB Garamond" w:hAnsi="EB Garamond" w:eastAsia="EB Garamond"/>
          <w:sz w:val="22"/>
        </w:rPr>
        <w:t>Mason’s expression changed.</w:t>
      </w:r>
    </w:p>
    <w:p>
      <w:pPr>
        <w:spacing w:after="0" w:line="120" w:lineRule="exact"/>
        <w:ind w:firstLine="0" w:left="0"/>
      </w:pPr>
    </w:p>
    <w:p>
      <w:pPr>
        <w:spacing w:after="0" w:line="264" w:lineRule="exact"/>
        <w:ind w:firstLine="0" w:left="0"/>
      </w:pPr>
      <w:r>
        <w:rPr>
          <w:rFonts w:ascii="EB Garamond" w:hAnsi="EB Garamond" w:eastAsia="EB Garamond"/>
          <w:sz w:val="22"/>
        </w:rPr>
        <w:t>Not alarmed exactly.</w:t>
      </w:r>
    </w:p>
    <w:p>
      <w:pPr>
        <w:spacing w:after="0" w:line="120" w:lineRule="exact"/>
        <w:ind w:firstLine="0" w:left="0"/>
      </w:pPr>
    </w:p>
    <w:p>
      <w:pPr>
        <w:spacing w:after="0" w:line="264" w:lineRule="exact"/>
        <w:ind w:firstLine="0" w:left="0"/>
      </w:pPr>
      <w:r>
        <w:rPr>
          <w:rFonts w:ascii="EB Garamond" w:hAnsi="EB Garamond" w:eastAsia="EB Garamond"/>
          <w:sz w:val="22"/>
        </w:rPr>
        <w:t>Closer to:</w:t>
      </w:r>
    </w:p>
    <w:p>
      <w:pPr>
        <w:spacing w:after="0" w:line="120" w:lineRule="exact"/>
        <w:ind w:firstLine="0" w:left="0"/>
      </w:pPr>
    </w:p>
    <w:p>
      <w:pPr>
        <w:spacing w:after="0" w:line="264" w:lineRule="exact"/>
        <w:ind w:firstLine="0" w:left="0"/>
      </w:pPr>
      <w:r>
        <w:rPr>
          <w:rFonts w:ascii="EB Garamond" w:hAnsi="EB Garamond" w:eastAsia="EB Garamond"/>
          <w:i/>
          <w:sz w:val="22"/>
        </w:rPr>
        <w:t>Please do not make me have this conversation in a hallway.</w:t>
      </w:r>
    </w:p>
    <w:p>
      <w:pPr>
        <w:spacing w:after="0" w:line="120" w:lineRule="exact"/>
        <w:ind w:firstLine="0" w:left="0"/>
      </w:pPr>
    </w:p>
    <w:p>
      <w:pPr>
        <w:spacing w:after="0" w:line="264" w:lineRule="exact"/>
        <w:ind w:firstLine="0" w:left="0"/>
      </w:pPr>
      <w:r>
        <w:rPr>
          <w:rFonts w:ascii="EB Garamond" w:hAnsi="EB Garamond" w:eastAsia="EB Garamond"/>
          <w:sz w:val="22"/>
        </w:rPr>
        <w:t>Elsie immediately enjoyed herself more.</w:t>
      </w:r>
    </w:p>
    <w:p>
      <w:pPr>
        <w:spacing w:after="0" w:line="120" w:lineRule="exact"/>
        <w:ind w:firstLine="0" w:left="0"/>
      </w:pPr>
    </w:p>
    <w:p>
      <w:pPr>
        <w:spacing w:after="0" w:line="264" w:lineRule="exact"/>
        <w:ind w:firstLine="0" w:left="0"/>
      </w:pPr>
      <w:r>
        <w:rPr>
          <w:rFonts w:ascii="EB Garamond" w:hAnsi="EB Garamond" w:eastAsia="EB Garamond"/>
          <w:sz w:val="22"/>
        </w:rPr>
        <w:t>“Why do you look terrified?”</w:t>
      </w:r>
    </w:p>
    <w:p>
      <w:pPr>
        <w:spacing w:after="0" w:line="120" w:lineRule="exact"/>
        <w:ind w:firstLine="0" w:left="0"/>
      </w:pPr>
    </w:p>
    <w:p>
      <w:pPr>
        <w:spacing w:after="0" w:line="264" w:lineRule="exact"/>
        <w:ind w:firstLine="0" w:left="0"/>
      </w:pPr>
      <w:r>
        <w:rPr>
          <w:rFonts w:ascii="EB Garamond" w:hAnsi="EB Garamond" w:eastAsia="EB Garamond"/>
          <w:sz w:val="22"/>
        </w:rPr>
        <w:t>“I don’t.”</w:t>
      </w:r>
    </w:p>
    <w:p>
      <w:pPr>
        <w:spacing w:after="0" w:line="120" w:lineRule="exact"/>
        <w:ind w:firstLine="0" w:left="0"/>
      </w:pPr>
    </w:p>
    <w:p>
      <w:pPr>
        <w:spacing w:after="0" w:line="264" w:lineRule="exact"/>
        <w:ind w:firstLine="0" w:left="0"/>
      </w:pPr>
      <w:r>
        <w:rPr>
          <w:rFonts w:ascii="EB Garamond" w:hAnsi="EB Garamond" w:eastAsia="EB Garamond"/>
          <w:sz w:val="22"/>
        </w:rPr>
        <w:t>“Your face does.”</w:t>
      </w:r>
    </w:p>
    <w:p>
      <w:pPr>
        <w:spacing w:after="0" w:line="120" w:lineRule="exact"/>
        <w:ind w:firstLine="0" w:left="0"/>
      </w:pPr>
    </w:p>
    <w:p>
      <w:pPr>
        <w:spacing w:after="0" w:line="264" w:lineRule="exact"/>
        <w:ind w:firstLine="0" w:left="0"/>
      </w:pPr>
      <w:r>
        <w:rPr>
          <w:rFonts w:ascii="EB Garamond" w:hAnsi="EB Garamond" w:eastAsia="EB Garamond"/>
          <w:sz w:val="22"/>
        </w:rPr>
        <w:t>“Your family has ruined that sentence.”</w:t>
      </w:r>
    </w:p>
    <w:p>
      <w:pPr>
        <w:spacing w:after="0" w:line="120" w:lineRule="exact"/>
        <w:ind w:firstLine="0" w:left="0"/>
      </w:pPr>
    </w:p>
    <w:p>
      <w:pPr>
        <w:spacing w:after="0" w:line="264" w:lineRule="exact"/>
        <w:ind w:firstLine="0" w:left="0"/>
      </w:pPr>
      <w:r>
        <w:rPr>
          <w:rFonts w:ascii="EB Garamond" w:hAnsi="EB Garamond" w:eastAsia="EB Garamond"/>
          <w:sz w:val="22"/>
        </w:rPr>
        <w:t>“You’re welcome.”</w:t>
      </w:r>
    </w:p>
    <w:p>
      <w:pPr>
        <w:spacing w:after="0" w:line="120" w:lineRule="exact"/>
        <w:ind w:firstLine="0" w:left="0"/>
      </w:pPr>
    </w:p>
    <w:p>
      <w:pPr>
        <w:spacing w:after="0" w:line="264" w:lineRule="exact"/>
        <w:ind w:firstLine="0" w:left="0"/>
      </w:pPr>
      <w:r>
        <w:rPr>
          <w:rFonts w:ascii="EB Garamond" w:hAnsi="EB Garamond" w:eastAsia="EB Garamond"/>
          <w:sz w:val="22"/>
        </w:rPr>
        <w:t>He glanced toward Mrs. Bennett’s classroom.</w:t>
      </w:r>
    </w:p>
    <w:p>
      <w:pPr>
        <w:spacing w:after="0" w:line="120" w:lineRule="exact"/>
        <w:ind w:firstLine="0" w:left="0"/>
      </w:pPr>
    </w:p>
    <w:p>
      <w:pPr>
        <w:spacing w:after="0" w:line="264" w:lineRule="exact"/>
        <w:ind w:firstLine="0" w:left="0"/>
      </w:pPr>
      <w:r>
        <w:rPr>
          <w:rFonts w:ascii="EB Garamond" w:hAnsi="EB Garamond" w:eastAsia="EB Garamond"/>
          <w:sz w:val="22"/>
        </w:rPr>
        <w:t>“What kind of rules?”</w:t>
      </w:r>
    </w:p>
    <w:p>
      <w:pPr>
        <w:spacing w:after="0" w:line="120" w:lineRule="exact"/>
        <w:ind w:firstLine="0" w:left="0"/>
      </w:pPr>
    </w:p>
    <w:p>
      <w:pPr>
        <w:spacing w:after="0" w:line="264" w:lineRule="exact"/>
        <w:ind w:firstLine="0" w:left="0"/>
      </w:pPr>
      <w:r>
        <w:rPr>
          <w:rFonts w:ascii="EB Garamond" w:hAnsi="EB Garamond" w:eastAsia="EB Garamond"/>
          <w:sz w:val="22"/>
        </w:rPr>
        <w:t>Elsie lowered her voice.</w:t>
      </w:r>
    </w:p>
    <w:p>
      <w:pPr>
        <w:spacing w:after="0" w:line="120" w:lineRule="exact"/>
        <w:ind w:firstLine="0" w:left="0"/>
      </w:pPr>
    </w:p>
    <w:p>
      <w:pPr>
        <w:spacing w:after="0" w:line="264" w:lineRule="exact"/>
        <w:ind w:firstLine="0" w:left="0"/>
      </w:pPr>
      <w:r>
        <w:rPr>
          <w:rFonts w:ascii="EB Garamond" w:hAnsi="EB Garamond" w:eastAsia="EB Garamond"/>
          <w:sz w:val="22"/>
        </w:rPr>
        <w:t>“You know.”</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“Yes, you do.”</w:t>
      </w:r>
    </w:p>
    <w:p>
      <w:pPr>
        <w:spacing w:after="0" w:line="120" w:lineRule="exact"/>
        <w:ind w:firstLine="0" w:left="0"/>
      </w:pPr>
    </w:p>
    <w:p>
      <w:pPr>
        <w:spacing w:after="0" w:line="264" w:lineRule="exact"/>
        <w:ind w:firstLine="0" w:left="0"/>
      </w:pPr>
      <w:r>
        <w:rPr>
          <w:rFonts w:ascii="EB Garamond" w:hAnsi="EB Garamond" w:eastAsia="EB Garamond"/>
          <w:sz w:val="22"/>
        </w:rPr>
        <w:t>“I really want you to say it.”</w:t>
      </w:r>
    </w:p>
    <w:p>
      <w:pPr>
        <w:spacing w:after="0" w:line="120" w:lineRule="exact"/>
        <w:ind w:firstLine="0" w:left="0"/>
      </w:pPr>
    </w:p>
    <w:p>
      <w:pPr>
        <w:spacing w:after="0" w:line="264" w:lineRule="exact"/>
        <w:ind w:firstLine="0" w:left="0"/>
      </w:pPr>
      <w:r>
        <w:rPr>
          <w:rFonts w:ascii="EB Garamond" w:hAnsi="EB Garamond" w:eastAsia="EB Garamond"/>
          <w:sz w:val="22"/>
        </w:rPr>
        <w:t>“I hate you.”</w:t>
      </w:r>
    </w:p>
    <w:p>
      <w:pPr>
        <w:spacing w:after="0" w:line="120" w:lineRule="exact"/>
        <w:ind w:firstLine="0" w:left="0"/>
      </w:pPr>
    </w:p>
    <w:p>
      <w:pPr>
        <w:spacing w:after="0" w:line="264" w:lineRule="exact"/>
        <w:ind w:firstLine="0" w:left="0"/>
      </w:pPr>
      <w:r>
        <w:rPr>
          <w:rFonts w:ascii="EB Garamond" w:hAnsi="EB Garamond" w:eastAsia="EB Garamond"/>
          <w:sz w:val="22"/>
        </w:rPr>
        <w:t>Mason smiled.</w:t>
      </w:r>
    </w:p>
    <w:p>
      <w:pPr>
        <w:spacing w:after="0" w:line="120" w:lineRule="exact"/>
        <w:ind w:firstLine="0" w:left="0"/>
      </w:pPr>
    </w:p>
    <w:p>
      <w:pPr>
        <w:spacing w:after="0" w:line="264" w:lineRule="exact"/>
        <w:ind w:firstLine="0" w:left="0"/>
      </w:pPr>
      <w:r>
        <w:rPr>
          <w:rFonts w:ascii="EB Garamond" w:hAnsi="EB Garamond" w:eastAsia="EB Garamond"/>
          <w:sz w:val="22"/>
        </w:rPr>
        <w:t>Elsie looked around.</w:t>
      </w:r>
    </w:p>
    <w:p>
      <w:pPr>
        <w:spacing w:after="0" w:line="120" w:lineRule="exact"/>
        <w:ind w:firstLine="0" w:left="0"/>
      </w:pPr>
    </w:p>
    <w:p>
      <w:pPr>
        <w:spacing w:after="0" w:line="264" w:lineRule="exact"/>
        <w:ind w:firstLine="0" w:left="0"/>
      </w:pPr>
      <w:r>
        <w:rPr>
          <w:rFonts w:ascii="EB Garamond" w:hAnsi="EB Garamond" w:eastAsia="EB Garamond"/>
          <w:sz w:val="22"/>
        </w:rPr>
        <w:t>Nobody close enough to hear.</w:t>
      </w:r>
    </w:p>
    <w:p>
      <w:pPr>
        <w:spacing w:after="0" w:line="120" w:lineRule="exact"/>
        <w:ind w:firstLine="0" w:left="0"/>
      </w:pPr>
    </w:p>
    <w:p>
      <w:pPr>
        <w:spacing w:after="0" w:line="264" w:lineRule="exact"/>
        <w:ind w:firstLine="0" w:left="0"/>
      </w:pPr>
      <w:r>
        <w:rPr>
          <w:rFonts w:ascii="EB Garamond" w:hAnsi="EB Garamond" w:eastAsia="EB Garamond"/>
          <w:sz w:val="22"/>
        </w:rPr>
        <w:t>“Physical stuff.”</w:t>
      </w:r>
    </w:p>
    <w:p>
      <w:pPr>
        <w:spacing w:after="0" w:line="120" w:lineRule="exact"/>
        <w:ind w:firstLine="0" w:left="0"/>
      </w:pPr>
    </w:p>
    <w:p>
      <w:pPr>
        <w:spacing w:after="0" w:line="264" w:lineRule="exact"/>
        <w:ind w:firstLine="0" w:left="0"/>
      </w:pPr>
      <w:r>
        <w:rPr>
          <w:rFonts w:ascii="EB Garamond" w:hAnsi="EB Garamond" w:eastAsia="EB Garamond"/>
          <w:sz w:val="22"/>
        </w:rPr>
        <w:t>“Oh.”</w:t>
      </w:r>
    </w:p>
    <w:p>
      <w:pPr>
        <w:spacing w:after="0" w:line="120" w:lineRule="exact"/>
        <w:ind w:firstLine="0" w:left="0"/>
      </w:pPr>
    </w:p>
    <w:p>
      <w:pPr>
        <w:spacing w:after="0" w:line="264" w:lineRule="exact"/>
        <w:ind w:firstLine="0" w:left="0"/>
      </w:pPr>
      <w:r>
        <w:rPr>
          <w:rFonts w:ascii="EB Garamond" w:hAnsi="EB Garamond" w:eastAsia="EB Garamond"/>
          <w:sz w:val="22"/>
        </w:rPr>
        <w:t>“See?”</w:t>
      </w:r>
    </w:p>
    <w:p>
      <w:pPr>
        <w:spacing w:after="0" w:line="120" w:lineRule="exact"/>
        <w:ind w:firstLine="0" w:left="0"/>
      </w:pPr>
    </w:p>
    <w:p>
      <w:pPr>
        <w:spacing w:after="0" w:line="264" w:lineRule="exact"/>
        <w:ind w:firstLine="0" w:left="0"/>
      </w:pPr>
      <w:r>
        <w:rPr>
          <w:rFonts w:ascii="EB Garamond" w:hAnsi="EB Garamond" w:eastAsia="EB Garamond"/>
          <w:sz w:val="22"/>
        </w:rPr>
        <w:t>“I didn’t say anything.”</w:t>
      </w:r>
    </w:p>
    <w:p>
      <w:pPr>
        <w:spacing w:after="0" w:line="120" w:lineRule="exact"/>
        <w:ind w:firstLine="0" w:left="0"/>
      </w:pPr>
    </w:p>
    <w:p>
      <w:pPr>
        <w:spacing w:after="0" w:line="264" w:lineRule="exact"/>
        <w:ind w:firstLine="0" w:left="0"/>
      </w:pPr>
      <w:r>
        <w:rPr>
          <w:rFonts w:ascii="EB Garamond" w:hAnsi="EB Garamond" w:eastAsia="EB Garamond"/>
          <w:sz w:val="22"/>
        </w:rPr>
        <w:t>“Your face did.”</w:t>
      </w:r>
    </w:p>
    <w:p>
      <w:pPr>
        <w:spacing w:after="0" w:line="120" w:lineRule="exact"/>
        <w:ind w:firstLine="0" w:left="0"/>
      </w:pPr>
    </w:p>
    <w:p>
      <w:pPr>
        <w:spacing w:after="0" w:line="264" w:lineRule="exact"/>
        <w:ind w:firstLine="0" w:left="0"/>
      </w:pPr>
      <w:r>
        <w:rPr>
          <w:rFonts w:ascii="EB Garamond" w:hAnsi="EB Garamond" w:eastAsia="EB Garamond"/>
          <w:sz w:val="22"/>
        </w:rPr>
        <w:t>“There it is again.”</w:t>
      </w:r>
    </w:p>
    <w:p>
      <w:pPr>
        <w:spacing w:after="0" w:line="120" w:lineRule="exact"/>
        <w:ind w:firstLine="0" w:left="0"/>
      </w:pPr>
    </w:p>
    <w:p>
      <w:pPr>
        <w:spacing w:after="0" w:line="264" w:lineRule="exact"/>
        <w:ind w:firstLine="0" w:left="0"/>
      </w:pPr>
      <w:r>
        <w:rPr>
          <w:rFonts w:ascii="EB Garamond" w:hAnsi="EB Garamond" w:eastAsia="EB Garamond"/>
          <w:sz w:val="22"/>
        </w:rPr>
        <w:t>Elsie folded her arms.</w:t>
      </w:r>
    </w:p>
    <w:p>
      <w:pPr>
        <w:spacing w:after="0" w:line="120" w:lineRule="exact"/>
        <w:ind w:firstLine="0" w:left="0"/>
      </w:pPr>
    </w:p>
    <w:p>
      <w:pPr>
        <w:spacing w:after="0" w:line="264" w:lineRule="exact"/>
        <w:ind w:firstLine="0" w:left="0"/>
      </w:pPr>
      <w:r>
        <w:rPr>
          <w:rFonts w:ascii="EB Garamond" w:hAnsi="EB Garamond" w:eastAsia="EB Garamond"/>
          <w:sz w:val="22"/>
        </w:rPr>
        <w:t>“So?”</w:t>
      </w:r>
    </w:p>
    <w:p>
      <w:pPr>
        <w:spacing w:after="0" w:line="120" w:lineRule="exact"/>
        <w:ind w:firstLine="0" w:left="0"/>
      </w:pPr>
    </w:p>
    <w:p>
      <w:pPr>
        <w:spacing w:after="0" w:line="264" w:lineRule="exact"/>
        <w:ind w:firstLine="0" w:left="0"/>
      </w:pPr>
      <w:r>
        <w:rPr>
          <w:rFonts w:ascii="EB Garamond" w:hAnsi="EB Garamond" w:eastAsia="EB Garamond"/>
          <w:sz w:val="22"/>
        </w:rPr>
        <w:t>“So what?”</w:t>
      </w:r>
    </w:p>
    <w:p>
      <w:pPr>
        <w:spacing w:after="0" w:line="120" w:lineRule="exact"/>
        <w:ind w:firstLine="0" w:left="0"/>
      </w:pPr>
    </w:p>
    <w:p>
      <w:pPr>
        <w:spacing w:after="0" w:line="264" w:lineRule="exact"/>
        <w:ind w:firstLine="0" w:left="0"/>
      </w:pPr>
      <w:r>
        <w:rPr>
          <w:rFonts w:ascii="EB Garamond" w:hAnsi="EB Garamond" w:eastAsia="EB Garamond"/>
          <w:sz w:val="22"/>
        </w:rPr>
        <w:t>“Are there?”</w:t>
      </w:r>
    </w:p>
    <w:p>
      <w:pPr>
        <w:spacing w:after="0" w:line="120" w:lineRule="exact"/>
        <w:ind w:firstLine="0" w:left="0"/>
      </w:pPr>
    </w:p>
    <w:p>
      <w:pPr>
        <w:spacing w:after="0" w:line="264" w:lineRule="exact"/>
        <w:ind w:firstLine="0" w:left="0"/>
      </w:pPr>
      <w:r>
        <w:rPr>
          <w:rFonts w:ascii="EB Garamond" w:hAnsi="EB Garamond" w:eastAsia="EB Garamond"/>
          <w:sz w:val="22"/>
        </w:rPr>
        <w:t>Mason stared at her.</w:t>
      </w:r>
    </w:p>
    <w:p>
      <w:pPr>
        <w:spacing w:after="0" w:line="120" w:lineRule="exact"/>
        <w:ind w:firstLine="0" w:left="0"/>
      </w:pPr>
    </w:p>
    <w:p>
      <w:pPr>
        <w:spacing w:after="0" w:line="264" w:lineRule="exact"/>
        <w:ind w:firstLine="0" w:left="0"/>
      </w:pPr>
      <w:r>
        <w:rPr>
          <w:rFonts w:ascii="EB Garamond" w:hAnsi="EB Garamond" w:eastAsia="EB Garamond"/>
          <w:sz w:val="22"/>
        </w:rPr>
        <w:t>“Why are you asking me?”</w:t>
      </w:r>
    </w:p>
    <w:p>
      <w:pPr>
        <w:spacing w:after="0" w:line="120" w:lineRule="exact"/>
        <w:ind w:firstLine="0" w:left="0"/>
      </w:pPr>
    </w:p>
    <w:p>
      <w:pPr>
        <w:spacing w:after="0" w:line="264" w:lineRule="exact"/>
        <w:ind w:firstLine="0" w:left="0"/>
      </w:pPr>
      <w:r>
        <w:rPr>
          <w:rFonts w:ascii="EB Garamond" w:hAnsi="EB Garamond" w:eastAsia="EB Garamond"/>
          <w:sz w:val="22"/>
        </w:rPr>
        <w:t>“Because you’re my boyfriend.”</w:t>
      </w:r>
    </w:p>
    <w:p>
      <w:pPr>
        <w:spacing w:after="0" w:line="120" w:lineRule="exact"/>
        <w:ind w:firstLine="0" w:left="0"/>
      </w:pPr>
    </w:p>
    <w:p>
      <w:pPr>
        <w:spacing w:after="0" w:line="264" w:lineRule="exact"/>
        <w:ind w:firstLine="0" w:left="0"/>
      </w:pPr>
      <w:r>
        <w:rPr>
          <w:rFonts w:ascii="EB Garamond" w:hAnsi="EB Garamond" w:eastAsia="EB Garamond"/>
          <w:sz w:val="22"/>
        </w:rPr>
        <w:t>“That feels like a conflict of interest.”</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sz w:val="22"/>
        </w:rPr>
        <w:t>The warning bell rang.</w:t>
      </w:r>
    </w:p>
    <w:p>
      <w:pPr>
        <w:spacing w:after="0" w:line="120" w:lineRule="exact"/>
        <w:ind w:firstLine="0" w:left="0"/>
      </w:pPr>
    </w:p>
    <w:p>
      <w:pPr>
        <w:spacing w:after="0" w:line="264" w:lineRule="exact"/>
        <w:ind w:firstLine="0" w:left="0"/>
      </w:pPr>
      <w:r>
        <w:rPr>
          <w:rFonts w:ascii="EB Garamond" w:hAnsi="EB Garamond" w:eastAsia="EB Garamond"/>
          <w:sz w:val="22"/>
        </w:rPr>
        <w:t>Mason started backing away.</w:t>
      </w:r>
    </w:p>
    <w:p>
      <w:pPr>
        <w:spacing w:after="0" w:line="120" w:lineRule="exact"/>
        <w:ind w:firstLine="0" w:left="0"/>
      </w:pPr>
    </w:p>
    <w:p>
      <w:pPr>
        <w:spacing w:after="0" w:line="264" w:lineRule="exact"/>
        <w:ind w:firstLine="0" w:left="0"/>
      </w:pPr>
      <w:r>
        <w:rPr>
          <w:rFonts w:ascii="EB Garamond" w:hAnsi="EB Garamond" w:eastAsia="EB Garamond"/>
          <w:sz w:val="22"/>
        </w:rPr>
        <w:t>“Saved.”</w:t>
      </w:r>
    </w:p>
    <w:p>
      <w:pPr>
        <w:spacing w:after="0" w:line="120" w:lineRule="exact"/>
        <w:ind w:firstLine="0" w:left="0"/>
      </w:pPr>
    </w:p>
    <w:p>
      <w:pPr>
        <w:spacing w:after="0" w:line="264" w:lineRule="exact"/>
        <w:ind w:firstLine="0" w:left="0"/>
      </w:pPr>
      <w:r>
        <w:rPr>
          <w:rFonts w:ascii="EB Garamond" w:hAnsi="EB Garamond" w:eastAsia="EB Garamond"/>
          <w:sz w:val="22"/>
        </w:rPr>
        <w:t>“Coward.”</w:t>
      </w:r>
    </w:p>
    <w:p>
      <w:pPr>
        <w:spacing w:after="0" w:line="120" w:lineRule="exact"/>
        <w:ind w:firstLine="0" w:left="0"/>
      </w:pPr>
    </w:p>
    <w:p>
      <w:pPr>
        <w:spacing w:after="0" w:line="264" w:lineRule="exact"/>
        <w:ind w:firstLine="0" w:left="0"/>
      </w:pPr>
      <w:r>
        <w:rPr>
          <w:rFonts w:ascii="EB Garamond" w:hAnsi="EB Garamond" w:eastAsia="EB Garamond"/>
          <w:sz w:val="22"/>
        </w:rPr>
        <w:t>“Absolutely.”</w:t>
      </w:r>
    </w:p>
    <w:p>
      <w:pPr>
        <w:spacing w:after="0" w:line="120" w:lineRule="exact"/>
        <w:ind w:firstLine="0" w:left="0"/>
      </w:pPr>
    </w:p>
    <w:p>
      <w:pPr>
        <w:spacing w:after="0" w:line="264" w:lineRule="exact"/>
        <w:ind w:firstLine="0" w:left="0"/>
      </w:pPr>
      <w:r>
        <w:rPr>
          <w:rFonts w:ascii="EB Garamond" w:hAnsi="EB Garamond" w:eastAsia="EB Garamond"/>
          <w:sz w:val="22"/>
        </w:rPr>
        <w:t>“Mason.”</w:t>
      </w:r>
    </w:p>
    <w:p>
      <w:pPr>
        <w:spacing w:after="0" w:line="120" w:lineRule="exact"/>
        <w:ind w:firstLine="0" w:left="0"/>
      </w:pPr>
    </w:p>
    <w:p>
      <w:pPr>
        <w:spacing w:after="0" w:line="264" w:lineRule="exact"/>
        <w:ind w:firstLine="0" w:left="0"/>
      </w:pPr>
      <w:r>
        <w:rPr>
          <w:rFonts w:ascii="EB Garamond" w:hAnsi="EB Garamond" w:eastAsia="EB Garamond"/>
          <w:sz w:val="22"/>
        </w:rPr>
        <w:t>He kept walking.</w:t>
      </w:r>
    </w:p>
    <w:p>
      <w:pPr>
        <w:spacing w:after="0" w:line="120" w:lineRule="exact"/>
        <w:ind w:firstLine="0" w:left="0"/>
      </w:pPr>
    </w:p>
    <w:p>
      <w:pPr>
        <w:spacing w:after="0" w:line="264" w:lineRule="exact"/>
        <w:ind w:firstLine="0" w:left="0"/>
      </w:pPr>
      <w:r>
        <w:rPr>
          <w:rFonts w:ascii="EB Garamond" w:hAnsi="EB Garamond" w:eastAsia="EB Garamond"/>
          <w:sz w:val="22"/>
        </w:rPr>
        <w:t>“We can talk about it.”</w:t>
      </w:r>
    </w:p>
    <w:p>
      <w:pPr>
        <w:spacing w:after="0" w:line="120" w:lineRule="exact"/>
        <w:ind w:firstLine="0" w:left="0"/>
      </w:pPr>
    </w:p>
    <w:p>
      <w:pPr>
        <w:spacing w:after="0" w:line="264" w:lineRule="exact"/>
        <w:ind w:firstLine="0" w:left="0"/>
      </w:pPr>
      <w:r>
        <w:rPr>
          <w:rFonts w:ascii="EB Garamond" w:hAnsi="EB Garamond" w:eastAsia="EB Garamond"/>
          <w:sz w:val="22"/>
        </w:rPr>
        <w:t>“When?”</w:t>
      </w:r>
    </w:p>
    <w:p>
      <w:pPr>
        <w:spacing w:after="0" w:line="120" w:lineRule="exact"/>
        <w:ind w:firstLine="0" w:left="0"/>
      </w:pPr>
    </w:p>
    <w:p>
      <w:pPr>
        <w:spacing w:after="0" w:line="264" w:lineRule="exact"/>
        <w:ind w:firstLine="0" w:left="0"/>
      </w:pPr>
      <w:r>
        <w:rPr>
          <w:rFonts w:ascii="EB Garamond" w:hAnsi="EB Garamond" w:eastAsia="EB Garamond"/>
          <w:sz w:val="22"/>
        </w:rPr>
        <w:t>“Not in front of Mrs. Bennett’s door.”</w:t>
      </w:r>
    </w:p>
    <w:p>
      <w:pPr>
        <w:spacing w:after="0" w:line="120" w:lineRule="exact"/>
        <w:ind w:firstLine="0" w:left="0"/>
      </w:pPr>
    </w:p>
    <w:p>
      <w:pPr>
        <w:spacing w:after="0" w:line="264" w:lineRule="exact"/>
        <w:ind w:firstLine="0" w:left="0"/>
      </w:pPr>
      <w:r>
        <w:rPr>
          <w:rFonts w:ascii="EB Garamond" w:hAnsi="EB Garamond" w:eastAsia="EB Garamond"/>
          <w:sz w:val="22"/>
        </w:rPr>
        <w:t>“Coward.”</w:t>
      </w:r>
    </w:p>
    <w:p>
      <w:pPr>
        <w:spacing w:after="0" w:line="120" w:lineRule="exact"/>
        <w:ind w:firstLine="0" w:left="0"/>
      </w:pPr>
    </w:p>
    <w:p>
      <w:pPr>
        <w:spacing w:after="0" w:line="264" w:lineRule="exact"/>
        <w:ind w:firstLine="0" w:left="0"/>
      </w:pPr>
      <w:r>
        <w:rPr>
          <w:rFonts w:ascii="EB Garamond" w:hAnsi="EB Garamond" w:eastAsia="EB Garamond"/>
          <w:sz w:val="22"/>
        </w:rPr>
        <w:t>He pointed at her.</w:t>
      </w:r>
    </w:p>
    <w:p>
      <w:pPr>
        <w:spacing w:after="0" w:line="120" w:lineRule="exact"/>
        <w:ind w:firstLine="0" w:left="0"/>
      </w:pPr>
    </w:p>
    <w:p>
      <w:pPr>
        <w:spacing w:after="0" w:line="264" w:lineRule="exact"/>
        <w:ind w:firstLine="0" w:left="0"/>
      </w:pPr>
      <w:r>
        <w:rPr>
          <w:rFonts w:ascii="EB Garamond" w:hAnsi="EB Garamond" w:eastAsia="EB Garamond"/>
          <w:sz w:val="22"/>
        </w:rPr>
        <w:t>“You already said that.”</w:t>
      </w:r>
    </w:p>
    <w:p>
      <w:pPr>
        <w:spacing w:after="0" w:line="120" w:lineRule="exact"/>
        <w:ind w:firstLine="0" w:left="0"/>
      </w:pPr>
    </w:p>
    <w:p>
      <w:pPr>
        <w:spacing w:after="0" w:line="264" w:lineRule="exact"/>
        <w:ind w:firstLine="0" w:left="0"/>
      </w:pPr>
      <w:r>
        <w:rPr>
          <w:rFonts w:ascii="EB Garamond" w:hAnsi="EB Garamond" w:eastAsia="EB Garamond"/>
          <w:sz w:val="22"/>
        </w:rPr>
        <w:t>Then he disappeared into the crowd.</w:t>
      </w:r>
    </w:p>
    <w:p>
      <w:pPr>
        <w:spacing w:after="0" w:line="120" w:lineRule="exact"/>
        <w:ind w:firstLine="0" w:left="0"/>
      </w:pPr>
    </w:p>
    <w:p>
      <w:pPr>
        <w:spacing w:after="0" w:line="264" w:lineRule="exact"/>
        <w:ind w:firstLine="0" w:left="0"/>
      </w:pPr>
      <w:r>
        <w:rPr>
          <w:rFonts w:ascii="EB Garamond" w:hAnsi="EB Garamond" w:eastAsia="EB Garamond"/>
          <w:sz w:val="22"/>
        </w:rPr>
        <w:t>Elsie smiled all the way into class.</w:t>
      </w:r>
    </w:p>
    <w:p>
      <w:pPr>
        <w:spacing w:after="0" w:line="120" w:lineRule="exact"/>
        <w:ind w:firstLine="0" w:left="0"/>
      </w:pPr>
    </w:p>
    <w:p>
      <w:pPr>
        <w:spacing w:after="0" w:line="264" w:lineRule="exact"/>
        <w:ind w:firstLine="0" w:left="0"/>
      </w:pPr>
      <w:r>
        <w:rPr>
          <w:rFonts w:ascii="EB Garamond" w:hAnsi="EB Garamond" w:eastAsia="EB Garamond"/>
          <w:sz w:val="22"/>
        </w:rPr>
        <w:t>Tuesday night, Elsie was supposed to be studying chemistry.</w:t>
      </w:r>
    </w:p>
    <w:p>
      <w:pPr>
        <w:spacing w:after="0" w:line="120" w:lineRule="exact"/>
        <w:ind w:firstLine="0" w:left="0"/>
      </w:pPr>
    </w:p>
    <w:p>
      <w:pPr>
        <w:spacing w:after="0" w:line="264" w:lineRule="exact"/>
        <w:ind w:firstLine="0" w:left="0"/>
      </w:pPr>
      <w:r>
        <w:rPr>
          <w:rFonts w:ascii="EB Garamond" w:hAnsi="EB Garamond" w:eastAsia="EB Garamond"/>
          <w:sz w:val="22"/>
        </w:rPr>
        <w:t>Instead, she was reading about Thomas.</w:t>
      </w:r>
    </w:p>
    <w:p>
      <w:pPr>
        <w:spacing w:after="0" w:line="120" w:lineRule="exact"/>
        <w:ind w:firstLine="0" w:left="0"/>
      </w:pPr>
    </w:p>
    <w:p>
      <w:pPr>
        <w:spacing w:after="0" w:line="264" w:lineRule="exact"/>
        <w:ind w:firstLine="0" w:left="0"/>
      </w:pPr>
      <w:r>
        <w:rPr>
          <w:rFonts w:ascii="EB Garamond" w:hAnsi="EB Garamond" w:eastAsia="EB Garamond"/>
          <w:sz w:val="22"/>
        </w:rPr>
        <w:t>This was not entirely her fault.</w:t>
      </w:r>
    </w:p>
    <w:p>
      <w:pPr>
        <w:spacing w:after="0" w:line="120" w:lineRule="exact"/>
        <w:ind w:firstLine="0" w:left="0"/>
      </w:pPr>
    </w:p>
    <w:p>
      <w:pPr>
        <w:spacing w:after="0" w:line="264" w:lineRule="exact"/>
        <w:ind w:firstLine="0" w:left="0"/>
      </w:pPr>
      <w:r>
        <w:rPr>
          <w:rFonts w:ascii="EB Garamond" w:hAnsi="EB Garamond" w:eastAsia="EB Garamond"/>
          <w:sz w:val="22"/>
        </w:rPr>
        <w:t>Grandma’s list was open beside her.</w:t>
      </w:r>
    </w:p>
    <w:p>
      <w:pPr>
        <w:spacing w:after="0" w:line="120" w:lineRule="exact"/>
        <w:ind w:firstLine="0" w:left="0"/>
      </w:pPr>
    </w:p>
    <w:p>
      <w:pPr>
        <w:spacing w:after="0" w:line="264" w:lineRule="exact"/>
        <w:ind w:firstLine="0" w:left="0"/>
      </w:pPr>
      <w:r>
        <w:rPr>
          <w:rFonts w:ascii="EB Garamond" w:hAnsi="EB Garamond" w:eastAsia="EB Garamond"/>
          <w:b/>
          <w:sz w:val="22"/>
        </w:rPr>
        <w:t>Thomas — Doubted.</w:t>
      </w:r>
    </w:p>
    <w:p>
      <w:pPr>
        <w:spacing w:after="0" w:line="120" w:lineRule="exact"/>
        <w:ind w:firstLine="0" w:left="0"/>
      </w:pPr>
    </w:p>
    <w:p>
      <w:pPr>
        <w:spacing w:after="0" w:line="264" w:lineRule="exact"/>
        <w:ind w:firstLine="0" w:left="0"/>
      </w:pPr>
      <w:r>
        <w:rPr>
          <w:rFonts w:ascii="EB Garamond" w:hAnsi="EB Garamond" w:eastAsia="EB Garamond"/>
          <w:sz w:val="22"/>
        </w:rPr>
        <w:t>That was it.</w:t>
      </w:r>
    </w:p>
    <w:p>
      <w:pPr>
        <w:spacing w:after="0" w:line="120" w:lineRule="exact"/>
        <w:ind w:firstLine="0" w:left="0"/>
      </w:pPr>
    </w:p>
    <w:p>
      <w:pPr>
        <w:spacing w:after="0" w:line="264" w:lineRule="exact"/>
        <w:ind w:firstLine="0" w:left="0"/>
      </w:pPr>
      <w:r>
        <w:rPr>
          <w:rFonts w:ascii="EB Garamond" w:hAnsi="EB Garamond" w:eastAsia="EB Garamond"/>
          <w:sz w:val="22"/>
        </w:rPr>
        <w:t>Two words.</w:t>
      </w:r>
    </w:p>
    <w:p>
      <w:pPr>
        <w:spacing w:after="0" w:line="120" w:lineRule="exact"/>
        <w:ind w:firstLine="0" w:left="0"/>
      </w:pPr>
    </w:p>
    <w:p>
      <w:pPr>
        <w:spacing w:after="0" w:line="264" w:lineRule="exact"/>
        <w:ind w:firstLine="0" w:left="0"/>
      </w:pPr>
      <w:r>
        <w:rPr>
          <w:rFonts w:ascii="EB Garamond" w:hAnsi="EB Garamond" w:eastAsia="EB Garamond"/>
          <w:sz w:val="22"/>
        </w:rPr>
        <w:t>Given Grandma’s recent record, Elsie had learned to distrust two-word summaries.</w:t>
      </w:r>
    </w:p>
    <w:p>
      <w:pPr>
        <w:spacing w:after="0" w:line="120" w:lineRule="exact"/>
        <w:ind w:firstLine="0" w:left="0"/>
      </w:pPr>
    </w:p>
    <w:p>
      <w:pPr>
        <w:spacing w:after="0" w:line="264" w:lineRule="exact"/>
        <w:ind w:firstLine="0" w:left="0"/>
      </w:pPr>
      <w:r>
        <w:rPr>
          <w:rFonts w:ascii="EB Garamond" w:hAnsi="EB Garamond" w:eastAsia="EB Garamond"/>
          <w:sz w:val="22"/>
        </w:rPr>
        <w:t>Leah had been ugly.</w:t>
      </w:r>
    </w:p>
    <w:p>
      <w:pPr>
        <w:spacing w:after="0" w:line="120" w:lineRule="exact"/>
        <w:ind w:firstLine="0" w:left="0"/>
      </w:pPr>
    </w:p>
    <w:p>
      <w:pPr>
        <w:spacing w:after="0" w:line="264" w:lineRule="exact"/>
        <w:ind w:firstLine="0" w:left="0"/>
      </w:pPr>
      <w:r>
        <w:rPr>
          <w:rFonts w:ascii="EB Garamond" w:hAnsi="EB Garamond" w:eastAsia="EB Garamond"/>
          <w:sz w:val="22"/>
        </w:rPr>
        <w:t>Except she hadn’t.</w:t>
      </w:r>
    </w:p>
    <w:p>
      <w:pPr>
        <w:spacing w:after="0" w:line="120" w:lineRule="exact"/>
        <w:ind w:firstLine="0" w:left="0"/>
      </w:pPr>
    </w:p>
    <w:p>
      <w:pPr>
        <w:spacing w:after="0" w:line="264" w:lineRule="exact"/>
        <w:ind w:firstLine="0" w:left="0"/>
      </w:pPr>
      <w:r>
        <w:rPr>
          <w:rFonts w:ascii="EB Garamond" w:hAnsi="EB Garamond" w:eastAsia="EB Garamond"/>
          <w:sz w:val="22"/>
        </w:rPr>
        <w:t>Moses couldn’t speak.</w:t>
      </w:r>
    </w:p>
    <w:p>
      <w:pPr>
        <w:spacing w:after="0" w:line="120" w:lineRule="exact"/>
        <w:ind w:firstLine="0" w:left="0"/>
      </w:pPr>
    </w:p>
    <w:p>
      <w:pPr>
        <w:spacing w:after="0" w:line="264" w:lineRule="exact"/>
        <w:ind w:firstLine="0" w:left="0"/>
      </w:pPr>
      <w:r>
        <w:rPr>
          <w:rFonts w:ascii="EB Garamond" w:hAnsi="EB Garamond" w:eastAsia="EB Garamond"/>
          <w:sz w:val="22"/>
        </w:rPr>
        <w:t>Except that wasn’t exactly what he had said.</w:t>
      </w:r>
    </w:p>
    <w:p>
      <w:pPr>
        <w:spacing w:after="0" w:line="120" w:lineRule="exact"/>
        <w:ind w:firstLine="0" w:left="0"/>
      </w:pPr>
    </w:p>
    <w:p>
      <w:pPr>
        <w:spacing w:after="0" w:line="264" w:lineRule="exact"/>
        <w:ind w:firstLine="0" w:left="0"/>
      </w:pPr>
      <w:r>
        <w:rPr>
          <w:rFonts w:ascii="EB Garamond" w:hAnsi="EB Garamond" w:eastAsia="EB Garamond"/>
          <w:sz w:val="22"/>
        </w:rPr>
        <w:t>And now Grandma’s list had an entirely new problem.</w:t>
      </w:r>
    </w:p>
    <w:p>
      <w:pPr>
        <w:spacing w:after="0" w:line="120" w:lineRule="exact"/>
        <w:ind w:firstLine="0" w:left="0"/>
      </w:pPr>
    </w:p>
    <w:p>
      <w:pPr>
        <w:spacing w:after="0" w:line="264" w:lineRule="exact"/>
        <w:ind w:firstLine="0" w:left="0"/>
      </w:pPr>
      <w:r>
        <w:rPr>
          <w:rFonts w:ascii="EB Garamond" w:hAnsi="EB Garamond" w:eastAsia="EB Garamond"/>
          <w:sz w:val="22"/>
        </w:rPr>
        <w:t>Not that the sentences were always false.</w:t>
      </w:r>
    </w:p>
    <w:p>
      <w:pPr>
        <w:spacing w:after="0" w:line="120" w:lineRule="exact"/>
        <w:ind w:firstLine="0" w:left="0"/>
      </w:pPr>
    </w:p>
    <w:p>
      <w:pPr>
        <w:spacing w:after="0" w:line="264" w:lineRule="exact"/>
        <w:ind w:firstLine="0" w:left="0"/>
      </w:pPr>
      <w:r>
        <w:rPr>
          <w:rFonts w:ascii="EB Garamond" w:hAnsi="EB Garamond" w:eastAsia="EB Garamond"/>
          <w:sz w:val="22"/>
        </w:rPr>
        <w:t>Sometimes they were just too small.</w:t>
      </w:r>
    </w:p>
    <w:p>
      <w:pPr>
        <w:spacing w:after="0" w:line="120" w:lineRule="exact"/>
        <w:ind w:firstLine="0" w:left="0"/>
      </w:pPr>
    </w:p>
    <w:p>
      <w:pPr>
        <w:spacing w:after="0" w:line="264" w:lineRule="exact"/>
        <w:ind w:firstLine="0" w:left="0"/>
      </w:pPr>
      <w:r>
        <w:rPr>
          <w:rFonts w:ascii="EB Garamond" w:hAnsi="EB Garamond" w:eastAsia="EB Garamond"/>
          <w:sz w:val="22"/>
        </w:rPr>
        <w:t>Elsie opened John.</w:t>
      </w:r>
    </w:p>
    <w:p>
      <w:pPr>
        <w:spacing w:after="0" w:line="120" w:lineRule="exact"/>
        <w:ind w:firstLine="0" w:left="0"/>
      </w:pPr>
    </w:p>
    <w:p>
      <w:pPr>
        <w:spacing w:after="0" w:line="264" w:lineRule="exact"/>
        <w:ind w:firstLine="0" w:left="0"/>
      </w:pPr>
      <w:r>
        <w:rPr>
          <w:rFonts w:ascii="EB Garamond" w:hAnsi="EB Garamond" w:eastAsia="EB Garamond"/>
          <w:sz w:val="22"/>
        </w:rPr>
        <w:t>She knew the Thomas story.</w:t>
      </w:r>
    </w:p>
    <w:p>
      <w:pPr>
        <w:spacing w:after="0" w:line="120" w:lineRule="exact"/>
        <w:ind w:firstLine="0" w:left="0"/>
      </w:pPr>
    </w:p>
    <w:p>
      <w:pPr>
        <w:spacing w:after="0" w:line="264" w:lineRule="exact"/>
        <w:ind w:firstLine="0" w:left="0"/>
      </w:pPr>
      <w:r>
        <w:rPr>
          <w:rFonts w:ascii="EB Garamond" w:hAnsi="EB Garamond" w:eastAsia="EB Garamond"/>
          <w:sz w:val="22"/>
        </w:rPr>
        <w:t>Everybody knew the Thomas story.</w:t>
      </w:r>
    </w:p>
    <w:p>
      <w:pPr>
        <w:spacing w:after="0" w:line="120" w:lineRule="exact"/>
        <w:ind w:firstLine="0" w:left="0"/>
      </w:pPr>
    </w:p>
    <w:p>
      <w:pPr>
        <w:spacing w:after="0" w:line="264" w:lineRule="exact"/>
        <w:ind w:firstLine="0" w:left="0"/>
      </w:pPr>
      <w:r>
        <w:rPr>
          <w:rFonts w:ascii="EB Garamond" w:hAnsi="EB Garamond" w:eastAsia="EB Garamond"/>
          <w:sz w:val="22"/>
        </w:rPr>
        <w:t>Jesus came back.</w:t>
      </w:r>
    </w:p>
    <w:p>
      <w:pPr>
        <w:spacing w:after="0" w:line="120" w:lineRule="exact"/>
        <w:ind w:firstLine="0" w:left="0"/>
      </w:pPr>
    </w:p>
    <w:p>
      <w:pPr>
        <w:spacing w:after="0" w:line="264" w:lineRule="exact"/>
        <w:ind w:firstLine="0" w:left="0"/>
      </w:pPr>
      <w:r>
        <w:rPr>
          <w:rFonts w:ascii="EB Garamond" w:hAnsi="EB Garamond" w:eastAsia="EB Garamond"/>
          <w:sz w:val="22"/>
        </w:rPr>
        <w:t>Thomas wasn’t there.</w:t>
      </w:r>
    </w:p>
    <w:p>
      <w:pPr>
        <w:spacing w:after="0" w:line="120" w:lineRule="exact"/>
        <w:ind w:firstLine="0" w:left="0"/>
      </w:pPr>
    </w:p>
    <w:p>
      <w:pPr>
        <w:spacing w:after="0" w:line="264" w:lineRule="exact"/>
        <w:ind w:firstLine="0" w:left="0"/>
      </w:pPr>
      <w:r>
        <w:rPr>
          <w:rFonts w:ascii="EB Garamond" w:hAnsi="EB Garamond" w:eastAsia="EB Garamond"/>
          <w:sz w:val="22"/>
        </w:rPr>
        <w:t>The others told him.</w:t>
      </w:r>
    </w:p>
    <w:p>
      <w:pPr>
        <w:spacing w:after="0" w:line="120" w:lineRule="exact"/>
        <w:ind w:firstLine="0" w:left="0"/>
      </w:pPr>
    </w:p>
    <w:p>
      <w:pPr>
        <w:spacing w:after="0" w:line="264" w:lineRule="exact"/>
        <w:ind w:firstLine="0" w:left="0"/>
      </w:pPr>
      <w:r>
        <w:rPr>
          <w:rFonts w:ascii="EB Garamond" w:hAnsi="EB Garamond" w:eastAsia="EB Garamond"/>
          <w:sz w:val="22"/>
        </w:rPr>
        <w:t>Thomas didn’t believe them.</w:t>
      </w:r>
    </w:p>
    <w:p>
      <w:pPr>
        <w:spacing w:after="0" w:line="120" w:lineRule="exact"/>
        <w:ind w:firstLine="0" w:left="0"/>
      </w:pPr>
    </w:p>
    <w:p>
      <w:pPr>
        <w:spacing w:after="0" w:line="264" w:lineRule="exact"/>
        <w:ind w:firstLine="0" w:left="0"/>
      </w:pPr>
      <w:r>
        <w:rPr>
          <w:rFonts w:ascii="EB Garamond" w:hAnsi="EB Garamond" w:eastAsia="EB Garamond"/>
          <w:sz w:val="22"/>
        </w:rPr>
        <w:t>He wanted proof.</w:t>
      </w:r>
    </w:p>
    <w:p>
      <w:pPr>
        <w:spacing w:after="0" w:line="120" w:lineRule="exact"/>
        <w:ind w:firstLine="0" w:left="0"/>
      </w:pPr>
    </w:p>
    <w:p>
      <w:pPr>
        <w:spacing w:after="0" w:line="264" w:lineRule="exact"/>
        <w:ind w:firstLine="0" w:left="0"/>
      </w:pPr>
      <w:r>
        <w:rPr>
          <w:rFonts w:ascii="EB Garamond" w:hAnsi="EB Garamond" w:eastAsia="EB Garamond"/>
          <w:sz w:val="22"/>
        </w:rPr>
        <w:t>Jesus came back.</w:t>
      </w:r>
    </w:p>
    <w:p>
      <w:pPr>
        <w:spacing w:after="0" w:line="120" w:lineRule="exact"/>
        <w:ind w:firstLine="0" w:left="0"/>
      </w:pPr>
    </w:p>
    <w:p>
      <w:pPr>
        <w:spacing w:after="0" w:line="264" w:lineRule="exact"/>
        <w:ind w:firstLine="0" w:left="0"/>
      </w:pPr>
      <w:r>
        <w:rPr>
          <w:rFonts w:ascii="EB Garamond" w:hAnsi="EB Garamond" w:eastAsia="EB Garamond"/>
          <w:sz w:val="22"/>
        </w:rPr>
        <w:t>Thomas believed.</w:t>
      </w:r>
    </w:p>
    <w:p>
      <w:pPr>
        <w:spacing w:after="0" w:line="120" w:lineRule="exact"/>
        <w:ind w:firstLine="0" w:left="0"/>
      </w:pPr>
    </w:p>
    <w:p>
      <w:pPr>
        <w:spacing w:after="0" w:line="264" w:lineRule="exact"/>
        <w:ind w:firstLine="0" w:left="0"/>
      </w:pPr>
      <w:r>
        <w:rPr>
          <w:rFonts w:ascii="EB Garamond" w:hAnsi="EB Garamond" w:eastAsia="EB Garamond"/>
          <w:sz w:val="22"/>
        </w:rPr>
        <w:t>The end.</w:t>
      </w:r>
    </w:p>
    <w:p>
      <w:pPr>
        <w:spacing w:after="0" w:line="120" w:lineRule="exact"/>
        <w:ind w:firstLine="0" w:left="0"/>
      </w:pPr>
    </w:p>
    <w:p>
      <w:pPr>
        <w:spacing w:after="0" w:line="264" w:lineRule="exact"/>
        <w:ind w:firstLine="0" w:left="0"/>
      </w:pPr>
      <w:r>
        <w:rPr>
          <w:rFonts w:ascii="EB Garamond" w:hAnsi="EB Garamond" w:eastAsia="EB Garamond"/>
          <w:sz w:val="22"/>
        </w:rPr>
        <w:t>Don’t doubt Jesus.</w:t>
      </w:r>
    </w:p>
    <w:p>
      <w:pPr>
        <w:spacing w:after="0" w:line="120" w:lineRule="exact"/>
        <w:ind w:firstLine="0" w:left="0"/>
      </w:pPr>
    </w:p>
    <w:p>
      <w:pPr>
        <w:spacing w:after="0" w:line="264" w:lineRule="exact"/>
        <w:ind w:firstLine="0" w:left="0"/>
      </w:pPr>
      <w:r>
        <w:rPr>
          <w:rFonts w:ascii="EB Garamond" w:hAnsi="EB Garamond" w:eastAsia="EB Garamond"/>
          <w:sz w:val="22"/>
        </w:rPr>
        <w:t>Elsie frowned.</w:t>
      </w:r>
    </w:p>
    <w:p>
      <w:pPr>
        <w:spacing w:after="0" w:line="120" w:lineRule="exact"/>
        <w:ind w:firstLine="0" w:left="0"/>
      </w:pPr>
    </w:p>
    <w:p>
      <w:pPr>
        <w:spacing w:after="0" w:line="264" w:lineRule="exact"/>
        <w:ind w:firstLine="0" w:left="0"/>
      </w:pPr>
      <w:r>
        <w:rPr>
          <w:rFonts w:ascii="EB Garamond" w:hAnsi="EB Garamond" w:eastAsia="EB Garamond"/>
          <w:sz w:val="22"/>
        </w:rPr>
        <w:t>She read it again.</w:t>
      </w:r>
    </w:p>
    <w:p>
      <w:pPr>
        <w:spacing w:after="0" w:line="120" w:lineRule="exact"/>
        <w:ind w:firstLine="0" w:left="0"/>
      </w:pPr>
    </w:p>
    <w:p>
      <w:pPr>
        <w:spacing w:after="0" w:line="264" w:lineRule="exact"/>
        <w:ind w:firstLine="0" w:left="0"/>
      </w:pPr>
      <w:r>
        <w:rPr>
          <w:rFonts w:ascii="EB Garamond" w:hAnsi="EB Garamond" w:eastAsia="EB Garamond"/>
          <w:sz w:val="22"/>
        </w:rPr>
        <w:t>The disciples were together behind locked doors.</w:t>
      </w:r>
    </w:p>
    <w:p>
      <w:pPr>
        <w:spacing w:after="0" w:line="120" w:lineRule="exact"/>
        <w:ind w:firstLine="0" w:left="0"/>
      </w:pPr>
    </w:p>
    <w:p>
      <w:pPr>
        <w:spacing w:after="0" w:line="264" w:lineRule="exact"/>
        <w:ind w:firstLine="0" w:left="0"/>
      </w:pPr>
      <w:r>
        <w:rPr>
          <w:rFonts w:ascii="EB Garamond" w:hAnsi="EB Garamond" w:eastAsia="EB Garamond"/>
          <w:sz w:val="22"/>
        </w:rPr>
        <w:t>Afraid.</w:t>
      </w:r>
    </w:p>
    <w:p>
      <w:pPr>
        <w:spacing w:after="0" w:line="120" w:lineRule="exact"/>
        <w:ind w:firstLine="0" w:left="0"/>
      </w:pPr>
    </w:p>
    <w:p>
      <w:pPr>
        <w:spacing w:after="0" w:line="264" w:lineRule="exact"/>
        <w:ind w:firstLine="0" w:left="0"/>
      </w:pPr>
      <w:r>
        <w:rPr>
          <w:rFonts w:ascii="EB Garamond" w:hAnsi="EB Garamond" w:eastAsia="EB Garamond"/>
          <w:sz w:val="22"/>
        </w:rPr>
        <w:t>Jesus appeared.</w:t>
      </w:r>
    </w:p>
    <w:p>
      <w:pPr>
        <w:spacing w:after="0" w:line="120" w:lineRule="exact"/>
        <w:ind w:firstLine="0" w:left="0"/>
      </w:pPr>
    </w:p>
    <w:p>
      <w:pPr>
        <w:spacing w:after="0" w:line="264" w:lineRule="exact"/>
        <w:ind w:firstLine="0" w:left="0"/>
      </w:pPr>
      <w:r>
        <w:rPr>
          <w:rFonts w:ascii="EB Garamond" w:hAnsi="EB Garamond" w:eastAsia="EB Garamond"/>
          <w:sz w:val="22"/>
        </w:rPr>
        <w:t>Showed them His hands.</w:t>
      </w:r>
    </w:p>
    <w:p>
      <w:pPr>
        <w:spacing w:after="0" w:line="120" w:lineRule="exact"/>
        <w:ind w:firstLine="0" w:left="0"/>
      </w:pPr>
    </w:p>
    <w:p>
      <w:pPr>
        <w:spacing w:after="0" w:line="264" w:lineRule="exact"/>
        <w:ind w:firstLine="0" w:left="0"/>
      </w:pPr>
      <w:r>
        <w:rPr>
          <w:rFonts w:ascii="EB Garamond" w:hAnsi="EB Garamond" w:eastAsia="EB Garamond"/>
          <w:sz w:val="22"/>
        </w:rPr>
        <w:t>His side.</w:t>
      </w:r>
    </w:p>
    <w:p>
      <w:pPr>
        <w:spacing w:after="0" w:line="120" w:lineRule="exact"/>
        <w:ind w:firstLine="0" w:left="0"/>
      </w:pPr>
    </w:p>
    <w:p>
      <w:pPr>
        <w:spacing w:after="0" w:line="264" w:lineRule="exact"/>
        <w:ind w:firstLine="0" w:left="0"/>
      </w:pPr>
      <w:r>
        <w:rPr>
          <w:rFonts w:ascii="EB Garamond" w:hAnsi="EB Garamond" w:eastAsia="EB Garamond"/>
          <w:sz w:val="22"/>
        </w:rPr>
        <w:t>Then they believed.</w:t>
      </w:r>
    </w:p>
    <w:p>
      <w:pPr>
        <w:spacing w:after="0" w:line="120" w:lineRule="exact"/>
        <w:ind w:firstLine="0" w:left="0"/>
      </w:pPr>
    </w:p>
    <w:p>
      <w:pPr>
        <w:spacing w:after="0" w:line="264" w:lineRule="exact"/>
        <w:ind w:firstLine="0" w:left="0"/>
      </w:pPr>
      <w:r>
        <w:rPr>
          <w:rFonts w:ascii="EB Garamond" w:hAnsi="EB Garamond" w:eastAsia="EB Garamond"/>
          <w:sz w:val="22"/>
        </w:rPr>
        <w:t>Elsie stopped.</w:t>
      </w:r>
    </w:p>
    <w:p>
      <w:pPr>
        <w:spacing w:after="0" w:line="120" w:lineRule="exact"/>
        <w:ind w:firstLine="0" w:left="0"/>
      </w:pPr>
    </w:p>
    <w:p>
      <w:pPr>
        <w:spacing w:after="0" w:line="264" w:lineRule="exact"/>
        <w:ind w:firstLine="0" w:left="0"/>
      </w:pPr>
      <w:r>
        <w:rPr>
          <w:rFonts w:ascii="EB Garamond" w:hAnsi="EB Garamond" w:eastAsia="EB Garamond"/>
          <w:sz w:val="22"/>
        </w:rPr>
        <w:t>Went backward.</w:t>
      </w:r>
    </w:p>
    <w:p>
      <w:pPr>
        <w:spacing w:after="0" w:line="120" w:lineRule="exact"/>
        <w:ind w:firstLine="0" w:left="0"/>
      </w:pPr>
    </w:p>
    <w:p>
      <w:pPr>
        <w:spacing w:after="0" w:line="264" w:lineRule="exact"/>
        <w:ind w:firstLine="0" w:left="0"/>
      </w:pPr>
      <w:r>
        <w:rPr>
          <w:rFonts w:ascii="EB Garamond" w:hAnsi="EB Garamond" w:eastAsia="EB Garamond"/>
          <w:sz w:val="22"/>
        </w:rPr>
        <w:t>Read it again.</w:t>
      </w:r>
    </w:p>
    <w:p>
      <w:pPr>
        <w:spacing w:after="0" w:line="120" w:lineRule="exact"/>
        <w:ind w:firstLine="0" w:left="0"/>
      </w:pPr>
    </w:p>
    <w:p>
      <w:pPr>
        <w:spacing w:after="0" w:line="264" w:lineRule="exact"/>
        <w:ind w:firstLine="0" w:left="0"/>
      </w:pPr>
      <w:r>
        <w:rPr>
          <w:rFonts w:ascii="EB Garamond" w:hAnsi="EB Garamond" w:eastAsia="EB Garamond"/>
          <w:sz w:val="22"/>
        </w:rPr>
        <w:t>Jesus showed them.</w:t>
      </w:r>
    </w:p>
    <w:p>
      <w:pPr>
        <w:spacing w:after="0" w:line="120" w:lineRule="exact"/>
        <w:ind w:firstLine="0" w:left="0"/>
      </w:pPr>
    </w:p>
    <w:p>
      <w:pPr>
        <w:spacing w:after="0" w:line="264" w:lineRule="exact"/>
        <w:ind w:firstLine="0" w:left="0"/>
      </w:pPr>
      <w:r>
        <w:rPr>
          <w:rFonts w:ascii="EB Garamond" w:hAnsi="EB Garamond" w:eastAsia="EB Garamond"/>
          <w:sz w:val="22"/>
        </w:rPr>
        <w:t>Before Thomas.</w:t>
      </w:r>
    </w:p>
    <w:p>
      <w:pPr>
        <w:spacing w:after="0" w:line="120" w:lineRule="exact"/>
        <w:ind w:firstLine="0" w:left="0"/>
      </w:pPr>
    </w:p>
    <w:p>
      <w:pPr>
        <w:spacing w:after="0" w:line="264" w:lineRule="exact"/>
        <w:ind w:firstLine="0" w:left="0"/>
      </w:pPr>
      <w:r>
        <w:rPr>
          <w:rFonts w:ascii="EB Garamond" w:hAnsi="EB Garamond" w:eastAsia="EB Garamond"/>
          <w:sz w:val="22"/>
        </w:rPr>
        <w:t>“Huh.”</w:t>
      </w:r>
    </w:p>
    <w:p>
      <w:pPr>
        <w:spacing w:after="0" w:line="120" w:lineRule="exact"/>
        <w:ind w:firstLine="0" w:left="0"/>
      </w:pPr>
    </w:p>
    <w:p>
      <w:pPr>
        <w:spacing w:after="0" w:line="264" w:lineRule="exact"/>
        <w:ind w:firstLine="0" w:left="0"/>
      </w:pPr>
      <w:r>
        <w:rPr>
          <w:rFonts w:ascii="EB Garamond" w:hAnsi="EB Garamond" w:eastAsia="EB Garamond"/>
          <w:sz w:val="22"/>
        </w:rPr>
        <w:t>She reached for her phone.</w:t>
      </w:r>
    </w:p>
    <w:p>
      <w:pPr>
        <w:spacing w:after="0" w:line="120" w:lineRule="exact"/>
        <w:ind w:firstLine="0" w:left="0"/>
      </w:pPr>
    </w:p>
    <w:p>
      <w:pPr>
        <w:spacing w:after="0" w:line="264" w:lineRule="exact"/>
        <w:ind w:firstLine="0" w:left="0"/>
      </w:pPr>
      <w:r>
        <w:rPr>
          <w:rFonts w:ascii="EB Garamond" w:hAnsi="EB Garamond" w:eastAsia="EB Garamond"/>
          <w:sz w:val="22"/>
        </w:rPr>
        <w:t>Opened Google.</w:t>
      </w:r>
    </w:p>
    <w:p>
      <w:pPr>
        <w:spacing w:after="0" w:line="120" w:lineRule="exact"/>
        <w:ind w:firstLine="0" w:left="0"/>
      </w:pPr>
    </w:p>
    <w:p>
      <w:pPr>
        <w:spacing w:after="0" w:line="264" w:lineRule="exact"/>
        <w:ind w:firstLine="0" w:left="0"/>
      </w:pPr>
      <w:r>
        <w:rPr>
          <w:rFonts w:ascii="EB Garamond" w:hAnsi="EB Garamond" w:eastAsia="EB Garamond"/>
          <w:sz w:val="22"/>
        </w:rPr>
        <w:t>Stopped.</w:t>
      </w:r>
    </w:p>
    <w:p>
      <w:pPr>
        <w:spacing w:after="0" w:line="120" w:lineRule="exact"/>
        <w:ind w:firstLine="0" w:left="0"/>
      </w:pPr>
    </w:p>
    <w:p>
      <w:pPr>
        <w:spacing w:after="0" w:line="264" w:lineRule="exact"/>
        <w:ind w:firstLine="0" w:left="0"/>
      </w:pPr>
      <w:r>
        <w:rPr>
          <w:rFonts w:ascii="EB Garamond" w:hAnsi="EB Garamond" w:eastAsia="EB Garamond"/>
          <w:sz w:val="22"/>
        </w:rPr>
        <w:t>Looked at the Bible.</w:t>
      </w:r>
    </w:p>
    <w:p>
      <w:pPr>
        <w:spacing w:after="0" w:line="120" w:lineRule="exact"/>
        <w:ind w:firstLine="0" w:left="0"/>
      </w:pPr>
    </w:p>
    <w:p>
      <w:pPr>
        <w:spacing w:after="0" w:line="264" w:lineRule="exact"/>
        <w:ind w:firstLine="0" w:left="0"/>
      </w:pPr>
      <w:r>
        <w:rPr>
          <w:rFonts w:ascii="EB Garamond" w:hAnsi="EB Garamond" w:eastAsia="EB Garamond"/>
          <w:sz w:val="22"/>
        </w:rPr>
        <w:t>“Fine.”</w:t>
      </w:r>
    </w:p>
    <w:p>
      <w:pPr>
        <w:spacing w:after="0" w:line="120" w:lineRule="exact"/>
        <w:ind w:firstLine="0" w:left="0"/>
      </w:pPr>
    </w:p>
    <w:p>
      <w:pPr>
        <w:spacing w:after="0" w:line="264" w:lineRule="exact"/>
        <w:ind w:firstLine="0" w:left="0"/>
      </w:pPr>
      <w:r>
        <w:rPr>
          <w:rFonts w:ascii="EB Garamond" w:hAnsi="EB Garamond" w:eastAsia="EB Garamond"/>
          <w:sz w:val="22"/>
        </w:rPr>
        <w:t>Bible first.</w:t>
      </w:r>
    </w:p>
    <w:p>
      <w:pPr>
        <w:spacing w:after="0" w:line="120" w:lineRule="exact"/>
        <w:ind w:firstLine="0" w:left="0"/>
      </w:pPr>
    </w:p>
    <w:p>
      <w:pPr>
        <w:spacing w:after="0" w:line="264" w:lineRule="exact"/>
        <w:ind w:firstLine="0" w:left="0"/>
      </w:pPr>
      <w:r>
        <w:rPr>
          <w:rFonts w:ascii="EB Garamond" w:hAnsi="EB Garamond" w:eastAsia="EB Garamond"/>
          <w:sz w:val="22"/>
        </w:rPr>
        <w:t>Apparently she had become a person who did that now.</w:t>
      </w:r>
    </w:p>
    <w:p>
      <w:pPr>
        <w:spacing w:after="0" w:line="120" w:lineRule="exact"/>
        <w:ind w:firstLine="0" w:left="0"/>
      </w:pPr>
    </w:p>
    <w:p>
      <w:pPr>
        <w:spacing w:after="0" w:line="264" w:lineRule="exact"/>
        <w:ind w:firstLine="0" w:left="0"/>
      </w:pPr>
      <w:r>
        <w:rPr>
          <w:rFonts w:ascii="EB Garamond" w:hAnsi="EB Garamond" w:eastAsia="EB Garamond"/>
          <w:sz w:val="22"/>
        </w:rPr>
        <w:t>Terrifying.</w:t>
      </w:r>
    </w:p>
    <w:p>
      <w:pPr>
        <w:spacing w:after="0" w:line="120" w:lineRule="exact"/>
        <w:ind w:firstLine="0" w:left="0"/>
      </w:pPr>
    </w:p>
    <w:p>
      <w:pPr>
        <w:spacing w:after="0" w:line="264" w:lineRule="exact"/>
        <w:ind w:firstLine="0" w:left="0"/>
      </w:pPr>
      <w:r>
        <w:rPr>
          <w:rFonts w:ascii="EB Garamond" w:hAnsi="EB Garamond" w:eastAsia="EB Garamond"/>
          <w:sz w:val="22"/>
        </w:rPr>
        <w:t>She kept reading.</w:t>
      </w:r>
    </w:p>
    <w:p>
      <w:pPr>
        <w:spacing w:after="0" w:line="120" w:lineRule="exact"/>
        <w:ind w:firstLine="0" w:left="0"/>
      </w:pPr>
    </w:p>
    <w:p>
      <w:pPr>
        <w:spacing w:after="0" w:line="264" w:lineRule="exact"/>
        <w:ind w:firstLine="0" w:left="0"/>
      </w:pPr>
      <w:r>
        <w:rPr>
          <w:rFonts w:ascii="EB Garamond" w:hAnsi="EB Garamond" w:eastAsia="EB Garamond"/>
          <w:sz w:val="22"/>
        </w:rPr>
        <w:t>Thomas hadn’t been there.</w:t>
      </w:r>
    </w:p>
    <w:p>
      <w:pPr>
        <w:spacing w:after="0" w:line="120" w:lineRule="exact"/>
        <w:ind w:firstLine="0" w:left="0"/>
      </w:pPr>
    </w:p>
    <w:p>
      <w:pPr>
        <w:spacing w:after="0" w:line="264" w:lineRule="exact"/>
        <w:ind w:firstLine="0" w:left="0"/>
      </w:pPr>
      <w:r>
        <w:rPr>
          <w:rFonts w:ascii="EB Garamond" w:hAnsi="EB Garamond" w:eastAsia="EB Garamond"/>
          <w:sz w:val="22"/>
        </w:rPr>
        <w:t>The others told him what they had seen.</w:t>
      </w:r>
    </w:p>
    <w:p>
      <w:pPr>
        <w:spacing w:after="0" w:line="120" w:lineRule="exact"/>
        <w:ind w:firstLine="0" w:left="0"/>
      </w:pPr>
    </w:p>
    <w:p>
      <w:pPr>
        <w:spacing w:after="0" w:line="264" w:lineRule="exact"/>
        <w:ind w:firstLine="0" w:left="0"/>
      </w:pPr>
      <w:r>
        <w:rPr>
          <w:rFonts w:ascii="EB Garamond" w:hAnsi="EB Garamond" w:eastAsia="EB Garamond"/>
          <w:sz w:val="22"/>
        </w:rPr>
        <w:t>He wanted to see too.</w:t>
      </w:r>
    </w:p>
    <w:p>
      <w:pPr>
        <w:spacing w:after="0" w:line="120" w:lineRule="exact"/>
        <w:ind w:firstLine="0" w:left="0"/>
      </w:pPr>
    </w:p>
    <w:p>
      <w:pPr>
        <w:spacing w:after="0" w:line="264" w:lineRule="exact"/>
        <w:ind w:firstLine="0" w:left="0"/>
      </w:pPr>
      <w:r>
        <w:rPr>
          <w:rFonts w:ascii="EB Garamond" w:hAnsi="EB Garamond" w:eastAsia="EB Garamond"/>
          <w:sz w:val="22"/>
        </w:rPr>
        <w:t>That was different from the version in Elsie’s head.</w:t>
      </w:r>
    </w:p>
    <w:p>
      <w:pPr>
        <w:spacing w:after="0" w:line="120" w:lineRule="exact"/>
        <w:ind w:firstLine="0" w:left="0"/>
      </w:pPr>
    </w:p>
    <w:p>
      <w:pPr>
        <w:spacing w:after="0" w:line="264" w:lineRule="exact"/>
        <w:ind w:firstLine="0" w:left="0"/>
      </w:pPr>
      <w:r>
        <w:rPr>
          <w:rFonts w:ascii="EB Garamond" w:hAnsi="EB Garamond" w:eastAsia="EB Garamond"/>
          <w:sz w:val="22"/>
        </w:rPr>
        <w:t>Not necessarily better.</w:t>
      </w:r>
    </w:p>
    <w:p>
      <w:pPr>
        <w:spacing w:after="0" w:line="120" w:lineRule="exact"/>
        <w:ind w:firstLine="0" w:left="0"/>
      </w:pPr>
    </w:p>
    <w:p>
      <w:pPr>
        <w:spacing w:after="0" w:line="264" w:lineRule="exact"/>
        <w:ind w:firstLine="0" w:left="0"/>
      </w:pPr>
      <w:r>
        <w:rPr>
          <w:rFonts w:ascii="EB Garamond" w:hAnsi="EB Garamond" w:eastAsia="EB Garamond"/>
          <w:sz w:val="22"/>
        </w:rPr>
        <w:t>But different.</w:t>
      </w:r>
    </w:p>
    <w:p>
      <w:pPr>
        <w:spacing w:after="0" w:line="120" w:lineRule="exact"/>
        <w:ind w:firstLine="0" w:left="0"/>
      </w:pPr>
    </w:p>
    <w:p>
      <w:pPr>
        <w:spacing w:after="0" w:line="264" w:lineRule="exact"/>
        <w:ind w:firstLine="0" w:left="0"/>
      </w:pPr>
      <w:r>
        <w:rPr>
          <w:rFonts w:ascii="EB Garamond" w:hAnsi="EB Garamond" w:eastAsia="EB Garamond"/>
          <w:sz w:val="22"/>
        </w:rPr>
        <w:t>Eight days later, Jesus came back.</w:t>
      </w:r>
    </w:p>
    <w:p>
      <w:pPr>
        <w:spacing w:after="0" w:line="120" w:lineRule="exact"/>
        <w:ind w:firstLine="0" w:left="0"/>
      </w:pPr>
    </w:p>
    <w:p>
      <w:pPr>
        <w:spacing w:after="0" w:line="264" w:lineRule="exact"/>
        <w:ind w:firstLine="0" w:left="0"/>
      </w:pPr>
      <w:r>
        <w:rPr>
          <w:rFonts w:ascii="EB Garamond" w:hAnsi="EB Garamond" w:eastAsia="EB Garamond"/>
          <w:sz w:val="22"/>
        </w:rPr>
        <w:t>Eight days.</w:t>
      </w:r>
    </w:p>
    <w:p>
      <w:pPr>
        <w:spacing w:after="0" w:line="120" w:lineRule="exact"/>
        <w:ind w:firstLine="0" w:left="0"/>
      </w:pPr>
    </w:p>
    <w:p>
      <w:pPr>
        <w:spacing w:after="0" w:line="264" w:lineRule="exact"/>
        <w:ind w:firstLine="0" w:left="0"/>
      </w:pPr>
      <w:r>
        <w:rPr>
          <w:rFonts w:ascii="EB Garamond" w:hAnsi="EB Garamond" w:eastAsia="EB Garamond"/>
          <w:sz w:val="22"/>
        </w:rPr>
        <w:t>Elsie stopped there.</w:t>
      </w:r>
    </w:p>
    <w:p>
      <w:pPr>
        <w:spacing w:after="0" w:line="120" w:lineRule="exact"/>
        <w:ind w:firstLine="0" w:left="0"/>
      </w:pPr>
    </w:p>
    <w:p>
      <w:pPr>
        <w:spacing w:after="0" w:line="264" w:lineRule="exact"/>
        <w:ind w:firstLine="0" w:left="0"/>
      </w:pPr>
      <w:r>
        <w:rPr>
          <w:rFonts w:ascii="EB Garamond" w:hAnsi="EB Garamond" w:eastAsia="EB Garamond"/>
          <w:sz w:val="22"/>
        </w:rPr>
        <w:t>She had never noticed that part.</w:t>
      </w:r>
    </w:p>
    <w:p>
      <w:pPr>
        <w:spacing w:after="0" w:line="120" w:lineRule="exact"/>
        <w:ind w:firstLine="0" w:left="0"/>
      </w:pPr>
    </w:p>
    <w:p>
      <w:pPr>
        <w:spacing w:after="0" w:line="264" w:lineRule="exact"/>
        <w:ind w:firstLine="0" w:left="0"/>
      </w:pPr>
      <w:r>
        <w:rPr>
          <w:rFonts w:ascii="EB Garamond" w:hAnsi="EB Garamond" w:eastAsia="EB Garamond"/>
          <w:sz w:val="22"/>
        </w:rPr>
        <w:t>Eight days of everybody else knowing.</w:t>
      </w:r>
    </w:p>
    <w:p>
      <w:pPr>
        <w:spacing w:after="0" w:line="120" w:lineRule="exact"/>
        <w:ind w:firstLine="0" w:left="0"/>
      </w:pPr>
    </w:p>
    <w:p>
      <w:pPr>
        <w:spacing w:after="0" w:line="264" w:lineRule="exact"/>
        <w:ind w:firstLine="0" w:left="0"/>
      </w:pPr>
      <w:r>
        <w:rPr>
          <w:rFonts w:ascii="EB Garamond" w:hAnsi="EB Garamond" w:eastAsia="EB Garamond"/>
          <w:sz w:val="22"/>
        </w:rPr>
        <w:t>Or believing they knew.</w:t>
      </w:r>
    </w:p>
    <w:p>
      <w:pPr>
        <w:spacing w:after="0" w:line="120" w:lineRule="exact"/>
        <w:ind w:firstLine="0" w:left="0"/>
      </w:pPr>
    </w:p>
    <w:p>
      <w:pPr>
        <w:spacing w:after="0" w:line="264" w:lineRule="exact"/>
        <w:ind w:firstLine="0" w:left="0"/>
      </w:pPr>
      <w:r>
        <w:rPr>
          <w:rFonts w:ascii="EB Garamond" w:hAnsi="EB Garamond" w:eastAsia="EB Garamond"/>
          <w:sz w:val="22"/>
        </w:rPr>
        <w:t>Eight days of Thomas being the one person in the room who couldn’t say the same thing.</w:t>
      </w:r>
    </w:p>
    <w:p>
      <w:pPr>
        <w:spacing w:after="0" w:line="120" w:lineRule="exact"/>
        <w:ind w:firstLine="0" w:left="0"/>
      </w:pPr>
    </w:p>
    <w:p>
      <w:pPr>
        <w:spacing w:after="0" w:line="264" w:lineRule="exact"/>
        <w:ind w:firstLine="0" w:left="0"/>
      </w:pPr>
      <w:r>
        <w:rPr>
          <w:rFonts w:ascii="EB Garamond" w:hAnsi="EB Garamond" w:eastAsia="EB Garamond"/>
          <w:sz w:val="22"/>
        </w:rPr>
        <w:t>Elsie sat back.</w:t>
      </w:r>
    </w:p>
    <w:p>
      <w:pPr>
        <w:spacing w:after="0" w:line="120" w:lineRule="exact"/>
        <w:ind w:firstLine="0" w:left="0"/>
      </w:pPr>
    </w:p>
    <w:p>
      <w:pPr>
        <w:spacing w:after="0" w:line="264" w:lineRule="exact"/>
        <w:ind w:firstLine="0" w:left="0"/>
      </w:pPr>
      <w:r>
        <w:rPr>
          <w:rFonts w:ascii="EB Garamond" w:hAnsi="EB Garamond" w:eastAsia="EB Garamond"/>
          <w:sz w:val="22"/>
        </w:rPr>
        <w:t>Her phone buzzed.</w:t>
      </w:r>
    </w:p>
    <w:p>
      <w:pPr>
        <w:spacing w:after="0" w:line="120" w:lineRule="exact"/>
        <w:ind w:firstLine="0" w:left="0"/>
      </w:pPr>
    </w:p>
    <w:p>
      <w:pPr>
        <w:spacing w:after="0" w:line="264" w:lineRule="exact"/>
        <w:ind w:firstLine="0" w:left="0"/>
      </w:pPr>
      <w:r>
        <w:rPr>
          <w:rFonts w:ascii="EB Garamond" w:hAnsi="EB Garamond" w:eastAsia="EB Garamond"/>
          <w:sz w:val="22"/>
        </w:rPr>
        <w:t>Mason.</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important question</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go</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if a hot dog is a sandwich what is a taco</w:t>
      </w:r>
    </w:p>
    <w:p>
      <w:pPr>
        <w:spacing w:after="0" w:line="120" w:lineRule="exact"/>
        <w:ind w:firstLine="0" w:left="0"/>
      </w:pPr>
    </w:p>
    <w:p>
      <w:pPr>
        <w:spacing w:after="0" w:line="264" w:lineRule="exact"/>
        <w:ind w:firstLine="0" w:left="0"/>
      </w:pPr>
      <w:r>
        <w:rPr>
          <w:rFonts w:ascii="EB Garamond" w:hAnsi="EB Garamond" w:eastAsia="EB Garamond"/>
          <w:sz w:val="22"/>
        </w:rPr>
        <w:t>Elsie stared at the screen.</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I thought this was going to be serious</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it is</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taco</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coward</w:t>
      </w:r>
    </w:p>
    <w:p>
      <w:pPr>
        <w:spacing w:after="0" w:line="120" w:lineRule="exact"/>
        <w:ind w:firstLine="0" w:left="0"/>
      </w:pPr>
    </w:p>
    <w:p>
      <w:pPr>
        <w:spacing w:after="0" w:line="264" w:lineRule="exact"/>
        <w:ind w:firstLine="0" w:left="0"/>
      </w:pPr>
      <w:r>
        <w:rPr>
          <w:rFonts w:ascii="EB Garamond" w:hAnsi="EB Garamond" w:eastAsia="EB Garamond"/>
          <w:sz w:val="22"/>
        </w:rPr>
        <w:t>She smiled.</w:t>
      </w:r>
    </w:p>
    <w:p>
      <w:pPr>
        <w:spacing w:after="0" w:line="120" w:lineRule="exact"/>
        <w:ind w:firstLine="0" w:left="0"/>
      </w:pPr>
    </w:p>
    <w:p>
      <w:pPr>
        <w:spacing w:after="0" w:line="264" w:lineRule="exact"/>
        <w:ind w:firstLine="0" w:left="0"/>
      </w:pPr>
      <w:r>
        <w:rPr>
          <w:rFonts w:ascii="EB Garamond" w:hAnsi="EB Garamond" w:eastAsia="EB Garamond"/>
          <w:sz w:val="22"/>
        </w:rPr>
        <w:t>Then looked at Thomas.</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do you know who doubting thomas is</w:t>
      </w:r>
    </w:p>
    <w:p>
      <w:pPr>
        <w:spacing w:after="0" w:line="120" w:lineRule="exact"/>
        <w:ind w:firstLine="0" w:left="0"/>
      </w:pPr>
    </w:p>
    <w:p>
      <w:pPr>
        <w:spacing w:after="0" w:line="264" w:lineRule="exact"/>
        <w:ind w:firstLine="0" w:left="0"/>
      </w:pPr>
      <w:r>
        <w:rPr>
          <w:rFonts w:ascii="EB Garamond" w:hAnsi="EB Garamond" w:eastAsia="EB Garamond"/>
          <w:sz w:val="22"/>
        </w:rPr>
        <w:t>Three dots.</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yes</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really</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elsie I have attended church for sixteen years</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sz w:val="22"/>
        </w:rPr>
        <w:t>Right.</w:t>
      </w:r>
    </w:p>
    <w:p>
      <w:pPr>
        <w:spacing w:after="0" w:line="120" w:lineRule="exact"/>
        <w:ind w:firstLine="0" w:left="0"/>
      </w:pPr>
    </w:p>
    <w:p>
      <w:pPr>
        <w:spacing w:after="0" w:line="264" w:lineRule="exact"/>
        <w:ind w:firstLine="0" w:left="0"/>
      </w:pPr>
      <w:r>
        <w:rPr>
          <w:rFonts w:ascii="EB Garamond" w:hAnsi="EB Garamond" w:eastAsia="EB Garamond"/>
          <w:sz w:val="22"/>
        </w:rPr>
        <w:t>She knew that.</w:t>
      </w:r>
    </w:p>
    <w:p>
      <w:pPr>
        <w:spacing w:after="0" w:line="120" w:lineRule="exact"/>
        <w:ind w:firstLine="0" w:left="0"/>
      </w:pPr>
    </w:p>
    <w:p>
      <w:pPr>
        <w:spacing w:after="0" w:line="264" w:lineRule="exact"/>
        <w:ind w:firstLine="0" w:left="0"/>
      </w:pPr>
      <w:r>
        <w:rPr>
          <w:rFonts w:ascii="EB Garamond" w:hAnsi="EB Garamond" w:eastAsia="EB Garamond"/>
          <w:sz w:val="22"/>
        </w:rPr>
        <w:t>His mom took him.</w:t>
      </w:r>
    </w:p>
    <w:p>
      <w:pPr>
        <w:spacing w:after="0" w:line="120" w:lineRule="exact"/>
        <w:ind w:firstLine="0" w:left="0"/>
      </w:pPr>
    </w:p>
    <w:p>
      <w:pPr>
        <w:spacing w:after="0" w:line="264" w:lineRule="exact"/>
        <w:ind w:firstLine="0" w:left="0"/>
      </w:pPr>
      <w:r>
        <w:rPr>
          <w:rFonts w:ascii="EB Garamond" w:hAnsi="EB Garamond" w:eastAsia="EB Garamond"/>
          <w:sz w:val="22"/>
        </w:rPr>
        <w:t>His dad didn’t.</w:t>
      </w:r>
    </w:p>
    <w:p>
      <w:pPr>
        <w:spacing w:after="0" w:line="120" w:lineRule="exact"/>
        <w:ind w:firstLine="0" w:left="0"/>
      </w:pPr>
    </w:p>
    <w:p>
      <w:pPr>
        <w:spacing w:after="0" w:line="264" w:lineRule="exact"/>
        <w:ind w:firstLine="0" w:left="0"/>
      </w:pPr>
      <w:r>
        <w:rPr>
          <w:rFonts w:ascii="EB Garamond" w:hAnsi="EB Garamond" w:eastAsia="EB Garamond"/>
          <w:sz w:val="22"/>
        </w:rPr>
        <w:t>Mason had told her enough for her to know faith existed somewhere complicated in the middle.</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right sorry</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why</w:t>
      </w:r>
    </w:p>
    <w:p>
      <w:pPr>
        <w:spacing w:after="0" w:line="120" w:lineRule="exact"/>
        <w:ind w:firstLine="0" w:left="0"/>
      </w:pPr>
    </w:p>
    <w:p>
      <w:pPr>
        <w:spacing w:after="0" w:line="264" w:lineRule="exact"/>
        <w:ind w:firstLine="0" w:left="0"/>
      </w:pPr>
      <w:r>
        <w:rPr>
          <w:rFonts w:ascii="EB Garamond" w:hAnsi="EB Garamond" w:eastAsia="EB Garamond"/>
          <w:sz w:val="22"/>
        </w:rPr>
        <w:t>Elsie started typing.</w:t>
      </w:r>
    </w:p>
    <w:p>
      <w:pPr>
        <w:spacing w:after="0" w:line="120" w:lineRule="exact"/>
        <w:ind w:firstLine="0" w:left="0"/>
      </w:pPr>
    </w:p>
    <w:p>
      <w:pPr>
        <w:spacing w:after="0" w:line="264" w:lineRule="exact"/>
        <w:ind w:firstLine="0" w:left="0"/>
      </w:pPr>
      <w:r>
        <w:rPr>
          <w:rFonts w:ascii="EB Garamond" w:hAnsi="EB Garamond" w:eastAsia="EB Garamond"/>
          <w:i/>
          <w:sz w:val="22"/>
        </w:rPr>
        <w:t>Because you said you don’t know what you believe and I’m reading about somebody who doubted Jesus.</w:t>
      </w:r>
    </w:p>
    <w:p>
      <w:pPr>
        <w:spacing w:after="0" w:line="120" w:lineRule="exact"/>
        <w:ind w:firstLine="0" w:left="0"/>
      </w:pPr>
    </w:p>
    <w:p>
      <w:pPr>
        <w:spacing w:after="0" w:line="264" w:lineRule="exact"/>
        <w:ind w:firstLine="0" w:left="0"/>
      </w:pPr>
      <w:r>
        <w:rPr>
          <w:rFonts w:ascii="EB Garamond" w:hAnsi="EB Garamond" w:eastAsia="EB Garamond"/>
          <w:sz w:val="22"/>
        </w:rPr>
        <w:t>She stopped.</w:t>
      </w:r>
    </w:p>
    <w:p>
      <w:pPr>
        <w:spacing w:after="0" w:line="120" w:lineRule="exact"/>
        <w:ind w:firstLine="0" w:left="0"/>
      </w:pPr>
    </w:p>
    <w:p>
      <w:pPr>
        <w:spacing w:after="0" w:line="264" w:lineRule="exact"/>
        <w:ind w:firstLine="0" w:left="0"/>
      </w:pPr>
      <w:r>
        <w:rPr>
          <w:rFonts w:ascii="EB Garamond" w:hAnsi="EB Garamond" w:eastAsia="EB Garamond"/>
          <w:sz w:val="22"/>
        </w:rPr>
        <w:t>Read it.</w:t>
      </w:r>
    </w:p>
    <w:p>
      <w:pPr>
        <w:spacing w:after="0" w:line="120" w:lineRule="exact"/>
        <w:ind w:firstLine="0" w:left="0"/>
      </w:pPr>
    </w:p>
    <w:p>
      <w:pPr>
        <w:spacing w:after="0" w:line="264" w:lineRule="exact"/>
        <w:ind w:firstLine="0" w:left="0"/>
      </w:pPr>
      <w:r>
        <w:rPr>
          <w:rFonts w:ascii="EB Garamond" w:hAnsi="EB Garamond" w:eastAsia="EB Garamond"/>
          <w:sz w:val="22"/>
        </w:rPr>
        <w:t>Deleted the whole thing.</w:t>
      </w:r>
    </w:p>
    <w:p>
      <w:pPr>
        <w:spacing w:after="0" w:line="120" w:lineRule="exact"/>
        <w:ind w:firstLine="0" w:left="0"/>
      </w:pPr>
    </w:p>
    <w:p>
      <w:pPr>
        <w:spacing w:after="0" w:line="264" w:lineRule="exact"/>
        <w:ind w:firstLine="0" w:left="0"/>
      </w:pPr>
      <w:r>
        <w:rPr>
          <w:rFonts w:ascii="EB Garamond" w:hAnsi="EB Garamond" w:eastAsia="EB Garamond"/>
          <w:sz w:val="22"/>
        </w:rPr>
        <w:t>Something about it felt wrong.</w:t>
      </w:r>
    </w:p>
    <w:p>
      <w:pPr>
        <w:spacing w:after="0" w:line="120" w:lineRule="exact"/>
        <w:ind w:firstLine="0" w:left="0"/>
      </w:pPr>
    </w:p>
    <w:p>
      <w:pPr>
        <w:spacing w:after="0" w:line="264" w:lineRule="exact"/>
        <w:ind w:firstLine="0" w:left="0"/>
      </w:pPr>
      <w:r>
        <w:rPr>
          <w:rFonts w:ascii="EB Garamond" w:hAnsi="EB Garamond" w:eastAsia="EB Garamond"/>
          <w:sz w:val="22"/>
        </w:rPr>
        <w:t>Too easy.</w:t>
      </w:r>
    </w:p>
    <w:p>
      <w:pPr>
        <w:spacing w:after="0" w:line="120" w:lineRule="exact"/>
        <w:ind w:firstLine="0" w:left="0"/>
      </w:pPr>
    </w:p>
    <w:p>
      <w:pPr>
        <w:spacing w:after="0" w:line="264" w:lineRule="exact"/>
        <w:ind w:firstLine="0" w:left="0"/>
      </w:pPr>
      <w:r>
        <w:rPr>
          <w:rFonts w:ascii="EB Garamond" w:hAnsi="EB Garamond" w:eastAsia="EB Garamond"/>
          <w:sz w:val="22"/>
        </w:rPr>
        <w:t>Like she had found a category.</w:t>
      </w:r>
    </w:p>
    <w:p>
      <w:pPr>
        <w:spacing w:after="0" w:line="120" w:lineRule="exact"/>
        <w:ind w:firstLine="0" w:left="0"/>
      </w:pPr>
    </w:p>
    <w:p>
      <w:pPr>
        <w:spacing w:after="0" w:line="264" w:lineRule="exact"/>
        <w:ind w:firstLine="0" w:left="0"/>
      </w:pPr>
      <w:r>
        <w:rPr>
          <w:rFonts w:ascii="EB Garamond" w:hAnsi="EB Garamond" w:eastAsia="EB Garamond"/>
          <w:i/>
          <w:sz w:val="22"/>
        </w:rPr>
        <w:t>Mason — Doubted.</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That was exactly what she had just spent an entire week learning not to do.</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grandma’s list</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ah</w:t>
      </w:r>
    </w:p>
    <w:p>
      <w:pPr>
        <w:spacing w:after="0" w:line="120" w:lineRule="exact"/>
        <w:ind w:firstLine="0" w:left="0"/>
      </w:pPr>
    </w:p>
    <w:p>
      <w:pPr>
        <w:spacing w:after="0" w:line="264" w:lineRule="exact"/>
        <w:ind w:firstLine="0" w:left="0"/>
      </w:pPr>
      <w:r>
        <w:rPr>
          <w:rFonts w:ascii="EB Garamond" w:hAnsi="EB Garamond" w:eastAsia="EB Garamond"/>
          <w:sz w:val="22"/>
        </w:rPr>
        <w:t>Then:</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did she slander him too</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b/>
          <w:sz w:val="22"/>
        </w:rPr>
        <w:t>Elsie:</w:t>
      </w:r>
      <w:r>
        <w:rPr>
          <w:rFonts w:ascii="EB Garamond" w:hAnsi="EB Garamond" w:eastAsia="EB Garamond"/>
          <w:sz w:val="22"/>
        </w:rPr>
        <w:t xml:space="preserve"> investigating</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keep me updated</w:t>
      </w:r>
    </w:p>
    <w:p>
      <w:pPr>
        <w:spacing w:after="0" w:line="120" w:lineRule="exact"/>
        <w:ind w:firstLine="0" w:left="0"/>
      </w:pPr>
    </w:p>
    <w:p>
      <w:pPr>
        <w:spacing w:after="0" w:line="264" w:lineRule="exact"/>
        <w:ind w:firstLine="0" w:left="0"/>
      </w:pPr>
      <w:r>
        <w:rPr>
          <w:rFonts w:ascii="EB Garamond" w:hAnsi="EB Garamond" w:eastAsia="EB Garamond"/>
          <w:sz w:val="22"/>
        </w:rPr>
        <w:t>Elsie looked at the message.</w:t>
      </w:r>
    </w:p>
    <w:p>
      <w:pPr>
        <w:spacing w:after="0" w:line="120" w:lineRule="exact"/>
        <w:ind w:firstLine="0" w:left="0"/>
      </w:pPr>
    </w:p>
    <w:p>
      <w:pPr>
        <w:spacing w:after="0" w:line="264" w:lineRule="exact"/>
        <w:ind w:firstLine="0" w:left="0"/>
      </w:pPr>
      <w:r>
        <w:rPr>
          <w:rFonts w:ascii="EB Garamond" w:hAnsi="EB Garamond" w:eastAsia="EB Garamond"/>
          <w:sz w:val="22"/>
        </w:rPr>
        <w:t>Then at Thomas.</w:t>
      </w:r>
    </w:p>
    <w:p>
      <w:pPr>
        <w:spacing w:after="0" w:line="120" w:lineRule="exact"/>
        <w:ind w:firstLine="0" w:left="0"/>
      </w:pPr>
    </w:p>
    <w:p>
      <w:pPr>
        <w:spacing w:after="0" w:line="264" w:lineRule="exact"/>
        <w:ind w:firstLine="0" w:left="0"/>
      </w:pPr>
      <w:r>
        <w:rPr>
          <w:rFonts w:ascii="EB Garamond" w:hAnsi="EB Garamond" w:eastAsia="EB Garamond"/>
          <w:sz w:val="22"/>
        </w:rPr>
        <w:t>For once, she didn’t.</w:t>
      </w:r>
    </w:p>
    <w:p>
      <w:pPr>
        <w:spacing w:after="0" w:line="120" w:lineRule="exact"/>
        <w:ind w:firstLine="0" w:left="0"/>
      </w:pPr>
    </w:p>
    <w:p>
      <w:pPr>
        <w:spacing w:after="0" w:line="264" w:lineRule="exact"/>
        <w:ind w:firstLine="0" w:left="0"/>
      </w:pPr>
      <w:r>
        <w:rPr>
          <w:rFonts w:ascii="EB Garamond" w:hAnsi="EB Garamond" w:eastAsia="EB Garamond"/>
          <w:sz w:val="22"/>
        </w:rPr>
        <w:t>Wednesday night, there was popcorn at Bible study again.</w:t>
      </w:r>
    </w:p>
    <w:p>
      <w:pPr>
        <w:spacing w:after="0" w:line="120" w:lineRule="exact"/>
        <w:ind w:firstLine="0" w:left="0"/>
      </w:pPr>
    </w:p>
    <w:p>
      <w:pPr>
        <w:spacing w:after="0" w:line="264" w:lineRule="exact"/>
        <w:ind w:firstLine="0" w:left="0"/>
      </w:pPr>
      <w:r>
        <w:rPr>
          <w:rFonts w:ascii="EB Garamond" w:hAnsi="EB Garamond" w:eastAsia="EB Garamond"/>
          <w:sz w:val="22"/>
        </w:rPr>
        <w:t>Elsie pointed at it.</w:t>
      </w:r>
    </w:p>
    <w:p>
      <w:pPr>
        <w:spacing w:after="0" w:line="120" w:lineRule="exact"/>
        <w:ind w:firstLine="0" w:left="0"/>
      </w:pPr>
    </w:p>
    <w:p>
      <w:pPr>
        <w:spacing w:after="0" w:line="264" w:lineRule="exact"/>
        <w:ind w:firstLine="0" w:left="0"/>
      </w:pPr>
      <w:r>
        <w:rPr>
          <w:rFonts w:ascii="EB Garamond" w:hAnsi="EB Garamond" w:eastAsia="EB Garamond"/>
          <w:sz w:val="22"/>
        </w:rPr>
        <w:t>Nora immediately pulled the bowl closer to herself.</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“I didn’t ask.”</w:t>
      </w:r>
    </w:p>
    <w:p>
      <w:pPr>
        <w:spacing w:after="0" w:line="120" w:lineRule="exact"/>
        <w:ind w:firstLine="0" w:left="0"/>
      </w:pPr>
    </w:p>
    <w:p>
      <w:pPr>
        <w:spacing w:after="0" w:line="264" w:lineRule="exact"/>
        <w:ind w:firstLine="0" w:left="0"/>
      </w:pPr>
      <w:r>
        <w:rPr>
          <w:rFonts w:ascii="EB Garamond" w:hAnsi="EB Garamond" w:eastAsia="EB Garamond"/>
          <w:sz w:val="22"/>
        </w:rPr>
        <w:t>“You were going to.”</w:t>
      </w:r>
    </w:p>
    <w:p>
      <w:pPr>
        <w:spacing w:after="0" w:line="120" w:lineRule="exact"/>
        <w:ind w:firstLine="0" w:left="0"/>
      </w:pPr>
    </w:p>
    <w:p>
      <w:pPr>
        <w:spacing w:after="0" w:line="264" w:lineRule="exact"/>
        <w:ind w:firstLine="0" w:left="0"/>
      </w:pPr>
      <w:r>
        <w:rPr>
          <w:rFonts w:ascii="EB Garamond" w:hAnsi="EB Garamond" w:eastAsia="EB Garamond"/>
          <w:sz w:val="22"/>
        </w:rPr>
        <w:t>“I was going to compliment your mother.”</w:t>
      </w:r>
    </w:p>
    <w:p>
      <w:pPr>
        <w:spacing w:after="0" w:line="120" w:lineRule="exact"/>
        <w:ind w:firstLine="0" w:left="0"/>
      </w:pPr>
    </w:p>
    <w:p>
      <w:pPr>
        <w:spacing w:after="0" w:line="264" w:lineRule="exact"/>
        <w:ind w:firstLine="0" w:left="0"/>
      </w:pPr>
      <w:r>
        <w:rPr>
          <w:rFonts w:ascii="EB Garamond" w:hAnsi="EB Garamond" w:eastAsia="EB Garamond"/>
          <w:sz w:val="22"/>
        </w:rPr>
        <w:t>Nora stared at her.</w:t>
      </w:r>
    </w:p>
    <w:p>
      <w:pPr>
        <w:spacing w:after="0" w:line="120" w:lineRule="exact"/>
        <w:ind w:firstLine="0" w:left="0"/>
      </w:pPr>
    </w:p>
    <w:p>
      <w:pPr>
        <w:spacing w:after="0" w:line="264" w:lineRule="exact"/>
        <w:ind w:firstLine="0" w:left="0"/>
      </w:pPr>
      <w:r>
        <w:rPr>
          <w:rFonts w:ascii="EB Garamond" w:hAnsi="EB Garamond" w:eastAsia="EB Garamond"/>
          <w:sz w:val="22"/>
        </w:rPr>
        <w:t>“Sure you were.”</w:t>
      </w:r>
    </w:p>
    <w:p>
      <w:pPr>
        <w:spacing w:after="0" w:line="120" w:lineRule="exact"/>
        <w:ind w:firstLine="0" w:left="0"/>
      </w:pPr>
    </w:p>
    <w:p>
      <w:pPr>
        <w:spacing w:after="0" w:line="264" w:lineRule="exact"/>
        <w:ind w:firstLine="0" w:left="0"/>
      </w:pPr>
      <w:r>
        <w:rPr>
          <w:rFonts w:ascii="EB Garamond" w:hAnsi="EB Garamond" w:eastAsia="EB Garamond"/>
          <w:sz w:val="22"/>
        </w:rPr>
        <w:t>Elsie smiled.</w:t>
      </w:r>
    </w:p>
    <w:p>
      <w:pPr>
        <w:spacing w:after="0" w:line="120" w:lineRule="exact"/>
        <w:ind w:firstLine="0" w:left="0"/>
      </w:pPr>
    </w:p>
    <w:p>
      <w:pPr>
        <w:spacing w:after="0" w:line="264" w:lineRule="exact"/>
        <w:ind w:firstLine="0" w:left="0"/>
      </w:pPr>
      <w:r>
        <w:rPr>
          <w:rFonts w:ascii="EB Garamond" w:hAnsi="EB Garamond" w:eastAsia="EB Garamond"/>
          <w:sz w:val="22"/>
        </w:rPr>
        <w:t>Hannah arrived carrying cookies.</w:t>
      </w:r>
    </w:p>
    <w:p>
      <w:pPr>
        <w:spacing w:after="0" w:line="120" w:lineRule="exact"/>
        <w:ind w:firstLine="0" w:left="0"/>
      </w:pPr>
    </w:p>
    <w:p>
      <w:pPr>
        <w:spacing w:after="0" w:line="264" w:lineRule="exact"/>
        <w:ind w:firstLine="0" w:left="0"/>
      </w:pPr>
      <w:r>
        <w:rPr>
          <w:rFonts w:ascii="EB Garamond" w:hAnsi="EB Garamond" w:eastAsia="EB Garamond"/>
          <w:sz w:val="22"/>
        </w:rPr>
        <w:t>Lucas arrived late.</w:t>
      </w:r>
    </w:p>
    <w:p>
      <w:pPr>
        <w:spacing w:after="0" w:line="120" w:lineRule="exact"/>
        <w:ind w:firstLine="0" w:left="0"/>
      </w:pPr>
    </w:p>
    <w:p>
      <w:pPr>
        <w:spacing w:after="0" w:line="264" w:lineRule="exact"/>
        <w:ind w:firstLine="0" w:left="0"/>
      </w:pPr>
      <w:r>
        <w:rPr>
          <w:rFonts w:ascii="EB Garamond" w:hAnsi="EB Garamond" w:eastAsia="EB Garamond"/>
          <w:sz w:val="22"/>
        </w:rPr>
        <w:t>Sophie had one streak of pink in her hair.</w:t>
      </w:r>
    </w:p>
    <w:p>
      <w:pPr>
        <w:spacing w:after="0" w:line="120" w:lineRule="exact"/>
        <w:ind w:firstLine="0" w:left="0"/>
      </w:pPr>
    </w:p>
    <w:p>
      <w:pPr>
        <w:spacing w:after="0" w:line="264" w:lineRule="exact"/>
        <w:ind w:firstLine="0" w:left="0"/>
      </w:pPr>
      <w:r>
        <w:rPr>
          <w:rFonts w:ascii="EB Garamond" w:hAnsi="EB Garamond" w:eastAsia="EB Garamond"/>
          <w:sz w:val="22"/>
        </w:rPr>
        <w:t>Maya announced that she could stay exactly forty-five minutes because she had an AP Biology test the next morning and “Jesus did not take AP classes.”</w:t>
      </w:r>
    </w:p>
    <w:p>
      <w:pPr>
        <w:spacing w:after="0" w:line="120" w:lineRule="exact"/>
        <w:ind w:firstLine="0" w:left="0"/>
      </w:pPr>
    </w:p>
    <w:p>
      <w:pPr>
        <w:spacing w:after="0" w:line="264" w:lineRule="exact"/>
        <w:ind w:firstLine="0" w:left="0"/>
      </w:pPr>
      <w:r>
        <w:rPr>
          <w:rFonts w:ascii="EB Garamond" w:hAnsi="EB Garamond" w:eastAsia="EB Garamond"/>
          <w:sz w:val="22"/>
        </w:rPr>
        <w:t>Normal.</w:t>
      </w:r>
    </w:p>
    <w:p>
      <w:pPr>
        <w:spacing w:after="0" w:line="120" w:lineRule="exact"/>
        <w:ind w:firstLine="0" w:left="0"/>
      </w:pPr>
    </w:p>
    <w:p>
      <w:pPr>
        <w:spacing w:after="0" w:line="264" w:lineRule="exact"/>
        <w:ind w:firstLine="0" w:left="0"/>
      </w:pPr>
      <w:r>
        <w:rPr>
          <w:rFonts w:ascii="EB Garamond" w:hAnsi="EB Garamond" w:eastAsia="EB Garamond"/>
          <w:sz w:val="22"/>
        </w:rPr>
        <w:t>Elsie liked normal.</w:t>
      </w:r>
    </w:p>
    <w:p>
      <w:pPr>
        <w:spacing w:after="0" w:line="120" w:lineRule="exact"/>
        <w:ind w:firstLine="0" w:left="0"/>
      </w:pPr>
    </w:p>
    <w:p>
      <w:pPr>
        <w:spacing w:after="0" w:line="264" w:lineRule="exact"/>
        <w:ind w:firstLine="0" w:left="0"/>
      </w:pPr>
      <w:r>
        <w:rPr>
          <w:rFonts w:ascii="EB Garamond" w:hAnsi="EB Garamond" w:eastAsia="EB Garamond"/>
          <w:sz w:val="22"/>
        </w:rPr>
        <w:t>Hannah sat down.</w:t>
      </w:r>
    </w:p>
    <w:p>
      <w:pPr>
        <w:spacing w:after="0" w:line="120" w:lineRule="exact"/>
        <w:ind w:firstLine="0" w:left="0"/>
      </w:pPr>
    </w:p>
    <w:p>
      <w:pPr>
        <w:spacing w:after="0" w:line="264" w:lineRule="exact"/>
        <w:ind w:firstLine="0" w:left="0"/>
      </w:pPr>
      <w:r>
        <w:rPr>
          <w:rFonts w:ascii="EB Garamond" w:hAnsi="EB Garamond" w:eastAsia="EB Garamond"/>
          <w:sz w:val="22"/>
        </w:rPr>
        <w:t>“Anything anybody wants to talk about?”</w:t>
      </w:r>
    </w:p>
    <w:p>
      <w:pPr>
        <w:spacing w:after="0" w:line="120" w:lineRule="exact"/>
        <w:ind w:firstLine="0" w:left="0"/>
      </w:pPr>
    </w:p>
    <w:p>
      <w:pPr>
        <w:spacing w:after="0" w:line="264" w:lineRule="exact"/>
        <w:ind w:firstLine="0" w:left="0"/>
      </w:pPr>
      <w:r>
        <w:rPr>
          <w:rFonts w:ascii="EB Garamond" w:hAnsi="EB Garamond" w:eastAsia="EB Garamond"/>
          <w:sz w:val="22"/>
        </w:rPr>
        <w:t>Lucas raised his hand.</w:t>
      </w:r>
    </w:p>
    <w:p>
      <w:pPr>
        <w:spacing w:after="0" w:line="120" w:lineRule="exact"/>
        <w:ind w:firstLine="0" w:left="0"/>
      </w:pPr>
    </w:p>
    <w:p>
      <w:pPr>
        <w:spacing w:after="0" w:line="264" w:lineRule="exact"/>
        <w:ind w:firstLine="0" w:left="0"/>
      </w:pPr>
      <w:r>
        <w:rPr>
          <w:rFonts w:ascii="EB Garamond" w:hAnsi="EB Garamond" w:eastAsia="EB Garamond"/>
          <w:sz w:val="22"/>
        </w:rPr>
        <w:t>“Something with violence.”</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“Coward.”</w:t>
      </w:r>
    </w:p>
    <w:p>
      <w:pPr>
        <w:spacing w:after="0" w:line="120" w:lineRule="exact"/>
        <w:ind w:firstLine="0" w:left="0"/>
      </w:pPr>
    </w:p>
    <w:p>
      <w:pPr>
        <w:spacing w:after="0" w:line="264" w:lineRule="exact"/>
        <w:ind w:firstLine="0" w:left="0"/>
      </w:pPr>
      <w:r>
        <w:rPr>
          <w:rFonts w:ascii="EB Garamond" w:hAnsi="EB Garamond" w:eastAsia="EB Garamond"/>
          <w:sz w:val="22"/>
        </w:rPr>
        <w:t>Sophie said, “Revelation.”</w:t>
      </w:r>
    </w:p>
    <w:p>
      <w:pPr>
        <w:spacing w:after="0" w:line="120" w:lineRule="exact"/>
        <w:ind w:firstLine="0" w:left="0"/>
      </w:pPr>
    </w:p>
    <w:p>
      <w:pPr>
        <w:spacing w:after="0" w:line="264" w:lineRule="exact"/>
        <w:ind w:firstLine="0" w:left="0"/>
      </w:pPr>
      <w:r>
        <w:rPr>
          <w:rFonts w:ascii="EB Garamond" w:hAnsi="EB Garamond" w:eastAsia="EB Garamond"/>
          <w:sz w:val="22"/>
        </w:rPr>
        <w:t>Hannah pointed at her.</w:t>
      </w:r>
    </w:p>
    <w:p>
      <w:pPr>
        <w:spacing w:after="0" w:line="120" w:lineRule="exact"/>
        <w:ind w:firstLine="0" w:left="0"/>
      </w:pPr>
    </w:p>
    <w:p>
      <w:pPr>
        <w:spacing w:after="0" w:line="264" w:lineRule="exact"/>
        <w:ind w:firstLine="0" w:left="0"/>
      </w:pPr>
      <w:r>
        <w:rPr>
          <w:rFonts w:ascii="EB Garamond" w:hAnsi="EB Garamond" w:eastAsia="EB Garamond"/>
          <w:sz w:val="22"/>
        </w:rPr>
        <w:t>“Also no.”</w:t>
      </w:r>
    </w:p>
    <w:p>
      <w:pPr>
        <w:spacing w:after="0" w:line="120" w:lineRule="exact"/>
        <w:ind w:firstLine="0" w:left="0"/>
      </w:pPr>
    </w:p>
    <w:p>
      <w:pPr>
        <w:spacing w:after="0" w:line="264" w:lineRule="exact"/>
        <w:ind w:firstLine="0" w:left="0"/>
      </w:pPr>
      <w:r>
        <w:rPr>
          <w:rFonts w:ascii="EB Garamond" w:hAnsi="EB Garamond" w:eastAsia="EB Garamond"/>
          <w:sz w:val="22"/>
        </w:rPr>
        <w:t>Nora looked at Elsie.</w:t>
      </w:r>
    </w:p>
    <w:p>
      <w:pPr>
        <w:spacing w:after="0" w:line="120" w:lineRule="exact"/>
        <w:ind w:firstLine="0" w:left="0"/>
      </w:pPr>
    </w:p>
    <w:p>
      <w:pPr>
        <w:spacing w:after="0" w:line="264" w:lineRule="exact"/>
        <w:ind w:firstLine="0" w:left="0"/>
      </w:pPr>
      <w:r>
        <w:rPr>
          <w:rFonts w:ascii="EB Garamond" w:hAnsi="EB Garamond" w:eastAsia="EB Garamond"/>
          <w:sz w:val="22"/>
        </w:rPr>
        <w:t>Then at the notebook beside her.</w:t>
      </w:r>
    </w:p>
    <w:p>
      <w:pPr>
        <w:spacing w:after="0" w:line="120" w:lineRule="exact"/>
        <w:ind w:firstLine="0" w:left="0"/>
      </w:pPr>
    </w:p>
    <w:p>
      <w:pPr>
        <w:spacing w:after="0" w:line="264" w:lineRule="exact"/>
        <w:ind w:firstLine="0" w:left="0"/>
      </w:pPr>
      <w:r>
        <w:rPr>
          <w:rFonts w:ascii="EB Garamond" w:hAnsi="EB Garamond" w:eastAsia="EB Garamond"/>
          <w:sz w:val="22"/>
        </w:rPr>
        <w:t>“Thomas.”</w:t>
      </w:r>
    </w:p>
    <w:p>
      <w:pPr>
        <w:spacing w:after="0" w:line="120" w:lineRule="exact"/>
        <w:ind w:firstLine="0" w:left="0"/>
      </w:pPr>
    </w:p>
    <w:p>
      <w:pPr>
        <w:spacing w:after="0" w:line="264" w:lineRule="exact"/>
        <w:ind w:firstLine="0" w:left="0"/>
      </w:pPr>
      <w:r>
        <w:rPr>
          <w:rFonts w:ascii="EB Garamond" w:hAnsi="EB Garamond" w:eastAsia="EB Garamond"/>
          <w:sz w:val="22"/>
        </w:rPr>
        <w:t>Elsie’s head snapped up.</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Nora smiled.</w:t>
      </w:r>
    </w:p>
    <w:p>
      <w:pPr>
        <w:spacing w:after="0" w:line="120" w:lineRule="exact"/>
        <w:ind w:firstLine="0" w:left="0"/>
      </w:pPr>
    </w:p>
    <w:p>
      <w:pPr>
        <w:spacing w:after="0" w:line="264" w:lineRule="exact"/>
        <w:ind w:firstLine="0" w:left="0"/>
      </w:pPr>
      <w:r>
        <w:rPr>
          <w:rFonts w:ascii="EB Garamond" w:hAnsi="EB Garamond" w:eastAsia="EB Garamond"/>
          <w:sz w:val="22"/>
        </w:rPr>
        <w:t>“You made a face.”</w:t>
      </w:r>
    </w:p>
    <w:p>
      <w:pPr>
        <w:spacing w:after="0" w:line="120" w:lineRule="exact"/>
        <w:ind w:firstLine="0" w:left="0"/>
      </w:pPr>
    </w:p>
    <w:p>
      <w:pPr>
        <w:spacing w:after="0" w:line="264" w:lineRule="exact"/>
        <w:ind w:firstLine="0" w:left="0"/>
      </w:pPr>
      <w:r>
        <w:rPr>
          <w:rFonts w:ascii="EB Garamond" w:hAnsi="EB Garamond" w:eastAsia="EB Garamond"/>
          <w:sz w:val="22"/>
        </w:rPr>
        <w:t>“I hate everyone.”</w:t>
      </w:r>
    </w:p>
    <w:p>
      <w:pPr>
        <w:spacing w:after="0" w:line="120" w:lineRule="exact"/>
        <w:ind w:firstLine="0" w:left="0"/>
      </w:pPr>
    </w:p>
    <w:p>
      <w:pPr>
        <w:spacing w:after="0" w:line="264" w:lineRule="exact"/>
        <w:ind w:firstLine="0" w:left="0"/>
      </w:pPr>
      <w:r>
        <w:rPr>
          <w:rFonts w:ascii="EB Garamond" w:hAnsi="EB Garamond" w:eastAsia="EB Garamond"/>
          <w:sz w:val="22"/>
        </w:rPr>
        <w:t>Hannah looked between them.</w:t>
      </w:r>
    </w:p>
    <w:p>
      <w:pPr>
        <w:spacing w:after="0" w:line="120" w:lineRule="exact"/>
        <w:ind w:firstLine="0" w:left="0"/>
      </w:pPr>
    </w:p>
    <w:p>
      <w:pPr>
        <w:spacing w:after="0" w:line="264" w:lineRule="exact"/>
        <w:ind w:firstLine="0" w:left="0"/>
      </w:pPr>
      <w:r>
        <w:rPr>
          <w:rFonts w:ascii="EB Garamond" w:hAnsi="EB Garamond" w:eastAsia="EB Garamond"/>
          <w:sz w:val="22"/>
        </w:rPr>
        <w:t>“Thomas it is.”</w:t>
      </w:r>
    </w:p>
    <w:p>
      <w:pPr>
        <w:spacing w:after="0" w:line="120" w:lineRule="exact"/>
        <w:ind w:firstLine="0" w:left="0"/>
      </w:pPr>
    </w:p>
    <w:p>
      <w:pPr>
        <w:spacing w:after="0" w:line="264" w:lineRule="exact"/>
        <w:ind w:firstLine="0" w:left="0"/>
      </w:pPr>
      <w:r>
        <w:rPr>
          <w:rFonts w:ascii="EB Garamond" w:hAnsi="EB Garamond" w:eastAsia="EB Garamond"/>
          <w:sz w:val="22"/>
        </w:rPr>
        <w:t>Elsie stared at Nora.</w:t>
      </w:r>
    </w:p>
    <w:p>
      <w:pPr>
        <w:spacing w:after="0" w:line="120" w:lineRule="exact"/>
        <w:ind w:firstLine="0" w:left="0"/>
      </w:pPr>
    </w:p>
    <w:p>
      <w:pPr>
        <w:spacing w:after="0" w:line="264" w:lineRule="exact"/>
        <w:ind w:firstLine="0" w:left="0"/>
      </w:pPr>
      <w:r>
        <w:rPr>
          <w:rFonts w:ascii="EB Garamond" w:hAnsi="EB Garamond" w:eastAsia="EB Garamond"/>
          <w:sz w:val="22"/>
        </w:rPr>
        <w:t>Nora ate popcorn.</w:t>
      </w:r>
    </w:p>
    <w:p>
      <w:pPr>
        <w:spacing w:after="0" w:line="120" w:lineRule="exact"/>
        <w:ind w:firstLine="0" w:left="0"/>
      </w:pPr>
    </w:p>
    <w:p>
      <w:pPr>
        <w:spacing w:after="0" w:line="264" w:lineRule="exact"/>
        <w:ind w:firstLine="0" w:left="0"/>
      </w:pPr>
      <w:r>
        <w:rPr>
          <w:rFonts w:ascii="EB Garamond" w:hAnsi="EB Garamond" w:eastAsia="EB Garamond"/>
          <w:sz w:val="22"/>
        </w:rPr>
        <w:t>Apparently betrayal came in many forms.</w:t>
      </w:r>
    </w:p>
    <w:p>
      <w:pPr>
        <w:spacing w:after="0" w:line="120" w:lineRule="exact"/>
        <w:ind w:firstLine="0" w:left="0"/>
      </w:pPr>
    </w:p>
    <w:p>
      <w:pPr>
        <w:spacing w:after="0" w:line="264" w:lineRule="exact"/>
        <w:ind w:firstLine="0" w:left="0"/>
      </w:pPr>
      <w:r>
        <w:rPr>
          <w:rFonts w:ascii="EB Garamond" w:hAnsi="EB Garamond" w:eastAsia="EB Garamond"/>
          <w:sz w:val="22"/>
        </w:rPr>
        <w:t>They started in John 20.</w:t>
      </w:r>
    </w:p>
    <w:p>
      <w:pPr>
        <w:spacing w:after="0" w:line="120" w:lineRule="exact"/>
        <w:ind w:firstLine="0" w:left="0"/>
      </w:pPr>
    </w:p>
    <w:p>
      <w:pPr>
        <w:spacing w:after="0" w:line="264" w:lineRule="exact"/>
        <w:ind w:firstLine="0" w:left="0"/>
      </w:pPr>
      <w:r>
        <w:rPr>
          <w:rFonts w:ascii="EB Garamond" w:hAnsi="EB Garamond" w:eastAsia="EB Garamond"/>
          <w:sz w:val="22"/>
        </w:rPr>
        <w:t>Hannah asked what everyone knew about Thomas.</w:t>
      </w:r>
    </w:p>
    <w:p>
      <w:pPr>
        <w:spacing w:after="0" w:line="120" w:lineRule="exact"/>
        <w:ind w:firstLine="0" w:left="0"/>
      </w:pPr>
    </w:p>
    <w:p>
      <w:pPr>
        <w:spacing w:after="0" w:line="264" w:lineRule="exact"/>
        <w:ind w:firstLine="0" w:left="0"/>
      </w:pPr>
      <w:r>
        <w:rPr>
          <w:rFonts w:ascii="EB Garamond" w:hAnsi="EB Garamond" w:eastAsia="EB Garamond"/>
          <w:sz w:val="22"/>
        </w:rPr>
        <w:t>“Doubter,” Lucas said.</w:t>
      </w:r>
    </w:p>
    <w:p>
      <w:pPr>
        <w:spacing w:after="0" w:line="120" w:lineRule="exact"/>
        <w:ind w:firstLine="0" w:left="0"/>
      </w:pPr>
    </w:p>
    <w:p>
      <w:pPr>
        <w:spacing w:after="0" w:line="264" w:lineRule="exact"/>
        <w:ind w:firstLine="0" w:left="0"/>
      </w:pPr>
      <w:r>
        <w:rPr>
          <w:rFonts w:ascii="EB Garamond" w:hAnsi="EB Garamond" w:eastAsia="EB Garamond"/>
          <w:sz w:val="22"/>
        </w:rPr>
        <w:t>“That’s basically his last name,” Sophie added.</w:t>
      </w:r>
    </w:p>
    <w:p>
      <w:pPr>
        <w:spacing w:after="0" w:line="120" w:lineRule="exact"/>
        <w:ind w:firstLine="0" w:left="0"/>
      </w:pPr>
    </w:p>
    <w:p>
      <w:pPr>
        <w:spacing w:after="0" w:line="264" w:lineRule="exact"/>
        <w:ind w:firstLine="0" w:left="0"/>
      </w:pPr>
      <w:r>
        <w:rPr>
          <w:rFonts w:ascii="EB Garamond" w:hAnsi="EB Garamond" w:eastAsia="EB Garamond"/>
          <w:sz w:val="22"/>
        </w:rPr>
        <w:t>Maya looked up from her Bible.</w:t>
      </w:r>
    </w:p>
    <w:p>
      <w:pPr>
        <w:spacing w:after="0" w:line="120" w:lineRule="exact"/>
        <w:ind w:firstLine="0" w:left="0"/>
      </w:pPr>
    </w:p>
    <w:p>
      <w:pPr>
        <w:spacing w:after="0" w:line="264" w:lineRule="exact"/>
        <w:ind w:firstLine="0" w:left="0"/>
      </w:pPr>
      <w:r>
        <w:rPr>
          <w:rFonts w:ascii="EB Garamond" w:hAnsi="EB Garamond" w:eastAsia="EB Garamond"/>
          <w:sz w:val="22"/>
        </w:rPr>
        <w:t>“Wasn’t he the one who said they should go die with Jesus?”</w:t>
      </w:r>
    </w:p>
    <w:p>
      <w:pPr>
        <w:spacing w:after="0" w:line="120" w:lineRule="exact"/>
        <w:ind w:firstLine="0" w:left="0"/>
      </w:pPr>
    </w:p>
    <w:p>
      <w:pPr>
        <w:spacing w:after="0" w:line="264" w:lineRule="exact"/>
        <w:ind w:firstLine="0" w:left="0"/>
      </w:pPr>
      <w:r>
        <w:rPr>
          <w:rFonts w:ascii="EB Garamond" w:hAnsi="EB Garamond" w:eastAsia="EB Garamond"/>
          <w:sz w:val="22"/>
        </w:rPr>
        <w:t>Everyone looked at her.</w:t>
      </w:r>
    </w:p>
    <w:p>
      <w:pPr>
        <w:spacing w:after="0" w:line="120" w:lineRule="exact"/>
        <w:ind w:firstLine="0" w:left="0"/>
      </w:pPr>
    </w:p>
    <w:p>
      <w:pPr>
        <w:spacing w:after="0" w:line="264" w:lineRule="exact"/>
        <w:ind w:firstLine="0" w:left="0"/>
      </w:pPr>
      <w:r>
        <w:rPr>
          <w:rFonts w:ascii="EB Garamond" w:hAnsi="EB Garamond" w:eastAsia="EB Garamond"/>
          <w:sz w:val="22"/>
        </w:rPr>
        <w:t>Elsie frowned.</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Maya flipped backward.</w:t>
      </w:r>
    </w:p>
    <w:p>
      <w:pPr>
        <w:spacing w:after="0" w:line="120" w:lineRule="exact"/>
        <w:ind w:firstLine="0" w:left="0"/>
      </w:pPr>
    </w:p>
    <w:p>
      <w:pPr>
        <w:spacing w:after="0" w:line="264" w:lineRule="exact"/>
        <w:ind w:firstLine="0" w:left="0"/>
      </w:pPr>
      <w:r>
        <w:rPr>
          <w:rFonts w:ascii="EB Garamond" w:hAnsi="EB Garamond" w:eastAsia="EB Garamond"/>
          <w:sz w:val="22"/>
        </w:rPr>
        <w:t>“Earlier. Lazarus.”</w:t>
      </w:r>
    </w:p>
    <w:p>
      <w:pPr>
        <w:spacing w:after="0" w:line="120" w:lineRule="exact"/>
        <w:ind w:firstLine="0" w:left="0"/>
      </w:pPr>
    </w:p>
    <w:p>
      <w:pPr>
        <w:spacing w:after="0" w:line="264" w:lineRule="exact"/>
        <w:ind w:firstLine="0" w:left="0"/>
      </w:pPr>
      <w:r>
        <w:rPr>
          <w:rFonts w:ascii="EB Garamond" w:hAnsi="EB Garamond" w:eastAsia="EB Garamond"/>
          <w:sz w:val="22"/>
        </w:rPr>
        <w:t>They found it in John 11.</w:t>
      </w:r>
    </w:p>
    <w:p>
      <w:pPr>
        <w:spacing w:after="0" w:line="120" w:lineRule="exact"/>
        <w:ind w:firstLine="0" w:left="0"/>
      </w:pPr>
    </w:p>
    <w:p>
      <w:pPr>
        <w:spacing w:after="0" w:line="264" w:lineRule="exact"/>
        <w:ind w:firstLine="0" w:left="0"/>
      </w:pPr>
      <w:r>
        <w:rPr>
          <w:rFonts w:ascii="EB Garamond" w:hAnsi="EB Garamond" w:eastAsia="EB Garamond"/>
          <w:sz w:val="22"/>
        </w:rPr>
        <w:t>Jesus wanted to go back to Judea.</w:t>
      </w:r>
    </w:p>
    <w:p>
      <w:pPr>
        <w:spacing w:after="0" w:line="120" w:lineRule="exact"/>
        <w:ind w:firstLine="0" w:left="0"/>
      </w:pPr>
    </w:p>
    <w:p>
      <w:pPr>
        <w:spacing w:after="0" w:line="264" w:lineRule="exact"/>
        <w:ind w:firstLine="0" w:left="0"/>
      </w:pPr>
      <w:r>
        <w:rPr>
          <w:rFonts w:ascii="EB Garamond" w:hAnsi="EB Garamond" w:eastAsia="EB Garamond"/>
          <w:sz w:val="22"/>
        </w:rPr>
        <w:t>The disciples reminded Him that people there had tried to stone Him.</w:t>
      </w:r>
    </w:p>
    <w:p>
      <w:pPr>
        <w:spacing w:after="0" w:line="120" w:lineRule="exact"/>
        <w:ind w:firstLine="0" w:left="0"/>
      </w:pPr>
    </w:p>
    <w:p>
      <w:pPr>
        <w:spacing w:after="0" w:line="264" w:lineRule="exact"/>
        <w:ind w:firstLine="0" w:left="0"/>
      </w:pPr>
      <w:r>
        <w:rPr>
          <w:rFonts w:ascii="EB Garamond" w:hAnsi="EB Garamond" w:eastAsia="EB Garamond"/>
          <w:sz w:val="22"/>
        </w:rPr>
        <w:t>Thomas said they should go too.</w:t>
      </w:r>
    </w:p>
    <w:p>
      <w:pPr>
        <w:spacing w:after="0" w:line="120" w:lineRule="exact"/>
        <w:ind w:firstLine="0" w:left="0"/>
      </w:pPr>
    </w:p>
    <w:p>
      <w:pPr>
        <w:spacing w:after="0" w:line="264" w:lineRule="exact"/>
        <w:ind w:firstLine="0" w:left="0"/>
      </w:pPr>
      <w:r>
        <w:rPr>
          <w:rFonts w:ascii="EB Garamond" w:hAnsi="EB Garamond" w:eastAsia="EB Garamond"/>
          <w:sz w:val="22"/>
        </w:rPr>
        <w:t>Even if it meant dying with Him.</w:t>
      </w:r>
    </w:p>
    <w:p>
      <w:pPr>
        <w:spacing w:after="0" w:line="120" w:lineRule="exact"/>
        <w:ind w:firstLine="0" w:left="0"/>
      </w:pPr>
    </w:p>
    <w:p>
      <w:pPr>
        <w:spacing w:after="0" w:line="264" w:lineRule="exact"/>
        <w:ind w:firstLine="0" w:left="0"/>
      </w:pPr>
      <w:r>
        <w:rPr>
          <w:rFonts w:ascii="EB Garamond" w:hAnsi="EB Garamond" w:eastAsia="EB Garamond"/>
          <w:sz w:val="22"/>
        </w:rPr>
        <w:t>Elsie stared at the page.</w:t>
      </w:r>
    </w:p>
    <w:p>
      <w:pPr>
        <w:spacing w:after="0" w:line="120" w:lineRule="exact"/>
        <w:ind w:firstLine="0" w:left="0"/>
      </w:pPr>
    </w:p>
    <w:p>
      <w:pPr>
        <w:spacing w:after="0" w:line="264" w:lineRule="exact"/>
        <w:ind w:firstLine="0" w:left="0"/>
      </w:pPr>
      <w:r>
        <w:rPr>
          <w:rFonts w:ascii="EB Garamond" w:hAnsi="EB Garamond" w:eastAsia="EB Garamond"/>
          <w:sz w:val="22"/>
        </w:rPr>
        <w:t>“Thomas said that?”</w:t>
      </w:r>
    </w:p>
    <w:p>
      <w:pPr>
        <w:spacing w:after="0" w:line="120" w:lineRule="exact"/>
        <w:ind w:firstLine="0" w:left="0"/>
      </w:pPr>
    </w:p>
    <w:p>
      <w:pPr>
        <w:spacing w:after="0" w:line="264" w:lineRule="exact"/>
        <w:ind w:firstLine="0" w:left="0"/>
      </w:pPr>
      <w:r>
        <w:rPr>
          <w:rFonts w:ascii="EB Garamond" w:hAnsi="EB Garamond" w:eastAsia="EB Garamond"/>
          <w:sz w:val="22"/>
        </w:rPr>
        <w:t>Hannah nodded.</w:t>
      </w:r>
    </w:p>
    <w:p>
      <w:pPr>
        <w:spacing w:after="0" w:line="120" w:lineRule="exact"/>
        <w:ind w:firstLine="0" w:left="0"/>
      </w:pPr>
    </w:p>
    <w:p>
      <w:pPr>
        <w:spacing w:after="0" w:line="264" w:lineRule="exact"/>
        <w:ind w:firstLine="0" w:left="0"/>
      </w:pPr>
      <w:r>
        <w:rPr>
          <w:rFonts w:ascii="EB Garamond" w:hAnsi="EB Garamond" w:eastAsia="EB Garamond"/>
          <w:sz w:val="22"/>
        </w:rPr>
        <w:t>“He’s kind of dramatic,” Lucas said.</w:t>
      </w:r>
    </w:p>
    <w:p>
      <w:pPr>
        <w:spacing w:after="0" w:line="120" w:lineRule="exact"/>
        <w:ind w:firstLine="0" w:left="0"/>
      </w:pPr>
    </w:p>
    <w:p>
      <w:pPr>
        <w:spacing w:after="0" w:line="264" w:lineRule="exact"/>
        <w:ind w:firstLine="0" w:left="0"/>
      </w:pPr>
      <w:r>
        <w:rPr>
          <w:rFonts w:ascii="EB Garamond" w:hAnsi="EB Garamond" w:eastAsia="EB Garamond"/>
          <w:sz w:val="22"/>
        </w:rPr>
        <w:t>“I respect it,” Nora said.</w:t>
      </w:r>
    </w:p>
    <w:p>
      <w:pPr>
        <w:spacing w:after="0" w:line="120" w:lineRule="exact"/>
        <w:ind w:firstLine="0" w:left="0"/>
      </w:pPr>
    </w:p>
    <w:p>
      <w:pPr>
        <w:spacing w:after="0" w:line="264" w:lineRule="exact"/>
        <w:ind w:firstLine="0" w:left="0"/>
      </w:pPr>
      <w:r>
        <w:rPr>
          <w:rFonts w:ascii="EB Garamond" w:hAnsi="EB Garamond" w:eastAsia="EB Garamond"/>
          <w:sz w:val="22"/>
        </w:rPr>
        <w:t>Elsie read it again.</w:t>
      </w:r>
    </w:p>
    <w:p>
      <w:pPr>
        <w:spacing w:after="0" w:line="120" w:lineRule="exact"/>
        <w:ind w:firstLine="0" w:left="0"/>
      </w:pPr>
    </w:p>
    <w:p>
      <w:pPr>
        <w:spacing w:after="0" w:line="264" w:lineRule="exact"/>
        <w:ind w:firstLine="0" w:left="0"/>
      </w:pPr>
      <w:r>
        <w:rPr>
          <w:rFonts w:ascii="EB Garamond" w:hAnsi="EB Garamond" w:eastAsia="EB Garamond"/>
          <w:sz w:val="22"/>
        </w:rPr>
        <w:t>Thomas.</w:t>
      </w:r>
    </w:p>
    <w:p>
      <w:pPr>
        <w:spacing w:after="0" w:line="120" w:lineRule="exact"/>
        <w:ind w:firstLine="0" w:left="0"/>
      </w:pPr>
    </w:p>
    <w:p>
      <w:pPr>
        <w:spacing w:after="0" w:line="264" w:lineRule="exact"/>
        <w:ind w:firstLine="0" w:left="0"/>
      </w:pPr>
      <w:r>
        <w:rPr>
          <w:rFonts w:ascii="EB Garamond" w:hAnsi="EB Garamond" w:eastAsia="EB Garamond"/>
          <w:sz w:val="22"/>
        </w:rPr>
        <w:t>The doubter.</w:t>
      </w:r>
    </w:p>
    <w:p>
      <w:pPr>
        <w:spacing w:after="0" w:line="120" w:lineRule="exact"/>
        <w:ind w:firstLine="0" w:left="0"/>
      </w:pPr>
    </w:p>
    <w:p>
      <w:pPr>
        <w:spacing w:after="0" w:line="264" w:lineRule="exact"/>
        <w:ind w:firstLine="0" w:left="0"/>
      </w:pPr>
      <w:r>
        <w:rPr>
          <w:rFonts w:ascii="EB Garamond" w:hAnsi="EB Garamond" w:eastAsia="EB Garamond"/>
          <w:sz w:val="22"/>
        </w:rPr>
        <w:t>Also apparently:</w:t>
      </w:r>
    </w:p>
    <w:p>
      <w:pPr>
        <w:spacing w:after="0" w:line="120" w:lineRule="exact"/>
        <w:ind w:firstLine="0" w:left="0"/>
      </w:pPr>
    </w:p>
    <w:p>
      <w:pPr>
        <w:spacing w:after="0" w:line="264" w:lineRule="exact"/>
        <w:ind w:firstLine="0" w:left="0"/>
      </w:pPr>
      <w:r>
        <w:rPr>
          <w:rFonts w:ascii="EB Garamond" w:hAnsi="EB Garamond" w:eastAsia="EB Garamond"/>
          <w:sz w:val="22"/>
        </w:rPr>
        <w:t>Fine. Let’s all go die.</w:t>
      </w:r>
    </w:p>
    <w:p>
      <w:pPr>
        <w:spacing w:after="0" w:line="120" w:lineRule="exact"/>
        <w:ind w:firstLine="0" w:left="0"/>
      </w:pPr>
    </w:p>
    <w:p>
      <w:pPr>
        <w:spacing w:after="0" w:line="264" w:lineRule="exact"/>
        <w:ind w:firstLine="0" w:left="0"/>
      </w:pPr>
      <w:r>
        <w:rPr>
          <w:rFonts w:ascii="EB Garamond" w:hAnsi="EB Garamond" w:eastAsia="EB Garamond"/>
          <w:sz w:val="22"/>
        </w:rPr>
        <w:t>Interesting.</w:t>
      </w:r>
    </w:p>
    <w:p>
      <w:pPr>
        <w:spacing w:after="0" w:line="120" w:lineRule="exact"/>
        <w:ind w:firstLine="0" w:left="0"/>
      </w:pPr>
    </w:p>
    <w:p>
      <w:pPr>
        <w:spacing w:after="0" w:line="264" w:lineRule="exact"/>
        <w:ind w:firstLine="0" w:left="0"/>
      </w:pPr>
      <w:r>
        <w:rPr>
          <w:rFonts w:ascii="EB Garamond" w:hAnsi="EB Garamond" w:eastAsia="EB Garamond"/>
          <w:sz w:val="22"/>
        </w:rPr>
        <w:t>“He wasn’t a coward,” Elsie said.</w:t>
      </w:r>
    </w:p>
    <w:p>
      <w:pPr>
        <w:spacing w:after="0" w:line="120" w:lineRule="exact"/>
        <w:ind w:firstLine="0" w:left="0"/>
      </w:pPr>
    </w:p>
    <w:p>
      <w:pPr>
        <w:spacing w:after="0" w:line="264" w:lineRule="exact"/>
        <w:ind w:firstLine="0" w:left="0"/>
      </w:pPr>
      <w:r>
        <w:rPr>
          <w:rFonts w:ascii="EB Garamond" w:hAnsi="EB Garamond" w:eastAsia="EB Garamond"/>
          <w:sz w:val="22"/>
        </w:rPr>
        <w:t>“Doesn’t look like it,” Hannah said.</w:t>
      </w:r>
    </w:p>
    <w:p>
      <w:pPr>
        <w:spacing w:after="0" w:line="120" w:lineRule="exact"/>
        <w:ind w:firstLine="0" w:left="0"/>
      </w:pPr>
    </w:p>
    <w:p>
      <w:pPr>
        <w:spacing w:after="0" w:line="264" w:lineRule="exact"/>
        <w:ind w:firstLine="0" w:left="0"/>
      </w:pPr>
      <w:r>
        <w:rPr>
          <w:rFonts w:ascii="EB Garamond" w:hAnsi="EB Garamond" w:eastAsia="EB Garamond"/>
          <w:sz w:val="22"/>
        </w:rPr>
        <w:t>“But everybody remembers the doubt.”</w:t>
      </w:r>
    </w:p>
    <w:p>
      <w:pPr>
        <w:spacing w:after="0" w:line="120" w:lineRule="exact"/>
        <w:ind w:firstLine="0" w:left="0"/>
      </w:pPr>
    </w:p>
    <w:p>
      <w:pPr>
        <w:spacing w:after="0" w:line="264" w:lineRule="exact"/>
        <w:ind w:firstLine="0" w:left="0"/>
      </w:pPr>
      <w:r>
        <w:rPr>
          <w:rFonts w:ascii="EB Garamond" w:hAnsi="EB Garamond" w:eastAsia="EB Garamond"/>
          <w:sz w:val="22"/>
        </w:rPr>
        <w:t>Nora looked at her.</w:t>
      </w:r>
    </w:p>
    <w:p>
      <w:pPr>
        <w:spacing w:after="0" w:line="120" w:lineRule="exact"/>
        <w:ind w:firstLine="0" w:left="0"/>
      </w:pPr>
    </w:p>
    <w:p>
      <w:pPr>
        <w:spacing w:after="0" w:line="264" w:lineRule="exact"/>
        <w:ind w:firstLine="0" w:left="0"/>
      </w:pPr>
      <w:r>
        <w:rPr>
          <w:rFonts w:ascii="EB Garamond" w:hAnsi="EB Garamond" w:eastAsia="EB Garamond"/>
          <w:sz w:val="22"/>
        </w:rPr>
        <w:t>“People like sentences.”</w:t>
      </w:r>
    </w:p>
    <w:p>
      <w:pPr>
        <w:spacing w:after="0" w:line="120" w:lineRule="exact"/>
        <w:ind w:firstLine="0" w:left="0"/>
      </w:pPr>
    </w:p>
    <w:p>
      <w:pPr>
        <w:spacing w:after="0" w:line="264" w:lineRule="exact"/>
        <w:ind w:firstLine="0" w:left="0"/>
      </w:pPr>
      <w:r>
        <w:rPr>
          <w:rFonts w:ascii="EB Garamond" w:hAnsi="EB Garamond" w:eastAsia="EB Garamond"/>
          <w:sz w:val="22"/>
        </w:rPr>
        <w:t>Elsie pointed at her.</w:t>
      </w:r>
    </w:p>
    <w:p>
      <w:pPr>
        <w:spacing w:after="0" w:line="120" w:lineRule="exact"/>
        <w:ind w:firstLine="0" w:left="0"/>
      </w:pPr>
    </w:p>
    <w:p>
      <w:pPr>
        <w:spacing w:after="0" w:line="264" w:lineRule="exact"/>
        <w:ind w:firstLine="0" w:left="0"/>
      </w:pPr>
      <w:r>
        <w:rPr>
          <w:rFonts w:ascii="EB Garamond" w:hAnsi="EB Garamond" w:eastAsia="EB Garamond"/>
          <w:sz w:val="22"/>
        </w:rPr>
        <w:t>“Do not use my own character development against me.”</w:t>
      </w:r>
    </w:p>
    <w:p>
      <w:pPr>
        <w:spacing w:after="0" w:line="120" w:lineRule="exact"/>
        <w:ind w:firstLine="0" w:left="0"/>
      </w:pPr>
    </w:p>
    <w:p>
      <w:pPr>
        <w:spacing w:after="0" w:line="264" w:lineRule="exact"/>
        <w:ind w:firstLine="0" w:left="0"/>
      </w:pPr>
      <w:r>
        <w:rPr>
          <w:rFonts w:ascii="EB Garamond" w:hAnsi="EB Garamond" w:eastAsia="EB Garamond"/>
          <w:sz w:val="22"/>
        </w:rPr>
        <w:t>Nora smiled.</w:t>
      </w:r>
    </w:p>
    <w:p>
      <w:pPr>
        <w:spacing w:after="0" w:line="120" w:lineRule="exact"/>
        <w:ind w:firstLine="0" w:left="0"/>
      </w:pPr>
    </w:p>
    <w:p>
      <w:pPr>
        <w:spacing w:after="0" w:line="264" w:lineRule="exact"/>
        <w:ind w:firstLine="0" w:left="0"/>
      </w:pPr>
      <w:r>
        <w:rPr>
          <w:rFonts w:ascii="EB Garamond" w:hAnsi="EB Garamond" w:eastAsia="EB Garamond"/>
          <w:sz w:val="22"/>
        </w:rPr>
        <w:t>Hannah laughed.</w:t>
      </w:r>
    </w:p>
    <w:p>
      <w:pPr>
        <w:spacing w:after="0" w:line="120" w:lineRule="exact"/>
        <w:ind w:firstLine="0" w:left="0"/>
      </w:pPr>
    </w:p>
    <w:p>
      <w:pPr>
        <w:spacing w:after="0" w:line="264" w:lineRule="exact"/>
        <w:ind w:firstLine="0" w:left="0"/>
      </w:pPr>
      <w:r>
        <w:rPr>
          <w:rFonts w:ascii="EB Garamond" w:hAnsi="EB Garamond" w:eastAsia="EB Garamond"/>
          <w:sz w:val="22"/>
        </w:rPr>
        <w:t>They went back to John 20.</w:t>
      </w:r>
    </w:p>
    <w:p>
      <w:pPr>
        <w:spacing w:after="0" w:line="120" w:lineRule="exact"/>
        <w:ind w:firstLine="0" w:left="0"/>
      </w:pPr>
    </w:p>
    <w:p>
      <w:pPr>
        <w:spacing w:after="0" w:line="264" w:lineRule="exact"/>
        <w:ind w:firstLine="0" w:left="0"/>
      </w:pPr>
      <w:r>
        <w:rPr>
          <w:rFonts w:ascii="EB Garamond" w:hAnsi="EB Garamond" w:eastAsia="EB Garamond"/>
          <w:sz w:val="22"/>
        </w:rPr>
        <w:t>Maya noticed it next.</w:t>
      </w:r>
    </w:p>
    <w:p>
      <w:pPr>
        <w:spacing w:after="0" w:line="120" w:lineRule="exact"/>
        <w:ind w:firstLine="0" w:left="0"/>
      </w:pPr>
    </w:p>
    <w:p>
      <w:pPr>
        <w:spacing w:after="0" w:line="264" w:lineRule="exact"/>
        <w:ind w:firstLine="0" w:left="0"/>
      </w:pPr>
      <w:r>
        <w:rPr>
          <w:rFonts w:ascii="EB Garamond" w:hAnsi="EB Garamond" w:eastAsia="EB Garamond"/>
          <w:sz w:val="22"/>
        </w:rPr>
        <w:t>“The others got to see Him first.”</w:t>
      </w:r>
    </w:p>
    <w:p>
      <w:pPr>
        <w:spacing w:after="0" w:line="120" w:lineRule="exact"/>
        <w:ind w:firstLine="0" w:left="0"/>
      </w:pPr>
    </w:p>
    <w:p>
      <w:pPr>
        <w:spacing w:after="0" w:line="264" w:lineRule="exact"/>
        <w:ind w:firstLine="0" w:left="0"/>
      </w:pPr>
      <w:r>
        <w:rPr>
          <w:rFonts w:ascii="EB Garamond" w:hAnsi="EB Garamond" w:eastAsia="EB Garamond"/>
          <w:sz w:val="22"/>
        </w:rPr>
        <w:t>“Yes,” Hannah said.</w:t>
      </w:r>
    </w:p>
    <w:p>
      <w:pPr>
        <w:spacing w:after="0" w:line="120" w:lineRule="exact"/>
        <w:ind w:firstLine="0" w:left="0"/>
      </w:pPr>
    </w:p>
    <w:p>
      <w:pPr>
        <w:spacing w:after="0" w:line="264" w:lineRule="exact"/>
        <w:ind w:firstLine="0" w:left="0"/>
      </w:pPr>
      <w:r>
        <w:rPr>
          <w:rFonts w:ascii="EB Garamond" w:hAnsi="EB Garamond" w:eastAsia="EB Garamond"/>
          <w:sz w:val="22"/>
        </w:rPr>
        <w:t>“So Thomas is asking for what they already got?”</w:t>
      </w:r>
    </w:p>
    <w:p>
      <w:pPr>
        <w:spacing w:after="0" w:line="120" w:lineRule="exact"/>
        <w:ind w:firstLine="0" w:left="0"/>
      </w:pPr>
    </w:p>
    <w:p>
      <w:pPr>
        <w:spacing w:after="0" w:line="264" w:lineRule="exact"/>
        <w:ind w:firstLine="0" w:left="0"/>
      </w:pPr>
      <w:r>
        <w:rPr>
          <w:rFonts w:ascii="EB Garamond" w:hAnsi="EB Garamond" w:eastAsia="EB Garamond"/>
          <w:sz w:val="22"/>
        </w:rPr>
        <w:t>“Essentially.”</w:t>
      </w:r>
    </w:p>
    <w:p>
      <w:pPr>
        <w:spacing w:after="0" w:line="120" w:lineRule="exact"/>
        <w:ind w:firstLine="0" w:left="0"/>
      </w:pPr>
    </w:p>
    <w:p>
      <w:pPr>
        <w:spacing w:after="0" w:line="264" w:lineRule="exact"/>
        <w:ind w:firstLine="0" w:left="0"/>
      </w:pPr>
      <w:r>
        <w:rPr>
          <w:rFonts w:ascii="EB Garamond" w:hAnsi="EB Garamond" w:eastAsia="EB Garamond"/>
          <w:sz w:val="22"/>
        </w:rPr>
        <w:t>Lucas frowned.</w:t>
      </w:r>
    </w:p>
    <w:p>
      <w:pPr>
        <w:spacing w:after="0" w:line="120" w:lineRule="exact"/>
        <w:ind w:firstLine="0" w:left="0"/>
      </w:pPr>
    </w:p>
    <w:p>
      <w:pPr>
        <w:spacing w:after="0" w:line="264" w:lineRule="exact"/>
        <w:ind w:firstLine="0" w:left="0"/>
      </w:pPr>
      <w:r>
        <w:rPr>
          <w:rFonts w:ascii="EB Garamond" w:hAnsi="EB Garamond" w:eastAsia="EB Garamond"/>
          <w:sz w:val="22"/>
        </w:rPr>
        <w:t>“Then why does he get such a bad reputation?”</w:t>
      </w:r>
    </w:p>
    <w:p>
      <w:pPr>
        <w:spacing w:after="0" w:line="120" w:lineRule="exact"/>
        <w:ind w:firstLine="0" w:left="0"/>
      </w:pPr>
    </w:p>
    <w:p>
      <w:pPr>
        <w:spacing w:after="0" w:line="264" w:lineRule="exact"/>
        <w:ind w:firstLine="0" w:left="0"/>
      </w:pPr>
      <w:r>
        <w:rPr>
          <w:rFonts w:ascii="EB Garamond" w:hAnsi="EB Garamond" w:eastAsia="EB Garamond"/>
          <w:sz w:val="22"/>
        </w:rPr>
        <w:t>“Because he said the quiet part out loud,” Nora said.</w:t>
      </w:r>
    </w:p>
    <w:p>
      <w:pPr>
        <w:spacing w:after="0" w:line="120" w:lineRule="exact"/>
        <w:ind w:firstLine="0" w:left="0"/>
      </w:pPr>
    </w:p>
    <w:p>
      <w:pPr>
        <w:spacing w:after="0" w:line="264" w:lineRule="exact"/>
        <w:ind w:firstLine="0" w:left="0"/>
      </w:pPr>
      <w:r>
        <w:rPr>
          <w:rFonts w:ascii="EB Garamond" w:hAnsi="EB Garamond" w:eastAsia="EB Garamond"/>
          <w:sz w:val="22"/>
        </w:rPr>
        <w:t>Hannah smiled.</w:t>
      </w:r>
    </w:p>
    <w:p>
      <w:pPr>
        <w:spacing w:after="0" w:line="120" w:lineRule="exact"/>
        <w:ind w:firstLine="0" w:left="0"/>
      </w:pPr>
    </w:p>
    <w:p>
      <w:pPr>
        <w:spacing w:after="0" w:line="264" w:lineRule="exact"/>
        <w:ind w:firstLine="0" w:left="0"/>
      </w:pPr>
      <w:r>
        <w:rPr>
          <w:rFonts w:ascii="EB Garamond" w:hAnsi="EB Garamond" w:eastAsia="EB Garamond"/>
          <w:sz w:val="22"/>
        </w:rPr>
        <w:t>“Maybe.”</w:t>
      </w:r>
    </w:p>
    <w:p>
      <w:pPr>
        <w:spacing w:after="0" w:line="120" w:lineRule="exact"/>
        <w:ind w:firstLine="0" w:left="0"/>
      </w:pPr>
    </w:p>
    <w:p>
      <w:pPr>
        <w:spacing w:after="0" w:line="264" w:lineRule="exact"/>
        <w:ind w:firstLine="0" w:left="0"/>
      </w:pPr>
      <w:r>
        <w:rPr>
          <w:rFonts w:ascii="EB Garamond" w:hAnsi="EB Garamond" w:eastAsia="EB Garamond"/>
          <w:sz w:val="22"/>
        </w:rPr>
        <w:t>Elsie thought about Mason.</w:t>
      </w:r>
    </w:p>
    <w:p>
      <w:pPr>
        <w:spacing w:after="0" w:line="120" w:lineRule="exact"/>
        <w:ind w:firstLine="0" w:left="0"/>
      </w:pPr>
    </w:p>
    <w:p>
      <w:pPr>
        <w:spacing w:after="0" w:line="264" w:lineRule="exact"/>
        <w:ind w:firstLine="0" w:left="0"/>
      </w:pPr>
      <w:r>
        <w:rPr>
          <w:rFonts w:ascii="EB Garamond" w:hAnsi="EB Garamond" w:eastAsia="EB Garamond"/>
          <w:i/>
          <w:sz w:val="22"/>
        </w:rPr>
        <w:t>I don’t know if I believe because it’s true or because I’ve heard it my whole life.</w:t>
      </w:r>
    </w:p>
    <w:p>
      <w:pPr>
        <w:spacing w:after="0" w:line="120" w:lineRule="exact"/>
        <w:ind w:firstLine="0" w:left="0"/>
      </w:pPr>
    </w:p>
    <w:p>
      <w:pPr>
        <w:spacing w:after="0" w:line="264" w:lineRule="exact"/>
        <w:ind w:firstLine="0" w:left="0"/>
      </w:pPr>
      <w:r>
        <w:rPr>
          <w:rFonts w:ascii="EB Garamond" w:hAnsi="EB Garamond" w:eastAsia="EB Garamond"/>
          <w:sz w:val="22"/>
        </w:rPr>
        <w:t>She had almost turned that into:</w:t>
      </w:r>
    </w:p>
    <w:p>
      <w:pPr>
        <w:spacing w:after="0" w:line="120" w:lineRule="exact"/>
        <w:ind w:firstLine="0" w:left="0"/>
      </w:pPr>
    </w:p>
    <w:p>
      <w:pPr>
        <w:spacing w:after="0" w:line="264" w:lineRule="exact"/>
        <w:ind w:firstLine="0" w:left="0"/>
      </w:pPr>
      <w:r>
        <w:rPr>
          <w:rFonts w:ascii="EB Garamond" w:hAnsi="EB Garamond" w:eastAsia="EB Garamond"/>
          <w:sz w:val="22"/>
        </w:rPr>
        <w:t>Mason doubted.</w:t>
      </w:r>
    </w:p>
    <w:p>
      <w:pPr>
        <w:spacing w:after="0" w:line="120" w:lineRule="exact"/>
        <w:ind w:firstLine="0" w:left="0"/>
      </w:pPr>
    </w:p>
    <w:p>
      <w:pPr>
        <w:spacing w:after="0" w:line="264" w:lineRule="exact"/>
        <w:ind w:firstLine="0" w:left="0"/>
      </w:pPr>
      <w:r>
        <w:rPr>
          <w:rFonts w:ascii="EB Garamond" w:hAnsi="EB Garamond" w:eastAsia="EB Garamond"/>
          <w:sz w:val="22"/>
        </w:rPr>
        <w:t>Two words.</w:t>
      </w:r>
    </w:p>
    <w:p>
      <w:pPr>
        <w:spacing w:after="0" w:line="120" w:lineRule="exact"/>
        <w:ind w:firstLine="0" w:left="0"/>
      </w:pPr>
    </w:p>
    <w:p>
      <w:pPr>
        <w:spacing w:after="0" w:line="264" w:lineRule="exact"/>
        <w:ind w:firstLine="0" w:left="0"/>
      </w:pPr>
      <w:r>
        <w:rPr>
          <w:rFonts w:ascii="EB Garamond" w:hAnsi="EB Garamond" w:eastAsia="EB Garamond"/>
          <w:sz w:val="22"/>
        </w:rPr>
        <w:t>Done.</w:t>
      </w:r>
    </w:p>
    <w:p>
      <w:pPr>
        <w:spacing w:after="0" w:line="120" w:lineRule="exact"/>
        <w:ind w:firstLine="0" w:left="0"/>
      </w:pPr>
    </w:p>
    <w:p>
      <w:pPr>
        <w:spacing w:after="0" w:line="264" w:lineRule="exact"/>
        <w:ind w:firstLine="0" w:left="0"/>
      </w:pPr>
      <w:r>
        <w:rPr>
          <w:rFonts w:ascii="EB Garamond" w:hAnsi="EB Garamond" w:eastAsia="EB Garamond"/>
          <w:sz w:val="22"/>
        </w:rPr>
        <w:t>Hannah asked, “What do you think the difference is between doubt and unbelief?”</w:t>
      </w:r>
    </w:p>
    <w:p>
      <w:pPr>
        <w:spacing w:after="0" w:line="120" w:lineRule="exact"/>
        <w:ind w:firstLine="0" w:left="0"/>
      </w:pPr>
    </w:p>
    <w:p>
      <w:pPr>
        <w:spacing w:after="0" w:line="264" w:lineRule="exact"/>
        <w:ind w:firstLine="0" w:left="0"/>
      </w:pPr>
      <w:r>
        <w:rPr>
          <w:rFonts w:ascii="EB Garamond" w:hAnsi="EB Garamond" w:eastAsia="EB Garamond"/>
          <w:sz w:val="22"/>
        </w:rPr>
        <w:t>Silence.</w:t>
      </w:r>
    </w:p>
    <w:p>
      <w:pPr>
        <w:spacing w:after="0" w:line="120" w:lineRule="exact"/>
        <w:ind w:firstLine="0" w:left="0"/>
      </w:pPr>
    </w:p>
    <w:p>
      <w:pPr>
        <w:spacing w:after="0" w:line="264" w:lineRule="exact"/>
        <w:ind w:firstLine="0" w:left="0"/>
      </w:pPr>
      <w:r>
        <w:rPr>
          <w:rFonts w:ascii="EB Garamond" w:hAnsi="EB Garamond" w:eastAsia="EB Garamond"/>
          <w:sz w:val="22"/>
        </w:rPr>
        <w:t>Lucas shrugged.</w:t>
      </w:r>
    </w:p>
    <w:p>
      <w:pPr>
        <w:spacing w:after="0" w:line="120" w:lineRule="exact"/>
        <w:ind w:firstLine="0" w:left="0"/>
      </w:pPr>
    </w:p>
    <w:p>
      <w:pPr>
        <w:spacing w:after="0" w:line="264" w:lineRule="exact"/>
        <w:ind w:firstLine="0" w:left="0"/>
      </w:pPr>
      <w:r>
        <w:rPr>
          <w:rFonts w:ascii="EB Garamond" w:hAnsi="EB Garamond" w:eastAsia="EB Garamond"/>
          <w:sz w:val="22"/>
        </w:rPr>
        <w:t>“Spelling.”</w:t>
      </w:r>
    </w:p>
    <w:p>
      <w:pPr>
        <w:spacing w:after="0" w:line="120" w:lineRule="exact"/>
        <w:ind w:firstLine="0" w:left="0"/>
      </w:pPr>
    </w:p>
    <w:p>
      <w:pPr>
        <w:spacing w:after="0" w:line="264" w:lineRule="exact"/>
        <w:ind w:firstLine="0" w:left="0"/>
      </w:pPr>
      <w:r>
        <w:rPr>
          <w:rFonts w:ascii="EB Garamond" w:hAnsi="EB Garamond" w:eastAsia="EB Garamond"/>
          <w:sz w:val="22"/>
        </w:rPr>
        <w:t>“Thank you, Lucas.”</w:t>
      </w:r>
    </w:p>
    <w:p>
      <w:pPr>
        <w:spacing w:after="0" w:line="120" w:lineRule="exact"/>
        <w:ind w:firstLine="0" w:left="0"/>
      </w:pPr>
    </w:p>
    <w:p>
      <w:pPr>
        <w:spacing w:after="0" w:line="264" w:lineRule="exact"/>
        <w:ind w:firstLine="0" w:left="0"/>
      </w:pPr>
      <w:r>
        <w:rPr>
          <w:rFonts w:ascii="EB Garamond" w:hAnsi="EB Garamond" w:eastAsia="EB Garamond"/>
          <w:sz w:val="22"/>
        </w:rPr>
        <w:t>“I’m here to serve.”</w:t>
      </w:r>
    </w:p>
    <w:p>
      <w:pPr>
        <w:spacing w:after="0" w:line="120" w:lineRule="exact"/>
        <w:ind w:firstLine="0" w:left="0"/>
      </w:pPr>
    </w:p>
    <w:p>
      <w:pPr>
        <w:spacing w:after="0" w:line="264" w:lineRule="exact"/>
        <w:ind w:firstLine="0" w:left="0"/>
      </w:pPr>
      <w:r>
        <w:rPr>
          <w:rFonts w:ascii="EB Garamond" w:hAnsi="EB Garamond" w:eastAsia="EB Garamond"/>
          <w:sz w:val="22"/>
        </w:rPr>
        <w:t>Sophie tucked her pink hair behind her ear.</w:t>
      </w:r>
    </w:p>
    <w:p>
      <w:pPr>
        <w:spacing w:after="0" w:line="120" w:lineRule="exact"/>
        <w:ind w:firstLine="0" w:left="0"/>
      </w:pPr>
    </w:p>
    <w:p>
      <w:pPr>
        <w:spacing w:after="0" w:line="264" w:lineRule="exact"/>
        <w:ind w:firstLine="0" w:left="0"/>
      </w:pPr>
      <w:r>
        <w:rPr>
          <w:rFonts w:ascii="EB Garamond" w:hAnsi="EB Garamond" w:eastAsia="EB Garamond"/>
          <w:sz w:val="22"/>
        </w:rPr>
        <w:t>“Maybe doubt wants an answer.”</w:t>
      </w:r>
    </w:p>
    <w:p>
      <w:pPr>
        <w:spacing w:after="0" w:line="120" w:lineRule="exact"/>
        <w:ind w:firstLine="0" w:left="0"/>
      </w:pPr>
    </w:p>
    <w:p>
      <w:pPr>
        <w:spacing w:after="0" w:line="264" w:lineRule="exact"/>
        <w:ind w:firstLine="0" w:left="0"/>
      </w:pPr>
      <w:r>
        <w:rPr>
          <w:rFonts w:ascii="EB Garamond" w:hAnsi="EB Garamond" w:eastAsia="EB Garamond"/>
          <w:sz w:val="22"/>
        </w:rPr>
        <w:t>Elsie looked at her.</w:t>
      </w:r>
    </w:p>
    <w:p>
      <w:pPr>
        <w:spacing w:after="0" w:line="120" w:lineRule="exact"/>
        <w:ind w:firstLine="0" w:left="0"/>
      </w:pPr>
    </w:p>
    <w:p>
      <w:pPr>
        <w:spacing w:after="0" w:line="264" w:lineRule="exact"/>
        <w:ind w:firstLine="0" w:left="0"/>
      </w:pPr>
      <w:r>
        <w:rPr>
          <w:rFonts w:ascii="EB Garamond" w:hAnsi="EB Garamond" w:eastAsia="EB Garamond"/>
          <w:sz w:val="22"/>
        </w:rPr>
        <w:t>“What do you mean?”</w:t>
      </w:r>
    </w:p>
    <w:p>
      <w:pPr>
        <w:spacing w:after="0" w:line="120" w:lineRule="exact"/>
        <w:ind w:firstLine="0" w:left="0"/>
      </w:pPr>
    </w:p>
    <w:p>
      <w:pPr>
        <w:spacing w:after="0" w:line="264" w:lineRule="exact"/>
        <w:ind w:firstLine="0" w:left="0"/>
      </w:pPr>
      <w:r>
        <w:rPr>
          <w:rFonts w:ascii="EB Garamond" w:hAnsi="EB Garamond" w:eastAsia="EB Garamond"/>
          <w:sz w:val="22"/>
        </w:rPr>
        <w:t>“If you didn’t care whether something was true, why would you question it?”</w:t>
      </w:r>
    </w:p>
    <w:p>
      <w:pPr>
        <w:spacing w:after="0" w:line="120" w:lineRule="exact"/>
        <w:ind w:firstLine="0" w:left="0"/>
      </w:pPr>
    </w:p>
    <w:p>
      <w:pPr>
        <w:spacing w:after="0" w:line="264" w:lineRule="exact"/>
        <w:ind w:firstLine="0" w:left="0"/>
      </w:pPr>
      <w:r>
        <w:rPr>
          <w:rFonts w:ascii="EB Garamond" w:hAnsi="EB Garamond" w:eastAsia="EB Garamond"/>
          <w:sz w:val="22"/>
        </w:rPr>
        <w:t>Hannah nodded.</w:t>
      </w:r>
    </w:p>
    <w:p>
      <w:pPr>
        <w:spacing w:after="0" w:line="120" w:lineRule="exact"/>
        <w:ind w:firstLine="0" w:left="0"/>
      </w:pPr>
    </w:p>
    <w:p>
      <w:pPr>
        <w:spacing w:after="0" w:line="264" w:lineRule="exact"/>
        <w:ind w:firstLine="0" w:left="0"/>
      </w:pPr>
      <w:r>
        <w:rPr>
          <w:rFonts w:ascii="EB Garamond" w:hAnsi="EB Garamond" w:eastAsia="EB Garamond"/>
          <w:sz w:val="22"/>
        </w:rPr>
        <w:t>“Sometimes doubt can be indifference. Sometimes resistance. Sometimes fear.”</w:t>
      </w:r>
    </w:p>
    <w:p>
      <w:pPr>
        <w:spacing w:after="0" w:line="120" w:lineRule="exact"/>
        <w:ind w:firstLine="0" w:left="0"/>
      </w:pPr>
    </w:p>
    <w:p>
      <w:pPr>
        <w:spacing w:after="0" w:line="264" w:lineRule="exact"/>
        <w:ind w:firstLine="0" w:left="0"/>
      </w:pPr>
      <w:r>
        <w:rPr>
          <w:rFonts w:ascii="EB Garamond" w:hAnsi="EB Garamond" w:eastAsia="EB Garamond"/>
          <w:sz w:val="22"/>
        </w:rPr>
        <w:t>She paused.</w:t>
      </w:r>
    </w:p>
    <w:p>
      <w:pPr>
        <w:spacing w:after="0" w:line="120" w:lineRule="exact"/>
        <w:ind w:firstLine="0" w:left="0"/>
      </w:pPr>
    </w:p>
    <w:p>
      <w:pPr>
        <w:spacing w:after="0" w:line="264" w:lineRule="exact"/>
        <w:ind w:firstLine="0" w:left="0"/>
      </w:pPr>
      <w:r>
        <w:rPr>
          <w:rFonts w:ascii="EB Garamond" w:hAnsi="EB Garamond" w:eastAsia="EB Garamond"/>
          <w:sz w:val="22"/>
        </w:rPr>
        <w:t>“But sometimes questions come because something matters enough that you need to know whether it’s real.”</w:t>
      </w:r>
    </w:p>
    <w:p>
      <w:pPr>
        <w:spacing w:after="0" w:line="120" w:lineRule="exact"/>
        <w:ind w:firstLine="0" w:left="0"/>
      </w:pPr>
    </w:p>
    <w:p>
      <w:pPr>
        <w:spacing w:after="0" w:line="264" w:lineRule="exact"/>
        <w:ind w:firstLine="0" w:left="0"/>
      </w:pPr>
      <w:r>
        <w:rPr>
          <w:rFonts w:ascii="EB Garamond" w:hAnsi="EB Garamond" w:eastAsia="EB Garamond"/>
          <w:sz w:val="22"/>
        </w:rPr>
        <w:t>Elsie looked down.</w:t>
      </w:r>
    </w:p>
    <w:p>
      <w:pPr>
        <w:spacing w:after="0" w:line="120" w:lineRule="exact"/>
        <w:ind w:firstLine="0" w:left="0"/>
      </w:pPr>
    </w:p>
    <w:p>
      <w:pPr>
        <w:spacing w:after="0" w:line="264" w:lineRule="exact"/>
        <w:ind w:firstLine="0" w:left="0"/>
      </w:pPr>
      <w:r>
        <w:rPr>
          <w:rFonts w:ascii="EB Garamond" w:hAnsi="EB Garamond" w:eastAsia="EB Garamond"/>
          <w:sz w:val="22"/>
        </w:rPr>
        <w:t>Eight days.</w:t>
      </w:r>
    </w:p>
    <w:p>
      <w:pPr>
        <w:spacing w:after="0" w:line="120" w:lineRule="exact"/>
        <w:ind w:firstLine="0" w:left="0"/>
      </w:pPr>
    </w:p>
    <w:p>
      <w:pPr>
        <w:spacing w:after="0" w:line="264" w:lineRule="exact"/>
        <w:ind w:firstLine="0" w:left="0"/>
      </w:pPr>
      <w:r>
        <w:rPr>
          <w:rFonts w:ascii="EB Garamond" w:hAnsi="EB Garamond" w:eastAsia="EB Garamond"/>
          <w:sz w:val="22"/>
        </w:rPr>
        <w:t>“What happened during those eight days?”</w:t>
      </w:r>
    </w:p>
    <w:p>
      <w:pPr>
        <w:spacing w:after="0" w:line="120" w:lineRule="exact"/>
        <w:ind w:firstLine="0" w:left="0"/>
      </w:pPr>
    </w:p>
    <w:p>
      <w:pPr>
        <w:spacing w:after="0" w:line="264" w:lineRule="exact"/>
        <w:ind w:firstLine="0" w:left="0"/>
      </w:pPr>
      <w:r>
        <w:rPr>
          <w:rFonts w:ascii="EB Garamond" w:hAnsi="EB Garamond" w:eastAsia="EB Garamond"/>
          <w:sz w:val="22"/>
        </w:rPr>
        <w:t>Hannah looked at her.</w:t>
      </w:r>
    </w:p>
    <w:p>
      <w:pPr>
        <w:spacing w:after="0" w:line="120" w:lineRule="exact"/>
        <w:ind w:firstLine="0" w:left="0"/>
      </w:pPr>
    </w:p>
    <w:p>
      <w:pPr>
        <w:spacing w:after="0" w:line="264" w:lineRule="exact"/>
        <w:ind w:firstLine="0" w:left="0"/>
      </w:pPr>
      <w:r>
        <w:rPr>
          <w:rFonts w:ascii="EB Garamond" w:hAnsi="EB Garamond" w:eastAsia="EB Garamond"/>
          <w:sz w:val="22"/>
        </w:rPr>
        <w:t>“The text doesn’t tell us.”</w:t>
      </w:r>
    </w:p>
    <w:p>
      <w:pPr>
        <w:spacing w:after="0" w:line="120" w:lineRule="exact"/>
        <w:ind w:firstLine="0" w:left="0"/>
      </w:pPr>
    </w:p>
    <w:p>
      <w:pPr>
        <w:spacing w:after="0" w:line="264" w:lineRule="exact"/>
        <w:ind w:firstLine="0" w:left="0"/>
      </w:pPr>
      <w:r>
        <w:rPr>
          <w:rFonts w:ascii="EB Garamond" w:hAnsi="EB Garamond" w:eastAsia="EB Garamond"/>
          <w:sz w:val="22"/>
        </w:rPr>
        <w:t>“So Thomas just…”</w:t>
      </w:r>
    </w:p>
    <w:p>
      <w:pPr>
        <w:spacing w:after="0" w:line="120" w:lineRule="exact"/>
        <w:ind w:firstLine="0" w:left="0"/>
      </w:pPr>
    </w:p>
    <w:p>
      <w:pPr>
        <w:spacing w:after="0" w:line="264" w:lineRule="exact"/>
        <w:ind w:firstLine="0" w:left="0"/>
      </w:pPr>
      <w:r>
        <w:rPr>
          <w:rFonts w:ascii="EB Garamond" w:hAnsi="EB Garamond" w:eastAsia="EB Garamond"/>
          <w:sz w:val="22"/>
        </w:rPr>
        <w:t>“Didn’t know.”</w:t>
      </w:r>
    </w:p>
    <w:p>
      <w:pPr>
        <w:spacing w:after="0" w:line="120" w:lineRule="exact"/>
        <w:ind w:firstLine="0" w:left="0"/>
      </w:pPr>
    </w:p>
    <w:p>
      <w:pPr>
        <w:spacing w:after="0" w:line="264" w:lineRule="exact"/>
        <w:ind w:firstLine="0" w:left="0"/>
      </w:pPr>
      <w:r>
        <w:rPr>
          <w:rFonts w:ascii="EB Garamond" w:hAnsi="EB Garamond" w:eastAsia="EB Garamond"/>
          <w:sz w:val="22"/>
        </w:rPr>
        <w:t>That bothered Elsie more than she expected.</w:t>
      </w:r>
    </w:p>
    <w:p>
      <w:pPr>
        <w:spacing w:after="0" w:line="120" w:lineRule="exact"/>
        <w:ind w:firstLine="0" w:left="0"/>
      </w:pPr>
    </w:p>
    <w:p>
      <w:pPr>
        <w:spacing w:after="0" w:line="264" w:lineRule="exact"/>
        <w:ind w:firstLine="0" w:left="0"/>
      </w:pPr>
      <w:r>
        <w:rPr>
          <w:rFonts w:ascii="EB Garamond" w:hAnsi="EB Garamond" w:eastAsia="EB Garamond"/>
          <w:sz w:val="22"/>
        </w:rPr>
        <w:t>Eight days of everybody around him saying they knew.</w:t>
      </w:r>
    </w:p>
    <w:p>
      <w:pPr>
        <w:spacing w:after="0" w:line="120" w:lineRule="exact"/>
        <w:ind w:firstLine="0" w:left="0"/>
      </w:pPr>
    </w:p>
    <w:p>
      <w:pPr>
        <w:spacing w:after="0" w:line="264" w:lineRule="exact"/>
        <w:ind w:firstLine="0" w:left="0"/>
      </w:pPr>
      <w:r>
        <w:rPr>
          <w:rFonts w:ascii="EB Garamond" w:hAnsi="EB Garamond" w:eastAsia="EB Garamond"/>
          <w:sz w:val="22"/>
        </w:rPr>
        <w:t>Eight days of being the only one who hadn’t seen.</w:t>
      </w:r>
    </w:p>
    <w:p>
      <w:pPr>
        <w:spacing w:after="0" w:line="120" w:lineRule="exact"/>
        <w:ind w:firstLine="0" w:left="0"/>
      </w:pPr>
    </w:p>
    <w:p>
      <w:pPr>
        <w:spacing w:after="0" w:line="264" w:lineRule="exact"/>
        <w:ind w:firstLine="0" w:left="0"/>
      </w:pPr>
      <w:r>
        <w:rPr>
          <w:rFonts w:ascii="EB Garamond" w:hAnsi="EB Garamond" w:eastAsia="EB Garamond"/>
          <w:sz w:val="22"/>
        </w:rPr>
        <w:t>Eight days without an answer.</w:t>
      </w:r>
    </w:p>
    <w:p>
      <w:pPr>
        <w:spacing w:after="0" w:line="120" w:lineRule="exact"/>
        <w:ind w:firstLine="0" w:left="0"/>
      </w:pPr>
    </w:p>
    <w:p>
      <w:pPr>
        <w:spacing w:after="0" w:line="264" w:lineRule="exact"/>
        <w:ind w:firstLine="0" w:left="0"/>
      </w:pPr>
      <w:r>
        <w:rPr>
          <w:rFonts w:ascii="EB Garamond" w:hAnsi="EB Garamond" w:eastAsia="EB Garamond"/>
          <w:sz w:val="22"/>
        </w:rPr>
        <w:t>“What did he do?”</w:t>
      </w:r>
    </w:p>
    <w:p>
      <w:pPr>
        <w:spacing w:after="0" w:line="120" w:lineRule="exact"/>
        <w:ind w:firstLine="0" w:left="0"/>
      </w:pPr>
    </w:p>
    <w:p>
      <w:pPr>
        <w:spacing w:after="0" w:line="264" w:lineRule="exact"/>
        <w:ind w:firstLine="0" w:left="0"/>
      </w:pPr>
      <w:r>
        <w:rPr>
          <w:rFonts w:ascii="EB Garamond" w:hAnsi="EB Garamond" w:eastAsia="EB Garamond"/>
          <w:sz w:val="22"/>
        </w:rPr>
        <w:t>“We don’t know.”</w:t>
      </w:r>
    </w:p>
    <w:p>
      <w:pPr>
        <w:spacing w:after="0" w:line="120" w:lineRule="exact"/>
        <w:ind w:firstLine="0" w:left="0"/>
      </w:pPr>
    </w:p>
    <w:p>
      <w:pPr>
        <w:spacing w:after="0" w:line="264" w:lineRule="exact"/>
        <w:ind w:firstLine="0" w:left="0"/>
      </w:pPr>
      <w:r>
        <w:rPr>
          <w:rFonts w:ascii="EB Garamond" w:hAnsi="EB Garamond" w:eastAsia="EB Garamond"/>
          <w:sz w:val="22"/>
        </w:rPr>
        <w:t>“Did he leave?”</w:t>
      </w:r>
    </w:p>
    <w:p>
      <w:pPr>
        <w:spacing w:after="0" w:line="120" w:lineRule="exact"/>
        <w:ind w:firstLine="0" w:left="0"/>
      </w:pPr>
    </w:p>
    <w:p>
      <w:pPr>
        <w:spacing w:after="0" w:line="264" w:lineRule="exact"/>
        <w:ind w:firstLine="0" w:left="0"/>
      </w:pPr>
      <w:r>
        <w:rPr>
          <w:rFonts w:ascii="EB Garamond" w:hAnsi="EB Garamond" w:eastAsia="EB Garamond"/>
          <w:sz w:val="22"/>
        </w:rPr>
        <w:t>Hannah looked back at the passage.</w:t>
      </w:r>
    </w:p>
    <w:p>
      <w:pPr>
        <w:spacing w:after="0" w:line="120" w:lineRule="exact"/>
        <w:ind w:firstLine="0" w:left="0"/>
      </w:pPr>
    </w:p>
    <w:p>
      <w:pPr>
        <w:spacing w:after="0" w:line="264" w:lineRule="exact"/>
        <w:ind w:firstLine="0" w:left="0"/>
      </w:pPr>
      <w:r>
        <w:rPr>
          <w:rFonts w:ascii="EB Garamond" w:hAnsi="EB Garamond" w:eastAsia="EB Garamond"/>
          <w:sz w:val="22"/>
        </w:rPr>
        <w:t>“He was with them when Jesus came again.”</w:t>
      </w:r>
    </w:p>
    <w:p>
      <w:pPr>
        <w:spacing w:after="0" w:line="120" w:lineRule="exact"/>
        <w:ind w:firstLine="0" w:left="0"/>
      </w:pPr>
    </w:p>
    <w:p>
      <w:pPr>
        <w:spacing w:after="0" w:line="264" w:lineRule="exact"/>
        <w:ind w:firstLine="0" w:left="0"/>
      </w:pPr>
      <w:r>
        <w:rPr>
          <w:rFonts w:ascii="EB Garamond" w:hAnsi="EB Garamond" w:eastAsia="EB Garamond"/>
          <w:sz w:val="22"/>
        </w:rPr>
        <w:t>Elsie stopped.</w:t>
      </w:r>
    </w:p>
    <w:p>
      <w:pPr>
        <w:spacing w:after="0" w:line="120" w:lineRule="exact"/>
        <w:ind w:firstLine="0" w:left="0"/>
      </w:pPr>
    </w:p>
    <w:p>
      <w:pPr>
        <w:spacing w:after="0" w:line="264" w:lineRule="exact"/>
        <w:ind w:firstLine="0" w:left="0"/>
      </w:pPr>
      <w:r>
        <w:rPr>
          <w:rFonts w:ascii="EB Garamond" w:hAnsi="EB Garamond" w:eastAsia="EB Garamond"/>
          <w:sz w:val="22"/>
        </w:rPr>
        <w:t>Thomas had stayed.</w:t>
      </w:r>
    </w:p>
    <w:p>
      <w:pPr>
        <w:spacing w:after="0" w:line="120" w:lineRule="exact"/>
        <w:ind w:firstLine="0" w:left="0"/>
      </w:pPr>
    </w:p>
    <w:p>
      <w:pPr>
        <w:spacing w:after="0" w:line="264" w:lineRule="exact"/>
        <w:ind w:firstLine="0" w:left="0"/>
      </w:pPr>
      <w:r>
        <w:rPr>
          <w:rFonts w:ascii="EB Garamond" w:hAnsi="EB Garamond" w:eastAsia="EB Garamond"/>
          <w:sz w:val="22"/>
        </w:rPr>
        <w:t>He didn’t know.</w:t>
      </w:r>
    </w:p>
    <w:p>
      <w:pPr>
        <w:spacing w:after="0" w:line="120" w:lineRule="exact"/>
        <w:ind w:firstLine="0" w:left="0"/>
      </w:pPr>
    </w:p>
    <w:p>
      <w:pPr>
        <w:spacing w:after="0" w:line="264" w:lineRule="exact"/>
        <w:ind w:firstLine="0" w:left="0"/>
      </w:pPr>
      <w:r>
        <w:rPr>
          <w:rFonts w:ascii="EB Garamond" w:hAnsi="EB Garamond" w:eastAsia="EB Garamond"/>
          <w:sz w:val="22"/>
        </w:rPr>
        <w:t>And he stayed.</w:t>
      </w:r>
    </w:p>
    <w:p>
      <w:pPr>
        <w:spacing w:after="0" w:line="120" w:lineRule="exact"/>
        <w:ind w:firstLine="0" w:left="0"/>
      </w:pPr>
    </w:p>
    <w:p>
      <w:pPr>
        <w:spacing w:after="0" w:line="264" w:lineRule="exact"/>
        <w:ind w:firstLine="0" w:left="0"/>
      </w:pPr>
      <w:r>
        <w:rPr>
          <w:rFonts w:ascii="EB Garamond" w:hAnsi="EB Garamond" w:eastAsia="EB Garamond"/>
          <w:sz w:val="22"/>
        </w:rPr>
        <w:t>That felt important.</w:t>
      </w:r>
    </w:p>
    <w:p>
      <w:pPr>
        <w:spacing w:after="0" w:line="120" w:lineRule="exact"/>
        <w:ind w:firstLine="0" w:left="0"/>
      </w:pPr>
    </w:p>
    <w:p>
      <w:pPr>
        <w:spacing w:after="0" w:line="264" w:lineRule="exact"/>
        <w:ind w:firstLine="0" w:left="0"/>
      </w:pPr>
      <w:r>
        <w:rPr>
          <w:rFonts w:ascii="EB Garamond" w:hAnsi="EB Garamond" w:eastAsia="EB Garamond"/>
          <w:sz w:val="22"/>
        </w:rPr>
        <w:t>She reached for her notebook.</w:t>
      </w:r>
    </w:p>
    <w:p>
      <w:pPr>
        <w:spacing w:after="0" w:line="120" w:lineRule="exact"/>
        <w:ind w:firstLine="0" w:left="0"/>
      </w:pPr>
    </w:p>
    <w:p>
      <w:pPr>
        <w:spacing w:after="0" w:line="264" w:lineRule="exact"/>
        <w:ind w:firstLine="0" w:left="0"/>
      </w:pPr>
      <w:r>
        <w:rPr>
          <w:rFonts w:ascii="EB Garamond" w:hAnsi="EB Garamond" w:eastAsia="EB Garamond"/>
          <w:sz w:val="22"/>
        </w:rPr>
        <w:t>Then stopped.</w:t>
      </w:r>
    </w:p>
    <w:p>
      <w:pPr>
        <w:spacing w:after="0" w:line="120" w:lineRule="exact"/>
        <w:ind w:firstLine="0" w:left="0"/>
      </w:pPr>
    </w:p>
    <w:p>
      <w:pPr>
        <w:spacing w:after="0" w:line="264" w:lineRule="exact"/>
        <w:ind w:firstLine="0" w:left="0"/>
      </w:pPr>
      <w:r>
        <w:rPr>
          <w:rFonts w:ascii="EB Garamond" w:hAnsi="EB Garamond" w:eastAsia="EB Garamond"/>
          <w:sz w:val="22"/>
        </w:rPr>
        <w:t>She had almost written:</w:t>
      </w:r>
    </w:p>
    <w:p>
      <w:pPr>
        <w:spacing w:after="0" w:line="120" w:lineRule="exact"/>
        <w:ind w:firstLine="0" w:left="0"/>
      </w:pPr>
    </w:p>
    <w:p>
      <w:pPr>
        <w:spacing w:after="0" w:line="264" w:lineRule="exact"/>
        <w:ind w:firstLine="0" w:left="0"/>
      </w:pPr>
      <w:r>
        <w:rPr>
          <w:rFonts w:ascii="EB Garamond" w:hAnsi="EB Garamond" w:eastAsia="EB Garamond"/>
          <w:i/>
          <w:sz w:val="22"/>
        </w:rPr>
        <w:t>Thomas — had to live in the question for eight days.</w:t>
      </w:r>
    </w:p>
    <w:p>
      <w:pPr>
        <w:spacing w:after="0" w:line="120" w:lineRule="exact"/>
        <w:ind w:firstLine="0" w:left="0"/>
      </w:pPr>
    </w:p>
    <w:p>
      <w:pPr>
        <w:spacing w:after="0" w:line="264" w:lineRule="exact"/>
        <w:ind w:firstLine="0" w:left="0"/>
      </w:pPr>
      <w:r>
        <w:rPr>
          <w:rFonts w:ascii="EB Garamond" w:hAnsi="EB Garamond" w:eastAsia="EB Garamond"/>
          <w:sz w:val="22"/>
        </w:rPr>
        <w:t>Still a sentence.</w:t>
      </w:r>
    </w:p>
    <w:p>
      <w:pPr>
        <w:spacing w:after="0" w:line="120" w:lineRule="exact"/>
        <w:ind w:firstLine="0" w:left="0"/>
      </w:pPr>
    </w:p>
    <w:p>
      <w:pPr>
        <w:spacing w:after="0" w:line="264" w:lineRule="exact"/>
        <w:ind w:firstLine="0" w:left="0"/>
      </w:pPr>
      <w:r>
        <w:rPr>
          <w:rFonts w:ascii="EB Garamond" w:hAnsi="EB Garamond" w:eastAsia="EB Garamond"/>
          <w:sz w:val="22"/>
        </w:rPr>
        <w:t>Still her trying to turn a person into a lesson before she had even finished reading.</w:t>
      </w:r>
    </w:p>
    <w:p>
      <w:pPr>
        <w:spacing w:after="0" w:line="120" w:lineRule="exact"/>
        <w:ind w:firstLine="0" w:left="0"/>
      </w:pPr>
    </w:p>
    <w:p>
      <w:pPr>
        <w:spacing w:after="0" w:line="264" w:lineRule="exact"/>
        <w:ind w:firstLine="0" w:left="0"/>
      </w:pPr>
      <w:r>
        <w:rPr>
          <w:rFonts w:ascii="EB Garamond" w:hAnsi="EB Garamond" w:eastAsia="EB Garamond"/>
          <w:sz w:val="22"/>
        </w:rPr>
        <w:t>She put the pen down.</w:t>
      </w:r>
    </w:p>
    <w:p>
      <w:pPr>
        <w:spacing w:after="0" w:line="120" w:lineRule="exact"/>
        <w:ind w:firstLine="0" w:left="0"/>
      </w:pPr>
    </w:p>
    <w:p>
      <w:pPr>
        <w:spacing w:after="0" w:line="264" w:lineRule="exact"/>
        <w:ind w:firstLine="0" w:left="0"/>
      </w:pPr>
      <w:r>
        <w:rPr>
          <w:rFonts w:ascii="EB Garamond" w:hAnsi="EB Garamond" w:eastAsia="EB Garamond"/>
          <w:sz w:val="22"/>
        </w:rPr>
        <w:t>Nora noticed.</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“Nothing.”</w:t>
      </w:r>
    </w:p>
    <w:p>
      <w:pPr>
        <w:spacing w:after="0" w:line="120" w:lineRule="exact"/>
        <w:ind w:firstLine="0" w:left="0"/>
      </w:pPr>
    </w:p>
    <w:p>
      <w:pPr>
        <w:spacing w:after="0" w:line="264" w:lineRule="exact"/>
        <w:ind w:firstLine="0" w:left="0"/>
      </w:pPr>
      <w:r>
        <w:rPr>
          <w:rFonts w:ascii="EB Garamond" w:hAnsi="EB Garamond" w:eastAsia="EB Garamond"/>
          <w:sz w:val="22"/>
        </w:rPr>
        <w:t>“You were going to write something.”</w:t>
      </w:r>
    </w:p>
    <w:p>
      <w:pPr>
        <w:spacing w:after="0" w:line="120" w:lineRule="exact"/>
        <w:ind w:firstLine="0" w:left="0"/>
      </w:pPr>
    </w:p>
    <w:p>
      <w:pPr>
        <w:spacing w:after="0" w:line="264" w:lineRule="exact"/>
        <w:ind w:firstLine="0" w:left="0"/>
      </w:pPr>
      <w:r>
        <w:rPr>
          <w:rFonts w:ascii="EB Garamond" w:hAnsi="EB Garamond" w:eastAsia="EB Garamond"/>
          <w:sz w:val="22"/>
        </w:rPr>
        <w:t>“I changed my mind.”</w:t>
      </w:r>
    </w:p>
    <w:p>
      <w:pPr>
        <w:spacing w:after="0" w:line="120" w:lineRule="exact"/>
        <w:ind w:firstLine="0" w:left="0"/>
      </w:pPr>
    </w:p>
    <w:p>
      <w:pPr>
        <w:spacing w:after="0" w:line="264" w:lineRule="exact"/>
        <w:ind w:firstLine="0" w:left="0"/>
      </w:pPr>
      <w:r>
        <w:rPr>
          <w:rFonts w:ascii="EB Garamond" w:hAnsi="EB Garamond" w:eastAsia="EB Garamond"/>
          <w:sz w:val="22"/>
        </w:rPr>
        <w:t>Nora’s eyebrows lifted.</w:t>
      </w:r>
    </w:p>
    <w:p>
      <w:pPr>
        <w:spacing w:after="0" w:line="120" w:lineRule="exact"/>
        <w:ind w:firstLine="0" w:left="0"/>
      </w:pPr>
    </w:p>
    <w:p>
      <w:pPr>
        <w:spacing w:after="0" w:line="264" w:lineRule="exact"/>
        <w:ind w:firstLine="0" w:left="0"/>
      </w:pPr>
      <w:r>
        <w:rPr>
          <w:rFonts w:ascii="EB Garamond" w:hAnsi="EB Garamond" w:eastAsia="EB Garamond"/>
          <w:sz w:val="22"/>
        </w:rPr>
        <w:t>“Are you ill?”</w:t>
      </w:r>
    </w:p>
    <w:p>
      <w:pPr>
        <w:spacing w:after="0" w:line="120" w:lineRule="exact"/>
        <w:ind w:firstLine="0" w:left="0"/>
      </w:pPr>
    </w:p>
    <w:p>
      <w:pPr>
        <w:spacing w:after="0" w:line="264" w:lineRule="exact"/>
        <w:ind w:firstLine="0" w:left="0"/>
      </w:pPr>
      <w:r>
        <w:rPr>
          <w:rFonts w:ascii="EB Garamond" w:hAnsi="EB Garamond" w:eastAsia="EB Garamond"/>
          <w:sz w:val="22"/>
        </w:rPr>
        <w:t>“Possibly.”</w:t>
      </w:r>
    </w:p>
    <w:p>
      <w:pPr>
        <w:spacing w:after="0" w:line="120" w:lineRule="exact"/>
        <w:ind w:firstLine="0" w:left="0"/>
      </w:pPr>
    </w:p>
    <w:p>
      <w:pPr>
        <w:spacing w:after="0" w:line="264" w:lineRule="exact"/>
        <w:ind w:firstLine="0" w:left="0"/>
      </w:pPr>
      <w:r>
        <w:rPr>
          <w:rFonts w:ascii="EB Garamond" w:hAnsi="EB Garamond" w:eastAsia="EB Garamond"/>
          <w:sz w:val="22"/>
        </w:rPr>
        <w:t>Hannah smiled.</w:t>
      </w:r>
    </w:p>
    <w:p>
      <w:pPr>
        <w:spacing w:after="0" w:line="120" w:lineRule="exact"/>
        <w:ind w:firstLine="0" w:left="0"/>
      </w:pPr>
    </w:p>
    <w:p>
      <w:pPr>
        <w:spacing w:after="0" w:line="264" w:lineRule="exact"/>
        <w:ind w:firstLine="0" w:left="0"/>
      </w:pPr>
      <w:r>
        <w:rPr>
          <w:rFonts w:ascii="EB Garamond" w:hAnsi="EB Garamond" w:eastAsia="EB Garamond"/>
          <w:sz w:val="22"/>
        </w:rPr>
        <w:t>Elsie looked back at Thomas.</w:t>
      </w:r>
    </w:p>
    <w:p>
      <w:pPr>
        <w:spacing w:after="0" w:line="120" w:lineRule="exact"/>
        <w:ind w:firstLine="0" w:left="0"/>
      </w:pPr>
    </w:p>
    <w:p>
      <w:pPr>
        <w:spacing w:after="0" w:line="264" w:lineRule="exact"/>
        <w:ind w:firstLine="0" w:left="0"/>
      </w:pPr>
      <w:r>
        <w:rPr>
          <w:rFonts w:ascii="EB Garamond" w:hAnsi="EB Garamond" w:eastAsia="EB Garamond"/>
          <w:sz w:val="22"/>
        </w:rPr>
        <w:t>Maybe not everything had to become a sentence immediately.</w:t>
      </w:r>
    </w:p>
    <w:p>
      <w:pPr>
        <w:spacing w:after="0" w:line="120" w:lineRule="exact"/>
        <w:ind w:firstLine="0" w:left="0"/>
      </w:pPr>
    </w:p>
    <w:p>
      <w:pPr>
        <w:spacing w:after="0" w:line="264" w:lineRule="exact"/>
        <w:ind w:firstLine="0" w:left="0"/>
      </w:pPr>
      <w:r>
        <w:rPr>
          <w:rFonts w:ascii="EB Garamond" w:hAnsi="EB Garamond" w:eastAsia="EB Garamond"/>
          <w:sz w:val="22"/>
        </w:rPr>
        <w:t>After Bible study, Elsie’s phone rang.</w:t>
      </w:r>
    </w:p>
    <w:p>
      <w:pPr>
        <w:spacing w:after="0" w:line="120" w:lineRule="exact"/>
        <w:ind w:firstLine="0" w:left="0"/>
      </w:pPr>
    </w:p>
    <w:p>
      <w:pPr>
        <w:spacing w:after="0" w:line="264" w:lineRule="exact"/>
        <w:ind w:firstLine="0" w:left="0"/>
      </w:pPr>
      <w:r>
        <w:rPr>
          <w:rFonts w:ascii="EB Garamond" w:hAnsi="EB Garamond" w:eastAsia="EB Garamond"/>
          <w:sz w:val="22"/>
        </w:rPr>
        <w:t>Not buzzed.</w:t>
      </w:r>
    </w:p>
    <w:p>
      <w:pPr>
        <w:spacing w:after="0" w:line="120" w:lineRule="exact"/>
        <w:ind w:firstLine="0" w:left="0"/>
      </w:pPr>
    </w:p>
    <w:p>
      <w:pPr>
        <w:spacing w:after="0" w:line="264" w:lineRule="exact"/>
        <w:ind w:firstLine="0" w:left="0"/>
      </w:pPr>
      <w:r>
        <w:rPr>
          <w:rFonts w:ascii="EB Garamond" w:hAnsi="EB Garamond" w:eastAsia="EB Garamond"/>
          <w:sz w:val="22"/>
        </w:rPr>
        <w:t>Rang.</w:t>
      </w:r>
    </w:p>
    <w:p>
      <w:pPr>
        <w:spacing w:after="0" w:line="120" w:lineRule="exact"/>
        <w:ind w:firstLine="0" w:left="0"/>
      </w:pPr>
    </w:p>
    <w:p>
      <w:pPr>
        <w:spacing w:after="0" w:line="264" w:lineRule="exact"/>
        <w:ind w:firstLine="0" w:left="0"/>
      </w:pPr>
      <w:r>
        <w:rPr>
          <w:rFonts w:ascii="EB Garamond" w:hAnsi="EB Garamond" w:eastAsia="EB Garamond"/>
          <w:sz w:val="22"/>
        </w:rPr>
        <w:t>She stared at it.</w:t>
      </w:r>
    </w:p>
    <w:p>
      <w:pPr>
        <w:spacing w:after="0" w:line="120" w:lineRule="exact"/>
        <w:ind w:firstLine="0" w:left="0"/>
      </w:pPr>
    </w:p>
    <w:p>
      <w:pPr>
        <w:spacing w:after="0" w:line="264" w:lineRule="exact"/>
        <w:ind w:firstLine="0" w:left="0"/>
      </w:pPr>
      <w:r>
        <w:rPr>
          <w:rFonts w:ascii="EB Garamond" w:hAnsi="EB Garamond" w:eastAsia="EB Garamond"/>
          <w:sz w:val="22"/>
        </w:rPr>
        <w:t>Mason.</w:t>
      </w:r>
    </w:p>
    <w:p>
      <w:pPr>
        <w:spacing w:after="0" w:line="120" w:lineRule="exact"/>
        <w:ind w:firstLine="0" w:left="0"/>
      </w:pPr>
    </w:p>
    <w:p>
      <w:pPr>
        <w:spacing w:after="0" w:line="264" w:lineRule="exact"/>
        <w:ind w:firstLine="0" w:left="0"/>
      </w:pPr>
      <w:r>
        <w:rPr>
          <w:rFonts w:ascii="EB Garamond" w:hAnsi="EB Garamond" w:eastAsia="EB Garamond"/>
          <w:sz w:val="22"/>
        </w:rPr>
        <w:t>Teenagers calling without warning should be illegal.</w:t>
      </w:r>
    </w:p>
    <w:p>
      <w:pPr>
        <w:spacing w:after="0" w:line="120" w:lineRule="exact"/>
        <w:ind w:firstLine="0" w:left="0"/>
      </w:pPr>
    </w:p>
    <w:p>
      <w:pPr>
        <w:spacing w:after="0" w:line="264" w:lineRule="exact"/>
        <w:ind w:firstLine="0" w:left="0"/>
      </w:pPr>
      <w:r>
        <w:rPr>
          <w:rFonts w:ascii="EB Garamond" w:hAnsi="EB Garamond" w:eastAsia="EB Garamond"/>
          <w:sz w:val="22"/>
        </w:rPr>
        <w:t>She answered.</w:t>
      </w:r>
    </w:p>
    <w:p>
      <w:pPr>
        <w:spacing w:after="0" w:line="120" w:lineRule="exact"/>
        <w:ind w:firstLine="0" w:left="0"/>
      </w:pPr>
    </w:p>
    <w:p>
      <w:pPr>
        <w:spacing w:after="0" w:line="264" w:lineRule="exact"/>
        <w:ind w:firstLine="0" w:left="0"/>
      </w:pPr>
      <w:r>
        <w:rPr>
          <w:rFonts w:ascii="EB Garamond" w:hAnsi="EB Garamond" w:eastAsia="EB Garamond"/>
          <w:sz w:val="22"/>
        </w:rPr>
        <w:t>“Who died?”</w:t>
      </w:r>
    </w:p>
    <w:p>
      <w:pPr>
        <w:spacing w:after="0" w:line="120" w:lineRule="exact"/>
        <w:ind w:firstLine="0" w:left="0"/>
      </w:pPr>
    </w:p>
    <w:p>
      <w:pPr>
        <w:spacing w:after="0" w:line="264" w:lineRule="exact"/>
        <w:ind w:firstLine="0" w:left="0"/>
      </w:pPr>
      <w:r>
        <w:rPr>
          <w:rFonts w:ascii="EB Garamond" w:hAnsi="EB Garamond" w:eastAsia="EB Garamond"/>
          <w:sz w:val="22"/>
        </w:rPr>
        <w:t>“Can you come outside?”</w:t>
      </w:r>
    </w:p>
    <w:p>
      <w:pPr>
        <w:spacing w:after="0" w:line="120" w:lineRule="exact"/>
        <w:ind w:firstLine="0" w:left="0"/>
      </w:pPr>
    </w:p>
    <w:p>
      <w:pPr>
        <w:spacing w:after="0" w:line="264" w:lineRule="exact"/>
        <w:ind w:firstLine="0" w:left="0"/>
      </w:pPr>
      <w:r>
        <w:rPr>
          <w:rFonts w:ascii="EB Garamond" w:hAnsi="EB Garamond" w:eastAsia="EB Garamond"/>
          <w:sz w:val="22"/>
        </w:rPr>
        <w:t>Elsie sat up straighter.</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“I’m outside.”</w:t>
      </w:r>
    </w:p>
    <w:p>
      <w:pPr>
        <w:spacing w:after="0" w:line="120" w:lineRule="exact"/>
        <w:ind w:firstLine="0" w:left="0"/>
      </w:pPr>
    </w:p>
    <w:p>
      <w:pPr>
        <w:spacing w:after="0" w:line="264" w:lineRule="exact"/>
        <w:ind w:firstLine="0" w:left="0"/>
      </w:pPr>
      <w:r>
        <w:rPr>
          <w:rFonts w:ascii="EB Garamond" w:hAnsi="EB Garamond" w:eastAsia="EB Garamond"/>
          <w:sz w:val="22"/>
        </w:rPr>
        <w:t>She went to Nora’s front window.</w:t>
      </w:r>
    </w:p>
    <w:p>
      <w:pPr>
        <w:spacing w:after="0" w:line="120" w:lineRule="exact"/>
        <w:ind w:firstLine="0" w:left="0"/>
      </w:pPr>
    </w:p>
    <w:p>
      <w:pPr>
        <w:spacing w:after="0" w:line="264" w:lineRule="exact"/>
        <w:ind w:firstLine="0" w:left="0"/>
      </w:pPr>
      <w:r>
        <w:rPr>
          <w:rFonts w:ascii="EB Garamond" w:hAnsi="EB Garamond" w:eastAsia="EB Garamond"/>
          <w:sz w:val="22"/>
        </w:rPr>
        <w:t>Mason’s truck was parked at the curb.</w:t>
      </w:r>
    </w:p>
    <w:p>
      <w:pPr>
        <w:spacing w:after="0" w:line="120" w:lineRule="exact"/>
        <w:ind w:firstLine="0" w:left="0"/>
      </w:pPr>
    </w:p>
    <w:p>
      <w:pPr>
        <w:spacing w:after="0" w:line="264" w:lineRule="exact"/>
        <w:ind w:firstLine="0" w:left="0"/>
      </w:pPr>
      <w:r>
        <w:rPr>
          <w:rFonts w:ascii="EB Garamond" w:hAnsi="EB Garamond" w:eastAsia="EB Garamond"/>
          <w:sz w:val="22"/>
        </w:rPr>
        <w:t>“You’re creepy.”</w:t>
      </w:r>
    </w:p>
    <w:p>
      <w:pPr>
        <w:spacing w:after="0" w:line="120" w:lineRule="exact"/>
        <w:ind w:firstLine="0" w:left="0"/>
      </w:pPr>
    </w:p>
    <w:p>
      <w:pPr>
        <w:spacing w:after="0" w:line="264" w:lineRule="exact"/>
        <w:ind w:firstLine="0" w:left="0"/>
      </w:pPr>
      <w:r>
        <w:rPr>
          <w:rFonts w:ascii="EB Garamond" w:hAnsi="EB Garamond" w:eastAsia="EB Garamond"/>
          <w:sz w:val="22"/>
        </w:rPr>
        <w:t>“Thanks.”</w:t>
      </w:r>
    </w:p>
    <w:p>
      <w:pPr>
        <w:spacing w:after="0" w:line="120" w:lineRule="exact"/>
        <w:ind w:firstLine="0" w:left="0"/>
      </w:pPr>
    </w:p>
    <w:p>
      <w:pPr>
        <w:spacing w:after="0" w:line="264" w:lineRule="exact"/>
        <w:ind w:firstLine="0" w:left="0"/>
      </w:pPr>
      <w:r>
        <w:rPr>
          <w:rFonts w:ascii="EB Garamond" w:hAnsi="EB Garamond" w:eastAsia="EB Garamond"/>
          <w:sz w:val="22"/>
        </w:rPr>
        <w:t>“What are you doing here?”</w:t>
      </w:r>
    </w:p>
    <w:p>
      <w:pPr>
        <w:spacing w:after="0" w:line="120" w:lineRule="exact"/>
        <w:ind w:firstLine="0" w:left="0"/>
      </w:pPr>
    </w:p>
    <w:p>
      <w:pPr>
        <w:spacing w:after="0" w:line="264" w:lineRule="exact"/>
        <w:ind w:firstLine="0" w:left="0"/>
      </w:pPr>
      <w:r>
        <w:rPr>
          <w:rFonts w:ascii="EB Garamond" w:hAnsi="EB Garamond" w:eastAsia="EB Garamond"/>
          <w:sz w:val="22"/>
        </w:rPr>
        <w:t>“Can you come out?”</w:t>
      </w:r>
    </w:p>
    <w:p>
      <w:pPr>
        <w:spacing w:after="0" w:line="120" w:lineRule="exact"/>
        <w:ind w:firstLine="0" w:left="0"/>
      </w:pPr>
    </w:p>
    <w:p>
      <w:pPr>
        <w:spacing w:after="0" w:line="264" w:lineRule="exact"/>
        <w:ind w:firstLine="0" w:left="0"/>
      </w:pPr>
      <w:r>
        <w:rPr>
          <w:rFonts w:ascii="EB Garamond" w:hAnsi="EB Garamond" w:eastAsia="EB Garamond"/>
          <w:sz w:val="22"/>
        </w:rPr>
        <w:t>Elsie looked toward the kitchen.</w:t>
      </w:r>
    </w:p>
    <w:p>
      <w:pPr>
        <w:spacing w:after="0" w:line="120" w:lineRule="exact"/>
        <w:ind w:firstLine="0" w:left="0"/>
      </w:pPr>
    </w:p>
    <w:p>
      <w:pPr>
        <w:spacing w:after="0" w:line="264" w:lineRule="exact"/>
        <w:ind w:firstLine="0" w:left="0"/>
      </w:pPr>
      <w:r>
        <w:rPr>
          <w:rFonts w:ascii="EB Garamond" w:hAnsi="EB Garamond" w:eastAsia="EB Garamond"/>
          <w:sz w:val="22"/>
        </w:rPr>
        <w:t>“Nora, I’m leaving.”</w:t>
      </w:r>
    </w:p>
    <w:p>
      <w:pPr>
        <w:spacing w:after="0" w:line="120" w:lineRule="exact"/>
        <w:ind w:firstLine="0" w:left="0"/>
      </w:pPr>
    </w:p>
    <w:p>
      <w:pPr>
        <w:spacing w:after="0" w:line="264" w:lineRule="exact"/>
        <w:ind w:firstLine="0" w:left="0"/>
      </w:pPr>
      <w:r>
        <w:rPr>
          <w:rFonts w:ascii="EB Garamond" w:hAnsi="EB Garamond" w:eastAsia="EB Garamond"/>
          <w:sz w:val="22"/>
        </w:rPr>
        <w:t>Nora looked up.</w:t>
      </w:r>
    </w:p>
    <w:p>
      <w:pPr>
        <w:spacing w:after="0" w:line="120" w:lineRule="exact"/>
        <w:ind w:firstLine="0" w:left="0"/>
      </w:pPr>
    </w:p>
    <w:p>
      <w:pPr>
        <w:spacing w:after="0" w:line="264" w:lineRule="exact"/>
        <w:ind w:firstLine="0" w:left="0"/>
      </w:pPr>
      <w:r>
        <w:rPr>
          <w:rFonts w:ascii="EB Garamond" w:hAnsi="EB Garamond" w:eastAsia="EB Garamond"/>
          <w:sz w:val="22"/>
        </w:rPr>
        <w:t>“With who?”</w:t>
      </w:r>
    </w:p>
    <w:p>
      <w:pPr>
        <w:spacing w:after="0" w:line="120" w:lineRule="exact"/>
        <w:ind w:firstLine="0" w:left="0"/>
      </w:pPr>
    </w:p>
    <w:p>
      <w:pPr>
        <w:spacing w:after="0" w:line="264" w:lineRule="exact"/>
        <w:ind w:firstLine="0" w:left="0"/>
      </w:pPr>
      <w:r>
        <w:rPr>
          <w:rFonts w:ascii="EB Garamond" w:hAnsi="EB Garamond" w:eastAsia="EB Garamond"/>
          <w:sz w:val="22"/>
        </w:rPr>
        <w:t>“Mason.”</w:t>
      </w:r>
    </w:p>
    <w:p>
      <w:pPr>
        <w:spacing w:after="0" w:line="120" w:lineRule="exact"/>
        <w:ind w:firstLine="0" w:left="0"/>
      </w:pPr>
    </w:p>
    <w:p>
      <w:pPr>
        <w:spacing w:after="0" w:line="264" w:lineRule="exact"/>
        <w:ind w:firstLine="0" w:left="0"/>
      </w:pPr>
      <w:r>
        <w:rPr>
          <w:rFonts w:ascii="EB Garamond" w:hAnsi="EB Garamond" w:eastAsia="EB Garamond"/>
          <w:sz w:val="22"/>
        </w:rPr>
        <w:t>Nora immediately smiled.</w:t>
      </w:r>
    </w:p>
    <w:p>
      <w:pPr>
        <w:spacing w:after="0" w:line="120" w:lineRule="exact"/>
        <w:ind w:firstLine="0" w:left="0"/>
      </w:pPr>
    </w:p>
    <w:p>
      <w:pPr>
        <w:spacing w:after="0" w:line="264" w:lineRule="exact"/>
        <w:ind w:firstLine="0" w:left="0"/>
      </w:pPr>
      <w:r>
        <w:rPr>
          <w:rFonts w:ascii="EB Garamond" w:hAnsi="EB Garamond" w:eastAsia="EB Garamond"/>
          <w:sz w:val="22"/>
        </w:rPr>
        <w:t>“Don’t.”</w:t>
      </w:r>
    </w:p>
    <w:p>
      <w:pPr>
        <w:spacing w:after="0" w:line="120" w:lineRule="exact"/>
        <w:ind w:firstLine="0" w:left="0"/>
      </w:pPr>
    </w:p>
    <w:p>
      <w:pPr>
        <w:spacing w:after="0" w:line="264" w:lineRule="exact"/>
        <w:ind w:firstLine="0" w:left="0"/>
      </w:pPr>
      <w:r>
        <w:rPr>
          <w:rFonts w:ascii="EB Garamond" w:hAnsi="EB Garamond" w:eastAsia="EB Garamond"/>
          <w:sz w:val="22"/>
        </w:rPr>
        <w:t>“I didn’t say anything.”</w:t>
      </w:r>
    </w:p>
    <w:p>
      <w:pPr>
        <w:spacing w:after="0" w:line="120" w:lineRule="exact"/>
        <w:ind w:firstLine="0" w:left="0"/>
      </w:pPr>
    </w:p>
    <w:p>
      <w:pPr>
        <w:spacing w:after="0" w:line="264" w:lineRule="exact"/>
        <w:ind w:firstLine="0" w:left="0"/>
      </w:pPr>
      <w:r>
        <w:rPr>
          <w:rFonts w:ascii="EB Garamond" w:hAnsi="EB Garamond" w:eastAsia="EB Garamond"/>
          <w:sz w:val="22"/>
        </w:rPr>
        <w:t>“Your face did.”</w:t>
      </w:r>
    </w:p>
    <w:p>
      <w:pPr>
        <w:spacing w:after="0" w:line="120" w:lineRule="exact"/>
        <w:ind w:firstLine="0" w:left="0"/>
      </w:pPr>
    </w:p>
    <w:p>
      <w:pPr>
        <w:spacing w:after="0" w:line="264" w:lineRule="exact"/>
        <w:ind w:firstLine="0" w:left="0"/>
      </w:pPr>
      <w:r>
        <w:rPr>
          <w:rFonts w:ascii="EB Garamond" w:hAnsi="EB Garamond" w:eastAsia="EB Garamond"/>
          <w:sz w:val="22"/>
        </w:rPr>
        <w:t>Nora pointed at her.</w:t>
      </w:r>
    </w:p>
    <w:p>
      <w:pPr>
        <w:spacing w:after="0" w:line="120" w:lineRule="exact"/>
        <w:ind w:firstLine="0" w:left="0"/>
      </w:pPr>
    </w:p>
    <w:p>
      <w:pPr>
        <w:spacing w:after="0" w:line="264" w:lineRule="exact"/>
        <w:ind w:firstLine="0" w:left="0"/>
      </w:pPr>
      <w:r>
        <w:rPr>
          <w:rFonts w:ascii="EB Garamond" w:hAnsi="EB Garamond" w:eastAsia="EB Garamond"/>
          <w:sz w:val="22"/>
        </w:rPr>
        <w:t>“Text me when you get home.”</w:t>
      </w:r>
    </w:p>
    <w:p>
      <w:pPr>
        <w:spacing w:after="0" w:line="120" w:lineRule="exact"/>
        <w:ind w:firstLine="0" w:left="0"/>
      </w:pPr>
    </w:p>
    <w:p>
      <w:pPr>
        <w:spacing w:after="0" w:line="264" w:lineRule="exact"/>
        <w:ind w:firstLine="0" w:left="0"/>
      </w:pPr>
      <w:r>
        <w:rPr>
          <w:rFonts w:ascii="EB Garamond" w:hAnsi="EB Garamond" w:eastAsia="EB Garamond"/>
          <w:sz w:val="22"/>
        </w:rPr>
        <w:t>“Yes, Mom.”</w:t>
      </w:r>
    </w:p>
    <w:p>
      <w:pPr>
        <w:spacing w:after="0" w:line="120" w:lineRule="exact"/>
        <w:ind w:firstLine="0" w:left="0"/>
      </w:pPr>
    </w:p>
    <w:p>
      <w:pPr>
        <w:spacing w:after="0" w:line="264" w:lineRule="exact"/>
        <w:ind w:firstLine="0" w:left="0"/>
      </w:pPr>
      <w:r>
        <w:rPr>
          <w:rFonts w:ascii="EB Garamond" w:hAnsi="EB Garamond" w:eastAsia="EB Garamond"/>
          <w:sz w:val="22"/>
        </w:rPr>
        <w:t>“Your actual mother would also like that.”</w:t>
      </w:r>
    </w:p>
    <w:p>
      <w:pPr>
        <w:spacing w:after="0" w:line="120" w:lineRule="exact"/>
        <w:ind w:firstLine="0" w:left="0"/>
      </w:pPr>
    </w:p>
    <w:p>
      <w:pPr>
        <w:spacing w:after="0" w:line="264" w:lineRule="exact"/>
        <w:ind w:firstLine="0" w:left="0"/>
      </w:pPr>
      <w:r>
        <w:rPr>
          <w:rFonts w:ascii="EB Garamond" w:hAnsi="EB Garamond" w:eastAsia="EB Garamond"/>
          <w:sz w:val="22"/>
        </w:rPr>
        <w:t>Fair.</w:t>
      </w:r>
    </w:p>
    <w:p>
      <w:pPr>
        <w:spacing w:after="0" w:line="120" w:lineRule="exact"/>
        <w:ind w:firstLine="0" w:left="0"/>
      </w:pPr>
    </w:p>
    <w:p>
      <w:pPr>
        <w:spacing w:after="0" w:line="264" w:lineRule="exact"/>
        <w:ind w:firstLine="0" w:left="0"/>
      </w:pPr>
      <w:r>
        <w:rPr>
          <w:rFonts w:ascii="EB Garamond" w:hAnsi="EB Garamond" w:eastAsia="EB Garamond"/>
          <w:sz w:val="22"/>
        </w:rPr>
        <w:t>Elsie grabbed her bag and went outside.</w:t>
      </w:r>
    </w:p>
    <w:p>
      <w:pPr>
        <w:spacing w:after="0" w:line="120" w:lineRule="exact"/>
        <w:ind w:firstLine="0" w:left="0"/>
      </w:pPr>
    </w:p>
    <w:p>
      <w:pPr>
        <w:spacing w:after="0" w:line="264" w:lineRule="exact"/>
        <w:ind w:firstLine="0" w:left="0"/>
      </w:pPr>
      <w:r>
        <w:rPr>
          <w:rFonts w:ascii="EB Garamond" w:hAnsi="EB Garamond" w:eastAsia="EB Garamond"/>
          <w:sz w:val="22"/>
        </w:rPr>
        <w:t>Mason was leaning against his truck.</w:t>
      </w:r>
    </w:p>
    <w:p>
      <w:pPr>
        <w:spacing w:after="0" w:line="120" w:lineRule="exact"/>
        <w:ind w:firstLine="0" w:left="0"/>
      </w:pPr>
    </w:p>
    <w:p>
      <w:pPr>
        <w:spacing w:after="0" w:line="264" w:lineRule="exact"/>
        <w:ind w:firstLine="0" w:left="0"/>
      </w:pPr>
      <w:r>
        <w:rPr>
          <w:rFonts w:ascii="EB Garamond" w:hAnsi="EB Garamond" w:eastAsia="EB Garamond"/>
          <w:sz w:val="22"/>
        </w:rPr>
        <w:t>He looked tired.</w:t>
      </w:r>
    </w:p>
    <w:p>
      <w:pPr>
        <w:spacing w:after="0" w:line="120" w:lineRule="exact"/>
        <w:ind w:firstLine="0" w:left="0"/>
      </w:pPr>
    </w:p>
    <w:p>
      <w:pPr>
        <w:spacing w:after="0" w:line="264" w:lineRule="exact"/>
        <w:ind w:firstLine="0" w:left="0"/>
      </w:pPr>
      <w:r>
        <w:rPr>
          <w:rFonts w:ascii="EB Garamond" w:hAnsi="EB Garamond" w:eastAsia="EB Garamond"/>
          <w:sz w:val="22"/>
        </w:rPr>
        <w:t>Not stayed-up-too-late tired.</w:t>
      </w:r>
    </w:p>
    <w:p>
      <w:pPr>
        <w:spacing w:after="0" w:line="120" w:lineRule="exact"/>
        <w:ind w:firstLine="0" w:left="0"/>
      </w:pPr>
    </w:p>
    <w:p>
      <w:pPr>
        <w:spacing w:after="0" w:line="264" w:lineRule="exact"/>
        <w:ind w:firstLine="0" w:left="0"/>
      </w:pPr>
      <w:r>
        <w:rPr>
          <w:rFonts w:ascii="EB Garamond" w:hAnsi="EB Garamond" w:eastAsia="EB Garamond"/>
          <w:sz w:val="22"/>
        </w:rPr>
        <w:t>Different.</w:t>
      </w:r>
    </w:p>
    <w:p>
      <w:pPr>
        <w:spacing w:after="0" w:line="120" w:lineRule="exact"/>
        <w:ind w:firstLine="0" w:left="0"/>
      </w:pPr>
    </w:p>
    <w:p>
      <w:pPr>
        <w:spacing w:after="0" w:line="264" w:lineRule="exact"/>
        <w:ind w:firstLine="0" w:left="0"/>
      </w:pPr>
      <w:r>
        <w:rPr>
          <w:rFonts w:ascii="EB Garamond" w:hAnsi="EB Garamond" w:eastAsia="EB Garamond"/>
          <w:sz w:val="22"/>
        </w:rPr>
        <w:t>“Hey.”</w:t>
      </w:r>
    </w:p>
    <w:p>
      <w:pPr>
        <w:spacing w:after="0" w:line="120" w:lineRule="exact"/>
        <w:ind w:firstLine="0" w:left="0"/>
      </w:pPr>
    </w:p>
    <w:p>
      <w:pPr>
        <w:spacing w:after="0" w:line="264" w:lineRule="exact"/>
        <w:ind w:firstLine="0" w:left="0"/>
      </w:pPr>
      <w:r>
        <w:rPr>
          <w:rFonts w:ascii="EB Garamond" w:hAnsi="EB Garamond" w:eastAsia="EB Garamond"/>
          <w:sz w:val="22"/>
        </w:rPr>
        <w:t>“Hey.”</w:t>
      </w:r>
    </w:p>
    <w:p>
      <w:pPr>
        <w:spacing w:after="0" w:line="120" w:lineRule="exact"/>
        <w:ind w:firstLine="0" w:left="0"/>
      </w:pPr>
    </w:p>
    <w:p>
      <w:pPr>
        <w:spacing w:after="0" w:line="264" w:lineRule="exact"/>
        <w:ind w:firstLine="0" w:left="0"/>
      </w:pPr>
      <w:r>
        <w:rPr>
          <w:rFonts w:ascii="EB Garamond" w:hAnsi="EB Garamond" w:eastAsia="EB Garamond"/>
          <w:sz w:val="22"/>
        </w:rPr>
        <w:t>Elsie stopped in front of him.</w:t>
      </w:r>
    </w:p>
    <w:p>
      <w:pPr>
        <w:spacing w:after="0" w:line="120" w:lineRule="exact"/>
        <w:ind w:firstLine="0" w:left="0"/>
      </w:pPr>
    </w:p>
    <w:p>
      <w:pPr>
        <w:spacing w:after="0" w:line="264" w:lineRule="exact"/>
        <w:ind w:firstLine="0" w:left="0"/>
      </w:pPr>
      <w:r>
        <w:rPr>
          <w:rFonts w:ascii="EB Garamond" w:hAnsi="EB Garamond" w:eastAsia="EB Garamond"/>
          <w:sz w:val="22"/>
        </w:rPr>
        <w:t>“What happened?”</w:t>
      </w:r>
    </w:p>
    <w:p>
      <w:pPr>
        <w:spacing w:after="0" w:line="120" w:lineRule="exact"/>
        <w:ind w:firstLine="0" w:left="0"/>
      </w:pPr>
    </w:p>
    <w:p>
      <w:pPr>
        <w:spacing w:after="0" w:line="264" w:lineRule="exact"/>
        <w:ind w:firstLine="0" w:left="0"/>
      </w:pPr>
      <w:r>
        <w:rPr>
          <w:rFonts w:ascii="EB Garamond" w:hAnsi="EB Garamond" w:eastAsia="EB Garamond"/>
          <w:sz w:val="22"/>
        </w:rPr>
        <w:t>He kicked at the pavement.</w:t>
      </w:r>
    </w:p>
    <w:p>
      <w:pPr>
        <w:spacing w:after="0" w:line="120" w:lineRule="exact"/>
        <w:ind w:firstLine="0" w:left="0"/>
      </w:pPr>
    </w:p>
    <w:p>
      <w:pPr>
        <w:spacing w:after="0" w:line="264" w:lineRule="exact"/>
        <w:ind w:firstLine="0" w:left="0"/>
      </w:pPr>
      <w:r>
        <w:rPr>
          <w:rFonts w:ascii="EB Garamond" w:hAnsi="EB Garamond" w:eastAsia="EB Garamond"/>
          <w:sz w:val="22"/>
        </w:rPr>
        <w:t>“My parents got into it.”</w:t>
      </w:r>
    </w:p>
    <w:p>
      <w:pPr>
        <w:spacing w:after="0" w:line="120" w:lineRule="exact"/>
        <w:ind w:firstLine="0" w:left="0"/>
      </w:pPr>
    </w:p>
    <w:p>
      <w:pPr>
        <w:spacing w:after="0" w:line="264" w:lineRule="exact"/>
        <w:ind w:firstLine="0" w:left="0"/>
      </w:pPr>
      <w:r>
        <w:rPr>
          <w:rFonts w:ascii="EB Garamond" w:hAnsi="EB Garamond" w:eastAsia="EB Garamond"/>
          <w:sz w:val="22"/>
        </w:rPr>
        <w:t>Elsie waited.</w:t>
      </w:r>
    </w:p>
    <w:p>
      <w:pPr>
        <w:spacing w:after="0" w:line="120" w:lineRule="exact"/>
        <w:ind w:firstLine="0" w:left="0"/>
      </w:pPr>
    </w:p>
    <w:p>
      <w:pPr>
        <w:spacing w:after="0" w:line="264" w:lineRule="exact"/>
        <w:ind w:firstLine="0" w:left="0"/>
      </w:pPr>
      <w:r>
        <w:rPr>
          <w:rFonts w:ascii="EB Garamond" w:hAnsi="EB Garamond" w:eastAsia="EB Garamond"/>
          <w:sz w:val="22"/>
        </w:rPr>
        <w:t>“My mom wants my dad to come to church Sunday.”</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“He said no.”</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“And then it became this whole thing about God and church and whether any of it actually matters.”</w:t>
      </w:r>
    </w:p>
    <w:p>
      <w:pPr>
        <w:spacing w:after="0" w:line="120" w:lineRule="exact"/>
        <w:ind w:firstLine="0" w:left="0"/>
      </w:pPr>
    </w:p>
    <w:p>
      <w:pPr>
        <w:spacing w:after="0" w:line="264" w:lineRule="exact"/>
        <w:ind w:firstLine="0" w:left="0"/>
      </w:pPr>
      <w:r>
        <w:rPr>
          <w:rFonts w:ascii="EB Garamond" w:hAnsi="EB Garamond" w:eastAsia="EB Garamond"/>
          <w:sz w:val="22"/>
        </w:rPr>
        <w:t>Elsie leaned against the truck beside him.</w:t>
      </w:r>
    </w:p>
    <w:p>
      <w:pPr>
        <w:spacing w:after="0" w:line="120" w:lineRule="exact"/>
        <w:ind w:firstLine="0" w:left="0"/>
      </w:pPr>
    </w:p>
    <w:p>
      <w:pPr>
        <w:spacing w:after="0" w:line="264" w:lineRule="exact"/>
        <w:ind w:firstLine="0" w:left="0"/>
      </w:pPr>
      <w:r>
        <w:rPr>
          <w:rFonts w:ascii="EB Garamond" w:hAnsi="EB Garamond" w:eastAsia="EB Garamond"/>
          <w:sz w:val="22"/>
        </w:rPr>
        <w:t>Mason looked down.</w:t>
      </w:r>
    </w:p>
    <w:p>
      <w:pPr>
        <w:spacing w:after="0" w:line="120" w:lineRule="exact"/>
        <w:ind w:firstLine="0" w:left="0"/>
      </w:pPr>
    </w:p>
    <w:p>
      <w:pPr>
        <w:spacing w:after="0" w:line="264" w:lineRule="exact"/>
        <w:ind w:firstLine="0" w:left="0"/>
      </w:pPr>
      <w:r>
        <w:rPr>
          <w:rFonts w:ascii="EB Garamond" w:hAnsi="EB Garamond" w:eastAsia="EB Garamond"/>
          <w:sz w:val="22"/>
        </w:rPr>
        <w:t>“My dad said maybe God hasn’t said anything because nobody’s actually listening.”</w:t>
      </w:r>
    </w:p>
    <w:p>
      <w:pPr>
        <w:spacing w:after="0" w:line="120" w:lineRule="exact"/>
        <w:ind w:firstLine="0" w:left="0"/>
      </w:pPr>
    </w:p>
    <w:p>
      <w:pPr>
        <w:spacing w:after="0" w:line="264" w:lineRule="exact"/>
        <w:ind w:firstLine="0" w:left="0"/>
      </w:pPr>
      <w:r>
        <w:rPr>
          <w:rFonts w:ascii="EB Garamond" w:hAnsi="EB Garamond" w:eastAsia="EB Garamond"/>
          <w:sz w:val="22"/>
        </w:rPr>
        <w:t>Elsie frowned.</w:t>
      </w:r>
    </w:p>
    <w:p>
      <w:pPr>
        <w:spacing w:after="0" w:line="120" w:lineRule="exact"/>
        <w:ind w:firstLine="0" w:left="0"/>
      </w:pPr>
    </w:p>
    <w:p>
      <w:pPr>
        <w:spacing w:after="0" w:line="264" w:lineRule="exact"/>
        <w:ind w:firstLine="0" w:left="0"/>
      </w:pPr>
      <w:r>
        <w:rPr>
          <w:rFonts w:ascii="EB Garamond" w:hAnsi="EB Garamond" w:eastAsia="EB Garamond"/>
          <w:sz w:val="22"/>
        </w:rPr>
        <w:t>“What does that mean?”</w:t>
      </w:r>
    </w:p>
    <w:p>
      <w:pPr>
        <w:spacing w:after="0" w:line="120" w:lineRule="exact"/>
        <w:ind w:firstLine="0" w:left="0"/>
      </w:pPr>
    </w:p>
    <w:p>
      <w:pPr>
        <w:spacing w:after="0" w:line="264" w:lineRule="exact"/>
        <w:ind w:firstLine="0" w:left="0"/>
      </w:pPr>
      <w:r>
        <w:rPr>
          <w:rFonts w:ascii="EB Garamond" w:hAnsi="EB Garamond" w:eastAsia="EB Garamond"/>
          <w:sz w:val="22"/>
        </w:rPr>
        <w:t>“No idea.”</w:t>
      </w:r>
    </w:p>
    <w:p>
      <w:pPr>
        <w:spacing w:after="0" w:line="120" w:lineRule="exact"/>
        <w:ind w:firstLine="0" w:left="0"/>
      </w:pPr>
    </w:p>
    <w:p>
      <w:pPr>
        <w:spacing w:after="0" w:line="264" w:lineRule="exact"/>
        <w:ind w:firstLine="0" w:left="0"/>
      </w:pPr>
      <w:r>
        <w:rPr>
          <w:rFonts w:ascii="EB Garamond" w:hAnsi="EB Garamond" w:eastAsia="EB Garamond"/>
          <w:sz w:val="22"/>
        </w:rPr>
        <w:t>They stood quietly.</w:t>
      </w:r>
    </w:p>
    <w:p>
      <w:pPr>
        <w:spacing w:after="0" w:line="120" w:lineRule="exact"/>
        <w:ind w:firstLine="0" w:left="0"/>
      </w:pPr>
    </w:p>
    <w:p>
      <w:pPr>
        <w:spacing w:after="0" w:line="264" w:lineRule="exact"/>
        <w:ind w:firstLine="0" w:left="0"/>
      </w:pPr>
      <w:r>
        <w:rPr>
          <w:rFonts w:ascii="EB Garamond" w:hAnsi="EB Garamond" w:eastAsia="EB Garamond"/>
          <w:sz w:val="22"/>
        </w:rPr>
        <w:t>Then Mason said:</w:t>
      </w:r>
    </w:p>
    <w:p>
      <w:pPr>
        <w:spacing w:after="0" w:line="120" w:lineRule="exact"/>
        <w:ind w:firstLine="0" w:left="0"/>
      </w:pPr>
    </w:p>
    <w:p>
      <w:pPr>
        <w:spacing w:after="0" w:line="264" w:lineRule="exact"/>
        <w:ind w:firstLine="0" w:left="0"/>
      </w:pPr>
      <w:r>
        <w:rPr>
          <w:rFonts w:ascii="EB Garamond" w:hAnsi="EB Garamond" w:eastAsia="EB Garamond"/>
          <w:sz w:val="22"/>
        </w:rPr>
        <w:t>“I hate when they do this.”</w:t>
      </w:r>
    </w:p>
    <w:p>
      <w:pPr>
        <w:spacing w:after="0" w:line="120" w:lineRule="exact"/>
        <w:ind w:firstLine="0" w:left="0"/>
      </w:pPr>
    </w:p>
    <w:p>
      <w:pPr>
        <w:spacing w:after="0" w:line="264" w:lineRule="exact"/>
        <w:ind w:firstLine="0" w:left="0"/>
      </w:pPr>
      <w:r>
        <w:rPr>
          <w:rFonts w:ascii="EB Garamond" w:hAnsi="EB Garamond" w:eastAsia="EB Garamond"/>
          <w:sz w:val="22"/>
        </w:rPr>
        <w:t>“Fight?”</w:t>
      </w:r>
    </w:p>
    <w:p>
      <w:pPr>
        <w:spacing w:after="0" w:line="120" w:lineRule="exact"/>
        <w:ind w:firstLine="0" w:left="0"/>
      </w:pPr>
    </w:p>
    <w:p>
      <w:pPr>
        <w:spacing w:after="0" w:line="264" w:lineRule="exact"/>
        <w:ind w:firstLine="0" w:left="0"/>
      </w:pPr>
      <w:r>
        <w:rPr>
          <w:rFonts w:ascii="EB Garamond" w:hAnsi="EB Garamond" w:eastAsia="EB Garamond"/>
          <w:sz w:val="22"/>
        </w:rPr>
        <w:t>“Make me pick.”</w:t>
      </w:r>
    </w:p>
    <w:p>
      <w:pPr>
        <w:spacing w:after="0" w:line="120" w:lineRule="exact"/>
        <w:ind w:firstLine="0" w:left="0"/>
      </w:pPr>
    </w:p>
    <w:p>
      <w:pPr>
        <w:spacing w:after="0" w:line="264" w:lineRule="exact"/>
        <w:ind w:firstLine="0" w:left="0"/>
      </w:pPr>
      <w:r>
        <w:rPr>
          <w:rFonts w:ascii="EB Garamond" w:hAnsi="EB Garamond" w:eastAsia="EB Garamond"/>
          <w:sz w:val="22"/>
        </w:rPr>
        <w:t>Elsie looked at him.</w:t>
      </w:r>
    </w:p>
    <w:p>
      <w:pPr>
        <w:spacing w:after="0" w:line="120" w:lineRule="exact"/>
        <w:ind w:firstLine="0" w:left="0"/>
      </w:pPr>
    </w:p>
    <w:p>
      <w:pPr>
        <w:spacing w:after="0" w:line="264" w:lineRule="exact"/>
        <w:ind w:firstLine="0" w:left="0"/>
      </w:pPr>
      <w:r>
        <w:rPr>
          <w:rFonts w:ascii="EB Garamond" w:hAnsi="EB Garamond" w:eastAsia="EB Garamond"/>
          <w:sz w:val="22"/>
        </w:rPr>
        <w:t>“They ask you to?”</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He kicked the pavement again.</w:t>
      </w:r>
    </w:p>
    <w:p>
      <w:pPr>
        <w:spacing w:after="0" w:line="120" w:lineRule="exact"/>
        <w:ind w:firstLine="0" w:left="0"/>
      </w:pPr>
    </w:p>
    <w:p>
      <w:pPr>
        <w:spacing w:after="0" w:line="264" w:lineRule="exact"/>
        <w:ind w:firstLine="0" w:left="0"/>
      </w:pPr>
      <w:r>
        <w:rPr>
          <w:rFonts w:ascii="EB Garamond" w:hAnsi="EB Garamond" w:eastAsia="EB Garamond"/>
          <w:sz w:val="22"/>
        </w:rPr>
        <w:t>“But if I agree with my mom, I’m the church kid.”</w:t>
      </w:r>
    </w:p>
    <w:p>
      <w:pPr>
        <w:spacing w:after="0" w:line="120" w:lineRule="exact"/>
        <w:ind w:firstLine="0" w:left="0"/>
      </w:pPr>
    </w:p>
    <w:p>
      <w:pPr>
        <w:spacing w:after="0" w:line="264" w:lineRule="exact"/>
        <w:ind w:firstLine="0" w:left="0"/>
      </w:pPr>
      <w:r>
        <w:rPr>
          <w:rFonts w:ascii="EB Garamond" w:hAnsi="EB Garamond" w:eastAsia="EB Garamond"/>
          <w:sz w:val="22"/>
        </w:rPr>
        <w:t>He paused.</w:t>
      </w:r>
    </w:p>
    <w:p>
      <w:pPr>
        <w:spacing w:after="0" w:line="120" w:lineRule="exact"/>
        <w:ind w:firstLine="0" w:left="0"/>
      </w:pPr>
    </w:p>
    <w:p>
      <w:pPr>
        <w:spacing w:after="0" w:line="264" w:lineRule="exact"/>
        <w:ind w:firstLine="0" w:left="0"/>
      </w:pPr>
      <w:r>
        <w:rPr>
          <w:rFonts w:ascii="EB Garamond" w:hAnsi="EB Garamond" w:eastAsia="EB Garamond"/>
          <w:sz w:val="22"/>
        </w:rPr>
        <w:t>“If I agree with my dad, it feels like I’m rejecting God.”</w:t>
      </w:r>
    </w:p>
    <w:p>
      <w:pPr>
        <w:spacing w:after="0" w:line="120" w:lineRule="exact"/>
        <w:ind w:firstLine="0" w:left="0"/>
      </w:pPr>
    </w:p>
    <w:p>
      <w:pPr>
        <w:spacing w:after="0" w:line="264" w:lineRule="exact"/>
        <w:ind w:firstLine="0" w:left="0"/>
      </w:pPr>
      <w:r>
        <w:rPr>
          <w:rFonts w:ascii="EB Garamond" w:hAnsi="EB Garamond" w:eastAsia="EB Garamond"/>
          <w:sz w:val="22"/>
        </w:rPr>
        <w:t>Elsie’s chest tightened.</w:t>
      </w:r>
    </w:p>
    <w:p>
      <w:pPr>
        <w:spacing w:after="0" w:line="120" w:lineRule="exact"/>
        <w:ind w:firstLine="0" w:left="0"/>
      </w:pPr>
    </w:p>
    <w:p>
      <w:pPr>
        <w:spacing w:after="0" w:line="264" w:lineRule="exact"/>
        <w:ind w:firstLine="0" w:left="0"/>
      </w:pPr>
      <w:r>
        <w:rPr>
          <w:rFonts w:ascii="EB Garamond" w:hAnsi="EB Garamond" w:eastAsia="EB Garamond"/>
          <w:sz w:val="22"/>
        </w:rPr>
        <w:t>“And I don’t even know what I think.”</w:t>
      </w:r>
    </w:p>
    <w:p>
      <w:pPr>
        <w:spacing w:after="0" w:line="120" w:lineRule="exact"/>
        <w:ind w:firstLine="0" w:left="0"/>
      </w:pPr>
    </w:p>
    <w:p>
      <w:pPr>
        <w:spacing w:after="0" w:line="264" w:lineRule="exact"/>
        <w:ind w:firstLine="0" w:left="0"/>
      </w:pPr>
      <w:r>
        <w:rPr>
          <w:rFonts w:ascii="EB Garamond" w:hAnsi="EB Garamond" w:eastAsia="EB Garamond"/>
          <w:sz w:val="22"/>
        </w:rPr>
        <w:t>There it was.</w:t>
      </w:r>
    </w:p>
    <w:p>
      <w:pPr>
        <w:spacing w:after="0" w:line="120" w:lineRule="exact"/>
        <w:ind w:firstLine="0" w:left="0"/>
      </w:pPr>
    </w:p>
    <w:p>
      <w:pPr>
        <w:spacing w:after="0" w:line="264" w:lineRule="exact"/>
        <w:ind w:firstLine="0" w:left="0"/>
      </w:pPr>
      <w:r>
        <w:rPr>
          <w:rFonts w:ascii="EB Garamond" w:hAnsi="EB Garamond" w:eastAsia="EB Garamond"/>
          <w:sz w:val="22"/>
        </w:rPr>
        <w:t>Elsie thought about Thomas.</w:t>
      </w:r>
    </w:p>
    <w:p>
      <w:pPr>
        <w:spacing w:after="0" w:line="120" w:lineRule="exact"/>
        <w:ind w:firstLine="0" w:left="0"/>
      </w:pPr>
    </w:p>
    <w:p>
      <w:pPr>
        <w:spacing w:after="0" w:line="264" w:lineRule="exact"/>
        <w:ind w:firstLine="0" w:left="0"/>
      </w:pPr>
      <w:r>
        <w:rPr>
          <w:rFonts w:ascii="EB Garamond" w:hAnsi="EB Garamond" w:eastAsia="EB Garamond"/>
          <w:sz w:val="22"/>
        </w:rPr>
        <w:t>Eight days.</w:t>
      </w:r>
    </w:p>
    <w:p>
      <w:pPr>
        <w:spacing w:after="0" w:line="120" w:lineRule="exact"/>
        <w:ind w:firstLine="0" w:left="0"/>
      </w:pPr>
    </w:p>
    <w:p>
      <w:pPr>
        <w:spacing w:after="0" w:line="264" w:lineRule="exact"/>
        <w:ind w:firstLine="0" w:left="0"/>
      </w:pPr>
      <w:r>
        <w:rPr>
          <w:rFonts w:ascii="EB Garamond" w:hAnsi="EB Garamond" w:eastAsia="EB Garamond"/>
          <w:sz w:val="22"/>
        </w:rPr>
        <w:t>The others seeing first.</w:t>
      </w:r>
    </w:p>
    <w:p>
      <w:pPr>
        <w:spacing w:after="0" w:line="120" w:lineRule="exact"/>
        <w:ind w:firstLine="0" w:left="0"/>
      </w:pPr>
    </w:p>
    <w:p>
      <w:pPr>
        <w:spacing w:after="0" w:line="264" w:lineRule="exact"/>
        <w:ind w:firstLine="0" w:left="0"/>
      </w:pPr>
      <w:r>
        <w:rPr>
          <w:rFonts w:ascii="EB Garamond" w:hAnsi="EB Garamond" w:eastAsia="EB Garamond"/>
          <w:sz w:val="22"/>
        </w:rPr>
        <w:t>Thomas staying.</w:t>
      </w:r>
    </w:p>
    <w:p>
      <w:pPr>
        <w:spacing w:after="0" w:line="120" w:lineRule="exact"/>
        <w:ind w:firstLine="0" w:left="0"/>
      </w:pPr>
    </w:p>
    <w:p>
      <w:pPr>
        <w:spacing w:after="0" w:line="264" w:lineRule="exact"/>
        <w:ind w:firstLine="0" w:left="0"/>
      </w:pPr>
      <w:r>
        <w:rPr>
          <w:rFonts w:ascii="EB Garamond" w:hAnsi="EB Garamond" w:eastAsia="EB Garamond"/>
          <w:sz w:val="22"/>
        </w:rPr>
        <w:t>She could tell Mason all of it.</w:t>
      </w:r>
    </w:p>
    <w:p>
      <w:pPr>
        <w:spacing w:after="0" w:line="120" w:lineRule="exact"/>
        <w:ind w:firstLine="0" w:left="0"/>
      </w:pPr>
    </w:p>
    <w:p>
      <w:pPr>
        <w:spacing w:after="0" w:line="264" w:lineRule="exact"/>
        <w:ind w:firstLine="0" w:left="0"/>
      </w:pPr>
      <w:r>
        <w:rPr>
          <w:rFonts w:ascii="EB Garamond" w:hAnsi="EB Garamond" w:eastAsia="EB Garamond"/>
          <w:sz w:val="22"/>
        </w:rPr>
        <w:t>She could make it fit.</w:t>
      </w:r>
    </w:p>
    <w:p>
      <w:pPr>
        <w:spacing w:after="0" w:line="120" w:lineRule="exact"/>
        <w:ind w:firstLine="0" w:left="0"/>
      </w:pPr>
    </w:p>
    <w:p>
      <w:pPr>
        <w:spacing w:after="0" w:line="264" w:lineRule="exact"/>
        <w:ind w:firstLine="0" w:left="0"/>
      </w:pPr>
      <w:r>
        <w:rPr>
          <w:rFonts w:ascii="EB Garamond" w:hAnsi="EB Garamond" w:eastAsia="EB Garamond"/>
          <w:sz w:val="22"/>
        </w:rPr>
        <w:t>Perfectly.</w:t>
      </w:r>
    </w:p>
    <w:p>
      <w:pPr>
        <w:spacing w:after="0" w:line="120" w:lineRule="exact"/>
        <w:ind w:firstLine="0" w:left="0"/>
      </w:pPr>
    </w:p>
    <w:p>
      <w:pPr>
        <w:spacing w:after="0" w:line="264" w:lineRule="exact"/>
        <w:ind w:firstLine="0" w:left="0"/>
      </w:pPr>
      <w:r>
        <w:rPr>
          <w:rFonts w:ascii="EB Garamond" w:hAnsi="EB Garamond" w:eastAsia="EB Garamond"/>
          <w:sz w:val="22"/>
        </w:rPr>
        <w:t>Too perfectly.</w:t>
      </w:r>
    </w:p>
    <w:p>
      <w:pPr>
        <w:spacing w:after="0" w:line="120" w:lineRule="exact"/>
        <w:ind w:firstLine="0" w:left="0"/>
      </w:pPr>
    </w:p>
    <w:p>
      <w:pPr>
        <w:spacing w:after="0" w:line="264" w:lineRule="exact"/>
        <w:ind w:firstLine="0" w:left="0"/>
      </w:pPr>
      <w:r>
        <w:rPr>
          <w:rFonts w:ascii="EB Garamond" w:hAnsi="EB Garamond" w:eastAsia="EB Garamond"/>
          <w:i/>
          <w:sz w:val="22"/>
        </w:rPr>
        <w:t>Mason — Doubted.</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She stayed quiet.</w:t>
      </w:r>
    </w:p>
    <w:p>
      <w:pPr>
        <w:spacing w:after="0" w:line="120" w:lineRule="exact"/>
        <w:ind w:firstLine="0" w:left="0"/>
      </w:pPr>
    </w:p>
    <w:p>
      <w:pPr>
        <w:spacing w:after="0" w:line="264" w:lineRule="exact"/>
        <w:ind w:firstLine="0" w:left="0"/>
      </w:pPr>
      <w:r>
        <w:rPr>
          <w:rFonts w:ascii="EB Garamond" w:hAnsi="EB Garamond" w:eastAsia="EB Garamond"/>
          <w:sz w:val="22"/>
        </w:rPr>
        <w:t>Mason looked over.</w:t>
      </w:r>
    </w:p>
    <w:p>
      <w:pPr>
        <w:spacing w:after="0" w:line="120" w:lineRule="exact"/>
        <w:ind w:firstLine="0" w:left="0"/>
      </w:pPr>
    </w:p>
    <w:p>
      <w:pPr>
        <w:spacing w:after="0" w:line="264" w:lineRule="exact"/>
        <w:ind w:firstLine="0" w:left="0"/>
      </w:pPr>
      <w:r>
        <w:rPr>
          <w:rFonts w:ascii="EB Garamond" w:hAnsi="EB Garamond" w:eastAsia="EB Garamond"/>
          <w:sz w:val="22"/>
        </w:rPr>
        <w:t>“You don’t have anything?”</w:t>
      </w:r>
    </w:p>
    <w:p>
      <w:pPr>
        <w:spacing w:after="0" w:line="120" w:lineRule="exact"/>
        <w:ind w:firstLine="0" w:left="0"/>
      </w:pPr>
    </w:p>
    <w:p>
      <w:pPr>
        <w:spacing w:after="0" w:line="264" w:lineRule="exact"/>
        <w:ind w:firstLine="0" w:left="0"/>
      </w:pPr>
      <w:r>
        <w:rPr>
          <w:rFonts w:ascii="EB Garamond" w:hAnsi="EB Garamond" w:eastAsia="EB Garamond"/>
          <w:sz w:val="22"/>
        </w:rPr>
        <w:t>Elsie laughed softly.</w:t>
      </w:r>
    </w:p>
    <w:p>
      <w:pPr>
        <w:spacing w:after="0" w:line="120" w:lineRule="exact"/>
        <w:ind w:firstLine="0" w:left="0"/>
      </w:pPr>
    </w:p>
    <w:p>
      <w:pPr>
        <w:spacing w:after="0" w:line="264" w:lineRule="exact"/>
        <w:ind w:firstLine="0" w:left="0"/>
      </w:pPr>
      <w:r>
        <w:rPr>
          <w:rFonts w:ascii="EB Garamond" w:hAnsi="EB Garamond" w:eastAsia="EB Garamond"/>
          <w:sz w:val="22"/>
        </w:rPr>
        <w:t>“I have lots of things.”</w:t>
      </w:r>
    </w:p>
    <w:p>
      <w:pPr>
        <w:spacing w:after="0" w:line="120" w:lineRule="exact"/>
        <w:ind w:firstLine="0" w:left="0"/>
      </w:pPr>
    </w:p>
    <w:p>
      <w:pPr>
        <w:spacing w:after="0" w:line="264" w:lineRule="exact"/>
        <w:ind w:firstLine="0" w:left="0"/>
      </w:pPr>
      <w:r>
        <w:rPr>
          <w:rFonts w:ascii="EB Garamond" w:hAnsi="EB Garamond" w:eastAsia="EB Garamond"/>
          <w:sz w:val="22"/>
        </w:rPr>
        <w:t>“That’s concerning.”</w:t>
      </w:r>
    </w:p>
    <w:p>
      <w:pPr>
        <w:spacing w:after="0" w:line="120" w:lineRule="exact"/>
        <w:ind w:firstLine="0" w:left="0"/>
      </w:pPr>
    </w:p>
    <w:p>
      <w:pPr>
        <w:spacing w:after="0" w:line="264" w:lineRule="exact"/>
        <w:ind w:firstLine="0" w:left="0"/>
      </w:pPr>
      <w:r>
        <w:rPr>
          <w:rFonts w:ascii="EB Garamond" w:hAnsi="EB Garamond" w:eastAsia="EB Garamond"/>
          <w:sz w:val="22"/>
        </w:rPr>
        <w:t>“I just don’t know if you need them.”</w:t>
      </w:r>
    </w:p>
    <w:p>
      <w:pPr>
        <w:spacing w:after="0" w:line="120" w:lineRule="exact"/>
        <w:ind w:firstLine="0" w:left="0"/>
      </w:pPr>
    </w:p>
    <w:p>
      <w:pPr>
        <w:spacing w:after="0" w:line="264" w:lineRule="exact"/>
        <w:ind w:firstLine="0" w:left="0"/>
      </w:pPr>
      <w:r>
        <w:rPr>
          <w:rFonts w:ascii="EB Garamond" w:hAnsi="EB Garamond" w:eastAsia="EB Garamond"/>
          <w:sz w:val="22"/>
        </w:rPr>
        <w:t>Mason smiled a little.</w:t>
      </w:r>
    </w:p>
    <w:p>
      <w:pPr>
        <w:spacing w:after="0" w:line="120" w:lineRule="exact"/>
        <w:ind w:firstLine="0" w:left="0"/>
      </w:pPr>
    </w:p>
    <w:p>
      <w:pPr>
        <w:spacing w:after="0" w:line="264" w:lineRule="exact"/>
        <w:ind w:firstLine="0" w:left="0"/>
      </w:pPr>
      <w:r>
        <w:rPr>
          <w:rFonts w:ascii="EB Garamond" w:hAnsi="EB Garamond" w:eastAsia="EB Garamond"/>
          <w:sz w:val="22"/>
        </w:rPr>
        <w:t>“I don’t know either.”</w:t>
      </w:r>
    </w:p>
    <w:p>
      <w:pPr>
        <w:spacing w:after="0" w:line="120" w:lineRule="exact"/>
        <w:ind w:firstLine="0" w:left="0"/>
      </w:pPr>
    </w:p>
    <w:p>
      <w:pPr>
        <w:spacing w:after="0" w:line="264" w:lineRule="exact"/>
        <w:ind w:firstLine="0" w:left="0"/>
      </w:pPr>
      <w:r>
        <w:rPr>
          <w:rFonts w:ascii="EB Garamond" w:hAnsi="EB Garamond" w:eastAsia="EB Garamond"/>
          <w:sz w:val="22"/>
        </w:rPr>
        <w:t>They stood there.</w:t>
      </w:r>
    </w:p>
    <w:p>
      <w:pPr>
        <w:spacing w:after="0" w:line="120" w:lineRule="exact"/>
        <w:ind w:firstLine="0" w:left="0"/>
      </w:pPr>
    </w:p>
    <w:p>
      <w:pPr>
        <w:spacing w:after="0" w:line="264" w:lineRule="exact"/>
        <w:ind w:firstLine="0" w:left="0"/>
      </w:pPr>
      <w:r>
        <w:rPr>
          <w:rFonts w:ascii="EB Garamond" w:hAnsi="EB Garamond" w:eastAsia="EB Garamond"/>
          <w:sz w:val="22"/>
        </w:rPr>
        <w:t>Then Elsie said:</w:t>
      </w:r>
    </w:p>
    <w:p>
      <w:pPr>
        <w:spacing w:after="0" w:line="120" w:lineRule="exact"/>
        <w:ind w:firstLine="0" w:left="0"/>
      </w:pPr>
    </w:p>
    <w:p>
      <w:pPr>
        <w:spacing w:after="0" w:line="264" w:lineRule="exact"/>
        <w:ind w:firstLine="0" w:left="0"/>
      </w:pPr>
      <w:r>
        <w:rPr>
          <w:rFonts w:ascii="EB Garamond" w:hAnsi="EB Garamond" w:eastAsia="EB Garamond"/>
          <w:sz w:val="22"/>
        </w:rPr>
        <w:t>“Do you want to know what we talked about tonight?”</w:t>
      </w:r>
    </w:p>
    <w:p>
      <w:pPr>
        <w:spacing w:after="0" w:line="120" w:lineRule="exact"/>
        <w:ind w:firstLine="0" w:left="0"/>
      </w:pPr>
    </w:p>
    <w:p>
      <w:pPr>
        <w:spacing w:after="0" w:line="264" w:lineRule="exact"/>
        <w:ind w:firstLine="0" w:left="0"/>
      </w:pPr>
      <w:r>
        <w:rPr>
          <w:rFonts w:ascii="EB Garamond" w:hAnsi="EB Garamond" w:eastAsia="EB Garamond"/>
          <w:sz w:val="22"/>
        </w:rPr>
        <w:t>“At Bible study?”</w:t>
      </w:r>
    </w:p>
    <w:p>
      <w:pPr>
        <w:spacing w:after="0" w:line="120" w:lineRule="exact"/>
        <w:ind w:firstLine="0" w:left="0"/>
      </w:pPr>
    </w:p>
    <w:p>
      <w:pPr>
        <w:spacing w:after="0" w:line="264" w:lineRule="exact"/>
        <w:ind w:firstLine="0" w:left="0"/>
      </w:pPr>
      <w:r>
        <w:rPr>
          <w:rFonts w:ascii="EB Garamond" w:hAnsi="EB Garamond" w:eastAsia="EB Garamond"/>
          <w:sz w:val="22"/>
        </w:rPr>
        <w:t>“Yeah.”</w:t>
      </w:r>
    </w:p>
    <w:p>
      <w:pPr>
        <w:spacing w:after="0" w:line="120" w:lineRule="exact"/>
        <w:ind w:firstLine="0" w:left="0"/>
      </w:pPr>
    </w:p>
    <w:p>
      <w:pPr>
        <w:spacing w:after="0" w:line="264" w:lineRule="exact"/>
        <w:ind w:firstLine="0" w:left="0"/>
      </w:pPr>
      <w:r>
        <w:rPr>
          <w:rFonts w:ascii="EB Garamond" w:hAnsi="EB Garamond" w:eastAsia="EB Garamond"/>
          <w:sz w:val="22"/>
        </w:rPr>
        <w:t>“Was it weird?”</w:t>
      </w:r>
    </w:p>
    <w:p>
      <w:pPr>
        <w:spacing w:after="0" w:line="120" w:lineRule="exact"/>
        <w:ind w:firstLine="0" w:left="0"/>
      </w:pPr>
    </w:p>
    <w:p>
      <w:pPr>
        <w:spacing w:after="0" w:line="264" w:lineRule="exact"/>
        <w:ind w:firstLine="0" w:left="0"/>
      </w:pPr>
      <w:r>
        <w:rPr>
          <w:rFonts w:ascii="EB Garamond" w:hAnsi="EB Garamond" w:eastAsia="EB Garamond"/>
          <w:sz w:val="22"/>
        </w:rPr>
        <w:t>“Moderately.”</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So she told him.</w:t>
      </w:r>
    </w:p>
    <w:p>
      <w:pPr>
        <w:spacing w:after="0" w:line="120" w:lineRule="exact"/>
        <w:ind w:firstLine="0" w:left="0"/>
      </w:pPr>
    </w:p>
    <w:p>
      <w:pPr>
        <w:spacing w:after="0" w:line="264" w:lineRule="exact"/>
        <w:ind w:firstLine="0" w:left="0"/>
      </w:pPr>
      <w:r>
        <w:rPr>
          <w:rFonts w:ascii="EB Garamond" w:hAnsi="EB Garamond" w:eastAsia="EB Garamond"/>
          <w:sz w:val="22"/>
        </w:rPr>
        <w:t>Not as a lesson.</w:t>
      </w:r>
    </w:p>
    <w:p>
      <w:pPr>
        <w:spacing w:after="0" w:line="120" w:lineRule="exact"/>
        <w:ind w:firstLine="0" w:left="0"/>
      </w:pPr>
    </w:p>
    <w:p>
      <w:pPr>
        <w:spacing w:after="0" w:line="264" w:lineRule="exact"/>
        <w:ind w:firstLine="0" w:left="0"/>
      </w:pPr>
      <w:r>
        <w:rPr>
          <w:rFonts w:ascii="EB Garamond" w:hAnsi="EB Garamond" w:eastAsia="EB Garamond"/>
          <w:sz w:val="22"/>
        </w:rPr>
        <w:t>Just the story.</w:t>
      </w:r>
    </w:p>
    <w:p>
      <w:pPr>
        <w:spacing w:after="0" w:line="120" w:lineRule="exact"/>
        <w:ind w:firstLine="0" w:left="0"/>
      </w:pPr>
    </w:p>
    <w:p>
      <w:pPr>
        <w:spacing w:after="0" w:line="264" w:lineRule="exact"/>
        <w:ind w:firstLine="0" w:left="0"/>
      </w:pPr>
      <w:r>
        <w:rPr>
          <w:rFonts w:ascii="EB Garamond" w:hAnsi="EB Garamond" w:eastAsia="EB Garamond"/>
          <w:sz w:val="22"/>
        </w:rPr>
        <w:t>Thomas missing Jesus.</w:t>
      </w:r>
    </w:p>
    <w:p>
      <w:pPr>
        <w:spacing w:after="0" w:line="120" w:lineRule="exact"/>
        <w:ind w:firstLine="0" w:left="0"/>
      </w:pPr>
    </w:p>
    <w:p>
      <w:pPr>
        <w:spacing w:after="0" w:line="264" w:lineRule="exact"/>
        <w:ind w:firstLine="0" w:left="0"/>
      </w:pPr>
      <w:r>
        <w:rPr>
          <w:rFonts w:ascii="EB Garamond" w:hAnsi="EB Garamond" w:eastAsia="EB Garamond"/>
          <w:sz w:val="22"/>
        </w:rPr>
        <w:t>The others seeing first.</w:t>
      </w:r>
    </w:p>
    <w:p>
      <w:pPr>
        <w:spacing w:after="0" w:line="120" w:lineRule="exact"/>
        <w:ind w:firstLine="0" w:left="0"/>
      </w:pPr>
    </w:p>
    <w:p>
      <w:pPr>
        <w:spacing w:after="0" w:line="264" w:lineRule="exact"/>
        <w:ind w:firstLine="0" w:left="0"/>
      </w:pPr>
      <w:r>
        <w:rPr>
          <w:rFonts w:ascii="EB Garamond" w:hAnsi="EB Garamond" w:eastAsia="EB Garamond"/>
          <w:sz w:val="22"/>
        </w:rPr>
        <w:t>Thomas refusing to take their word for it.</w:t>
      </w:r>
    </w:p>
    <w:p>
      <w:pPr>
        <w:spacing w:after="0" w:line="120" w:lineRule="exact"/>
        <w:ind w:firstLine="0" w:left="0"/>
      </w:pPr>
    </w:p>
    <w:p>
      <w:pPr>
        <w:spacing w:after="0" w:line="264" w:lineRule="exact"/>
        <w:ind w:firstLine="0" w:left="0"/>
      </w:pPr>
      <w:r>
        <w:rPr>
          <w:rFonts w:ascii="EB Garamond" w:hAnsi="EB Garamond" w:eastAsia="EB Garamond"/>
          <w:sz w:val="22"/>
        </w:rPr>
        <w:t>Eight days.</w:t>
      </w:r>
    </w:p>
    <w:p>
      <w:pPr>
        <w:spacing w:after="0" w:line="120" w:lineRule="exact"/>
        <w:ind w:firstLine="0" w:left="0"/>
      </w:pPr>
    </w:p>
    <w:p>
      <w:pPr>
        <w:spacing w:after="0" w:line="264" w:lineRule="exact"/>
        <w:ind w:firstLine="0" w:left="0"/>
      </w:pPr>
      <w:r>
        <w:rPr>
          <w:rFonts w:ascii="EB Garamond" w:hAnsi="EB Garamond" w:eastAsia="EB Garamond"/>
          <w:sz w:val="22"/>
        </w:rPr>
        <w:t>Jesus coming back.</w:t>
      </w:r>
    </w:p>
    <w:p>
      <w:pPr>
        <w:spacing w:after="0" w:line="120" w:lineRule="exact"/>
        <w:ind w:firstLine="0" w:left="0"/>
      </w:pPr>
    </w:p>
    <w:p>
      <w:pPr>
        <w:spacing w:after="0" w:line="264" w:lineRule="exact"/>
        <w:ind w:firstLine="0" w:left="0"/>
      </w:pPr>
      <w:r>
        <w:rPr>
          <w:rFonts w:ascii="EB Garamond" w:hAnsi="EB Garamond" w:eastAsia="EB Garamond"/>
          <w:sz w:val="22"/>
        </w:rPr>
        <w:t>Mason listened.</w:t>
      </w:r>
    </w:p>
    <w:p>
      <w:pPr>
        <w:spacing w:after="0" w:line="120" w:lineRule="exact"/>
        <w:ind w:firstLine="0" w:left="0"/>
      </w:pPr>
    </w:p>
    <w:p>
      <w:pPr>
        <w:spacing w:after="0" w:line="264" w:lineRule="exact"/>
        <w:ind w:firstLine="0" w:left="0"/>
      </w:pPr>
      <w:r>
        <w:rPr>
          <w:rFonts w:ascii="EB Garamond" w:hAnsi="EB Garamond" w:eastAsia="EB Garamond"/>
          <w:sz w:val="22"/>
        </w:rPr>
        <w:t>When she finished, he said:</w:t>
      </w:r>
    </w:p>
    <w:p>
      <w:pPr>
        <w:spacing w:after="0" w:line="120" w:lineRule="exact"/>
        <w:ind w:firstLine="0" w:left="0"/>
      </w:pPr>
    </w:p>
    <w:p>
      <w:pPr>
        <w:spacing w:after="0" w:line="264" w:lineRule="exact"/>
        <w:ind w:firstLine="0" w:left="0"/>
      </w:pPr>
      <w:r>
        <w:rPr>
          <w:rFonts w:ascii="EB Garamond" w:hAnsi="EB Garamond" w:eastAsia="EB Garamond"/>
          <w:sz w:val="22"/>
        </w:rPr>
        <w:t>“So Thomas got proof.”</w:t>
      </w:r>
    </w:p>
    <w:p>
      <w:pPr>
        <w:spacing w:after="0" w:line="120" w:lineRule="exact"/>
        <w:ind w:firstLine="0" w:left="0"/>
      </w:pPr>
    </w:p>
    <w:p>
      <w:pPr>
        <w:spacing w:after="0" w:line="264" w:lineRule="exact"/>
        <w:ind w:firstLine="0" w:left="0"/>
      </w:pPr>
      <w:r>
        <w:rPr>
          <w:rFonts w:ascii="EB Garamond" w:hAnsi="EB Garamond" w:eastAsia="EB Garamond"/>
          <w:sz w:val="22"/>
        </w:rPr>
        <w:t>Elsie stopped.</w:t>
      </w:r>
    </w:p>
    <w:p>
      <w:pPr>
        <w:spacing w:after="0" w:line="120" w:lineRule="exact"/>
        <w:ind w:firstLine="0" w:left="0"/>
      </w:pPr>
    </w:p>
    <w:p>
      <w:pPr>
        <w:spacing w:after="0" w:line="264" w:lineRule="exact"/>
        <w:ind w:firstLine="0" w:left="0"/>
      </w:pPr>
      <w:r>
        <w:rPr>
          <w:rFonts w:ascii="EB Garamond" w:hAnsi="EB Garamond" w:eastAsia="EB Garamond"/>
          <w:sz w:val="22"/>
        </w:rPr>
        <w:t>“Yeah.”</w:t>
      </w:r>
    </w:p>
    <w:p>
      <w:pPr>
        <w:spacing w:after="0" w:line="120" w:lineRule="exact"/>
        <w:ind w:firstLine="0" w:left="0"/>
      </w:pPr>
    </w:p>
    <w:p>
      <w:pPr>
        <w:spacing w:after="0" w:line="264" w:lineRule="exact"/>
        <w:ind w:firstLine="0" w:left="0"/>
      </w:pPr>
      <w:r>
        <w:rPr>
          <w:rFonts w:ascii="EB Garamond" w:hAnsi="EB Garamond" w:eastAsia="EB Garamond"/>
          <w:sz w:val="22"/>
        </w:rPr>
        <w:t>“And I don’t.”</w:t>
      </w:r>
    </w:p>
    <w:p>
      <w:pPr>
        <w:spacing w:after="0" w:line="120" w:lineRule="exact"/>
        <w:ind w:firstLine="0" w:left="0"/>
      </w:pPr>
    </w:p>
    <w:p>
      <w:pPr>
        <w:spacing w:after="0" w:line="264" w:lineRule="exact"/>
        <w:ind w:firstLine="0" w:left="0"/>
      </w:pPr>
      <w:r>
        <w:rPr>
          <w:rFonts w:ascii="EB Garamond" w:hAnsi="EB Garamond" w:eastAsia="EB Garamond"/>
          <w:sz w:val="22"/>
        </w:rPr>
        <w:t>There it was.</w:t>
      </w:r>
    </w:p>
    <w:p>
      <w:pPr>
        <w:spacing w:after="0" w:line="120" w:lineRule="exact"/>
        <w:ind w:firstLine="0" w:left="0"/>
      </w:pPr>
    </w:p>
    <w:p>
      <w:pPr>
        <w:spacing w:after="0" w:line="264" w:lineRule="exact"/>
        <w:ind w:firstLine="0" w:left="0"/>
      </w:pPr>
      <w:r>
        <w:rPr>
          <w:rFonts w:ascii="EB Garamond" w:hAnsi="EB Garamond" w:eastAsia="EB Garamond"/>
          <w:sz w:val="22"/>
        </w:rPr>
        <w:t>The answer she hadn’t considered.</w:t>
      </w:r>
    </w:p>
    <w:p>
      <w:pPr>
        <w:spacing w:after="0" w:line="120" w:lineRule="exact"/>
        <w:ind w:firstLine="0" w:left="0"/>
      </w:pPr>
    </w:p>
    <w:p>
      <w:pPr>
        <w:spacing w:after="0" w:line="264" w:lineRule="exact"/>
        <w:ind w:firstLine="0" w:left="0"/>
      </w:pPr>
      <w:r>
        <w:rPr>
          <w:rFonts w:ascii="EB Garamond" w:hAnsi="EB Garamond" w:eastAsia="EB Garamond"/>
          <w:sz w:val="22"/>
        </w:rPr>
        <w:t>“Yeah.”</w:t>
      </w:r>
    </w:p>
    <w:p>
      <w:pPr>
        <w:spacing w:after="0" w:line="120" w:lineRule="exact"/>
        <w:ind w:firstLine="0" w:left="0"/>
      </w:pPr>
    </w:p>
    <w:p>
      <w:pPr>
        <w:spacing w:after="0" w:line="264" w:lineRule="exact"/>
        <w:ind w:firstLine="0" w:left="0"/>
      </w:pPr>
      <w:r>
        <w:rPr>
          <w:rFonts w:ascii="EB Garamond" w:hAnsi="EB Garamond" w:eastAsia="EB Garamond"/>
          <w:sz w:val="22"/>
        </w:rPr>
        <w:t>Mason laughed once.</w:t>
      </w:r>
    </w:p>
    <w:p>
      <w:pPr>
        <w:spacing w:after="0" w:line="120" w:lineRule="exact"/>
        <w:ind w:firstLine="0" w:left="0"/>
      </w:pPr>
    </w:p>
    <w:p>
      <w:pPr>
        <w:spacing w:after="0" w:line="264" w:lineRule="exact"/>
        <w:ind w:firstLine="0" w:left="0"/>
      </w:pPr>
      <w:r>
        <w:rPr>
          <w:rFonts w:ascii="EB Garamond" w:hAnsi="EB Garamond" w:eastAsia="EB Garamond"/>
          <w:sz w:val="22"/>
        </w:rPr>
        <w:t>“That’s kind of the problem.”</w:t>
      </w:r>
    </w:p>
    <w:p>
      <w:pPr>
        <w:spacing w:after="0" w:line="120" w:lineRule="exact"/>
        <w:ind w:firstLine="0" w:left="0"/>
      </w:pPr>
    </w:p>
    <w:p>
      <w:pPr>
        <w:spacing w:after="0" w:line="264" w:lineRule="exact"/>
        <w:ind w:firstLine="0" w:left="0"/>
      </w:pPr>
      <w:r>
        <w:rPr>
          <w:rFonts w:ascii="EB Garamond" w:hAnsi="EB Garamond" w:eastAsia="EB Garamond"/>
          <w:sz w:val="22"/>
        </w:rPr>
        <w:t>Elsie felt stupid.</w:t>
      </w:r>
    </w:p>
    <w:p>
      <w:pPr>
        <w:spacing w:after="0" w:line="120" w:lineRule="exact"/>
        <w:ind w:firstLine="0" w:left="0"/>
      </w:pPr>
    </w:p>
    <w:p>
      <w:pPr>
        <w:spacing w:after="0" w:line="264" w:lineRule="exact"/>
        <w:ind w:firstLine="0" w:left="0"/>
      </w:pPr>
      <w:r>
        <w:rPr>
          <w:rFonts w:ascii="EB Garamond" w:hAnsi="EB Garamond" w:eastAsia="EB Garamond"/>
          <w:sz w:val="22"/>
        </w:rPr>
        <w:t>“Sorry.”</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“I wasn’t trying to—”</w:t>
      </w:r>
    </w:p>
    <w:p>
      <w:pPr>
        <w:spacing w:after="0" w:line="120" w:lineRule="exact"/>
        <w:ind w:firstLine="0" w:left="0"/>
      </w:pPr>
    </w:p>
    <w:p>
      <w:pPr>
        <w:spacing w:after="0" w:line="264" w:lineRule="exact"/>
        <w:ind w:firstLine="0" w:left="0"/>
      </w:pPr>
      <w:r>
        <w:rPr>
          <w:rFonts w:ascii="EB Garamond" w:hAnsi="EB Garamond" w:eastAsia="EB Garamond"/>
          <w:sz w:val="22"/>
        </w:rPr>
        <w:t>“I know.”</w:t>
      </w:r>
    </w:p>
    <w:p>
      <w:pPr>
        <w:spacing w:after="0" w:line="120" w:lineRule="exact"/>
        <w:ind w:firstLine="0" w:left="0"/>
      </w:pPr>
    </w:p>
    <w:p>
      <w:pPr>
        <w:spacing w:after="0" w:line="264" w:lineRule="exact"/>
        <w:ind w:firstLine="0" w:left="0"/>
      </w:pPr>
      <w:r>
        <w:rPr>
          <w:rFonts w:ascii="EB Garamond" w:hAnsi="EB Garamond" w:eastAsia="EB Garamond"/>
          <w:sz w:val="22"/>
        </w:rPr>
        <w:t>He looked at her.</w:t>
      </w:r>
    </w:p>
    <w:p>
      <w:pPr>
        <w:spacing w:after="0" w:line="120" w:lineRule="exact"/>
        <w:ind w:firstLine="0" w:left="0"/>
      </w:pPr>
    </w:p>
    <w:p>
      <w:pPr>
        <w:spacing w:after="0" w:line="264" w:lineRule="exact"/>
        <w:ind w:firstLine="0" w:left="0"/>
      </w:pPr>
      <w:r>
        <w:rPr>
          <w:rFonts w:ascii="EB Garamond" w:hAnsi="EB Garamond" w:eastAsia="EB Garamond"/>
          <w:sz w:val="22"/>
        </w:rPr>
        <w:t>“It’s still interesting.”</w:t>
      </w:r>
    </w:p>
    <w:p>
      <w:pPr>
        <w:spacing w:after="0" w:line="120" w:lineRule="exact"/>
        <w:ind w:firstLine="0" w:left="0"/>
      </w:pPr>
    </w:p>
    <w:p>
      <w:pPr>
        <w:spacing w:after="0" w:line="264" w:lineRule="exact"/>
        <w:ind w:firstLine="0" w:left="0"/>
      </w:pPr>
      <w:r>
        <w:rPr>
          <w:rFonts w:ascii="EB Garamond" w:hAnsi="EB Garamond" w:eastAsia="EB Garamond"/>
          <w:sz w:val="22"/>
        </w:rPr>
        <w:t>Elsie nodded.</w:t>
      </w:r>
    </w:p>
    <w:p>
      <w:pPr>
        <w:spacing w:after="0" w:line="120" w:lineRule="exact"/>
        <w:ind w:firstLine="0" w:left="0"/>
      </w:pPr>
    </w:p>
    <w:p>
      <w:pPr>
        <w:spacing w:after="0" w:line="264" w:lineRule="exact"/>
        <w:ind w:firstLine="0" w:left="0"/>
      </w:pPr>
      <w:r>
        <w:rPr>
          <w:rFonts w:ascii="EB Garamond" w:hAnsi="EB Garamond" w:eastAsia="EB Garamond"/>
          <w:sz w:val="22"/>
        </w:rPr>
        <w:t>Then:</w:t>
      </w:r>
    </w:p>
    <w:p>
      <w:pPr>
        <w:spacing w:after="0" w:line="120" w:lineRule="exact"/>
        <w:ind w:firstLine="0" w:left="0"/>
      </w:pPr>
    </w:p>
    <w:p>
      <w:pPr>
        <w:spacing w:after="0" w:line="264" w:lineRule="exact"/>
        <w:ind w:firstLine="0" w:left="0"/>
      </w:pPr>
      <w:r>
        <w:rPr>
          <w:rFonts w:ascii="EB Garamond" w:hAnsi="EB Garamond" w:eastAsia="EB Garamond"/>
          <w:sz w:val="22"/>
        </w:rPr>
        <w:t>“I think I keep wanting the Bible to solve people.”</w:t>
      </w:r>
    </w:p>
    <w:p>
      <w:pPr>
        <w:spacing w:after="0" w:line="120" w:lineRule="exact"/>
        <w:ind w:firstLine="0" w:left="0"/>
      </w:pPr>
    </w:p>
    <w:p>
      <w:pPr>
        <w:spacing w:after="0" w:line="264" w:lineRule="exact"/>
        <w:ind w:firstLine="0" w:left="0"/>
      </w:pPr>
      <w:r>
        <w:rPr>
          <w:rFonts w:ascii="EB Garamond" w:hAnsi="EB Garamond" w:eastAsia="EB Garamond"/>
          <w:sz w:val="22"/>
        </w:rPr>
        <w:t>Mason frowned.</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“Like a symptom search.”</w:t>
      </w:r>
    </w:p>
    <w:p>
      <w:pPr>
        <w:spacing w:after="0" w:line="120" w:lineRule="exact"/>
        <w:ind w:firstLine="0" w:left="0"/>
      </w:pPr>
    </w:p>
    <w:p>
      <w:pPr>
        <w:spacing w:after="0" w:line="264" w:lineRule="exact"/>
        <w:ind w:firstLine="0" w:left="0"/>
      </w:pPr>
      <w:r>
        <w:rPr>
          <w:rFonts w:ascii="EB Garamond" w:hAnsi="EB Garamond" w:eastAsia="EB Garamond"/>
          <w:sz w:val="22"/>
        </w:rPr>
        <w:t>“You’ve been Googling too much.”</w:t>
      </w:r>
    </w:p>
    <w:p>
      <w:pPr>
        <w:spacing w:after="0" w:line="120" w:lineRule="exact"/>
        <w:ind w:firstLine="0" w:left="0"/>
      </w:pPr>
    </w:p>
    <w:p>
      <w:pPr>
        <w:spacing w:after="0" w:line="264" w:lineRule="exact"/>
        <w:ind w:firstLine="0" w:left="0"/>
      </w:pPr>
      <w:r>
        <w:rPr>
          <w:rFonts w:ascii="EB Garamond" w:hAnsi="EB Garamond" w:eastAsia="EB Garamond"/>
          <w:sz w:val="22"/>
        </w:rPr>
        <w:t>“Probably.”</w:t>
      </w:r>
    </w:p>
    <w:p>
      <w:pPr>
        <w:spacing w:after="0" w:line="120" w:lineRule="exact"/>
        <w:ind w:firstLine="0" w:left="0"/>
      </w:pPr>
    </w:p>
    <w:p>
      <w:pPr>
        <w:spacing w:after="0" w:line="264" w:lineRule="exact"/>
        <w:ind w:firstLine="0" w:left="0"/>
      </w:pPr>
      <w:r>
        <w:rPr>
          <w:rFonts w:ascii="EB Garamond" w:hAnsi="EB Garamond" w:eastAsia="EB Garamond"/>
          <w:sz w:val="22"/>
        </w:rPr>
        <w:t>Elsie leaned back against the truck.</w:t>
      </w:r>
    </w:p>
    <w:p>
      <w:pPr>
        <w:spacing w:after="0" w:line="120" w:lineRule="exact"/>
        <w:ind w:firstLine="0" w:left="0"/>
      </w:pPr>
    </w:p>
    <w:p>
      <w:pPr>
        <w:spacing w:after="0" w:line="264" w:lineRule="exact"/>
        <w:ind w:firstLine="0" w:left="0"/>
      </w:pPr>
      <w:r>
        <w:rPr>
          <w:rFonts w:ascii="EB Garamond" w:hAnsi="EB Garamond" w:eastAsia="EB Garamond"/>
          <w:sz w:val="22"/>
        </w:rPr>
        <w:t>“I find somebody with the same problem and then I’m like, there. That’s what this means.”</w:t>
      </w:r>
    </w:p>
    <w:p>
      <w:pPr>
        <w:spacing w:after="0" w:line="120" w:lineRule="exact"/>
        <w:ind w:firstLine="0" w:left="0"/>
      </w:pPr>
    </w:p>
    <w:p>
      <w:pPr>
        <w:spacing w:after="0" w:line="264" w:lineRule="exact"/>
        <w:ind w:firstLine="0" w:left="0"/>
      </w:pPr>
      <w:r>
        <w:rPr>
          <w:rFonts w:ascii="EB Garamond" w:hAnsi="EB Garamond" w:eastAsia="EB Garamond"/>
          <w:sz w:val="22"/>
        </w:rPr>
        <w:t>“And?”</w:t>
      </w:r>
    </w:p>
    <w:p>
      <w:pPr>
        <w:spacing w:after="0" w:line="120" w:lineRule="exact"/>
        <w:ind w:firstLine="0" w:left="0"/>
      </w:pPr>
    </w:p>
    <w:p>
      <w:pPr>
        <w:spacing w:after="0" w:line="264" w:lineRule="exact"/>
        <w:ind w:firstLine="0" w:left="0"/>
      </w:pPr>
      <w:r>
        <w:rPr>
          <w:rFonts w:ascii="EB Garamond" w:hAnsi="EB Garamond" w:eastAsia="EB Garamond"/>
          <w:sz w:val="22"/>
        </w:rPr>
        <w:t>“And maybe that’s not what it’s for.”</w:t>
      </w:r>
    </w:p>
    <w:p>
      <w:pPr>
        <w:spacing w:after="0" w:line="120" w:lineRule="exact"/>
        <w:ind w:firstLine="0" w:left="0"/>
      </w:pPr>
    </w:p>
    <w:p>
      <w:pPr>
        <w:spacing w:after="0" w:line="264" w:lineRule="exact"/>
        <w:ind w:firstLine="0" w:left="0"/>
      </w:pPr>
      <w:r>
        <w:rPr>
          <w:rFonts w:ascii="EB Garamond" w:hAnsi="EB Garamond" w:eastAsia="EB Garamond"/>
          <w:sz w:val="22"/>
        </w:rPr>
        <w:t>Mason looked at her.</w:t>
      </w:r>
    </w:p>
    <w:p>
      <w:pPr>
        <w:spacing w:after="0" w:line="120" w:lineRule="exact"/>
        <w:ind w:firstLine="0" w:left="0"/>
      </w:pPr>
    </w:p>
    <w:p>
      <w:pPr>
        <w:spacing w:after="0" w:line="264" w:lineRule="exact"/>
        <w:ind w:firstLine="0" w:left="0"/>
      </w:pPr>
      <w:r>
        <w:rPr>
          <w:rFonts w:ascii="EB Garamond" w:hAnsi="EB Garamond" w:eastAsia="EB Garamond"/>
          <w:sz w:val="22"/>
        </w:rPr>
        <w:t>“What is it for?”</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sz w:val="22"/>
        </w:rPr>
        <w:t>“I have absolutely no idea.”</w:t>
      </w:r>
    </w:p>
    <w:p>
      <w:pPr>
        <w:spacing w:after="0" w:line="120" w:lineRule="exact"/>
        <w:ind w:firstLine="0" w:left="0"/>
      </w:pPr>
    </w:p>
    <w:p>
      <w:pPr>
        <w:spacing w:after="0" w:line="264" w:lineRule="exact"/>
        <w:ind w:firstLine="0" w:left="0"/>
      </w:pPr>
      <w:r>
        <w:rPr>
          <w:rFonts w:ascii="EB Garamond" w:hAnsi="EB Garamond" w:eastAsia="EB Garamond"/>
          <w:sz w:val="22"/>
        </w:rPr>
        <w:t>“Great.”</w:t>
      </w:r>
    </w:p>
    <w:p>
      <w:pPr>
        <w:spacing w:after="0" w:line="120" w:lineRule="exact"/>
        <w:ind w:firstLine="0" w:left="0"/>
      </w:pPr>
    </w:p>
    <w:p>
      <w:pPr>
        <w:spacing w:after="0" w:line="264" w:lineRule="exact"/>
        <w:ind w:firstLine="0" w:left="0"/>
      </w:pPr>
      <w:r>
        <w:rPr>
          <w:rFonts w:ascii="EB Garamond" w:hAnsi="EB Garamond" w:eastAsia="EB Garamond"/>
          <w:sz w:val="22"/>
        </w:rPr>
        <w:t>“Ask Nora.”</w:t>
      </w:r>
    </w:p>
    <w:p>
      <w:pPr>
        <w:spacing w:after="0" w:line="120" w:lineRule="exact"/>
        <w:ind w:firstLine="0" w:left="0"/>
      </w:pPr>
    </w:p>
    <w:p>
      <w:pPr>
        <w:spacing w:after="0" w:line="264" w:lineRule="exact"/>
        <w:ind w:firstLine="0" w:left="0"/>
      </w:pPr>
      <w:r>
        <w:rPr>
          <w:rFonts w:ascii="EB Garamond" w:hAnsi="EB Garamond" w:eastAsia="EB Garamond"/>
          <w:sz w:val="22"/>
        </w:rPr>
        <w:t>“I thought you were Bible Study Elsie.”</w:t>
      </w:r>
    </w:p>
    <w:p>
      <w:pPr>
        <w:spacing w:after="0" w:line="120" w:lineRule="exact"/>
        <w:ind w:firstLine="0" w:left="0"/>
      </w:pPr>
    </w:p>
    <w:p>
      <w:pPr>
        <w:spacing w:after="0" w:line="264" w:lineRule="exact"/>
        <w:ind w:firstLine="0" w:left="0"/>
      </w:pPr>
      <w:r>
        <w:rPr>
          <w:rFonts w:ascii="EB Garamond" w:hAnsi="EB Garamond" w:eastAsia="EB Garamond"/>
          <w:sz w:val="22"/>
        </w:rPr>
        <w:t>“Demoted.”</w:t>
      </w:r>
    </w:p>
    <w:p>
      <w:pPr>
        <w:spacing w:after="0" w:line="120" w:lineRule="exact"/>
        <w:ind w:firstLine="0" w:left="0"/>
      </w:pPr>
    </w:p>
    <w:p>
      <w:pPr>
        <w:spacing w:after="0" w:line="264" w:lineRule="exact"/>
        <w:ind w:firstLine="0" w:left="0"/>
      </w:pPr>
      <w:r>
        <w:rPr>
          <w:rFonts w:ascii="EB Garamond" w:hAnsi="EB Garamond" w:eastAsia="EB Garamond"/>
          <w:sz w:val="22"/>
        </w:rPr>
        <w:t>Mason smiled.</w:t>
      </w:r>
    </w:p>
    <w:p>
      <w:pPr>
        <w:spacing w:after="0" w:line="120" w:lineRule="exact"/>
        <w:ind w:firstLine="0" w:left="0"/>
      </w:pPr>
    </w:p>
    <w:p>
      <w:pPr>
        <w:spacing w:after="0" w:line="264" w:lineRule="exact"/>
        <w:ind w:firstLine="0" w:left="0"/>
      </w:pPr>
      <w:r>
        <w:rPr>
          <w:rFonts w:ascii="EB Garamond" w:hAnsi="EB Garamond" w:eastAsia="EB Garamond"/>
          <w:sz w:val="22"/>
        </w:rPr>
        <w:t>Then he looked serious again.</w:t>
      </w:r>
    </w:p>
    <w:p>
      <w:pPr>
        <w:spacing w:after="0" w:line="120" w:lineRule="exact"/>
        <w:ind w:firstLine="0" w:left="0"/>
      </w:pPr>
    </w:p>
    <w:p>
      <w:pPr>
        <w:spacing w:after="0" w:line="264" w:lineRule="exact"/>
        <w:ind w:firstLine="0" w:left="0"/>
      </w:pPr>
      <w:r>
        <w:rPr>
          <w:rFonts w:ascii="EB Garamond" w:hAnsi="EB Garamond" w:eastAsia="EB Garamond"/>
          <w:sz w:val="22"/>
        </w:rPr>
        <w:t>“I do want to believe.”</w:t>
      </w:r>
    </w:p>
    <w:p>
      <w:pPr>
        <w:spacing w:after="0" w:line="120" w:lineRule="exact"/>
        <w:ind w:firstLine="0" w:left="0"/>
      </w:pPr>
    </w:p>
    <w:p>
      <w:pPr>
        <w:spacing w:after="0" w:line="264" w:lineRule="exact"/>
        <w:ind w:firstLine="0" w:left="0"/>
      </w:pPr>
      <w:r>
        <w:rPr>
          <w:rFonts w:ascii="EB Garamond" w:hAnsi="EB Garamond" w:eastAsia="EB Garamond"/>
          <w:sz w:val="22"/>
        </w:rPr>
        <w:t>Elsie stayed still.</w:t>
      </w:r>
    </w:p>
    <w:p>
      <w:pPr>
        <w:spacing w:after="0" w:line="120" w:lineRule="exact"/>
        <w:ind w:firstLine="0" w:left="0"/>
      </w:pPr>
    </w:p>
    <w:p>
      <w:pPr>
        <w:spacing w:after="0" w:line="264" w:lineRule="exact"/>
        <w:ind w:firstLine="0" w:left="0"/>
      </w:pPr>
      <w:r>
        <w:rPr>
          <w:rFonts w:ascii="EB Garamond" w:hAnsi="EB Garamond" w:eastAsia="EB Garamond"/>
          <w:sz w:val="22"/>
        </w:rPr>
        <w:t>“I think that’s the part that scares me.”</w:t>
      </w:r>
    </w:p>
    <w:p>
      <w:pPr>
        <w:spacing w:after="0" w:line="120" w:lineRule="exact"/>
        <w:ind w:firstLine="0" w:left="0"/>
      </w:pPr>
    </w:p>
    <w:p>
      <w:pPr>
        <w:spacing w:after="0" w:line="264" w:lineRule="exact"/>
        <w:ind w:firstLine="0" w:left="0"/>
      </w:pPr>
      <w:r>
        <w:rPr>
          <w:rFonts w:ascii="EB Garamond" w:hAnsi="EB Garamond" w:eastAsia="EB Garamond"/>
          <w:sz w:val="22"/>
        </w:rPr>
        <w:t>“Why?”</w:t>
      </w:r>
    </w:p>
    <w:p>
      <w:pPr>
        <w:spacing w:after="0" w:line="120" w:lineRule="exact"/>
        <w:ind w:firstLine="0" w:left="0"/>
      </w:pPr>
    </w:p>
    <w:p>
      <w:pPr>
        <w:spacing w:after="0" w:line="264" w:lineRule="exact"/>
        <w:ind w:firstLine="0" w:left="0"/>
      </w:pPr>
      <w:r>
        <w:rPr>
          <w:rFonts w:ascii="EB Garamond" w:hAnsi="EB Garamond" w:eastAsia="EB Garamond"/>
          <w:sz w:val="22"/>
        </w:rPr>
        <w:t>“Because what if I really look at it and I don’t?”</w:t>
      </w:r>
    </w:p>
    <w:p>
      <w:pPr>
        <w:spacing w:after="0" w:line="120" w:lineRule="exact"/>
        <w:ind w:firstLine="0" w:left="0"/>
      </w:pPr>
    </w:p>
    <w:p>
      <w:pPr>
        <w:spacing w:after="0" w:line="264" w:lineRule="exact"/>
        <w:ind w:firstLine="0" w:left="0"/>
      </w:pPr>
      <w:r>
        <w:rPr>
          <w:rFonts w:ascii="EB Garamond" w:hAnsi="EB Garamond" w:eastAsia="EB Garamond"/>
          <w:sz w:val="22"/>
        </w:rPr>
        <w:t>Elsie had no answer.</w:t>
      </w:r>
    </w:p>
    <w:p>
      <w:pPr>
        <w:spacing w:after="0" w:line="120" w:lineRule="exact"/>
        <w:ind w:firstLine="0" w:left="0"/>
      </w:pPr>
    </w:p>
    <w:p>
      <w:pPr>
        <w:spacing w:after="0" w:line="264" w:lineRule="exact"/>
        <w:ind w:firstLine="0" w:left="0"/>
      </w:pPr>
      <w:r>
        <w:rPr>
          <w:rFonts w:ascii="EB Garamond" w:hAnsi="EB Garamond" w:eastAsia="EB Garamond"/>
          <w:sz w:val="22"/>
        </w:rPr>
        <w:t>No verse appeared.</w:t>
      </w:r>
    </w:p>
    <w:p>
      <w:pPr>
        <w:spacing w:after="0" w:line="120" w:lineRule="exact"/>
        <w:ind w:firstLine="0" w:left="0"/>
      </w:pPr>
    </w:p>
    <w:p>
      <w:pPr>
        <w:spacing w:after="0" w:line="264" w:lineRule="exact"/>
        <w:ind w:firstLine="0" w:left="0"/>
      </w:pPr>
      <w:r>
        <w:rPr>
          <w:rFonts w:ascii="EB Garamond" w:hAnsi="EB Garamond" w:eastAsia="EB Garamond"/>
          <w:sz w:val="22"/>
        </w:rPr>
        <w:t>No Grandma sentence.</w:t>
      </w:r>
    </w:p>
    <w:p>
      <w:pPr>
        <w:spacing w:after="0" w:line="120" w:lineRule="exact"/>
        <w:ind w:firstLine="0" w:left="0"/>
      </w:pPr>
    </w:p>
    <w:p>
      <w:pPr>
        <w:spacing w:after="0" w:line="264" w:lineRule="exact"/>
        <w:ind w:firstLine="0" w:left="0"/>
      </w:pPr>
      <w:r>
        <w:rPr>
          <w:rFonts w:ascii="EB Garamond" w:hAnsi="EB Garamond" w:eastAsia="EB Garamond"/>
          <w:sz w:val="22"/>
        </w:rPr>
        <w:t>No person from the list stepped forward to make everything easier.</w:t>
      </w:r>
    </w:p>
    <w:p>
      <w:pPr>
        <w:spacing w:after="0" w:line="120" w:lineRule="exact"/>
        <w:ind w:firstLine="0" w:left="0"/>
      </w:pPr>
    </w:p>
    <w:p>
      <w:pPr>
        <w:spacing w:after="0" w:line="264" w:lineRule="exact"/>
        <w:ind w:firstLine="0" w:left="0"/>
      </w:pPr>
      <w:r>
        <w:rPr>
          <w:rFonts w:ascii="EB Garamond" w:hAnsi="EB Garamond" w:eastAsia="EB Garamond"/>
          <w:sz w:val="22"/>
        </w:rPr>
        <w:t>So Elsie said:</w:t>
      </w:r>
    </w:p>
    <w:p>
      <w:pPr>
        <w:spacing w:after="0" w:line="120" w:lineRule="exact"/>
        <w:ind w:firstLine="0" w:left="0"/>
      </w:pPr>
    </w:p>
    <w:p>
      <w:pPr>
        <w:spacing w:after="0" w:line="264" w:lineRule="exact"/>
        <w:ind w:firstLine="0" w:left="0"/>
      </w:pPr>
      <w:r>
        <w:rPr>
          <w:rFonts w:ascii="EB Garamond" w:hAnsi="EB Garamond" w:eastAsia="EB Garamond"/>
          <w:sz w:val="22"/>
        </w:rPr>
        <w:t>“I don’t know.”</w:t>
      </w:r>
    </w:p>
    <w:p>
      <w:pPr>
        <w:spacing w:after="0" w:line="120" w:lineRule="exact"/>
        <w:ind w:firstLine="0" w:left="0"/>
      </w:pPr>
    </w:p>
    <w:p>
      <w:pPr>
        <w:spacing w:after="0" w:line="264" w:lineRule="exact"/>
        <w:ind w:firstLine="0" w:left="0"/>
      </w:pPr>
      <w:r>
        <w:rPr>
          <w:rFonts w:ascii="EB Garamond" w:hAnsi="EB Garamond" w:eastAsia="EB Garamond"/>
          <w:sz w:val="22"/>
        </w:rPr>
        <w:t>Mason smiled.</w:t>
      </w:r>
    </w:p>
    <w:p>
      <w:pPr>
        <w:spacing w:after="0" w:line="120" w:lineRule="exact"/>
        <w:ind w:firstLine="0" w:left="0"/>
      </w:pPr>
    </w:p>
    <w:p>
      <w:pPr>
        <w:spacing w:after="0" w:line="264" w:lineRule="exact"/>
        <w:ind w:firstLine="0" w:left="0"/>
      </w:pPr>
      <w:r>
        <w:rPr>
          <w:rFonts w:ascii="EB Garamond" w:hAnsi="EB Garamond" w:eastAsia="EB Garamond"/>
          <w:sz w:val="22"/>
        </w:rPr>
        <w:t>Her smile came too.</w:t>
      </w:r>
    </w:p>
    <w:p>
      <w:pPr>
        <w:spacing w:after="0" w:line="120" w:lineRule="exact"/>
        <w:ind w:firstLine="0" w:left="0"/>
      </w:pPr>
    </w:p>
    <w:p>
      <w:pPr>
        <w:spacing w:after="0" w:line="264" w:lineRule="exact"/>
        <w:ind w:firstLine="0" w:left="0"/>
      </w:pPr>
      <w:r>
        <w:rPr>
          <w:rFonts w:ascii="EB Garamond" w:hAnsi="EB Garamond" w:eastAsia="EB Garamond"/>
          <w:sz w:val="22"/>
        </w:rPr>
        <w:t>Not the knowing one.</w:t>
      </w:r>
    </w:p>
    <w:p>
      <w:pPr>
        <w:spacing w:after="0" w:line="120" w:lineRule="exact"/>
        <w:ind w:firstLine="0" w:left="0"/>
      </w:pPr>
    </w:p>
    <w:p>
      <w:pPr>
        <w:spacing w:after="0" w:line="264" w:lineRule="exact"/>
        <w:ind w:firstLine="0" w:left="0"/>
      </w:pPr>
      <w:r>
        <w:rPr>
          <w:rFonts w:ascii="EB Garamond" w:hAnsi="EB Garamond" w:eastAsia="EB Garamond"/>
          <w:sz w:val="22"/>
        </w:rPr>
        <w:t>Just hers.</w:t>
      </w:r>
    </w:p>
    <w:p>
      <w:pPr>
        <w:spacing w:after="0" w:line="120" w:lineRule="exact"/>
        <w:ind w:firstLine="0" w:left="0"/>
      </w:pPr>
    </w:p>
    <w:p>
      <w:pPr>
        <w:spacing w:after="0" w:line="264" w:lineRule="exact"/>
        <w:ind w:firstLine="0" w:left="0"/>
      </w:pPr>
      <w:r>
        <w:rPr>
          <w:rFonts w:ascii="EB Garamond" w:hAnsi="EB Garamond" w:eastAsia="EB Garamond"/>
          <w:sz w:val="22"/>
        </w:rPr>
        <w:t>“Yeah.”</w:t>
      </w:r>
    </w:p>
    <w:p>
      <w:pPr>
        <w:spacing w:after="0" w:line="120" w:lineRule="exact"/>
        <w:ind w:firstLine="0" w:left="0"/>
      </w:pPr>
    </w:p>
    <w:p>
      <w:pPr>
        <w:spacing w:after="0" w:line="264" w:lineRule="exact"/>
        <w:ind w:firstLine="0" w:left="0"/>
      </w:pPr>
      <w:r>
        <w:rPr>
          <w:rFonts w:ascii="EB Garamond" w:hAnsi="EB Garamond" w:eastAsia="EB Garamond"/>
          <w:sz w:val="22"/>
        </w:rPr>
        <w:t>Then Mason looked toward the house.</w:t>
      </w:r>
    </w:p>
    <w:p>
      <w:pPr>
        <w:spacing w:after="0" w:line="120" w:lineRule="exact"/>
        <w:ind w:firstLine="0" w:left="0"/>
      </w:pPr>
    </w:p>
    <w:p>
      <w:pPr>
        <w:spacing w:after="0" w:line="264" w:lineRule="exact"/>
        <w:ind w:firstLine="0" w:left="0"/>
      </w:pPr>
      <w:r>
        <w:rPr>
          <w:rFonts w:ascii="EB Garamond" w:hAnsi="EB Garamond" w:eastAsia="EB Garamond"/>
          <w:sz w:val="22"/>
        </w:rPr>
        <w:t>“So.”</w:t>
      </w:r>
    </w:p>
    <w:p>
      <w:pPr>
        <w:spacing w:after="0" w:line="120" w:lineRule="exact"/>
        <w:ind w:firstLine="0" w:left="0"/>
      </w:pPr>
    </w:p>
    <w:p>
      <w:pPr>
        <w:spacing w:after="0" w:line="264" w:lineRule="exact"/>
        <w:ind w:firstLine="0" w:left="0"/>
      </w:pPr>
      <w:r>
        <w:rPr>
          <w:rFonts w:ascii="EB Garamond" w:hAnsi="EB Garamond" w:eastAsia="EB Garamond"/>
          <w:sz w:val="22"/>
        </w:rPr>
        <w:t>“So?”</w:t>
      </w:r>
    </w:p>
    <w:p>
      <w:pPr>
        <w:spacing w:after="0" w:line="120" w:lineRule="exact"/>
        <w:ind w:firstLine="0" w:left="0"/>
      </w:pPr>
    </w:p>
    <w:p>
      <w:pPr>
        <w:spacing w:after="0" w:line="264" w:lineRule="exact"/>
        <w:ind w:firstLine="0" w:left="0"/>
      </w:pPr>
      <w:r>
        <w:rPr>
          <w:rFonts w:ascii="EB Garamond" w:hAnsi="EB Garamond" w:eastAsia="EB Garamond"/>
          <w:sz w:val="22"/>
        </w:rPr>
        <w:t>“You started a conversation yesterday.”</w:t>
      </w:r>
    </w:p>
    <w:p>
      <w:pPr>
        <w:spacing w:after="0" w:line="120" w:lineRule="exact"/>
        <w:ind w:firstLine="0" w:left="0"/>
      </w:pPr>
    </w:p>
    <w:p>
      <w:pPr>
        <w:spacing w:after="0" w:line="264" w:lineRule="exact"/>
        <w:ind w:firstLine="0" w:left="0"/>
      </w:pPr>
      <w:r>
        <w:rPr>
          <w:rFonts w:ascii="EB Garamond" w:hAnsi="EB Garamond" w:eastAsia="EB Garamond"/>
          <w:sz w:val="22"/>
        </w:rPr>
        <w:t>Elsie stared at him.</w:t>
      </w:r>
    </w:p>
    <w:p>
      <w:pPr>
        <w:spacing w:after="0" w:line="120" w:lineRule="exact"/>
        <w:ind w:firstLine="0" w:left="0"/>
      </w:pPr>
    </w:p>
    <w:p>
      <w:pPr>
        <w:spacing w:after="0" w:line="264" w:lineRule="exact"/>
        <w:ind w:firstLine="0" w:left="0"/>
      </w:pPr>
      <w:r>
        <w:rPr>
          <w:rFonts w:ascii="EB Garamond" w:hAnsi="EB Garamond" w:eastAsia="EB Garamond"/>
          <w:sz w:val="22"/>
        </w:rPr>
        <w:t>“What conversation?”</w:t>
      </w:r>
    </w:p>
    <w:p>
      <w:pPr>
        <w:spacing w:after="0" w:line="120" w:lineRule="exact"/>
        <w:ind w:firstLine="0" w:left="0"/>
      </w:pPr>
    </w:p>
    <w:p>
      <w:pPr>
        <w:spacing w:after="0" w:line="264" w:lineRule="exact"/>
        <w:ind w:firstLine="0" w:left="0"/>
      </w:pPr>
      <w:r>
        <w:rPr>
          <w:rFonts w:ascii="EB Garamond" w:hAnsi="EB Garamond" w:eastAsia="EB Garamond"/>
          <w:sz w:val="22"/>
        </w:rPr>
        <w:t>He waited.</w:t>
      </w:r>
    </w:p>
    <w:p>
      <w:pPr>
        <w:spacing w:after="0" w:line="120" w:lineRule="exact"/>
        <w:ind w:firstLine="0" w:left="0"/>
      </w:pPr>
    </w:p>
    <w:p>
      <w:pPr>
        <w:spacing w:after="0" w:line="264" w:lineRule="exact"/>
        <w:ind w:firstLine="0" w:left="0"/>
      </w:pPr>
      <w:r>
        <w:rPr>
          <w:rFonts w:ascii="EB Garamond" w:hAnsi="EB Garamond" w:eastAsia="EB Garamond"/>
          <w:sz w:val="22"/>
        </w:rPr>
        <w:t>Oh.</w:t>
      </w:r>
    </w:p>
    <w:p>
      <w:pPr>
        <w:spacing w:after="0" w:line="120" w:lineRule="exact"/>
        <w:ind w:firstLine="0" w:left="0"/>
      </w:pPr>
    </w:p>
    <w:p>
      <w:pPr>
        <w:spacing w:after="0" w:line="264" w:lineRule="exact"/>
        <w:ind w:firstLine="0" w:left="0"/>
      </w:pPr>
      <w:r>
        <w:rPr>
          <w:rFonts w:ascii="EB Garamond" w:hAnsi="EB Garamond" w:eastAsia="EB Garamond"/>
          <w:sz w:val="22"/>
        </w:rPr>
        <w:t>“Oh.”</w:t>
      </w:r>
    </w:p>
    <w:p>
      <w:pPr>
        <w:spacing w:after="0" w:line="120" w:lineRule="exact"/>
        <w:ind w:firstLine="0" w:left="0"/>
      </w:pPr>
    </w:p>
    <w:p>
      <w:pPr>
        <w:spacing w:after="0" w:line="264" w:lineRule="exact"/>
        <w:ind w:firstLine="0" w:left="0"/>
      </w:pPr>
      <w:r>
        <w:rPr>
          <w:rFonts w:ascii="EB Garamond" w:hAnsi="EB Garamond" w:eastAsia="EB Garamond"/>
          <w:sz w:val="22"/>
        </w:rPr>
        <w:t>Mason smiled.</w:t>
      </w:r>
    </w:p>
    <w:p>
      <w:pPr>
        <w:spacing w:after="0" w:line="120" w:lineRule="exact"/>
        <w:ind w:firstLine="0" w:left="0"/>
      </w:pPr>
    </w:p>
    <w:p>
      <w:pPr>
        <w:spacing w:after="0" w:line="264" w:lineRule="exact"/>
        <w:ind w:firstLine="0" w:left="0"/>
      </w:pPr>
      <w:r>
        <w:rPr>
          <w:rFonts w:ascii="EB Garamond" w:hAnsi="EB Garamond" w:eastAsia="EB Garamond"/>
          <w:sz w:val="22"/>
        </w:rPr>
        <w:t>“You forgot?”</w:t>
      </w:r>
    </w:p>
    <w:p>
      <w:pPr>
        <w:spacing w:after="0" w:line="120" w:lineRule="exact"/>
        <w:ind w:firstLine="0" w:left="0"/>
      </w:pPr>
    </w:p>
    <w:p>
      <w:pPr>
        <w:spacing w:after="0" w:line="264" w:lineRule="exact"/>
        <w:ind w:firstLine="0" w:left="0"/>
      </w:pPr>
      <w:r>
        <w:rPr>
          <w:rFonts w:ascii="EB Garamond" w:hAnsi="EB Garamond" w:eastAsia="EB Garamond"/>
          <w:sz w:val="22"/>
        </w:rPr>
        <w:t>“I was hoping you did.”</w:t>
      </w:r>
    </w:p>
    <w:p>
      <w:pPr>
        <w:spacing w:after="0" w:line="120" w:lineRule="exact"/>
        <w:ind w:firstLine="0" w:left="0"/>
      </w:pPr>
    </w:p>
    <w:p>
      <w:pPr>
        <w:spacing w:after="0" w:line="264" w:lineRule="exact"/>
        <w:ind w:firstLine="0" w:left="0"/>
      </w:pPr>
      <w:r>
        <w:rPr>
          <w:rFonts w:ascii="EB Garamond" w:hAnsi="EB Garamond" w:eastAsia="EB Garamond"/>
          <w:sz w:val="22"/>
        </w:rPr>
        <w:t>“Nope.”</w:t>
      </w:r>
    </w:p>
    <w:p>
      <w:pPr>
        <w:spacing w:after="0" w:line="120" w:lineRule="exact"/>
        <w:ind w:firstLine="0" w:left="0"/>
      </w:pPr>
    </w:p>
    <w:p>
      <w:pPr>
        <w:spacing w:after="0" w:line="264" w:lineRule="exact"/>
        <w:ind w:firstLine="0" w:left="0"/>
      </w:pPr>
      <w:r>
        <w:rPr>
          <w:rFonts w:ascii="EB Garamond" w:hAnsi="EB Garamond" w:eastAsia="EB Garamond"/>
          <w:sz w:val="22"/>
        </w:rPr>
        <w:t>Elsie crossed her arms.</w:t>
      </w:r>
    </w:p>
    <w:p>
      <w:pPr>
        <w:spacing w:after="0" w:line="120" w:lineRule="exact"/>
        <w:ind w:firstLine="0" w:left="0"/>
      </w:pPr>
    </w:p>
    <w:p>
      <w:pPr>
        <w:spacing w:after="0" w:line="264" w:lineRule="exact"/>
        <w:ind w:firstLine="0" w:left="0"/>
      </w:pPr>
      <w:r>
        <w:rPr>
          <w:rFonts w:ascii="EB Garamond" w:hAnsi="EB Garamond" w:eastAsia="EB Garamond"/>
          <w:sz w:val="22"/>
        </w:rPr>
        <w:t>“Fine.”</w:t>
      </w:r>
    </w:p>
    <w:p>
      <w:pPr>
        <w:spacing w:after="0" w:line="120" w:lineRule="exact"/>
        <w:ind w:firstLine="0" w:left="0"/>
      </w:pPr>
    </w:p>
    <w:p>
      <w:pPr>
        <w:spacing w:after="0" w:line="264" w:lineRule="exact"/>
        <w:ind w:firstLine="0" w:left="0"/>
      </w:pPr>
      <w:r>
        <w:rPr>
          <w:rFonts w:ascii="EB Garamond" w:hAnsi="EB Garamond" w:eastAsia="EB Garamond"/>
          <w:sz w:val="22"/>
        </w:rPr>
        <w:t>“Fine Number?”</w:t>
      </w:r>
    </w:p>
    <w:p>
      <w:pPr>
        <w:spacing w:after="0" w:line="120" w:lineRule="exact"/>
        <w:ind w:firstLine="0" w:left="0"/>
      </w:pPr>
    </w:p>
    <w:p>
      <w:pPr>
        <w:spacing w:after="0" w:line="264" w:lineRule="exact"/>
        <w:ind w:firstLine="0" w:left="0"/>
      </w:pPr>
      <w:r>
        <w:rPr>
          <w:rFonts w:ascii="EB Garamond" w:hAnsi="EB Garamond" w:eastAsia="EB Garamond"/>
          <w:sz w:val="22"/>
        </w:rPr>
        <w:t>She narrowed her eyes.</w:t>
      </w:r>
    </w:p>
    <w:p>
      <w:pPr>
        <w:spacing w:after="0" w:line="120" w:lineRule="exact"/>
        <w:ind w:firstLine="0" w:left="0"/>
      </w:pPr>
    </w:p>
    <w:p>
      <w:pPr>
        <w:spacing w:after="0" w:line="264" w:lineRule="exact"/>
        <w:ind w:firstLine="0" w:left="0"/>
      </w:pPr>
      <w:r>
        <w:rPr>
          <w:rFonts w:ascii="EB Garamond" w:hAnsi="EB Garamond" w:eastAsia="EB Garamond"/>
          <w:sz w:val="22"/>
        </w:rPr>
        <w:t>“We still need to discuss how you know about those.”</w:t>
      </w:r>
    </w:p>
    <w:p>
      <w:pPr>
        <w:spacing w:after="0" w:line="120" w:lineRule="exact"/>
        <w:ind w:firstLine="0" w:left="0"/>
      </w:pPr>
    </w:p>
    <w:p>
      <w:pPr>
        <w:spacing w:after="0" w:line="264" w:lineRule="exact"/>
        <w:ind w:firstLine="0" w:left="0"/>
      </w:pPr>
      <w:r>
        <w:rPr>
          <w:rFonts w:ascii="EB Garamond" w:hAnsi="EB Garamond" w:eastAsia="EB Garamond"/>
          <w:sz w:val="22"/>
        </w:rPr>
        <w:t>“Later.”</w:t>
      </w:r>
    </w:p>
    <w:p>
      <w:pPr>
        <w:spacing w:after="0" w:line="120" w:lineRule="exact"/>
        <w:ind w:firstLine="0" w:left="0"/>
      </w:pPr>
    </w:p>
    <w:p>
      <w:pPr>
        <w:spacing w:after="0" w:line="264" w:lineRule="exact"/>
        <w:ind w:firstLine="0" w:left="0"/>
      </w:pPr>
      <w:r>
        <w:rPr>
          <w:rFonts w:ascii="EB Garamond" w:hAnsi="EB Garamond" w:eastAsia="EB Garamond"/>
          <w:sz w:val="22"/>
        </w:rPr>
        <w:t>“Suspicious.”</w:t>
      </w:r>
    </w:p>
    <w:p>
      <w:pPr>
        <w:spacing w:after="0" w:line="120" w:lineRule="exact"/>
        <w:ind w:firstLine="0" w:left="0"/>
      </w:pPr>
    </w:p>
    <w:p>
      <w:pPr>
        <w:spacing w:after="0" w:line="264" w:lineRule="exact"/>
        <w:ind w:firstLine="0" w:left="0"/>
      </w:pPr>
      <w:r>
        <w:rPr>
          <w:rFonts w:ascii="EB Garamond" w:hAnsi="EB Garamond" w:eastAsia="EB Garamond"/>
          <w:sz w:val="22"/>
        </w:rPr>
        <w:t>Mason opened the passenger door.</w:t>
      </w:r>
    </w:p>
    <w:p>
      <w:pPr>
        <w:spacing w:after="0" w:line="120" w:lineRule="exact"/>
        <w:ind w:firstLine="0" w:left="0"/>
      </w:pPr>
    </w:p>
    <w:p>
      <w:pPr>
        <w:spacing w:after="0" w:line="264" w:lineRule="exact"/>
        <w:ind w:firstLine="0" w:left="0"/>
      </w:pPr>
      <w:r>
        <w:rPr>
          <w:rFonts w:ascii="EB Garamond" w:hAnsi="EB Garamond" w:eastAsia="EB Garamond"/>
          <w:sz w:val="22"/>
        </w:rPr>
        <w:t>“Come on. I’ll take you home.”</w:t>
      </w:r>
    </w:p>
    <w:p>
      <w:pPr>
        <w:spacing w:after="0" w:line="120" w:lineRule="exact"/>
        <w:ind w:firstLine="0" w:left="0"/>
      </w:pPr>
    </w:p>
    <w:p>
      <w:pPr>
        <w:spacing w:after="0" w:line="264" w:lineRule="exact"/>
        <w:ind w:firstLine="0" w:left="0"/>
      </w:pPr>
      <w:r>
        <w:rPr>
          <w:rFonts w:ascii="EB Garamond" w:hAnsi="EB Garamond" w:eastAsia="EB Garamond"/>
          <w:sz w:val="22"/>
        </w:rPr>
        <w:t>The conversation waited until they were parked in Elsie’s driveway.</w:t>
      </w:r>
    </w:p>
    <w:p>
      <w:pPr>
        <w:spacing w:after="0" w:line="120" w:lineRule="exact"/>
        <w:ind w:firstLine="0" w:left="0"/>
      </w:pPr>
    </w:p>
    <w:p>
      <w:pPr>
        <w:spacing w:after="0" w:line="264" w:lineRule="exact"/>
        <w:ind w:firstLine="0" w:left="0"/>
      </w:pPr>
      <w:r>
        <w:rPr>
          <w:rFonts w:ascii="EB Garamond" w:hAnsi="EB Garamond" w:eastAsia="EB Garamond"/>
          <w:sz w:val="22"/>
        </w:rPr>
        <w:t>Of course it did.</w:t>
      </w:r>
    </w:p>
    <w:p>
      <w:pPr>
        <w:spacing w:after="0" w:line="120" w:lineRule="exact"/>
        <w:ind w:firstLine="0" w:left="0"/>
      </w:pPr>
    </w:p>
    <w:p>
      <w:pPr>
        <w:spacing w:after="0" w:line="264" w:lineRule="exact"/>
        <w:ind w:firstLine="0" w:left="0"/>
      </w:pPr>
      <w:r>
        <w:rPr>
          <w:rFonts w:ascii="EB Garamond" w:hAnsi="EB Garamond" w:eastAsia="EB Garamond"/>
          <w:sz w:val="22"/>
        </w:rPr>
        <w:t>Elsie looked at the house.</w:t>
      </w:r>
    </w:p>
    <w:p>
      <w:pPr>
        <w:spacing w:after="0" w:line="120" w:lineRule="exact"/>
        <w:ind w:firstLine="0" w:left="0"/>
      </w:pPr>
    </w:p>
    <w:p>
      <w:pPr>
        <w:spacing w:after="0" w:line="264" w:lineRule="exact"/>
        <w:ind w:firstLine="0" w:left="0"/>
      </w:pPr>
      <w:r>
        <w:rPr>
          <w:rFonts w:ascii="EB Garamond" w:hAnsi="EB Garamond" w:eastAsia="EB Garamond"/>
          <w:sz w:val="22"/>
        </w:rPr>
        <w:t>Then at Mason.</w:t>
      </w:r>
    </w:p>
    <w:p>
      <w:pPr>
        <w:spacing w:after="0" w:line="120" w:lineRule="exact"/>
        <w:ind w:firstLine="0" w:left="0"/>
      </w:pPr>
    </w:p>
    <w:p>
      <w:pPr>
        <w:spacing w:after="0" w:line="264" w:lineRule="exact"/>
        <w:ind w:firstLine="0" w:left="0"/>
      </w:pPr>
      <w:r>
        <w:rPr>
          <w:rFonts w:ascii="EB Garamond" w:hAnsi="EB Garamond" w:eastAsia="EB Garamond"/>
          <w:sz w:val="22"/>
        </w:rPr>
        <w:t>“This feels suspicious.”</w:t>
      </w:r>
    </w:p>
    <w:p>
      <w:pPr>
        <w:spacing w:after="0" w:line="120" w:lineRule="exact"/>
        <w:ind w:firstLine="0" w:left="0"/>
      </w:pPr>
    </w:p>
    <w:p>
      <w:pPr>
        <w:spacing w:after="0" w:line="264" w:lineRule="exact"/>
        <w:ind w:firstLine="0" w:left="0"/>
      </w:pPr>
      <w:r>
        <w:rPr>
          <w:rFonts w:ascii="EB Garamond" w:hAnsi="EB Garamond" w:eastAsia="EB Garamond"/>
          <w:sz w:val="22"/>
        </w:rPr>
        <w:t>“What?”</w:t>
      </w:r>
    </w:p>
    <w:p>
      <w:pPr>
        <w:spacing w:after="0" w:line="120" w:lineRule="exact"/>
        <w:ind w:firstLine="0" w:left="0"/>
      </w:pPr>
    </w:p>
    <w:p>
      <w:pPr>
        <w:spacing w:after="0" w:line="264" w:lineRule="exact"/>
        <w:ind w:firstLine="0" w:left="0"/>
      </w:pPr>
      <w:r>
        <w:rPr>
          <w:rFonts w:ascii="EB Garamond" w:hAnsi="EB Garamond" w:eastAsia="EB Garamond"/>
          <w:sz w:val="22"/>
        </w:rPr>
        <w:t>“Sitting in a parked car.”</w:t>
      </w:r>
    </w:p>
    <w:p>
      <w:pPr>
        <w:spacing w:after="0" w:line="120" w:lineRule="exact"/>
        <w:ind w:firstLine="0" w:left="0"/>
      </w:pPr>
    </w:p>
    <w:p>
      <w:pPr>
        <w:spacing w:after="0" w:line="264" w:lineRule="exact"/>
        <w:ind w:firstLine="0" w:left="0"/>
      </w:pPr>
      <w:r>
        <w:rPr>
          <w:rFonts w:ascii="EB Garamond" w:hAnsi="EB Garamond" w:eastAsia="EB Garamond"/>
          <w:sz w:val="22"/>
        </w:rPr>
        <w:t>“People do that.”</w:t>
      </w:r>
    </w:p>
    <w:p>
      <w:pPr>
        <w:spacing w:after="0" w:line="120" w:lineRule="exact"/>
        <w:ind w:firstLine="0" w:left="0"/>
      </w:pPr>
    </w:p>
    <w:p>
      <w:pPr>
        <w:spacing w:after="0" w:line="264" w:lineRule="exact"/>
        <w:ind w:firstLine="0" w:left="0"/>
      </w:pPr>
      <w:r>
        <w:rPr>
          <w:rFonts w:ascii="EB Garamond" w:hAnsi="EB Garamond" w:eastAsia="EB Garamond"/>
          <w:sz w:val="22"/>
        </w:rPr>
        <w:t>“Teenagers in movies do this right before making terrible decisions.”</w:t>
      </w:r>
    </w:p>
    <w:p>
      <w:pPr>
        <w:spacing w:after="0" w:line="120" w:lineRule="exact"/>
        <w:ind w:firstLine="0" w:left="0"/>
      </w:pPr>
    </w:p>
    <w:p>
      <w:pPr>
        <w:spacing w:after="0" w:line="264" w:lineRule="exact"/>
        <w:ind w:firstLine="0" w:left="0"/>
      </w:pPr>
      <w:r>
        <w:rPr>
          <w:rFonts w:ascii="EB Garamond" w:hAnsi="EB Garamond" w:eastAsia="EB Garamond"/>
          <w:sz w:val="22"/>
        </w:rPr>
        <w:t>Mason laughed.</w:t>
      </w:r>
    </w:p>
    <w:p>
      <w:pPr>
        <w:spacing w:after="0" w:line="120" w:lineRule="exact"/>
        <w:ind w:firstLine="0" w:left="0"/>
      </w:pPr>
    </w:p>
    <w:p>
      <w:pPr>
        <w:spacing w:after="0" w:line="264" w:lineRule="exact"/>
        <w:ind w:firstLine="0" w:left="0"/>
      </w:pPr>
      <w:r>
        <w:rPr>
          <w:rFonts w:ascii="EB Garamond" w:hAnsi="EB Garamond" w:eastAsia="EB Garamond"/>
          <w:sz w:val="22"/>
        </w:rPr>
        <w:t>“Do you want me to leave?”</w:t>
      </w:r>
    </w:p>
    <w:p>
      <w:pPr>
        <w:spacing w:after="0" w:line="120" w:lineRule="exact"/>
        <w:ind w:firstLine="0" w:left="0"/>
      </w:pPr>
    </w:p>
    <w:p>
      <w:pPr>
        <w:spacing w:after="0" w:line="264" w:lineRule="exact"/>
        <w:ind w:firstLine="0" w:left="0"/>
      </w:pPr>
      <w:r>
        <w:rPr>
          <w:rFonts w:ascii="EB Garamond" w:hAnsi="EB Garamond" w:eastAsia="EB Garamond"/>
          <w:sz w:val="22"/>
        </w:rPr>
        <w:t>“No.”</w:t>
      </w:r>
    </w:p>
    <w:p>
      <w:pPr>
        <w:spacing w:after="0" w:line="120" w:lineRule="exact"/>
        <w:ind w:firstLine="0" w:left="0"/>
      </w:pPr>
    </w:p>
    <w:p>
      <w:pPr>
        <w:spacing w:after="0" w:line="264" w:lineRule="exact"/>
        <w:ind w:firstLine="0" w:left="0"/>
      </w:pPr>
      <w:r>
        <w:rPr>
          <w:rFonts w:ascii="EB Garamond" w:hAnsi="EB Garamond" w:eastAsia="EB Garamond"/>
          <w:sz w:val="22"/>
        </w:rPr>
        <w:t>He smiled.</w:t>
      </w:r>
    </w:p>
    <w:p>
      <w:pPr>
        <w:spacing w:after="0" w:line="120" w:lineRule="exact"/>
        <w:ind w:firstLine="0" w:left="0"/>
      </w:pPr>
    </w:p>
    <w:p>
      <w:pPr>
        <w:spacing w:after="0" w:line="264" w:lineRule="exact"/>
        <w:ind w:firstLine="0" w:left="0"/>
      </w:pPr>
      <w:r>
        <w:rPr>
          <w:rFonts w:ascii="EB Garamond" w:hAnsi="EB Garamond" w:eastAsia="EB Garamond"/>
          <w:sz w:val="22"/>
        </w:rPr>
        <w:t>Elsie immediately regretted honesty.</w:t>
      </w:r>
    </w:p>
    <w:p>
      <w:pPr>
        <w:spacing w:after="0" w:line="120" w:lineRule="exact"/>
        <w:ind w:firstLine="0" w:left="0"/>
      </w:pPr>
    </w:p>
    <w:p>
      <w:pPr>
        <w:spacing w:after="0" w:line="264" w:lineRule="exact"/>
        <w:ind w:firstLine="0" w:left="0"/>
      </w:pPr>
      <w:r>
        <w:rPr>
          <w:rFonts w:ascii="EB Garamond" w:hAnsi="EB Garamond" w:eastAsia="EB Garamond"/>
          <w:sz w:val="22"/>
        </w:rPr>
        <w:t>Mason leaned over and kissed her.</w:t>
      </w:r>
    </w:p>
    <w:p>
      <w:pPr>
        <w:spacing w:after="0" w:line="120" w:lineRule="exact"/>
        <w:ind w:firstLine="0" w:left="0"/>
      </w:pPr>
    </w:p>
    <w:p>
      <w:pPr>
        <w:spacing w:after="0" w:line="264" w:lineRule="exact"/>
        <w:ind w:firstLine="0" w:left="0"/>
      </w:pPr>
      <w:r>
        <w:rPr>
          <w:rFonts w:ascii="EB Garamond" w:hAnsi="EB Garamond" w:eastAsia="EB Garamond"/>
          <w:sz w:val="22"/>
        </w:rPr>
        <w:t>She kissed him back.</w:t>
      </w:r>
    </w:p>
    <w:p>
      <w:pPr>
        <w:spacing w:after="0" w:line="120" w:lineRule="exact"/>
        <w:ind w:firstLine="0" w:left="0"/>
      </w:pPr>
    </w:p>
    <w:p>
      <w:pPr>
        <w:spacing w:after="0" w:line="264" w:lineRule="exact"/>
        <w:ind w:firstLine="0" w:left="0"/>
      </w:pPr>
      <w:r>
        <w:rPr>
          <w:rFonts w:ascii="EB Garamond" w:hAnsi="EB Garamond" w:eastAsia="EB Garamond"/>
          <w:sz w:val="22"/>
        </w:rPr>
        <w:t>It lasted longer than the football-game kiss.</w:t>
      </w:r>
    </w:p>
    <w:p>
      <w:pPr>
        <w:spacing w:after="0" w:line="120" w:lineRule="exact"/>
        <w:ind w:firstLine="0" w:left="0"/>
      </w:pPr>
    </w:p>
    <w:p>
      <w:pPr>
        <w:spacing w:after="0" w:line="264" w:lineRule="exact"/>
        <w:ind w:firstLine="0" w:left="0"/>
      </w:pPr>
      <w:r>
        <w:rPr>
          <w:rFonts w:ascii="EB Garamond" w:hAnsi="EB Garamond" w:eastAsia="EB Garamond"/>
          <w:sz w:val="22"/>
        </w:rPr>
        <w:t>Not dramatically.</w:t>
      </w:r>
    </w:p>
    <w:p>
      <w:pPr>
        <w:spacing w:after="0" w:line="120" w:lineRule="exact"/>
        <w:ind w:firstLine="0" w:left="0"/>
      </w:pPr>
    </w:p>
    <w:p>
      <w:pPr>
        <w:spacing w:after="0" w:line="264" w:lineRule="exact"/>
        <w:ind w:firstLine="0" w:left="0"/>
      </w:pPr>
      <w:r>
        <w:rPr>
          <w:rFonts w:ascii="EB Garamond" w:hAnsi="EB Garamond" w:eastAsia="EB Garamond"/>
          <w:sz w:val="22"/>
        </w:rPr>
        <w:t>Just enough for Elsie to become very aware of the conversation she had started Monday.</w:t>
      </w:r>
    </w:p>
    <w:p>
      <w:pPr>
        <w:spacing w:after="0" w:line="120" w:lineRule="exact"/>
        <w:ind w:firstLine="0" w:left="0"/>
      </w:pPr>
    </w:p>
    <w:p>
      <w:pPr>
        <w:spacing w:after="0" w:line="264" w:lineRule="exact"/>
        <w:ind w:firstLine="0" w:left="0"/>
      </w:pPr>
      <w:r>
        <w:rPr>
          <w:rFonts w:ascii="EB Garamond" w:hAnsi="EB Garamond" w:eastAsia="EB Garamond"/>
          <w:sz w:val="22"/>
        </w:rPr>
        <w:t>Great.</w:t>
      </w:r>
    </w:p>
    <w:p>
      <w:pPr>
        <w:spacing w:after="0" w:line="120" w:lineRule="exact"/>
        <w:ind w:firstLine="0" w:left="0"/>
      </w:pPr>
    </w:p>
    <w:p>
      <w:pPr>
        <w:spacing w:after="0" w:line="264" w:lineRule="exact"/>
        <w:ind w:firstLine="0" w:left="0"/>
      </w:pPr>
      <w:r>
        <w:rPr>
          <w:rFonts w:ascii="EB Garamond" w:hAnsi="EB Garamond" w:eastAsia="EB Garamond"/>
          <w:sz w:val="22"/>
        </w:rPr>
        <w:t>She had cursed herself.</w:t>
      </w:r>
    </w:p>
    <w:p>
      <w:pPr>
        <w:spacing w:after="0" w:line="120" w:lineRule="exact"/>
        <w:ind w:firstLine="0" w:left="0"/>
      </w:pPr>
    </w:p>
    <w:p>
      <w:pPr>
        <w:spacing w:after="0" w:line="264" w:lineRule="exact"/>
        <w:ind w:firstLine="0" w:left="0"/>
      </w:pPr>
      <w:r>
        <w:rPr>
          <w:rFonts w:ascii="EB Garamond" w:hAnsi="EB Garamond" w:eastAsia="EB Garamond"/>
          <w:sz w:val="22"/>
        </w:rPr>
        <w:t>Mason pulled back slightly.</w:t>
      </w:r>
    </w:p>
    <w:p>
      <w:pPr>
        <w:spacing w:after="0" w:line="120" w:lineRule="exact"/>
        <w:ind w:firstLine="0" w:left="0"/>
      </w:pPr>
    </w:p>
    <w:p>
      <w:pPr>
        <w:spacing w:after="0" w:line="264" w:lineRule="exact"/>
        <w:ind w:firstLine="0" w:left="0"/>
      </w:pPr>
      <w:r>
        <w:rPr>
          <w:rFonts w:ascii="EB Garamond" w:hAnsi="EB Garamond" w:eastAsia="EB Garamond"/>
          <w:sz w:val="22"/>
        </w:rPr>
        <w:t>Elsie looked at him.</w:t>
      </w:r>
    </w:p>
    <w:p>
      <w:pPr>
        <w:spacing w:after="0" w:line="120" w:lineRule="exact"/>
        <w:ind w:firstLine="0" w:left="0"/>
      </w:pPr>
    </w:p>
    <w:p>
      <w:pPr>
        <w:spacing w:after="0" w:line="264" w:lineRule="exact"/>
        <w:ind w:firstLine="0" w:left="0"/>
      </w:pPr>
      <w:r>
        <w:rPr>
          <w:rFonts w:ascii="EB Garamond" w:hAnsi="EB Garamond" w:eastAsia="EB Garamond"/>
          <w:sz w:val="22"/>
        </w:rPr>
        <w:t>Then kissed him again.</w:t>
      </w:r>
    </w:p>
    <w:p>
      <w:pPr>
        <w:spacing w:after="0" w:line="120" w:lineRule="exact"/>
        <w:ind w:firstLine="0" w:left="0"/>
      </w:pPr>
    </w:p>
    <w:p>
      <w:pPr>
        <w:spacing w:after="0" w:line="264" w:lineRule="exact"/>
        <w:ind w:firstLine="0" w:left="0"/>
      </w:pPr>
      <w:r>
        <w:rPr>
          <w:rFonts w:ascii="EB Garamond" w:hAnsi="EB Garamond" w:eastAsia="EB Garamond"/>
          <w:sz w:val="22"/>
        </w:rPr>
        <w:t>His hand moved to her waist.</w:t>
      </w:r>
    </w:p>
    <w:p>
      <w:pPr>
        <w:spacing w:after="0" w:line="120" w:lineRule="exact"/>
        <w:ind w:firstLine="0" w:left="0"/>
      </w:pPr>
    </w:p>
    <w:p>
      <w:pPr>
        <w:spacing w:after="0" w:line="264" w:lineRule="exact"/>
        <w:ind w:firstLine="0" w:left="0"/>
      </w:pPr>
      <w:r>
        <w:rPr>
          <w:rFonts w:ascii="EB Garamond" w:hAnsi="EB Garamond" w:eastAsia="EB Garamond"/>
          <w:sz w:val="22"/>
        </w:rPr>
        <w:t>Something in Elsie’s stomach flipped.</w:t>
      </w:r>
    </w:p>
    <w:p>
      <w:pPr>
        <w:spacing w:after="0" w:line="120" w:lineRule="exact"/>
        <w:ind w:firstLine="0" w:left="0"/>
      </w:pPr>
    </w:p>
    <w:p>
      <w:pPr>
        <w:spacing w:after="0" w:line="264" w:lineRule="exact"/>
        <w:ind w:firstLine="0" w:left="0"/>
      </w:pPr>
      <w:r>
        <w:rPr>
          <w:rFonts w:ascii="EB Garamond" w:hAnsi="EB Garamond" w:eastAsia="EB Garamond"/>
          <w:sz w:val="22"/>
        </w:rPr>
        <w:t>Not bad.</w:t>
      </w:r>
    </w:p>
    <w:p>
      <w:pPr>
        <w:spacing w:after="0" w:line="120" w:lineRule="exact"/>
        <w:ind w:firstLine="0" w:left="0"/>
      </w:pPr>
    </w:p>
    <w:p>
      <w:pPr>
        <w:spacing w:after="0" w:line="264" w:lineRule="exact"/>
        <w:ind w:firstLine="0" w:left="0"/>
      </w:pPr>
      <w:r>
        <w:rPr>
          <w:rFonts w:ascii="EB Garamond" w:hAnsi="EB Garamond" w:eastAsia="EB Garamond"/>
          <w:sz w:val="22"/>
        </w:rPr>
        <w:t>Definitely not bad.</w:t>
      </w:r>
    </w:p>
    <w:p>
      <w:pPr>
        <w:spacing w:after="0" w:line="120" w:lineRule="exact"/>
        <w:ind w:firstLine="0" w:left="0"/>
      </w:pPr>
    </w:p>
    <w:p>
      <w:pPr>
        <w:spacing w:after="0" w:line="264" w:lineRule="exact"/>
        <w:ind w:firstLine="0" w:left="0"/>
      </w:pPr>
      <w:r>
        <w:rPr>
          <w:rFonts w:ascii="EB Garamond" w:hAnsi="EB Garamond" w:eastAsia="EB Garamond"/>
          <w:sz w:val="22"/>
        </w:rPr>
        <w:t>Which was precisely the problem.</w:t>
      </w:r>
    </w:p>
    <w:p>
      <w:pPr>
        <w:spacing w:after="0" w:line="120" w:lineRule="exact"/>
        <w:ind w:firstLine="0" w:left="0"/>
      </w:pPr>
    </w:p>
    <w:p>
      <w:pPr>
        <w:spacing w:after="0" w:line="264" w:lineRule="exact"/>
        <w:ind w:firstLine="0" w:left="0"/>
      </w:pPr>
      <w:r>
        <w:rPr>
          <w:rFonts w:ascii="EB Garamond" w:hAnsi="EB Garamond" w:eastAsia="EB Garamond"/>
          <w:sz w:val="22"/>
        </w:rPr>
        <w:t>She pulled back.</w:t>
      </w:r>
    </w:p>
    <w:p>
      <w:pPr>
        <w:spacing w:after="0" w:line="120" w:lineRule="exact"/>
        <w:ind w:firstLine="0" w:left="0"/>
      </w:pPr>
    </w:p>
    <w:p>
      <w:pPr>
        <w:spacing w:after="0" w:line="264" w:lineRule="exact"/>
        <w:ind w:firstLine="0" w:left="0"/>
      </w:pPr>
      <w:r>
        <w:rPr>
          <w:rFonts w:ascii="EB Garamond" w:hAnsi="EB Garamond" w:eastAsia="EB Garamond"/>
          <w:sz w:val="22"/>
        </w:rPr>
        <w:t>Mason stopped immediately.</w:t>
      </w:r>
    </w:p>
    <w:p>
      <w:pPr>
        <w:spacing w:after="0" w:line="120" w:lineRule="exact"/>
        <w:ind w:firstLine="0" w:left="0"/>
      </w:pPr>
    </w:p>
    <w:p>
      <w:pPr>
        <w:spacing w:after="0" w:line="264" w:lineRule="exact"/>
        <w:ind w:firstLine="0" w:left="0"/>
      </w:pPr>
      <w:r>
        <w:rPr>
          <w:rFonts w:ascii="EB Garamond" w:hAnsi="EB Garamond" w:eastAsia="EB Garamond"/>
          <w:sz w:val="22"/>
        </w:rPr>
        <w:t>“You okay?”</w:t>
      </w:r>
    </w:p>
    <w:p>
      <w:pPr>
        <w:spacing w:after="0" w:line="120" w:lineRule="exact"/>
        <w:ind w:firstLine="0" w:left="0"/>
      </w:pPr>
    </w:p>
    <w:p>
      <w:pPr>
        <w:spacing w:after="0" w:line="264" w:lineRule="exact"/>
        <w:ind w:firstLine="0" w:left="0"/>
      </w:pPr>
      <w:r>
        <w:rPr>
          <w:rFonts w:ascii="EB Garamond" w:hAnsi="EB Garamond" w:eastAsia="EB Garamond"/>
          <w:sz w:val="22"/>
        </w:rPr>
        <w:t>“Yeah.”</w:t>
      </w:r>
    </w:p>
    <w:p>
      <w:pPr>
        <w:spacing w:after="0" w:line="120" w:lineRule="exact"/>
        <w:ind w:firstLine="0" w:left="0"/>
      </w:pPr>
    </w:p>
    <w:p>
      <w:pPr>
        <w:spacing w:after="0" w:line="264" w:lineRule="exact"/>
        <w:ind w:firstLine="0" w:left="0"/>
      </w:pPr>
      <w:r>
        <w:rPr>
          <w:rFonts w:ascii="EB Garamond" w:hAnsi="EB Garamond" w:eastAsia="EB Garamond"/>
          <w:sz w:val="22"/>
        </w:rPr>
        <w:t>“You sure?”</w:t>
      </w:r>
    </w:p>
    <w:p>
      <w:pPr>
        <w:spacing w:after="0" w:line="120" w:lineRule="exact"/>
        <w:ind w:firstLine="0" w:left="0"/>
      </w:pPr>
    </w:p>
    <w:p>
      <w:pPr>
        <w:spacing w:after="0" w:line="264" w:lineRule="exact"/>
        <w:ind w:firstLine="0" w:left="0"/>
      </w:pPr>
      <w:r>
        <w:rPr>
          <w:rFonts w:ascii="EB Garamond" w:hAnsi="EB Garamond" w:eastAsia="EB Garamond"/>
          <w:sz w:val="22"/>
        </w:rPr>
        <w:t>“Yes.”</w:t>
      </w:r>
    </w:p>
    <w:p>
      <w:pPr>
        <w:spacing w:after="0" w:line="120" w:lineRule="exact"/>
        <w:ind w:firstLine="0" w:left="0"/>
      </w:pPr>
    </w:p>
    <w:p>
      <w:pPr>
        <w:spacing w:after="0" w:line="264" w:lineRule="exact"/>
        <w:ind w:firstLine="0" w:left="0"/>
      </w:pPr>
      <w:r>
        <w:rPr>
          <w:rFonts w:ascii="EB Garamond" w:hAnsi="EB Garamond" w:eastAsia="EB Garamond"/>
          <w:sz w:val="22"/>
        </w:rPr>
        <w:t>She laughed nervously.</w:t>
      </w:r>
    </w:p>
    <w:p>
      <w:pPr>
        <w:spacing w:after="0" w:line="120" w:lineRule="exact"/>
        <w:ind w:firstLine="0" w:left="0"/>
      </w:pPr>
    </w:p>
    <w:p>
      <w:pPr>
        <w:spacing w:after="0" w:line="264" w:lineRule="exact"/>
        <w:ind w:firstLine="0" w:left="0"/>
      </w:pPr>
      <w:r>
        <w:rPr>
          <w:rFonts w:ascii="EB Garamond" w:hAnsi="EB Garamond" w:eastAsia="EB Garamond"/>
          <w:sz w:val="22"/>
        </w:rPr>
        <w:t>“I just realized I started an entire conversation about boundaries and then never actually figured out what mine are.”</w:t>
      </w:r>
    </w:p>
    <w:p>
      <w:pPr>
        <w:spacing w:after="0" w:line="120" w:lineRule="exact"/>
        <w:ind w:firstLine="0" w:left="0"/>
      </w:pPr>
    </w:p>
    <w:p>
      <w:pPr>
        <w:spacing w:after="0" w:line="264" w:lineRule="exact"/>
        <w:ind w:firstLine="0" w:left="0"/>
      </w:pPr>
      <w:r>
        <w:rPr>
          <w:rFonts w:ascii="EB Garamond" w:hAnsi="EB Garamond" w:eastAsia="EB Garamond"/>
          <w:sz w:val="22"/>
        </w:rPr>
        <w:t>Mason smiled.</w:t>
      </w:r>
    </w:p>
    <w:p>
      <w:pPr>
        <w:spacing w:after="0" w:line="120" w:lineRule="exact"/>
        <w:ind w:firstLine="0" w:left="0"/>
      </w:pPr>
    </w:p>
    <w:p>
      <w:pPr>
        <w:spacing w:after="0" w:line="264" w:lineRule="exact"/>
        <w:ind w:firstLine="0" w:left="0"/>
      </w:pPr>
      <w:r>
        <w:rPr>
          <w:rFonts w:ascii="EB Garamond" w:hAnsi="EB Garamond" w:eastAsia="EB Garamond"/>
          <w:sz w:val="22"/>
        </w:rPr>
        <w:t>“That does seem like poor planning.”</w:t>
      </w:r>
    </w:p>
    <w:p>
      <w:pPr>
        <w:spacing w:after="0" w:line="120" w:lineRule="exact"/>
        <w:ind w:firstLine="0" w:left="0"/>
      </w:pPr>
    </w:p>
    <w:p>
      <w:pPr>
        <w:spacing w:after="0" w:line="264" w:lineRule="exact"/>
        <w:ind w:firstLine="0" w:left="0"/>
      </w:pPr>
      <w:r>
        <w:rPr>
          <w:rFonts w:ascii="EB Garamond" w:hAnsi="EB Garamond" w:eastAsia="EB Garamond"/>
          <w:sz w:val="22"/>
        </w:rPr>
        <w:t>“Thank you.”</w:t>
      </w:r>
    </w:p>
    <w:p>
      <w:pPr>
        <w:spacing w:after="0" w:line="120" w:lineRule="exact"/>
        <w:ind w:firstLine="0" w:left="0"/>
      </w:pPr>
    </w:p>
    <w:p>
      <w:pPr>
        <w:spacing w:after="0" w:line="264" w:lineRule="exact"/>
        <w:ind w:firstLine="0" w:left="0"/>
      </w:pPr>
      <w:r>
        <w:rPr>
          <w:rFonts w:ascii="EB Garamond" w:hAnsi="EB Garamond" w:eastAsia="EB Garamond"/>
          <w:sz w:val="22"/>
        </w:rPr>
        <w:t>“Anytime.”</w:t>
      </w:r>
    </w:p>
    <w:p>
      <w:pPr>
        <w:spacing w:after="0" w:line="120" w:lineRule="exact"/>
        <w:ind w:firstLine="0" w:left="0"/>
      </w:pPr>
    </w:p>
    <w:p>
      <w:pPr>
        <w:spacing w:after="0" w:line="264" w:lineRule="exact"/>
        <w:ind w:firstLine="0" w:left="0"/>
      </w:pPr>
      <w:r>
        <w:rPr>
          <w:rFonts w:ascii="EB Garamond" w:hAnsi="EB Garamond" w:eastAsia="EB Garamond"/>
          <w:sz w:val="22"/>
        </w:rPr>
        <w:t>Elsie looked down at her hands.</w:t>
      </w:r>
    </w:p>
    <w:p>
      <w:pPr>
        <w:spacing w:after="0" w:line="120" w:lineRule="exact"/>
        <w:ind w:firstLine="0" w:left="0"/>
      </w:pPr>
    </w:p>
    <w:p>
      <w:pPr>
        <w:spacing w:after="0" w:line="264" w:lineRule="exact"/>
        <w:ind w:firstLine="0" w:left="0"/>
      </w:pPr>
      <w:r>
        <w:rPr>
          <w:rFonts w:ascii="EB Garamond" w:hAnsi="EB Garamond" w:eastAsia="EB Garamond"/>
          <w:sz w:val="22"/>
        </w:rPr>
        <w:t>“I don’t actually know what my boundaries are.”</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“That sounded very mature.”</w:t>
      </w:r>
    </w:p>
    <w:p>
      <w:pPr>
        <w:spacing w:after="0" w:line="120" w:lineRule="exact"/>
        <w:ind w:firstLine="0" w:left="0"/>
      </w:pPr>
    </w:p>
    <w:p>
      <w:pPr>
        <w:spacing w:after="0" w:line="264" w:lineRule="exact"/>
        <w:ind w:firstLine="0" w:left="0"/>
      </w:pPr>
      <w:r>
        <w:rPr>
          <w:rFonts w:ascii="EB Garamond" w:hAnsi="EB Garamond" w:eastAsia="EB Garamond"/>
          <w:sz w:val="22"/>
        </w:rPr>
        <w:t>“I panicked.”</w:t>
      </w:r>
    </w:p>
    <w:p>
      <w:pPr>
        <w:spacing w:after="0" w:line="120" w:lineRule="exact"/>
        <w:ind w:firstLine="0" w:left="0"/>
      </w:pPr>
    </w:p>
    <w:p>
      <w:pPr>
        <w:spacing w:after="0" w:line="264" w:lineRule="exact"/>
        <w:ind w:firstLine="0" w:left="0"/>
      </w:pPr>
      <w:r>
        <w:rPr>
          <w:rFonts w:ascii="EB Garamond" w:hAnsi="EB Garamond" w:eastAsia="EB Garamond"/>
          <w:sz w:val="22"/>
        </w:rPr>
        <w:t>She laughed.</w:t>
      </w:r>
    </w:p>
    <w:p>
      <w:pPr>
        <w:spacing w:after="0" w:line="120" w:lineRule="exact"/>
        <w:ind w:firstLine="0" w:left="0"/>
      </w:pPr>
    </w:p>
    <w:p>
      <w:pPr>
        <w:spacing w:after="0" w:line="264" w:lineRule="exact"/>
        <w:ind w:firstLine="0" w:left="0"/>
      </w:pPr>
      <w:r>
        <w:rPr>
          <w:rFonts w:ascii="EB Garamond" w:hAnsi="EB Garamond" w:eastAsia="EB Garamond"/>
          <w:sz w:val="22"/>
        </w:rPr>
        <w:t>He smiled.</w:t>
      </w:r>
    </w:p>
    <w:p>
      <w:pPr>
        <w:spacing w:after="0" w:line="120" w:lineRule="exact"/>
        <w:ind w:firstLine="0" w:left="0"/>
      </w:pPr>
    </w:p>
    <w:p>
      <w:pPr>
        <w:spacing w:after="0" w:line="264" w:lineRule="exact"/>
        <w:ind w:firstLine="0" w:left="0"/>
      </w:pPr>
      <w:r>
        <w:rPr>
          <w:rFonts w:ascii="EB Garamond" w:hAnsi="EB Garamond" w:eastAsia="EB Garamond"/>
          <w:sz w:val="22"/>
        </w:rPr>
        <w:t>“We can figure it out.”</w:t>
      </w:r>
    </w:p>
    <w:p>
      <w:pPr>
        <w:spacing w:after="0" w:line="120" w:lineRule="exact"/>
        <w:ind w:firstLine="0" w:left="0"/>
      </w:pPr>
    </w:p>
    <w:p>
      <w:pPr>
        <w:spacing w:after="0" w:line="264" w:lineRule="exact"/>
        <w:ind w:firstLine="0" w:left="0"/>
      </w:pPr>
      <w:r>
        <w:rPr>
          <w:rFonts w:ascii="EB Garamond" w:hAnsi="EB Garamond" w:eastAsia="EB Garamond"/>
          <w:sz w:val="22"/>
        </w:rPr>
        <w:t>Elsie looked at him.</w:t>
      </w:r>
    </w:p>
    <w:p>
      <w:pPr>
        <w:spacing w:after="0" w:line="120" w:lineRule="exact"/>
        <w:ind w:firstLine="0" w:left="0"/>
      </w:pPr>
    </w:p>
    <w:p>
      <w:pPr>
        <w:spacing w:after="0" w:line="264" w:lineRule="exact"/>
        <w:ind w:firstLine="0" w:left="0"/>
      </w:pPr>
      <w:r>
        <w:rPr>
          <w:rFonts w:ascii="EB Garamond" w:hAnsi="EB Garamond" w:eastAsia="EB Garamond"/>
          <w:sz w:val="22"/>
        </w:rPr>
        <w:t>“We?”</w:t>
      </w:r>
    </w:p>
    <w:p>
      <w:pPr>
        <w:spacing w:after="0" w:line="120" w:lineRule="exact"/>
        <w:ind w:firstLine="0" w:left="0"/>
      </w:pPr>
    </w:p>
    <w:p>
      <w:pPr>
        <w:spacing w:after="0" w:line="264" w:lineRule="exact"/>
        <w:ind w:firstLine="0" w:left="0"/>
      </w:pPr>
      <w:r>
        <w:rPr>
          <w:rFonts w:ascii="EB Garamond" w:hAnsi="EB Garamond" w:eastAsia="EB Garamond"/>
          <w:sz w:val="22"/>
        </w:rPr>
        <w:t>“Seems relevant to me.”</w:t>
      </w:r>
    </w:p>
    <w:p>
      <w:pPr>
        <w:spacing w:after="0" w:line="120" w:lineRule="exact"/>
        <w:ind w:firstLine="0" w:left="0"/>
      </w:pPr>
    </w:p>
    <w:p>
      <w:pPr>
        <w:spacing w:after="0" w:line="264" w:lineRule="exact"/>
        <w:ind w:firstLine="0" w:left="0"/>
      </w:pPr>
      <w:r>
        <w:rPr>
          <w:rFonts w:ascii="EB Garamond" w:hAnsi="EB Garamond" w:eastAsia="EB Garamond"/>
          <w:sz w:val="22"/>
        </w:rPr>
        <w:t>Something about that made her chest warm.</w:t>
      </w:r>
    </w:p>
    <w:p>
      <w:pPr>
        <w:spacing w:after="0" w:line="120" w:lineRule="exact"/>
        <w:ind w:firstLine="0" w:left="0"/>
      </w:pPr>
    </w:p>
    <w:p>
      <w:pPr>
        <w:spacing w:after="0" w:line="264" w:lineRule="exact"/>
        <w:ind w:firstLine="0" w:left="0"/>
      </w:pPr>
      <w:r>
        <w:rPr>
          <w:rFonts w:ascii="EB Garamond" w:hAnsi="EB Garamond" w:eastAsia="EB Garamond"/>
          <w:sz w:val="22"/>
        </w:rPr>
        <w:t>Not:</w:t>
      </w:r>
    </w:p>
    <w:p>
      <w:pPr>
        <w:spacing w:after="0" w:line="120" w:lineRule="exact"/>
        <w:ind w:firstLine="0" w:left="0"/>
      </w:pPr>
    </w:p>
    <w:p>
      <w:pPr>
        <w:spacing w:after="0" w:line="264" w:lineRule="exact"/>
        <w:ind w:firstLine="0" w:left="0"/>
      </w:pPr>
      <w:r>
        <w:rPr>
          <w:rFonts w:ascii="EB Garamond" w:hAnsi="EB Garamond" w:eastAsia="EB Garamond"/>
          <w:i/>
          <w:sz w:val="22"/>
        </w:rPr>
        <w:t>Tell me what I’m allowed to do.</w:t>
      </w:r>
    </w:p>
    <w:p>
      <w:pPr>
        <w:spacing w:after="0" w:line="120" w:lineRule="exact"/>
        <w:ind w:firstLine="0" w:left="0"/>
      </w:pPr>
    </w:p>
    <w:p>
      <w:pPr>
        <w:spacing w:after="0" w:line="264" w:lineRule="exact"/>
        <w:ind w:firstLine="0" w:left="0"/>
      </w:pPr>
      <w:r>
        <w:rPr>
          <w:rFonts w:ascii="EB Garamond" w:hAnsi="EB Garamond" w:eastAsia="EB Garamond"/>
          <w:sz w:val="22"/>
        </w:rPr>
        <w:t>Not:</w:t>
      </w:r>
    </w:p>
    <w:p>
      <w:pPr>
        <w:spacing w:after="0" w:line="120" w:lineRule="exact"/>
        <w:ind w:firstLine="0" w:left="0"/>
      </w:pPr>
    </w:p>
    <w:p>
      <w:pPr>
        <w:spacing w:after="0" w:line="264" w:lineRule="exact"/>
        <w:ind w:firstLine="0" w:left="0"/>
      </w:pPr>
      <w:r>
        <w:rPr>
          <w:rFonts w:ascii="EB Garamond" w:hAnsi="EB Garamond" w:eastAsia="EB Garamond"/>
          <w:i/>
          <w:sz w:val="22"/>
        </w:rPr>
        <w:t>How far can we go?</w:t>
      </w:r>
    </w:p>
    <w:p>
      <w:pPr>
        <w:spacing w:after="0" w:line="120" w:lineRule="exact"/>
        <w:ind w:firstLine="0" w:left="0"/>
      </w:pPr>
    </w:p>
    <w:p>
      <w:pPr>
        <w:spacing w:after="0" w:line="264" w:lineRule="exact"/>
        <w:ind w:firstLine="0" w:left="0"/>
      </w:pPr>
      <w:r>
        <w:rPr>
          <w:rFonts w:ascii="EB Garamond" w:hAnsi="EB Garamond" w:eastAsia="EB Garamond"/>
          <w:sz w:val="22"/>
        </w:rPr>
        <w:t>We.</w:t>
      </w:r>
    </w:p>
    <w:p>
      <w:pPr>
        <w:spacing w:after="0" w:line="120" w:lineRule="exact"/>
        <w:ind w:firstLine="0" w:left="0"/>
      </w:pPr>
    </w:p>
    <w:p>
      <w:pPr>
        <w:spacing w:after="0" w:line="264" w:lineRule="exact"/>
        <w:ind w:firstLine="0" w:left="0"/>
      </w:pPr>
      <w:r>
        <w:rPr>
          <w:rFonts w:ascii="EB Garamond" w:hAnsi="EB Garamond" w:eastAsia="EB Garamond"/>
          <w:sz w:val="22"/>
        </w:rPr>
        <w:t>Figure it out.</w:t>
      </w:r>
    </w:p>
    <w:p>
      <w:pPr>
        <w:spacing w:after="0" w:line="120" w:lineRule="exact"/>
        <w:ind w:firstLine="0" w:left="0"/>
      </w:pPr>
    </w:p>
    <w:p>
      <w:pPr>
        <w:spacing w:after="0" w:line="264" w:lineRule="exact"/>
        <w:ind w:firstLine="0" w:left="0"/>
      </w:pPr>
      <w:r>
        <w:rPr>
          <w:rFonts w:ascii="EB Garamond" w:hAnsi="EB Garamond" w:eastAsia="EB Garamond"/>
          <w:sz w:val="22"/>
        </w:rPr>
        <w:t>“I don’t want to not do things just because I’m scared God will be mad.”</w:t>
      </w:r>
    </w:p>
    <w:p>
      <w:pPr>
        <w:spacing w:after="0" w:line="120" w:lineRule="exact"/>
        <w:ind w:firstLine="0" w:left="0"/>
      </w:pPr>
    </w:p>
    <w:p>
      <w:pPr>
        <w:spacing w:after="0" w:line="264" w:lineRule="exact"/>
        <w:ind w:firstLine="0" w:left="0"/>
      </w:pPr>
      <w:r>
        <w:rPr>
          <w:rFonts w:ascii="EB Garamond" w:hAnsi="EB Garamond" w:eastAsia="EB Garamond"/>
          <w:sz w:val="22"/>
        </w:rPr>
        <w:t>Mason nodded.</w:t>
      </w:r>
    </w:p>
    <w:p>
      <w:pPr>
        <w:spacing w:after="0" w:line="120" w:lineRule="exact"/>
        <w:ind w:firstLine="0" w:left="0"/>
      </w:pPr>
    </w:p>
    <w:p>
      <w:pPr>
        <w:spacing w:after="0" w:line="264" w:lineRule="exact"/>
        <w:ind w:firstLine="0" w:left="0"/>
      </w:pPr>
      <w:r>
        <w:rPr>
          <w:rFonts w:ascii="EB Garamond" w:hAnsi="EB Garamond" w:eastAsia="EB Garamond"/>
          <w:sz w:val="22"/>
        </w:rPr>
        <w:t>“And I don’t want to do things just because everybody else does them.”</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“And I don’t want Nora making my rules.”</w:t>
      </w:r>
    </w:p>
    <w:p>
      <w:pPr>
        <w:spacing w:after="0" w:line="120" w:lineRule="exact"/>
        <w:ind w:firstLine="0" w:left="0"/>
      </w:pPr>
    </w:p>
    <w:p>
      <w:pPr>
        <w:spacing w:after="0" w:line="264" w:lineRule="exact"/>
        <w:ind w:firstLine="0" w:left="0"/>
      </w:pPr>
      <w:r>
        <w:rPr>
          <w:rFonts w:ascii="EB Garamond" w:hAnsi="EB Garamond" w:eastAsia="EB Garamond"/>
          <w:sz w:val="22"/>
        </w:rPr>
        <w:t>“I think Nora would enjoy that power.”</w:t>
      </w:r>
    </w:p>
    <w:p>
      <w:pPr>
        <w:spacing w:after="0" w:line="120" w:lineRule="exact"/>
        <w:ind w:firstLine="0" w:left="0"/>
      </w:pPr>
    </w:p>
    <w:p>
      <w:pPr>
        <w:spacing w:after="0" w:line="264" w:lineRule="exact"/>
        <w:ind w:firstLine="0" w:left="0"/>
      </w:pPr>
      <w:r>
        <w:rPr>
          <w:rFonts w:ascii="EB Garamond" w:hAnsi="EB Garamond" w:eastAsia="EB Garamond"/>
          <w:sz w:val="22"/>
        </w:rPr>
        <w:t>“She absolutely would.”</w:t>
      </w:r>
    </w:p>
    <w:p>
      <w:pPr>
        <w:spacing w:after="0" w:line="120" w:lineRule="exact"/>
        <w:ind w:firstLine="0" w:left="0"/>
      </w:pPr>
    </w:p>
    <w:p>
      <w:pPr>
        <w:spacing w:after="0" w:line="264" w:lineRule="exact"/>
        <w:ind w:firstLine="0" w:left="0"/>
      </w:pPr>
      <w:r>
        <w:rPr>
          <w:rFonts w:ascii="EB Garamond" w:hAnsi="EB Garamond" w:eastAsia="EB Garamond"/>
          <w:sz w:val="22"/>
        </w:rPr>
        <w:t>Mason smiled.</w:t>
      </w:r>
    </w:p>
    <w:p>
      <w:pPr>
        <w:spacing w:after="0" w:line="120" w:lineRule="exact"/>
        <w:ind w:firstLine="0" w:left="0"/>
      </w:pPr>
    </w:p>
    <w:p>
      <w:pPr>
        <w:spacing w:after="0" w:line="264" w:lineRule="exact"/>
        <w:ind w:firstLine="0" w:left="0"/>
      </w:pPr>
      <w:r>
        <w:rPr>
          <w:rFonts w:ascii="EB Garamond" w:hAnsi="EB Garamond" w:eastAsia="EB Garamond"/>
          <w:sz w:val="22"/>
        </w:rPr>
        <w:t>Then:</w:t>
      </w:r>
    </w:p>
    <w:p>
      <w:pPr>
        <w:spacing w:after="0" w:line="120" w:lineRule="exact"/>
        <w:ind w:firstLine="0" w:left="0"/>
      </w:pPr>
    </w:p>
    <w:p>
      <w:pPr>
        <w:spacing w:after="0" w:line="264" w:lineRule="exact"/>
        <w:ind w:firstLine="0" w:left="0"/>
      </w:pPr>
      <w:r>
        <w:rPr>
          <w:rFonts w:ascii="EB Garamond" w:hAnsi="EB Garamond" w:eastAsia="EB Garamond"/>
          <w:sz w:val="22"/>
        </w:rPr>
        <w:t>“We don’t have to decide everything tonight.”</w:t>
      </w:r>
    </w:p>
    <w:p>
      <w:pPr>
        <w:spacing w:after="0" w:line="120" w:lineRule="exact"/>
        <w:ind w:firstLine="0" w:left="0"/>
      </w:pPr>
    </w:p>
    <w:p>
      <w:pPr>
        <w:spacing w:after="0" w:line="264" w:lineRule="exact"/>
        <w:ind w:firstLine="0" w:left="0"/>
      </w:pPr>
      <w:r>
        <w:rPr>
          <w:rFonts w:ascii="EB Garamond" w:hAnsi="EB Garamond" w:eastAsia="EB Garamond"/>
          <w:sz w:val="22"/>
        </w:rPr>
        <w:t>Elsie looked at him.</w:t>
      </w:r>
    </w:p>
    <w:p>
      <w:pPr>
        <w:spacing w:after="0" w:line="120" w:lineRule="exact"/>
        <w:ind w:firstLine="0" w:left="0"/>
      </w:pPr>
    </w:p>
    <w:p>
      <w:pPr>
        <w:spacing w:after="0" w:line="264" w:lineRule="exact"/>
        <w:ind w:firstLine="0" w:left="0"/>
      </w:pPr>
      <w:r>
        <w:rPr>
          <w:rFonts w:ascii="EB Garamond" w:hAnsi="EB Garamond" w:eastAsia="EB Garamond"/>
          <w:sz w:val="22"/>
        </w:rPr>
        <w:t>Of course.</w:t>
      </w:r>
    </w:p>
    <w:p>
      <w:pPr>
        <w:spacing w:after="0" w:line="120" w:lineRule="exact"/>
        <w:ind w:firstLine="0" w:left="0"/>
      </w:pPr>
    </w:p>
    <w:p>
      <w:pPr>
        <w:spacing w:after="0" w:line="264" w:lineRule="exact"/>
        <w:ind w:firstLine="0" w:left="0"/>
      </w:pPr>
      <w:r>
        <w:rPr>
          <w:rFonts w:ascii="EB Garamond" w:hAnsi="EB Garamond" w:eastAsia="EB Garamond"/>
          <w:sz w:val="22"/>
        </w:rPr>
        <w:t>Apparently everybody had conspired to make her tolerate unfinished things.</w:t>
      </w:r>
    </w:p>
    <w:p>
      <w:pPr>
        <w:spacing w:after="0" w:line="120" w:lineRule="exact"/>
        <w:ind w:firstLine="0" w:left="0"/>
      </w:pPr>
    </w:p>
    <w:p>
      <w:pPr>
        <w:spacing w:after="0" w:line="264" w:lineRule="exact"/>
        <w:ind w:firstLine="0" w:left="0"/>
      </w:pPr>
      <w:r>
        <w:rPr>
          <w:rFonts w:ascii="EB Garamond" w:hAnsi="EB Garamond" w:eastAsia="EB Garamond"/>
          <w:sz w:val="22"/>
        </w:rPr>
        <w:t>“Fine.”</w:t>
      </w:r>
    </w:p>
    <w:p>
      <w:pPr>
        <w:spacing w:after="0" w:line="120" w:lineRule="exact"/>
        <w:ind w:firstLine="0" w:left="0"/>
      </w:pPr>
    </w:p>
    <w:p>
      <w:pPr>
        <w:spacing w:after="0" w:line="264" w:lineRule="exact"/>
        <w:ind w:firstLine="0" w:left="0"/>
      </w:pPr>
      <w:r>
        <w:rPr>
          <w:rFonts w:ascii="EB Garamond" w:hAnsi="EB Garamond" w:eastAsia="EB Garamond"/>
          <w:sz w:val="22"/>
        </w:rPr>
        <w:t>Mason raised an eyebrow.</w:t>
      </w:r>
    </w:p>
    <w:p>
      <w:pPr>
        <w:spacing w:after="0" w:line="120" w:lineRule="exact"/>
        <w:ind w:firstLine="0" w:left="0"/>
      </w:pPr>
    </w:p>
    <w:p>
      <w:pPr>
        <w:spacing w:after="0" w:line="264" w:lineRule="exact"/>
        <w:ind w:firstLine="0" w:left="0"/>
      </w:pPr>
      <w:r>
        <w:rPr>
          <w:rFonts w:ascii="EB Garamond" w:hAnsi="EB Garamond" w:eastAsia="EB Garamond"/>
          <w:sz w:val="22"/>
        </w:rPr>
        <w:t>“Which number?”</w:t>
      </w:r>
    </w:p>
    <w:p>
      <w:pPr>
        <w:spacing w:after="0" w:line="120" w:lineRule="exact"/>
        <w:ind w:firstLine="0" w:left="0"/>
      </w:pPr>
    </w:p>
    <w:p>
      <w:pPr>
        <w:spacing w:after="0" w:line="264" w:lineRule="exact"/>
        <w:ind w:firstLine="0" w:left="0"/>
      </w:pPr>
      <w:r>
        <w:rPr>
          <w:rFonts w:ascii="EB Garamond" w:hAnsi="EB Garamond" w:eastAsia="EB Garamond"/>
          <w:sz w:val="22"/>
        </w:rPr>
        <w:t>Elsie smiled.</w:t>
      </w:r>
    </w:p>
    <w:p>
      <w:pPr>
        <w:spacing w:after="0" w:line="120" w:lineRule="exact"/>
        <w:ind w:firstLine="0" w:left="0"/>
      </w:pPr>
    </w:p>
    <w:p>
      <w:pPr>
        <w:spacing w:after="0" w:line="264" w:lineRule="exact"/>
        <w:ind w:firstLine="0" w:left="0"/>
      </w:pPr>
      <w:r>
        <w:rPr>
          <w:rFonts w:ascii="EB Garamond" w:hAnsi="EB Garamond" w:eastAsia="EB Garamond"/>
          <w:sz w:val="22"/>
        </w:rPr>
        <w:t>“Actual fine.”</w:t>
      </w:r>
    </w:p>
    <w:p>
      <w:pPr>
        <w:spacing w:after="0" w:line="120" w:lineRule="exact"/>
        <w:ind w:firstLine="0" w:left="0"/>
      </w:pPr>
    </w:p>
    <w:p>
      <w:pPr>
        <w:spacing w:after="0" w:line="264" w:lineRule="exact"/>
        <w:ind w:firstLine="0" w:left="0"/>
      </w:pPr>
      <w:r>
        <w:rPr>
          <w:rFonts w:ascii="EB Garamond" w:hAnsi="EB Garamond" w:eastAsia="EB Garamond"/>
          <w:sz w:val="22"/>
        </w:rPr>
        <w:t>“Is that one?”</w:t>
      </w:r>
    </w:p>
    <w:p>
      <w:pPr>
        <w:spacing w:after="0" w:line="120" w:lineRule="exact"/>
        <w:ind w:firstLine="0" w:left="0"/>
      </w:pPr>
    </w:p>
    <w:p>
      <w:pPr>
        <w:spacing w:after="0" w:line="264" w:lineRule="exact"/>
        <w:ind w:firstLine="0" w:left="0"/>
      </w:pPr>
      <w:r>
        <w:rPr>
          <w:rFonts w:ascii="EB Garamond" w:hAnsi="EB Garamond" w:eastAsia="EB Garamond"/>
          <w:sz w:val="22"/>
        </w:rPr>
        <w:t>“New category.”</w:t>
      </w:r>
    </w:p>
    <w:p>
      <w:pPr>
        <w:spacing w:after="0" w:line="120" w:lineRule="exact"/>
        <w:ind w:firstLine="0" w:left="0"/>
      </w:pPr>
    </w:p>
    <w:p>
      <w:pPr>
        <w:spacing w:after="0" w:line="264" w:lineRule="exact"/>
        <w:ind w:firstLine="0" w:left="0"/>
      </w:pPr>
      <w:r>
        <w:rPr>
          <w:rFonts w:ascii="EB Garamond" w:hAnsi="EB Garamond" w:eastAsia="EB Garamond"/>
          <w:sz w:val="22"/>
        </w:rPr>
        <w:t>He kissed her again.</w:t>
      </w:r>
    </w:p>
    <w:p>
      <w:pPr>
        <w:spacing w:after="0" w:line="120" w:lineRule="exact"/>
        <w:ind w:firstLine="0" w:left="0"/>
      </w:pPr>
    </w:p>
    <w:p>
      <w:pPr>
        <w:spacing w:after="0" w:line="264" w:lineRule="exact"/>
        <w:ind w:firstLine="0" w:left="0"/>
      </w:pPr>
      <w:r>
        <w:rPr>
          <w:rFonts w:ascii="EB Garamond" w:hAnsi="EB Garamond" w:eastAsia="EB Garamond"/>
          <w:sz w:val="22"/>
        </w:rPr>
        <w:t>Quick.</w:t>
      </w:r>
    </w:p>
    <w:p>
      <w:pPr>
        <w:spacing w:after="0" w:line="120" w:lineRule="exact"/>
        <w:ind w:firstLine="0" w:left="0"/>
      </w:pPr>
    </w:p>
    <w:p>
      <w:pPr>
        <w:spacing w:after="0" w:line="264" w:lineRule="exact"/>
        <w:ind w:firstLine="0" w:left="0"/>
      </w:pPr>
      <w:r>
        <w:rPr>
          <w:rFonts w:ascii="EB Garamond" w:hAnsi="EB Garamond" w:eastAsia="EB Garamond"/>
          <w:sz w:val="22"/>
        </w:rPr>
        <w:t>Then Elsie opened the door.</w:t>
      </w:r>
    </w:p>
    <w:p>
      <w:pPr>
        <w:spacing w:after="0" w:line="120" w:lineRule="exact"/>
        <w:ind w:firstLine="0" w:left="0"/>
      </w:pPr>
    </w:p>
    <w:p>
      <w:pPr>
        <w:spacing w:after="0" w:line="264" w:lineRule="exact"/>
        <w:ind w:firstLine="0" w:left="0"/>
      </w:pPr>
      <w:r>
        <w:rPr>
          <w:rFonts w:ascii="EB Garamond" w:hAnsi="EB Garamond" w:eastAsia="EB Garamond"/>
          <w:sz w:val="22"/>
        </w:rPr>
        <w:t>“Bye, boyfriend.”</w:t>
      </w:r>
    </w:p>
    <w:p>
      <w:pPr>
        <w:spacing w:after="0" w:line="120" w:lineRule="exact"/>
        <w:ind w:firstLine="0" w:left="0"/>
      </w:pPr>
    </w:p>
    <w:p>
      <w:pPr>
        <w:spacing w:after="0" w:line="264" w:lineRule="exact"/>
        <w:ind w:firstLine="0" w:left="0"/>
      </w:pPr>
      <w:r>
        <w:rPr>
          <w:rFonts w:ascii="EB Garamond" w:hAnsi="EB Garamond" w:eastAsia="EB Garamond"/>
          <w:sz w:val="22"/>
        </w:rPr>
        <w:t>Mason grinned.</w:t>
      </w:r>
    </w:p>
    <w:p>
      <w:pPr>
        <w:spacing w:after="0" w:line="120" w:lineRule="exact"/>
        <w:ind w:firstLine="0" w:left="0"/>
      </w:pPr>
    </w:p>
    <w:p>
      <w:pPr>
        <w:spacing w:after="0" w:line="264" w:lineRule="exact"/>
        <w:ind w:firstLine="0" w:left="0"/>
      </w:pPr>
      <w:r>
        <w:rPr>
          <w:rFonts w:ascii="EB Garamond" w:hAnsi="EB Garamond" w:eastAsia="EB Garamond"/>
          <w:sz w:val="22"/>
        </w:rPr>
        <w:t>“Bye, girlfriend.”</w:t>
      </w:r>
    </w:p>
    <w:p>
      <w:pPr>
        <w:spacing w:after="0" w:line="120" w:lineRule="exact"/>
        <w:ind w:firstLine="0" w:left="0"/>
      </w:pPr>
    </w:p>
    <w:p>
      <w:pPr>
        <w:spacing w:after="0" w:line="264" w:lineRule="exact"/>
        <w:ind w:firstLine="0" w:left="0"/>
      </w:pPr>
      <w:r>
        <w:rPr>
          <w:rFonts w:ascii="EB Garamond" w:hAnsi="EB Garamond" w:eastAsia="EB Garamond"/>
          <w:sz w:val="22"/>
        </w:rPr>
        <w:t>She shut the door immediately.</w:t>
      </w:r>
    </w:p>
    <w:p>
      <w:pPr>
        <w:spacing w:after="0" w:line="120" w:lineRule="exact"/>
        <w:ind w:firstLine="0" w:left="0"/>
      </w:pPr>
    </w:p>
    <w:p>
      <w:pPr>
        <w:spacing w:after="0" w:line="264" w:lineRule="exact"/>
        <w:ind w:firstLine="0" w:left="0"/>
      </w:pPr>
      <w:r>
        <w:rPr>
          <w:rFonts w:ascii="EB Garamond" w:hAnsi="EB Garamond" w:eastAsia="EB Garamond"/>
          <w:sz w:val="22"/>
        </w:rPr>
        <w:t>He laughed through the window.</w:t>
      </w:r>
    </w:p>
    <w:p>
      <w:pPr>
        <w:spacing w:after="0" w:line="120" w:lineRule="exact"/>
        <w:ind w:firstLine="0" w:left="0"/>
      </w:pPr>
    </w:p>
    <w:p>
      <w:pPr>
        <w:spacing w:after="0" w:line="264" w:lineRule="exact"/>
        <w:ind w:firstLine="0" w:left="0"/>
      </w:pPr>
      <w:r>
        <w:rPr>
          <w:rFonts w:ascii="EB Garamond" w:hAnsi="EB Garamond" w:eastAsia="EB Garamond"/>
          <w:sz w:val="22"/>
        </w:rPr>
        <w:t>Elsie walked toward the house with her face on fire.</w:t>
      </w:r>
    </w:p>
    <w:p>
      <w:pPr>
        <w:spacing w:after="0" w:line="120" w:lineRule="exact"/>
        <w:ind w:firstLine="0" w:left="0"/>
      </w:pPr>
    </w:p>
    <w:p>
      <w:pPr>
        <w:spacing w:after="0" w:line="264" w:lineRule="exact"/>
        <w:ind w:firstLine="0" w:left="0"/>
      </w:pPr>
      <w:r>
        <w:rPr>
          <w:rFonts w:ascii="EB Garamond" w:hAnsi="EB Garamond" w:eastAsia="EB Garamond"/>
          <w:sz w:val="22"/>
        </w:rPr>
        <w:t>Her mother was standing inside the front window.</w:t>
      </w:r>
    </w:p>
    <w:p>
      <w:pPr>
        <w:spacing w:after="0" w:line="120" w:lineRule="exact"/>
        <w:ind w:firstLine="0" w:left="0"/>
      </w:pPr>
    </w:p>
    <w:p>
      <w:pPr>
        <w:spacing w:after="0" w:line="264" w:lineRule="exact"/>
        <w:ind w:firstLine="0" w:left="0"/>
      </w:pPr>
      <w:r>
        <w:rPr>
          <w:rFonts w:ascii="EB Garamond" w:hAnsi="EB Garamond" w:eastAsia="EB Garamond"/>
          <w:sz w:val="22"/>
        </w:rPr>
        <w:t>Elsie stopped.</w:t>
      </w:r>
    </w:p>
    <w:p>
      <w:pPr>
        <w:spacing w:after="0" w:line="120" w:lineRule="exact"/>
        <w:ind w:firstLine="0" w:left="0"/>
      </w:pPr>
    </w:p>
    <w:p>
      <w:pPr>
        <w:spacing w:after="0" w:line="264" w:lineRule="exact"/>
        <w:ind w:firstLine="0" w:left="0"/>
      </w:pPr>
      <w:r>
        <w:rPr>
          <w:rFonts w:ascii="EB Garamond" w:hAnsi="EB Garamond" w:eastAsia="EB Garamond"/>
          <w:sz w:val="22"/>
        </w:rPr>
        <w:t>Her mother lifted one eyebrow.</w:t>
      </w:r>
    </w:p>
    <w:p>
      <w:pPr>
        <w:spacing w:after="0" w:line="120" w:lineRule="exact"/>
        <w:ind w:firstLine="0" w:left="0"/>
      </w:pPr>
    </w:p>
    <w:p>
      <w:pPr>
        <w:spacing w:after="0" w:line="264" w:lineRule="exact"/>
        <w:ind w:firstLine="0" w:left="0"/>
      </w:pPr>
      <w:r>
        <w:rPr>
          <w:rFonts w:ascii="EB Garamond" w:hAnsi="EB Garamond" w:eastAsia="EB Garamond"/>
          <w:sz w:val="22"/>
        </w:rPr>
        <w:t>Elsie considered moving to another country.</w:t>
      </w:r>
    </w:p>
    <w:p>
      <w:pPr>
        <w:spacing w:after="0" w:line="120" w:lineRule="exact"/>
        <w:ind w:firstLine="0" w:left="0"/>
      </w:pPr>
    </w:p>
    <w:p>
      <w:pPr>
        <w:spacing w:after="0" w:line="264" w:lineRule="exact"/>
        <w:ind w:firstLine="0" w:left="0"/>
      </w:pPr>
      <w:r>
        <w:rPr>
          <w:rFonts w:ascii="EB Garamond" w:hAnsi="EB Garamond" w:eastAsia="EB Garamond"/>
          <w:sz w:val="22"/>
        </w:rPr>
        <w:t>Her phone buzzed.</w:t>
      </w:r>
    </w:p>
    <w:p>
      <w:pPr>
        <w:spacing w:after="0" w:line="120" w:lineRule="exact"/>
        <w:ind w:firstLine="0" w:left="0"/>
      </w:pPr>
    </w:p>
    <w:p>
      <w:pPr>
        <w:spacing w:after="0" w:line="264" w:lineRule="exact"/>
        <w:ind w:firstLine="0" w:left="0"/>
      </w:pPr>
      <w:r>
        <w:rPr>
          <w:rFonts w:ascii="EB Garamond" w:hAnsi="EB Garamond" w:eastAsia="EB Garamond"/>
          <w:b/>
          <w:sz w:val="22"/>
        </w:rPr>
        <w:t>Mason:</w:t>
      </w:r>
      <w:r>
        <w:rPr>
          <w:rFonts w:ascii="EB Garamond" w:hAnsi="EB Garamond" w:eastAsia="EB Garamond"/>
          <w:sz w:val="22"/>
        </w:rPr>
        <w:t xml:space="preserve"> busted</w:t>
      </w:r>
    </w:p>
    <w:p>
      <w:pPr>
        <w:spacing w:after="0" w:line="120" w:lineRule="exact"/>
        <w:ind w:firstLine="0" w:left="0"/>
      </w:pPr>
    </w:p>
    <w:p>
      <w:pPr>
        <w:spacing w:after="0" w:line="264" w:lineRule="exact"/>
        <w:ind w:firstLine="0" w:left="0"/>
      </w:pPr>
      <w:r>
        <w:rPr>
          <w:rFonts w:ascii="EB Garamond" w:hAnsi="EB Garamond" w:eastAsia="EB Garamond"/>
          <w:sz w:val="22"/>
        </w:rPr>
        <w:t>Elsie looked back.</w:t>
      </w:r>
    </w:p>
    <w:p>
      <w:pPr>
        <w:spacing w:after="0" w:line="120" w:lineRule="exact"/>
        <w:ind w:firstLine="0" w:left="0"/>
      </w:pPr>
    </w:p>
    <w:p>
      <w:pPr>
        <w:spacing w:after="0" w:line="264" w:lineRule="exact"/>
        <w:ind w:firstLine="0" w:left="0"/>
      </w:pPr>
      <w:r>
        <w:rPr>
          <w:rFonts w:ascii="EB Garamond" w:hAnsi="EB Garamond" w:eastAsia="EB Garamond"/>
          <w:sz w:val="22"/>
        </w:rPr>
        <w:t>His truck was still there.</w:t>
      </w:r>
    </w:p>
    <w:p>
      <w:pPr>
        <w:spacing w:after="0" w:line="120" w:lineRule="exact"/>
        <w:ind w:firstLine="0" w:left="0"/>
      </w:pPr>
    </w:p>
    <w:p>
      <w:pPr>
        <w:spacing w:after="0" w:line="264" w:lineRule="exact"/>
        <w:ind w:firstLine="0" w:left="0"/>
      </w:pPr>
      <w:r>
        <w:rPr>
          <w:rFonts w:ascii="EB Garamond" w:hAnsi="EB Garamond" w:eastAsia="EB Garamond"/>
          <w:sz w:val="22"/>
        </w:rPr>
        <w:t>She glared.</w:t>
      </w:r>
    </w:p>
    <w:p>
      <w:pPr>
        <w:spacing w:after="0" w:line="120" w:lineRule="exact"/>
        <w:ind w:firstLine="0" w:left="0"/>
      </w:pPr>
    </w:p>
    <w:p>
      <w:pPr>
        <w:spacing w:after="0" w:line="264" w:lineRule="exact"/>
        <w:ind w:firstLine="0" w:left="0"/>
      </w:pPr>
      <w:r>
        <w:rPr>
          <w:rFonts w:ascii="EB Garamond" w:hAnsi="EB Garamond" w:eastAsia="EB Garamond"/>
          <w:sz w:val="22"/>
        </w:rPr>
        <w:t>He waved.</w:t>
      </w:r>
    </w:p>
    <w:p>
      <w:pPr>
        <w:spacing w:after="0" w:line="120" w:lineRule="exact"/>
        <w:ind w:firstLine="0" w:left="0"/>
      </w:pPr>
    </w:p>
    <w:p>
      <w:pPr>
        <w:spacing w:after="0" w:line="264" w:lineRule="exact"/>
        <w:ind w:firstLine="0" w:left="0"/>
      </w:pPr>
      <w:r>
        <w:rPr>
          <w:rFonts w:ascii="EB Garamond" w:hAnsi="EB Garamond" w:eastAsia="EB Garamond"/>
          <w:sz w:val="22"/>
        </w:rPr>
        <w:t>Traitor.</w:t>
      </w:r>
    </w:p>
    <w:p>
      <w:pPr>
        <w:spacing w:after="0" w:line="120" w:lineRule="exact"/>
        <w:ind w:firstLine="0" w:left="0"/>
      </w:pPr>
    </w:p>
    <w:p>
      <w:pPr>
        <w:spacing w:after="0" w:line="264" w:lineRule="exact"/>
        <w:ind w:firstLine="0" w:left="0"/>
      </w:pPr>
      <w:r>
        <w:rPr>
          <w:rFonts w:ascii="EB Garamond" w:hAnsi="EB Garamond" w:eastAsia="EB Garamond"/>
          <w:sz w:val="22"/>
        </w:rPr>
        <w:t>Friday night was cold enough for blankets.</w:t>
      </w:r>
    </w:p>
    <w:p>
      <w:pPr>
        <w:spacing w:after="0" w:line="120" w:lineRule="exact"/>
        <w:ind w:firstLine="0" w:left="0"/>
      </w:pPr>
    </w:p>
    <w:p>
      <w:pPr>
        <w:spacing w:after="0" w:line="264" w:lineRule="exact"/>
        <w:ind w:firstLine="0" w:left="0"/>
      </w:pPr>
      <w:r>
        <w:rPr>
          <w:rFonts w:ascii="EB Garamond" w:hAnsi="EB Garamond" w:eastAsia="EB Garamond"/>
          <w:sz w:val="22"/>
        </w:rPr>
        <w:t>Actually cold.</w:t>
      </w:r>
    </w:p>
    <w:p>
      <w:pPr>
        <w:spacing w:after="0" w:line="120" w:lineRule="exact"/>
        <w:ind w:firstLine="0" w:left="0"/>
      </w:pPr>
    </w:p>
    <w:p>
      <w:pPr>
        <w:spacing w:after="0" w:line="264" w:lineRule="exact"/>
        <w:ind w:firstLine="0" w:left="0"/>
      </w:pPr>
      <w:r>
        <w:rPr>
          <w:rFonts w:ascii="EB Garamond" w:hAnsi="EB Garamond" w:eastAsia="EB Garamond"/>
          <w:sz w:val="22"/>
        </w:rPr>
        <w:t>Not South Carolina pretending seventy degrees was winter.</w:t>
      </w:r>
    </w:p>
    <w:p>
      <w:pPr>
        <w:spacing w:after="0" w:line="120" w:lineRule="exact"/>
        <w:ind w:firstLine="0" w:left="0"/>
      </w:pPr>
    </w:p>
    <w:p>
      <w:pPr>
        <w:spacing w:after="0" w:line="264" w:lineRule="exact"/>
        <w:ind w:firstLine="0" w:left="0"/>
      </w:pPr>
      <w:r>
        <w:rPr>
          <w:rFonts w:ascii="EB Garamond" w:hAnsi="EB Garamond" w:eastAsia="EB Garamond"/>
          <w:sz w:val="22"/>
        </w:rPr>
        <w:t>Elsie sat between Maddie and Ava in the bleachers, wrapped in a blue blanket.</w:t>
      </w:r>
    </w:p>
    <w:p>
      <w:pPr>
        <w:spacing w:after="0" w:line="120" w:lineRule="exact"/>
        <w:ind w:firstLine="0" w:left="0"/>
      </w:pPr>
    </w:p>
    <w:p>
      <w:pPr>
        <w:spacing w:after="0" w:line="264" w:lineRule="exact"/>
        <w:ind w:firstLine="0" w:left="0"/>
      </w:pPr>
      <w:r>
        <w:rPr>
          <w:rFonts w:ascii="EB Garamond" w:hAnsi="EB Garamond" w:eastAsia="EB Garamond"/>
          <w:sz w:val="22"/>
        </w:rPr>
        <w:t>Nora was two rows down with Lucas.</w:t>
      </w:r>
    </w:p>
    <w:p>
      <w:pPr>
        <w:spacing w:after="0" w:line="120" w:lineRule="exact"/>
        <w:ind w:firstLine="0" w:left="0"/>
      </w:pPr>
    </w:p>
    <w:p>
      <w:pPr>
        <w:spacing w:after="0" w:line="264" w:lineRule="exact"/>
        <w:ind w:firstLine="0" w:left="0"/>
      </w:pPr>
      <w:r>
        <w:rPr>
          <w:rFonts w:ascii="EB Garamond" w:hAnsi="EB Garamond" w:eastAsia="EB Garamond"/>
          <w:sz w:val="22"/>
        </w:rPr>
        <w:t>The stadium was packed.</w:t>
      </w:r>
    </w:p>
    <w:p>
      <w:pPr>
        <w:spacing w:after="0" w:line="120" w:lineRule="exact"/>
        <w:ind w:firstLine="0" w:left="0"/>
      </w:pPr>
    </w:p>
    <w:p>
      <w:pPr>
        <w:spacing w:after="0" w:line="264" w:lineRule="exact"/>
        <w:ind w:firstLine="0" w:left="0"/>
      </w:pPr>
      <w:r>
        <w:rPr>
          <w:rFonts w:ascii="EB Garamond" w:hAnsi="EB Garamond" w:eastAsia="EB Garamond"/>
          <w:sz w:val="22"/>
        </w:rPr>
        <w:t>Ridgeview had brought half their town.</w:t>
      </w:r>
    </w:p>
    <w:p>
      <w:pPr>
        <w:spacing w:after="0" w:line="120" w:lineRule="exact"/>
        <w:ind w:firstLine="0" w:left="0"/>
      </w:pPr>
    </w:p>
    <w:p>
      <w:pPr>
        <w:spacing w:after="0" w:line="264" w:lineRule="exact"/>
        <w:ind w:firstLine="0" w:left="0"/>
      </w:pPr>
      <w:r>
        <w:rPr>
          <w:rFonts w:ascii="EB Garamond" w:hAnsi="EB Garamond" w:eastAsia="EB Garamond"/>
          <w:sz w:val="22"/>
        </w:rPr>
        <w:t>Maddie had blue paint under one eye.</w:t>
      </w:r>
    </w:p>
    <w:p>
      <w:pPr>
        <w:spacing w:after="0" w:line="120" w:lineRule="exact"/>
        <w:ind w:firstLine="0" w:left="0"/>
      </w:pPr>
    </w:p>
    <w:p>
      <w:pPr>
        <w:spacing w:after="0" w:line="264" w:lineRule="exact"/>
        <w:ind w:firstLine="0" w:left="0"/>
      </w:pPr>
      <w:r>
        <w:rPr>
          <w:rFonts w:ascii="EB Garamond" w:hAnsi="EB Garamond" w:eastAsia="EB Garamond"/>
          <w:sz w:val="22"/>
        </w:rPr>
        <w:t>Ava had refused.</w:t>
      </w:r>
    </w:p>
    <w:p>
      <w:pPr>
        <w:spacing w:after="0" w:line="120" w:lineRule="exact"/>
        <w:ind w:firstLine="0" w:left="0"/>
      </w:pPr>
    </w:p>
    <w:p>
      <w:pPr>
        <w:spacing w:after="0" w:line="264" w:lineRule="exact"/>
        <w:ind w:firstLine="0" w:left="0"/>
      </w:pPr>
      <w:r>
        <w:rPr>
          <w:rFonts w:ascii="EB Garamond" w:hAnsi="EB Garamond" w:eastAsia="EB Garamond"/>
          <w:sz w:val="22"/>
        </w:rPr>
        <w:t>“School spirit shouldn’t require face paint.”</w:t>
      </w:r>
    </w:p>
    <w:p>
      <w:pPr>
        <w:spacing w:after="0" w:line="120" w:lineRule="exact"/>
        <w:ind w:firstLine="0" w:left="0"/>
      </w:pPr>
    </w:p>
    <w:p>
      <w:pPr>
        <w:spacing w:after="0" w:line="264" w:lineRule="exact"/>
        <w:ind w:firstLine="0" w:left="0"/>
      </w:pPr>
      <w:r>
        <w:rPr>
          <w:rFonts w:ascii="EB Garamond" w:hAnsi="EB Garamond" w:eastAsia="EB Garamond"/>
          <w:sz w:val="22"/>
        </w:rPr>
        <w:t>“You’re boring,” Maddie said.</w:t>
      </w:r>
    </w:p>
    <w:p>
      <w:pPr>
        <w:spacing w:after="0" w:line="120" w:lineRule="exact"/>
        <w:ind w:firstLine="0" w:left="0"/>
      </w:pPr>
    </w:p>
    <w:p>
      <w:pPr>
        <w:spacing w:after="0" w:line="264" w:lineRule="exact"/>
        <w:ind w:firstLine="0" w:left="0"/>
      </w:pPr>
      <w:r>
        <w:rPr>
          <w:rFonts w:ascii="EB Garamond" w:hAnsi="EB Garamond" w:eastAsia="EB Garamond"/>
          <w:sz w:val="22"/>
        </w:rPr>
        <w:t>“I’m moisturized.”</w:t>
      </w:r>
    </w:p>
    <w:p>
      <w:pPr>
        <w:spacing w:after="0" w:line="120" w:lineRule="exact"/>
        <w:ind w:firstLine="0" w:left="0"/>
      </w:pPr>
    </w:p>
    <w:p>
      <w:pPr>
        <w:spacing w:after="0" w:line="264" w:lineRule="exact"/>
        <w:ind w:firstLine="0" w:left="0"/>
      </w:pPr>
      <w:r>
        <w:rPr>
          <w:rFonts w:ascii="EB Garamond" w:hAnsi="EB Garamond" w:eastAsia="EB Garamond"/>
          <w:sz w:val="22"/>
        </w:rPr>
        <w:t>Elsie laughed.</w:t>
      </w:r>
    </w:p>
    <w:p>
      <w:pPr>
        <w:spacing w:after="0" w:line="120" w:lineRule="exact"/>
        <w:ind w:firstLine="0" w:left="0"/>
      </w:pPr>
    </w:p>
    <w:p>
      <w:pPr>
        <w:spacing w:after="0" w:line="264" w:lineRule="exact"/>
        <w:ind w:firstLine="0" w:left="0"/>
      </w:pPr>
      <w:r>
        <w:rPr>
          <w:rFonts w:ascii="EB Garamond" w:hAnsi="EB Garamond" w:eastAsia="EB Garamond"/>
          <w:sz w:val="22"/>
        </w:rPr>
        <w:t>Then the team ran out.</w:t>
      </w:r>
    </w:p>
    <w:p>
      <w:pPr>
        <w:spacing w:after="0" w:line="120" w:lineRule="exact"/>
        <w:ind w:firstLine="0" w:left="0"/>
      </w:pPr>
    </w:p>
    <w:p>
      <w:pPr>
        <w:spacing w:after="0" w:line="264" w:lineRule="exact"/>
        <w:ind w:firstLine="0" w:left="0"/>
      </w:pPr>
      <w:r>
        <w:rPr>
          <w:rFonts w:ascii="EB Garamond" w:hAnsi="EB Garamond" w:eastAsia="EB Garamond"/>
          <w:sz w:val="22"/>
        </w:rPr>
        <w:t>The student section lost its mind.</w:t>
      </w:r>
    </w:p>
    <w:p>
      <w:pPr>
        <w:spacing w:after="0" w:line="120" w:lineRule="exact"/>
        <w:ind w:firstLine="0" w:left="0"/>
      </w:pPr>
    </w:p>
    <w:p>
      <w:pPr>
        <w:spacing w:after="0" w:line="264" w:lineRule="exact"/>
        <w:ind w:firstLine="0" w:left="0"/>
      </w:pPr>
      <w:r>
        <w:rPr>
          <w:rFonts w:ascii="EB Garamond" w:hAnsi="EB Garamond" w:eastAsia="EB Garamond"/>
          <w:sz w:val="22"/>
        </w:rPr>
        <w:t>Elsie looked toward the front.</w:t>
      </w:r>
    </w:p>
    <w:p>
      <w:pPr>
        <w:spacing w:after="0" w:line="120" w:lineRule="exact"/>
        <w:ind w:firstLine="0" w:left="0"/>
      </w:pPr>
    </w:p>
    <w:p>
      <w:pPr>
        <w:spacing w:after="0" w:line="264" w:lineRule="exact"/>
        <w:ind w:firstLine="0" w:left="0"/>
      </w:pPr>
      <w:r>
        <w:rPr>
          <w:rFonts w:ascii="EB Garamond" w:hAnsi="EB Garamond" w:eastAsia="EB Garamond"/>
          <w:sz w:val="22"/>
        </w:rPr>
        <w:t>Mason was down there with Tyler and a few of the baseball guys, shirtless in forty-degree weather with a blue 12 painted across his chest.</w:t>
      </w:r>
    </w:p>
    <w:p>
      <w:pPr>
        <w:spacing w:after="0" w:line="120" w:lineRule="exact"/>
        <w:ind w:firstLine="0" w:left="0"/>
      </w:pPr>
    </w:p>
    <w:p>
      <w:pPr>
        <w:spacing w:after="0" w:line="264" w:lineRule="exact"/>
        <w:ind w:firstLine="0" w:left="0"/>
      </w:pPr>
      <w:r>
        <w:rPr>
          <w:rFonts w:ascii="EB Garamond" w:hAnsi="EB Garamond" w:eastAsia="EB Garamond"/>
          <w:sz w:val="22"/>
        </w:rPr>
        <w:t>She found him immediately.</w:t>
      </w:r>
    </w:p>
    <w:p>
      <w:pPr>
        <w:spacing w:after="0" w:line="120" w:lineRule="exact"/>
        <w:ind w:firstLine="0" w:left="0"/>
      </w:pPr>
    </w:p>
    <w:p>
      <w:pPr>
        <w:spacing w:after="0" w:line="264" w:lineRule="exact"/>
        <w:ind w:firstLine="0" w:left="0"/>
      </w:pPr>
      <w:r>
        <w:rPr>
          <w:rFonts w:ascii="EB Garamond" w:hAnsi="EB Garamond" w:eastAsia="EB Garamond"/>
          <w:sz w:val="22"/>
        </w:rPr>
        <w:t>Her stomach flipped.</w:t>
      </w:r>
    </w:p>
    <w:p>
      <w:pPr>
        <w:spacing w:after="0" w:line="120" w:lineRule="exact"/>
        <w:ind w:firstLine="0" w:left="0"/>
      </w:pPr>
    </w:p>
    <w:p>
      <w:pPr>
        <w:spacing w:after="0" w:line="264" w:lineRule="exact"/>
        <w:ind w:firstLine="0" w:left="0"/>
      </w:pPr>
      <w:r>
        <w:rPr>
          <w:rFonts w:ascii="EB Garamond" w:hAnsi="EB Garamond" w:eastAsia="EB Garamond"/>
          <w:sz w:val="22"/>
        </w:rPr>
        <w:t>Annoying.</w:t>
      </w:r>
    </w:p>
    <w:p>
      <w:pPr>
        <w:spacing w:after="0" w:line="120" w:lineRule="exact"/>
        <w:ind w:firstLine="0" w:left="0"/>
      </w:pPr>
    </w:p>
    <w:p>
      <w:pPr>
        <w:spacing w:after="0" w:line="264" w:lineRule="exact"/>
        <w:ind w:firstLine="0" w:left="0"/>
      </w:pPr>
      <w:r>
        <w:rPr>
          <w:rFonts w:ascii="EB Garamond" w:hAnsi="EB Garamond" w:eastAsia="EB Garamond"/>
          <w:sz w:val="22"/>
        </w:rPr>
        <w:t>Maddie saw her face.</w:t>
      </w:r>
    </w:p>
    <w:p>
      <w:pPr>
        <w:spacing w:after="0" w:line="120" w:lineRule="exact"/>
        <w:ind w:firstLine="0" w:left="0"/>
      </w:pPr>
    </w:p>
    <w:p>
      <w:pPr>
        <w:spacing w:after="0" w:line="264" w:lineRule="exact"/>
        <w:ind w:firstLine="0" w:left="0"/>
      </w:pPr>
      <w:r>
        <w:rPr>
          <w:rFonts w:ascii="EB Garamond" w:hAnsi="EB Garamond" w:eastAsia="EB Garamond"/>
          <w:sz w:val="22"/>
        </w:rPr>
        <w:t>“Gross.”</w:t>
      </w:r>
    </w:p>
    <w:p>
      <w:pPr>
        <w:spacing w:after="0" w:line="120" w:lineRule="exact"/>
        <w:ind w:firstLine="0" w:left="0"/>
      </w:pPr>
    </w:p>
    <w:p>
      <w:pPr>
        <w:spacing w:after="0" w:line="264" w:lineRule="exact"/>
        <w:ind w:firstLine="0" w:left="0"/>
      </w:pPr>
      <w:r>
        <w:rPr>
          <w:rFonts w:ascii="EB Garamond" w:hAnsi="EB Garamond" w:eastAsia="EB Garamond"/>
          <w:sz w:val="22"/>
        </w:rPr>
        <w:t>“I didn’t do anything.”</w:t>
      </w:r>
    </w:p>
    <w:p>
      <w:pPr>
        <w:spacing w:after="0" w:line="120" w:lineRule="exact"/>
        <w:ind w:firstLine="0" w:left="0"/>
      </w:pPr>
    </w:p>
    <w:p>
      <w:pPr>
        <w:spacing w:after="0" w:line="264" w:lineRule="exact"/>
        <w:ind w:firstLine="0" w:left="0"/>
      </w:pPr>
      <w:r>
        <w:rPr>
          <w:rFonts w:ascii="EB Garamond" w:hAnsi="EB Garamond" w:eastAsia="EB Garamond"/>
          <w:sz w:val="22"/>
        </w:rPr>
        <w:t>“You looked at him.”</w:t>
      </w:r>
    </w:p>
    <w:p>
      <w:pPr>
        <w:spacing w:after="0" w:line="120" w:lineRule="exact"/>
        <w:ind w:firstLine="0" w:left="0"/>
      </w:pPr>
    </w:p>
    <w:p>
      <w:pPr>
        <w:spacing w:after="0" w:line="264" w:lineRule="exact"/>
        <w:ind w:firstLine="0" w:left="0"/>
      </w:pPr>
      <w:r>
        <w:rPr>
          <w:rFonts w:ascii="EB Garamond" w:hAnsi="EB Garamond" w:eastAsia="EB Garamond"/>
          <w:sz w:val="22"/>
        </w:rPr>
        <w:t>“I’m dating him.”</w:t>
      </w:r>
    </w:p>
    <w:p>
      <w:pPr>
        <w:spacing w:after="0" w:line="120" w:lineRule="exact"/>
        <w:ind w:firstLine="0" w:left="0"/>
      </w:pPr>
    </w:p>
    <w:p>
      <w:pPr>
        <w:spacing w:after="0" w:line="264" w:lineRule="exact"/>
        <w:ind w:firstLine="0" w:left="0"/>
      </w:pPr>
      <w:r>
        <w:rPr>
          <w:rFonts w:ascii="EB Garamond" w:hAnsi="EB Garamond" w:eastAsia="EB Garamond"/>
          <w:sz w:val="22"/>
        </w:rPr>
        <w:t>“Still gross.”</w:t>
      </w:r>
    </w:p>
    <w:p>
      <w:pPr>
        <w:spacing w:after="0" w:line="120" w:lineRule="exact"/>
        <w:ind w:firstLine="0" w:left="0"/>
      </w:pPr>
    </w:p>
    <w:p>
      <w:pPr>
        <w:spacing w:after="0" w:line="264" w:lineRule="exact"/>
        <w:ind w:firstLine="0" w:left="0"/>
      </w:pPr>
      <w:r>
        <w:rPr>
          <w:rFonts w:ascii="EB Garamond" w:hAnsi="EB Garamond" w:eastAsia="EB Garamond"/>
          <w:sz w:val="22"/>
        </w:rPr>
        <w:t>Ava leaned around Elsie.</w:t>
      </w:r>
    </w:p>
    <w:p>
      <w:pPr>
        <w:spacing w:after="0" w:line="120" w:lineRule="exact"/>
        <w:ind w:firstLine="0" w:left="0"/>
      </w:pPr>
    </w:p>
    <w:p>
      <w:pPr>
        <w:spacing w:after="0" w:line="264" w:lineRule="exact"/>
        <w:ind w:firstLine="0" w:left="0"/>
      </w:pPr>
      <w:r>
        <w:rPr>
          <w:rFonts w:ascii="EB Garamond" w:hAnsi="EB Garamond" w:eastAsia="EB Garamond"/>
          <w:sz w:val="22"/>
        </w:rPr>
        <w:t>“Are we doing something after?”</w:t>
      </w:r>
    </w:p>
    <w:p>
      <w:pPr>
        <w:spacing w:after="0" w:line="120" w:lineRule="exact"/>
        <w:ind w:firstLine="0" w:left="0"/>
      </w:pPr>
    </w:p>
    <w:p>
      <w:pPr>
        <w:spacing w:after="0" w:line="264" w:lineRule="exact"/>
        <w:ind w:firstLine="0" w:left="0"/>
      </w:pPr>
      <w:r>
        <w:rPr>
          <w:rFonts w:ascii="EB Garamond" w:hAnsi="EB Garamond" w:eastAsia="EB Garamond"/>
          <w:sz w:val="22"/>
        </w:rPr>
        <w:t>Maddie shook her head.</w:t>
      </w:r>
    </w:p>
    <w:p>
      <w:pPr>
        <w:spacing w:after="0" w:line="120" w:lineRule="exact"/>
        <w:ind w:firstLine="0" w:left="0"/>
      </w:pPr>
    </w:p>
    <w:p>
      <w:pPr>
        <w:spacing w:after="0" w:line="264" w:lineRule="exact"/>
        <w:ind w:firstLine="0" w:left="0"/>
      </w:pPr>
      <w:r>
        <w:rPr>
          <w:rFonts w:ascii="EB Garamond" w:hAnsi="EB Garamond" w:eastAsia="EB Garamond"/>
          <w:sz w:val="22"/>
        </w:rPr>
        <w:t>“My aunt’s picking me up.”</w:t>
      </w:r>
    </w:p>
    <w:p>
      <w:pPr>
        <w:spacing w:after="0" w:line="120" w:lineRule="exact"/>
        <w:ind w:firstLine="0" w:left="0"/>
      </w:pPr>
    </w:p>
    <w:p>
      <w:pPr>
        <w:spacing w:after="0" w:line="264" w:lineRule="exact"/>
        <w:ind w:firstLine="0" w:left="0"/>
      </w:pPr>
      <w:r>
        <w:rPr>
          <w:rFonts w:ascii="EB Garamond" w:hAnsi="EB Garamond" w:eastAsia="EB Garamond"/>
          <w:sz w:val="22"/>
        </w:rPr>
        <w:t>Ava nodded.</w:t>
      </w:r>
    </w:p>
    <w:p>
      <w:pPr>
        <w:spacing w:after="0" w:line="120" w:lineRule="exact"/>
        <w:ind w:firstLine="0" w:left="0"/>
      </w:pPr>
    </w:p>
    <w:p>
      <w:pPr>
        <w:spacing w:after="0" w:line="264" w:lineRule="exact"/>
        <w:ind w:firstLine="0" w:left="0"/>
      </w:pPr>
      <w:r>
        <w:rPr>
          <w:rFonts w:ascii="EB Garamond" w:hAnsi="EB Garamond" w:eastAsia="EB Garamond"/>
          <w:sz w:val="22"/>
        </w:rPr>
        <w:t>No disappointment.</w:t>
      </w:r>
    </w:p>
    <w:p>
      <w:pPr>
        <w:spacing w:after="0" w:line="120" w:lineRule="exact"/>
        <w:ind w:firstLine="0" w:left="0"/>
      </w:pPr>
    </w:p>
    <w:p>
      <w:pPr>
        <w:spacing w:after="0" w:line="264" w:lineRule="exact"/>
        <w:ind w:firstLine="0" w:left="0"/>
      </w:pPr>
      <w:r>
        <w:rPr>
          <w:rFonts w:ascii="EB Garamond" w:hAnsi="EB Garamond" w:eastAsia="EB Garamond"/>
          <w:sz w:val="22"/>
        </w:rPr>
        <w:t>No questions.</w:t>
      </w:r>
    </w:p>
    <w:p>
      <w:pPr>
        <w:spacing w:after="0" w:line="120" w:lineRule="exact"/>
        <w:ind w:firstLine="0" w:left="0"/>
      </w:pPr>
    </w:p>
    <w:p>
      <w:pPr>
        <w:spacing w:after="0" w:line="264" w:lineRule="exact"/>
        <w:ind w:firstLine="0" w:left="0"/>
      </w:pPr>
      <w:r>
        <w:rPr>
          <w:rFonts w:ascii="EB Garamond" w:hAnsi="EB Garamond" w:eastAsia="EB Garamond"/>
          <w:sz w:val="22"/>
        </w:rPr>
        <w:t>Just:</w:t>
      </w:r>
    </w:p>
    <w:p>
      <w:pPr>
        <w:spacing w:after="0" w:line="120" w:lineRule="exact"/>
        <w:ind w:firstLine="0" w:left="0"/>
      </w:pPr>
    </w:p>
    <w:p>
      <w:pPr>
        <w:spacing w:after="0" w:line="264" w:lineRule="exact"/>
        <w:ind w:firstLine="0" w:left="0"/>
      </w:pPr>
      <w:r>
        <w:rPr>
          <w:rFonts w:ascii="EB Garamond" w:hAnsi="EB Garamond" w:eastAsia="EB Garamond"/>
          <w:sz w:val="22"/>
        </w:rPr>
        <w:t>“Okay.”</w:t>
      </w:r>
    </w:p>
    <w:p>
      <w:pPr>
        <w:spacing w:after="0" w:line="120" w:lineRule="exact"/>
        <w:ind w:firstLine="0" w:left="0"/>
      </w:pPr>
    </w:p>
    <w:p>
      <w:pPr>
        <w:spacing w:after="0" w:line="264" w:lineRule="exact"/>
        <w:ind w:firstLine="0" w:left="0"/>
      </w:pPr>
      <w:r>
        <w:rPr>
          <w:rFonts w:ascii="EB Garamond" w:hAnsi="EB Garamond" w:eastAsia="EB Garamond"/>
          <w:sz w:val="22"/>
        </w:rPr>
        <w:t>Maddie looked at Elsie.</w:t>
      </w:r>
    </w:p>
    <w:p>
      <w:pPr>
        <w:spacing w:after="0" w:line="120" w:lineRule="exact"/>
        <w:ind w:firstLine="0" w:left="0"/>
      </w:pPr>
    </w:p>
    <w:p>
      <w:pPr>
        <w:spacing w:after="0" w:line="264" w:lineRule="exact"/>
        <w:ind w:firstLine="0" w:left="0"/>
      </w:pPr>
      <w:r>
        <w:rPr>
          <w:rFonts w:ascii="EB Garamond" w:hAnsi="EB Garamond" w:eastAsia="EB Garamond"/>
          <w:sz w:val="22"/>
        </w:rPr>
        <w:t>“Maybe next week?”</w:t>
      </w:r>
    </w:p>
    <w:p>
      <w:pPr>
        <w:spacing w:after="0" w:line="120" w:lineRule="exact"/>
        <w:ind w:firstLine="0" w:left="0"/>
      </w:pPr>
    </w:p>
    <w:p>
      <w:pPr>
        <w:spacing w:after="0" w:line="264" w:lineRule="exact"/>
        <w:ind w:firstLine="0" w:left="0"/>
      </w:pPr>
      <w:r>
        <w:rPr>
          <w:rFonts w:ascii="EB Garamond" w:hAnsi="EB Garamond" w:eastAsia="EB Garamond"/>
          <w:sz w:val="22"/>
        </w:rPr>
        <w:t>Elsie knew exactly what she meant.</w:t>
      </w:r>
    </w:p>
    <w:p>
      <w:pPr>
        <w:spacing w:after="0" w:line="120" w:lineRule="exact"/>
        <w:ind w:firstLine="0" w:left="0"/>
      </w:pPr>
    </w:p>
    <w:p>
      <w:pPr>
        <w:spacing w:after="0" w:line="264" w:lineRule="exact"/>
        <w:ind w:firstLine="0" w:left="0"/>
      </w:pPr>
      <w:r>
        <w:rPr>
          <w:rFonts w:ascii="EB Garamond" w:hAnsi="EB Garamond" w:eastAsia="EB Garamond"/>
          <w:sz w:val="22"/>
        </w:rPr>
        <w:t>Friday.</w:t>
      </w:r>
    </w:p>
    <w:p>
      <w:pPr>
        <w:spacing w:after="0" w:line="120" w:lineRule="exact"/>
        <w:ind w:firstLine="0" w:left="0"/>
      </w:pPr>
    </w:p>
    <w:p>
      <w:pPr>
        <w:spacing w:after="0" w:line="264" w:lineRule="exact"/>
        <w:ind w:firstLine="0" w:left="0"/>
      </w:pPr>
      <w:r>
        <w:rPr>
          <w:rFonts w:ascii="EB Garamond" w:hAnsi="EB Garamond" w:eastAsia="EB Garamond"/>
          <w:sz w:val="22"/>
        </w:rPr>
        <w:t>Her house.</w:t>
      </w:r>
    </w:p>
    <w:p>
      <w:pPr>
        <w:spacing w:after="0" w:line="120" w:lineRule="exact"/>
        <w:ind w:firstLine="0" w:left="0"/>
      </w:pPr>
    </w:p>
    <w:p>
      <w:pPr>
        <w:spacing w:after="0" w:line="264" w:lineRule="exact"/>
        <w:ind w:firstLine="0" w:left="0"/>
      </w:pPr>
      <w:r>
        <w:rPr>
          <w:rFonts w:ascii="EB Garamond" w:hAnsi="EB Garamond" w:eastAsia="EB Garamond"/>
          <w:sz w:val="22"/>
        </w:rPr>
        <w:t>Old movies they never finished.</w:t>
      </w:r>
    </w:p>
    <w:p>
      <w:pPr>
        <w:spacing w:after="0" w:line="120" w:lineRule="exact"/>
        <w:ind w:firstLine="0" w:left="0"/>
      </w:pPr>
    </w:p>
    <w:p>
      <w:pPr>
        <w:spacing w:after="0" w:line="264" w:lineRule="exact"/>
        <w:ind w:firstLine="0" w:left="0"/>
      </w:pPr>
      <w:r>
        <w:rPr>
          <w:rFonts w:ascii="EB Garamond" w:hAnsi="EB Garamond" w:eastAsia="EB Garamond"/>
          <w:sz w:val="22"/>
        </w:rPr>
        <w:t>Cookies they might ruin.</w:t>
      </w:r>
    </w:p>
    <w:p>
      <w:pPr>
        <w:spacing w:after="0" w:line="120" w:lineRule="exact"/>
        <w:ind w:firstLine="0" w:left="0"/>
      </w:pPr>
    </w:p>
    <w:p>
      <w:pPr>
        <w:spacing w:after="0" w:line="264" w:lineRule="exact"/>
        <w:ind w:firstLine="0" w:left="0"/>
      </w:pPr>
      <w:r>
        <w:rPr>
          <w:rFonts w:ascii="EB Garamond" w:hAnsi="EB Garamond" w:eastAsia="EB Garamond"/>
          <w:sz w:val="22"/>
        </w:rPr>
        <w:t>Normal that wouldn’t actually be the old normal anymore.</w:t>
      </w:r>
    </w:p>
    <w:p>
      <w:pPr>
        <w:spacing w:after="0" w:line="120" w:lineRule="exact"/>
        <w:ind w:firstLine="0" w:left="0"/>
      </w:pPr>
    </w:p>
    <w:p>
      <w:pPr>
        <w:spacing w:after="0" w:line="264" w:lineRule="exact"/>
        <w:ind w:firstLine="0" w:left="0"/>
      </w:pPr>
      <w:r>
        <w:rPr>
          <w:rFonts w:ascii="EB Garamond" w:hAnsi="EB Garamond" w:eastAsia="EB Garamond"/>
          <w:sz w:val="22"/>
        </w:rPr>
        <w:t>Elsie smiled.</w:t>
      </w:r>
    </w:p>
    <w:p>
      <w:pPr>
        <w:spacing w:after="0" w:line="120" w:lineRule="exact"/>
        <w:ind w:firstLine="0" w:left="0"/>
      </w:pPr>
    </w:p>
    <w:p>
      <w:pPr>
        <w:spacing w:after="0" w:line="264" w:lineRule="exact"/>
        <w:ind w:firstLine="0" w:left="0"/>
      </w:pPr>
      <w:r>
        <w:rPr>
          <w:rFonts w:ascii="EB Garamond" w:hAnsi="EB Garamond" w:eastAsia="EB Garamond"/>
          <w:sz w:val="22"/>
        </w:rPr>
        <w:t>“Maybe next week.”</w:t>
      </w:r>
    </w:p>
    <w:p>
      <w:pPr>
        <w:spacing w:after="0" w:line="120" w:lineRule="exact"/>
        <w:ind w:firstLine="0" w:left="0"/>
      </w:pPr>
    </w:p>
    <w:p>
      <w:pPr>
        <w:spacing w:after="0" w:line="264" w:lineRule="exact"/>
        <w:ind w:firstLine="0" w:left="0"/>
      </w:pPr>
      <w:r>
        <w:rPr>
          <w:rFonts w:ascii="EB Garamond" w:hAnsi="EB Garamond" w:eastAsia="EB Garamond"/>
          <w:sz w:val="22"/>
        </w:rPr>
        <w:t>Maddie smiled back.</w:t>
      </w:r>
    </w:p>
    <w:p>
      <w:pPr>
        <w:spacing w:after="0" w:line="120" w:lineRule="exact"/>
        <w:ind w:firstLine="0" w:left="0"/>
      </w:pPr>
    </w:p>
    <w:p>
      <w:pPr>
        <w:spacing w:after="0" w:line="264" w:lineRule="exact"/>
        <w:ind w:firstLine="0" w:left="0"/>
      </w:pPr>
      <w:r>
        <w:rPr>
          <w:rFonts w:ascii="EB Garamond" w:hAnsi="EB Garamond" w:eastAsia="EB Garamond"/>
          <w:sz w:val="22"/>
        </w:rPr>
        <w:t>No promise.</w:t>
      </w:r>
    </w:p>
    <w:p>
      <w:pPr>
        <w:spacing w:after="0" w:line="120" w:lineRule="exact"/>
        <w:ind w:firstLine="0" w:left="0"/>
      </w:pPr>
    </w:p>
    <w:p>
      <w:pPr>
        <w:spacing w:after="0" w:line="264" w:lineRule="exact"/>
        <w:ind w:firstLine="0" w:left="0"/>
      </w:pPr>
      <w:r>
        <w:rPr>
          <w:rFonts w:ascii="EB Garamond" w:hAnsi="EB Garamond" w:eastAsia="EB Garamond"/>
          <w:sz w:val="22"/>
        </w:rPr>
        <w:t>No guarantee.</w:t>
      </w:r>
    </w:p>
    <w:p>
      <w:pPr>
        <w:spacing w:after="0" w:line="120" w:lineRule="exact"/>
        <w:ind w:firstLine="0" w:left="0"/>
      </w:pPr>
    </w:p>
    <w:p>
      <w:pPr>
        <w:spacing w:after="0" w:line="264" w:lineRule="exact"/>
        <w:ind w:firstLine="0" w:left="0"/>
      </w:pPr>
      <w:r>
        <w:rPr>
          <w:rFonts w:ascii="EB Garamond" w:hAnsi="EB Garamond" w:eastAsia="EB Garamond"/>
          <w:sz w:val="22"/>
        </w:rPr>
        <w:t>No need to turn maybe into yes before it was ready.</w:t>
      </w:r>
    </w:p>
    <w:p>
      <w:pPr>
        <w:spacing w:after="0" w:line="120" w:lineRule="exact"/>
        <w:ind w:firstLine="0" w:left="0"/>
      </w:pPr>
    </w:p>
    <w:p>
      <w:pPr>
        <w:spacing w:after="0" w:line="264" w:lineRule="exact"/>
        <w:ind w:firstLine="0" w:left="0"/>
      </w:pPr>
      <w:r>
        <w:rPr>
          <w:rFonts w:ascii="EB Garamond" w:hAnsi="EB Garamond" w:eastAsia="EB Garamond"/>
          <w:sz w:val="22"/>
        </w:rPr>
        <w:t>The crowd exploded around them.</w:t>
      </w:r>
    </w:p>
    <w:p>
      <w:pPr>
        <w:spacing w:after="0" w:line="120" w:lineRule="exact"/>
        <w:ind w:firstLine="0" w:left="0"/>
      </w:pPr>
    </w:p>
    <w:p>
      <w:pPr>
        <w:spacing w:after="0" w:line="264" w:lineRule="exact"/>
        <w:ind w:firstLine="0" w:left="0"/>
      </w:pPr>
      <w:r>
        <w:rPr>
          <w:rFonts w:ascii="EB Garamond" w:hAnsi="EB Garamond" w:eastAsia="EB Garamond"/>
          <w:sz w:val="22"/>
        </w:rPr>
        <w:t>Elsie stood because everyone else did.</w:t>
      </w:r>
    </w:p>
    <w:p>
      <w:pPr>
        <w:spacing w:after="0" w:line="120" w:lineRule="exact"/>
        <w:ind w:firstLine="0" w:left="0"/>
      </w:pPr>
    </w:p>
    <w:p>
      <w:pPr>
        <w:spacing w:after="0" w:line="264" w:lineRule="exact"/>
        <w:ind w:firstLine="0" w:left="0"/>
      </w:pPr>
      <w:r>
        <w:rPr>
          <w:rFonts w:ascii="EB Garamond" w:hAnsi="EB Garamond" w:eastAsia="EB Garamond"/>
          <w:sz w:val="22"/>
        </w:rPr>
        <w:t>Ava screamed something about a touchdown despite having spent the entire season claiming not to understand football.</w:t>
      </w:r>
    </w:p>
    <w:p>
      <w:pPr>
        <w:spacing w:after="0" w:line="120" w:lineRule="exact"/>
        <w:ind w:firstLine="0" w:left="0"/>
      </w:pPr>
    </w:p>
    <w:p>
      <w:pPr>
        <w:spacing w:after="0" w:line="264" w:lineRule="exact"/>
        <w:ind w:firstLine="0" w:left="0"/>
      </w:pPr>
      <w:r>
        <w:rPr>
          <w:rFonts w:ascii="EB Garamond" w:hAnsi="EB Garamond" w:eastAsia="EB Garamond"/>
          <w:sz w:val="22"/>
        </w:rPr>
        <w:t>Maddie grabbed Elsie’s arm.</w:t>
      </w:r>
    </w:p>
    <w:p>
      <w:pPr>
        <w:spacing w:after="0" w:line="120" w:lineRule="exact"/>
        <w:ind w:firstLine="0" w:left="0"/>
      </w:pPr>
    </w:p>
    <w:p>
      <w:pPr>
        <w:spacing w:after="0" w:line="264" w:lineRule="exact"/>
        <w:ind w:firstLine="0" w:left="0"/>
      </w:pPr>
      <w:r>
        <w:rPr>
          <w:rFonts w:ascii="EB Garamond" w:hAnsi="EB Garamond" w:eastAsia="EB Garamond"/>
          <w:sz w:val="22"/>
        </w:rPr>
        <w:t>For a second, Elsie thought about Thomas.</w:t>
      </w:r>
    </w:p>
    <w:p>
      <w:pPr>
        <w:spacing w:after="0" w:line="120" w:lineRule="exact"/>
        <w:ind w:firstLine="0" w:left="0"/>
      </w:pPr>
    </w:p>
    <w:p>
      <w:pPr>
        <w:spacing w:after="0" w:line="264" w:lineRule="exact"/>
        <w:ind w:firstLine="0" w:left="0"/>
      </w:pPr>
      <w:r>
        <w:rPr>
          <w:rFonts w:ascii="EB Garamond" w:hAnsi="EB Garamond" w:eastAsia="EB Garamond"/>
          <w:sz w:val="22"/>
        </w:rPr>
        <w:t>Eight days.</w:t>
      </w:r>
    </w:p>
    <w:p>
      <w:pPr>
        <w:spacing w:after="0" w:line="120" w:lineRule="exact"/>
        <w:ind w:firstLine="0" w:left="0"/>
      </w:pPr>
    </w:p>
    <w:p>
      <w:pPr>
        <w:spacing w:after="0" w:line="264" w:lineRule="exact"/>
        <w:ind w:firstLine="0" w:left="0"/>
      </w:pPr>
      <w:r>
        <w:rPr>
          <w:rFonts w:ascii="EB Garamond" w:hAnsi="EB Garamond" w:eastAsia="EB Garamond"/>
          <w:sz w:val="22"/>
        </w:rPr>
        <w:t>He hadn’t known.</w:t>
      </w:r>
    </w:p>
    <w:p>
      <w:pPr>
        <w:spacing w:after="0" w:line="120" w:lineRule="exact"/>
        <w:ind w:firstLine="0" w:left="0"/>
      </w:pPr>
    </w:p>
    <w:p>
      <w:pPr>
        <w:spacing w:after="0" w:line="264" w:lineRule="exact"/>
        <w:ind w:firstLine="0" w:left="0"/>
      </w:pPr>
      <w:r>
        <w:rPr>
          <w:rFonts w:ascii="EB Garamond" w:hAnsi="EB Garamond" w:eastAsia="EB Garamond"/>
          <w:sz w:val="22"/>
        </w:rPr>
        <w:t>And somehow the story had kept moving while he didn’t know.</w:t>
      </w:r>
    </w:p>
    <w:p>
      <w:pPr>
        <w:spacing w:after="0" w:line="120" w:lineRule="exact"/>
        <w:ind w:firstLine="0" w:left="0"/>
      </w:pPr>
    </w:p>
    <w:p>
      <w:pPr>
        <w:spacing w:after="0" w:line="264" w:lineRule="exact"/>
        <w:ind w:firstLine="0" w:left="0"/>
      </w:pPr>
      <w:r>
        <w:rPr>
          <w:rFonts w:ascii="EB Garamond" w:hAnsi="EB Garamond" w:eastAsia="EB Garamond"/>
          <w:sz w:val="22"/>
        </w:rPr>
        <w:t>Elsie didn’t write that down.</w:t>
      </w:r>
    </w:p>
    <w:p>
      <w:pPr>
        <w:spacing w:after="0" w:line="120" w:lineRule="exact"/>
        <w:ind w:firstLine="0" w:left="0"/>
      </w:pPr>
    </w:p>
    <w:p>
      <w:pPr>
        <w:spacing w:after="0" w:line="264" w:lineRule="exact"/>
        <w:ind w:firstLine="0" w:left="0"/>
      </w:pPr>
      <w:r>
        <w:rPr>
          <w:rFonts w:ascii="EB Garamond" w:hAnsi="EB Garamond" w:eastAsia="EB Garamond"/>
          <w:sz w:val="22"/>
        </w:rPr>
        <w:t>She didn’t need to.</w:t>
      </w:r>
    </w:p>
    <w:p>
      <w:pPr>
        <w:spacing w:after="0" w:line="120" w:lineRule="exact"/>
        <w:ind w:firstLine="0" w:left="0"/>
      </w:pPr>
    </w:p>
    <w:p>
      <w:pPr>
        <w:spacing w:after="0" w:line="264" w:lineRule="exact"/>
        <w:ind w:firstLine="0" w:left="0"/>
      </w:pPr>
      <w:r>
        <w:rPr>
          <w:rFonts w:ascii="EB Garamond" w:hAnsi="EB Garamond" w:eastAsia="EB Garamond"/>
          <w:sz w:val="22"/>
        </w:rPr>
        <w:t>Not everything had to become a lesson the second she understood it.</w:t>
      </w:r>
    </w:p>
    <w:p>
      <w:pPr>
        <w:spacing w:after="0" w:line="120" w:lineRule="exact"/>
        <w:ind w:firstLine="0" w:left="0"/>
      </w:pPr>
    </w:p>
    <w:p>
      <w:pPr>
        <w:spacing w:after="0" w:line="264" w:lineRule="exact"/>
        <w:ind w:firstLine="0" w:left="0"/>
      </w:pPr>
      <w:r>
        <w:rPr>
          <w:rFonts w:ascii="EB Garamond" w:hAnsi="EB Garamond" w:eastAsia="EB Garamond"/>
          <w:sz w:val="22"/>
        </w:rPr>
        <w:t>Some things could just be lived.</w:t>
      </w:r>
    </w:p>
    <w:p>
      <w:pPr>
        <w:spacing w:after="0" w:line="120" w:lineRule="exact"/>
        <w:ind w:firstLine="0" w:left="0"/>
      </w:pPr>
    </w:p>
    <w:p>
      <w:pPr>
        <w:spacing w:after="0" w:line="264" w:lineRule="exact"/>
        <w:ind w:firstLine="0" w:left="0"/>
      </w:pPr>
      <w:r>
        <w:rPr>
          <w:rFonts w:ascii="EB Garamond" w:hAnsi="EB Garamond" w:eastAsia="EB Garamond"/>
          <w:sz w:val="22"/>
        </w:rPr>
        <w:t>Friday night.</w:t>
      </w:r>
    </w:p>
    <w:p>
      <w:pPr>
        <w:spacing w:after="0" w:line="120" w:lineRule="exact"/>
        <w:ind w:firstLine="0" w:left="0"/>
      </w:pPr>
    </w:p>
    <w:p>
      <w:pPr>
        <w:spacing w:after="0" w:line="264" w:lineRule="exact"/>
        <w:ind w:firstLine="0" w:left="0"/>
      </w:pPr>
      <w:r>
        <w:rPr>
          <w:rFonts w:ascii="EB Garamond" w:hAnsi="EB Garamond" w:eastAsia="EB Garamond"/>
          <w:sz w:val="22"/>
        </w:rPr>
        <w:t>Her best friend beside her.</w:t>
      </w:r>
    </w:p>
    <w:p>
      <w:pPr>
        <w:spacing w:after="0" w:line="120" w:lineRule="exact"/>
        <w:ind w:firstLine="0" w:left="0"/>
      </w:pPr>
    </w:p>
    <w:p>
      <w:pPr>
        <w:spacing w:after="0" w:line="264" w:lineRule="exact"/>
        <w:ind w:firstLine="0" w:left="0"/>
      </w:pPr>
      <w:r>
        <w:rPr>
          <w:rFonts w:ascii="EB Garamond" w:hAnsi="EB Garamond" w:eastAsia="EB Garamond"/>
          <w:sz w:val="22"/>
        </w:rPr>
        <w:t>Her boyfriend somewhere under the stadium lights.</w:t>
      </w:r>
    </w:p>
    <w:p>
      <w:pPr>
        <w:spacing w:after="0" w:line="120" w:lineRule="exact"/>
        <w:ind w:firstLine="0" w:left="0"/>
      </w:pPr>
    </w:p>
    <w:p>
      <w:pPr>
        <w:spacing w:after="0" w:line="264" w:lineRule="exact"/>
        <w:ind w:firstLine="0" w:left="0"/>
      </w:pPr>
      <w:r>
        <w:rPr>
          <w:rFonts w:ascii="EB Garamond" w:hAnsi="EB Garamond" w:eastAsia="EB Garamond"/>
          <w:sz w:val="22"/>
        </w:rPr>
        <w:t>Questions she didn’t have answers to.</w:t>
      </w:r>
    </w:p>
    <w:p>
      <w:pPr>
        <w:spacing w:after="0" w:line="120" w:lineRule="exact"/>
        <w:ind w:firstLine="0" w:left="0"/>
      </w:pPr>
    </w:p>
    <w:p>
      <w:pPr>
        <w:spacing w:after="0" w:line="264" w:lineRule="exact"/>
        <w:ind w:firstLine="0" w:left="0"/>
      </w:pPr>
      <w:r>
        <w:rPr>
          <w:rFonts w:ascii="EB Garamond" w:hAnsi="EB Garamond" w:eastAsia="EB Garamond"/>
          <w:sz w:val="22"/>
        </w:rPr>
        <w:t>A heading in a notebook she still hadn’t changed.</w:t>
      </w:r>
    </w:p>
    <w:p>
      <w:pPr>
        <w:spacing w:after="0" w:line="120" w:lineRule="exact"/>
        <w:ind w:firstLine="0" w:left="0"/>
      </w:pPr>
    </w:p>
    <w:p>
      <w:pPr>
        <w:spacing w:after="0" w:line="264" w:lineRule="exact"/>
        <w:ind w:firstLine="0" w:left="0"/>
      </w:pPr>
      <w:r>
        <w:rPr>
          <w:rFonts w:ascii="EB Garamond" w:hAnsi="EB Garamond" w:eastAsia="EB Garamond"/>
          <w:sz w:val="22"/>
        </w:rPr>
        <w:t>Maybe next week.</w:t>
      </w:r>
    </w:p>
    <w:p>
      <w:pPr>
        <w:spacing w:after="0" w:line="120" w:lineRule="exact"/>
        <w:ind w:firstLine="0" w:left="0"/>
      </w:pPr>
    </w:p>
    <w:p>
      <w:pPr>
        <w:spacing w:after="0" w:line="264" w:lineRule="exact"/>
        <w:ind w:firstLine="0" w:left="0"/>
      </w:pPr>
      <w:r>
        <w:rPr>
          <w:rFonts w:ascii="EB Garamond" w:hAnsi="EB Garamond" w:eastAsia="EB Garamond"/>
          <w:sz w:val="22"/>
        </w:rPr>
        <w:t>Maybe later.</w:t>
      </w:r>
    </w:p>
    <w:p>
      <w:pPr>
        <w:spacing w:after="0" w:line="120" w:lineRule="exact"/>
        <w:ind w:firstLine="0" w:left="0"/>
      </w:pPr>
    </w:p>
    <w:p>
      <w:pPr>
        <w:spacing w:after="0" w:line="264" w:lineRule="exact"/>
        <w:ind w:firstLine="0" w:left="0"/>
      </w:pPr>
      <w:r>
        <w:rPr>
          <w:rFonts w:ascii="EB Garamond" w:hAnsi="EB Garamond" w:eastAsia="EB Garamond"/>
          <w:sz w:val="22"/>
        </w:rPr>
        <w:t>Maybe she would know.</w:t>
      </w:r>
    </w:p>
    <w:p>
      <w:pPr>
        <w:spacing w:after="0" w:line="120" w:lineRule="exact"/>
        <w:ind w:firstLine="0" w:left="0"/>
      </w:pPr>
    </w:p>
    <w:p>
      <w:pPr>
        <w:spacing w:after="0" w:line="264" w:lineRule="exact"/>
        <w:ind w:firstLine="0" w:left="0"/>
      </w:pPr>
      <w:r>
        <w:rPr>
          <w:rFonts w:ascii="EB Garamond" w:hAnsi="EB Garamond" w:eastAsia="EB Garamond"/>
          <w:sz w:val="22"/>
        </w:rPr>
        <w:t>Maybe she wouldn’t.</w:t>
      </w:r>
    </w:p>
    <w:p>
      <w:pPr>
        <w:spacing w:after="0" w:line="120" w:lineRule="exact"/>
        <w:ind w:firstLine="0" w:left="0"/>
      </w:pPr>
    </w:p>
    <w:p>
      <w:pPr>
        <w:spacing w:after="0" w:line="264" w:lineRule="exact"/>
        <w:ind w:firstLine="0" w:left="0"/>
      </w:pPr>
      <w:r>
        <w:rPr>
          <w:rFonts w:ascii="EB Garamond" w:hAnsi="EB Garamond" w:eastAsia="EB Garamond"/>
          <w:sz w:val="22"/>
        </w:rPr>
        <w:t>For once, maybe didn’t sound like uncertainty she needed to fix.</w:t>
      </w:r>
    </w:p>
    <w:p>
      <w:pPr>
        <w:spacing w:after="0" w:line="120" w:lineRule="exact"/>
        <w:ind w:firstLine="0" w:left="0"/>
      </w:pPr>
    </w:p>
    <w:p>
      <w:pPr>
        <w:spacing w:after="0" w:line="264" w:lineRule="exact"/>
        <w:ind w:firstLine="0" w:left="0"/>
      </w:pPr>
      <w:r>
        <w:rPr>
          <w:rFonts w:ascii="EB Garamond" w:hAnsi="EB Garamond" w:eastAsia="EB Garamond"/>
          <w:sz w:val="22"/>
        </w:rPr>
        <w:t>It sounded like room.</w:t>
      </w:r>
    </w:p>
    <w:p>
      <w:r>
        <w:br w:type="page"/>
      </w:r>
    </w:p>
    <w:p>
      <w:pPr>
        <w:spacing w:after="0" w:line="264" w:lineRule="exact"/>
        <w:ind w:left="0" w:firstLine="0"/>
        <w:jc w:val="center"/>
      </w:pPr>
      <w:r>
        <w:rPr>
          <w:rFonts w:ascii="EB Garamond" w:hAnsi="EB Garamond" w:eastAsia="EB Garamond"/>
          <w:b/>
          <w:i w:val="0"/>
          <w:sz w:val="22"/>
        </w:rPr>
        <w:t>CHAPTER TWELVE</w:t>
      </w:r>
    </w:p>
    <w:p>
      <w:pPr>
        <w:spacing w:after="0" w:line="264" w:lineRule="exact"/>
        <w:ind w:left="0" w:firstLine="0"/>
        <w:jc w:val="center"/>
      </w:pPr>
      <w:r>
        <w:rPr>
          <w:rFonts w:ascii="EB Garamond" w:hAnsi="EB Garamond" w:eastAsia="EB Garamond"/>
          <w:b/>
          <w:i w:val="0"/>
          <w:sz w:val="22"/>
        </w:rPr>
        <w:t>Seen</w:t>
      </w:r>
    </w:p>
    <w:p>
      <w:pPr>
        <w:spacing w:after="0" w:line="120" w:lineRule="exact"/>
        <w:ind w:left="0" w:firstLine="0"/>
      </w:pPr>
    </w:p>
    <w:p>
      <w:pPr>
        <w:spacing w:after="0" w:line="264" w:lineRule="exact"/>
        <w:ind w:left="0" w:firstLine="0"/>
      </w:pPr>
      <w:r>
        <w:rPr>
          <w:rFonts w:ascii="EB Garamond" w:hAnsi="EB Garamond" w:eastAsia="EB Garamond"/>
          <w:b w:val="0"/>
          <w:i w:val="0"/>
          <w:sz w:val="22"/>
        </w:rPr>
        <w:t>Homecoming had been invented by people who hated teenage girls.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became certain of this at 4:17 Saturday afternoon while standing half-dressed in her bedroom with one eyelash attached and the other stuck to her thumb.</w:t>
      </w:r>
    </w:p>
    <w:p>
      <w:pPr>
        <w:spacing w:after="0" w:line="120" w:lineRule="exact"/>
        <w:ind w:left="0" w:firstLine="0"/>
      </w:pPr>
    </w:p>
    <w:p>
      <w:pPr>
        <w:spacing w:after="0" w:line="264" w:lineRule="exact"/>
        <w:ind w:left="0" w:firstLine="0"/>
      </w:pPr>
      <w:r>
        <w:rPr>
          <w:rFonts w:ascii="EB Garamond" w:hAnsi="EB Garamond" w:eastAsia="EB Garamond"/>
          <w:b w:val="0"/>
          <w:i w:val="0"/>
          <w:sz w:val="22"/>
        </w:rPr>
        <w:t>“This is impossible.”</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appeared in the doorway.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happened?”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“I’ve ruined everything.”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looked around.</w:t>
      </w:r>
    </w:p>
    <w:p>
      <w:pPr>
        <w:spacing w:after="0" w:line="120" w:lineRule="exact"/>
        <w:ind w:left="0" w:firstLine="0"/>
      </w:pPr>
    </w:p>
    <w:p>
      <w:pPr>
        <w:spacing w:after="0" w:line="264" w:lineRule="exact"/>
        <w:ind w:left="0" w:firstLine="0"/>
      </w:pPr>
      <w:r>
        <w:rPr>
          <w:rFonts w:ascii="EB Garamond" w:hAnsi="EB Garamond" w:eastAsia="EB Garamond"/>
          <w:b w:val="0"/>
          <w:i w:val="0"/>
          <w:sz w:val="22"/>
        </w:rPr>
        <w:t>Dress hanging from closet.</w:t>
      </w:r>
    </w:p>
    <w:p>
      <w:pPr>
        <w:spacing w:after="0" w:line="120" w:lineRule="exact"/>
        <w:ind w:left="0" w:firstLine="0"/>
      </w:pPr>
    </w:p>
    <w:p>
      <w:pPr>
        <w:spacing w:after="0" w:line="264" w:lineRule="exact"/>
        <w:ind w:left="0" w:firstLine="0"/>
      </w:pPr>
      <w:r>
        <w:rPr>
          <w:rFonts w:ascii="EB Garamond" w:hAnsi="EB Garamond" w:eastAsia="EB Garamond"/>
          <w:b w:val="0"/>
          <w:i w:val="0"/>
          <w:sz w:val="22"/>
        </w:rPr>
        <w:t>Shoes on floor.</w:t>
      </w:r>
    </w:p>
    <w:p>
      <w:pPr>
        <w:spacing w:after="0" w:line="120" w:lineRule="exact"/>
        <w:ind w:left="0" w:firstLine="0"/>
      </w:pPr>
    </w:p>
    <w:p>
      <w:pPr>
        <w:spacing w:after="0" w:line="264" w:lineRule="exact"/>
        <w:ind w:left="0" w:firstLine="0"/>
      </w:pPr>
      <w:r>
        <w:rPr>
          <w:rFonts w:ascii="EB Garamond" w:hAnsi="EB Garamond" w:eastAsia="EB Garamond"/>
          <w:b w:val="0"/>
          <w:i w:val="0"/>
          <w:sz w:val="22"/>
        </w:rPr>
        <w:t>Curling iron heating on dresser.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Approximately thirty-seven makeup products covering every available surface.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“Specifically?”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held up her thumb.</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eyelash?”</w:t>
      </w:r>
    </w:p>
    <w:p>
      <w:pPr>
        <w:spacing w:after="0" w:line="120" w:lineRule="exact"/>
        <w:ind w:left="0" w:firstLine="0"/>
      </w:pPr>
    </w:p>
    <w:p>
      <w:pPr>
        <w:spacing w:after="0" w:line="264" w:lineRule="exact"/>
        <w:ind w:left="0" w:firstLine="0"/>
      </w:pPr>
      <w:r>
        <w:rPr>
          <w:rFonts w:ascii="EB Garamond" w:hAnsi="EB Garamond" w:eastAsia="EB Garamond"/>
          <w:b w:val="0"/>
          <w:i w:val="0"/>
          <w:sz w:val="22"/>
        </w:rPr>
        <w:t>“It won’t come off.”</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said everything.”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“It feels significant.”</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walked over and peeled it from Elsie’s thumb.</w:t>
      </w:r>
    </w:p>
    <w:p>
      <w:pPr>
        <w:spacing w:after="0" w:line="120" w:lineRule="exact"/>
        <w:ind w:left="0" w:firstLine="0"/>
      </w:pPr>
    </w:p>
    <w:p>
      <w:pPr>
        <w:spacing w:after="0" w:line="264" w:lineRule="exact"/>
        <w:ind w:left="0" w:firstLine="0"/>
      </w:pPr>
      <w:r>
        <w:rPr>
          <w:rFonts w:ascii="EB Garamond" w:hAnsi="EB Garamond" w:eastAsia="EB Garamond"/>
          <w:b w:val="0"/>
          <w:i w:val="0"/>
          <w:sz w:val="22"/>
        </w:rPr>
        <w:t>“Saved.”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“You’re very brave.”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picked up the lash.</w:t>
      </w:r>
    </w:p>
    <w:p>
      <w:pPr>
        <w:spacing w:after="0" w:line="120" w:lineRule="exact"/>
        <w:ind w:left="0" w:firstLine="0"/>
      </w:pPr>
    </w:p>
    <w:p>
      <w:pPr>
        <w:spacing w:after="0" w:line="264" w:lineRule="exact"/>
        <w:ind w:left="0" w:firstLine="0"/>
      </w:pPr>
      <w:r>
        <w:rPr>
          <w:rFonts w:ascii="EB Garamond" w:hAnsi="EB Garamond" w:eastAsia="EB Garamond"/>
          <w:b w:val="0"/>
          <w:i w:val="0"/>
          <w:sz w:val="22"/>
        </w:rPr>
        <w:t>“Do you know how to put these on?”</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why did you buy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Ava said they’d look natural.”</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examined the strip of black fibers.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“This looks like a caterpillar.”</w:t>
      </w:r>
    </w:p>
    <w:p>
      <w:pPr>
        <w:spacing w:after="0" w:line="120" w:lineRule="exact"/>
        <w:ind w:left="0" w:firstLine="0"/>
      </w:pPr>
    </w:p>
    <w:p>
      <w:pPr>
        <w:spacing w:after="0" w:line="264" w:lineRule="exact"/>
        <w:ind w:left="0" w:firstLine="0"/>
      </w:pPr>
      <w:r>
        <w:rPr>
          <w:rFonts w:ascii="EB Garamond" w:hAnsi="EB Garamond" w:eastAsia="EB Garamond"/>
          <w:b w:val="0"/>
          <w:i w:val="0"/>
          <w:sz w:val="22"/>
        </w:rPr>
        <w:t>“Mom.”</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“Help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haven’t worn fake eyelashes since 2003.”</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have experience.”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have trauma.”</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phone buzzed.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group chat.</w:t>
      </w:r>
    </w:p>
    <w:p>
      <w:pPr>
        <w:spacing w:after="0" w:line="120" w:lineRule="exact"/>
        <w:ind w:left="0" w:firstLine="0"/>
      </w:pPr>
    </w:p>
    <w:p>
      <w:pPr>
        <w:spacing w:after="0" w:line="264" w:lineRule="exact"/>
        <w:ind w:left="0" w:firstLine="0"/>
      </w:pPr>
      <w:r>
        <w:rPr>
          <w:rFonts w:ascii="EB Garamond" w:hAnsi="EB Garamond" w:eastAsia="EB Garamond"/>
          <w:b/>
          <w:i w:val="0"/>
          <w:sz w:val="22"/>
        </w:rPr>
        <w:t>Maddie:</w:t>
      </w:r>
      <w:r>
        <w:rPr>
          <w:rFonts w:ascii="EB Garamond" w:hAnsi="EB Garamond" w:eastAsia="EB Garamond"/>
          <w:b w:val="0"/>
          <w:i w:val="0"/>
          <w:sz w:val="22"/>
        </w:rPr>
        <w:t xml:space="preserve"> EMERGENCY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stomach tightened automatically.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i w:val="0"/>
          <w:sz w:val="22"/>
        </w:rPr>
        <w:t>Maddie:</w:t>
      </w:r>
      <w:r>
        <w:rPr>
          <w:rFonts w:ascii="EB Garamond" w:hAnsi="EB Garamond" w:eastAsia="EB Garamond"/>
          <w:b w:val="0"/>
          <w:i w:val="0"/>
          <w:sz w:val="22"/>
        </w:rPr>
        <w:t xml:space="preserve"> THE BLUE DRESS MAKES MY BOOBS LOOK WEIRD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exhaled.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Apparently trauma had categories now.</w:t>
      </w:r>
    </w:p>
    <w:p>
      <w:pPr>
        <w:spacing w:after="0" w:line="120" w:lineRule="exact"/>
        <w:ind w:left="0" w:firstLine="0"/>
      </w:pPr>
    </w:p>
    <w:p>
      <w:pPr>
        <w:spacing w:after="0" w:line="264" w:lineRule="exact"/>
        <w:ind w:left="0" w:firstLine="0"/>
      </w:pPr>
      <w:r>
        <w:rPr>
          <w:rFonts w:ascii="EB Garamond" w:hAnsi="EB Garamond" w:eastAsia="EB Garamond"/>
          <w:b/>
          <w:i w:val="0"/>
          <w:sz w:val="22"/>
        </w:rPr>
        <w:t>Elsie:</w:t>
      </w:r>
      <w:r>
        <w:rPr>
          <w:rFonts w:ascii="EB Garamond" w:hAnsi="EB Garamond" w:eastAsia="EB Garamond"/>
          <w:b w:val="0"/>
          <w:i w:val="0"/>
          <w:sz w:val="22"/>
        </w:rPr>
        <w:t xml:space="preserve"> send pic</w:t>
      </w:r>
    </w:p>
    <w:p>
      <w:pPr>
        <w:spacing w:after="0" w:line="120" w:lineRule="exact"/>
        <w:ind w:left="0" w:firstLine="0"/>
      </w:pPr>
    </w:p>
    <w:p>
      <w:pPr>
        <w:spacing w:after="0" w:line="264" w:lineRule="exact"/>
        <w:ind w:left="0" w:firstLine="0"/>
      </w:pPr>
      <w:r>
        <w:rPr>
          <w:rFonts w:ascii="EB Garamond" w:hAnsi="EB Garamond" w:eastAsia="EB Garamond"/>
          <w:b w:val="0"/>
          <w:i w:val="0"/>
          <w:sz w:val="22"/>
        </w:rPr>
        <w:t>Three seconds later, a mirror selfie appeared.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w:t>
      </w:r>
    </w:p>
    <w:p>
      <w:pPr>
        <w:spacing w:after="0" w:line="120" w:lineRule="exact"/>
        <w:ind w:left="0" w:firstLine="0"/>
      </w:pPr>
    </w:p>
    <w:p>
      <w:pPr>
        <w:spacing w:after="0" w:line="264" w:lineRule="exact"/>
        <w:ind w:left="0" w:firstLine="0"/>
      </w:pPr>
      <w:r>
        <w:rPr>
          <w:rFonts w:ascii="EB Garamond" w:hAnsi="EB Garamond" w:eastAsia="EB Garamond"/>
          <w:b/>
          <w:i w:val="0"/>
          <w:sz w:val="22"/>
        </w:rPr>
        <w:t>Elsie:</w:t>
      </w:r>
      <w:r>
        <w:rPr>
          <w:rFonts w:ascii="EB Garamond" w:hAnsi="EB Garamond" w:eastAsia="EB Garamond"/>
          <w:b w:val="0"/>
          <w:i w:val="0"/>
          <w:sz w:val="22"/>
        </w:rPr>
        <w:t xml:space="preserve"> they look like boobs</w:t>
      </w:r>
    </w:p>
    <w:p>
      <w:pPr>
        <w:spacing w:after="0" w:line="120" w:lineRule="exact"/>
        <w:ind w:left="0" w:firstLine="0"/>
      </w:pPr>
    </w:p>
    <w:p>
      <w:pPr>
        <w:spacing w:after="0" w:line="264" w:lineRule="exact"/>
        <w:ind w:left="0" w:firstLine="0"/>
      </w:pPr>
      <w:r>
        <w:rPr>
          <w:rFonts w:ascii="EB Garamond" w:hAnsi="EB Garamond" w:eastAsia="EB Garamond"/>
          <w:b/>
          <w:i w:val="0"/>
          <w:sz w:val="22"/>
        </w:rPr>
        <w:t>Maddie:</w:t>
      </w:r>
      <w:r>
        <w:rPr>
          <w:rFonts w:ascii="EB Garamond" w:hAnsi="EB Garamond" w:eastAsia="EB Garamond"/>
          <w:b w:val="0"/>
          <w:i w:val="0"/>
          <w:sz w:val="22"/>
        </w:rPr>
        <w:t xml:space="preserve"> that’s not helpful</w:t>
      </w:r>
    </w:p>
    <w:p>
      <w:pPr>
        <w:spacing w:after="0" w:line="120" w:lineRule="exact"/>
        <w:ind w:left="0" w:firstLine="0"/>
      </w:pPr>
    </w:p>
    <w:p>
      <w:pPr>
        <w:spacing w:after="0" w:line="264" w:lineRule="exact"/>
        <w:ind w:left="0" w:firstLine="0"/>
      </w:pPr>
      <w:r>
        <w:rPr>
          <w:rFonts w:ascii="EB Garamond" w:hAnsi="EB Garamond" w:eastAsia="EB Garamond"/>
          <w:b/>
          <w:i w:val="0"/>
          <w:sz w:val="22"/>
        </w:rPr>
        <w:t>Elsie:</w:t>
      </w:r>
      <w:r>
        <w:rPr>
          <w:rFonts w:ascii="EB Garamond" w:hAnsi="EB Garamond" w:eastAsia="EB Garamond"/>
          <w:b w:val="0"/>
          <w:i w:val="0"/>
          <w:sz w:val="22"/>
        </w:rPr>
        <w:t xml:space="preserve"> what do you want them to look like</w:t>
      </w:r>
    </w:p>
    <w:p>
      <w:pPr>
        <w:spacing w:after="0" w:line="120" w:lineRule="exact"/>
        <w:ind w:left="0" w:firstLine="0"/>
      </w:pPr>
    </w:p>
    <w:p>
      <w:pPr>
        <w:spacing w:after="0" w:line="264" w:lineRule="exact"/>
        <w:ind w:left="0" w:firstLine="0"/>
      </w:pPr>
      <w:r>
        <w:rPr>
          <w:rFonts w:ascii="EB Garamond" w:hAnsi="EB Garamond" w:eastAsia="EB Garamond"/>
          <w:b/>
          <w:i w:val="0"/>
          <w:sz w:val="22"/>
        </w:rPr>
        <w:t>Maddie:</w:t>
      </w:r>
      <w:r>
        <w:rPr>
          <w:rFonts w:ascii="EB Garamond" w:hAnsi="EB Garamond" w:eastAsia="EB Garamond"/>
          <w:b w:val="0"/>
          <w:i w:val="0"/>
          <w:sz w:val="22"/>
        </w:rPr>
        <w:t xml:space="preserve"> GOOD BOOBS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mother glanced over her shoulder.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“What’s wrong?”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“Maddie’s boobs.”</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turned around immediately.</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need to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“That’s fair.”</w:t>
      </w:r>
    </w:p>
    <w:p>
      <w:pPr>
        <w:spacing w:after="0" w:line="120" w:lineRule="exact"/>
        <w:ind w:left="0" w:firstLine="0"/>
      </w:pPr>
    </w:p>
    <w:p>
      <w:pPr>
        <w:spacing w:after="0" w:line="264" w:lineRule="exact"/>
        <w:ind w:left="0" w:firstLine="0"/>
      </w:pPr>
      <w:r>
        <w:rPr>
          <w:rFonts w:ascii="EB Garamond" w:hAnsi="EB Garamond" w:eastAsia="EB Garamond"/>
          <w:b w:val="0"/>
          <w:i w:val="0"/>
          <w:sz w:val="22"/>
        </w:rPr>
        <w:t>Another message appeared.</w:t>
      </w:r>
    </w:p>
    <w:p>
      <w:pPr>
        <w:spacing w:after="0" w:line="120" w:lineRule="exact"/>
        <w:ind w:left="0" w:firstLine="0"/>
      </w:pPr>
    </w:p>
    <w:p>
      <w:pPr>
        <w:spacing w:after="0" w:line="264" w:lineRule="exact"/>
        <w:ind w:left="0" w:firstLine="0"/>
      </w:pPr>
      <w:r>
        <w:rPr>
          <w:rFonts w:ascii="EB Garamond" w:hAnsi="EB Garamond" w:eastAsia="EB Garamond"/>
          <w:b/>
          <w:i w:val="0"/>
          <w:sz w:val="22"/>
        </w:rPr>
        <w:t>Ava:</w:t>
      </w:r>
      <w:r>
        <w:rPr>
          <w:rFonts w:ascii="EB Garamond" w:hAnsi="EB Garamond" w:eastAsia="EB Garamond"/>
          <w:b w:val="0"/>
          <w:i w:val="0"/>
          <w:sz w:val="22"/>
        </w:rPr>
        <w:t xml:space="preserve"> stop talking about your boobs and leave your house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i w:val="0"/>
          <w:sz w:val="22"/>
        </w:rPr>
        <w:t>Maddie:</w:t>
      </w:r>
      <w:r>
        <w:rPr>
          <w:rFonts w:ascii="EB Garamond" w:hAnsi="EB Garamond" w:eastAsia="EB Garamond"/>
          <w:b w:val="0"/>
          <w:i w:val="0"/>
          <w:sz w:val="22"/>
        </w:rPr>
        <w:t xml:space="preserve"> no one asked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group chat had been alive again all week.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constantly.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exactly like before.</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alive.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mattered.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Ava’s mother had volunteered their house for pictures.</w:t>
      </w:r>
    </w:p>
    <w:p>
      <w:pPr>
        <w:spacing w:after="0" w:line="120" w:lineRule="exact"/>
        <w:ind w:left="0" w:firstLine="0"/>
      </w:pPr>
    </w:p>
    <w:p>
      <w:pPr>
        <w:spacing w:after="0" w:line="264" w:lineRule="exact"/>
        <w:ind w:left="0" w:firstLine="0"/>
      </w:pPr>
      <w:r>
        <w:rPr>
          <w:rFonts w:ascii="EB Garamond" w:hAnsi="EB Garamond" w:eastAsia="EB Garamond"/>
          <w:b w:val="0"/>
          <w:i w:val="0"/>
          <w:sz w:val="22"/>
        </w:rPr>
        <w:t>Which meant Ava’s front yard looked like a wedding venue by five-thirty.</w:t>
      </w:r>
    </w:p>
    <w:p>
      <w:pPr>
        <w:spacing w:after="0" w:line="120" w:lineRule="exact"/>
        <w:ind w:left="0" w:firstLine="0"/>
      </w:pPr>
    </w:p>
    <w:p>
      <w:pPr>
        <w:spacing w:after="0" w:line="264" w:lineRule="exact"/>
        <w:ind w:left="0" w:firstLine="0"/>
      </w:pPr>
      <w:r>
        <w:rPr>
          <w:rFonts w:ascii="EB Garamond" w:hAnsi="EB Garamond" w:eastAsia="EB Garamond"/>
          <w:b w:val="0"/>
          <w:i w:val="0"/>
          <w:sz w:val="22"/>
        </w:rPr>
        <w:t>Mothers everywhere.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Phones everywhere.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Someone had brought flowers.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Someone else’s father was directing traffic like approximately twelve teenagers posed in formal clothes presented a legitimate infrastructure crisis.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stepped out of her mother’s car in heels she already regretted.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spotted her first.</w:t>
      </w:r>
    </w:p>
    <w:p>
      <w:pPr>
        <w:spacing w:after="0" w:line="120" w:lineRule="exact"/>
        <w:ind w:left="0" w:firstLine="0"/>
      </w:pPr>
    </w:p>
    <w:p>
      <w:pPr>
        <w:spacing w:after="0" w:line="264" w:lineRule="exact"/>
        <w:ind w:left="0" w:firstLine="0"/>
      </w:pPr>
      <w:r>
        <w:rPr>
          <w:rFonts w:ascii="EB Garamond" w:hAnsi="EB Garamond" w:eastAsia="EB Garamond"/>
          <w:b w:val="0"/>
          <w:i w:val="0"/>
          <w:sz w:val="22"/>
        </w:rPr>
        <w:t>“Oh.”</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look…”</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stomach tightened.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“Really pretty.”</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Something about it hurt.</w:t>
      </w:r>
    </w:p>
    <w:p>
      <w:pPr>
        <w:spacing w:after="0" w:line="120" w:lineRule="exact"/>
        <w:ind w:left="0" w:firstLine="0"/>
      </w:pPr>
    </w:p>
    <w:p>
      <w:pPr>
        <w:spacing w:after="0" w:line="264" w:lineRule="exact"/>
        <w:ind w:left="0" w:firstLine="0"/>
      </w:pPr>
      <w:r>
        <w:rPr>
          <w:rFonts w:ascii="EB Garamond" w:hAnsi="EB Garamond" w:eastAsia="EB Garamond"/>
          <w:b w:val="0"/>
          <w:i w:val="0"/>
          <w:sz w:val="22"/>
        </w:rPr>
        <w:t>In a good 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Blue dress.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one Maddie had almost talked herself out of wearing.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do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touched the side of her dress.</w:t>
      </w:r>
    </w:p>
    <w:p>
      <w:pPr>
        <w:spacing w:after="0" w:line="120" w:lineRule="exact"/>
        <w:ind w:left="0" w:firstLine="0"/>
      </w:pPr>
    </w:p>
    <w:p>
      <w:pPr>
        <w:spacing w:after="0" w:line="264" w:lineRule="exact"/>
        <w:ind w:left="0" w:firstLine="0"/>
      </w:pPr>
      <w:r>
        <w:rPr>
          <w:rFonts w:ascii="EB Garamond" w:hAnsi="EB Garamond" w:eastAsia="EB Garamond"/>
          <w:b w:val="0"/>
          <w:i w:val="0"/>
          <w:sz w:val="22"/>
        </w:rPr>
        <w:t>“Boobs 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“Exceptional.”</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“Thank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appeared behind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“Can we never say that again?”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promises.”</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looked unfairly perfect.</w:t>
      </w:r>
    </w:p>
    <w:p>
      <w:pPr>
        <w:spacing w:after="0" w:line="120" w:lineRule="exact"/>
        <w:ind w:left="0" w:firstLine="0"/>
      </w:pPr>
    </w:p>
    <w:p>
      <w:pPr>
        <w:spacing w:after="0" w:line="264" w:lineRule="exact"/>
        <w:ind w:left="0" w:firstLine="0"/>
      </w:pPr>
      <w:r>
        <w:rPr>
          <w:rFonts w:ascii="EB Garamond" w:hAnsi="EB Garamond" w:eastAsia="EB Garamond"/>
          <w:b w:val="0"/>
          <w:i w:val="0"/>
          <w:sz w:val="22"/>
        </w:rPr>
        <w:t>Of course.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stood beside her in a dark green dress, arguing with her mother about whether she needed another picture.</w:t>
      </w:r>
    </w:p>
    <w:p>
      <w:pPr>
        <w:spacing w:after="0" w:line="120" w:lineRule="exact"/>
        <w:ind w:left="0" w:firstLine="0"/>
      </w:pPr>
    </w:p>
    <w:p>
      <w:pPr>
        <w:spacing w:after="0" w:line="264" w:lineRule="exact"/>
        <w:ind w:left="0" w:firstLine="0"/>
      </w:pPr>
      <w:r>
        <w:rPr>
          <w:rFonts w:ascii="EB Garamond" w:hAnsi="EB Garamond" w:eastAsia="EB Garamond"/>
          <w:b w:val="0"/>
          <w:i w:val="0"/>
          <w:sz w:val="22"/>
        </w:rPr>
        <w:t>“We have thirty-seven.”</w:t>
      </w:r>
    </w:p>
    <w:p>
      <w:pPr>
        <w:spacing w:after="0" w:line="120" w:lineRule="exact"/>
        <w:ind w:left="0" w:firstLine="0"/>
      </w:pPr>
    </w:p>
    <w:p>
      <w:pPr>
        <w:spacing w:after="0" w:line="264" w:lineRule="exact"/>
        <w:ind w:left="0" w:firstLine="0"/>
      </w:pPr>
      <w:r>
        <w:rPr>
          <w:rFonts w:ascii="EB Garamond" w:hAnsi="EB Garamond" w:eastAsia="EB Garamond"/>
          <w:b w:val="0"/>
          <w:i w:val="0"/>
          <w:sz w:val="22"/>
        </w:rPr>
        <w:t>“We do not have thirty-seven.”</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have taken enough pictures to reconstruct my body in 3D.”</w:t>
      </w:r>
    </w:p>
    <w:p>
      <w:pPr>
        <w:spacing w:after="0" w:line="120" w:lineRule="exact"/>
        <w:ind w:left="0" w:firstLine="0"/>
      </w:pPr>
    </w:p>
    <w:p>
      <w:pPr>
        <w:spacing w:after="0" w:line="264" w:lineRule="exact"/>
        <w:ind w:left="0" w:firstLine="0"/>
      </w:pPr>
      <w:r>
        <w:rPr>
          <w:rFonts w:ascii="EB Garamond" w:hAnsi="EB Garamond" w:eastAsia="EB Garamond"/>
          <w:b w:val="0"/>
          <w:i w:val="0"/>
          <w:sz w:val="22"/>
        </w:rPr>
        <w:t>“One more.”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“Fine.”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 automatically.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“Don’t.”</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didn’t say anything.”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were about to.”</w:t>
      </w:r>
    </w:p>
    <w:p>
      <w:pPr>
        <w:spacing w:after="0" w:line="120" w:lineRule="exact"/>
        <w:ind w:left="0" w:firstLine="0"/>
      </w:pPr>
    </w:p>
    <w:p>
      <w:pPr>
        <w:spacing w:after="0" w:line="264" w:lineRule="exact"/>
        <w:ind w:left="0" w:firstLine="0"/>
      </w:pPr>
      <w:r>
        <w:rPr>
          <w:rFonts w:ascii="EB Garamond" w:hAnsi="EB Garamond" w:eastAsia="EB Garamond"/>
          <w:b w:val="0"/>
          <w:i w:val="0"/>
          <w:sz w:val="22"/>
        </w:rPr>
        <w:t>“I wasn’t.”</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have a Fine Number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“Absolutely not.”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looked interested.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 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pointed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created this problem.”</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comfortable with that.”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A car door shut behind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turned.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w:t>
      </w:r>
    </w:p>
    <w:p>
      <w:pPr>
        <w:spacing w:after="0" w:line="120" w:lineRule="exact"/>
        <w:ind w:left="0" w:firstLine="0"/>
      </w:pPr>
    </w:p>
    <w:p>
      <w:pPr>
        <w:spacing w:after="0" w:line="264" w:lineRule="exact"/>
        <w:ind w:left="0" w:firstLine="0"/>
      </w:pPr>
      <w:r>
        <w:rPr>
          <w:rFonts w:ascii="EB Garamond" w:hAnsi="EB Garamond" w:eastAsia="EB Garamond"/>
          <w:b w:val="0"/>
          <w:i w:val="0"/>
          <w:sz w:val="22"/>
        </w:rPr>
        <w:t>Dark pants.</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Button-down.</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tie.</w:t>
      </w:r>
    </w:p>
    <w:p>
      <w:pPr>
        <w:spacing w:after="0" w:line="120" w:lineRule="exact"/>
        <w:ind w:left="0" w:firstLine="0"/>
      </w:pPr>
    </w:p>
    <w:p>
      <w:pPr>
        <w:spacing w:after="0" w:line="264" w:lineRule="exact"/>
        <w:ind w:left="0" w:firstLine="0"/>
      </w:pPr>
      <w:r>
        <w:rPr>
          <w:rFonts w:ascii="EB Garamond" w:hAnsi="EB Garamond" w:eastAsia="EB Garamond"/>
          <w:b w:val="0"/>
          <w:i w:val="0"/>
          <w:sz w:val="22"/>
        </w:rPr>
        <w:t>Hair actually doing something intentional.</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 approximately half a second too long.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leaned closer.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“Shut up.”</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walked over.</w:t>
      </w:r>
    </w:p>
    <w:p>
      <w:pPr>
        <w:spacing w:after="0" w:line="120" w:lineRule="exact"/>
        <w:ind w:left="0" w:firstLine="0"/>
      </w:pPr>
    </w:p>
    <w:p>
      <w:pPr>
        <w:spacing w:after="0" w:line="264" w:lineRule="exact"/>
        <w:ind w:left="0" w:firstLine="0"/>
      </w:pPr>
      <w:r>
        <w:rPr>
          <w:rFonts w:ascii="EB Garamond" w:hAnsi="EB Garamond" w:eastAsia="EB Garamond"/>
          <w:b w:val="0"/>
          <w:i w:val="0"/>
          <w:sz w:val="22"/>
        </w:rPr>
        <w:t>“Hey.”</w:t>
      </w:r>
    </w:p>
    <w:p>
      <w:pPr>
        <w:spacing w:after="0" w:line="120" w:lineRule="exact"/>
        <w:ind w:left="0" w:firstLine="0"/>
      </w:pPr>
    </w:p>
    <w:p>
      <w:pPr>
        <w:spacing w:after="0" w:line="264" w:lineRule="exact"/>
        <w:ind w:left="0" w:firstLine="0"/>
      </w:pPr>
      <w:r>
        <w:rPr>
          <w:rFonts w:ascii="EB Garamond" w:hAnsi="EB Garamond" w:eastAsia="EB Garamond"/>
          <w:b w:val="0"/>
          <w:i w:val="0"/>
          <w:sz w:val="22"/>
        </w:rPr>
        <w:t>“Hey.”</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kept looking.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immediately became aware of every part of her body.</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hair.</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dress.</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hands.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eyelash her mother had eventually attached after saying several words Grandma would not approve of.</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Elsie asked.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 face did.”</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laughed.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“Apparently that’s contagious.”</w:t>
      </w:r>
    </w:p>
    <w:p>
      <w:pPr>
        <w:spacing w:after="0" w:line="120" w:lineRule="exact"/>
        <w:ind w:left="0" w:firstLine="0"/>
      </w:pPr>
    </w:p>
    <w:p>
      <w:pPr>
        <w:spacing w:after="0" w:line="264" w:lineRule="exact"/>
        <w:ind w:left="0" w:firstLine="0"/>
      </w:pPr>
      <w:r>
        <w:rPr>
          <w:rFonts w:ascii="EB Garamond" w:hAnsi="EB Garamond" w:eastAsia="EB Garamond"/>
          <w:b w:val="0"/>
          <w:i w:val="0"/>
          <w:sz w:val="22"/>
        </w:rPr>
        <w:t>“Unfortunately.”</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he leaned closer.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look really pretty.”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stomach flipped.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Annoying.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look…”</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looked him over.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“Acceptable.”</w:t>
      </w:r>
    </w:p>
    <w:p>
      <w:pPr>
        <w:spacing w:after="0" w:line="120" w:lineRule="exact"/>
        <w:ind w:left="0" w:firstLine="0"/>
      </w:pPr>
    </w:p>
    <w:p>
      <w:pPr>
        <w:spacing w:after="0" w:line="264" w:lineRule="exact"/>
        <w:ind w:left="0" w:firstLine="0"/>
      </w:pPr>
      <w:r>
        <w:rPr>
          <w:rFonts w:ascii="EB Garamond" w:hAnsi="EB Garamond" w:eastAsia="EB Garamond"/>
          <w:b w:val="0"/>
          <w:i w:val="0"/>
          <w:sz w:val="22"/>
        </w:rPr>
        <w:t>“Wow.”</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want you getting arrogant.”</w:t>
      </w:r>
    </w:p>
    <w:p>
      <w:pPr>
        <w:spacing w:after="0" w:line="120" w:lineRule="exact"/>
        <w:ind w:left="0" w:firstLine="0"/>
      </w:pPr>
    </w:p>
    <w:p>
      <w:pPr>
        <w:spacing w:after="0" w:line="264" w:lineRule="exact"/>
        <w:ind w:left="0" w:firstLine="0"/>
      </w:pPr>
      <w:r>
        <w:rPr>
          <w:rFonts w:ascii="EB Garamond" w:hAnsi="EB Garamond" w:eastAsia="EB Garamond"/>
          <w:b w:val="0"/>
          <w:i w:val="0"/>
          <w:sz w:val="22"/>
        </w:rPr>
        <w:t>“Too late.”</w:t>
      </w:r>
    </w:p>
    <w:p>
      <w:pPr>
        <w:spacing w:after="0" w:line="120" w:lineRule="exact"/>
        <w:ind w:left="0" w:firstLine="0"/>
      </w:pPr>
    </w:p>
    <w:p>
      <w:pPr>
        <w:spacing w:after="0" w:line="264" w:lineRule="exact"/>
        <w:ind w:left="0" w:firstLine="0"/>
      </w:pPr>
      <w:r>
        <w:rPr>
          <w:rFonts w:ascii="EB Garamond" w:hAnsi="EB Garamond" w:eastAsia="EB Garamond"/>
          <w:b w:val="0"/>
          <w:i w:val="0"/>
          <w:sz w:val="22"/>
        </w:rPr>
        <w:t>Behind them, someone’s mother yelled: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“GROUP PICTURE.”</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 teenager in the yard groaned.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obeyed.</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apparently adulthood was mostly telling teenagers to stand closer together while holding phones sideways.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 took pictures.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many pictures.</w:t>
      </w:r>
    </w:p>
    <w:p>
      <w:pPr>
        <w:spacing w:after="0" w:line="120" w:lineRule="exact"/>
        <w:ind w:left="0" w:firstLine="0"/>
      </w:pPr>
    </w:p>
    <w:p>
      <w:pPr>
        <w:spacing w:after="0" w:line="264" w:lineRule="exact"/>
        <w:ind w:left="0" w:firstLine="0"/>
      </w:pPr>
      <w:r>
        <w:rPr>
          <w:rFonts w:ascii="EB Garamond" w:hAnsi="EB Garamond" w:eastAsia="EB Garamond"/>
          <w:b w:val="0"/>
          <w:i w:val="0"/>
          <w:sz w:val="22"/>
        </w:rPr>
        <w:t>Girls.</w:t>
      </w:r>
    </w:p>
    <w:p>
      <w:pPr>
        <w:spacing w:after="0" w:line="120" w:lineRule="exact"/>
        <w:ind w:left="0" w:firstLine="0"/>
      </w:pPr>
    </w:p>
    <w:p>
      <w:pPr>
        <w:spacing w:after="0" w:line="264" w:lineRule="exact"/>
        <w:ind w:left="0" w:firstLine="0"/>
      </w:pPr>
      <w:r>
        <w:rPr>
          <w:rFonts w:ascii="EB Garamond" w:hAnsi="EB Garamond" w:eastAsia="EB Garamond"/>
          <w:b w:val="0"/>
          <w:i w:val="0"/>
          <w:sz w:val="22"/>
        </w:rPr>
        <w:t>Guys.</w:t>
      </w:r>
    </w:p>
    <w:p>
      <w:pPr>
        <w:spacing w:after="0" w:line="120" w:lineRule="exact"/>
        <w:ind w:left="0" w:firstLine="0"/>
      </w:pPr>
    </w:p>
    <w:p>
      <w:pPr>
        <w:spacing w:after="0" w:line="264" w:lineRule="exact"/>
        <w:ind w:left="0" w:firstLine="0"/>
      </w:pPr>
      <w:r>
        <w:rPr>
          <w:rFonts w:ascii="EB Garamond" w:hAnsi="EB Garamond" w:eastAsia="EB Garamond"/>
          <w:b w:val="0"/>
          <w:i w:val="0"/>
          <w:sz w:val="22"/>
        </w:rPr>
        <w:t>Couples.</w:t>
      </w:r>
    </w:p>
    <w:p>
      <w:pPr>
        <w:spacing w:after="0" w:line="120" w:lineRule="exact"/>
        <w:ind w:left="0" w:firstLine="0"/>
      </w:pPr>
    </w:p>
    <w:p>
      <w:pPr>
        <w:spacing w:after="0" w:line="264" w:lineRule="exact"/>
        <w:ind w:left="0" w:firstLine="0"/>
      </w:pPr>
      <w:r>
        <w:rPr>
          <w:rFonts w:ascii="EB Garamond" w:hAnsi="EB Garamond" w:eastAsia="EB Garamond"/>
          <w:b w:val="0"/>
          <w:i w:val="0"/>
          <w:sz w:val="22"/>
        </w:rPr>
        <w:t>Friends.</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Smile.</w:t>
      </w:r>
    </w:p>
    <w:p>
      <w:pPr>
        <w:spacing w:after="0" w:line="120" w:lineRule="exact"/>
        <w:ind w:left="0" w:firstLine="0"/>
      </w:pPr>
    </w:p>
    <w:p>
      <w:pPr>
        <w:spacing w:after="0" w:line="264" w:lineRule="exact"/>
        <w:ind w:left="0" w:firstLine="0"/>
      </w:pPr>
      <w:r>
        <w:rPr>
          <w:rFonts w:ascii="EB Garamond" w:hAnsi="EB Garamond" w:eastAsia="EB Garamond"/>
          <w:b w:val="0"/>
          <w:i w:val="0"/>
          <w:sz w:val="22"/>
        </w:rPr>
        <w:t>Turn.</w:t>
      </w:r>
    </w:p>
    <w:p>
      <w:pPr>
        <w:spacing w:after="0" w:line="120" w:lineRule="exact"/>
        <w:ind w:left="0" w:firstLine="0"/>
      </w:pPr>
    </w:p>
    <w:p>
      <w:pPr>
        <w:spacing w:after="0" w:line="264" w:lineRule="exact"/>
        <w:ind w:left="0" w:firstLine="0"/>
      </w:pPr>
      <w:r>
        <w:rPr>
          <w:rFonts w:ascii="EB Garamond" w:hAnsi="EB Garamond" w:eastAsia="EB Garamond"/>
          <w:b w:val="0"/>
          <w:i w:val="0"/>
          <w:sz w:val="22"/>
        </w:rPr>
        <w:t>Again.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One more.</w:t>
      </w:r>
    </w:p>
    <w:p>
      <w:pPr>
        <w:spacing w:after="0" w:line="120" w:lineRule="exact"/>
        <w:ind w:left="0" w:firstLine="0"/>
      </w:pPr>
    </w:p>
    <w:p>
      <w:pPr>
        <w:spacing w:after="0" w:line="264" w:lineRule="exact"/>
        <w:ind w:left="0" w:firstLine="0"/>
      </w:pPr>
      <w:r>
        <w:rPr>
          <w:rFonts w:ascii="EB Garamond" w:hAnsi="EB Garamond" w:eastAsia="EB Garamond"/>
          <w:b w:val="0"/>
          <w:i w:val="0"/>
          <w:sz w:val="22"/>
        </w:rPr>
        <w:t>Look 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 this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Wait, somebody blinked.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 until her cheeks hurt.</w:t>
      </w:r>
    </w:p>
    <w:p>
      <w:pPr>
        <w:spacing w:after="0" w:line="120" w:lineRule="exact"/>
        <w:ind w:left="0" w:firstLine="0"/>
      </w:pPr>
    </w:p>
    <w:p>
      <w:pPr>
        <w:spacing w:after="0" w:line="264" w:lineRule="exact"/>
        <w:ind w:left="0" w:firstLine="0"/>
      </w:pPr>
      <w:r>
        <w:rPr>
          <w:rFonts w:ascii="EB Garamond" w:hAnsi="EB Garamond" w:eastAsia="EB Garamond"/>
          <w:b w:val="0"/>
          <w:i w:val="0"/>
          <w:sz w:val="22"/>
        </w:rPr>
        <w:t>At one point, Mason put his hand around her waist.</w:t>
      </w:r>
    </w:p>
    <w:p>
      <w:pPr>
        <w:spacing w:after="0" w:line="120" w:lineRule="exact"/>
        <w:ind w:left="0" w:firstLine="0"/>
      </w:pPr>
    </w:p>
    <w:p>
      <w:pPr>
        <w:spacing w:after="0" w:line="264" w:lineRule="exact"/>
        <w:ind w:left="0" w:firstLine="0"/>
      </w:pPr>
      <w:r>
        <w:rPr>
          <w:rFonts w:ascii="EB Garamond" w:hAnsi="EB Garamond" w:eastAsia="EB Garamond"/>
          <w:b w:val="0"/>
          <w:i w:val="0"/>
          <w:sz w:val="22"/>
        </w:rPr>
        <w:t>At another, Maddie leaned her head against Elsie’s shoulder.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complained that the light was wrong.</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threatened to walk into traffic.</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 second got documented.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barely thought about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Everybody took pictures of everything.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 just life.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dance was in the gym.</w:t>
      </w:r>
    </w:p>
    <w:p>
      <w:pPr>
        <w:spacing w:after="0" w:line="120" w:lineRule="exact"/>
        <w:ind w:left="0" w:firstLine="0"/>
      </w:pPr>
    </w:p>
    <w:p>
      <w:pPr>
        <w:spacing w:after="0" w:line="264" w:lineRule="exact"/>
        <w:ind w:left="0" w:firstLine="0"/>
      </w:pPr>
      <w:r>
        <w:rPr>
          <w:rFonts w:ascii="EB Garamond" w:hAnsi="EB Garamond" w:eastAsia="EB Garamond"/>
          <w:b w:val="0"/>
          <w:i w:val="0"/>
          <w:sz w:val="22"/>
        </w:rPr>
        <w:t>Which felt insulting considering how much everyone had spent on clothes.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Someone had covered the basketball hoops.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There were lights hanging from the ceiling.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A balloon arch near the entrance.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A photo wall nobody needed because they had already taken approximately nine hundred pictures before arriving.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music was too loud.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found Elsie’s hand and dragged her into the crowd.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“Yes.”</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dance.”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do tonight.”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“I absolutely do not.”</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grabbed her other arm.</w:t>
      </w:r>
    </w:p>
    <w:p>
      <w:pPr>
        <w:spacing w:after="0" w:line="120" w:lineRule="exact"/>
        <w:ind w:left="0" w:firstLine="0"/>
      </w:pPr>
    </w:p>
    <w:p>
      <w:pPr>
        <w:spacing w:after="0" w:line="264" w:lineRule="exact"/>
        <w:ind w:left="0" w:firstLine="0"/>
      </w:pPr>
      <w:r>
        <w:rPr>
          <w:rFonts w:ascii="EB Garamond" w:hAnsi="EB Garamond" w:eastAsia="EB Garamond"/>
          <w:b w:val="0"/>
          <w:i w:val="0"/>
          <w:sz w:val="22"/>
        </w:rPr>
        <w:t>“Stop being boring.”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wearing heels.”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are we.”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doesn’t make it safe.”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appeared.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Barefoot.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“Where are your shoes?”</w:t>
      </w:r>
    </w:p>
    <w:p>
      <w:pPr>
        <w:spacing w:after="0" w:line="120" w:lineRule="exact"/>
        <w:ind w:left="0" w:firstLine="0"/>
      </w:pPr>
    </w:p>
    <w:p>
      <w:pPr>
        <w:spacing w:after="0" w:line="264" w:lineRule="exact"/>
        <w:ind w:left="0" w:firstLine="0"/>
      </w:pPr>
      <w:r>
        <w:rPr>
          <w:rFonts w:ascii="EB Garamond" w:hAnsi="EB Garamond" w:eastAsia="EB Garamond"/>
          <w:b w:val="0"/>
          <w:i w:val="0"/>
          <w:sz w:val="22"/>
        </w:rPr>
        <w:t>“Under a table.”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“You’ve been here eleven minutes.”</w:t>
      </w:r>
    </w:p>
    <w:p>
      <w:pPr>
        <w:spacing w:after="0" w:line="120" w:lineRule="exact"/>
        <w:ind w:left="0" w:firstLine="0"/>
      </w:pPr>
    </w:p>
    <w:p>
      <w:pPr>
        <w:spacing w:after="0" w:line="264" w:lineRule="exact"/>
        <w:ind w:left="0" w:firstLine="0"/>
      </w:pPr>
      <w:r>
        <w:rPr>
          <w:rFonts w:ascii="EB Garamond" w:hAnsi="EB Garamond" w:eastAsia="EB Garamond"/>
          <w:b w:val="0"/>
          <w:i w:val="0"/>
          <w:sz w:val="22"/>
        </w:rPr>
        <w:t>“I lasted longer than expected.”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the music changed.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screamed.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screamed.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screamed.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did not know why they were screaming.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Apparently that did not matter.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the next twenty minutes, Elsie forgot to think.</w:t>
      </w:r>
    </w:p>
    <w:p>
      <w:pPr>
        <w:spacing w:after="0" w:line="120" w:lineRule="exact"/>
        <w:ind w:left="0" w:firstLine="0"/>
      </w:pPr>
    </w:p>
    <w:p>
      <w:pPr>
        <w:spacing w:after="0" w:line="264" w:lineRule="exact"/>
        <w:ind w:left="0" w:firstLine="0"/>
      </w:pPr>
      <w:r>
        <w:rPr>
          <w:rFonts w:ascii="EB Garamond" w:hAnsi="EB Garamond" w:eastAsia="EB Garamond"/>
          <w:b w:val="0"/>
          <w:i w:val="0"/>
          <w:sz w:val="22"/>
        </w:rPr>
        <w:t>Which was rare enough to be medically significant.</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danced badly.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danced worse.</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knew every word to everything.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nearly knocked over a sophomore.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Nobody died.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Eventually Elsie escaped toward the wall.</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found her there.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abandoned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were with the baseball guys.”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“They’re terrible dancers.”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are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haven’t seen me dance.”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protecting our relationship.”</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laughed.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handed her a cup of water.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“Thanks.”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 stood beside each other watching the crowd.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was dancing with Ava.</w:t>
      </w:r>
    </w:p>
    <w:p>
      <w:pPr>
        <w:spacing w:after="0" w:line="120" w:lineRule="exact"/>
        <w:ind w:left="0" w:firstLine="0"/>
      </w:pPr>
    </w:p>
    <w:p>
      <w:pPr>
        <w:spacing w:after="0" w:line="264" w:lineRule="exact"/>
        <w:ind w:left="0" w:firstLine="0"/>
      </w:pPr>
      <w:r>
        <w:rPr>
          <w:rFonts w:ascii="EB Garamond" w:hAnsi="EB Garamond" w:eastAsia="EB Garamond"/>
          <w:b w:val="0"/>
          <w:i w:val="0"/>
          <w:sz w:val="22"/>
        </w:rPr>
        <w:t>Actually dancing.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Laughing.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performing 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proving anything.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Just laughing.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watched for a second.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having fun?”</w:t>
      </w:r>
    </w:p>
    <w:p>
      <w:pPr>
        <w:spacing w:after="0" w:line="120" w:lineRule="exact"/>
        <w:ind w:left="0" w:firstLine="0"/>
      </w:pPr>
    </w:p>
    <w:p>
      <w:pPr>
        <w:spacing w:after="0" w:line="264" w:lineRule="exact"/>
        <w:ind w:left="0" w:firstLine="0"/>
      </w:pPr>
      <w:r>
        <w:rPr>
          <w:rFonts w:ascii="EB Garamond" w:hAnsi="EB Garamond" w:eastAsia="EB Garamond"/>
          <w:b w:val="0"/>
          <w:i w:val="0"/>
          <w:sz w:val="22"/>
        </w:rPr>
        <w:t>“Yeah.”</w:t>
      </w:r>
    </w:p>
    <w:p>
      <w:pPr>
        <w:spacing w:after="0" w:line="120" w:lineRule="exact"/>
        <w:ind w:left="0" w:firstLine="0"/>
      </w:pPr>
    </w:p>
    <w:p>
      <w:pPr>
        <w:spacing w:after="0" w:line="264" w:lineRule="exact"/>
        <w:ind w:left="0" w:firstLine="0"/>
      </w:pPr>
      <w:r>
        <w:rPr>
          <w:rFonts w:ascii="EB Garamond" w:hAnsi="EB Garamond" w:eastAsia="EB Garamond"/>
          <w:b w:val="0"/>
          <w:i w:val="0"/>
          <w:sz w:val="22"/>
        </w:rPr>
        <w:t>“Really?”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thought about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terrible shoes already abandoned under a table beside Nora’s.</w:t>
      </w:r>
    </w:p>
    <w:p>
      <w:pPr>
        <w:spacing w:after="0" w:line="120" w:lineRule="exact"/>
        <w:ind w:left="0" w:firstLine="0"/>
      </w:pPr>
    </w:p>
    <w:p>
      <w:pPr>
        <w:spacing w:after="0" w:line="264" w:lineRule="exact"/>
        <w:ind w:left="0" w:firstLine="0"/>
      </w:pPr>
      <w:r>
        <w:rPr>
          <w:rFonts w:ascii="EB Garamond" w:hAnsi="EB Garamond" w:eastAsia="EB Garamond"/>
          <w:b w:val="0"/>
          <w:i w:val="0"/>
          <w:sz w:val="22"/>
        </w:rPr>
        <w:t>“Yeah.”</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“Really.”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smiled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val="0"/>
          <w:i w:val="0"/>
          <w:sz w:val="22"/>
        </w:rPr>
        <w:t>“I’ve been thinking about what I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stomach tightened.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“In my driveway?”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“Yeah.”</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looked toward the dance floor.</w:t>
      </w:r>
    </w:p>
    <w:p>
      <w:pPr>
        <w:spacing w:after="0" w:line="120" w:lineRule="exact"/>
        <w:ind w:left="0" w:firstLine="0"/>
      </w:pPr>
    </w:p>
    <w:p>
      <w:pPr>
        <w:spacing w:after="0" w:line="264" w:lineRule="exact"/>
        <w:ind w:left="0" w:firstLine="0"/>
      </w:pPr>
      <w:r>
        <w:rPr>
          <w:rFonts w:ascii="EB Garamond" w:hAnsi="EB Garamond" w:eastAsia="EB Garamond"/>
          <w:b w:val="0"/>
          <w:i w:val="0"/>
          <w:sz w:val="22"/>
        </w:rPr>
        <w:t>“About wanting to believe and being scared I’ll look too hard and won’t.”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nodded.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still don’t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“Welcome.”</w:t>
      </w:r>
    </w:p>
    <w:p>
      <w:pPr>
        <w:spacing w:after="0" w:line="120" w:lineRule="exact"/>
        <w:ind w:left="0" w:firstLine="0"/>
      </w:pPr>
    </w:p>
    <w:p>
      <w:pPr>
        <w:spacing w:after="0" w:line="264" w:lineRule="exact"/>
        <w:ind w:left="0" w:firstLine="0"/>
      </w:pPr>
      <w:r>
        <w:rPr>
          <w:rFonts w:ascii="EB Garamond" w:hAnsi="EB Garamond" w:eastAsia="EB Garamond"/>
          <w:b w:val="0"/>
          <w:i w:val="0"/>
          <w:sz w:val="22"/>
        </w:rPr>
        <w:t>“Is there a membership fee?”</w:t>
      </w:r>
    </w:p>
    <w:p>
      <w:pPr>
        <w:spacing w:after="0" w:line="120" w:lineRule="exact"/>
        <w:ind w:left="0" w:firstLine="0"/>
      </w:pPr>
    </w:p>
    <w:p>
      <w:pPr>
        <w:spacing w:after="0" w:line="264" w:lineRule="exact"/>
        <w:ind w:left="0" w:firstLine="0"/>
      </w:pPr>
      <w:r>
        <w:rPr>
          <w:rFonts w:ascii="EB Garamond" w:hAnsi="EB Garamond" w:eastAsia="EB Garamond"/>
          <w:b w:val="0"/>
          <w:i w:val="0"/>
          <w:sz w:val="22"/>
        </w:rPr>
        <w:t>“Emotional instability.”</w:t>
      </w:r>
    </w:p>
    <w:p>
      <w:pPr>
        <w:spacing w:after="0" w:line="120" w:lineRule="exact"/>
        <w:ind w:left="0" w:firstLine="0"/>
      </w:pPr>
    </w:p>
    <w:p>
      <w:pPr>
        <w:spacing w:after="0" w:line="264" w:lineRule="exact"/>
        <w:ind w:left="0" w:firstLine="0"/>
      </w:pPr>
      <w:r>
        <w:rPr>
          <w:rFonts w:ascii="EB Garamond" w:hAnsi="EB Garamond" w:eastAsia="EB Garamond"/>
          <w:b w:val="0"/>
          <w:i w:val="0"/>
          <w:sz w:val="22"/>
        </w:rPr>
        <w:t>“Expensive.”</w:t>
      </w:r>
    </w:p>
    <w:p>
      <w:pPr>
        <w:spacing w:after="0" w:line="120" w:lineRule="exact"/>
        <w:ind w:left="0" w:firstLine="0"/>
      </w:pPr>
    </w:p>
    <w:p>
      <w:pPr>
        <w:spacing w:after="0" w:line="264" w:lineRule="exact"/>
        <w:ind w:left="0" w:firstLine="0"/>
      </w:pPr>
      <w:r>
        <w:rPr>
          <w:rFonts w:ascii="EB Garamond" w:hAnsi="EB Garamond" w:eastAsia="EB Garamond"/>
          <w:b w:val="0"/>
          <w:i w:val="0"/>
          <w:sz w:val="22"/>
        </w:rPr>
        <w:t>“Very.”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his expression changed.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“Sometimes I think everybody else has some feeling I don’t.”</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feeling?”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looked toward the dance floor.</w:t>
      </w:r>
    </w:p>
    <w:p>
      <w:pPr>
        <w:spacing w:after="0" w:line="120" w:lineRule="exact"/>
        <w:ind w:left="0" w:firstLine="0"/>
      </w:pPr>
    </w:p>
    <w:p>
      <w:pPr>
        <w:spacing w:after="0" w:line="264" w:lineRule="exact"/>
        <w:ind w:left="0" w:firstLine="0"/>
      </w:pPr>
      <w:r>
        <w:rPr>
          <w:rFonts w:ascii="EB Garamond" w:hAnsi="EB Garamond" w:eastAsia="EB Garamond"/>
          <w:b w:val="0"/>
          <w:i w:val="0"/>
          <w:sz w:val="22"/>
        </w:rPr>
        <w:t>“God.”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waited.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talk like they can feel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looked slightly embarrassed.</w:t>
      </w:r>
    </w:p>
    <w:p>
      <w:pPr>
        <w:spacing w:after="0" w:line="120" w:lineRule="exact"/>
        <w:ind w:left="0" w:firstLine="0"/>
      </w:pPr>
    </w:p>
    <w:p>
      <w:pPr>
        <w:spacing w:after="0" w:line="264" w:lineRule="exact"/>
        <w:ind w:left="0" w:firstLine="0"/>
      </w:pPr>
      <w:r>
        <w:rPr>
          <w:rFonts w:ascii="EB Garamond" w:hAnsi="EB Garamond" w:eastAsia="EB Garamond"/>
          <w:b w:val="0"/>
          <w:i w:val="0"/>
          <w:sz w:val="22"/>
        </w:rPr>
        <w:t>“Like they just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thought about church.</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Grandma.</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raising their hands during worship.</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saying God told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who sounded certain.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she remembered the youth retreat.</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Everyone crying.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hungry.</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feel that all the time.”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“Really?”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“Really.”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do you feel?”</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considered.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 harder.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“Sometimes 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smiled slightly.</w:t>
      </w:r>
    </w:p>
    <w:p>
      <w:pPr>
        <w:spacing w:after="0" w:line="120" w:lineRule="exact"/>
        <w:ind w:left="0" w:firstLine="0"/>
      </w:pPr>
    </w:p>
    <w:p>
      <w:pPr>
        <w:spacing w:after="0" w:line="264" w:lineRule="exact"/>
        <w:ind w:left="0" w:firstLine="0"/>
      </w:pPr>
      <w:r>
        <w:rPr>
          <w:rFonts w:ascii="EB Garamond" w:hAnsi="EB Garamond" w:eastAsia="EB Garamond"/>
          <w:b w:val="0"/>
          <w:i w:val="0"/>
          <w:sz w:val="22"/>
        </w:rPr>
        <w:t>“Helpful.”</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serious.”</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“Sometimes I feel…”</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looked around.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waited.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“Like something matters more than it used to.”</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maybe.”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thought about Caroline.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boys at lunch.</w:t>
      </w:r>
    </w:p>
    <w:p>
      <w:pPr>
        <w:spacing w:after="0" w:line="120" w:lineRule="exact"/>
        <w:ind w:left="0" w:firstLine="0"/>
      </w:pPr>
    </w:p>
    <w:p>
      <w:pPr>
        <w:spacing w:after="0" w:line="264" w:lineRule="exact"/>
        <w:ind w:left="0" w:firstLine="0"/>
      </w:pPr>
      <w:r>
        <w:rPr>
          <w:rFonts w:ascii="EB Garamond" w:hAnsi="EB Garamond" w:eastAsia="EB Garamond"/>
          <w:b w:val="0"/>
          <w:i w:val="0"/>
          <w:sz w:val="22"/>
        </w:rPr>
        <w:t>Things she used to see and move past.</w:t>
      </w:r>
    </w:p>
    <w:p>
      <w:pPr>
        <w:spacing w:after="0" w:line="120" w:lineRule="exact"/>
        <w:ind w:left="0" w:firstLine="0"/>
      </w:pPr>
    </w:p>
    <w:p>
      <w:pPr>
        <w:spacing w:after="0" w:line="264" w:lineRule="exact"/>
        <w:ind w:left="0" w:firstLine="0"/>
      </w:pPr>
      <w:r>
        <w:rPr>
          <w:rFonts w:ascii="EB Garamond" w:hAnsi="EB Garamond" w:eastAsia="EB Garamond"/>
          <w:b w:val="0"/>
          <w:i w:val="0"/>
          <w:sz w:val="22"/>
        </w:rPr>
        <w:t>“Like I notice something and I can’t un-notice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 that’s God?”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“Excellent.”</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being vulnerable.”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appreciate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shoved his shoulder.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continued.</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sometimes Grandma says something I’ve heard a hundred times, and suddenly I understand it differently.”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nodded.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know if that’s feeling God.”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There it was again.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was starting to like that word.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Which felt dangerous.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leaned his shoulder into hers.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leaned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a minute, neither of them said anything.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Across the gym, Nora was talking to Lucas near the hallway that led toward the bathrooms.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and Ava were taking pictures.</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Everybody was doing something.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Everybody was visible.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didn’t think anything of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At 9:37, Hallway Unfiltered posted.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didn’t see it first.</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did.</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face changed.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noticed.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stomach tightened.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locked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“Don’t.”</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“Just don’t look.”</w:t>
      </w:r>
    </w:p>
    <w:p>
      <w:pPr>
        <w:spacing w:after="0" w:line="120" w:lineRule="exact"/>
        <w:ind w:left="0" w:firstLine="0"/>
      </w:pPr>
    </w:p>
    <w:p>
      <w:pPr>
        <w:spacing w:after="0" w:line="264" w:lineRule="exact"/>
        <w:ind w:left="0" w:firstLine="0"/>
      </w:pPr>
      <w:r>
        <w:rPr>
          <w:rFonts w:ascii="EB Garamond" w:hAnsi="EB Garamond" w:eastAsia="EB Garamond"/>
          <w:b w:val="0"/>
          <w:i w:val="0"/>
          <w:sz w:val="22"/>
        </w:rPr>
        <w:t>Obviously, Elsie looked.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pulled out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Opened Instagram.</w:t>
      </w:r>
    </w:p>
    <w:p>
      <w:pPr>
        <w:spacing w:after="0" w:line="120" w:lineRule="exact"/>
        <w:ind w:left="0" w:firstLine="0"/>
      </w:pPr>
    </w:p>
    <w:p>
      <w:pPr>
        <w:spacing w:after="0" w:line="264" w:lineRule="exact"/>
        <w:ind w:left="0" w:firstLine="0"/>
      </w:pPr>
      <w:r>
        <w:rPr>
          <w:rFonts w:ascii="EB Garamond" w:hAnsi="EB Garamond" w:eastAsia="EB Garamond"/>
          <w:b w:val="0"/>
          <w:i w:val="0"/>
          <w:sz w:val="22"/>
        </w:rPr>
        <w:t>Hallway Unfiltered.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There it was.</w:t>
      </w:r>
    </w:p>
    <w:p>
      <w:pPr>
        <w:spacing w:after="0" w:line="120" w:lineRule="exact"/>
        <w:ind w:left="0" w:firstLine="0"/>
      </w:pPr>
    </w:p>
    <w:p>
      <w:pPr>
        <w:spacing w:after="0" w:line="264" w:lineRule="exact"/>
        <w:ind w:left="0" w:firstLine="0"/>
      </w:pPr>
      <w:r>
        <w:rPr>
          <w:rFonts w:ascii="EB Garamond" w:hAnsi="EB Garamond" w:eastAsia="EB Garamond"/>
          <w:b w:val="0"/>
          <w:i w:val="0"/>
          <w:sz w:val="22"/>
        </w:rPr>
        <w:t>A picture from earlier that night.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Standing near the bathroom hallway talking to Lucas.</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 weird.</w:t>
      </w:r>
    </w:p>
    <w:p>
      <w:pPr>
        <w:spacing w:after="0" w:line="120" w:lineRule="exact"/>
        <w:ind w:left="0" w:firstLine="0"/>
      </w:pPr>
    </w:p>
    <w:p>
      <w:pPr>
        <w:spacing w:after="0" w:line="264" w:lineRule="exact"/>
        <w:ind w:left="0" w:firstLine="0"/>
      </w:pPr>
      <w:r>
        <w:rPr>
          <w:rFonts w:ascii="EB Garamond" w:hAnsi="EB Garamond" w:eastAsia="EB Garamond"/>
          <w:b w:val="0"/>
          <w:i w:val="0"/>
          <w:sz w:val="22"/>
        </w:rPr>
        <w:t>Except whoever took the picture had caught exactly the wrong second.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Nora’s eyes were closed.</w:t>
      </w:r>
    </w:p>
    <w:p>
      <w:pPr>
        <w:spacing w:after="0" w:line="120" w:lineRule="exact"/>
        <w:ind w:left="0" w:firstLine="0"/>
      </w:pPr>
    </w:p>
    <w:p>
      <w:pPr>
        <w:spacing w:after="0" w:line="264" w:lineRule="exact"/>
        <w:ind w:left="0" w:firstLine="0"/>
      </w:pPr>
      <w:r>
        <w:rPr>
          <w:rFonts w:ascii="EB Garamond" w:hAnsi="EB Garamond" w:eastAsia="EB Garamond"/>
          <w:b w:val="0"/>
          <w:i w:val="0"/>
          <w:sz w:val="22"/>
        </w:rPr>
        <w:t>Lucas was leaning toward her because the music was loud.</w:t>
      </w:r>
    </w:p>
    <w:p>
      <w:pPr>
        <w:spacing w:after="0" w:line="120" w:lineRule="exact"/>
        <w:ind w:left="0" w:firstLine="0"/>
      </w:pPr>
    </w:p>
    <w:p>
      <w:pPr>
        <w:spacing w:after="0" w:line="264" w:lineRule="exact"/>
        <w:ind w:left="0" w:firstLine="0"/>
      </w:pPr>
      <w:r>
        <w:rPr>
          <w:rFonts w:ascii="EB Garamond" w:hAnsi="EB Garamond" w:eastAsia="EB Garamond"/>
          <w:b w:val="0"/>
          <w:i w:val="0"/>
          <w:sz w:val="22"/>
        </w:rPr>
        <w:t>From the angle—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stomach dropped.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caption read:</w:t>
      </w:r>
    </w:p>
    <w:p>
      <w:pPr>
        <w:spacing w:after="0" w:line="120" w:lineRule="exact"/>
        <w:ind w:left="0" w:firstLine="0"/>
      </w:pPr>
    </w:p>
    <w:p>
      <w:pPr>
        <w:spacing w:after="0" w:line="264" w:lineRule="exact"/>
        <w:ind w:left="0" w:firstLine="0"/>
      </w:pPr>
      <w:r>
        <w:rPr>
          <w:rFonts w:ascii="EB Garamond" w:hAnsi="EB Garamond" w:eastAsia="EB Garamond"/>
          <w:b w:val="0"/>
          <w:i/>
          <w:sz w:val="22"/>
        </w:rPr>
        <w:t>guess bible study has extracurriculars 👀🙏</w:t>
      </w:r>
    </w:p>
    <w:p>
      <w:pPr>
        <w:spacing w:after="0" w:line="120" w:lineRule="exact"/>
        <w:ind w:left="0" w:firstLine="0"/>
      </w:pPr>
    </w:p>
    <w:p>
      <w:pPr>
        <w:spacing w:after="0" w:line="264" w:lineRule="exact"/>
        <w:ind w:left="0" w:firstLine="0"/>
      </w:pPr>
      <w:r>
        <w:rPr>
          <w:rFonts w:ascii="EB Garamond" w:hAnsi="EB Garamond" w:eastAsia="EB Garamond"/>
          <w:b w:val="0"/>
          <w:i w:val="0"/>
          <w:sz w:val="22"/>
        </w:rPr>
        <w:t>Comments already.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many.</w:t>
      </w:r>
    </w:p>
    <w:p>
      <w:pPr>
        <w:spacing w:after="0" w:line="120" w:lineRule="exact"/>
        <w:ind w:left="0" w:firstLine="0"/>
      </w:pPr>
    </w:p>
    <w:p>
      <w:pPr>
        <w:spacing w:after="0" w:line="264" w:lineRule="exact"/>
        <w:ind w:left="0" w:firstLine="0"/>
      </w:pPr>
      <w:r>
        <w:rPr>
          <w:rFonts w:ascii="EB Garamond" w:hAnsi="EB Garamond" w:eastAsia="EB Garamond"/>
          <w:b w:val="0"/>
          <w:i w:val="0"/>
          <w:sz w:val="22"/>
        </w:rPr>
        <w:t>Enough.</w:t>
      </w:r>
    </w:p>
    <w:p>
      <w:pPr>
        <w:spacing w:after="0" w:line="120" w:lineRule="exact"/>
        <w:ind w:left="0" w:firstLine="0"/>
      </w:pPr>
    </w:p>
    <w:p>
      <w:pPr>
        <w:spacing w:after="0" w:line="264" w:lineRule="exact"/>
        <w:ind w:left="0" w:firstLine="0"/>
      </w:pPr>
      <w:r>
        <w:rPr>
          <w:rFonts w:ascii="EB Garamond" w:hAnsi="EB Garamond" w:eastAsia="EB Garamond"/>
          <w:b w:val="0"/>
          <w:i/>
          <w:sz w:val="22"/>
        </w:rPr>
        <w:t>HELP</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val="0"/>
          <w:i/>
          <w:sz w:val="22"/>
        </w:rPr>
        <w:t>WWJD 😭</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w:t>
      </w:r>
    </w:p>
    <w:p>
      <w:pPr>
        <w:spacing w:after="0" w:line="120" w:lineRule="exact"/>
        <w:ind w:left="0" w:firstLine="0"/>
      </w:pPr>
    </w:p>
    <w:p>
      <w:pPr>
        <w:spacing w:after="0" w:line="264" w:lineRule="exact"/>
        <w:ind w:left="0" w:firstLine="0"/>
      </w:pPr>
      <w:r>
        <w:rPr>
          <w:rFonts w:ascii="EB Garamond" w:hAnsi="EB Garamond" w:eastAsia="EB Garamond"/>
          <w:b w:val="0"/>
          <w:i/>
          <w:sz w:val="22"/>
        </w:rPr>
        <w:t>holy hookup</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face went hot.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came over.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showed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Maddie’s expression fell.</w:t>
      </w:r>
    </w:p>
    <w:p>
      <w:pPr>
        <w:spacing w:after="0" w:line="120" w:lineRule="exact"/>
        <w:ind w:left="0" w:firstLine="0"/>
      </w:pPr>
    </w:p>
    <w:p>
      <w:pPr>
        <w:spacing w:after="0" w:line="264" w:lineRule="exact"/>
        <w:ind w:left="0" w:firstLine="0"/>
      </w:pPr>
      <w:r>
        <w:rPr>
          <w:rFonts w:ascii="EB Garamond" w:hAnsi="EB Garamond" w:eastAsia="EB Garamond"/>
          <w:b w:val="0"/>
          <w:i w:val="0"/>
          <w:sz w:val="22"/>
        </w:rPr>
        <w:t>“Oh.”</w:t>
      </w:r>
    </w:p>
    <w:p>
      <w:pPr>
        <w:spacing w:after="0" w:line="120" w:lineRule="exact"/>
        <w:ind w:left="0" w:firstLine="0"/>
      </w:pPr>
    </w:p>
    <w:p>
      <w:pPr>
        <w:spacing w:after="0" w:line="264" w:lineRule="exact"/>
        <w:ind w:left="0" w:firstLine="0"/>
      </w:pPr>
      <w:r>
        <w:rPr>
          <w:rFonts w:ascii="EB Garamond" w:hAnsi="EB Garamond" w:eastAsia="EB Garamond"/>
          <w:b w:val="0"/>
          <w:i w:val="0"/>
          <w:sz w:val="22"/>
        </w:rPr>
        <w:t>Across the gym, Nora was still laughing.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hadn’t seen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Yet.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around.</w:t>
      </w:r>
    </w:p>
    <w:p>
      <w:pPr>
        <w:spacing w:after="0" w:line="120" w:lineRule="exact"/>
        <w:ind w:left="0" w:firstLine="0"/>
      </w:pPr>
    </w:p>
    <w:p>
      <w:pPr>
        <w:spacing w:after="0" w:line="264" w:lineRule="exact"/>
        <w:ind w:left="0" w:firstLine="0"/>
      </w:pPr>
      <w:r>
        <w:rPr>
          <w:rFonts w:ascii="EB Garamond" w:hAnsi="EB Garamond" w:eastAsia="EB Garamond"/>
          <w:b w:val="0"/>
          <w:i w:val="0"/>
          <w:sz w:val="22"/>
        </w:rPr>
        <w:t>Phones everywhere.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Tyler was on his.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were fifty other people.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proof of anything.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looked back at the picture.</w:t>
      </w:r>
    </w:p>
    <w:p>
      <w:pPr>
        <w:spacing w:after="0" w:line="120" w:lineRule="exact"/>
        <w:ind w:left="0" w:firstLine="0"/>
      </w:pPr>
    </w:p>
    <w:p>
      <w:pPr>
        <w:spacing w:after="0" w:line="264" w:lineRule="exact"/>
        <w:ind w:left="0" w:firstLine="0"/>
      </w:pPr>
      <w:r>
        <w:rPr>
          <w:rFonts w:ascii="EB Garamond" w:hAnsi="EB Garamond" w:eastAsia="EB Garamond"/>
          <w:b w:val="0"/>
          <w:i w:val="0"/>
          <w:sz w:val="22"/>
        </w:rPr>
        <w:t>One second.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 all it took.</w:t>
      </w:r>
    </w:p>
    <w:p>
      <w:pPr>
        <w:spacing w:after="0" w:line="120" w:lineRule="exact"/>
        <w:ind w:left="0" w:firstLine="0"/>
      </w:pPr>
    </w:p>
    <w:p>
      <w:pPr>
        <w:spacing w:after="0" w:line="264" w:lineRule="exact"/>
        <w:ind w:left="0" w:firstLine="0"/>
      </w:pPr>
      <w:r>
        <w:rPr>
          <w:rFonts w:ascii="EB Garamond" w:hAnsi="EB Garamond" w:eastAsia="EB Garamond"/>
          <w:b w:val="0"/>
          <w:i w:val="0"/>
          <w:sz w:val="22"/>
        </w:rPr>
        <w:t>One second from an entire night.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One angle.</w:t>
      </w:r>
    </w:p>
    <w:p>
      <w:pPr>
        <w:spacing w:after="0" w:line="120" w:lineRule="exact"/>
        <w:ind w:left="0" w:firstLine="0"/>
      </w:pPr>
    </w:p>
    <w:p>
      <w:pPr>
        <w:spacing w:after="0" w:line="264" w:lineRule="exact"/>
        <w:ind w:left="0" w:firstLine="0"/>
      </w:pPr>
      <w:r>
        <w:rPr>
          <w:rFonts w:ascii="EB Garamond" w:hAnsi="EB Garamond" w:eastAsia="EB Garamond"/>
          <w:b w:val="0"/>
          <w:i w:val="0"/>
          <w:sz w:val="22"/>
        </w:rPr>
        <w:t>One caption.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 suddenly Nora had become something she wasn’t.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thought about Grandma’s list.</w:t>
      </w:r>
    </w:p>
    <w:p>
      <w:pPr>
        <w:spacing w:after="0" w:line="120" w:lineRule="exact"/>
        <w:ind w:left="0" w:firstLine="0"/>
      </w:pPr>
    </w:p>
    <w:p>
      <w:pPr>
        <w:spacing w:after="0" w:line="264" w:lineRule="exact"/>
        <w:ind w:left="0" w:firstLine="0"/>
      </w:pPr>
      <w:r>
        <w:rPr>
          <w:rFonts w:ascii="EB Garamond" w:hAnsi="EB Garamond" w:eastAsia="EB Garamond"/>
          <w:b w:val="0"/>
          <w:i w:val="0"/>
          <w:sz w:val="22"/>
        </w:rPr>
        <w:t>Two words.</w:t>
      </w:r>
    </w:p>
    <w:p>
      <w:pPr>
        <w:spacing w:after="0" w:line="120" w:lineRule="exact"/>
        <w:ind w:left="0" w:firstLine="0"/>
      </w:pPr>
    </w:p>
    <w:p>
      <w:pPr>
        <w:spacing w:after="0" w:line="264" w:lineRule="exact"/>
        <w:ind w:left="0" w:firstLine="0"/>
      </w:pPr>
      <w:r>
        <w:rPr>
          <w:rFonts w:ascii="EB Garamond" w:hAnsi="EB Garamond" w:eastAsia="EB Garamond"/>
          <w:b/>
          <w:i w:val="0"/>
          <w:sz w:val="22"/>
        </w:rPr>
        <w:t>Thomas — Doubted.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Accurate.</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 nowhere near enough.</w:t>
      </w:r>
    </w:p>
    <w:p>
      <w:pPr>
        <w:spacing w:after="0" w:line="120" w:lineRule="exact"/>
        <w:ind w:left="0" w:firstLine="0"/>
      </w:pPr>
    </w:p>
    <w:p>
      <w:pPr>
        <w:spacing w:after="0" w:line="264" w:lineRule="exact"/>
        <w:ind w:left="0" w:firstLine="0"/>
      </w:pPr>
      <w:r>
        <w:rPr>
          <w:rFonts w:ascii="EB Garamond" w:hAnsi="EB Garamond" w:eastAsia="EB Garamond"/>
          <w:b w:val="0"/>
          <w:i w:val="0"/>
          <w:sz w:val="22"/>
        </w:rPr>
        <w:t>This was worse.</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this sentence wasn’t even true.</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Somebody had made it true-looking.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looked over her shoulder.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sucks.”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 at the post.</w:t>
      </w:r>
    </w:p>
    <w:p>
      <w:pPr>
        <w:spacing w:after="0" w:line="120" w:lineRule="exact"/>
        <w:ind w:left="0" w:firstLine="0"/>
      </w:pPr>
    </w:p>
    <w:p>
      <w:pPr>
        <w:spacing w:after="0" w:line="264" w:lineRule="exact"/>
        <w:ind w:left="0" w:firstLine="0"/>
      </w:pPr>
      <w:r>
        <w:rPr>
          <w:rFonts w:ascii="EB Garamond" w:hAnsi="EB Garamond" w:eastAsia="EB Garamond"/>
          <w:b w:val="0"/>
          <w:i w:val="0"/>
          <w:sz w:val="22"/>
        </w:rPr>
        <w:t>A month ago, she might have laughed.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because it was funny.</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everybody else would.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she would have sent it to 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responded with a skull emoji.</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thought:</w:t>
      </w:r>
    </w:p>
    <w:p>
      <w:pPr>
        <w:spacing w:after="0" w:line="120" w:lineRule="exact"/>
        <w:ind w:left="0" w:firstLine="0"/>
      </w:pPr>
    </w:p>
    <w:p>
      <w:pPr>
        <w:spacing w:after="0" w:line="264" w:lineRule="exact"/>
        <w:ind w:left="0" w:firstLine="0"/>
      </w:pPr>
      <w:r>
        <w:rPr>
          <w:rFonts w:ascii="EB Garamond" w:hAnsi="EB Garamond" w:eastAsia="EB Garamond"/>
          <w:b w:val="0"/>
          <w:i/>
          <w:sz w:val="22"/>
        </w:rPr>
        <w:t>Nora will be fine.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 all Elsie could think was: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Somebody chose that second.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angle.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caption.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Somebody had looked at a whole person and decided one picture was enough.</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hit report.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did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already had.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pulled out his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“Reporting.”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“Thanks.”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she looked across the gym.</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was still dancing.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Still unaware.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felt sick.</w:t>
      </w:r>
    </w:p>
    <w:p>
      <w:pPr>
        <w:spacing w:after="0" w:line="120" w:lineRule="exact"/>
        <w:ind w:left="0" w:firstLine="0"/>
      </w:pPr>
    </w:p>
    <w:p>
      <w:pPr>
        <w:spacing w:after="0" w:line="264" w:lineRule="exact"/>
        <w:ind w:left="0" w:firstLine="0"/>
      </w:pPr>
      <w:r>
        <w:rPr>
          <w:rFonts w:ascii="EB Garamond" w:hAnsi="EB Garamond" w:eastAsia="EB Garamond"/>
          <w:b w:val="0"/>
          <w:i w:val="0"/>
          <w:sz w:val="22"/>
        </w:rPr>
        <w:t>“Do we tell her?” Ava asked.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Nobody answered.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looked at Elsie.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because Elsie knew what to do.</w:t>
      </w:r>
    </w:p>
    <w:p>
      <w:pPr>
        <w:spacing w:after="0" w:line="120" w:lineRule="exact"/>
        <w:ind w:left="0" w:firstLine="0"/>
      </w:pPr>
    </w:p>
    <w:p>
      <w:pPr>
        <w:spacing w:after="0" w:line="264" w:lineRule="exact"/>
        <w:ind w:left="0" w:firstLine="0"/>
      </w:pPr>
      <w:r>
        <w:rPr>
          <w:rFonts w:ascii="EB Garamond" w:hAnsi="EB Garamond" w:eastAsia="EB Garamond"/>
          <w:b w:val="0"/>
          <w:i w:val="0"/>
          <w:sz w:val="22"/>
        </w:rPr>
        <w:t>Just looked.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 different.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thought.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If they waited, Nora might find it herself.</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somebody else might show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she could finish the dance without knowing.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was kinder?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hated choices where kindness had multiple answers.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said quietly:</w:t>
      </w:r>
    </w:p>
    <w:p>
      <w:pPr>
        <w:spacing w:after="0" w:line="120" w:lineRule="exact"/>
        <w:ind w:left="0" w:firstLine="0"/>
      </w:pPr>
    </w:p>
    <w:p>
      <w:pPr>
        <w:spacing w:after="0" w:line="264" w:lineRule="exact"/>
        <w:ind w:left="0" w:firstLine="0"/>
      </w:pPr>
      <w:r>
        <w:rPr>
          <w:rFonts w:ascii="EB Garamond" w:hAnsi="EB Garamond" w:eastAsia="EB Garamond"/>
          <w:b w:val="0"/>
          <w:i w:val="0"/>
          <w:sz w:val="22"/>
        </w:rPr>
        <w:t>“I’d want to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nodded.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“Me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 found her near the edge of the dance floor.</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saw their faces.</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Nobody answered quickly enough.</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expression changed.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happened?”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held out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“There’s a post.”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looked at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a long time.</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face didn’t change.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somehow made it worse.</w:t>
      </w:r>
    </w:p>
    <w:p>
      <w:pPr>
        <w:spacing w:after="0" w:line="120" w:lineRule="exact"/>
        <w:ind w:left="0" w:firstLine="0"/>
      </w:pPr>
    </w:p>
    <w:p>
      <w:pPr>
        <w:spacing w:after="0" w:line="264" w:lineRule="exact"/>
        <w:ind w:left="0" w:firstLine="0"/>
      </w:pPr>
      <w:r>
        <w:rPr>
          <w:rFonts w:ascii="EB Garamond" w:hAnsi="EB Garamond" w:eastAsia="EB Garamond"/>
          <w:b w:val="0"/>
          <w:i w:val="0"/>
          <w:sz w:val="22"/>
        </w:rPr>
        <w:t>Lucas leaned over.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the—”</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reached for the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pulled it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“I can read.”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Lucas looked furious.</w:t>
      </w:r>
    </w:p>
    <w:p>
      <w:pPr>
        <w:spacing w:after="0" w:line="120" w:lineRule="exact"/>
        <w:ind w:left="0" w:firstLine="0"/>
      </w:pPr>
    </w:p>
    <w:p>
      <w:pPr>
        <w:spacing w:after="0" w:line="264" w:lineRule="exact"/>
        <w:ind w:left="0" w:firstLine="0"/>
      </w:pPr>
      <w:r>
        <w:rPr>
          <w:rFonts w:ascii="EB Garamond" w:hAnsi="EB Garamond" w:eastAsia="EB Garamond"/>
          <w:b w:val="0"/>
          <w:i w:val="0"/>
          <w:sz w:val="22"/>
        </w:rPr>
        <w:t>“I wasn’t—”</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watched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laughed once.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“Sure.”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almost counted.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Fine Number—</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stopped herself.</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“You’re doing the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concerned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am concerned.”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“Don’t be.”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almost said 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Didn’t.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looked back at the post.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“They’re going to think…”</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stopped.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stepped closer.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shook her head.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looked at Elsie.</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the first time, her face cracked.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already think I’m fake.”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frowned.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Bible stuff.”</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gestured vaguely.</w:t>
      </w:r>
    </w:p>
    <w:p>
      <w:pPr>
        <w:spacing w:after="0" w:line="120" w:lineRule="exact"/>
        <w:ind w:left="0" w:firstLine="0"/>
      </w:pPr>
    </w:p>
    <w:p>
      <w:pPr>
        <w:spacing w:after="0" w:line="264" w:lineRule="exact"/>
        <w:ind w:left="0" w:firstLine="0"/>
      </w:pPr>
      <w:r>
        <w:rPr>
          <w:rFonts w:ascii="EB Garamond" w:hAnsi="EB Garamond" w:eastAsia="EB Garamond"/>
          <w:b w:val="0"/>
          <w:i w:val="0"/>
          <w:sz w:val="22"/>
        </w:rPr>
        <w:t>“My posts. Bible study. Church.”</w:t>
      </w:r>
    </w:p>
    <w:p>
      <w:pPr>
        <w:spacing w:after="0" w:line="120" w:lineRule="exact"/>
        <w:ind w:left="0" w:firstLine="0"/>
      </w:pPr>
    </w:p>
    <w:p>
      <w:pPr>
        <w:spacing w:after="0" w:line="264" w:lineRule="exact"/>
        <w:ind w:left="0" w:firstLine="0"/>
      </w:pPr>
      <w:r>
        <w:rPr>
          <w:rFonts w:ascii="EB Garamond" w:hAnsi="EB Garamond" w:eastAsia="EB Garamond"/>
          <w:b w:val="0"/>
          <w:i w:val="0"/>
          <w:sz w:val="22"/>
        </w:rPr>
        <w:t>“So?”</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now this.”</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held up the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“They’re going to think I’m one of those people.”</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people?”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ones who act one way and do something else.”</w:t>
      </w:r>
    </w:p>
    <w:p>
      <w:pPr>
        <w:spacing w:after="0" w:line="120" w:lineRule="exact"/>
        <w:ind w:left="0" w:firstLine="0"/>
      </w:pPr>
    </w:p>
    <w:p>
      <w:pPr>
        <w:spacing w:after="0" w:line="264" w:lineRule="exact"/>
        <w:ind w:left="0" w:firstLine="0"/>
      </w:pPr>
      <w:r>
        <w:rPr>
          <w:rFonts w:ascii="EB Garamond" w:hAnsi="EB Garamond" w:eastAsia="EB Garamond"/>
          <w:b w:val="0"/>
          <w:i w:val="0"/>
          <w:sz w:val="22"/>
        </w:rPr>
        <w:t>Lucas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“We were talking.”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“About your brother. About what happened this week.”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Nora’s jaw tightened.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already knew Nora’s brother had been seriously sick.</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did not know what had happened this week.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Nora’s eyes flashed.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“Don’t.”</w:t>
      </w:r>
    </w:p>
    <w:p>
      <w:pPr>
        <w:spacing w:after="0" w:line="120" w:lineRule="exact"/>
        <w:ind w:left="0" w:firstLine="0"/>
      </w:pPr>
    </w:p>
    <w:p>
      <w:pPr>
        <w:spacing w:after="0" w:line="264" w:lineRule="exact"/>
        <w:ind w:left="0" w:firstLine="0"/>
      </w:pPr>
      <w:r>
        <w:rPr>
          <w:rFonts w:ascii="EB Garamond" w:hAnsi="EB Garamond" w:eastAsia="EB Garamond"/>
          <w:b w:val="0"/>
          <w:i w:val="0"/>
          <w:sz w:val="22"/>
        </w:rPr>
        <w:t>Lucas nodded immediately.</w:t>
      </w:r>
    </w:p>
    <w:p>
      <w:pPr>
        <w:spacing w:after="0" w:line="120" w:lineRule="exact"/>
        <w:ind w:left="0" w:firstLine="0"/>
      </w:pPr>
    </w:p>
    <w:p>
      <w:pPr>
        <w:spacing w:after="0" w:line="264" w:lineRule="exact"/>
        <w:ind w:left="0" w:firstLine="0"/>
      </w:pPr>
      <w:r>
        <w:rPr>
          <w:rFonts w:ascii="EB Garamond" w:hAnsi="EB Garamond" w:eastAsia="EB Garamond"/>
          <w:b w:val="0"/>
          <w:i w:val="0"/>
          <w:sz w:val="22"/>
        </w:rPr>
        <w:t>“Sorry.”</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There it was.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Something about Nora’s brother that Nora hadn’t told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hers.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let it stay that 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the picture isn’t true.”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laughed bitterly.</w:t>
      </w:r>
    </w:p>
    <w:p>
      <w:pPr>
        <w:spacing w:after="0" w:line="120" w:lineRule="exact"/>
        <w:ind w:left="0" w:firstLine="0"/>
      </w:pPr>
    </w:p>
    <w:p>
      <w:pPr>
        <w:spacing w:after="0" w:line="264" w:lineRule="exact"/>
        <w:ind w:left="0" w:firstLine="0"/>
      </w:pPr>
      <w:r>
        <w:rPr>
          <w:rFonts w:ascii="EB Garamond" w:hAnsi="EB Garamond" w:eastAsia="EB Garamond"/>
          <w:b w:val="0"/>
          <w:i w:val="0"/>
          <w:sz w:val="22"/>
        </w:rPr>
        <w:t>“Does that matter?”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“Yes,” Elsie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corrected herself.</w:t>
      </w:r>
    </w:p>
    <w:p>
      <w:pPr>
        <w:spacing w:after="0" w:line="120" w:lineRule="exact"/>
        <w:ind w:left="0" w:firstLine="0"/>
      </w:pPr>
    </w:p>
    <w:p>
      <w:pPr>
        <w:spacing w:after="0" w:line="264" w:lineRule="exact"/>
        <w:ind w:left="0" w:firstLine="0"/>
      </w:pPr>
      <w:r>
        <w:rPr>
          <w:rFonts w:ascii="EB Garamond" w:hAnsi="EB Garamond" w:eastAsia="EB Garamond"/>
          <w:b w:val="0"/>
          <w:i w:val="0"/>
          <w:sz w:val="22"/>
        </w:rPr>
        <w:t>“It should.”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“That’s different.”</w:t>
      </w:r>
    </w:p>
    <w:p>
      <w:pPr>
        <w:spacing w:after="0" w:line="120" w:lineRule="exact"/>
        <w:ind w:left="0" w:firstLine="0"/>
      </w:pPr>
    </w:p>
    <w:p>
      <w:pPr>
        <w:spacing w:after="0" w:line="264" w:lineRule="exact"/>
        <w:ind w:left="0" w:firstLine="0"/>
      </w:pPr>
      <w:r>
        <w:rPr>
          <w:rFonts w:ascii="EB Garamond" w:hAnsi="EB Garamond" w:eastAsia="EB Garamond"/>
          <w:b w:val="0"/>
          <w:i w:val="0"/>
          <w:sz w:val="22"/>
        </w:rPr>
        <w:t>Yeah.</w:t>
      </w:r>
    </w:p>
    <w:p>
      <w:pPr>
        <w:spacing w:after="0" w:line="120" w:lineRule="exact"/>
        <w:ind w:left="0" w:firstLine="0"/>
      </w:pPr>
    </w:p>
    <w:p>
      <w:pPr>
        <w:spacing w:after="0" w:line="264" w:lineRule="exact"/>
        <w:ind w:left="0" w:firstLine="0"/>
      </w:pPr>
      <w:r>
        <w:rPr>
          <w:rFonts w:ascii="EB Garamond" w:hAnsi="EB Garamond" w:eastAsia="EB Garamond"/>
          <w:b w:val="0"/>
          <w:i w:val="0"/>
          <w:sz w:val="22"/>
        </w:rPr>
        <w:t>It was.</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handed Elsie’s phone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going to the bathroom.”</w:t>
      </w:r>
    </w:p>
    <w:p>
      <w:pPr>
        <w:spacing w:after="0" w:line="120" w:lineRule="exact"/>
        <w:ind w:left="0" w:firstLine="0"/>
      </w:pPr>
    </w:p>
    <w:p>
      <w:pPr>
        <w:spacing w:after="0" w:line="264" w:lineRule="exact"/>
        <w:ind w:left="0" w:firstLine="0"/>
      </w:pPr>
      <w:r>
        <w:rPr>
          <w:rFonts w:ascii="EB Garamond" w:hAnsi="EB Garamond" w:eastAsia="EB Garamond"/>
          <w:b w:val="0"/>
          <w:i w:val="0"/>
          <w:sz w:val="22"/>
        </w:rPr>
        <w:t>“I’ll come.”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softened slightly.</w:t>
      </w:r>
    </w:p>
    <w:p>
      <w:pPr>
        <w:spacing w:after="0" w:line="120" w:lineRule="exact"/>
        <w:ind w:left="0" w:firstLine="0"/>
      </w:pPr>
    </w:p>
    <w:p>
      <w:pPr>
        <w:spacing w:after="0" w:line="264" w:lineRule="exact"/>
        <w:ind w:left="0" w:firstLine="0"/>
      </w:pPr>
      <w:r>
        <w:rPr>
          <w:rFonts w:ascii="EB Garamond" w:hAnsi="EB Garamond" w:eastAsia="EB Garamond"/>
          <w:b w:val="0"/>
          <w:i w:val="0"/>
          <w:sz w:val="22"/>
        </w:rPr>
        <w:t>“Please.”</w:t>
      </w:r>
    </w:p>
    <w:p>
      <w:pPr>
        <w:spacing w:after="0" w:line="120" w:lineRule="exact"/>
        <w:ind w:left="0" w:firstLine="0"/>
      </w:pPr>
    </w:p>
    <w:p>
      <w:pPr>
        <w:spacing w:after="0" w:line="264" w:lineRule="exact"/>
        <w:ind w:left="0" w:firstLine="0"/>
      </w:pPr>
      <w:r>
        <w:rPr>
          <w:rFonts w:ascii="EB Garamond" w:hAnsi="EB Garamond" w:eastAsia="EB Garamond"/>
          <w:b w:val="0"/>
          <w:i w:val="0"/>
          <w:sz w:val="22"/>
        </w:rPr>
        <w:t>“Okay.”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walked away alone.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hated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 part of her wanted to follow.</w:t>
      </w:r>
    </w:p>
    <w:p>
      <w:pPr>
        <w:spacing w:after="0" w:line="120" w:lineRule="exact"/>
        <w:ind w:left="0" w:firstLine="0"/>
      </w:pPr>
    </w:p>
    <w:p>
      <w:pPr>
        <w:spacing w:after="0" w:line="264" w:lineRule="exact"/>
        <w:ind w:left="0" w:firstLine="0"/>
      </w:pPr>
      <w:r>
        <w:rPr>
          <w:rFonts w:ascii="EB Garamond" w:hAnsi="EB Garamond" w:eastAsia="EB Garamond"/>
          <w:b w:val="0"/>
          <w:i w:val="0"/>
          <w:sz w:val="22"/>
        </w:rPr>
        <w:t>To fix.</w:t>
      </w:r>
    </w:p>
    <w:p>
      <w:pPr>
        <w:spacing w:after="0" w:line="120" w:lineRule="exact"/>
        <w:ind w:left="0" w:firstLine="0"/>
      </w:pPr>
    </w:p>
    <w:p>
      <w:pPr>
        <w:spacing w:after="0" w:line="264" w:lineRule="exact"/>
        <w:ind w:left="0" w:firstLine="0"/>
      </w:pPr>
      <w:r>
        <w:rPr>
          <w:rFonts w:ascii="EB Garamond" w:hAnsi="EB Garamond" w:eastAsia="EB Garamond"/>
          <w:b w:val="0"/>
          <w:i w:val="0"/>
          <w:sz w:val="22"/>
        </w:rPr>
        <w:t>To say the correct 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To make sure Nora understood that they knew the truth.</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Nora had asked for space.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Elsie stayed.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touched her hand.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looked at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nodded.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solution.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Just nodded.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 few minutes later, Lucas left.</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and Maddie went back toward the dance floor but didn’t really dance.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stood beside Mason.</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music kept playing.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felt offensive.</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laughed.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Took pictures.</w:t>
      </w:r>
    </w:p>
    <w:p>
      <w:pPr>
        <w:spacing w:after="0" w:line="120" w:lineRule="exact"/>
        <w:ind w:left="0" w:firstLine="0"/>
      </w:pPr>
    </w:p>
    <w:p>
      <w:pPr>
        <w:spacing w:after="0" w:line="264" w:lineRule="exact"/>
        <w:ind w:left="0" w:firstLine="0"/>
      </w:pPr>
      <w:r>
        <w:rPr>
          <w:rFonts w:ascii="EB Garamond" w:hAnsi="EB Garamond" w:eastAsia="EB Garamond"/>
          <w:b w:val="0"/>
          <w:i w:val="0"/>
          <w:sz w:val="22"/>
        </w:rPr>
        <w:t>Posted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Checked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Deleted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Retook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around the gym differently 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How many pictures had been taken tonight?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Hundreds?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Thousands?</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 one of them a second.</w:t>
      </w:r>
    </w:p>
    <w:p>
      <w:pPr>
        <w:spacing w:after="0" w:line="120" w:lineRule="exact"/>
        <w:ind w:left="0" w:firstLine="0"/>
      </w:pPr>
    </w:p>
    <w:p>
      <w:pPr>
        <w:spacing w:after="0" w:line="264" w:lineRule="exact"/>
        <w:ind w:left="0" w:firstLine="0"/>
      </w:pPr>
      <w:r>
        <w:rPr>
          <w:rFonts w:ascii="EB Garamond" w:hAnsi="EB Garamond" w:eastAsia="EB Garamond"/>
          <w:b w:val="0"/>
          <w:i/>
          <w:sz w:val="22"/>
        </w:rPr>
        <w:t>A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An angle.</w:t>
      </w:r>
    </w:p>
    <w:p>
      <w:pPr>
        <w:spacing w:after="0" w:line="120" w:lineRule="exact"/>
        <w:ind w:left="0" w:firstLine="0"/>
      </w:pPr>
    </w:p>
    <w:p>
      <w:pPr>
        <w:spacing w:after="0" w:line="264" w:lineRule="exact"/>
        <w:ind w:left="0" w:firstLine="0"/>
      </w:pPr>
      <w:r>
        <w:rPr>
          <w:rFonts w:ascii="EB Garamond" w:hAnsi="EB Garamond" w:eastAsia="EB Garamond"/>
          <w:b w:val="0"/>
          <w:i w:val="0"/>
          <w:sz w:val="22"/>
        </w:rPr>
        <w:t>A version.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None of them a person.</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came back ten minutes later.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makeup was still perfect.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noticed that first.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hated herself for noticing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want to leave?” Elsie asked.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shook her head.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sure?”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almost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did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Tiny.</w:t>
      </w:r>
    </w:p>
    <w:p>
      <w:pPr>
        <w:spacing w:after="0" w:line="120" w:lineRule="exact"/>
        <w:ind w:left="0" w:firstLine="0"/>
      </w:pPr>
    </w:p>
    <w:p>
      <w:pPr>
        <w:spacing w:after="0" w:line="264" w:lineRule="exact"/>
        <w:ind w:left="0" w:firstLine="0"/>
      </w:pPr>
      <w:r>
        <w:rPr>
          <w:rFonts w:ascii="EB Garamond" w:hAnsi="EB Garamond" w:eastAsia="EB Garamond"/>
          <w:b w:val="0"/>
          <w:i w:val="0"/>
          <w:sz w:val="22"/>
        </w:rPr>
        <w:t>“Okay.”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looked toward Ava and 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“Can we just…”</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gestured toward the dance floor.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understood.</w:t>
      </w:r>
    </w:p>
    <w:p>
      <w:pPr>
        <w:spacing w:after="0" w:line="120" w:lineRule="exact"/>
        <w:ind w:left="0" w:firstLine="0"/>
      </w:pPr>
    </w:p>
    <w:p>
      <w:pPr>
        <w:spacing w:after="0" w:line="264" w:lineRule="exact"/>
        <w:ind w:left="0" w:firstLine="0"/>
      </w:pPr>
      <w:r>
        <w:rPr>
          <w:rFonts w:ascii="EB Garamond" w:hAnsi="EB Garamond" w:eastAsia="EB Garamond"/>
          <w:b w:val="0"/>
          <w:i w:val="0"/>
          <w:sz w:val="22"/>
        </w:rPr>
        <w:t>“Yeah.”</w:t>
      </w:r>
    </w:p>
    <w:p>
      <w:pPr>
        <w:spacing w:after="0" w:line="120" w:lineRule="exact"/>
        <w:ind w:left="0" w:firstLine="0"/>
      </w:pPr>
    </w:p>
    <w:p>
      <w:pPr>
        <w:spacing w:after="0" w:line="264" w:lineRule="exact"/>
        <w:ind w:left="0" w:firstLine="0"/>
      </w:pPr>
      <w:r>
        <w:rPr>
          <w:rFonts w:ascii="EB Garamond" w:hAnsi="EB Garamond" w:eastAsia="EB Garamond"/>
          <w:b w:val="0"/>
          <w:i w:val="0"/>
          <w:sz w:val="22"/>
        </w:rPr>
        <w:t>So they went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because Nora was fine.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because the post didn’t matter.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Nora wanted to dance.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 allowed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the next hour, nobody mentioned Hallway.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screamed lyrics.</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fixed Nora’s hair.</w:t>
      </w:r>
    </w:p>
    <w:p>
      <w:pPr>
        <w:spacing w:after="0" w:line="120" w:lineRule="exact"/>
        <w:ind w:left="0" w:firstLine="0"/>
      </w:pPr>
    </w:p>
    <w:p>
      <w:pPr>
        <w:spacing w:after="0" w:line="264" w:lineRule="exact"/>
        <w:ind w:left="0" w:firstLine="0"/>
      </w:pPr>
      <w:r>
        <w:rPr>
          <w:rFonts w:ascii="EB Garamond" w:hAnsi="EB Garamond" w:eastAsia="EB Garamond"/>
          <w:b w:val="0"/>
          <w:i w:val="0"/>
          <w:sz w:val="22"/>
        </w:rPr>
        <w:t>Lucas stayed away until Nora waved him back over herself.</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stepped on Elsie’s foot twice.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stepped on his once on purpose.</w:t>
      </w:r>
    </w:p>
    <w:p>
      <w:pPr>
        <w:spacing w:after="0" w:line="120" w:lineRule="exact"/>
        <w:ind w:left="0" w:firstLine="0"/>
      </w:pPr>
    </w:p>
    <w:p>
      <w:pPr>
        <w:spacing w:after="0" w:line="264" w:lineRule="exact"/>
        <w:ind w:left="0" w:firstLine="0"/>
      </w:pPr>
      <w:r>
        <w:rPr>
          <w:rFonts w:ascii="EB Garamond" w:hAnsi="EB Garamond" w:eastAsia="EB Garamond"/>
          <w:b w:val="0"/>
          <w:i w:val="0"/>
          <w:sz w:val="22"/>
        </w:rPr>
        <w:t>At 10:48, the lights came on.</w:t>
      </w:r>
    </w:p>
    <w:p>
      <w:pPr>
        <w:spacing w:after="0" w:line="120" w:lineRule="exact"/>
        <w:ind w:left="0" w:firstLine="0"/>
      </w:pPr>
    </w:p>
    <w:p>
      <w:pPr>
        <w:spacing w:after="0" w:line="264" w:lineRule="exact"/>
        <w:ind w:left="0" w:firstLine="0"/>
      </w:pPr>
      <w:r>
        <w:rPr>
          <w:rFonts w:ascii="EB Garamond" w:hAnsi="EB Garamond" w:eastAsia="EB Garamond"/>
          <w:b w:val="0"/>
          <w:i w:val="0"/>
          <w:sz w:val="22"/>
        </w:rPr>
        <w:t>Everyone booed.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Apparently this was tradition.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Outside, parents waited in a line of cars.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found Elsie near the curb.</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still coming?”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“My house.”</w:t>
      </w:r>
    </w:p>
    <w:p>
      <w:pPr>
        <w:spacing w:after="0" w:line="120" w:lineRule="exact"/>
        <w:ind w:left="0" w:firstLine="0"/>
      </w:pPr>
    </w:p>
    <w:p>
      <w:pPr>
        <w:spacing w:after="0" w:line="264" w:lineRule="exact"/>
        <w:ind w:left="0" w:firstLine="0"/>
      </w:pPr>
      <w:r>
        <w:rPr>
          <w:rFonts w:ascii="EB Garamond" w:hAnsi="EB Garamond" w:eastAsia="EB Garamond"/>
          <w:b w:val="0"/>
          <w:i w:val="0"/>
          <w:sz w:val="22"/>
        </w:rPr>
        <w:t>“Oh.”</w:t>
      </w:r>
    </w:p>
    <w:p>
      <w:pPr>
        <w:spacing w:after="0" w:line="120" w:lineRule="exact"/>
        <w:ind w:left="0" w:firstLine="0"/>
      </w:pPr>
    </w:p>
    <w:p>
      <w:pPr>
        <w:spacing w:after="0" w:line="264" w:lineRule="exact"/>
        <w:ind w:left="0" w:firstLine="0"/>
      </w:pPr>
      <w:r>
        <w:rPr>
          <w:rFonts w:ascii="EB Garamond" w:hAnsi="EB Garamond" w:eastAsia="EB Garamond"/>
          <w:b w:val="0"/>
          <w:i w:val="0"/>
          <w:sz w:val="22"/>
        </w:rPr>
        <w:t>“Unless you don’t want to.”</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I do.”</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walked up behind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 mom said I can stay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sighed.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sound thrilled.”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was hoping for peace.”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invited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“My mother invited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she likes me better.”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“Go home.”</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looked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Friday at Maddie’s had become Saturday after homecoming.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Close enough.</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next week had arrived.</w:t>
      </w:r>
    </w:p>
    <w:p>
      <w:pPr>
        <w:spacing w:after="0" w:line="120" w:lineRule="exact"/>
        <w:ind w:left="0" w:firstLine="0"/>
      </w:pPr>
    </w:p>
    <w:p>
      <w:pPr>
        <w:spacing w:after="0" w:line="264" w:lineRule="exact"/>
        <w:ind w:left="0" w:firstLine="0"/>
      </w:pPr>
      <w:r>
        <w:rPr>
          <w:rFonts w:ascii="EB Garamond" w:hAnsi="EB Garamond" w:eastAsia="EB Garamond"/>
          <w:b w:val="0"/>
          <w:i w:val="0"/>
          <w:sz w:val="22"/>
        </w:rPr>
        <w:t>Just not exactly how anybody pictured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walked over.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leaving?”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“Yeah.”</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kissed her cheek.</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gagged.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Mason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“You’re extremely committed to that.”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have principles.”</w:t>
      </w:r>
    </w:p>
    <w:p>
      <w:pPr>
        <w:spacing w:after="0" w:line="120" w:lineRule="exact"/>
        <w:ind w:left="0" w:firstLine="0"/>
      </w:pPr>
    </w:p>
    <w:p>
      <w:pPr>
        <w:spacing w:after="0" w:line="264" w:lineRule="exact"/>
        <w:ind w:left="0" w:firstLine="0"/>
      </w:pPr>
      <w:r>
        <w:rPr>
          <w:rFonts w:ascii="EB Garamond" w:hAnsi="EB Garamond" w:eastAsia="EB Garamond"/>
          <w:b w:val="0"/>
          <w:i w:val="0"/>
          <w:sz w:val="22"/>
        </w:rPr>
        <w:t>“Good night, 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“Unfortunately.”</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looked at Elsie.</w:t>
      </w:r>
    </w:p>
    <w:p>
      <w:pPr>
        <w:spacing w:after="0" w:line="120" w:lineRule="exact"/>
        <w:ind w:left="0" w:firstLine="0"/>
      </w:pPr>
    </w:p>
    <w:p>
      <w:pPr>
        <w:spacing w:after="0" w:line="264" w:lineRule="exact"/>
        <w:ind w:left="0" w:firstLine="0"/>
      </w:pPr>
      <w:r>
        <w:rPr>
          <w:rFonts w:ascii="EB Garamond" w:hAnsi="EB Garamond" w:eastAsia="EB Garamond"/>
          <w:b w:val="0"/>
          <w:i w:val="0"/>
          <w:sz w:val="22"/>
        </w:rPr>
        <w:t>“Text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will.”</w:t>
      </w:r>
    </w:p>
    <w:p>
      <w:pPr>
        <w:spacing w:after="0" w:line="120" w:lineRule="exact"/>
        <w:ind w:left="0" w:firstLine="0"/>
      </w:pPr>
    </w:p>
    <w:p>
      <w:pPr>
        <w:spacing w:after="0" w:line="264" w:lineRule="exact"/>
        <w:ind w:left="0" w:firstLine="0"/>
      </w:pPr>
      <w:r>
        <w:rPr>
          <w:rFonts w:ascii="EB Garamond" w:hAnsi="EB Garamond" w:eastAsia="EB Garamond"/>
          <w:b w:val="0"/>
          <w:i w:val="0"/>
          <w:sz w:val="22"/>
        </w:rPr>
        <w:t>He walked toward his truck.</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watched him go.</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looked at Elsie.</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like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“I’m dating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wasn’t my observation.”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made a sound.</w:t>
      </w:r>
    </w:p>
    <w:p>
      <w:pPr>
        <w:spacing w:after="0" w:line="120" w:lineRule="exact"/>
        <w:ind w:left="0" w:firstLine="0"/>
      </w:pPr>
    </w:p>
    <w:p>
      <w:pPr>
        <w:spacing w:after="0" w:line="264" w:lineRule="exact"/>
        <w:ind w:left="0" w:firstLine="0"/>
      </w:pPr>
      <w:r>
        <w:rPr>
          <w:rFonts w:ascii="EB Garamond" w:hAnsi="EB Garamond" w:eastAsia="EB Garamond"/>
          <w:b w:val="0"/>
          <w:i w:val="0"/>
          <w:sz w:val="22"/>
        </w:rPr>
        <w:t>“Oh, she likes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hate both of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Something about the smile caught Elsie.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because it was huge.</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it was familiar.</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a second, they were thirteen again.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Before everything.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Except not.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 knew more 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About each other.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 less.</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Somehow both.</w:t>
      </w:r>
    </w:p>
    <w:p>
      <w:pPr>
        <w:spacing w:after="0" w:line="120" w:lineRule="exact"/>
        <w:ind w:left="0" w:firstLine="0"/>
      </w:pPr>
    </w:p>
    <w:p>
      <w:pPr>
        <w:spacing w:after="0" w:line="264" w:lineRule="exact"/>
        <w:ind w:left="0" w:firstLine="0"/>
      </w:pPr>
      <w:r>
        <w:rPr>
          <w:rFonts w:ascii="EB Garamond" w:hAnsi="EB Garamond" w:eastAsia="EB Garamond"/>
          <w:b w:val="0"/>
          <w:i w:val="0"/>
          <w:sz w:val="22"/>
        </w:rPr>
        <w:t>At Maddie’s house, her aunt was there.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had ordered pizza.</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Maddie’s mom came downstairs for twenty minutes.</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asked about the dance.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Complimented their dresses.</w:t>
      </w:r>
    </w:p>
    <w:p>
      <w:pPr>
        <w:spacing w:after="0" w:line="120" w:lineRule="exact"/>
        <w:ind w:left="0" w:firstLine="0"/>
      </w:pPr>
    </w:p>
    <w:p>
      <w:pPr>
        <w:spacing w:after="0" w:line="264" w:lineRule="exact"/>
        <w:ind w:left="0" w:firstLine="0"/>
      </w:pPr>
      <w:r>
        <w:rPr>
          <w:rFonts w:ascii="EB Garamond" w:hAnsi="EB Garamond" w:eastAsia="EB Garamond"/>
          <w:b w:val="0"/>
          <w:i w:val="0"/>
          <w:sz w:val="22"/>
        </w:rPr>
        <w:t>Ate half a slice.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said she was tired.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Nobody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She’s better.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Nobody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She’s fine.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just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“Night, Mom.”</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mother kissed the top of her head.</w:t>
      </w:r>
    </w:p>
    <w:p>
      <w:pPr>
        <w:spacing w:after="0" w:line="120" w:lineRule="exact"/>
        <w:ind w:left="0" w:firstLine="0"/>
      </w:pPr>
    </w:p>
    <w:p>
      <w:pPr>
        <w:spacing w:after="0" w:line="264" w:lineRule="exact"/>
        <w:ind w:left="0" w:firstLine="0"/>
      </w:pPr>
      <w:r>
        <w:rPr>
          <w:rFonts w:ascii="EB Garamond" w:hAnsi="EB Garamond" w:eastAsia="EB Garamond"/>
          <w:b w:val="0"/>
          <w:i w:val="0"/>
          <w:sz w:val="22"/>
        </w:rPr>
        <w:t>“Night, baby.”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because she shouldn’t see.</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some moments didn’t need an audience.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Upstairs, they changed into sweatpants.</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removed approximately seventeen bobby pins from her hair.</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threw hers on the floor.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sat cross-legged on the bed.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Somewhere between the pizza and the bobby pins, Elsie explained the Fine Numbers.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was horrified.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had follow-up questions.</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a while, nobody mentioned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Ava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texted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up.</w:t>
      </w:r>
    </w:p>
    <w:p>
      <w:pPr>
        <w:spacing w:after="0" w:line="120" w:lineRule="exact"/>
        <w:ind w:left="0" w:firstLine="0"/>
      </w:pPr>
    </w:p>
    <w:p>
      <w:pPr>
        <w:spacing w:after="0" w:line="264" w:lineRule="exact"/>
        <w:ind w:left="0" w:firstLine="0"/>
      </w:pPr>
      <w:r>
        <w:rPr>
          <w:rFonts w:ascii="EB Garamond" w:hAnsi="EB Garamond" w:eastAsia="EB Garamond"/>
          <w:b w:val="0"/>
          <w:i w:val="0"/>
          <w:sz w:val="22"/>
        </w:rPr>
        <w:t>“What did she say?”</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paused.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she’s home.”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waited.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 all Ava offered.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understood.</w:t>
      </w:r>
    </w:p>
    <w:p>
      <w:pPr>
        <w:spacing w:after="0" w:line="120" w:lineRule="exact"/>
        <w:ind w:left="0" w:firstLine="0"/>
      </w:pPr>
    </w:p>
    <w:p>
      <w:pPr>
        <w:spacing w:after="0" w:line="264" w:lineRule="exact"/>
        <w:ind w:left="0" w:firstLine="0"/>
      </w:pPr>
      <w:r>
        <w:rPr>
          <w:rFonts w:ascii="EB Garamond" w:hAnsi="EB Garamond" w:eastAsia="EB Garamond"/>
          <w:b w:val="0"/>
          <w:i w:val="0"/>
          <w:sz w:val="22"/>
        </w:rPr>
        <w:t>“Okay.”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“You’re not going to ask?”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Maddie’s mouth twitched.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“Who are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“Personal growth.”</w:t>
      </w:r>
    </w:p>
    <w:p>
      <w:pPr>
        <w:spacing w:after="0" w:line="120" w:lineRule="exact"/>
        <w:ind w:left="0" w:firstLine="0"/>
      </w:pPr>
    </w:p>
    <w:p>
      <w:pPr>
        <w:spacing w:after="0" w:line="264" w:lineRule="exact"/>
        <w:ind w:left="0" w:firstLine="0"/>
      </w:pPr>
      <w:r>
        <w:rPr>
          <w:rFonts w:ascii="EB Garamond" w:hAnsi="EB Garamond" w:eastAsia="EB Garamond"/>
          <w:b w:val="0"/>
          <w:i w:val="0"/>
          <w:sz w:val="22"/>
        </w:rPr>
        <w:t>“Gross.”</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“Thank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climbed under the blanket.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post is still up.”</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Maddie’s expression changed.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picked up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had been avoiding checking.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Hallway Unfiltered.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Still there.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More comments.</w:t>
      </w:r>
    </w:p>
    <w:p>
      <w:pPr>
        <w:spacing w:after="0" w:line="120" w:lineRule="exact"/>
        <w:ind w:left="0" w:firstLine="0"/>
      </w:pPr>
    </w:p>
    <w:p>
      <w:pPr>
        <w:spacing w:after="0" w:line="264" w:lineRule="exact"/>
        <w:ind w:left="0" w:firstLine="0"/>
      </w:pPr>
      <w:r>
        <w:rPr>
          <w:rFonts w:ascii="EB Garamond" w:hAnsi="EB Garamond" w:eastAsia="EB Garamond"/>
          <w:b w:val="0"/>
          <w:i w:val="0"/>
          <w:sz w:val="22"/>
        </w:rPr>
        <w:t>More shares.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locked the screen.</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hate that account.”</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looked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“We all follow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Silence.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landed badly.</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she was right.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followed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followed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followed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Half the school followed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 hated it when it hurt somebody they loved.</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they had watched when it didn’t.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unfollowed Hallway Unfiltered.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saw.</w:t>
      </w:r>
    </w:p>
    <w:p>
      <w:pPr>
        <w:spacing w:after="0" w:line="120" w:lineRule="exact"/>
        <w:ind w:left="0" w:firstLine="0"/>
      </w:pPr>
    </w:p>
    <w:p>
      <w:pPr>
        <w:spacing w:after="0" w:line="264" w:lineRule="exact"/>
        <w:ind w:left="0" w:firstLine="0"/>
      </w:pPr>
      <w:r>
        <w:rPr>
          <w:rFonts w:ascii="EB Garamond" w:hAnsi="EB Garamond" w:eastAsia="EB Garamond"/>
          <w:b w:val="0"/>
          <w:i w:val="0"/>
          <w:sz w:val="22"/>
        </w:rPr>
        <w:t>“Oh.”</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shrugged.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picked up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A few seconds later: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“Done.”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looked between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“This feels dramatic.”</w:t>
      </w:r>
    </w:p>
    <w:p>
      <w:pPr>
        <w:spacing w:after="0" w:line="120" w:lineRule="exact"/>
        <w:ind w:left="0" w:firstLine="0"/>
      </w:pPr>
    </w:p>
    <w:p>
      <w:pPr>
        <w:spacing w:after="0" w:line="264" w:lineRule="exact"/>
        <w:ind w:left="0" w:firstLine="0"/>
      </w:pPr>
      <w:r>
        <w:rPr>
          <w:rFonts w:ascii="EB Garamond" w:hAnsi="EB Garamond" w:eastAsia="EB Garamond"/>
          <w:b w:val="0"/>
          <w:i w:val="0"/>
          <w:sz w:val="22"/>
        </w:rPr>
        <w:t>“Extremely,” Elsie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sighed.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grabbed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Tap.</w:t>
      </w:r>
    </w:p>
    <w:p>
      <w:pPr>
        <w:spacing w:after="0" w:line="120" w:lineRule="exact"/>
        <w:ind w:left="0" w:firstLine="0"/>
      </w:pPr>
    </w:p>
    <w:p>
      <w:pPr>
        <w:spacing w:after="0" w:line="264" w:lineRule="exact"/>
        <w:ind w:left="0" w:firstLine="0"/>
      </w:pPr>
      <w:r>
        <w:rPr>
          <w:rFonts w:ascii="EB Garamond" w:hAnsi="EB Garamond" w:eastAsia="EB Garamond"/>
          <w:b w:val="0"/>
          <w:i w:val="0"/>
          <w:sz w:val="22"/>
        </w:rPr>
        <w:t>“Fine.”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pointed at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“Actual fine.”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laughed.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groaned.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hate that I understand that 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“You’re welcome.”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They stayed awake too late.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talking about anything important.</w:t>
      </w:r>
    </w:p>
    <w:p>
      <w:pPr>
        <w:spacing w:after="0" w:line="120" w:lineRule="exact"/>
        <w:ind w:left="0" w:firstLine="0"/>
      </w:pPr>
    </w:p>
    <w:p>
      <w:pPr>
        <w:spacing w:after="0" w:line="264" w:lineRule="exact"/>
        <w:ind w:left="0" w:firstLine="0"/>
      </w:pPr>
      <w:r>
        <w:rPr>
          <w:rFonts w:ascii="EB Garamond" w:hAnsi="EB Garamond" w:eastAsia="EB Garamond"/>
          <w:b w:val="0"/>
          <w:i w:val="0"/>
          <w:sz w:val="22"/>
        </w:rPr>
        <w:t>Which felt important.</w:t>
      </w:r>
    </w:p>
    <w:p>
      <w:pPr>
        <w:spacing w:after="0" w:line="120" w:lineRule="exact"/>
        <w:ind w:left="0" w:firstLine="0"/>
      </w:pPr>
    </w:p>
    <w:p>
      <w:pPr>
        <w:spacing w:after="0" w:line="264" w:lineRule="exact"/>
        <w:ind w:left="0" w:firstLine="0"/>
      </w:pPr>
      <w:r>
        <w:rPr>
          <w:rFonts w:ascii="EB Garamond" w:hAnsi="EB Garamond" w:eastAsia="EB Garamond"/>
          <w:b w:val="0"/>
          <w:i w:val="0"/>
          <w:sz w:val="22"/>
        </w:rPr>
        <w:t>At some point Ava fell asleep.</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was lying on the floor with a pillow under her head.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sat against the bed.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looked over.</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know I’m still mad at you a little.”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“Don’t say it like you enjoy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“I don’t.”</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look like you do.”</w:t>
      </w:r>
    </w:p>
    <w:p>
      <w:pPr>
        <w:spacing w:after="0" w:line="120" w:lineRule="exact"/>
        <w:ind w:left="0" w:firstLine="0"/>
      </w:pPr>
    </w:p>
    <w:p>
      <w:pPr>
        <w:spacing w:after="0" w:line="264" w:lineRule="exact"/>
        <w:ind w:left="0" w:firstLine="0"/>
      </w:pPr>
      <w:r>
        <w:rPr>
          <w:rFonts w:ascii="EB Garamond" w:hAnsi="EB Garamond" w:eastAsia="EB Garamond"/>
          <w:b w:val="0"/>
          <w:i w:val="0"/>
          <w:sz w:val="22"/>
        </w:rPr>
        <w:t>“My face is unreliable.”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stared at the ceiling.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val="0"/>
          <w:i w:val="0"/>
          <w:sz w:val="22"/>
        </w:rPr>
        <w:t>“I trust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immediately pointed at her without looking.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“Do not make this emotional.”</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swallowed.</w:t>
      </w:r>
    </w:p>
    <w:p>
      <w:pPr>
        <w:spacing w:after="0" w:line="120" w:lineRule="exact"/>
        <w:ind w:left="0" w:firstLine="0"/>
      </w:pPr>
    </w:p>
    <w:p>
      <w:pPr>
        <w:spacing w:after="0" w:line="264" w:lineRule="exact"/>
        <w:ind w:left="0" w:firstLine="0"/>
      </w:pPr>
      <w:r>
        <w:rPr>
          <w:rFonts w:ascii="EB Garamond" w:hAnsi="EB Garamond" w:eastAsia="EB Garamond"/>
          <w:b w:val="0"/>
          <w:i w:val="0"/>
          <w:sz w:val="22"/>
        </w:rPr>
        <w:t>“Wouldn’t dream of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“Good.”</w:t>
      </w:r>
    </w:p>
    <w:p>
      <w:pPr>
        <w:spacing w:after="0" w:line="120" w:lineRule="exact"/>
        <w:ind w:left="0" w:firstLine="0"/>
      </w:pPr>
    </w:p>
    <w:p>
      <w:pPr>
        <w:spacing w:after="0" w:line="264" w:lineRule="exact"/>
        <w:ind w:left="0" w:firstLine="0"/>
      </w:pPr>
      <w:r>
        <w:rPr>
          <w:rFonts w:ascii="EB Garamond" w:hAnsi="EB Garamond" w:eastAsia="EB Garamond"/>
          <w:b w:val="0"/>
          <w:i w:val="0"/>
          <w:sz w:val="22"/>
        </w:rPr>
        <w:t>Pause.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Elsie said: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trust you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grabbed the pillow from under her head and threw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It hit Elsie directly in the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“I said no emotional stuff.”</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laughed into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stirred.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“Shut up.”</w:t>
      </w:r>
    </w:p>
    <w:p>
      <w:pPr>
        <w:spacing w:after="0" w:line="120" w:lineRule="exact"/>
        <w:ind w:left="0" w:firstLine="0"/>
      </w:pPr>
    </w:p>
    <w:p>
      <w:pPr>
        <w:spacing w:after="0" w:line="264" w:lineRule="exact"/>
        <w:ind w:left="0" w:firstLine="0"/>
      </w:pPr>
      <w:r>
        <w:rPr>
          <w:rFonts w:ascii="EB Garamond" w:hAnsi="EB Garamond" w:eastAsia="EB Garamond"/>
          <w:b w:val="0"/>
          <w:i w:val="0"/>
          <w:sz w:val="22"/>
        </w:rPr>
        <w:t>Both of them froze.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started laughing harder.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Ava groaned.</w:t>
      </w:r>
    </w:p>
    <w:p>
      <w:pPr>
        <w:spacing w:after="0" w:line="120" w:lineRule="exact"/>
        <w:ind w:left="0" w:firstLine="0"/>
      </w:pPr>
    </w:p>
    <w:p>
      <w:pPr>
        <w:spacing w:after="0" w:line="264" w:lineRule="exact"/>
        <w:ind w:left="0" w:firstLine="0"/>
      </w:pPr>
      <w:r>
        <w:rPr>
          <w:rFonts w:ascii="EB Garamond" w:hAnsi="EB Garamond" w:eastAsia="EB Garamond"/>
          <w:b w:val="0"/>
          <w:i w:val="0"/>
          <w:sz w:val="22"/>
        </w:rPr>
        <w:t>“I hate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whispered: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loves us.”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whispered back:</w:t>
      </w:r>
    </w:p>
    <w:p>
      <w:pPr>
        <w:spacing w:after="0" w:line="120" w:lineRule="exact"/>
        <w:ind w:left="0" w:firstLine="0"/>
      </w:pPr>
    </w:p>
    <w:p>
      <w:pPr>
        <w:spacing w:after="0" w:line="264" w:lineRule="exact"/>
        <w:ind w:left="0" w:firstLine="0"/>
      </w:pPr>
      <w:r>
        <w:rPr>
          <w:rFonts w:ascii="EB Garamond" w:hAnsi="EB Garamond" w:eastAsia="EB Garamond"/>
          <w:b w:val="0"/>
          <w:i w:val="0"/>
          <w:sz w:val="22"/>
        </w:rPr>
        <w:t>“Obviously.”</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next morning, Elsie woke with a crick in her neck and Maddie’s foot approximately six inches from her face.</w:t>
      </w:r>
    </w:p>
    <w:p>
      <w:pPr>
        <w:spacing w:after="0" w:line="120" w:lineRule="exact"/>
        <w:ind w:left="0" w:firstLine="0"/>
      </w:pPr>
    </w:p>
    <w:p>
      <w:pPr>
        <w:spacing w:after="0" w:line="264" w:lineRule="exact"/>
        <w:ind w:left="0" w:firstLine="0"/>
      </w:pPr>
      <w:r>
        <w:rPr>
          <w:rFonts w:ascii="EB Garamond" w:hAnsi="EB Garamond" w:eastAsia="EB Garamond"/>
          <w:b w:val="0"/>
          <w:i w:val="0"/>
          <w:sz w:val="22"/>
        </w:rPr>
        <w:t>Homecoming.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Magical.</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pushed the foot away.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kicked her in her sleep.</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considered retaliation.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Growth apparently had limits.</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phone was beside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checked the time.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despite herself, opened Instagram.</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Nora post was gone.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apology.</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correction.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No explanation.</w:t>
      </w:r>
    </w:p>
    <w:p>
      <w:pPr>
        <w:spacing w:after="0" w:line="120" w:lineRule="exact"/>
        <w:ind w:left="0" w:firstLine="0"/>
      </w:pPr>
    </w:p>
    <w:p>
      <w:pPr>
        <w:spacing w:after="0" w:line="264" w:lineRule="exact"/>
        <w:ind w:left="0" w:firstLine="0"/>
      </w:pPr>
      <w:r>
        <w:rPr>
          <w:rFonts w:ascii="EB Garamond" w:hAnsi="EB Garamond" w:eastAsia="EB Garamond"/>
          <w:b w:val="0"/>
          <w:i w:val="0"/>
          <w:sz w:val="22"/>
        </w:rPr>
        <w:t>Just gone.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should have felt relieved.</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didn’t.</w:t>
      </w:r>
    </w:p>
    <w:p>
      <w:pPr>
        <w:spacing w:after="0" w:line="120" w:lineRule="exact"/>
        <w:ind w:left="0" w:firstLine="0"/>
      </w:pPr>
    </w:p>
    <w:p>
      <w:pPr>
        <w:spacing w:after="0" w:line="264" w:lineRule="exact"/>
        <w:ind w:left="0" w:firstLine="0"/>
      </w:pPr>
      <w:r>
        <w:rPr>
          <w:rFonts w:ascii="EB Garamond" w:hAnsi="EB Garamond" w:eastAsia="EB Garamond"/>
          <w:b w:val="0"/>
          <w:i w:val="0"/>
          <w:sz w:val="22"/>
        </w:rPr>
        <w:t>Screenshots existed.</w:t>
      </w:r>
    </w:p>
    <w:p>
      <w:pPr>
        <w:spacing w:after="0" w:line="120" w:lineRule="exact"/>
        <w:ind w:left="0" w:firstLine="0"/>
      </w:pPr>
    </w:p>
    <w:p>
      <w:pPr>
        <w:spacing w:after="0" w:line="264" w:lineRule="exact"/>
        <w:ind w:left="0" w:firstLine="0"/>
      </w:pPr>
      <w:r>
        <w:rPr>
          <w:rFonts w:ascii="EB Garamond" w:hAnsi="EB Garamond" w:eastAsia="EB Garamond"/>
          <w:b w:val="0"/>
          <w:i w:val="0"/>
          <w:sz w:val="22"/>
        </w:rPr>
        <w:t>People remembered.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Nora had still seen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Deleting something didn’t make it unhappen.</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over at 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Asleep.</w:t>
      </w:r>
    </w:p>
    <w:p>
      <w:pPr>
        <w:spacing w:after="0" w:line="120" w:lineRule="exact"/>
        <w:ind w:left="0" w:firstLine="0"/>
      </w:pPr>
    </w:p>
    <w:p>
      <w:pPr>
        <w:spacing w:after="0" w:line="264" w:lineRule="exact"/>
        <w:ind w:left="0" w:firstLine="0"/>
      </w:pPr>
      <w:r>
        <w:rPr>
          <w:rFonts w:ascii="EB Garamond" w:hAnsi="EB Garamond" w:eastAsia="EB Garamond"/>
          <w:b w:val="0"/>
          <w:i w:val="0"/>
          <w:sz w:val="22"/>
        </w:rPr>
        <w:t>Hair everywhere.</w:t>
      </w:r>
    </w:p>
    <w:p>
      <w:pPr>
        <w:spacing w:after="0" w:line="120" w:lineRule="exact"/>
        <w:ind w:left="0" w:firstLine="0"/>
      </w:pPr>
    </w:p>
    <w:p>
      <w:pPr>
        <w:spacing w:after="0" w:line="264" w:lineRule="exact"/>
        <w:ind w:left="0" w:firstLine="0"/>
      </w:pPr>
      <w:r>
        <w:rPr>
          <w:rFonts w:ascii="EB Garamond" w:hAnsi="EB Garamond" w:eastAsia="EB Garamond"/>
          <w:b w:val="0"/>
          <w:i w:val="0"/>
          <w:sz w:val="22"/>
        </w:rPr>
        <w:t>Mouth slightly open.</w:t>
      </w:r>
    </w:p>
    <w:p>
      <w:pPr>
        <w:spacing w:after="0" w:line="120" w:lineRule="exact"/>
        <w:ind w:left="0" w:firstLine="0"/>
      </w:pPr>
    </w:p>
    <w:p>
      <w:pPr>
        <w:spacing w:after="0" w:line="264" w:lineRule="exact"/>
        <w:ind w:left="0" w:firstLine="0"/>
      </w:pPr>
      <w:r>
        <w:rPr>
          <w:rFonts w:ascii="EB Garamond" w:hAnsi="EB Garamond" w:eastAsia="EB Garamond"/>
          <w:b w:val="0"/>
          <w:i w:val="0"/>
          <w:sz w:val="22"/>
        </w:rPr>
        <w:t>Absolutely no dignity.</w:t>
      </w:r>
    </w:p>
    <w:p>
      <w:pPr>
        <w:spacing w:after="0" w:line="120" w:lineRule="exact"/>
        <w:ind w:left="0" w:firstLine="0"/>
      </w:pPr>
    </w:p>
    <w:p>
      <w:pPr>
        <w:spacing w:after="0" w:line="264" w:lineRule="exact"/>
        <w:ind w:left="0" w:firstLine="0"/>
      </w:pPr>
      <w:r>
        <w:rPr>
          <w:rFonts w:ascii="EB Garamond" w:hAnsi="EB Garamond" w:eastAsia="EB Garamond"/>
          <w:b w:val="0"/>
          <w:i w:val="0"/>
          <w:sz w:val="22"/>
        </w:rPr>
        <w:t>If somebody took a picture right now, they could make Maddie look ridiculous.</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sad.</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drunk.</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sick.</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anything else a caption told people to see.</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 none of it would tell them that Maddie stole fries even when she had her own.</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that she made jokes when rooms got too serious.</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that she could stay mad and still say I trust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that her mother had made dinner last week and burned the garlic bread.</w:t>
      </w:r>
    </w:p>
    <w:p>
      <w:pPr>
        <w:spacing w:after="0" w:line="120" w:lineRule="exact"/>
        <w:ind w:left="0" w:firstLine="0"/>
      </w:pPr>
    </w:p>
    <w:p>
      <w:pPr>
        <w:spacing w:after="0" w:line="264" w:lineRule="exact"/>
        <w:ind w:left="0" w:firstLine="0"/>
      </w:pPr>
      <w:r>
        <w:rPr>
          <w:rFonts w:ascii="EB Garamond" w:hAnsi="EB Garamond" w:eastAsia="EB Garamond"/>
          <w:b w:val="0"/>
          <w:i w:val="0"/>
          <w:sz w:val="22"/>
        </w:rPr>
        <w:t>Or that Maddie had trusted Elsie again last night.</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reached for her notebook.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Grandma’s list.</w:t>
      </w:r>
    </w:p>
    <w:p>
      <w:pPr>
        <w:spacing w:after="0" w:line="120" w:lineRule="exact"/>
        <w:ind w:left="0" w:firstLine="0"/>
      </w:pPr>
    </w:p>
    <w:p>
      <w:pPr>
        <w:spacing w:after="0" w:line="264" w:lineRule="exact"/>
        <w:ind w:left="0" w:firstLine="0"/>
      </w:pPr>
      <w:r>
        <w:rPr>
          <w:rFonts w:ascii="EB Garamond" w:hAnsi="EB Garamond" w:eastAsia="EB Garamond"/>
          <w:b w:val="0"/>
          <w:i w:val="0"/>
          <w:sz w:val="22"/>
        </w:rPr>
        <w:t>A blank page.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wrote:</w:t>
      </w:r>
    </w:p>
    <w:p>
      <w:pPr>
        <w:spacing w:after="0" w:line="120" w:lineRule="exact"/>
        <w:ind w:left="0" w:firstLine="0"/>
      </w:pPr>
    </w:p>
    <w:p>
      <w:pPr>
        <w:spacing w:after="0" w:line="264" w:lineRule="exact"/>
        <w:ind w:left="0" w:firstLine="0"/>
      </w:pPr>
      <w:r>
        <w:rPr>
          <w:rFonts w:ascii="EB Garamond" w:hAnsi="EB Garamond" w:eastAsia="EB Garamond"/>
          <w:b/>
          <w:i w:val="0"/>
          <w:sz w:val="22"/>
        </w:rPr>
        <w:t>THINGS I CAN SEE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stopped.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wasn’t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crossed out CAN.</w:t>
      </w:r>
    </w:p>
    <w:p>
      <w:pPr>
        <w:spacing w:after="0" w:line="120" w:lineRule="exact"/>
        <w:ind w:left="0" w:firstLine="0"/>
      </w:pPr>
    </w:p>
    <w:p>
      <w:pPr>
        <w:spacing w:after="0" w:line="264" w:lineRule="exact"/>
        <w:ind w:left="0" w:firstLine="0"/>
      </w:pPr>
      <w:r>
        <w:rPr>
          <w:rFonts w:ascii="EB Garamond" w:hAnsi="EB Garamond" w:eastAsia="EB Garamond"/>
          <w:b/>
          <w:i w:val="0"/>
          <w:sz w:val="22"/>
        </w:rPr>
        <w:t>THINGS I SEE</w:t>
      </w:r>
    </w:p>
    <w:p>
      <w:pPr>
        <w:spacing w:after="0" w:line="120" w:lineRule="exact"/>
        <w:ind w:left="0" w:firstLine="0"/>
      </w:pPr>
    </w:p>
    <w:p>
      <w:pPr>
        <w:spacing w:after="0" w:line="264" w:lineRule="exact"/>
        <w:ind w:left="0" w:firstLine="0"/>
      </w:pPr>
      <w:r>
        <w:rPr>
          <w:rFonts w:ascii="EB Garamond" w:hAnsi="EB Garamond" w:eastAsia="EB Garamond"/>
          <w:b w:val="0"/>
          <w:i/>
          <w:sz w:val="22"/>
        </w:rPr>
        <w:t>A picture.</w:t>
      </w:r>
    </w:p>
    <w:p>
      <w:pPr>
        <w:spacing w:after="0" w:line="120" w:lineRule="exact"/>
        <w:ind w:left="0" w:firstLine="0"/>
      </w:pPr>
    </w:p>
    <w:p>
      <w:pPr>
        <w:spacing w:after="0" w:line="264" w:lineRule="exact"/>
        <w:ind w:left="0" w:firstLine="0"/>
      </w:pPr>
      <w:r>
        <w:rPr>
          <w:rFonts w:ascii="EB Garamond" w:hAnsi="EB Garamond" w:eastAsia="EB Garamond"/>
          <w:b w:val="0"/>
          <w:i/>
          <w:sz w:val="22"/>
        </w:rPr>
        <w:t>A post.</w:t>
      </w:r>
    </w:p>
    <w:p>
      <w:pPr>
        <w:spacing w:after="0" w:line="120" w:lineRule="exact"/>
        <w:ind w:left="0" w:firstLine="0"/>
      </w:pPr>
    </w:p>
    <w:p>
      <w:pPr>
        <w:spacing w:after="0" w:line="264" w:lineRule="exact"/>
        <w:ind w:left="0" w:firstLine="0"/>
      </w:pPr>
      <w:r>
        <w:rPr>
          <w:rFonts w:ascii="EB Garamond" w:hAnsi="EB Garamond" w:eastAsia="EB Garamond"/>
          <w:b w:val="0"/>
          <w:i/>
          <w:sz w:val="22"/>
        </w:rPr>
        <w:t>A face.</w:t>
      </w:r>
    </w:p>
    <w:p>
      <w:pPr>
        <w:spacing w:after="0" w:line="120" w:lineRule="exact"/>
        <w:ind w:left="0" w:firstLine="0"/>
      </w:pPr>
    </w:p>
    <w:p>
      <w:pPr>
        <w:spacing w:after="0" w:line="264" w:lineRule="exact"/>
        <w:ind w:left="0" w:firstLine="0"/>
      </w:pPr>
      <w:r>
        <w:rPr>
          <w:rFonts w:ascii="EB Garamond" w:hAnsi="EB Garamond" w:eastAsia="EB Garamond"/>
          <w:b w:val="0"/>
          <w:i/>
          <w:sz w:val="22"/>
        </w:rPr>
        <w:t>A mistake.</w:t>
      </w:r>
    </w:p>
    <w:p>
      <w:pPr>
        <w:spacing w:after="0" w:line="120" w:lineRule="exact"/>
        <w:ind w:left="0" w:firstLine="0"/>
      </w:pPr>
    </w:p>
    <w:p>
      <w:pPr>
        <w:spacing w:after="0" w:line="264" w:lineRule="exact"/>
        <w:ind w:left="0" w:firstLine="0"/>
      </w:pPr>
      <w:r>
        <w:rPr>
          <w:rFonts w:ascii="EB Garamond" w:hAnsi="EB Garamond" w:eastAsia="EB Garamond"/>
          <w:b w:val="0"/>
          <w:i/>
          <w:sz w:val="22"/>
        </w:rPr>
        <w:t>A good day.</w:t>
      </w:r>
    </w:p>
    <w:p>
      <w:pPr>
        <w:spacing w:after="0" w:line="120" w:lineRule="exact"/>
        <w:ind w:left="0" w:firstLine="0"/>
      </w:pPr>
    </w:p>
    <w:p>
      <w:pPr>
        <w:spacing w:after="0" w:line="264" w:lineRule="exact"/>
        <w:ind w:left="0" w:firstLine="0"/>
      </w:pPr>
      <w:r>
        <w:rPr>
          <w:rFonts w:ascii="EB Garamond" w:hAnsi="EB Garamond" w:eastAsia="EB Garamond"/>
          <w:b w:val="0"/>
          <w:i/>
          <w:sz w:val="22"/>
        </w:rPr>
        <w:t>A bad 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looked at the list.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wrote:</w:t>
      </w:r>
    </w:p>
    <w:p>
      <w:pPr>
        <w:spacing w:after="0" w:line="120" w:lineRule="exact"/>
        <w:ind w:left="0" w:firstLine="0"/>
      </w:pPr>
    </w:p>
    <w:p>
      <w:pPr>
        <w:spacing w:after="0" w:line="264" w:lineRule="exact"/>
        <w:ind w:left="0" w:firstLine="0"/>
      </w:pPr>
      <w:r>
        <w:rPr>
          <w:rFonts w:ascii="EB Garamond" w:hAnsi="EB Garamond" w:eastAsia="EB Garamond"/>
          <w:b/>
          <w:i w:val="0"/>
          <w:sz w:val="22"/>
        </w:rPr>
        <w:t>THINGS I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stopped again.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list was harder.</w:t>
      </w:r>
    </w:p>
    <w:p>
      <w:pPr>
        <w:spacing w:after="0" w:line="120" w:lineRule="exact"/>
        <w:ind w:left="0" w:firstLine="0"/>
      </w:pPr>
    </w:p>
    <w:p>
      <w:pPr>
        <w:spacing w:after="0" w:line="264" w:lineRule="exact"/>
        <w:ind w:left="0" w:firstLine="0"/>
      </w:pPr>
      <w:r>
        <w:rPr>
          <w:rFonts w:ascii="EB Garamond" w:hAnsi="EB Garamond" w:eastAsia="EB Garamond"/>
          <w:b w:val="0"/>
          <w:i w:val="0"/>
          <w:sz w:val="22"/>
        </w:rPr>
        <w:t>Because the more she thought about it, the less certain she became.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knew 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Of course she did.</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she hadn’t known what was happening in Maddie’s house until Maddie told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knew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knew Nora’s brother had been seriously sick.</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last night she learned something had happened this week, and Nora hadn’t told her what.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knew Mason.</w:t>
      </w:r>
    </w:p>
    <w:p>
      <w:pPr>
        <w:spacing w:after="0" w:line="120" w:lineRule="exact"/>
        <w:ind w:left="0" w:firstLine="0"/>
      </w:pPr>
    </w:p>
    <w:p>
      <w:pPr>
        <w:spacing w:after="0" w:line="264" w:lineRule="exact"/>
        <w:ind w:left="0" w:firstLine="0"/>
      </w:pPr>
      <w:r>
        <w:rPr>
          <w:rFonts w:ascii="EB Garamond" w:hAnsi="EB Garamond" w:eastAsia="EB Garamond"/>
          <w:b w:val="0"/>
          <w:i w:val="0"/>
          <w:sz w:val="22"/>
        </w:rPr>
        <w:t>Except there were questions about God he had apparently carried for years before saying them out loud.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knowing somebody wasn’t the same thing as knowing everything about them.</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the page.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underneath both lists, she wrote:</w:t>
      </w:r>
    </w:p>
    <w:p>
      <w:pPr>
        <w:spacing w:after="0" w:line="120" w:lineRule="exact"/>
        <w:ind w:left="0" w:firstLine="0"/>
      </w:pPr>
    </w:p>
    <w:p>
      <w:pPr>
        <w:spacing w:after="0" w:line="264" w:lineRule="exact"/>
        <w:ind w:left="0" w:firstLine="0"/>
      </w:pPr>
      <w:r>
        <w:rPr>
          <w:rFonts w:ascii="EB Garamond" w:hAnsi="EB Garamond" w:eastAsia="EB Garamond"/>
          <w:b w:val="0"/>
          <w:i/>
          <w:sz w:val="22"/>
        </w:rPr>
        <w:t>Being seen isn’t the same thing as being known.</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stared at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felt true.</w:t>
      </w:r>
    </w:p>
    <w:p>
      <w:pPr>
        <w:spacing w:after="0" w:line="120" w:lineRule="exact"/>
        <w:ind w:left="0" w:firstLine="0"/>
      </w:pPr>
    </w:p>
    <w:p>
      <w:pPr>
        <w:spacing w:after="0" w:line="264" w:lineRule="exact"/>
        <w:ind w:left="0" w:firstLine="0"/>
      </w:pPr>
      <w:r>
        <w:rPr>
          <w:rFonts w:ascii="EB Garamond" w:hAnsi="EB Garamond" w:eastAsia="EB Garamond"/>
          <w:b w:val="0"/>
          <w:i w:val="0"/>
          <w:sz w:val="22"/>
        </w:rPr>
        <w:t>A picture could see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Hallway could see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Half the school could see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That didn’t mean they knew her.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toward Maddie again.</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knew more than Hallway did.</w:t>
      </w:r>
    </w:p>
    <w:p>
      <w:pPr>
        <w:spacing w:after="0" w:line="120" w:lineRule="exact"/>
        <w:ind w:left="0" w:firstLine="0"/>
      </w:pPr>
    </w:p>
    <w:p>
      <w:pPr>
        <w:spacing w:after="0" w:line="264" w:lineRule="exact"/>
        <w:ind w:left="0" w:firstLine="0"/>
      </w:pPr>
      <w:r>
        <w:rPr>
          <w:rFonts w:ascii="EB Garamond" w:hAnsi="EB Garamond" w:eastAsia="EB Garamond"/>
          <w:b w:val="0"/>
          <w:i w:val="0"/>
          <w:sz w:val="22"/>
        </w:rPr>
        <w:t>More than the girls in the bathroom.</w:t>
      </w:r>
    </w:p>
    <w:p>
      <w:pPr>
        <w:spacing w:after="0" w:line="120" w:lineRule="exact"/>
        <w:ind w:left="0" w:firstLine="0"/>
      </w:pPr>
    </w:p>
    <w:p>
      <w:pPr>
        <w:spacing w:after="0" w:line="264" w:lineRule="exact"/>
        <w:ind w:left="0" w:firstLine="0"/>
      </w:pPr>
      <w:r>
        <w:rPr>
          <w:rFonts w:ascii="EB Garamond" w:hAnsi="EB Garamond" w:eastAsia="EB Garamond"/>
          <w:b w:val="0"/>
          <w:i w:val="0"/>
          <w:sz w:val="22"/>
        </w:rPr>
        <w:t>More than the people who had turned her family into rumors.</w:t>
      </w:r>
    </w:p>
    <w:p>
      <w:pPr>
        <w:spacing w:after="0" w:line="120" w:lineRule="exact"/>
        <w:ind w:left="0" w:firstLine="0"/>
      </w:pPr>
    </w:p>
    <w:p>
      <w:pPr>
        <w:spacing w:after="0" w:line="264" w:lineRule="exact"/>
        <w:ind w:left="0" w:firstLine="0"/>
      </w:pPr>
      <w:r>
        <w:rPr>
          <w:rFonts w:ascii="EB Garamond" w:hAnsi="EB Garamond" w:eastAsia="EB Garamond"/>
          <w:b w:val="0"/>
          <w:i w:val="0"/>
          <w:sz w:val="22"/>
        </w:rPr>
        <w:t>But even Elsie only knew what Maddie let her know.</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There were rooms inside people nobody else automatically got access to.</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that wasn’t secrecy.</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that was just being a person.</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eyes drifted toward the corner of Maddie’s room.</w:t>
      </w:r>
    </w:p>
    <w:p>
      <w:pPr>
        <w:spacing w:after="0" w:line="120" w:lineRule="exact"/>
        <w:ind w:left="0" w:firstLine="0"/>
      </w:pPr>
    </w:p>
    <w:p>
      <w:pPr>
        <w:spacing w:after="0" w:line="264" w:lineRule="exact"/>
        <w:ind w:left="0" w:firstLine="0"/>
      </w:pPr>
      <w:r>
        <w:rPr>
          <w:rFonts w:ascii="EB Garamond" w:hAnsi="EB Garamond" w:eastAsia="EB Garamond"/>
          <w:b w:val="0"/>
          <w:i w:val="0"/>
          <w:sz w:val="22"/>
        </w:rPr>
        <w:t>A cardboard box sat under the desk.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Nothing important.</w:t>
      </w:r>
    </w:p>
    <w:p>
      <w:pPr>
        <w:spacing w:after="0" w:line="120" w:lineRule="exact"/>
        <w:ind w:left="0" w:firstLine="0"/>
      </w:pPr>
    </w:p>
    <w:p>
      <w:pPr>
        <w:spacing w:after="0" w:line="264" w:lineRule="exact"/>
        <w:ind w:left="0" w:firstLine="0"/>
      </w:pPr>
      <w:r>
        <w:rPr>
          <w:rFonts w:ascii="EB Garamond" w:hAnsi="EB Garamond" w:eastAsia="EB Garamond"/>
          <w:b w:val="0"/>
          <w:i w:val="0"/>
          <w:sz w:val="22"/>
        </w:rPr>
        <w:t>Still, it made her think of Grandma’s upstairs closet.</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 KEEP box.</w:t>
      </w:r>
    </w:p>
    <w:p>
      <w:pPr>
        <w:spacing w:after="0" w:line="120" w:lineRule="exact"/>
        <w:ind w:left="0" w:firstLine="0"/>
      </w:pPr>
    </w:p>
    <w:p>
      <w:pPr>
        <w:spacing w:after="0" w:line="264" w:lineRule="exact"/>
        <w:ind w:left="0" w:firstLine="0"/>
      </w:pPr>
      <w:r>
        <w:rPr>
          <w:rFonts w:ascii="EB Garamond" w:hAnsi="EB Garamond" w:eastAsia="EB Garamond"/>
          <w:b w:val="0"/>
          <w:i w:val="0"/>
          <w:sz w:val="22"/>
        </w:rPr>
        <w:t>A boy sitting on the hood of a car.</w:t>
      </w:r>
    </w:p>
    <w:p>
      <w:pPr>
        <w:spacing w:after="0" w:line="120" w:lineRule="exact"/>
        <w:ind w:left="0" w:firstLine="0"/>
      </w:pPr>
    </w:p>
    <w:p>
      <w:pPr>
        <w:spacing w:after="0" w:line="264" w:lineRule="exact"/>
        <w:ind w:left="0" w:firstLine="0"/>
      </w:pPr>
      <w:r>
        <w:rPr>
          <w:rFonts w:ascii="EB Garamond" w:hAnsi="EB Garamond" w:eastAsia="EB Garamond"/>
          <w:b w:val="0"/>
          <w:i w:val="0"/>
          <w:sz w:val="22"/>
        </w:rPr>
        <w:t>Grandma at twenty.</w:t>
      </w:r>
    </w:p>
    <w:p>
      <w:pPr>
        <w:spacing w:after="0" w:line="120" w:lineRule="exact"/>
        <w:ind w:left="0" w:firstLine="0"/>
      </w:pPr>
    </w:p>
    <w:p>
      <w:pPr>
        <w:spacing w:after="0" w:line="264" w:lineRule="exact"/>
        <w:ind w:left="0" w:firstLine="0"/>
      </w:pPr>
      <w:r>
        <w:rPr>
          <w:rFonts w:ascii="EB Garamond" w:hAnsi="EB Garamond" w:eastAsia="EB Garamond"/>
          <w:b w:val="0"/>
          <w:i/>
          <w:sz w:val="22"/>
        </w:rPr>
        <w:t>I DON’T BELIEVE THIS.</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wondered about him.</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maybe the hundredth time.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could call Grandma.</w:t>
      </w:r>
    </w:p>
    <w:p>
      <w:pPr>
        <w:spacing w:after="0" w:line="120" w:lineRule="exact"/>
        <w:ind w:left="0" w:firstLine="0"/>
      </w:pPr>
    </w:p>
    <w:p>
      <w:pPr>
        <w:spacing w:after="0" w:line="264" w:lineRule="exact"/>
        <w:ind w:left="0" w:firstLine="0"/>
      </w:pPr>
      <w:r>
        <w:rPr>
          <w:rFonts w:ascii="EB Garamond" w:hAnsi="EB Garamond" w:eastAsia="EB Garamond"/>
          <w:b w:val="0"/>
          <w:i w:val="0"/>
          <w:sz w:val="22"/>
        </w:rPr>
        <w:t>Ask.</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knew that.</w:t>
      </w:r>
    </w:p>
    <w:p>
      <w:pPr>
        <w:spacing w:after="0" w:line="120" w:lineRule="exact"/>
        <w:ind w:left="0" w:firstLine="0"/>
      </w:pPr>
    </w:p>
    <w:p>
      <w:pPr>
        <w:spacing w:after="0" w:line="264" w:lineRule="exact"/>
        <w:ind w:left="0" w:firstLine="0"/>
      </w:pPr>
      <w:r>
        <w:rPr>
          <w:rFonts w:ascii="EB Garamond" w:hAnsi="EB Garamond" w:eastAsia="EB Garamond"/>
          <w:b w:val="0"/>
          <w:i w:val="0"/>
          <w:sz w:val="22"/>
        </w:rPr>
        <w:t>Instead, she looked back at the notebook.</w:t>
      </w:r>
    </w:p>
    <w:p>
      <w:pPr>
        <w:spacing w:after="0" w:line="120" w:lineRule="exact"/>
        <w:ind w:left="0" w:firstLine="0"/>
      </w:pPr>
    </w:p>
    <w:p>
      <w:pPr>
        <w:spacing w:after="0" w:line="264" w:lineRule="exact"/>
        <w:ind w:left="0" w:firstLine="0"/>
      </w:pPr>
      <w:r>
        <w:rPr>
          <w:rFonts w:ascii="EB Garamond" w:hAnsi="EB Garamond" w:eastAsia="EB Garamond"/>
          <w:b w:val="0"/>
          <w:i/>
          <w:sz w:val="22"/>
        </w:rPr>
        <w:t>Not everything in an old box belongs to you.</w:t>
      </w:r>
    </w:p>
    <w:p>
      <w:pPr>
        <w:spacing w:after="0" w:line="120" w:lineRule="exact"/>
        <w:ind w:left="0" w:firstLine="0"/>
      </w:pPr>
    </w:p>
    <w:p>
      <w:pPr>
        <w:spacing w:after="0" w:line="264" w:lineRule="exact"/>
        <w:ind w:left="0" w:firstLine="0"/>
      </w:pPr>
      <w:r>
        <w:rPr>
          <w:rFonts w:ascii="EB Garamond" w:hAnsi="EB Garamond" w:eastAsia="EB Garamond"/>
          <w:b w:val="0"/>
          <w:i w:val="0"/>
          <w:sz w:val="22"/>
        </w:rPr>
        <w:t>Grandma had said that too.</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closed the notebook.</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yet.</w:t>
      </w:r>
    </w:p>
    <w:p>
      <w:pPr>
        <w:spacing w:after="0" w:line="120" w:lineRule="exact"/>
        <w:ind w:left="0" w:firstLine="0"/>
      </w:pPr>
    </w:p>
    <w:p>
      <w:pPr>
        <w:spacing w:after="0" w:line="264" w:lineRule="exact"/>
        <w:ind w:left="0" w:firstLine="0"/>
      </w:pPr>
      <w:r>
        <w:rPr>
          <w:rFonts w:ascii="EB Garamond" w:hAnsi="EB Garamond" w:eastAsia="EB Garamond"/>
          <w:b w:val="0"/>
          <w:i w:val="0"/>
          <w:sz w:val="22"/>
        </w:rPr>
        <w:t>Behind her, Maddie moved.</w:t>
      </w:r>
    </w:p>
    <w:p>
      <w:pPr>
        <w:spacing w:after="0" w:line="120" w:lineRule="exact"/>
        <w:ind w:left="0" w:firstLine="0"/>
      </w:pPr>
    </w:p>
    <w:p>
      <w:pPr>
        <w:spacing w:after="0" w:line="264" w:lineRule="exact"/>
        <w:ind w:left="0" w:firstLine="0"/>
      </w:pPr>
      <w:r>
        <w:rPr>
          <w:rFonts w:ascii="EB Garamond" w:hAnsi="EB Garamond" w:eastAsia="EB Garamond"/>
          <w:b w:val="0"/>
          <w:i w:val="0"/>
          <w:sz w:val="22"/>
        </w:rPr>
        <w:t>Opened one eye.</w:t>
      </w:r>
    </w:p>
    <w:p>
      <w:pPr>
        <w:spacing w:after="0" w:line="120" w:lineRule="exact"/>
        <w:ind w:left="0" w:firstLine="0"/>
      </w:pPr>
    </w:p>
    <w:p>
      <w:pPr>
        <w:spacing w:after="0" w:line="264" w:lineRule="exact"/>
        <w:ind w:left="0" w:firstLine="0"/>
      </w:pPr>
      <w:r>
        <w:rPr>
          <w:rFonts w:ascii="EB Garamond" w:hAnsi="EB Garamond" w:eastAsia="EB Garamond"/>
          <w:b w:val="0"/>
          <w:i w:val="0"/>
          <w:sz w:val="22"/>
        </w:rPr>
        <w:t>“Are you writing about me?”</w:t>
      </w:r>
    </w:p>
    <w:p>
      <w:pPr>
        <w:spacing w:after="0" w:line="120" w:lineRule="exact"/>
        <w:ind w:left="0" w:firstLine="0"/>
      </w:pPr>
    </w:p>
    <w:p>
      <w:pPr>
        <w:spacing w:after="0" w:line="264" w:lineRule="exact"/>
        <w:ind w:left="0" w:firstLine="0"/>
      </w:pPr>
      <w:r>
        <w:rPr>
          <w:rFonts w:ascii="EB Garamond" w:hAnsi="EB Garamond" w:eastAsia="EB Garamond"/>
          <w:b w:val="0"/>
          <w:i w:val="0"/>
          <w:sz w:val="22"/>
        </w:rPr>
        <w:t>“No.”</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“You’re drooling.”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Maddie’s eyes opened fully.</w:t>
      </w:r>
    </w:p>
    <w:p>
      <w:pPr>
        <w:spacing w:after="0" w:line="120" w:lineRule="exact"/>
        <w:ind w:left="0" w:firstLine="0"/>
      </w:pPr>
    </w:p>
    <w:p>
      <w:pPr>
        <w:spacing w:after="0" w:line="264" w:lineRule="exact"/>
        <w:ind w:left="0" w:firstLine="0"/>
      </w:pPr>
      <w:r>
        <w:rPr>
          <w:rFonts w:ascii="EB Garamond" w:hAnsi="EB Garamond" w:eastAsia="EB Garamond"/>
          <w:b w:val="0"/>
          <w:i w:val="0"/>
          <w:sz w:val="22"/>
        </w:rPr>
        <w:t>“I am not.”</w:t>
      </w:r>
    </w:p>
    <w:p>
      <w:pPr>
        <w:spacing w:after="0" w:line="120" w:lineRule="exact"/>
        <w:ind w:left="0" w:firstLine="0"/>
      </w:pPr>
    </w:p>
    <w:p>
      <w:pPr>
        <w:spacing w:after="0" w:line="264" w:lineRule="exact"/>
        <w:ind w:left="0" w:firstLine="0"/>
      </w:pPr>
      <w:r>
        <w:rPr>
          <w:rFonts w:ascii="EB Garamond" w:hAnsi="EB Garamond" w:eastAsia="EB Garamond"/>
          <w:b w:val="0"/>
          <w:i w:val="0"/>
          <w:sz w:val="22"/>
        </w:rPr>
        <w:t>“You are.”</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wiped her mouth.</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laughed.</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glared.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“Delete yourself.”</w:t>
      </w:r>
    </w:p>
    <w:p>
      <w:pPr>
        <w:spacing w:after="0" w:line="120" w:lineRule="exact"/>
        <w:ind w:left="0" w:firstLine="0"/>
      </w:pPr>
    </w:p>
    <w:p>
      <w:pPr>
        <w:spacing w:after="0" w:line="264" w:lineRule="exact"/>
        <w:ind w:left="0" w:firstLine="0"/>
      </w:pPr>
      <w:r>
        <w:rPr>
          <w:rFonts w:ascii="EB Garamond" w:hAnsi="EB Garamond" w:eastAsia="EB Garamond"/>
          <w:b w:val="0"/>
          <w:i w:val="0"/>
          <w:sz w:val="22"/>
        </w:rPr>
        <w:t>“Good morning.”</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 threw another pillow.</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caught it.</w:t>
      </w:r>
    </w:p>
    <w:p>
      <w:pPr>
        <w:spacing w:after="0" w:line="120" w:lineRule="exact"/>
        <w:ind w:left="0" w:firstLine="0"/>
      </w:pPr>
    </w:p>
    <w:p>
      <w:pPr>
        <w:spacing w:after="0" w:line="264" w:lineRule="exact"/>
        <w:ind w:left="0" w:firstLine="0"/>
      </w:pPr>
      <w:r>
        <w:rPr>
          <w:rFonts w:ascii="EB Garamond" w:hAnsi="EB Garamond" w:eastAsia="EB Garamond"/>
          <w:b w:val="0"/>
          <w:i w:val="0"/>
          <w:sz w:val="22"/>
        </w:rPr>
        <w:t>Her phone buzzed.</w:t>
      </w:r>
    </w:p>
    <w:p>
      <w:pPr>
        <w:spacing w:after="0" w:line="120" w:lineRule="exact"/>
        <w:ind w:left="0" w:firstLine="0"/>
      </w:pPr>
    </w:p>
    <w:p>
      <w:pPr>
        <w:spacing w:after="0" w:line="264" w:lineRule="exact"/>
        <w:ind w:left="0" w:firstLine="0"/>
      </w:pPr>
      <w:r>
        <w:rPr>
          <w:rFonts w:ascii="EB Garamond" w:hAnsi="EB Garamond" w:eastAsia="EB Garamond"/>
          <w:b w:val="0"/>
          <w:i w:val="0"/>
          <w:sz w:val="22"/>
        </w:rPr>
        <w:t>A message from Nora.</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Elsie’s smile disappeared.</w:t>
      </w:r>
    </w:p>
    <w:p>
      <w:pPr>
        <w:spacing w:after="0" w:line="120" w:lineRule="exact"/>
        <w:ind w:left="0" w:firstLine="0"/>
      </w:pPr>
    </w:p>
    <w:p>
      <w:pPr>
        <w:spacing w:after="0" w:line="264" w:lineRule="exact"/>
        <w:ind w:left="0" w:firstLine="0"/>
      </w:pPr>
      <w:r>
        <w:rPr>
          <w:rFonts w:ascii="EB Garamond" w:hAnsi="EB Garamond" w:eastAsia="EB Garamond"/>
          <w:b/>
          <w:i w:val="0"/>
          <w:sz w:val="22"/>
        </w:rPr>
        <w:t>Nora:</w:t>
      </w:r>
      <w:r>
        <w:rPr>
          <w:rFonts w:ascii="EB Garamond" w:hAnsi="EB Garamond" w:eastAsia="EB Garamond"/>
          <w:b w:val="0"/>
          <w:i w:val="0"/>
          <w:sz w:val="22"/>
        </w:rPr>
        <w:t xml:space="preserve"> before you ask I’m okay</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stared.</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 typed:</w:t>
      </w:r>
    </w:p>
    <w:p>
      <w:pPr>
        <w:spacing w:after="0" w:line="120" w:lineRule="exact"/>
        <w:ind w:left="0" w:firstLine="0"/>
      </w:pPr>
    </w:p>
    <w:p>
      <w:pPr>
        <w:spacing w:after="0" w:line="264" w:lineRule="exact"/>
        <w:ind w:left="0" w:firstLine="0"/>
      </w:pPr>
      <w:r>
        <w:rPr>
          <w:rFonts w:ascii="EB Garamond" w:hAnsi="EB Garamond" w:eastAsia="EB Garamond"/>
          <w:b/>
          <w:i w:val="0"/>
          <w:sz w:val="22"/>
        </w:rPr>
        <w:t>Elsie:</w:t>
      </w:r>
      <w:r>
        <w:rPr>
          <w:rFonts w:ascii="EB Garamond" w:hAnsi="EB Garamond" w:eastAsia="EB Garamond"/>
          <w:b w:val="0"/>
          <w:i w:val="0"/>
          <w:sz w:val="22"/>
        </w:rPr>
        <w:t xml:space="preserve"> wasn’t going to ask</w:t>
      </w:r>
    </w:p>
    <w:p>
      <w:pPr>
        <w:spacing w:after="0" w:line="120" w:lineRule="exact"/>
        <w:ind w:left="0" w:firstLine="0"/>
      </w:pPr>
    </w:p>
    <w:p>
      <w:pPr>
        <w:spacing w:after="0" w:line="264" w:lineRule="exact"/>
        <w:ind w:left="0" w:firstLine="0"/>
      </w:pPr>
      <w:r>
        <w:rPr>
          <w:rFonts w:ascii="EB Garamond" w:hAnsi="EB Garamond" w:eastAsia="EB Garamond"/>
          <w:b w:val="0"/>
          <w:i w:val="0"/>
          <w:sz w:val="22"/>
        </w:rPr>
        <w:t>Three dots.</w:t>
      </w:r>
    </w:p>
    <w:p>
      <w:pPr>
        <w:spacing w:after="0" w:line="120" w:lineRule="exact"/>
        <w:ind w:left="0" w:firstLine="0"/>
      </w:pPr>
    </w:p>
    <w:p>
      <w:pPr>
        <w:spacing w:after="0" w:line="264" w:lineRule="exact"/>
        <w:ind w:left="0" w:firstLine="0"/>
      </w:pPr>
      <w:r>
        <w:rPr>
          <w:rFonts w:ascii="EB Garamond" w:hAnsi="EB Garamond" w:eastAsia="EB Garamond"/>
          <w:b/>
          <w:i w:val="0"/>
          <w:sz w:val="22"/>
        </w:rPr>
        <w:t>Nora:</w:t>
      </w:r>
      <w:r>
        <w:rPr>
          <w:rFonts w:ascii="EB Garamond" w:hAnsi="EB Garamond" w:eastAsia="EB Garamond"/>
          <w:b w:val="0"/>
          <w:i w:val="0"/>
          <w:sz w:val="22"/>
        </w:rPr>
        <w:t xml:space="preserve"> liar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smiled.</w:t>
      </w:r>
    </w:p>
    <w:p>
      <w:pPr>
        <w:spacing w:after="0" w:line="120" w:lineRule="exact"/>
        <w:ind w:left="0" w:firstLine="0"/>
      </w:pPr>
    </w:p>
    <w:p>
      <w:pPr>
        <w:spacing w:after="0" w:line="264" w:lineRule="exact"/>
        <w:ind w:left="0" w:firstLine="0"/>
      </w:pPr>
      <w:r>
        <w:rPr>
          <w:rFonts w:ascii="EB Garamond" w:hAnsi="EB Garamond" w:eastAsia="EB Garamond"/>
          <w:b/>
          <w:i w:val="0"/>
          <w:sz w:val="22"/>
        </w:rPr>
        <w:t>Elsie:</w:t>
      </w:r>
      <w:r>
        <w:rPr>
          <w:rFonts w:ascii="EB Garamond" w:hAnsi="EB Garamond" w:eastAsia="EB Garamond"/>
          <w:b w:val="0"/>
          <w:i w:val="0"/>
          <w:sz w:val="22"/>
        </w:rPr>
        <w:t xml:space="preserve"> do you want me to ask</w:t>
      </w:r>
    </w:p>
    <w:p>
      <w:pPr>
        <w:spacing w:after="0" w:line="120" w:lineRule="exact"/>
        <w:ind w:left="0" w:firstLine="0"/>
      </w:pPr>
    </w:p>
    <w:p>
      <w:pPr>
        <w:spacing w:after="0" w:line="264" w:lineRule="exact"/>
        <w:ind w:left="0" w:firstLine="0"/>
      </w:pPr>
      <w:r>
        <w:rPr>
          <w:rFonts w:ascii="EB Garamond" w:hAnsi="EB Garamond" w:eastAsia="EB Garamond"/>
          <w:b w:val="0"/>
          <w:i w:val="0"/>
          <w:sz w:val="22"/>
        </w:rPr>
        <w:t>A longer pause.</w:t>
      </w:r>
    </w:p>
    <w:p>
      <w:pPr>
        <w:spacing w:after="0" w:line="120" w:lineRule="exact"/>
        <w:ind w:left="0" w:firstLine="0"/>
      </w:pPr>
    </w:p>
    <w:p>
      <w:pPr>
        <w:spacing w:after="0" w:line="264" w:lineRule="exact"/>
        <w:ind w:left="0" w:firstLine="0"/>
      </w:pPr>
      <w:r>
        <w:rPr>
          <w:rFonts w:ascii="EB Garamond" w:hAnsi="EB Garamond" w:eastAsia="EB Garamond"/>
          <w:b w:val="0"/>
          <w:i w:val="0"/>
          <w:sz w:val="22"/>
        </w:rPr>
        <w:t>Then:</w:t>
      </w:r>
    </w:p>
    <w:p>
      <w:pPr>
        <w:spacing w:after="0" w:line="120" w:lineRule="exact"/>
        <w:ind w:left="0" w:firstLine="0"/>
      </w:pPr>
    </w:p>
    <w:p>
      <w:pPr>
        <w:spacing w:after="0" w:line="264" w:lineRule="exact"/>
        <w:ind w:left="0" w:firstLine="0"/>
      </w:pPr>
      <w:r>
        <w:rPr>
          <w:rFonts w:ascii="EB Garamond" w:hAnsi="EB Garamond" w:eastAsia="EB Garamond"/>
          <w:b/>
          <w:i w:val="0"/>
          <w:sz w:val="22"/>
        </w:rPr>
        <w:t>Nora:</w:t>
      </w:r>
      <w:r>
        <w:rPr>
          <w:rFonts w:ascii="EB Garamond" w:hAnsi="EB Garamond" w:eastAsia="EB Garamond"/>
          <w:b w:val="0"/>
          <w:i w:val="0"/>
          <w:sz w:val="22"/>
        </w:rPr>
        <w:t xml:space="preserve"> maybe later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looked at the words.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later.</w:t>
      </w:r>
    </w:p>
    <w:p>
      <w:pPr>
        <w:spacing w:after="0" w:line="120" w:lineRule="exact"/>
        <w:ind w:left="0" w:firstLine="0"/>
      </w:pPr>
    </w:p>
    <w:p>
      <w:pPr>
        <w:spacing w:after="0" w:line="264" w:lineRule="exact"/>
        <w:ind w:left="0" w:firstLine="0"/>
      </w:pPr>
      <w:r>
        <w:rPr>
          <w:rFonts w:ascii="EB Garamond" w:hAnsi="EB Garamond" w:eastAsia="EB Garamond"/>
          <w:b w:val="0"/>
          <w:i w:val="0"/>
          <w:sz w:val="22"/>
        </w:rPr>
        <w:t>She thought about Thomas.</w:t>
      </w:r>
    </w:p>
    <w:p>
      <w:pPr>
        <w:spacing w:after="0" w:line="120" w:lineRule="exact"/>
        <w:ind w:left="0" w:firstLine="0"/>
      </w:pPr>
    </w:p>
    <w:p>
      <w:pPr>
        <w:spacing w:after="0" w:line="264" w:lineRule="exact"/>
        <w:ind w:left="0" w:firstLine="0"/>
      </w:pPr>
      <w:r>
        <w:rPr>
          <w:rFonts w:ascii="EB Garamond" w:hAnsi="EB Garamond" w:eastAsia="EB Garamond"/>
          <w:b w:val="0"/>
          <w:i w:val="0"/>
          <w:sz w:val="22"/>
        </w:rPr>
        <w:t>Eight days.</w:t>
      </w:r>
    </w:p>
    <w:p>
      <w:pPr>
        <w:spacing w:after="0" w:line="120" w:lineRule="exact"/>
        <w:ind w:left="0" w:firstLine="0"/>
      </w:pPr>
    </w:p>
    <w:p>
      <w:pPr>
        <w:spacing w:after="0" w:line="264" w:lineRule="exact"/>
        <w:ind w:left="0" w:firstLine="0"/>
      </w:pPr>
      <w:r>
        <w:rPr>
          <w:rFonts w:ascii="EB Garamond" w:hAnsi="EB Garamond" w:eastAsia="EB Garamond"/>
          <w:b w:val="0"/>
          <w:i w:val="0"/>
          <w:sz w:val="22"/>
        </w:rPr>
        <w:t>Maddie.</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next week.</w:t>
      </w:r>
    </w:p>
    <w:p>
      <w:pPr>
        <w:spacing w:after="0" w:line="120" w:lineRule="exact"/>
        <w:ind w:left="0" w:firstLine="0"/>
      </w:pPr>
    </w:p>
    <w:p>
      <w:pPr>
        <w:spacing w:after="0" w:line="264" w:lineRule="exact"/>
        <w:ind w:left="0" w:firstLine="0"/>
      </w:pPr>
      <w:r>
        <w:rPr>
          <w:rFonts w:ascii="EB Garamond" w:hAnsi="EB Garamond" w:eastAsia="EB Garamond"/>
          <w:b w:val="0"/>
          <w:i w:val="0"/>
          <w:sz w:val="22"/>
        </w:rPr>
        <w:t>Grandma.</w:t>
      </w:r>
    </w:p>
    <w:p>
      <w:pPr>
        <w:spacing w:after="0" w:line="120" w:lineRule="exact"/>
        <w:ind w:left="0" w:firstLine="0"/>
      </w:pPr>
    </w:p>
    <w:p>
      <w:pPr>
        <w:spacing w:after="0" w:line="264" w:lineRule="exact"/>
        <w:ind w:left="0" w:firstLine="0"/>
      </w:pPr>
      <w:r>
        <w:rPr>
          <w:rFonts w:ascii="EB Garamond" w:hAnsi="EB Garamond" w:eastAsia="EB Garamond"/>
          <w:b w:val="0"/>
          <w:i w:val="0"/>
          <w:sz w:val="22"/>
        </w:rPr>
        <w:t>Not yet.</w:t>
      </w:r>
    </w:p>
    <w:p>
      <w:pPr>
        <w:spacing w:after="0" w:line="120" w:lineRule="exact"/>
        <w:ind w:left="0" w:firstLine="0"/>
      </w:pPr>
    </w:p>
    <w:p>
      <w:pPr>
        <w:spacing w:after="0" w:line="264" w:lineRule="exact"/>
        <w:ind w:left="0" w:firstLine="0"/>
      </w:pPr>
      <w:r>
        <w:rPr>
          <w:rFonts w:ascii="EB Garamond" w:hAnsi="EB Garamond" w:eastAsia="EB Garamond"/>
          <w:b w:val="0"/>
          <w:i w:val="0"/>
          <w:sz w:val="22"/>
        </w:rPr>
        <w:t>Maybe wasn’t always avoidance.</w:t>
      </w:r>
    </w:p>
    <w:p>
      <w:pPr>
        <w:spacing w:after="0" w:line="120" w:lineRule="exact"/>
        <w:ind w:left="0" w:firstLine="0"/>
      </w:pPr>
    </w:p>
    <w:p>
      <w:pPr>
        <w:spacing w:after="0" w:line="264" w:lineRule="exact"/>
        <w:ind w:left="0" w:firstLine="0"/>
      </w:pPr>
      <w:r>
        <w:rPr>
          <w:rFonts w:ascii="EB Garamond" w:hAnsi="EB Garamond" w:eastAsia="EB Garamond"/>
          <w:b w:val="0"/>
          <w:i w:val="0"/>
          <w:sz w:val="22"/>
        </w:rPr>
        <w:t>Sometimes maybe meant:</w:t>
      </w:r>
    </w:p>
    <w:p>
      <w:pPr>
        <w:spacing w:after="0" w:line="120" w:lineRule="exact"/>
        <w:ind w:left="0" w:firstLine="0"/>
      </w:pPr>
    </w:p>
    <w:p>
      <w:pPr>
        <w:spacing w:after="0" w:line="264" w:lineRule="exact"/>
        <w:ind w:left="0" w:firstLine="0"/>
      </w:pPr>
      <w:r>
        <w:rPr>
          <w:rFonts w:ascii="EB Garamond" w:hAnsi="EB Garamond" w:eastAsia="EB Garamond"/>
          <w:b w:val="0"/>
          <w:i/>
          <w:sz w:val="22"/>
        </w:rPr>
        <w:t>I’m not ready.</w:t>
      </w:r>
    </w:p>
    <w:p>
      <w:pPr>
        <w:spacing w:after="0" w:line="120" w:lineRule="exact"/>
        <w:ind w:left="0" w:firstLine="0"/>
      </w:pPr>
    </w:p>
    <w:p>
      <w:pPr>
        <w:spacing w:after="0" w:line="264" w:lineRule="exact"/>
        <w:ind w:left="0" w:firstLine="0"/>
      </w:pPr>
      <w:r>
        <w:rPr>
          <w:rFonts w:ascii="EB Garamond" w:hAnsi="EB Garamond" w:eastAsia="EB Garamond"/>
          <w:b w:val="0"/>
          <w:i w:val="0"/>
          <w:sz w:val="22"/>
        </w:rPr>
        <w:t>And maybe loving somebody meant letting that answer be enough.</w:t>
      </w:r>
    </w:p>
    <w:p>
      <w:pPr>
        <w:spacing w:after="0" w:line="120" w:lineRule="exact"/>
        <w:ind w:left="0" w:firstLine="0"/>
      </w:pPr>
    </w:p>
    <w:p>
      <w:pPr>
        <w:spacing w:after="0" w:line="264" w:lineRule="exact"/>
        <w:ind w:left="0" w:firstLine="0"/>
      </w:pPr>
      <w:r>
        <w:rPr>
          <w:rFonts w:ascii="EB Garamond" w:hAnsi="EB Garamond" w:eastAsia="EB Garamond"/>
          <w:b w:val="0"/>
          <w:i w:val="0"/>
          <w:sz w:val="22"/>
        </w:rPr>
        <w:t>Elsie set down her phone.</w:t>
      </w:r>
    </w:p>
    <w:p>
      <w:pPr>
        <w:spacing w:after="0" w:line="120" w:lineRule="exact"/>
        <w:ind w:left="0" w:firstLine="0"/>
      </w:pPr>
    </w:p>
    <w:p>
      <w:pPr>
        <w:spacing w:after="0" w:line="264" w:lineRule="exact"/>
        <w:ind w:left="0" w:firstLine="0"/>
      </w:pPr>
      <w:r>
        <w:rPr>
          <w:rFonts w:ascii="EB Garamond" w:hAnsi="EB Garamond" w:eastAsia="EB Garamond"/>
          <w:b w:val="0"/>
          <w:i w:val="0"/>
          <w:sz w:val="22"/>
        </w:rPr>
        <w:t>For now.</w:t>
      </w:r>
    </w:p>
    <w:p>
      <w:r>
        <w:br w:type="page"/>
      </w:r>
    </w:p>
    <w:p>
      <w:pPr>
        <w:spacing w:after="0" w:line="264" w:lineRule="exact"/>
        <w:jc w:val="center"/>
      </w:pPr>
      <w:r>
        <w:rPr>
          <w:rFonts w:ascii="EB Garamond" w:hAnsi="EB Garamond" w:eastAsia="EB Garamond"/>
          <w:b/>
          <w:i w:val="0"/>
          <w:sz w:val="22"/>
        </w:rPr>
        <w:t>CHAPTER THIRTEEN</w:t>
      </w:r>
    </w:p>
    <w:p>
      <w:pPr>
        <w:spacing w:after="0" w:line="264" w:lineRule="exact"/>
        <w:jc w:val="center"/>
      </w:pPr>
      <w:r>
        <w:rPr>
          <w:rFonts w:ascii="EB Garamond" w:hAnsi="EB Garamond" w:eastAsia="EB Garamond"/>
          <w:b w:val="0"/>
          <w:i/>
          <w:sz w:val="22"/>
        </w:rPr>
        <w:t>The Bible Girl</w:t>
      </w:r>
    </w:p>
    <w:p>
      <w:pPr>
        <w:spacing w:after="0" w:line="264" w:lineRule="exact"/>
      </w:pPr>
      <w:r>
        <w:rPr>
          <w:rFonts w:ascii="EB Garamond" w:hAnsi="EB Garamond" w:eastAsia="EB Garamond"/>
          <w:b w:val="0"/>
          <w:i w:val="0"/>
          <w:sz w:val="22"/>
        </w:rPr>
      </w:r>
    </w:p>
    <w:p>
      <w:pPr>
        <w:spacing w:after="0" w:line="264" w:lineRule="exact"/>
      </w:pPr>
      <w:r>
        <w:rPr>
          <w:rFonts w:ascii="EB Garamond" w:hAnsi="EB Garamond" w:eastAsia="EB Garamond"/>
          <w:b w:val="0"/>
          <w:i w:val="0"/>
          <w:sz w:val="22"/>
        </w:rPr>
        <w:t>Nora didn’t come to school Monday.</w:t>
      </w:r>
    </w:p>
    <w:p>
      <w:pPr>
        <w:spacing w:after="0" w:line="264" w:lineRule="exact"/>
      </w:pPr>
      <w:r>
        <w:rPr>
          <w:rFonts w:ascii="EB Garamond" w:hAnsi="EB Garamond" w:eastAsia="EB Garamond"/>
          <w:b w:val="0"/>
          <w:i w:val="0"/>
          <w:sz w:val="22"/>
        </w:rPr>
        <w:t>Elsie noticed at 8:03.</w:t>
      </w:r>
    </w:p>
    <w:p>
      <w:pPr>
        <w:spacing w:after="0" w:line="264" w:lineRule="exact"/>
      </w:pPr>
      <w:r>
        <w:rPr>
          <w:rFonts w:ascii="EB Garamond" w:hAnsi="EB Garamond" w:eastAsia="EB Garamond"/>
          <w:b w:val="0"/>
          <w:i w:val="0"/>
          <w:sz w:val="22"/>
        </w:rPr>
        <w:t>She did not text her.</w:t>
      </w:r>
    </w:p>
    <w:p>
      <w:pPr>
        <w:spacing w:after="0" w:line="264" w:lineRule="exact"/>
      </w:pPr>
      <w:r>
        <w:rPr>
          <w:rFonts w:ascii="EB Garamond" w:hAnsi="EB Garamond" w:eastAsia="EB Garamond"/>
          <w:b w:val="0"/>
          <w:i w:val="0"/>
          <w:sz w:val="22"/>
        </w:rPr>
        <w:t>At 8:17, she was still congratulating herself for this.</w:t>
      </w:r>
    </w:p>
    <w:p>
      <w:pPr>
        <w:spacing w:after="0" w:line="264" w:lineRule="exact"/>
      </w:pPr>
      <w:r>
        <w:rPr>
          <w:rFonts w:ascii="EB Garamond" w:hAnsi="EB Garamond" w:eastAsia="EB Garamond"/>
          <w:b w:val="0"/>
          <w:i w:val="0"/>
          <w:sz w:val="22"/>
        </w:rPr>
        <w:t>By 8:26, she had checked Nora’s location on Snapchat twice.</w:t>
      </w:r>
    </w:p>
    <w:p>
      <w:pPr>
        <w:spacing w:after="0" w:line="264" w:lineRule="exact"/>
      </w:pPr>
      <w:r>
        <w:rPr>
          <w:rFonts w:ascii="EB Garamond" w:hAnsi="EB Garamond" w:eastAsia="EB Garamond"/>
          <w:b w:val="0"/>
          <w:i w:val="0"/>
          <w:sz w:val="22"/>
        </w:rPr>
        <w:t>Which probably canceled out the maturity.</w:t>
      </w:r>
    </w:p>
    <w:p>
      <w:pPr>
        <w:spacing w:after="0" w:line="264" w:lineRule="exact"/>
      </w:pPr>
      <w:r>
        <w:rPr>
          <w:rFonts w:ascii="EB Garamond" w:hAnsi="EB Garamond" w:eastAsia="EB Garamond"/>
          <w:b w:val="0"/>
          <w:i w:val="0"/>
          <w:sz w:val="22"/>
        </w:rPr>
        <w:t>At 8:31, she texted.</w:t>
      </w:r>
    </w:p>
    <w:p>
      <w:pPr>
        <w:spacing w:after="0" w:line="264" w:lineRule="exact"/>
      </w:pPr>
      <w:r>
        <w:rPr>
          <w:rFonts w:ascii="EB Garamond" w:hAnsi="EB Garamond" w:eastAsia="EB Garamond"/>
          <w:b/>
          <w:sz w:val="22"/>
        </w:rPr>
        <w:t>Elsie:</w:t>
      </w:r>
      <w:r>
        <w:rPr>
          <w:rFonts w:ascii="EB Garamond" w:hAnsi="EB Garamond" w:eastAsia="EB Garamond"/>
          <w:sz w:val="22"/>
        </w:rPr>
        <w:t xml:space="preserve"> you alive</w:t>
      </w:r>
    </w:p>
    <w:p>
      <w:pPr>
        <w:spacing w:after="0" w:line="264" w:lineRule="exact"/>
      </w:pPr>
      <w:r>
        <w:rPr>
          <w:rFonts w:ascii="EB Garamond" w:hAnsi="EB Garamond" w:eastAsia="EB Garamond"/>
          <w:b w:val="0"/>
          <w:i w:val="0"/>
          <w:sz w:val="22"/>
        </w:rPr>
        <w:t>A minute passed.</w:t>
      </w:r>
    </w:p>
    <w:p>
      <w:pPr>
        <w:spacing w:after="0" w:line="264" w:lineRule="exact"/>
      </w:pPr>
      <w:r>
        <w:rPr>
          <w:rFonts w:ascii="EB Garamond" w:hAnsi="EB Garamond" w:eastAsia="EB Garamond"/>
          <w:b w:val="0"/>
          <w:i w:val="0"/>
          <w:sz w:val="22"/>
        </w:rPr>
        <w:t>Then:</w:t>
      </w:r>
    </w:p>
    <w:p>
      <w:pPr>
        <w:spacing w:after="0" w:line="264" w:lineRule="exact"/>
      </w:pPr>
      <w:r>
        <w:rPr>
          <w:rFonts w:ascii="EB Garamond" w:hAnsi="EB Garamond" w:eastAsia="EB Garamond"/>
          <w:b/>
          <w:sz w:val="22"/>
        </w:rPr>
        <w:t>Nora:</w:t>
      </w:r>
      <w:r>
        <w:rPr>
          <w:rFonts w:ascii="EB Garamond" w:hAnsi="EB Garamond" w:eastAsia="EB Garamond"/>
          <w:sz w:val="22"/>
        </w:rPr>
        <w:t xml:space="preserve"> unfortunately</w:t>
      </w:r>
    </w:p>
    <w:p>
      <w:pPr>
        <w:spacing w:after="0" w:line="264" w:lineRule="exact"/>
      </w:pPr>
      <w:r>
        <w:rPr>
          <w:rFonts w:ascii="EB Garamond" w:hAnsi="EB Garamond" w:eastAsia="EB Garamond"/>
          <w:b w:val="0"/>
          <w:i w:val="0"/>
          <w:sz w:val="22"/>
        </w:rPr>
        <w:t>Elsie smiled.</w:t>
      </w:r>
    </w:p>
    <w:p>
      <w:pPr>
        <w:spacing w:after="0" w:line="264" w:lineRule="exact"/>
      </w:pPr>
      <w:r>
        <w:rPr>
          <w:rFonts w:ascii="EB Garamond" w:hAnsi="EB Garamond" w:eastAsia="EB Garamond"/>
          <w:b w:val="0"/>
          <w:i w:val="0"/>
          <w:sz w:val="22"/>
        </w:rPr>
        <w:t>Then stopped.</w:t>
      </w:r>
    </w:p>
    <w:p>
      <w:pPr>
        <w:spacing w:after="0" w:line="264" w:lineRule="exact"/>
      </w:pPr>
      <w:r>
        <w:rPr>
          <w:rFonts w:ascii="EB Garamond" w:hAnsi="EB Garamond" w:eastAsia="EB Garamond"/>
          <w:b w:val="0"/>
          <w:i w:val="0"/>
          <w:sz w:val="22"/>
        </w:rPr>
        <w:t>Sunday morning came back to her.</w:t>
      </w:r>
    </w:p>
    <w:p>
      <w:pPr>
        <w:spacing w:after="0" w:line="264" w:lineRule="exact"/>
      </w:pPr>
      <w:r>
        <w:rPr>
          <w:rFonts w:ascii="EB Garamond" w:hAnsi="EB Garamond" w:eastAsia="EB Garamond"/>
          <w:b w:val="0"/>
          <w:i/>
          <w:sz w:val="22"/>
        </w:rPr>
        <w:t>before you ask I’m okay</w:t>
      </w:r>
    </w:p>
    <w:p>
      <w:pPr>
        <w:spacing w:after="0" w:line="264" w:lineRule="exact"/>
      </w:pPr>
      <w:r>
        <w:rPr>
          <w:rFonts w:ascii="EB Garamond" w:hAnsi="EB Garamond" w:eastAsia="EB Garamond"/>
          <w:b w:val="0"/>
          <w:i/>
          <w:sz w:val="22"/>
        </w:rPr>
        <w:t>do you want me to ask</w:t>
      </w:r>
    </w:p>
    <w:p>
      <w:pPr>
        <w:spacing w:after="0" w:line="264" w:lineRule="exact"/>
      </w:pPr>
      <w:r>
        <w:rPr>
          <w:rFonts w:ascii="EB Garamond" w:hAnsi="EB Garamond" w:eastAsia="EB Garamond"/>
          <w:b w:val="0"/>
          <w:i/>
          <w:sz w:val="22"/>
        </w:rPr>
        <w:t>maybe later</w:t>
      </w:r>
    </w:p>
    <w:p>
      <w:pPr>
        <w:spacing w:after="0" w:line="264" w:lineRule="exact"/>
      </w:pPr>
      <w:r>
        <w:rPr>
          <w:rFonts w:ascii="EB Garamond" w:hAnsi="EB Garamond" w:eastAsia="EB Garamond"/>
          <w:b w:val="0"/>
          <w:i w:val="0"/>
          <w:sz w:val="22"/>
        </w:rPr>
        <w:t>Elsie looked at the screen.</w:t>
      </w:r>
    </w:p>
    <w:p>
      <w:pPr>
        <w:spacing w:after="0" w:line="264" w:lineRule="exact"/>
      </w:pPr>
      <w:r>
        <w:rPr>
          <w:rFonts w:ascii="EB Garamond" w:hAnsi="EB Garamond" w:eastAsia="EB Garamond"/>
          <w:b/>
          <w:sz w:val="22"/>
        </w:rPr>
        <w:t>Elsie:</w:t>
      </w:r>
      <w:r>
        <w:rPr>
          <w:rFonts w:ascii="EB Garamond" w:hAnsi="EB Garamond" w:eastAsia="EB Garamond"/>
          <w:sz w:val="22"/>
        </w:rPr>
        <w:t xml:space="preserve"> sick?</w:t>
      </w:r>
    </w:p>
    <w:p>
      <w:pPr>
        <w:spacing w:after="0" w:line="264" w:lineRule="exact"/>
      </w:pPr>
      <w:r>
        <w:rPr>
          <w:rFonts w:ascii="EB Garamond" w:hAnsi="EB Garamond" w:eastAsia="EB Garamond"/>
          <w:b w:val="0"/>
          <w:i w:val="0"/>
          <w:sz w:val="22"/>
        </w:rPr>
        <w:t>Three dots.</w:t>
      </w:r>
    </w:p>
    <w:p>
      <w:pPr>
        <w:spacing w:after="0" w:line="264" w:lineRule="exact"/>
      </w:pPr>
      <w:r>
        <w:rPr>
          <w:rFonts w:ascii="EB Garamond" w:hAnsi="EB Garamond" w:eastAsia="EB Garamond"/>
          <w:b/>
          <w:sz w:val="22"/>
        </w:rPr>
        <w:t>Nora:</w:t>
      </w:r>
      <w:r>
        <w:rPr>
          <w:rFonts w:ascii="EB Garamond" w:hAnsi="EB Garamond" w:eastAsia="EB Garamond"/>
          <w:sz w:val="22"/>
        </w:rPr>
        <w:t xml:space="preserve"> nope</w:t>
      </w:r>
    </w:p>
    <w:p>
      <w:pPr>
        <w:spacing w:after="0" w:line="264" w:lineRule="exact"/>
      </w:pPr>
      <w:r>
        <w:rPr>
          <w:rFonts w:ascii="EB Garamond" w:hAnsi="EB Garamond" w:eastAsia="EB Garamond"/>
          <w:b w:val="0"/>
          <w:i w:val="0"/>
          <w:sz w:val="22"/>
        </w:rPr>
        <w:t>Nothing else.</w:t>
      </w:r>
    </w:p>
    <w:p>
      <w:pPr>
        <w:spacing w:after="0" w:line="264" w:lineRule="exact"/>
      </w:pPr>
      <w:r>
        <w:rPr>
          <w:rFonts w:ascii="EB Garamond" w:hAnsi="EB Garamond" w:eastAsia="EB Garamond"/>
          <w:b w:val="0"/>
          <w:i w:val="0"/>
          <w:sz w:val="22"/>
        </w:rPr>
        <w:t>Old Elsie would have asked.</w:t>
      </w:r>
    </w:p>
    <w:p>
      <w:pPr>
        <w:spacing w:after="0" w:line="264" w:lineRule="exact"/>
      </w:pPr>
      <w:r>
        <w:rPr>
          <w:rFonts w:ascii="EB Garamond" w:hAnsi="EB Garamond" w:eastAsia="EB Garamond"/>
          <w:b w:val="0"/>
          <w:i w:val="0"/>
          <w:sz w:val="22"/>
        </w:rPr>
        <w:t>New Elsie had recently learned that aggressively demanding access to other people’s emotional lives was frowned upon.</w:t>
      </w:r>
    </w:p>
    <w:p>
      <w:pPr>
        <w:spacing w:after="0" w:line="264" w:lineRule="exact"/>
      </w:pPr>
      <w:r>
        <w:rPr>
          <w:rFonts w:ascii="EB Garamond" w:hAnsi="EB Garamond" w:eastAsia="EB Garamond"/>
          <w:b w:val="0"/>
          <w:i w:val="0"/>
          <w:sz w:val="22"/>
        </w:rPr>
        <w:t>She put her phone away.</w:t>
      </w:r>
    </w:p>
    <w:p>
      <w:pPr>
        <w:spacing w:after="0" w:line="264" w:lineRule="exact"/>
      </w:pPr>
      <w:r>
        <w:rPr>
          <w:rFonts w:ascii="EB Garamond" w:hAnsi="EB Garamond" w:eastAsia="EB Garamond"/>
          <w:b w:val="0"/>
          <w:i w:val="0"/>
          <w:sz w:val="22"/>
        </w:rPr>
        <w:t>Then took it back out.</w:t>
      </w:r>
    </w:p>
    <w:p>
      <w:pPr>
        <w:spacing w:after="0" w:line="264" w:lineRule="exact"/>
      </w:pPr>
      <w:r>
        <w:rPr>
          <w:rFonts w:ascii="EB Garamond" w:hAnsi="EB Garamond" w:eastAsia="EB Garamond"/>
          <w:b/>
          <w:sz w:val="22"/>
        </w:rPr>
        <w:t>Elsie:</w:t>
      </w:r>
      <w:r>
        <w:rPr>
          <w:rFonts w:ascii="EB Garamond" w:hAnsi="EB Garamond" w:eastAsia="EB Garamond"/>
          <w:sz w:val="22"/>
        </w:rPr>
        <w:t xml:space="preserve"> okay. I’m here if you need me</w:t>
      </w:r>
    </w:p>
    <w:p>
      <w:pPr>
        <w:spacing w:after="0" w:line="264" w:lineRule="exact"/>
      </w:pPr>
      <w:r>
        <w:rPr>
          <w:rFonts w:ascii="EB Garamond" w:hAnsi="EB Garamond" w:eastAsia="EB Garamond"/>
          <w:b w:val="0"/>
          <w:i w:val="0"/>
          <w:sz w:val="22"/>
        </w:rPr>
        <w:t>Nora hearted it.</w:t>
      </w:r>
    </w:p>
    <w:p>
      <w:pPr>
        <w:spacing w:after="0" w:line="264" w:lineRule="exact"/>
      </w:pPr>
      <w:r>
        <w:rPr>
          <w:rFonts w:ascii="EB Garamond" w:hAnsi="EB Garamond" w:eastAsia="EB Garamond"/>
          <w:b w:val="0"/>
          <w:i w:val="0"/>
          <w:sz w:val="22"/>
        </w:rPr>
        <w:t>Elsie stared at the heart.</w:t>
      </w:r>
    </w:p>
    <w:p>
      <w:pPr>
        <w:spacing w:after="0" w:line="264" w:lineRule="exact"/>
      </w:pPr>
      <w:r>
        <w:rPr>
          <w:rFonts w:ascii="EB Garamond" w:hAnsi="EB Garamond" w:eastAsia="EB Garamond"/>
          <w:b w:val="0"/>
          <w:i w:val="0"/>
          <w:sz w:val="22"/>
        </w:rPr>
        <w:t>Was that good?</w:t>
      </w:r>
    </w:p>
    <w:p>
      <w:pPr>
        <w:spacing w:after="0" w:line="264" w:lineRule="exact"/>
      </w:pPr>
      <w:r>
        <w:rPr>
          <w:rFonts w:ascii="EB Garamond" w:hAnsi="EB Garamond" w:eastAsia="EB Garamond"/>
          <w:b w:val="0"/>
          <w:i w:val="0"/>
          <w:sz w:val="22"/>
        </w:rPr>
        <w:t>Bad?</w:t>
      </w:r>
    </w:p>
    <w:p>
      <w:pPr>
        <w:spacing w:after="0" w:line="264" w:lineRule="exact"/>
      </w:pPr>
      <w:r>
        <w:rPr>
          <w:rFonts w:ascii="EB Garamond" w:hAnsi="EB Garamond" w:eastAsia="EB Garamond"/>
          <w:b w:val="0"/>
          <w:i w:val="0"/>
          <w:sz w:val="22"/>
        </w:rPr>
        <w:t>Dismissive?</w:t>
      </w:r>
    </w:p>
    <w:p>
      <w:pPr>
        <w:spacing w:after="0" w:line="264" w:lineRule="exact"/>
      </w:pPr>
      <w:r>
        <w:rPr>
          <w:rFonts w:ascii="EB Garamond" w:hAnsi="EB Garamond" w:eastAsia="EB Garamond"/>
          <w:b w:val="0"/>
          <w:i w:val="0"/>
          <w:sz w:val="22"/>
        </w:rPr>
        <w:t>Affectionate?</w:t>
      </w:r>
    </w:p>
    <w:p>
      <w:pPr>
        <w:spacing w:after="0" w:line="264" w:lineRule="exact"/>
      </w:pPr>
      <w:r>
        <w:rPr>
          <w:rFonts w:ascii="EB Garamond" w:hAnsi="EB Garamond" w:eastAsia="EB Garamond"/>
          <w:b w:val="0"/>
          <w:i w:val="0"/>
          <w:sz w:val="22"/>
        </w:rPr>
        <w:t>Why did teenagers communicate using symbols that required forensic analysis?</w:t>
      </w:r>
    </w:p>
    <w:p>
      <w:pPr>
        <w:spacing w:after="0" w:line="264" w:lineRule="exact"/>
      </w:pPr>
      <w:r>
        <w:rPr>
          <w:rFonts w:ascii="EB Garamond" w:hAnsi="EB Garamond" w:eastAsia="EB Garamond"/>
          <w:b w:val="0"/>
          <w:i w:val="0"/>
          <w:sz w:val="22"/>
        </w:rPr>
        <w:t>She put the phone away again.</w:t>
      </w:r>
    </w:p>
    <w:p>
      <w:pPr>
        <w:spacing w:after="0" w:line="264" w:lineRule="exact"/>
      </w:pPr>
      <w:r>
        <w:rPr>
          <w:rFonts w:ascii="EB Garamond" w:hAnsi="EB Garamond" w:eastAsia="EB Garamond"/>
          <w:b w:val="0"/>
          <w:i w:val="0"/>
          <w:sz w:val="22"/>
        </w:rPr>
        <w:t>This time for real.</w:t>
      </w:r>
    </w:p>
    <w:p>
      <w:pPr>
        <w:spacing w:after="0" w:line="264" w:lineRule="exact"/>
      </w:pPr>
      <w:r>
        <w:rPr>
          <w:rFonts w:ascii="EB Garamond" w:hAnsi="EB Garamond" w:eastAsia="EB Garamond"/>
          <w:b w:val="0"/>
          <w:i w:val="0"/>
          <w:sz w:val="22"/>
        </w:rPr>
        <w:t>Mostly.</w:t>
      </w:r>
    </w:p>
    <w:p>
      <w:pPr>
        <w:spacing w:after="0" w:line="264" w:lineRule="exact"/>
      </w:pPr>
      <w:r>
        <w:rPr>
          <w:rFonts w:ascii="EB Garamond" w:hAnsi="EB Garamond" w:eastAsia="EB Garamond"/>
          <w:b w:val="0"/>
          <w:i w:val="0"/>
          <w:sz w:val="22"/>
        </w:rPr>
      </w:r>
    </w:p>
    <w:p>
      <w:pPr>
        <w:spacing w:after="0" w:line="264" w:lineRule="exact"/>
      </w:pPr>
      <w:r>
        <w:rPr>
          <w:rFonts w:ascii="EB Garamond" w:hAnsi="EB Garamond" w:eastAsia="EB Garamond"/>
          <w:b w:val="0"/>
          <w:i w:val="0"/>
          <w:sz w:val="22"/>
        </w:rPr>
        <w:t>At lunch, Lucas sat in Nora’s usual chair.</w:t>
      </w:r>
    </w:p>
    <w:p>
      <w:pPr>
        <w:spacing w:after="0" w:line="264" w:lineRule="exact"/>
      </w:pPr>
      <w:r>
        <w:rPr>
          <w:rFonts w:ascii="EB Garamond" w:hAnsi="EB Garamond" w:eastAsia="EB Garamond"/>
          <w:b w:val="0"/>
          <w:i w:val="0"/>
          <w:sz w:val="22"/>
        </w:rPr>
        <w:t>Elsie looked at him.</w:t>
      </w:r>
    </w:p>
    <w:p>
      <w:pPr>
        <w:spacing w:after="0" w:line="264" w:lineRule="exact"/>
      </w:pPr>
      <w:r>
        <w:rPr>
          <w:rFonts w:ascii="EB Garamond" w:hAnsi="EB Garamond" w:eastAsia="EB Garamond"/>
          <w:b w:val="0"/>
          <w:i w:val="0"/>
          <w:sz w:val="22"/>
        </w:rPr>
        <w:t>He looked tired.</w:t>
      </w:r>
    </w:p>
    <w:p>
      <w:pPr>
        <w:spacing w:after="0" w:line="264" w:lineRule="exact"/>
      </w:pPr>
      <w:r>
        <w:rPr>
          <w:rFonts w:ascii="EB Garamond" w:hAnsi="EB Garamond" w:eastAsia="EB Garamond"/>
          <w:b w:val="0"/>
          <w:i w:val="0"/>
          <w:sz w:val="22"/>
        </w:rPr>
        <w:t>Not stayed-up-too-late tired.</w:t>
      </w:r>
    </w:p>
    <w:p>
      <w:pPr>
        <w:spacing w:after="0" w:line="264" w:lineRule="exact"/>
      </w:pPr>
      <w:r>
        <w:rPr>
          <w:rFonts w:ascii="EB Garamond" w:hAnsi="EB Garamond" w:eastAsia="EB Garamond"/>
          <w:b w:val="0"/>
          <w:i w:val="0"/>
          <w:sz w:val="22"/>
        </w:rPr>
        <w:t>Something else.</w:t>
      </w:r>
    </w:p>
    <w:p>
      <w:pPr>
        <w:spacing w:after="0" w:line="264" w:lineRule="exact"/>
      </w:pPr>
      <w:r>
        <w:rPr>
          <w:rFonts w:ascii="EB Garamond" w:hAnsi="EB Garamond" w:eastAsia="EB Garamond"/>
          <w:b w:val="0"/>
          <w:i w:val="0"/>
          <w:sz w:val="22"/>
        </w:rPr>
        <w:t>“Have you talked to her?” Elsie asked.</w:t>
      </w:r>
    </w:p>
    <w:p>
      <w:pPr>
        <w:spacing w:after="0" w:line="264" w:lineRule="exact"/>
      </w:pPr>
      <w:r>
        <w:rPr>
          <w:rFonts w:ascii="EB Garamond" w:hAnsi="EB Garamond" w:eastAsia="EB Garamond"/>
          <w:b w:val="0"/>
          <w:i w:val="0"/>
          <w:sz w:val="22"/>
        </w:rPr>
        <w:t>Lucas nodded.</w:t>
      </w:r>
    </w:p>
    <w:p>
      <w:pPr>
        <w:spacing w:after="0" w:line="264" w:lineRule="exact"/>
      </w:pPr>
      <w:r>
        <w:rPr>
          <w:rFonts w:ascii="EB Garamond" w:hAnsi="EB Garamond" w:eastAsia="EB Garamond"/>
          <w:b w:val="0"/>
          <w:i w:val="0"/>
          <w:sz w:val="22"/>
        </w:rPr>
        <w:t>“And?”</w:t>
      </w:r>
    </w:p>
    <w:p>
      <w:pPr>
        <w:spacing w:after="0" w:line="264" w:lineRule="exact"/>
      </w:pPr>
      <w:r>
        <w:rPr>
          <w:rFonts w:ascii="EB Garamond" w:hAnsi="EB Garamond" w:eastAsia="EB Garamond"/>
          <w:b w:val="0"/>
          <w:i w:val="0"/>
          <w:sz w:val="22"/>
        </w:rPr>
        <w:t>“She doesn’t want to come to school.”</w:t>
      </w:r>
    </w:p>
    <w:p>
      <w:pPr>
        <w:spacing w:after="0" w:line="264" w:lineRule="exact"/>
      </w:pPr>
      <w:r>
        <w:rPr>
          <w:rFonts w:ascii="EB Garamond" w:hAnsi="EB Garamond" w:eastAsia="EB Garamond"/>
          <w:b w:val="0"/>
          <w:i w:val="0"/>
          <w:sz w:val="22"/>
        </w:rPr>
        <w:t>Maddie looked up.</w:t>
      </w:r>
    </w:p>
    <w:p>
      <w:pPr>
        <w:spacing w:after="0" w:line="264" w:lineRule="exact"/>
      </w:pPr>
      <w:r>
        <w:rPr>
          <w:rFonts w:ascii="EB Garamond" w:hAnsi="EB Garamond" w:eastAsia="EB Garamond"/>
          <w:b w:val="0"/>
          <w:i w:val="0"/>
          <w:sz w:val="22"/>
        </w:rPr>
        <w:t>“Because of the post?”</w:t>
      </w:r>
    </w:p>
    <w:p>
      <w:pPr>
        <w:spacing w:after="0" w:line="264" w:lineRule="exact"/>
      </w:pPr>
      <w:r>
        <w:rPr>
          <w:rFonts w:ascii="EB Garamond" w:hAnsi="EB Garamond" w:eastAsia="EB Garamond"/>
          <w:b w:val="0"/>
          <w:i w:val="0"/>
          <w:sz w:val="22"/>
        </w:rPr>
        <w:t>Lucas nodded again.</w:t>
      </w:r>
    </w:p>
    <w:p>
      <w:pPr>
        <w:spacing w:after="0" w:line="264" w:lineRule="exact"/>
      </w:pPr>
      <w:r>
        <w:rPr>
          <w:rFonts w:ascii="EB Garamond" w:hAnsi="EB Garamond" w:eastAsia="EB Garamond"/>
          <w:b w:val="0"/>
          <w:i w:val="0"/>
          <w:sz w:val="22"/>
        </w:rPr>
        <w:t>Ava frowned.</w:t>
      </w:r>
    </w:p>
    <w:p>
      <w:pPr>
        <w:spacing w:after="0" w:line="264" w:lineRule="exact"/>
      </w:pPr>
      <w:r>
        <w:rPr>
          <w:rFonts w:ascii="EB Garamond" w:hAnsi="EB Garamond" w:eastAsia="EB Garamond"/>
          <w:b w:val="0"/>
          <w:i w:val="0"/>
          <w:sz w:val="22"/>
        </w:rPr>
        <w:t>“But it’s deleted.”</w:t>
      </w:r>
    </w:p>
    <w:p>
      <w:pPr>
        <w:spacing w:after="0" w:line="264" w:lineRule="exact"/>
      </w:pPr>
      <w:r>
        <w:rPr>
          <w:rFonts w:ascii="EB Garamond" w:hAnsi="EB Garamond" w:eastAsia="EB Garamond"/>
          <w:b w:val="0"/>
          <w:i w:val="0"/>
          <w:sz w:val="22"/>
        </w:rPr>
        <w:t>Lucas looked at her.</w:t>
      </w:r>
    </w:p>
    <w:p>
      <w:pPr>
        <w:spacing w:after="0" w:line="264" w:lineRule="exact"/>
      </w:pPr>
      <w:r>
        <w:rPr>
          <w:rFonts w:ascii="EB Garamond" w:hAnsi="EB Garamond" w:eastAsia="EB Garamond"/>
          <w:b w:val="0"/>
          <w:i w:val="0"/>
          <w:sz w:val="22"/>
        </w:rPr>
        <w:t>“Screenshots aren’t.”</w:t>
      </w:r>
    </w:p>
    <w:p>
      <w:pPr>
        <w:spacing w:after="0" w:line="264" w:lineRule="exact"/>
      </w:pPr>
      <w:r>
        <w:rPr>
          <w:rFonts w:ascii="EB Garamond" w:hAnsi="EB Garamond" w:eastAsia="EB Garamond"/>
          <w:b w:val="0"/>
          <w:i w:val="0"/>
          <w:sz w:val="22"/>
        </w:rPr>
        <w:t>Ava’s face fell.</w:t>
      </w:r>
    </w:p>
    <w:p>
      <w:pPr>
        <w:spacing w:after="0" w:line="264" w:lineRule="exact"/>
      </w:pPr>
      <w:r>
        <w:rPr>
          <w:rFonts w:ascii="EB Garamond" w:hAnsi="EB Garamond" w:eastAsia="EB Garamond"/>
          <w:b w:val="0"/>
          <w:i w:val="0"/>
          <w:sz w:val="22"/>
        </w:rPr>
        <w:t>“Right.”</w:t>
      </w:r>
    </w:p>
    <w:p>
      <w:pPr>
        <w:spacing w:after="0" w:line="264" w:lineRule="exact"/>
      </w:pPr>
      <w:r>
        <w:rPr>
          <w:rFonts w:ascii="EB Garamond" w:hAnsi="EB Garamond" w:eastAsia="EB Garamond"/>
          <w:b w:val="0"/>
          <w:i w:val="0"/>
          <w:sz w:val="22"/>
        </w:rPr>
        <w:t>Maddie pushed her tray away.</w:t>
      </w:r>
    </w:p>
    <w:p>
      <w:pPr>
        <w:spacing w:after="0" w:line="264" w:lineRule="exact"/>
      </w:pPr>
      <w:r>
        <w:rPr>
          <w:rFonts w:ascii="EB Garamond" w:hAnsi="EB Garamond" w:eastAsia="EB Garamond"/>
          <w:b w:val="0"/>
          <w:i w:val="0"/>
          <w:sz w:val="22"/>
        </w:rPr>
        <w:t>“People suck.”</w:t>
      </w:r>
    </w:p>
    <w:p>
      <w:pPr>
        <w:spacing w:after="0" w:line="264" w:lineRule="exact"/>
      </w:pPr>
      <w:r>
        <w:rPr>
          <w:rFonts w:ascii="EB Garamond" w:hAnsi="EB Garamond" w:eastAsia="EB Garamond"/>
          <w:b w:val="0"/>
          <w:i w:val="0"/>
          <w:sz w:val="22"/>
        </w:rPr>
        <w:t>No one disagreed.</w:t>
      </w:r>
    </w:p>
    <w:p>
      <w:pPr>
        <w:spacing w:after="0" w:line="264" w:lineRule="exact"/>
      </w:pPr>
      <w:r>
        <w:rPr>
          <w:rFonts w:ascii="EB Garamond" w:hAnsi="EB Garamond" w:eastAsia="EB Garamond"/>
          <w:b w:val="0"/>
          <w:i w:val="0"/>
          <w:sz w:val="22"/>
        </w:rPr>
        <w:t>Elsie looked at Lucas.</w:t>
      </w:r>
    </w:p>
    <w:p>
      <w:pPr>
        <w:spacing w:after="0" w:line="264" w:lineRule="exact"/>
      </w:pPr>
      <w:r>
        <w:rPr>
          <w:rFonts w:ascii="EB Garamond" w:hAnsi="EB Garamond" w:eastAsia="EB Garamond"/>
          <w:b w:val="0"/>
          <w:i/>
          <w:sz w:val="22"/>
        </w:rPr>
        <w:t>About your brother. About what happened this week.</w:t>
      </w:r>
    </w:p>
    <w:p>
      <w:pPr>
        <w:spacing w:after="0" w:line="264" w:lineRule="exact"/>
      </w:pPr>
      <w:r>
        <w:rPr>
          <w:rFonts w:ascii="EB Garamond" w:hAnsi="EB Garamond" w:eastAsia="EB Garamond"/>
          <w:b w:val="0"/>
          <w:i w:val="0"/>
          <w:sz w:val="22"/>
        </w:rPr>
        <w:t>She didn’t ask.</w:t>
      </w:r>
    </w:p>
    <w:p>
      <w:pPr>
        <w:spacing w:after="0" w:line="264" w:lineRule="exact"/>
      </w:pPr>
      <w:r>
        <w:rPr>
          <w:rFonts w:ascii="EB Garamond" w:hAnsi="EB Garamond" w:eastAsia="EB Garamond"/>
          <w:b w:val="0"/>
          <w:i w:val="0"/>
          <w:sz w:val="22"/>
        </w:rPr>
        <w:t>Lucas noticed anyway.</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“Nothing.”</w:t>
      </w:r>
    </w:p>
    <w:p>
      <w:pPr>
        <w:spacing w:after="0" w:line="264" w:lineRule="exact"/>
      </w:pPr>
      <w:r>
        <w:rPr>
          <w:rFonts w:ascii="EB Garamond" w:hAnsi="EB Garamond" w:eastAsia="EB Garamond"/>
          <w:b w:val="0"/>
          <w:i w:val="0"/>
          <w:sz w:val="22"/>
        </w:rPr>
        <w:t>He studied her.</w:t>
      </w:r>
    </w:p>
    <w:p>
      <w:pPr>
        <w:spacing w:after="0" w:line="264" w:lineRule="exact"/>
      </w:pPr>
      <w:r>
        <w:rPr>
          <w:rFonts w:ascii="EB Garamond" w:hAnsi="EB Garamond" w:eastAsia="EB Garamond"/>
          <w:b w:val="0"/>
          <w:i w:val="0"/>
          <w:sz w:val="22"/>
        </w:rPr>
        <w:t>“Nora told you?”</w:t>
      </w:r>
    </w:p>
    <w:p>
      <w:pPr>
        <w:spacing w:after="0" w:line="264" w:lineRule="exact"/>
      </w:pPr>
      <w:r>
        <w:rPr>
          <w:rFonts w:ascii="EB Garamond" w:hAnsi="EB Garamond" w:eastAsia="EB Garamond"/>
          <w:b w:val="0"/>
          <w:i w:val="0"/>
          <w:sz w:val="22"/>
        </w:rPr>
        <w:t>“No.”</w:t>
      </w:r>
    </w:p>
    <w:p>
      <w:pPr>
        <w:spacing w:after="0" w:line="264" w:lineRule="exact"/>
      </w:pPr>
      <w:r>
        <w:rPr>
          <w:rFonts w:ascii="EB Garamond" w:hAnsi="EB Garamond" w:eastAsia="EB Garamond"/>
          <w:b w:val="0"/>
          <w:i w:val="0"/>
          <w:sz w:val="22"/>
        </w:rPr>
        <w:t>“Then how—”</w:t>
      </w:r>
    </w:p>
    <w:p>
      <w:pPr>
        <w:spacing w:after="0" w:line="264" w:lineRule="exact"/>
      </w:pPr>
      <w:r>
        <w:rPr>
          <w:rFonts w:ascii="EB Garamond" w:hAnsi="EB Garamond" w:eastAsia="EB Garamond"/>
          <w:b w:val="0"/>
          <w:i w:val="0"/>
          <w:sz w:val="22"/>
        </w:rPr>
        <w:t>“You said something Saturday.”</w:t>
      </w:r>
    </w:p>
    <w:p>
      <w:pPr>
        <w:spacing w:after="0" w:line="264" w:lineRule="exact"/>
      </w:pPr>
      <w:r>
        <w:rPr>
          <w:rFonts w:ascii="EB Garamond" w:hAnsi="EB Garamond" w:eastAsia="EB Garamond"/>
          <w:b w:val="0"/>
          <w:i w:val="0"/>
          <w:sz w:val="22"/>
        </w:rPr>
        <w:t>Lucas went still.</w:t>
      </w:r>
    </w:p>
    <w:p>
      <w:pPr>
        <w:spacing w:after="0" w:line="264" w:lineRule="exact"/>
      </w:pPr>
      <w:r>
        <w:rPr>
          <w:rFonts w:ascii="EB Garamond" w:hAnsi="EB Garamond" w:eastAsia="EB Garamond"/>
          <w:b w:val="0"/>
          <w:i w:val="0"/>
          <w:sz w:val="22"/>
        </w:rPr>
        <w:t>Elsie immediately shook her head.</w:t>
      </w:r>
    </w:p>
    <w:p>
      <w:pPr>
        <w:spacing w:after="0" w:line="264" w:lineRule="exact"/>
      </w:pPr>
      <w:r>
        <w:rPr>
          <w:rFonts w:ascii="EB Garamond" w:hAnsi="EB Garamond" w:eastAsia="EB Garamond"/>
          <w:b w:val="0"/>
          <w:i w:val="0"/>
          <w:sz w:val="22"/>
        </w:rPr>
        <w:t>“You don’t have to tell me.”</w:t>
      </w:r>
    </w:p>
    <w:p>
      <w:pPr>
        <w:spacing w:after="0" w:line="264" w:lineRule="exact"/>
      </w:pPr>
      <w:r>
        <w:rPr>
          <w:rFonts w:ascii="EB Garamond" w:hAnsi="EB Garamond" w:eastAsia="EB Garamond"/>
          <w:b w:val="0"/>
          <w:i w:val="0"/>
          <w:sz w:val="22"/>
        </w:rPr>
        <w:t>He looked relieved.</w:t>
      </w:r>
    </w:p>
    <w:p>
      <w:pPr>
        <w:spacing w:after="0" w:line="264" w:lineRule="exact"/>
      </w:pPr>
      <w:r>
        <w:rPr>
          <w:rFonts w:ascii="EB Garamond" w:hAnsi="EB Garamond" w:eastAsia="EB Garamond"/>
          <w:b w:val="0"/>
          <w:i w:val="0"/>
          <w:sz w:val="22"/>
        </w:rPr>
        <w:t>That hurt a little.</w:t>
      </w:r>
    </w:p>
    <w:p>
      <w:pPr>
        <w:spacing w:after="0" w:line="264" w:lineRule="exact"/>
      </w:pPr>
      <w:r>
        <w:rPr>
          <w:rFonts w:ascii="EB Garamond" w:hAnsi="EB Garamond" w:eastAsia="EB Garamond"/>
          <w:b w:val="0"/>
          <w:i w:val="0"/>
          <w:sz w:val="22"/>
        </w:rPr>
        <w:t>Not because Elsie wanted to know.</w:t>
      </w:r>
    </w:p>
    <w:p>
      <w:pPr>
        <w:spacing w:after="0" w:line="264" w:lineRule="exact"/>
      </w:pPr>
      <w:r>
        <w:rPr>
          <w:rFonts w:ascii="EB Garamond" w:hAnsi="EB Garamond" w:eastAsia="EB Garamond"/>
          <w:b w:val="0"/>
          <w:i w:val="0"/>
          <w:sz w:val="22"/>
        </w:rPr>
        <w:t>Because apparently people had started expecting her to ask.</w:t>
      </w:r>
    </w:p>
    <w:p>
      <w:pPr>
        <w:spacing w:after="0" w:line="264" w:lineRule="exact"/>
      </w:pPr>
      <w:r>
        <w:rPr>
          <w:rFonts w:ascii="EB Garamond" w:hAnsi="EB Garamond" w:eastAsia="EB Garamond"/>
          <w:b w:val="0"/>
          <w:i w:val="0"/>
          <w:sz w:val="22"/>
        </w:rPr>
        <w:t>“She thinks it’s her fault,” Lucas said.</w:t>
      </w:r>
    </w:p>
    <w:p>
      <w:pPr>
        <w:spacing w:after="0" w:line="264" w:lineRule="exact"/>
      </w:pPr>
      <w:r>
        <w:rPr>
          <w:rFonts w:ascii="EB Garamond" w:hAnsi="EB Garamond" w:eastAsia="EB Garamond"/>
          <w:b w:val="0"/>
          <w:i w:val="0"/>
          <w:sz w:val="22"/>
        </w:rPr>
        <w:t>Elsie frowned.</w:t>
      </w:r>
    </w:p>
    <w:p>
      <w:pPr>
        <w:spacing w:after="0" w:line="264" w:lineRule="exact"/>
      </w:pPr>
      <w:r>
        <w:rPr>
          <w:rFonts w:ascii="EB Garamond" w:hAnsi="EB Garamond" w:eastAsia="EB Garamond"/>
          <w:b w:val="0"/>
          <w:i w:val="0"/>
          <w:sz w:val="22"/>
        </w:rPr>
        <w:t>“What is?”</w:t>
      </w:r>
    </w:p>
    <w:p>
      <w:pPr>
        <w:spacing w:after="0" w:line="264" w:lineRule="exact"/>
      </w:pPr>
      <w:r>
        <w:rPr>
          <w:rFonts w:ascii="EB Garamond" w:hAnsi="EB Garamond" w:eastAsia="EB Garamond"/>
          <w:b w:val="0"/>
          <w:i w:val="0"/>
          <w:sz w:val="22"/>
        </w:rPr>
        <w:t>“The post.”</w:t>
      </w:r>
    </w:p>
    <w:p>
      <w:pPr>
        <w:spacing w:after="0" w:line="264" w:lineRule="exact"/>
      </w:pPr>
      <w:r>
        <w:rPr>
          <w:rFonts w:ascii="EB Garamond" w:hAnsi="EB Garamond" w:eastAsia="EB Garamond"/>
          <w:b w:val="0"/>
          <w:i w:val="0"/>
          <w:sz w:val="22"/>
        </w:rPr>
        <w:t>“That’s ridiculous.”</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“She didn’t take the picture.”</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“She didn’t write the caption.”</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“She was literally standing there.”</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Maddie looked between them.</w:t>
      </w:r>
    </w:p>
    <w:p>
      <w:pPr>
        <w:spacing w:after="0" w:line="264" w:lineRule="exact"/>
      </w:pPr>
      <w:r>
        <w:rPr>
          <w:rFonts w:ascii="EB Garamond" w:hAnsi="EB Garamond" w:eastAsia="EB Garamond"/>
          <w:b w:val="0"/>
          <w:i w:val="0"/>
          <w:sz w:val="22"/>
        </w:rPr>
        <w:t>“Then why does she think it’s her fault?”</w:t>
      </w:r>
    </w:p>
    <w:p>
      <w:pPr>
        <w:spacing w:after="0" w:line="264" w:lineRule="exact"/>
      </w:pPr>
      <w:r>
        <w:rPr>
          <w:rFonts w:ascii="EB Garamond" w:hAnsi="EB Garamond" w:eastAsia="EB Garamond"/>
          <w:b w:val="0"/>
          <w:i w:val="0"/>
          <w:sz w:val="22"/>
        </w:rPr>
        <w:t>Lucas stared at the table.</w:t>
      </w:r>
    </w:p>
    <w:p>
      <w:pPr>
        <w:spacing w:after="0" w:line="264" w:lineRule="exact"/>
      </w:pPr>
      <w:r>
        <w:rPr>
          <w:rFonts w:ascii="EB Garamond" w:hAnsi="EB Garamond" w:eastAsia="EB Garamond"/>
          <w:b w:val="0"/>
          <w:i w:val="0"/>
          <w:sz w:val="22"/>
        </w:rPr>
        <w:t>“Because people already watch her.”</w:t>
      </w:r>
    </w:p>
    <w:p>
      <w:pPr>
        <w:spacing w:after="0" w:line="264" w:lineRule="exact"/>
      </w:pPr>
      <w:r>
        <w:rPr>
          <w:rFonts w:ascii="EB Garamond" w:hAnsi="EB Garamond" w:eastAsia="EB Garamond"/>
          <w:b w:val="0"/>
          <w:i w:val="0"/>
          <w:sz w:val="22"/>
        </w:rPr>
        <w:t>The table went quiet.</w:t>
      </w:r>
    </w:p>
    <w:p>
      <w:pPr>
        <w:spacing w:after="0" w:line="264" w:lineRule="exact"/>
      </w:pPr>
      <w:r>
        <w:rPr>
          <w:rFonts w:ascii="EB Garamond" w:hAnsi="EB Garamond" w:eastAsia="EB Garamond"/>
          <w:b w:val="0"/>
          <w:i w:val="0"/>
          <w:sz w:val="22"/>
        </w:rPr>
        <w:t>Ava frowned.</w:t>
      </w:r>
    </w:p>
    <w:p>
      <w:pPr>
        <w:spacing w:after="0" w:line="264" w:lineRule="exact"/>
      </w:pPr>
      <w:r>
        <w:rPr>
          <w:rFonts w:ascii="EB Garamond" w:hAnsi="EB Garamond" w:eastAsia="EB Garamond"/>
          <w:b w:val="0"/>
          <w:i w:val="0"/>
          <w:sz w:val="22"/>
        </w:rPr>
        <w:t>“Why?”</w:t>
      </w:r>
    </w:p>
    <w:p>
      <w:pPr>
        <w:spacing w:after="0" w:line="264" w:lineRule="exact"/>
      </w:pPr>
      <w:r>
        <w:rPr>
          <w:rFonts w:ascii="EB Garamond" w:hAnsi="EB Garamond" w:eastAsia="EB Garamond"/>
          <w:b w:val="0"/>
          <w:i w:val="0"/>
          <w:sz w:val="22"/>
        </w:rPr>
        <w:t>Lucas gave her a look.</w:t>
      </w:r>
    </w:p>
    <w:p>
      <w:pPr>
        <w:spacing w:after="0" w:line="264" w:lineRule="exact"/>
      </w:pPr>
      <w:r>
        <w:rPr>
          <w:rFonts w:ascii="EB Garamond" w:hAnsi="EB Garamond" w:eastAsia="EB Garamond"/>
          <w:b w:val="0"/>
          <w:i w:val="0"/>
          <w:sz w:val="22"/>
        </w:rPr>
        <w:t>“Because she’s Nora.”</w:t>
      </w:r>
    </w:p>
    <w:p>
      <w:pPr>
        <w:spacing w:after="0" w:line="264" w:lineRule="exact"/>
      </w:pPr>
      <w:r>
        <w:rPr>
          <w:rFonts w:ascii="EB Garamond" w:hAnsi="EB Garamond" w:eastAsia="EB Garamond"/>
          <w:b w:val="0"/>
          <w:i w:val="0"/>
          <w:sz w:val="22"/>
        </w:rPr>
        <w:t>Maddie opened her mouth.</w:t>
      </w:r>
    </w:p>
    <w:p>
      <w:pPr>
        <w:spacing w:after="0" w:line="264" w:lineRule="exact"/>
      </w:pPr>
      <w:r>
        <w:rPr>
          <w:rFonts w:ascii="EB Garamond" w:hAnsi="EB Garamond" w:eastAsia="EB Garamond"/>
          <w:b w:val="0"/>
          <w:i w:val="0"/>
          <w:sz w:val="22"/>
        </w:rPr>
        <w:t>Then closed it.</w:t>
      </w:r>
    </w:p>
    <w:p>
      <w:pPr>
        <w:spacing w:after="0" w:line="264" w:lineRule="exact"/>
      </w:pPr>
      <w:r>
        <w:rPr>
          <w:rFonts w:ascii="EB Garamond" w:hAnsi="EB Garamond" w:eastAsia="EB Garamond"/>
          <w:b w:val="0"/>
          <w:i w:val="0"/>
          <w:sz w:val="22"/>
        </w:rPr>
        <w:t>Elsie knew what he meant.</w:t>
      </w:r>
    </w:p>
    <w:p>
      <w:pPr>
        <w:spacing w:after="0" w:line="264" w:lineRule="exact"/>
      </w:pPr>
      <w:r>
        <w:rPr>
          <w:rFonts w:ascii="EB Garamond" w:hAnsi="EB Garamond" w:eastAsia="EB Garamond"/>
          <w:b w:val="0"/>
          <w:i w:val="0"/>
          <w:sz w:val="22"/>
        </w:rPr>
        <w:t>Bible posts.</w:t>
      </w:r>
    </w:p>
    <w:p>
      <w:pPr>
        <w:spacing w:after="0" w:line="264" w:lineRule="exact"/>
      </w:pPr>
      <w:r>
        <w:rPr>
          <w:rFonts w:ascii="EB Garamond" w:hAnsi="EB Garamond" w:eastAsia="EB Garamond"/>
          <w:b w:val="0"/>
          <w:i w:val="0"/>
          <w:sz w:val="22"/>
        </w:rPr>
        <w:t>Youth group.</w:t>
      </w:r>
    </w:p>
    <w:p>
      <w:pPr>
        <w:spacing w:after="0" w:line="264" w:lineRule="exact"/>
      </w:pPr>
      <w:r>
        <w:rPr>
          <w:rFonts w:ascii="EB Garamond" w:hAnsi="EB Garamond" w:eastAsia="EB Garamond"/>
          <w:b w:val="0"/>
          <w:i w:val="0"/>
          <w:sz w:val="22"/>
        </w:rPr>
        <w:t>The way people joked.</w:t>
      </w:r>
    </w:p>
    <w:p>
      <w:pPr>
        <w:spacing w:after="0" w:line="264" w:lineRule="exact"/>
      </w:pPr>
      <w:r>
        <w:rPr>
          <w:rFonts w:ascii="EB Garamond" w:hAnsi="EB Garamond" w:eastAsia="EB Garamond"/>
          <w:b w:val="0"/>
          <w:i w:val="0"/>
          <w:sz w:val="22"/>
        </w:rPr>
        <w:t>The way she had joked.</w:t>
      </w:r>
    </w:p>
    <w:p>
      <w:pPr>
        <w:spacing w:after="0" w:line="264" w:lineRule="exact"/>
      </w:pPr>
      <w:r>
        <w:rPr>
          <w:rFonts w:ascii="EB Garamond" w:hAnsi="EB Garamond" w:eastAsia="EB Garamond"/>
          <w:b w:val="0"/>
          <w:i/>
          <w:sz w:val="22"/>
        </w:rPr>
        <w:t>Marry Jesus.</w:t>
      </w:r>
    </w:p>
    <w:p>
      <w:pPr>
        <w:spacing w:after="0" w:line="264" w:lineRule="exact"/>
      </w:pPr>
      <w:r>
        <w:rPr>
          <w:rFonts w:ascii="EB Garamond" w:hAnsi="EB Garamond" w:eastAsia="EB Garamond"/>
          <w:b w:val="0"/>
          <w:i/>
          <w:sz w:val="22"/>
        </w:rPr>
        <w:t>Nun.</w:t>
      </w:r>
    </w:p>
    <w:p>
      <w:pPr>
        <w:spacing w:after="0" w:line="264" w:lineRule="exact"/>
      </w:pPr>
      <w:r>
        <w:rPr>
          <w:rFonts w:ascii="EB Garamond" w:hAnsi="EB Garamond" w:eastAsia="EB Garamond"/>
          <w:b w:val="0"/>
          <w:i/>
          <w:sz w:val="22"/>
        </w:rPr>
        <w:t>We get it, you love Jesus.</w:t>
      </w:r>
    </w:p>
    <w:p>
      <w:pPr>
        <w:spacing w:after="0" w:line="264" w:lineRule="exact"/>
      </w:pPr>
      <w:r>
        <w:rPr>
          <w:rFonts w:ascii="EB Garamond" w:hAnsi="EB Garamond" w:eastAsia="EB Garamond"/>
          <w:b w:val="0"/>
          <w:i w:val="0"/>
          <w:sz w:val="22"/>
        </w:rPr>
        <w:t>Nora smiling until she didn’t.</w:t>
      </w:r>
    </w:p>
    <w:p>
      <w:pPr>
        <w:spacing w:after="0" w:line="264" w:lineRule="exact"/>
      </w:pPr>
      <w:r>
        <w:rPr>
          <w:rFonts w:ascii="EB Garamond" w:hAnsi="EB Garamond" w:eastAsia="EB Garamond"/>
          <w:b w:val="0"/>
          <w:i w:val="0"/>
          <w:sz w:val="22"/>
        </w:rPr>
        <w:t>Elsie’s stomach tightened.</w:t>
      </w:r>
    </w:p>
    <w:p>
      <w:pPr>
        <w:spacing w:after="0" w:line="264" w:lineRule="exact"/>
      </w:pPr>
      <w:r>
        <w:rPr>
          <w:rFonts w:ascii="EB Garamond" w:hAnsi="EB Garamond" w:eastAsia="EB Garamond"/>
          <w:b w:val="0"/>
          <w:i w:val="0"/>
          <w:sz w:val="22"/>
        </w:rPr>
        <w:t>Maybe Saturday hadn’t started Saturday.</w:t>
      </w:r>
    </w:p>
    <w:p>
      <w:pPr>
        <w:spacing w:after="0" w:line="264" w:lineRule="exact"/>
      </w:pPr>
      <w:r>
        <w:rPr>
          <w:rFonts w:ascii="EB Garamond" w:hAnsi="EB Garamond" w:eastAsia="EB Garamond"/>
          <w:b w:val="0"/>
          <w:i w:val="0"/>
          <w:sz w:val="22"/>
        </w:rPr>
        <w:t>Maybe Saturday had just been the first time Elsie understood what she was seeing.</w:t>
      </w:r>
    </w:p>
    <w:p>
      <w:pPr>
        <w:spacing w:after="0" w:line="264" w:lineRule="exact"/>
      </w:pPr>
      <w:r>
        <w:rPr>
          <w:rFonts w:ascii="EB Garamond" w:hAnsi="EB Garamond" w:eastAsia="EB Garamond"/>
          <w:b w:val="0"/>
          <w:i w:val="0"/>
          <w:sz w:val="22"/>
        </w:rPr>
        <w:t>Nora came back Tuesday.</w:t>
      </w:r>
    </w:p>
    <w:p>
      <w:pPr>
        <w:spacing w:after="0" w:line="264" w:lineRule="exact"/>
      </w:pPr>
      <w:r>
        <w:rPr>
          <w:rFonts w:ascii="EB Garamond" w:hAnsi="EB Garamond" w:eastAsia="EB Garamond"/>
          <w:b w:val="0"/>
          <w:i w:val="0"/>
          <w:sz w:val="22"/>
        </w:rPr>
        <w:t>Jeans.</w:t>
      </w:r>
    </w:p>
    <w:p>
      <w:pPr>
        <w:spacing w:after="0" w:line="264" w:lineRule="exact"/>
      </w:pPr>
      <w:r>
        <w:rPr>
          <w:rFonts w:ascii="EB Garamond" w:hAnsi="EB Garamond" w:eastAsia="EB Garamond"/>
          <w:b w:val="0"/>
          <w:i w:val="0"/>
          <w:sz w:val="22"/>
        </w:rPr>
        <w:t>Sweatshirt.</w:t>
      </w:r>
    </w:p>
    <w:p>
      <w:pPr>
        <w:spacing w:after="0" w:line="264" w:lineRule="exact"/>
      </w:pPr>
      <w:r>
        <w:rPr>
          <w:rFonts w:ascii="EB Garamond" w:hAnsi="EB Garamond" w:eastAsia="EB Garamond"/>
          <w:b w:val="0"/>
          <w:i w:val="0"/>
          <w:sz w:val="22"/>
        </w:rPr>
        <w:t>Hair pulled back.</w:t>
      </w:r>
    </w:p>
    <w:p>
      <w:pPr>
        <w:spacing w:after="0" w:line="264" w:lineRule="exact"/>
      </w:pPr>
      <w:r>
        <w:rPr>
          <w:rFonts w:ascii="EB Garamond" w:hAnsi="EB Garamond" w:eastAsia="EB Garamond"/>
          <w:b w:val="0"/>
          <w:i w:val="0"/>
          <w:sz w:val="22"/>
        </w:rPr>
        <w:t>No makeup.</w:t>
      </w:r>
    </w:p>
    <w:p>
      <w:pPr>
        <w:spacing w:after="0" w:line="264" w:lineRule="exact"/>
      </w:pPr>
      <w:r>
        <w:rPr>
          <w:rFonts w:ascii="EB Garamond" w:hAnsi="EB Garamond" w:eastAsia="EB Garamond"/>
          <w:b w:val="0"/>
          <w:i w:val="0"/>
          <w:sz w:val="22"/>
        </w:rPr>
        <w:t>Elsie noticed.</w:t>
      </w:r>
    </w:p>
    <w:p>
      <w:pPr>
        <w:spacing w:after="0" w:line="264" w:lineRule="exact"/>
      </w:pPr>
      <w:r>
        <w:rPr>
          <w:rFonts w:ascii="EB Garamond" w:hAnsi="EB Garamond" w:eastAsia="EB Garamond"/>
          <w:b w:val="0"/>
          <w:i w:val="0"/>
          <w:sz w:val="22"/>
        </w:rPr>
        <w:t>Then immediately wondered why she noticed.</w:t>
      </w:r>
    </w:p>
    <w:p>
      <w:pPr>
        <w:spacing w:after="0" w:line="264" w:lineRule="exact"/>
      </w:pPr>
      <w:r>
        <w:rPr>
          <w:rFonts w:ascii="EB Garamond" w:hAnsi="EB Garamond" w:eastAsia="EB Garamond"/>
          <w:b w:val="0"/>
          <w:i w:val="0"/>
          <w:sz w:val="22"/>
        </w:rPr>
        <w:t>Probably because Nora normally wore a little.</w:t>
      </w:r>
    </w:p>
    <w:p>
      <w:pPr>
        <w:spacing w:after="0" w:line="264" w:lineRule="exact"/>
      </w:pPr>
      <w:r>
        <w:rPr>
          <w:rFonts w:ascii="EB Garamond" w:hAnsi="EB Garamond" w:eastAsia="EB Garamond"/>
          <w:b w:val="0"/>
          <w:i w:val="0"/>
          <w:sz w:val="22"/>
        </w:rPr>
        <w:t>Mascara.</w:t>
      </w:r>
    </w:p>
    <w:p>
      <w:pPr>
        <w:spacing w:after="0" w:line="264" w:lineRule="exact"/>
      </w:pPr>
      <w:r>
        <w:rPr>
          <w:rFonts w:ascii="EB Garamond" w:hAnsi="EB Garamond" w:eastAsia="EB Garamond"/>
          <w:b w:val="0"/>
          <w:i w:val="0"/>
          <w:sz w:val="22"/>
        </w:rPr>
        <w:t>Lip gloss.</w:t>
      </w:r>
    </w:p>
    <w:p>
      <w:pPr>
        <w:spacing w:after="0" w:line="264" w:lineRule="exact"/>
      </w:pPr>
      <w:r>
        <w:rPr>
          <w:rFonts w:ascii="EB Garamond" w:hAnsi="EB Garamond" w:eastAsia="EB Garamond"/>
          <w:b w:val="0"/>
          <w:i w:val="0"/>
          <w:sz w:val="22"/>
        </w:rPr>
        <w:t>Normal things.</w:t>
      </w:r>
    </w:p>
    <w:p>
      <w:pPr>
        <w:spacing w:after="0" w:line="264" w:lineRule="exact"/>
      </w:pPr>
      <w:r>
        <w:rPr>
          <w:rFonts w:ascii="EB Garamond" w:hAnsi="EB Garamond" w:eastAsia="EB Garamond"/>
          <w:b w:val="0"/>
          <w:i w:val="0"/>
          <w:sz w:val="22"/>
        </w:rPr>
        <w:t>Today she looked like she was trying not to be noticeable.</w:t>
      </w:r>
    </w:p>
    <w:p>
      <w:pPr>
        <w:spacing w:after="0" w:line="264" w:lineRule="exact"/>
      </w:pPr>
      <w:r>
        <w:rPr>
          <w:rFonts w:ascii="EB Garamond" w:hAnsi="EB Garamond" w:eastAsia="EB Garamond"/>
          <w:b w:val="0"/>
          <w:i w:val="0"/>
          <w:sz w:val="22"/>
        </w:rPr>
        <w:t>Elsie hated that.</w:t>
      </w:r>
    </w:p>
    <w:p>
      <w:pPr>
        <w:spacing w:after="0" w:line="264" w:lineRule="exact"/>
      </w:pPr>
      <w:r>
        <w:rPr>
          <w:rFonts w:ascii="EB Garamond" w:hAnsi="EB Garamond" w:eastAsia="EB Garamond"/>
          <w:b w:val="0"/>
          <w:i w:val="0"/>
          <w:sz w:val="22"/>
        </w:rPr>
        <w:t>She found her at her locker.</w:t>
      </w:r>
    </w:p>
    <w:p>
      <w:pPr>
        <w:spacing w:after="0" w:line="264" w:lineRule="exact"/>
      </w:pPr>
      <w:r>
        <w:rPr>
          <w:rFonts w:ascii="EB Garamond" w:hAnsi="EB Garamond" w:eastAsia="EB Garamond"/>
          <w:b w:val="0"/>
          <w:i w:val="0"/>
          <w:sz w:val="22"/>
        </w:rPr>
        <w:t>“Hey.”</w:t>
      </w:r>
    </w:p>
    <w:p>
      <w:pPr>
        <w:spacing w:after="0" w:line="264" w:lineRule="exact"/>
      </w:pPr>
      <w:r>
        <w:rPr>
          <w:rFonts w:ascii="EB Garamond" w:hAnsi="EB Garamond" w:eastAsia="EB Garamond"/>
          <w:b w:val="0"/>
          <w:i w:val="0"/>
          <w:sz w:val="22"/>
        </w:rPr>
        <w:t>Nora looked over.</w:t>
      </w:r>
    </w:p>
    <w:p>
      <w:pPr>
        <w:spacing w:after="0" w:line="264" w:lineRule="exact"/>
      </w:pPr>
      <w:r>
        <w:rPr>
          <w:rFonts w:ascii="EB Garamond" w:hAnsi="EB Garamond" w:eastAsia="EB Garamond"/>
          <w:b w:val="0"/>
          <w:i w:val="0"/>
          <w:sz w:val="22"/>
        </w:rPr>
        <w:t>“Hey.”</w:t>
      </w:r>
    </w:p>
    <w:p>
      <w:pPr>
        <w:spacing w:after="0" w:line="264" w:lineRule="exact"/>
      </w:pPr>
      <w:r>
        <w:rPr>
          <w:rFonts w:ascii="EB Garamond" w:hAnsi="EB Garamond" w:eastAsia="EB Garamond"/>
          <w:b w:val="0"/>
          <w:i w:val="0"/>
          <w:sz w:val="22"/>
        </w:rPr>
        <w:t>Elsie waited.</w:t>
      </w:r>
    </w:p>
    <w:p>
      <w:pPr>
        <w:spacing w:after="0" w:line="264" w:lineRule="exact"/>
      </w:pPr>
      <w:r>
        <w:rPr>
          <w:rFonts w:ascii="EB Garamond" w:hAnsi="EB Garamond" w:eastAsia="EB Garamond"/>
          <w:b w:val="0"/>
          <w:i w:val="0"/>
          <w:sz w:val="22"/>
        </w:rPr>
        <w:t>Nora closed her locker.</w:t>
      </w:r>
    </w:p>
    <w:p>
      <w:pPr>
        <w:spacing w:after="0" w:line="264" w:lineRule="exact"/>
      </w:pPr>
      <w:r>
        <w:rPr>
          <w:rFonts w:ascii="EB Garamond" w:hAnsi="EB Garamond" w:eastAsia="EB Garamond"/>
          <w:b w:val="0"/>
          <w:i w:val="0"/>
          <w:sz w:val="22"/>
        </w:rPr>
        <w:t>“You can ask.”</w:t>
      </w:r>
    </w:p>
    <w:p>
      <w:pPr>
        <w:spacing w:after="0" w:line="264" w:lineRule="exact"/>
      </w:pPr>
      <w:r>
        <w:rPr>
          <w:rFonts w:ascii="EB Garamond" w:hAnsi="EB Garamond" w:eastAsia="EB Garamond"/>
          <w:b w:val="0"/>
          <w:i w:val="0"/>
          <w:sz w:val="22"/>
        </w:rPr>
        <w:t>“I wasn’t going to.”</w:t>
      </w:r>
    </w:p>
    <w:p>
      <w:pPr>
        <w:spacing w:after="0" w:line="264" w:lineRule="exact"/>
      </w:pPr>
      <w:r>
        <w:rPr>
          <w:rFonts w:ascii="EB Garamond" w:hAnsi="EB Garamond" w:eastAsia="EB Garamond"/>
          <w:b w:val="0"/>
          <w:i w:val="0"/>
          <w:sz w:val="22"/>
        </w:rPr>
        <w:t>“You absolutely were.”</w:t>
      </w:r>
    </w:p>
    <w:p>
      <w:pPr>
        <w:spacing w:after="0" w:line="264" w:lineRule="exact"/>
      </w:pPr>
      <w:r>
        <w:rPr>
          <w:rFonts w:ascii="EB Garamond" w:hAnsi="EB Garamond" w:eastAsia="EB Garamond"/>
          <w:b w:val="0"/>
          <w:i w:val="0"/>
          <w:sz w:val="22"/>
        </w:rPr>
        <w:t>Elsie smiled.</w:t>
      </w:r>
    </w:p>
    <w:p>
      <w:pPr>
        <w:spacing w:after="0" w:line="264" w:lineRule="exact"/>
      </w:pPr>
      <w:r>
        <w:rPr>
          <w:rFonts w:ascii="EB Garamond" w:hAnsi="EB Garamond" w:eastAsia="EB Garamond"/>
          <w:b w:val="0"/>
          <w:i w:val="0"/>
          <w:sz w:val="22"/>
        </w:rPr>
        <w:t>“Are you okay?”</w:t>
      </w:r>
    </w:p>
    <w:p>
      <w:pPr>
        <w:spacing w:after="0" w:line="264" w:lineRule="exact"/>
      </w:pPr>
      <w:r>
        <w:rPr>
          <w:rFonts w:ascii="EB Garamond" w:hAnsi="EB Garamond" w:eastAsia="EB Garamond"/>
          <w:b w:val="0"/>
          <w:i w:val="0"/>
          <w:sz w:val="22"/>
        </w:rPr>
        <w:t>Nora shrugged.</w:t>
      </w:r>
    </w:p>
    <w:p>
      <w:pPr>
        <w:spacing w:after="0" w:line="264" w:lineRule="exact"/>
      </w:pPr>
      <w:r>
        <w:rPr>
          <w:rFonts w:ascii="EB Garamond" w:hAnsi="EB Garamond" w:eastAsia="EB Garamond"/>
          <w:b w:val="0"/>
          <w:i w:val="0"/>
          <w:sz w:val="22"/>
        </w:rPr>
        <w:t>“Define okay.”</w:t>
      </w:r>
    </w:p>
    <w:p>
      <w:pPr>
        <w:spacing w:after="0" w:line="264" w:lineRule="exact"/>
      </w:pPr>
      <w:r>
        <w:rPr>
          <w:rFonts w:ascii="EB Garamond" w:hAnsi="EB Garamond" w:eastAsia="EB Garamond"/>
          <w:b w:val="0"/>
          <w:i w:val="0"/>
          <w:sz w:val="22"/>
        </w:rPr>
        <w:t>“Alive.”</w:t>
      </w:r>
    </w:p>
    <w:p>
      <w:pPr>
        <w:spacing w:after="0" w:line="264" w:lineRule="exact"/>
      </w:pPr>
      <w:r>
        <w:rPr>
          <w:rFonts w:ascii="EB Garamond" w:hAnsi="EB Garamond" w:eastAsia="EB Garamond"/>
          <w:b w:val="0"/>
          <w:i w:val="0"/>
          <w:sz w:val="22"/>
        </w:rPr>
        <w:t>“So far.”</w:t>
      </w:r>
    </w:p>
    <w:p>
      <w:pPr>
        <w:spacing w:after="0" w:line="264" w:lineRule="exact"/>
      </w:pPr>
      <w:r>
        <w:rPr>
          <w:rFonts w:ascii="EB Garamond" w:hAnsi="EB Garamond" w:eastAsia="EB Garamond"/>
          <w:b w:val="0"/>
          <w:i w:val="0"/>
          <w:sz w:val="22"/>
        </w:rPr>
        <w:t>Elsie looked at her.</w:t>
      </w:r>
    </w:p>
    <w:p>
      <w:pPr>
        <w:spacing w:after="0" w:line="264" w:lineRule="exact"/>
      </w:pPr>
      <w:r>
        <w:rPr>
          <w:rFonts w:ascii="EB Garamond" w:hAnsi="EB Garamond" w:eastAsia="EB Garamond"/>
          <w:b w:val="0"/>
          <w:i w:val="0"/>
          <w:sz w:val="22"/>
        </w:rPr>
        <w:t>Nora sighed.</w:t>
      </w:r>
    </w:p>
    <w:p>
      <w:pPr>
        <w:spacing w:after="0" w:line="264" w:lineRule="exact"/>
      </w:pPr>
      <w:r>
        <w:rPr>
          <w:rFonts w:ascii="EB Garamond" w:hAnsi="EB Garamond" w:eastAsia="EB Garamond"/>
          <w:b w:val="0"/>
          <w:i w:val="0"/>
          <w:sz w:val="22"/>
        </w:rPr>
        <w:t>“Sorry.”</w:t>
      </w:r>
    </w:p>
    <w:p>
      <w:pPr>
        <w:spacing w:after="0" w:line="264" w:lineRule="exact"/>
      </w:pPr>
      <w:r>
        <w:rPr>
          <w:rFonts w:ascii="EB Garamond" w:hAnsi="EB Garamond" w:eastAsia="EB Garamond"/>
          <w:b w:val="0"/>
          <w:i w:val="0"/>
          <w:sz w:val="22"/>
        </w:rPr>
        <w:t>“For what?”</w:t>
      </w:r>
    </w:p>
    <w:p>
      <w:pPr>
        <w:spacing w:after="0" w:line="264" w:lineRule="exact"/>
      </w:pPr>
      <w:r>
        <w:rPr>
          <w:rFonts w:ascii="EB Garamond" w:hAnsi="EB Garamond" w:eastAsia="EB Garamond"/>
          <w:b w:val="0"/>
          <w:i w:val="0"/>
          <w:sz w:val="22"/>
        </w:rPr>
        <w:t>“That sounded dramatic.”</w:t>
      </w:r>
    </w:p>
    <w:p>
      <w:pPr>
        <w:spacing w:after="0" w:line="264" w:lineRule="exact"/>
      </w:pPr>
      <w:r>
        <w:rPr>
          <w:rFonts w:ascii="EB Garamond" w:hAnsi="EB Garamond" w:eastAsia="EB Garamond"/>
          <w:b w:val="0"/>
          <w:i w:val="0"/>
          <w:sz w:val="22"/>
        </w:rPr>
        <w:t>“You’re allowed.”</w:t>
      </w:r>
    </w:p>
    <w:p>
      <w:pPr>
        <w:spacing w:after="0" w:line="264" w:lineRule="exact"/>
      </w:pPr>
      <w:r>
        <w:rPr>
          <w:rFonts w:ascii="EB Garamond" w:hAnsi="EB Garamond" w:eastAsia="EB Garamond"/>
          <w:b w:val="0"/>
          <w:i w:val="0"/>
          <w:sz w:val="22"/>
        </w:rPr>
        <w:t>“Don’t tell Maddie that. She’ll weaponize it.”</w:t>
      </w:r>
    </w:p>
    <w:p>
      <w:pPr>
        <w:spacing w:after="0" w:line="264" w:lineRule="exact"/>
      </w:pPr>
      <w:r>
        <w:rPr>
          <w:rFonts w:ascii="EB Garamond" w:hAnsi="EB Garamond" w:eastAsia="EB Garamond"/>
          <w:b w:val="0"/>
          <w:i w:val="0"/>
          <w:sz w:val="22"/>
        </w:rPr>
        <w:t>Elsie smiled.</w:t>
      </w:r>
    </w:p>
    <w:p>
      <w:pPr>
        <w:spacing w:after="0" w:line="264" w:lineRule="exact"/>
      </w:pPr>
      <w:r>
        <w:rPr>
          <w:rFonts w:ascii="EB Garamond" w:hAnsi="EB Garamond" w:eastAsia="EB Garamond"/>
          <w:b w:val="0"/>
          <w:i w:val="0"/>
          <w:sz w:val="22"/>
        </w:rPr>
        <w:t>Then neither of them said anything.</w:t>
      </w:r>
    </w:p>
    <w:p>
      <w:pPr>
        <w:spacing w:after="0" w:line="264" w:lineRule="exact"/>
      </w:pPr>
      <w:r>
        <w:rPr>
          <w:rFonts w:ascii="EB Garamond" w:hAnsi="EB Garamond" w:eastAsia="EB Garamond"/>
          <w:b w:val="0"/>
          <w:i w:val="0"/>
          <w:sz w:val="22"/>
        </w:rPr>
        <w:t>Students moved around them.</w:t>
      </w:r>
    </w:p>
    <w:p>
      <w:pPr>
        <w:spacing w:after="0" w:line="264" w:lineRule="exact"/>
      </w:pPr>
      <w:r>
        <w:rPr>
          <w:rFonts w:ascii="EB Garamond" w:hAnsi="EB Garamond" w:eastAsia="EB Garamond"/>
          <w:b w:val="0"/>
          <w:i w:val="0"/>
          <w:sz w:val="22"/>
        </w:rPr>
        <w:t>Lockers slammed.</w:t>
      </w:r>
    </w:p>
    <w:p>
      <w:pPr>
        <w:spacing w:after="0" w:line="264" w:lineRule="exact"/>
      </w:pPr>
      <w:r>
        <w:rPr>
          <w:rFonts w:ascii="EB Garamond" w:hAnsi="EB Garamond" w:eastAsia="EB Garamond"/>
          <w:b w:val="0"/>
          <w:i w:val="0"/>
          <w:sz w:val="22"/>
        </w:rPr>
        <w:t>Someone yelled down the hall.</w:t>
      </w:r>
    </w:p>
    <w:p>
      <w:pPr>
        <w:spacing w:after="0" w:line="264" w:lineRule="exact"/>
      </w:pPr>
      <w:r>
        <w:rPr>
          <w:rFonts w:ascii="EB Garamond" w:hAnsi="EB Garamond" w:eastAsia="EB Garamond"/>
          <w:b w:val="0"/>
          <w:i w:val="0"/>
          <w:sz w:val="22"/>
        </w:rPr>
        <w:t>Normal school noise.</w:t>
      </w:r>
    </w:p>
    <w:p>
      <w:pPr>
        <w:spacing w:after="0" w:line="264" w:lineRule="exact"/>
      </w:pPr>
      <w:r>
        <w:rPr>
          <w:rFonts w:ascii="EB Garamond" w:hAnsi="EB Garamond" w:eastAsia="EB Garamond"/>
          <w:b w:val="0"/>
          <w:i w:val="0"/>
          <w:sz w:val="22"/>
        </w:rPr>
        <w:t>Finally Nora said:</w:t>
      </w:r>
    </w:p>
    <w:p>
      <w:pPr>
        <w:spacing w:after="0" w:line="264" w:lineRule="exact"/>
      </w:pPr>
      <w:r>
        <w:rPr>
          <w:rFonts w:ascii="EB Garamond" w:hAnsi="EB Garamond" w:eastAsia="EB Garamond"/>
          <w:b w:val="0"/>
          <w:i w:val="0"/>
          <w:sz w:val="22"/>
        </w:rPr>
        <w:t>“My brother had another scan Thursday.”</w:t>
      </w:r>
    </w:p>
    <w:p>
      <w:pPr>
        <w:spacing w:after="0" w:line="264" w:lineRule="exact"/>
      </w:pPr>
      <w:r>
        <w:rPr>
          <w:rFonts w:ascii="EB Garamond" w:hAnsi="EB Garamond" w:eastAsia="EB Garamond"/>
          <w:b w:val="0"/>
          <w:i w:val="0"/>
          <w:sz w:val="22"/>
        </w:rPr>
        <w:t>There it was.</w:t>
      </w:r>
    </w:p>
    <w:p>
      <w:pPr>
        <w:spacing w:after="0" w:line="264" w:lineRule="exact"/>
      </w:pPr>
      <w:r>
        <w:rPr>
          <w:rFonts w:ascii="EB Garamond" w:hAnsi="EB Garamond" w:eastAsia="EB Garamond"/>
          <w:b w:val="0"/>
          <w:i w:val="0"/>
          <w:sz w:val="22"/>
        </w:rPr>
        <w:t>Elsie stayed still.</w:t>
      </w:r>
    </w:p>
    <w:p>
      <w:pPr>
        <w:spacing w:after="0" w:line="264" w:lineRule="exact"/>
      </w:pPr>
      <w:r>
        <w:rPr>
          <w:rFonts w:ascii="EB Garamond" w:hAnsi="EB Garamond" w:eastAsia="EB Garamond"/>
          <w:b w:val="0"/>
          <w:i w:val="0"/>
          <w:sz w:val="22"/>
        </w:rPr>
        <w:t>Nora looked down at the floor.</w:t>
      </w:r>
    </w:p>
    <w:p>
      <w:pPr>
        <w:spacing w:after="0" w:line="264" w:lineRule="exact"/>
      </w:pPr>
      <w:r>
        <w:rPr>
          <w:rFonts w:ascii="EB Garamond" w:hAnsi="EB Garamond" w:eastAsia="EB Garamond"/>
          <w:b w:val="0"/>
          <w:i w:val="0"/>
          <w:sz w:val="22"/>
        </w:rPr>
        <w:t>“They found something.”</w:t>
      </w:r>
    </w:p>
    <w:p>
      <w:pPr>
        <w:spacing w:after="0" w:line="264" w:lineRule="exact"/>
      </w:pPr>
      <w:r>
        <w:rPr>
          <w:rFonts w:ascii="EB Garamond" w:hAnsi="EB Garamond" w:eastAsia="EB Garamond"/>
          <w:b w:val="0"/>
          <w:i w:val="0"/>
          <w:sz w:val="22"/>
        </w:rPr>
        <w:t>Elsie’s chest tightened.</w:t>
      </w:r>
    </w:p>
    <w:p>
      <w:pPr>
        <w:spacing w:after="0" w:line="264" w:lineRule="exact"/>
      </w:pPr>
      <w:r>
        <w:rPr>
          <w:rFonts w:ascii="EB Garamond" w:hAnsi="EB Garamond" w:eastAsia="EB Garamond"/>
          <w:b w:val="0"/>
          <w:i w:val="0"/>
          <w:sz w:val="22"/>
        </w:rPr>
        <w:t>“Is he—”</w:t>
      </w:r>
    </w:p>
    <w:p>
      <w:pPr>
        <w:spacing w:after="0" w:line="264" w:lineRule="exact"/>
      </w:pPr>
      <w:r>
        <w:rPr>
          <w:rFonts w:ascii="EB Garamond" w:hAnsi="EB Garamond" w:eastAsia="EB Garamond"/>
          <w:b w:val="0"/>
          <w:i w:val="0"/>
          <w:sz w:val="22"/>
        </w:rPr>
        <w:t>“They don’t know.”</w:t>
      </w:r>
    </w:p>
    <w:p>
      <w:pPr>
        <w:spacing w:after="0" w:line="264" w:lineRule="exact"/>
      </w:pPr>
      <w:r>
        <w:rPr>
          <w:rFonts w:ascii="EB Garamond" w:hAnsi="EB Garamond" w:eastAsia="EB Garamond"/>
          <w:b w:val="0"/>
          <w:i w:val="0"/>
          <w:sz w:val="22"/>
        </w:rPr>
        <w:t>Nora’s voice cracked slightly.</w:t>
      </w:r>
    </w:p>
    <w:p>
      <w:pPr>
        <w:spacing w:after="0" w:line="264" w:lineRule="exact"/>
      </w:pPr>
      <w:r>
        <w:rPr>
          <w:rFonts w:ascii="EB Garamond" w:hAnsi="EB Garamond" w:eastAsia="EB Garamond"/>
          <w:b w:val="0"/>
          <w:i w:val="0"/>
          <w:sz w:val="22"/>
        </w:rPr>
        <w:t>She cleared it.</w:t>
      </w:r>
    </w:p>
    <w:p>
      <w:pPr>
        <w:spacing w:after="0" w:line="264" w:lineRule="exact"/>
      </w:pPr>
      <w:r>
        <w:rPr>
          <w:rFonts w:ascii="EB Garamond" w:hAnsi="EB Garamond" w:eastAsia="EB Garamond"/>
          <w:b w:val="0"/>
          <w:i w:val="0"/>
          <w:sz w:val="22"/>
        </w:rPr>
        <w:t>“They don’t know what it is yet.”</w:t>
      </w:r>
    </w:p>
    <w:p>
      <w:pPr>
        <w:spacing w:after="0" w:line="264" w:lineRule="exact"/>
      </w:pPr>
      <w:r>
        <w:rPr>
          <w:rFonts w:ascii="EB Garamond" w:hAnsi="EB Garamond" w:eastAsia="EB Garamond"/>
          <w:b w:val="0"/>
          <w:i w:val="0"/>
          <w:sz w:val="22"/>
        </w:rPr>
        <w:t>Elsie swallowed.</w:t>
      </w:r>
    </w:p>
    <w:p>
      <w:pPr>
        <w:spacing w:after="0" w:line="264" w:lineRule="exact"/>
      </w:pPr>
      <w:r>
        <w:rPr>
          <w:rFonts w:ascii="EB Garamond" w:hAnsi="EB Garamond" w:eastAsia="EB Garamond"/>
          <w:b w:val="0"/>
          <w:i w:val="0"/>
          <w:sz w:val="22"/>
        </w:rPr>
        <w:t>Last year.</w:t>
      </w:r>
    </w:p>
    <w:p>
      <w:pPr>
        <w:spacing w:after="0" w:line="264" w:lineRule="exact"/>
      </w:pPr>
      <w:r>
        <w:rPr>
          <w:rFonts w:ascii="EB Garamond" w:hAnsi="EB Garamond" w:eastAsia="EB Garamond"/>
          <w:b w:val="0"/>
          <w:i w:val="0"/>
          <w:sz w:val="22"/>
        </w:rPr>
        <w:t>Really sick.</w:t>
      </w:r>
    </w:p>
    <w:p>
      <w:pPr>
        <w:spacing w:after="0" w:line="264" w:lineRule="exact"/>
      </w:pPr>
      <w:r>
        <w:rPr>
          <w:rFonts w:ascii="EB Garamond" w:hAnsi="EB Garamond" w:eastAsia="EB Garamond"/>
          <w:b w:val="0"/>
          <w:i/>
          <w:sz w:val="22"/>
        </w:rPr>
        <w:t>Is he okay?</w:t>
      </w:r>
    </w:p>
    <w:p>
      <w:pPr>
        <w:spacing w:after="0" w:line="264" w:lineRule="exact"/>
      </w:pPr>
      <w:r>
        <w:rPr>
          <w:rFonts w:ascii="EB Garamond" w:hAnsi="EB Garamond" w:eastAsia="EB Garamond"/>
          <w:b w:val="0"/>
          <w:i/>
          <w:sz w:val="22"/>
        </w:rPr>
        <w:t>Now.</w:t>
      </w:r>
    </w:p>
    <w:p>
      <w:pPr>
        <w:spacing w:after="0" w:line="264" w:lineRule="exact"/>
      </w:pPr>
      <w:r>
        <w:rPr>
          <w:rFonts w:ascii="EB Garamond" w:hAnsi="EB Garamond" w:eastAsia="EB Garamond"/>
          <w:b w:val="0"/>
          <w:i w:val="0"/>
          <w:sz w:val="22"/>
        </w:rPr>
        <w:t>Except now apparently had an expiration date.</w:t>
      </w:r>
    </w:p>
    <w:p>
      <w:pPr>
        <w:spacing w:after="0" w:line="264" w:lineRule="exact"/>
      </w:pPr>
      <w:r>
        <w:rPr>
          <w:rFonts w:ascii="EB Garamond" w:hAnsi="EB Garamond" w:eastAsia="EB Garamond"/>
          <w:b w:val="0"/>
          <w:i w:val="0"/>
          <w:sz w:val="22"/>
        </w:rPr>
        <w:t>“I’m sorry.”</w:t>
      </w:r>
    </w:p>
    <w:p>
      <w:pPr>
        <w:spacing w:after="0" w:line="264" w:lineRule="exact"/>
      </w:pPr>
      <w:r>
        <w:rPr>
          <w:rFonts w:ascii="EB Garamond" w:hAnsi="EB Garamond" w:eastAsia="EB Garamond"/>
          <w:b w:val="0"/>
          <w:i w:val="0"/>
          <w:sz w:val="22"/>
        </w:rPr>
        <w:t>Nora nodded.</w:t>
      </w:r>
    </w:p>
    <w:p>
      <w:pPr>
        <w:spacing w:after="0" w:line="264" w:lineRule="exact"/>
      </w:pPr>
      <w:r>
        <w:rPr>
          <w:rFonts w:ascii="EB Garamond" w:hAnsi="EB Garamond" w:eastAsia="EB Garamond"/>
          <w:b w:val="0"/>
          <w:i w:val="0"/>
          <w:sz w:val="22"/>
        </w:rPr>
        <w:t>“Yeah.”</w:t>
      </w:r>
    </w:p>
    <w:p>
      <w:pPr>
        <w:spacing w:after="0" w:line="264" w:lineRule="exact"/>
      </w:pPr>
      <w:r>
        <w:rPr>
          <w:rFonts w:ascii="EB Garamond" w:hAnsi="EB Garamond" w:eastAsia="EB Garamond"/>
          <w:b w:val="0"/>
          <w:i w:val="0"/>
          <w:sz w:val="22"/>
        </w:rPr>
        <w:t>“Is that what you and Lucas were talking about?”</w:t>
      </w:r>
    </w:p>
    <w:p>
      <w:pPr>
        <w:spacing w:after="0" w:line="264" w:lineRule="exact"/>
      </w:pPr>
      <w:r>
        <w:rPr>
          <w:rFonts w:ascii="EB Garamond" w:hAnsi="EB Garamond" w:eastAsia="EB Garamond"/>
          <w:b w:val="0"/>
          <w:i w:val="0"/>
          <w:sz w:val="22"/>
        </w:rPr>
        <w:t>“His mom works at the hospital.”</w:t>
      </w:r>
    </w:p>
    <w:p>
      <w:pPr>
        <w:spacing w:after="0" w:line="264" w:lineRule="exact"/>
      </w:pPr>
      <w:r>
        <w:rPr>
          <w:rFonts w:ascii="EB Garamond" w:hAnsi="EB Garamond" w:eastAsia="EB Garamond"/>
          <w:b w:val="0"/>
          <w:i w:val="0"/>
          <w:sz w:val="22"/>
        </w:rPr>
        <w:t>Elsie waited.</w:t>
      </w:r>
    </w:p>
    <w:p>
      <w:pPr>
        <w:spacing w:after="0" w:line="264" w:lineRule="exact"/>
      </w:pPr>
      <w:r>
        <w:rPr>
          <w:rFonts w:ascii="EB Garamond" w:hAnsi="EB Garamond" w:eastAsia="EB Garamond"/>
          <w:b w:val="0"/>
          <w:i w:val="0"/>
          <w:sz w:val="22"/>
        </w:rPr>
        <w:t>“He knew we were there.”</w:t>
      </w:r>
    </w:p>
    <w:p>
      <w:pPr>
        <w:spacing w:after="0" w:line="264" w:lineRule="exact"/>
      </w:pPr>
      <w:r>
        <w:rPr>
          <w:rFonts w:ascii="EB Garamond" w:hAnsi="EB Garamond" w:eastAsia="EB Garamond"/>
          <w:b w:val="0"/>
          <w:i w:val="0"/>
          <w:sz w:val="22"/>
        </w:rPr>
        <w:t>“Oh.”</w:t>
      </w:r>
    </w:p>
    <w:p>
      <w:pPr>
        <w:spacing w:after="0" w:line="264" w:lineRule="exact"/>
      </w:pPr>
      <w:r>
        <w:rPr>
          <w:rFonts w:ascii="EB Garamond" w:hAnsi="EB Garamond" w:eastAsia="EB Garamond"/>
          <w:b w:val="0"/>
          <w:i w:val="0"/>
          <w:sz w:val="22"/>
        </w:rPr>
        <w:t>“He asked if I was okay.”</w:t>
      </w:r>
    </w:p>
    <w:p>
      <w:pPr>
        <w:spacing w:after="0" w:line="264" w:lineRule="exact"/>
      </w:pPr>
      <w:r>
        <w:rPr>
          <w:rFonts w:ascii="EB Garamond" w:hAnsi="EB Garamond" w:eastAsia="EB Garamond"/>
          <w:b w:val="0"/>
          <w:i w:val="0"/>
          <w:sz w:val="22"/>
        </w:rPr>
        <w:t>Nora laughed once.</w:t>
      </w:r>
    </w:p>
    <w:p>
      <w:pPr>
        <w:spacing w:after="0" w:line="264" w:lineRule="exact"/>
      </w:pPr>
      <w:r>
        <w:rPr>
          <w:rFonts w:ascii="EB Garamond" w:hAnsi="EB Garamond" w:eastAsia="EB Garamond"/>
          <w:b w:val="0"/>
          <w:i w:val="0"/>
          <w:sz w:val="22"/>
        </w:rPr>
        <w:t>“Terrible decision.”</w:t>
      </w:r>
    </w:p>
    <w:p>
      <w:pPr>
        <w:spacing w:after="0" w:line="264" w:lineRule="exact"/>
      </w:pPr>
      <w:r>
        <w:rPr>
          <w:rFonts w:ascii="EB Garamond" w:hAnsi="EB Garamond" w:eastAsia="EB Garamond"/>
          <w:b w:val="0"/>
          <w:i w:val="0"/>
          <w:sz w:val="22"/>
        </w:rPr>
        <w:t>Elsie almost smiled.</w:t>
      </w:r>
    </w:p>
    <w:p>
      <w:pPr>
        <w:spacing w:after="0" w:line="264" w:lineRule="exact"/>
      </w:pPr>
      <w:r>
        <w:rPr>
          <w:rFonts w:ascii="EB Garamond" w:hAnsi="EB Garamond" w:eastAsia="EB Garamond"/>
          <w:b w:val="0"/>
          <w:i w:val="0"/>
          <w:sz w:val="22"/>
        </w:rPr>
        <w:t>Almost.</w:t>
      </w:r>
    </w:p>
    <w:p>
      <w:pPr>
        <w:spacing w:after="0" w:line="264" w:lineRule="exact"/>
      </w:pPr>
      <w:r>
        <w:rPr>
          <w:rFonts w:ascii="EB Garamond" w:hAnsi="EB Garamond" w:eastAsia="EB Garamond"/>
          <w:b w:val="0"/>
          <w:i w:val="0"/>
          <w:sz w:val="22"/>
        </w:rPr>
        <w:t>“So you told him?”</w:t>
      </w:r>
    </w:p>
    <w:p>
      <w:pPr>
        <w:spacing w:after="0" w:line="264" w:lineRule="exact"/>
      </w:pPr>
      <w:r>
        <w:rPr>
          <w:rFonts w:ascii="EB Garamond" w:hAnsi="EB Garamond" w:eastAsia="EB Garamond"/>
          <w:b w:val="0"/>
          <w:i w:val="0"/>
          <w:sz w:val="22"/>
        </w:rPr>
        <w:t>“A little.”</w:t>
      </w:r>
    </w:p>
    <w:p>
      <w:pPr>
        <w:spacing w:after="0" w:line="264" w:lineRule="exact"/>
      </w:pPr>
      <w:r>
        <w:rPr>
          <w:rFonts w:ascii="EB Garamond" w:hAnsi="EB Garamond" w:eastAsia="EB Garamond"/>
          <w:b w:val="0"/>
          <w:i w:val="0"/>
          <w:sz w:val="22"/>
        </w:rPr>
        <w:t>“And somebody took a picture.”</w:t>
      </w:r>
    </w:p>
    <w:p>
      <w:pPr>
        <w:spacing w:after="0" w:line="264" w:lineRule="exact"/>
      </w:pPr>
      <w:r>
        <w:rPr>
          <w:rFonts w:ascii="EB Garamond" w:hAnsi="EB Garamond" w:eastAsia="EB Garamond"/>
          <w:b w:val="0"/>
          <w:i w:val="0"/>
          <w:sz w:val="22"/>
        </w:rPr>
        <w:t>“Yep.”</w:t>
      </w:r>
    </w:p>
    <w:p>
      <w:pPr>
        <w:spacing w:after="0" w:line="264" w:lineRule="exact"/>
      </w:pPr>
      <w:r>
        <w:rPr>
          <w:rFonts w:ascii="EB Garamond" w:hAnsi="EB Garamond" w:eastAsia="EB Garamond"/>
          <w:b w:val="0"/>
          <w:i w:val="0"/>
          <w:sz w:val="22"/>
        </w:rPr>
        <w:t>Elsie looked down.</w:t>
      </w:r>
    </w:p>
    <w:p>
      <w:pPr>
        <w:spacing w:after="0" w:line="264" w:lineRule="exact"/>
      </w:pPr>
      <w:r>
        <w:rPr>
          <w:rFonts w:ascii="EB Garamond" w:hAnsi="EB Garamond" w:eastAsia="EB Garamond"/>
          <w:b w:val="0"/>
          <w:i w:val="0"/>
          <w:sz w:val="22"/>
        </w:rPr>
        <w:t>Nora’s mouth tightened.</w:t>
      </w:r>
    </w:p>
    <w:p>
      <w:pPr>
        <w:spacing w:after="0" w:line="264" w:lineRule="exact"/>
      </w:pPr>
      <w:r>
        <w:rPr>
          <w:rFonts w:ascii="EB Garamond" w:hAnsi="EB Garamond" w:eastAsia="EB Garamond"/>
          <w:b w:val="0"/>
          <w:i w:val="0"/>
          <w:sz w:val="22"/>
        </w:rPr>
        <w:t>“My mom keeps saying we don’t know anything yet.”</w:t>
      </w:r>
    </w:p>
    <w:p>
      <w:pPr>
        <w:spacing w:after="0" w:line="264" w:lineRule="exact"/>
      </w:pPr>
      <w:r>
        <w:rPr>
          <w:rFonts w:ascii="EB Garamond" w:hAnsi="EB Garamond" w:eastAsia="EB Garamond"/>
          <w:b w:val="0"/>
          <w:i w:val="0"/>
          <w:sz w:val="22"/>
        </w:rPr>
        <w:t>“That’s true.”</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“But?”</w:t>
      </w:r>
    </w:p>
    <w:p>
      <w:pPr>
        <w:spacing w:after="0" w:line="264" w:lineRule="exact"/>
      </w:pPr>
      <w:r>
        <w:rPr>
          <w:rFonts w:ascii="EB Garamond" w:hAnsi="EB Garamond" w:eastAsia="EB Garamond"/>
          <w:b w:val="0"/>
          <w:i w:val="0"/>
          <w:sz w:val="22"/>
        </w:rPr>
        <w:t>“But last time we didn’t know anything yet either.”</w:t>
      </w:r>
    </w:p>
    <w:p>
      <w:pPr>
        <w:spacing w:after="0" w:line="264" w:lineRule="exact"/>
      </w:pPr>
      <w:r>
        <w:rPr>
          <w:rFonts w:ascii="EB Garamond" w:hAnsi="EB Garamond" w:eastAsia="EB Garamond"/>
          <w:b w:val="0"/>
          <w:i w:val="0"/>
          <w:sz w:val="22"/>
        </w:rPr>
        <w:t>Elsie had nothing for that.</w:t>
      </w:r>
    </w:p>
    <w:p>
      <w:pPr>
        <w:spacing w:after="0" w:line="264" w:lineRule="exact"/>
      </w:pPr>
      <w:r>
        <w:rPr>
          <w:rFonts w:ascii="EB Garamond" w:hAnsi="EB Garamond" w:eastAsia="EB Garamond"/>
          <w:b w:val="0"/>
          <w:i w:val="0"/>
          <w:sz w:val="22"/>
        </w:rPr>
        <w:t>No sentence.</w:t>
      </w:r>
    </w:p>
    <w:p>
      <w:pPr>
        <w:spacing w:after="0" w:line="264" w:lineRule="exact"/>
      </w:pPr>
      <w:r>
        <w:rPr>
          <w:rFonts w:ascii="EB Garamond" w:hAnsi="EB Garamond" w:eastAsia="EB Garamond"/>
          <w:b w:val="0"/>
          <w:i w:val="0"/>
          <w:sz w:val="22"/>
        </w:rPr>
        <w:t>No verse.</w:t>
      </w:r>
    </w:p>
    <w:p>
      <w:pPr>
        <w:spacing w:after="0" w:line="264" w:lineRule="exact"/>
      </w:pPr>
      <w:r>
        <w:rPr>
          <w:rFonts w:ascii="EB Garamond" w:hAnsi="EB Garamond" w:eastAsia="EB Garamond"/>
          <w:b w:val="0"/>
          <w:i w:val="0"/>
          <w:sz w:val="22"/>
        </w:rPr>
        <w:t>No Grandma.</w:t>
      </w:r>
    </w:p>
    <w:p>
      <w:pPr>
        <w:spacing w:after="0" w:line="264" w:lineRule="exact"/>
      </w:pPr>
      <w:r>
        <w:rPr>
          <w:rFonts w:ascii="EB Garamond" w:hAnsi="EB Garamond" w:eastAsia="EB Garamond"/>
          <w:b w:val="0"/>
          <w:i w:val="0"/>
          <w:sz w:val="22"/>
        </w:rPr>
        <w:t>Nothing.</w:t>
      </w:r>
    </w:p>
    <w:p>
      <w:pPr>
        <w:spacing w:after="0" w:line="264" w:lineRule="exact"/>
      </w:pPr>
      <w:r>
        <w:rPr>
          <w:rFonts w:ascii="EB Garamond" w:hAnsi="EB Garamond" w:eastAsia="EB Garamond"/>
          <w:b w:val="0"/>
          <w:i w:val="0"/>
          <w:sz w:val="22"/>
        </w:rPr>
        <w:t>So she stood beside her.</w:t>
      </w:r>
    </w:p>
    <w:p>
      <w:pPr>
        <w:spacing w:after="0" w:line="264" w:lineRule="exact"/>
      </w:pPr>
      <w:r>
        <w:rPr>
          <w:rFonts w:ascii="EB Garamond" w:hAnsi="EB Garamond" w:eastAsia="EB Garamond"/>
          <w:b w:val="0"/>
          <w:i w:val="0"/>
          <w:sz w:val="22"/>
        </w:rPr>
        <w:t>Nora looked at her after a few seconds.</w:t>
      </w:r>
    </w:p>
    <w:p>
      <w:pPr>
        <w:spacing w:after="0" w:line="264" w:lineRule="exact"/>
      </w:pPr>
      <w:r>
        <w:rPr>
          <w:rFonts w:ascii="EB Garamond" w:hAnsi="EB Garamond" w:eastAsia="EB Garamond"/>
          <w:b w:val="0"/>
          <w:i w:val="0"/>
          <w:sz w:val="22"/>
        </w:rPr>
        <w:t>“You’re being weird.”</w:t>
      </w:r>
    </w:p>
    <w:p>
      <w:pPr>
        <w:spacing w:after="0" w:line="264" w:lineRule="exact"/>
      </w:pPr>
      <w:r>
        <w:rPr>
          <w:rFonts w:ascii="EB Garamond" w:hAnsi="EB Garamond" w:eastAsia="EB Garamond"/>
          <w:b w:val="0"/>
          <w:i w:val="0"/>
          <w:sz w:val="22"/>
        </w:rPr>
        <w:t>“I’m trying not to say something stupid.”</w:t>
      </w:r>
    </w:p>
    <w:p>
      <w:pPr>
        <w:spacing w:after="0" w:line="264" w:lineRule="exact"/>
      </w:pPr>
      <w:r>
        <w:rPr>
          <w:rFonts w:ascii="EB Garamond" w:hAnsi="EB Garamond" w:eastAsia="EB Garamond"/>
          <w:b w:val="0"/>
          <w:i w:val="0"/>
          <w:sz w:val="22"/>
        </w:rPr>
        <w:t>“That is weird for you.”</w:t>
      </w:r>
    </w:p>
    <w:p>
      <w:pPr>
        <w:spacing w:after="0" w:line="264" w:lineRule="exact"/>
      </w:pPr>
      <w:r>
        <w:rPr>
          <w:rFonts w:ascii="EB Garamond" w:hAnsi="EB Garamond" w:eastAsia="EB Garamond"/>
          <w:b w:val="0"/>
          <w:i w:val="0"/>
          <w:sz w:val="22"/>
        </w:rPr>
        <w:t>“Thank you.”</w:t>
      </w:r>
    </w:p>
    <w:p>
      <w:pPr>
        <w:spacing w:after="0" w:line="264" w:lineRule="exact"/>
      </w:pPr>
      <w:r>
        <w:rPr>
          <w:rFonts w:ascii="EB Garamond" w:hAnsi="EB Garamond" w:eastAsia="EB Garamond"/>
          <w:b w:val="0"/>
          <w:i w:val="0"/>
          <w:sz w:val="22"/>
        </w:rPr>
        <w:t>Nora smiled.</w:t>
      </w:r>
    </w:p>
    <w:p>
      <w:pPr>
        <w:spacing w:after="0" w:line="264" w:lineRule="exact"/>
      </w:pPr>
      <w:r>
        <w:rPr>
          <w:rFonts w:ascii="EB Garamond" w:hAnsi="EB Garamond" w:eastAsia="EB Garamond"/>
          <w:b w:val="0"/>
          <w:i w:val="0"/>
          <w:sz w:val="22"/>
        </w:rPr>
        <w:t>Tiny.</w:t>
      </w:r>
    </w:p>
    <w:p>
      <w:pPr>
        <w:spacing w:after="0" w:line="264" w:lineRule="exact"/>
      </w:pPr>
      <w:r>
        <w:rPr>
          <w:rFonts w:ascii="EB Garamond" w:hAnsi="EB Garamond" w:eastAsia="EB Garamond"/>
          <w:b w:val="0"/>
          <w:i w:val="0"/>
          <w:sz w:val="22"/>
        </w:rPr>
        <w:t>The warning bell rang.</w:t>
      </w:r>
    </w:p>
    <w:p>
      <w:pPr>
        <w:spacing w:after="0" w:line="264" w:lineRule="exact"/>
      </w:pPr>
      <w:r>
        <w:rPr>
          <w:rFonts w:ascii="EB Garamond" w:hAnsi="EB Garamond" w:eastAsia="EB Garamond"/>
          <w:b w:val="0"/>
          <w:i w:val="0"/>
          <w:sz w:val="22"/>
        </w:rPr>
        <w:t>They started walking.</w:t>
      </w:r>
    </w:p>
    <w:p>
      <w:pPr>
        <w:spacing w:after="0" w:line="264" w:lineRule="exact"/>
      </w:pPr>
      <w:r>
        <w:rPr>
          <w:rFonts w:ascii="EB Garamond" w:hAnsi="EB Garamond" w:eastAsia="EB Garamond"/>
          <w:b w:val="0"/>
          <w:i w:val="0"/>
          <w:sz w:val="22"/>
        </w:rPr>
        <w:t>Halfway to class, Nora said:</w:t>
      </w:r>
    </w:p>
    <w:p>
      <w:pPr>
        <w:spacing w:after="0" w:line="264" w:lineRule="exact"/>
      </w:pPr>
      <w:r>
        <w:rPr>
          <w:rFonts w:ascii="EB Garamond" w:hAnsi="EB Garamond" w:eastAsia="EB Garamond"/>
          <w:b w:val="0"/>
          <w:i w:val="0"/>
          <w:sz w:val="22"/>
        </w:rPr>
        <w:t>“Also, I’m not going to Bible study tomorrow.”</w:t>
      </w:r>
    </w:p>
    <w:p>
      <w:pPr>
        <w:spacing w:after="0" w:line="264" w:lineRule="exact"/>
      </w:pPr>
      <w:r>
        <w:rPr>
          <w:rFonts w:ascii="EB Garamond" w:hAnsi="EB Garamond" w:eastAsia="EB Garamond"/>
          <w:b w:val="0"/>
          <w:i w:val="0"/>
          <w:sz w:val="22"/>
        </w:rPr>
        <w:t>Elsie stopped.</w:t>
      </w:r>
    </w:p>
    <w:p>
      <w:pPr>
        <w:spacing w:after="0" w:line="264" w:lineRule="exact"/>
      </w:pPr>
      <w:r>
        <w:rPr>
          <w:rFonts w:ascii="EB Garamond" w:hAnsi="EB Garamond" w:eastAsia="EB Garamond"/>
          <w:b w:val="0"/>
          <w:i w:val="0"/>
          <w:sz w:val="22"/>
        </w:rPr>
        <w:t>Nora kept walking.</w:t>
      </w:r>
    </w:p>
    <w:p>
      <w:pPr>
        <w:spacing w:after="0" w:line="264" w:lineRule="exact"/>
      </w:pPr>
      <w:r>
        <w:rPr>
          <w:rFonts w:ascii="EB Garamond" w:hAnsi="EB Garamond" w:eastAsia="EB Garamond"/>
          <w:b w:val="0"/>
          <w:i w:val="0"/>
          <w:sz w:val="22"/>
        </w:rPr>
        <w:t>Elsie caught up.</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“I’m not going.”</w:t>
      </w:r>
    </w:p>
    <w:p>
      <w:pPr>
        <w:spacing w:after="0" w:line="264" w:lineRule="exact"/>
      </w:pPr>
      <w:r>
        <w:rPr>
          <w:rFonts w:ascii="EB Garamond" w:hAnsi="EB Garamond" w:eastAsia="EB Garamond"/>
          <w:b w:val="0"/>
          <w:i w:val="0"/>
          <w:sz w:val="22"/>
        </w:rPr>
        <w:t>“Why?”</w:t>
      </w:r>
    </w:p>
    <w:p>
      <w:pPr>
        <w:spacing w:after="0" w:line="264" w:lineRule="exact"/>
      </w:pPr>
      <w:r>
        <w:rPr>
          <w:rFonts w:ascii="EB Garamond" w:hAnsi="EB Garamond" w:eastAsia="EB Garamond"/>
          <w:b w:val="0"/>
          <w:i w:val="0"/>
          <w:sz w:val="22"/>
        </w:rPr>
        <w:t>Nora looked at her.</w:t>
      </w:r>
    </w:p>
    <w:p>
      <w:pPr>
        <w:spacing w:after="0" w:line="264" w:lineRule="exact"/>
      </w:pPr>
      <w:r>
        <w:rPr>
          <w:rFonts w:ascii="EB Garamond" w:hAnsi="EB Garamond" w:eastAsia="EB Garamond"/>
          <w:b w:val="0"/>
          <w:i w:val="0"/>
          <w:sz w:val="22"/>
        </w:rPr>
        <w:t>“Because I don’t want to.”</w:t>
      </w:r>
    </w:p>
    <w:p>
      <w:pPr>
        <w:spacing w:after="0" w:line="264" w:lineRule="exact"/>
      </w:pPr>
      <w:r>
        <w:rPr>
          <w:rFonts w:ascii="EB Garamond" w:hAnsi="EB Garamond" w:eastAsia="EB Garamond"/>
          <w:b w:val="0"/>
          <w:i w:val="0"/>
          <w:sz w:val="22"/>
        </w:rPr>
        <w:t>Elsie stared.</w:t>
      </w:r>
    </w:p>
    <w:p>
      <w:pPr>
        <w:spacing w:after="0" w:line="264" w:lineRule="exact"/>
      </w:pPr>
      <w:r>
        <w:rPr>
          <w:rFonts w:ascii="EB Garamond" w:hAnsi="EB Garamond" w:eastAsia="EB Garamond"/>
          <w:b w:val="0"/>
          <w:i w:val="0"/>
          <w:sz w:val="22"/>
        </w:rPr>
        <w:t>Nora raised an eyebrow.</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“Nothing.”</w:t>
      </w:r>
    </w:p>
    <w:p>
      <w:pPr>
        <w:spacing w:after="0" w:line="264" w:lineRule="exact"/>
      </w:pPr>
      <w:r>
        <w:rPr>
          <w:rFonts w:ascii="EB Garamond" w:hAnsi="EB Garamond" w:eastAsia="EB Garamond"/>
          <w:b w:val="0"/>
          <w:i w:val="0"/>
          <w:sz w:val="22"/>
        </w:rPr>
        <w:t>“That was clearly something.”</w:t>
      </w:r>
    </w:p>
    <w:p>
      <w:pPr>
        <w:spacing w:after="0" w:line="264" w:lineRule="exact"/>
      </w:pPr>
      <w:r>
        <w:rPr>
          <w:rFonts w:ascii="EB Garamond" w:hAnsi="EB Garamond" w:eastAsia="EB Garamond"/>
          <w:b w:val="0"/>
          <w:i/>
          <w:sz w:val="22"/>
        </w:rPr>
        <w:t>Being seen isn’t the same thing as being known.</w:t>
      </w:r>
    </w:p>
    <w:p>
      <w:pPr>
        <w:spacing w:after="0" w:line="264" w:lineRule="exact"/>
      </w:pPr>
      <w:r>
        <w:rPr>
          <w:rFonts w:ascii="EB Garamond" w:hAnsi="EB Garamond" w:eastAsia="EB Garamond"/>
          <w:b w:val="0"/>
          <w:i w:val="0"/>
          <w:sz w:val="22"/>
        </w:rPr>
        <w:t>Apparently knowing somebody didn’t mean knowing what they were going to do either.</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Nora looked suspicious.</w:t>
      </w:r>
    </w:p>
    <w:p>
      <w:pPr>
        <w:spacing w:after="0" w:line="264" w:lineRule="exact"/>
      </w:pPr>
      <w:r>
        <w:rPr>
          <w:rFonts w:ascii="EB Garamond" w:hAnsi="EB Garamond" w:eastAsia="EB Garamond"/>
          <w:b w:val="0"/>
          <w:i w:val="0"/>
          <w:sz w:val="22"/>
        </w:rPr>
        <w:t>“That’s it?”</w:t>
      </w:r>
    </w:p>
    <w:p>
      <w:pPr>
        <w:spacing w:after="0" w:line="264" w:lineRule="exact"/>
      </w:pPr>
      <w:r>
        <w:rPr>
          <w:rFonts w:ascii="EB Garamond" w:hAnsi="EB Garamond" w:eastAsia="EB Garamond"/>
          <w:b w:val="0"/>
          <w:i w:val="0"/>
          <w:sz w:val="22"/>
        </w:rPr>
        <w:t>“No.”</w:t>
      </w:r>
    </w:p>
    <w:p>
      <w:pPr>
        <w:spacing w:after="0" w:line="264" w:lineRule="exact"/>
      </w:pPr>
      <w:r>
        <w:rPr>
          <w:rFonts w:ascii="EB Garamond" w:hAnsi="EB Garamond" w:eastAsia="EB Garamond"/>
          <w:b w:val="0"/>
          <w:i w:val="0"/>
          <w:sz w:val="22"/>
        </w:rPr>
        <w:t>“Thought so.”</w:t>
      </w:r>
    </w:p>
    <w:p>
      <w:pPr>
        <w:spacing w:after="0" w:line="264" w:lineRule="exact"/>
      </w:pPr>
      <w:r>
        <w:rPr>
          <w:rFonts w:ascii="EB Garamond" w:hAnsi="EB Garamond" w:eastAsia="EB Garamond"/>
          <w:b w:val="0"/>
          <w:i w:val="0"/>
          <w:sz w:val="22"/>
        </w:rPr>
        <w:t>“But I’m practicing.”</w:t>
      </w:r>
    </w:p>
    <w:p>
      <w:pPr>
        <w:spacing w:after="0" w:line="264" w:lineRule="exact"/>
      </w:pPr>
      <w:r>
        <w:rPr>
          <w:rFonts w:ascii="EB Garamond" w:hAnsi="EB Garamond" w:eastAsia="EB Garamond"/>
          <w:b w:val="0"/>
          <w:i w:val="0"/>
          <w:sz w:val="22"/>
        </w:rPr>
        <w:t>“Keep practicing.”</w:t>
      </w:r>
    </w:p>
    <w:p>
      <w:pPr>
        <w:spacing w:after="0" w:line="264" w:lineRule="exact"/>
      </w:pPr>
      <w:r>
        <w:rPr>
          <w:rFonts w:ascii="EB Garamond" w:hAnsi="EB Garamond" w:eastAsia="EB Garamond"/>
          <w:b w:val="0"/>
          <w:i w:val="0"/>
          <w:sz w:val="22"/>
        </w:rPr>
        <w:t>Then she walked into class.</w:t>
      </w:r>
    </w:p>
    <w:p>
      <w:pPr>
        <w:spacing w:after="0" w:line="264" w:lineRule="exact"/>
      </w:pPr>
      <w:r>
        <w:rPr>
          <w:rFonts w:ascii="EB Garamond" w:hAnsi="EB Garamond" w:eastAsia="EB Garamond"/>
          <w:b w:val="0"/>
          <w:i w:val="0"/>
          <w:sz w:val="22"/>
        </w:rPr>
        <w:t>Wednesday Bible study happened without Nora.</w:t>
      </w:r>
    </w:p>
    <w:p>
      <w:pPr>
        <w:spacing w:after="0" w:line="264" w:lineRule="exact"/>
      </w:pPr>
      <w:r>
        <w:rPr>
          <w:rFonts w:ascii="EB Garamond" w:hAnsi="EB Garamond" w:eastAsia="EB Garamond"/>
          <w:b w:val="0"/>
          <w:i w:val="0"/>
          <w:sz w:val="22"/>
        </w:rPr>
        <w:t>Elsie hated it.</w:t>
      </w:r>
    </w:p>
    <w:p>
      <w:pPr>
        <w:spacing w:after="0" w:line="264" w:lineRule="exact"/>
      </w:pPr>
      <w:r>
        <w:rPr>
          <w:rFonts w:ascii="EB Garamond" w:hAnsi="EB Garamond" w:eastAsia="EB Garamond"/>
          <w:b w:val="0"/>
          <w:i w:val="0"/>
          <w:sz w:val="22"/>
        </w:rPr>
        <w:t>Not because anything was wrong.</w:t>
      </w:r>
    </w:p>
    <w:p>
      <w:pPr>
        <w:spacing w:after="0" w:line="264" w:lineRule="exact"/>
      </w:pPr>
      <w:r>
        <w:rPr>
          <w:rFonts w:ascii="EB Garamond" w:hAnsi="EB Garamond" w:eastAsia="EB Garamond"/>
          <w:b w:val="0"/>
          <w:i w:val="0"/>
          <w:sz w:val="22"/>
        </w:rPr>
        <w:t>That was almost worse.</w:t>
      </w:r>
    </w:p>
    <w:p>
      <w:pPr>
        <w:spacing w:after="0" w:line="264" w:lineRule="exact"/>
      </w:pPr>
      <w:r>
        <w:rPr>
          <w:rFonts w:ascii="EB Garamond" w:hAnsi="EB Garamond" w:eastAsia="EB Garamond"/>
          <w:b w:val="0"/>
          <w:i w:val="0"/>
          <w:sz w:val="22"/>
        </w:rPr>
        <w:t>Hannah brought cookies.</w:t>
      </w:r>
    </w:p>
    <w:p>
      <w:pPr>
        <w:spacing w:after="0" w:line="264" w:lineRule="exact"/>
      </w:pPr>
      <w:r>
        <w:rPr>
          <w:rFonts w:ascii="EB Garamond" w:hAnsi="EB Garamond" w:eastAsia="EB Garamond"/>
          <w:b w:val="0"/>
          <w:i w:val="0"/>
          <w:sz w:val="22"/>
        </w:rPr>
        <w:t>Sophie complained about chemistry.</w:t>
      </w:r>
    </w:p>
    <w:p>
      <w:pPr>
        <w:spacing w:after="0" w:line="264" w:lineRule="exact"/>
      </w:pPr>
      <w:r>
        <w:rPr>
          <w:rFonts w:ascii="EB Garamond" w:hAnsi="EB Garamond" w:eastAsia="EB Garamond"/>
          <w:b w:val="0"/>
          <w:i w:val="0"/>
          <w:sz w:val="22"/>
        </w:rPr>
        <w:t>Maya had color-coded tabs in her Bible that made Elsie feel spiritually and academically inadequate.</w:t>
      </w:r>
    </w:p>
    <w:p>
      <w:pPr>
        <w:spacing w:after="0" w:line="264" w:lineRule="exact"/>
      </w:pPr>
      <w:r>
        <w:rPr>
          <w:rFonts w:ascii="EB Garamond" w:hAnsi="EB Garamond" w:eastAsia="EB Garamond"/>
          <w:b w:val="0"/>
          <w:i w:val="0"/>
          <w:sz w:val="22"/>
        </w:rPr>
        <w:t>Lucas came late.</w:t>
      </w:r>
    </w:p>
    <w:p>
      <w:pPr>
        <w:spacing w:after="0" w:line="264" w:lineRule="exact"/>
      </w:pPr>
      <w:r>
        <w:rPr>
          <w:rFonts w:ascii="EB Garamond" w:hAnsi="EB Garamond" w:eastAsia="EB Garamond"/>
          <w:b w:val="0"/>
          <w:i w:val="0"/>
          <w:sz w:val="22"/>
        </w:rPr>
        <w:t>Nobody sat in Nora’s spot.</w:t>
      </w:r>
    </w:p>
    <w:p>
      <w:pPr>
        <w:spacing w:after="0" w:line="264" w:lineRule="exact"/>
      </w:pPr>
      <w:r>
        <w:rPr>
          <w:rFonts w:ascii="EB Garamond" w:hAnsi="EB Garamond" w:eastAsia="EB Garamond"/>
          <w:b w:val="0"/>
          <w:i w:val="0"/>
          <w:sz w:val="22"/>
        </w:rPr>
        <w:t>Elsie kept looking at it anyway.</w:t>
      </w:r>
    </w:p>
    <w:p>
      <w:pPr>
        <w:spacing w:after="0" w:line="264" w:lineRule="exact"/>
      </w:pPr>
      <w:r>
        <w:rPr>
          <w:rFonts w:ascii="EB Garamond" w:hAnsi="EB Garamond" w:eastAsia="EB Garamond"/>
          <w:b w:val="0"/>
          <w:i w:val="0"/>
          <w:sz w:val="22"/>
        </w:rPr>
        <w:t>Hannah noticed.</w:t>
      </w:r>
    </w:p>
    <w:p>
      <w:pPr>
        <w:spacing w:after="0" w:line="264" w:lineRule="exact"/>
      </w:pPr>
      <w:r>
        <w:rPr>
          <w:rFonts w:ascii="EB Garamond" w:hAnsi="EB Garamond" w:eastAsia="EB Garamond"/>
          <w:b w:val="0"/>
          <w:i w:val="0"/>
          <w:sz w:val="22"/>
        </w:rPr>
        <w:t>“She’s okay.”</w:t>
      </w:r>
    </w:p>
    <w:p>
      <w:pPr>
        <w:spacing w:after="0" w:line="264" w:lineRule="exact"/>
      </w:pPr>
      <w:r>
        <w:rPr>
          <w:rFonts w:ascii="EB Garamond" w:hAnsi="EB Garamond" w:eastAsia="EB Garamond"/>
          <w:b w:val="0"/>
          <w:i w:val="0"/>
          <w:sz w:val="22"/>
        </w:rPr>
        <w:t>Elsie looked at her.</w:t>
      </w:r>
    </w:p>
    <w:p>
      <w:pPr>
        <w:spacing w:after="0" w:line="264" w:lineRule="exact"/>
      </w:pPr>
      <w:r>
        <w:rPr>
          <w:rFonts w:ascii="EB Garamond" w:hAnsi="EB Garamond" w:eastAsia="EB Garamond"/>
          <w:b w:val="0"/>
          <w:i w:val="0"/>
          <w:sz w:val="22"/>
        </w:rPr>
        <w:t>“I didn’t ask.”</w:t>
      </w:r>
    </w:p>
    <w:p>
      <w:pPr>
        <w:spacing w:after="0" w:line="264" w:lineRule="exact"/>
      </w:pPr>
      <w:r>
        <w:rPr>
          <w:rFonts w:ascii="EB Garamond" w:hAnsi="EB Garamond" w:eastAsia="EB Garamond"/>
          <w:b w:val="0"/>
          <w:i w:val="0"/>
          <w:sz w:val="22"/>
        </w:rPr>
        <w:t>“You have a loud face.”</w:t>
      </w:r>
    </w:p>
    <w:p>
      <w:pPr>
        <w:spacing w:after="0" w:line="264" w:lineRule="exact"/>
      </w:pPr>
      <w:r>
        <w:rPr>
          <w:rFonts w:ascii="EB Garamond" w:hAnsi="EB Garamond" w:eastAsia="EB Garamond"/>
          <w:b w:val="0"/>
          <w:i w:val="0"/>
          <w:sz w:val="22"/>
        </w:rPr>
        <w:t>“Apparently everybody knows my face now.”</w:t>
      </w:r>
    </w:p>
    <w:p>
      <w:pPr>
        <w:spacing w:after="0" w:line="264" w:lineRule="exact"/>
      </w:pPr>
      <w:r>
        <w:rPr>
          <w:rFonts w:ascii="EB Garamond" w:hAnsi="EB Garamond" w:eastAsia="EB Garamond"/>
          <w:b w:val="0"/>
          <w:i w:val="0"/>
          <w:sz w:val="22"/>
        </w:rPr>
        <w:t>Hannah smiled.</w:t>
      </w:r>
    </w:p>
    <w:p>
      <w:pPr>
        <w:spacing w:after="0" w:line="264" w:lineRule="exact"/>
      </w:pPr>
      <w:r>
        <w:rPr>
          <w:rFonts w:ascii="EB Garamond" w:hAnsi="EB Garamond" w:eastAsia="EB Garamond"/>
          <w:b w:val="0"/>
          <w:i w:val="0"/>
          <w:sz w:val="22"/>
        </w:rPr>
        <w:t>Then:</w:t>
      </w:r>
    </w:p>
    <w:p>
      <w:pPr>
        <w:spacing w:after="0" w:line="264" w:lineRule="exact"/>
      </w:pPr>
      <w:r>
        <w:rPr>
          <w:rFonts w:ascii="EB Garamond" w:hAnsi="EB Garamond" w:eastAsia="EB Garamond"/>
          <w:b w:val="0"/>
          <w:i w:val="0"/>
          <w:sz w:val="22"/>
        </w:rPr>
        <w:t>“She told me she needed a week.”</w:t>
      </w:r>
    </w:p>
    <w:p>
      <w:pPr>
        <w:spacing w:after="0" w:line="264" w:lineRule="exact"/>
      </w:pPr>
      <w:r>
        <w:rPr>
          <w:rFonts w:ascii="EB Garamond" w:hAnsi="EB Garamond" w:eastAsia="EB Garamond"/>
          <w:b w:val="0"/>
          <w:i w:val="0"/>
          <w:sz w:val="22"/>
        </w:rPr>
        <w:t>Elsie nodded.</w:t>
      </w:r>
    </w:p>
    <w:p>
      <w:pPr>
        <w:spacing w:after="0" w:line="264" w:lineRule="exact"/>
      </w:pPr>
      <w:r>
        <w:rPr>
          <w:rFonts w:ascii="EB Garamond" w:hAnsi="EB Garamond" w:eastAsia="EB Garamond"/>
          <w:b w:val="0"/>
          <w:i w:val="0"/>
          <w:sz w:val="22"/>
        </w:rPr>
        <w:t>“Did she tell you why?”</w:t>
      </w:r>
    </w:p>
    <w:p>
      <w:pPr>
        <w:spacing w:after="0" w:line="264" w:lineRule="exact"/>
      </w:pPr>
      <w:r>
        <w:rPr>
          <w:rFonts w:ascii="EB Garamond" w:hAnsi="EB Garamond" w:eastAsia="EB Garamond"/>
          <w:b w:val="0"/>
          <w:i w:val="0"/>
          <w:sz w:val="22"/>
        </w:rPr>
        <w:t>Hannah’s expression answered before she did.</w:t>
      </w:r>
    </w:p>
    <w:p>
      <w:pPr>
        <w:spacing w:after="0" w:line="264" w:lineRule="exact"/>
      </w:pPr>
      <w:r>
        <w:rPr>
          <w:rFonts w:ascii="EB Garamond" w:hAnsi="EB Garamond" w:eastAsia="EB Garamond"/>
          <w:b w:val="0"/>
          <w:i w:val="0"/>
          <w:sz w:val="22"/>
        </w:rPr>
        <w:t>“That’s Nora’s to tell you.”</w:t>
      </w:r>
    </w:p>
    <w:p>
      <w:pPr>
        <w:spacing w:after="0" w:line="264" w:lineRule="exact"/>
      </w:pPr>
      <w:r>
        <w:rPr>
          <w:rFonts w:ascii="EB Garamond" w:hAnsi="EB Garamond" w:eastAsia="EB Garamond"/>
          <w:b w:val="0"/>
          <w:i w:val="0"/>
          <w:sz w:val="22"/>
        </w:rPr>
        <w:t>Elsie nodded again.</w:t>
      </w:r>
    </w:p>
    <w:p>
      <w:pPr>
        <w:spacing w:after="0" w:line="264" w:lineRule="exact"/>
      </w:pPr>
      <w:r>
        <w:rPr>
          <w:rFonts w:ascii="EB Garamond" w:hAnsi="EB Garamond" w:eastAsia="EB Garamond"/>
          <w:b w:val="0"/>
          <w:i w:val="0"/>
          <w:sz w:val="22"/>
        </w:rPr>
        <w:t>“Right.”</w:t>
      </w:r>
    </w:p>
    <w:p>
      <w:pPr>
        <w:spacing w:after="0" w:line="264" w:lineRule="exact"/>
      </w:pPr>
      <w:r>
        <w:rPr>
          <w:rFonts w:ascii="EB Garamond" w:hAnsi="EB Garamond" w:eastAsia="EB Garamond"/>
          <w:b w:val="0"/>
          <w:i w:val="0"/>
          <w:sz w:val="22"/>
        </w:rPr>
        <w:t>Good.</w:t>
      </w:r>
    </w:p>
    <w:p>
      <w:pPr>
        <w:spacing w:after="0" w:line="264" w:lineRule="exact"/>
      </w:pPr>
      <w:r>
        <w:rPr>
          <w:rFonts w:ascii="EB Garamond" w:hAnsi="EB Garamond" w:eastAsia="EB Garamond"/>
          <w:b w:val="0"/>
          <w:i w:val="0"/>
          <w:sz w:val="22"/>
        </w:rPr>
        <w:t>She meant it.</w:t>
      </w:r>
    </w:p>
    <w:p>
      <w:pPr>
        <w:spacing w:after="0" w:line="264" w:lineRule="exact"/>
      </w:pPr>
      <w:r>
        <w:rPr>
          <w:rFonts w:ascii="EB Garamond" w:hAnsi="EB Garamond" w:eastAsia="EB Garamond"/>
          <w:b w:val="0"/>
          <w:i w:val="0"/>
          <w:sz w:val="22"/>
        </w:rPr>
        <w:t>Mostly.</w:t>
      </w:r>
    </w:p>
    <w:p>
      <w:pPr>
        <w:spacing w:after="0" w:line="264" w:lineRule="exact"/>
      </w:pPr>
      <w:r>
        <w:rPr>
          <w:rFonts w:ascii="EB Garamond" w:hAnsi="EB Garamond" w:eastAsia="EB Garamond"/>
          <w:b w:val="0"/>
          <w:i w:val="0"/>
          <w:sz w:val="22"/>
        </w:rPr>
        <w:t>After Bible study, Elsie texted Nora.</w:t>
      </w:r>
    </w:p>
    <w:p>
      <w:pPr>
        <w:spacing w:after="0" w:line="264" w:lineRule="exact"/>
      </w:pPr>
      <w:r>
        <w:rPr>
          <w:rFonts w:ascii="EB Garamond" w:hAnsi="EB Garamond" w:eastAsia="EB Garamond"/>
          <w:b/>
          <w:sz w:val="22"/>
        </w:rPr>
        <w:t>Elsie:</w:t>
      </w:r>
      <w:r>
        <w:rPr>
          <w:rFonts w:ascii="EB Garamond" w:hAnsi="EB Garamond" w:eastAsia="EB Garamond"/>
          <w:sz w:val="22"/>
        </w:rPr>
        <w:t xml:space="preserve"> Hannah’s cookies were bad</w:t>
      </w:r>
    </w:p>
    <w:p>
      <w:pPr>
        <w:spacing w:after="0" w:line="264" w:lineRule="exact"/>
      </w:pPr>
      <w:r>
        <w:rPr>
          <w:rFonts w:ascii="EB Garamond" w:hAnsi="EB Garamond" w:eastAsia="EB Garamond"/>
          <w:b w:val="0"/>
          <w:i w:val="0"/>
          <w:sz w:val="22"/>
        </w:rPr>
        <w:t>Three dots.</w:t>
      </w:r>
    </w:p>
    <w:p>
      <w:pPr>
        <w:spacing w:after="0" w:line="264" w:lineRule="exact"/>
      </w:pPr>
      <w:r>
        <w:rPr>
          <w:rFonts w:ascii="EB Garamond" w:hAnsi="EB Garamond" w:eastAsia="EB Garamond"/>
          <w:b/>
          <w:sz w:val="22"/>
        </w:rPr>
        <w:t>Nora:</w:t>
      </w:r>
      <w:r>
        <w:rPr>
          <w:rFonts w:ascii="EB Garamond" w:hAnsi="EB Garamond" w:eastAsia="EB Garamond"/>
          <w:sz w:val="22"/>
        </w:rPr>
        <w:t xml:space="preserve"> liar</w:t>
      </w:r>
    </w:p>
    <w:p>
      <w:pPr>
        <w:spacing w:after="0" w:line="264" w:lineRule="exact"/>
      </w:pPr>
      <w:r>
        <w:rPr>
          <w:rFonts w:ascii="EB Garamond" w:hAnsi="EB Garamond" w:eastAsia="EB Garamond"/>
          <w:b/>
          <w:sz w:val="22"/>
        </w:rPr>
        <w:t>Elsie:</w:t>
      </w:r>
      <w:r>
        <w:rPr>
          <w:rFonts w:ascii="EB Garamond" w:hAnsi="EB Garamond" w:eastAsia="EB Garamond"/>
          <w:sz w:val="22"/>
        </w:rPr>
        <w:t xml:space="preserve"> spiritually dry</w:t>
      </w:r>
    </w:p>
    <w:p>
      <w:pPr>
        <w:spacing w:after="0" w:line="264" w:lineRule="exact"/>
      </w:pPr>
      <w:r>
        <w:rPr>
          <w:rFonts w:ascii="EB Garamond" w:hAnsi="EB Garamond" w:eastAsia="EB Garamond"/>
          <w:b/>
          <w:sz w:val="22"/>
        </w:rPr>
        <w:t>Nora:</w:t>
      </w:r>
      <w:r>
        <w:rPr>
          <w:rFonts w:ascii="EB Garamond" w:hAnsi="EB Garamond" w:eastAsia="EB Garamond"/>
          <w:sz w:val="22"/>
        </w:rPr>
        <w:t xml:space="preserve"> that’s not what that means</w:t>
      </w:r>
    </w:p>
    <w:p>
      <w:pPr>
        <w:spacing w:after="0" w:line="264" w:lineRule="exact"/>
      </w:pPr>
      <w:r>
        <w:rPr>
          <w:rFonts w:ascii="EB Garamond" w:hAnsi="EB Garamond" w:eastAsia="EB Garamond"/>
          <w:b/>
          <w:sz w:val="22"/>
        </w:rPr>
        <w:t>Elsie:</w:t>
      </w:r>
      <w:r>
        <w:rPr>
          <w:rFonts w:ascii="EB Garamond" w:hAnsi="EB Garamond" w:eastAsia="EB Garamond"/>
          <w:sz w:val="22"/>
        </w:rPr>
        <w:t xml:space="preserve"> I’m growing</w:t>
      </w:r>
    </w:p>
    <w:p>
      <w:pPr>
        <w:spacing w:after="0" w:line="264" w:lineRule="exact"/>
      </w:pPr>
      <w:r>
        <w:rPr>
          <w:rFonts w:ascii="EB Garamond" w:hAnsi="EB Garamond" w:eastAsia="EB Garamond"/>
          <w:b/>
          <w:sz w:val="22"/>
        </w:rPr>
        <w:t>Nora:</w:t>
      </w:r>
      <w:r>
        <w:rPr>
          <w:rFonts w:ascii="EB Garamond" w:hAnsi="EB Garamond" w:eastAsia="EB Garamond"/>
          <w:sz w:val="22"/>
        </w:rPr>
        <w:t xml:space="preserve"> backwards</w:t>
      </w:r>
    </w:p>
    <w:p>
      <w:pPr>
        <w:spacing w:after="0" w:line="264" w:lineRule="exact"/>
      </w:pPr>
      <w:r>
        <w:rPr>
          <w:rFonts w:ascii="EB Garamond" w:hAnsi="EB Garamond" w:eastAsia="EB Garamond"/>
          <w:b w:val="0"/>
          <w:i w:val="0"/>
          <w:sz w:val="22"/>
        </w:rPr>
        <w:t>Elsie smiled.</w:t>
      </w:r>
    </w:p>
    <w:p>
      <w:pPr>
        <w:spacing w:after="0" w:line="264" w:lineRule="exact"/>
      </w:pPr>
      <w:r>
        <w:rPr>
          <w:rFonts w:ascii="EB Garamond" w:hAnsi="EB Garamond" w:eastAsia="EB Garamond"/>
          <w:b w:val="0"/>
          <w:i w:val="0"/>
          <w:sz w:val="22"/>
        </w:rPr>
        <w:t>Then:</w:t>
      </w:r>
    </w:p>
    <w:p>
      <w:pPr>
        <w:spacing w:after="0" w:line="264" w:lineRule="exact"/>
      </w:pPr>
      <w:r>
        <w:rPr>
          <w:rFonts w:ascii="EB Garamond" w:hAnsi="EB Garamond" w:eastAsia="EB Garamond"/>
          <w:b/>
          <w:sz w:val="22"/>
        </w:rPr>
        <w:t>Elsie:</w:t>
      </w:r>
      <w:r>
        <w:rPr>
          <w:rFonts w:ascii="EB Garamond" w:hAnsi="EB Garamond" w:eastAsia="EB Garamond"/>
          <w:sz w:val="22"/>
        </w:rPr>
        <w:t xml:space="preserve"> missed you</w:t>
      </w:r>
    </w:p>
    <w:p>
      <w:pPr>
        <w:spacing w:after="0" w:line="264" w:lineRule="exact"/>
      </w:pPr>
      <w:r>
        <w:rPr>
          <w:rFonts w:ascii="EB Garamond" w:hAnsi="EB Garamond" w:eastAsia="EB Garamond"/>
          <w:b w:val="0"/>
          <w:i w:val="0"/>
          <w:sz w:val="22"/>
        </w:rPr>
        <w:t>She stared at it.</w:t>
      </w:r>
    </w:p>
    <w:p>
      <w:pPr>
        <w:spacing w:after="0" w:line="264" w:lineRule="exact"/>
      </w:pPr>
      <w:r>
        <w:rPr>
          <w:rFonts w:ascii="EB Garamond" w:hAnsi="EB Garamond" w:eastAsia="EB Garamond"/>
          <w:b w:val="0"/>
          <w:i w:val="0"/>
          <w:sz w:val="22"/>
        </w:rPr>
        <w:t>Too much?</w:t>
      </w:r>
    </w:p>
    <w:p>
      <w:pPr>
        <w:spacing w:after="0" w:line="264" w:lineRule="exact"/>
      </w:pPr>
      <w:r>
        <w:rPr>
          <w:rFonts w:ascii="EB Garamond" w:hAnsi="EB Garamond" w:eastAsia="EB Garamond"/>
          <w:b w:val="0"/>
          <w:i w:val="0"/>
          <w:sz w:val="22"/>
        </w:rPr>
        <w:t>Before she could delete it:</w:t>
      </w:r>
    </w:p>
    <w:p>
      <w:pPr>
        <w:spacing w:after="0" w:line="264" w:lineRule="exact"/>
      </w:pPr>
      <w:r>
        <w:rPr>
          <w:rFonts w:ascii="EB Garamond" w:hAnsi="EB Garamond" w:eastAsia="EB Garamond"/>
          <w:b/>
          <w:sz w:val="22"/>
        </w:rPr>
        <w:t>Nora:</w:t>
      </w:r>
      <w:r>
        <w:rPr>
          <w:rFonts w:ascii="EB Garamond" w:hAnsi="EB Garamond" w:eastAsia="EB Garamond"/>
          <w:sz w:val="22"/>
        </w:rPr>
        <w:t xml:space="preserve"> missed you too</w:t>
      </w:r>
    </w:p>
    <w:p>
      <w:pPr>
        <w:spacing w:after="0" w:line="264" w:lineRule="exact"/>
      </w:pPr>
      <w:r>
        <w:rPr>
          <w:rFonts w:ascii="EB Garamond" w:hAnsi="EB Garamond" w:eastAsia="EB Garamond"/>
          <w:b w:val="0"/>
          <w:i w:val="0"/>
          <w:sz w:val="22"/>
        </w:rPr>
        <w:t>Elsie put the phone down.</w:t>
      </w:r>
    </w:p>
    <w:p>
      <w:pPr>
        <w:spacing w:after="0" w:line="264" w:lineRule="exact"/>
      </w:pPr>
      <w:r>
        <w:rPr>
          <w:rFonts w:ascii="EB Garamond" w:hAnsi="EB Garamond" w:eastAsia="EB Garamond"/>
          <w:b w:val="0"/>
          <w:i w:val="0"/>
          <w:sz w:val="22"/>
        </w:rPr>
        <w:t>No follow-up.</w:t>
      </w:r>
    </w:p>
    <w:p>
      <w:pPr>
        <w:spacing w:after="0" w:line="264" w:lineRule="exact"/>
      </w:pPr>
      <w:r>
        <w:rPr>
          <w:rFonts w:ascii="EB Garamond" w:hAnsi="EB Garamond" w:eastAsia="EB Garamond"/>
          <w:b w:val="0"/>
          <w:i w:val="0"/>
          <w:sz w:val="22"/>
        </w:rPr>
        <w:t>Growth.</w:t>
      </w:r>
    </w:p>
    <w:p>
      <w:pPr>
        <w:spacing w:after="0" w:line="264" w:lineRule="exact"/>
      </w:pPr>
      <w:r>
        <w:rPr>
          <w:rFonts w:ascii="EB Garamond" w:hAnsi="EB Garamond" w:eastAsia="EB Garamond"/>
          <w:b w:val="0"/>
          <w:i w:val="0"/>
          <w:sz w:val="22"/>
        </w:rPr>
      </w:r>
    </w:p>
    <w:p>
      <w:pPr>
        <w:spacing w:after="0" w:line="264" w:lineRule="exact"/>
      </w:pPr>
      <w:r>
        <w:rPr>
          <w:rFonts w:ascii="EB Garamond" w:hAnsi="EB Garamond" w:eastAsia="EB Garamond"/>
          <w:b w:val="0"/>
          <w:i w:val="0"/>
          <w:sz w:val="22"/>
        </w:rPr>
        <w:t>Thursday, Nora skipped lunch.</w:t>
      </w:r>
    </w:p>
    <w:p>
      <w:pPr>
        <w:spacing w:after="0" w:line="264" w:lineRule="exact"/>
      </w:pPr>
      <w:r>
        <w:rPr>
          <w:rFonts w:ascii="EB Garamond" w:hAnsi="EB Garamond" w:eastAsia="EB Garamond"/>
          <w:b w:val="0"/>
          <w:i w:val="0"/>
          <w:sz w:val="22"/>
        </w:rPr>
        <w:t>Elsie found her in the library.</w:t>
      </w:r>
    </w:p>
    <w:p>
      <w:pPr>
        <w:spacing w:after="0" w:line="264" w:lineRule="exact"/>
      </w:pPr>
      <w:r>
        <w:rPr>
          <w:rFonts w:ascii="EB Garamond" w:hAnsi="EB Garamond" w:eastAsia="EB Garamond"/>
          <w:b w:val="0"/>
          <w:i w:val="0"/>
          <w:sz w:val="22"/>
        </w:rPr>
        <w:t>Not intentionally.</w:t>
      </w:r>
    </w:p>
    <w:p>
      <w:pPr>
        <w:spacing w:after="0" w:line="264" w:lineRule="exact"/>
      </w:pPr>
      <w:r>
        <w:rPr>
          <w:rFonts w:ascii="EB Garamond" w:hAnsi="EB Garamond" w:eastAsia="EB Garamond"/>
          <w:b w:val="0"/>
          <w:i w:val="0"/>
          <w:sz w:val="22"/>
        </w:rPr>
        <w:t>Mostly.</w:t>
      </w:r>
    </w:p>
    <w:p>
      <w:pPr>
        <w:spacing w:after="0" w:line="264" w:lineRule="exact"/>
      </w:pPr>
      <w:r>
        <w:rPr>
          <w:rFonts w:ascii="EB Garamond" w:hAnsi="EB Garamond" w:eastAsia="EB Garamond"/>
          <w:b w:val="0"/>
          <w:i w:val="0"/>
          <w:sz w:val="22"/>
        </w:rPr>
        <w:t>Nora looked up from her laptop.</w:t>
      </w:r>
    </w:p>
    <w:p>
      <w:pPr>
        <w:spacing w:after="0" w:line="264" w:lineRule="exact"/>
      </w:pPr>
      <w:r>
        <w:rPr>
          <w:rFonts w:ascii="EB Garamond" w:hAnsi="EB Garamond" w:eastAsia="EB Garamond"/>
          <w:b w:val="0"/>
          <w:i w:val="0"/>
          <w:sz w:val="22"/>
        </w:rPr>
        <w:t>“No.”</w:t>
      </w:r>
    </w:p>
    <w:p>
      <w:pPr>
        <w:spacing w:after="0" w:line="264" w:lineRule="exact"/>
      </w:pPr>
      <w:r>
        <w:rPr>
          <w:rFonts w:ascii="EB Garamond" w:hAnsi="EB Garamond" w:eastAsia="EB Garamond"/>
          <w:b w:val="0"/>
          <w:i w:val="0"/>
          <w:sz w:val="22"/>
        </w:rPr>
        <w:t>“I didn’t say anything.”</w:t>
      </w:r>
    </w:p>
    <w:p>
      <w:pPr>
        <w:spacing w:after="0" w:line="264" w:lineRule="exact"/>
      </w:pPr>
      <w:r>
        <w:rPr>
          <w:rFonts w:ascii="EB Garamond" w:hAnsi="EB Garamond" w:eastAsia="EB Garamond"/>
          <w:b w:val="0"/>
          <w:i w:val="0"/>
          <w:sz w:val="22"/>
        </w:rPr>
        <w:t>“You hunted me down.”</w:t>
      </w:r>
    </w:p>
    <w:p>
      <w:pPr>
        <w:spacing w:after="0" w:line="264" w:lineRule="exact"/>
      </w:pPr>
      <w:r>
        <w:rPr>
          <w:rFonts w:ascii="EB Garamond" w:hAnsi="EB Garamond" w:eastAsia="EB Garamond"/>
          <w:b w:val="0"/>
          <w:i w:val="0"/>
          <w:sz w:val="22"/>
        </w:rPr>
        <w:t>“I was returning a book.”</w:t>
      </w:r>
    </w:p>
    <w:p>
      <w:pPr>
        <w:spacing w:after="0" w:line="264" w:lineRule="exact"/>
      </w:pPr>
      <w:r>
        <w:rPr>
          <w:rFonts w:ascii="EB Garamond" w:hAnsi="EB Garamond" w:eastAsia="EB Garamond"/>
          <w:b w:val="0"/>
          <w:i w:val="0"/>
          <w:sz w:val="22"/>
        </w:rPr>
        <w:t>“You don’t have a book.”</w:t>
      </w:r>
    </w:p>
    <w:p>
      <w:pPr>
        <w:spacing w:after="0" w:line="264" w:lineRule="exact"/>
      </w:pPr>
      <w:r>
        <w:rPr>
          <w:rFonts w:ascii="EB Garamond" w:hAnsi="EB Garamond" w:eastAsia="EB Garamond"/>
          <w:b w:val="0"/>
          <w:i w:val="0"/>
          <w:sz w:val="22"/>
        </w:rPr>
        <w:t>Elsie looked at her empty hands.</w:t>
      </w:r>
    </w:p>
    <w:p>
      <w:pPr>
        <w:spacing w:after="0" w:line="264" w:lineRule="exact"/>
      </w:pPr>
      <w:r>
        <w:rPr>
          <w:rFonts w:ascii="EB Garamond" w:hAnsi="EB Garamond" w:eastAsia="EB Garamond"/>
          <w:b w:val="0"/>
          <w:i w:val="0"/>
          <w:sz w:val="22"/>
        </w:rPr>
        <w:t>“That’s unfortunate.”</w:t>
      </w:r>
    </w:p>
    <w:p>
      <w:pPr>
        <w:spacing w:after="0" w:line="264" w:lineRule="exact"/>
      </w:pPr>
      <w:r>
        <w:rPr>
          <w:rFonts w:ascii="EB Garamond" w:hAnsi="EB Garamond" w:eastAsia="EB Garamond"/>
          <w:b w:val="0"/>
          <w:i w:val="0"/>
          <w:sz w:val="22"/>
        </w:rPr>
        <w:t>Nora stared.</w:t>
      </w:r>
    </w:p>
    <w:p>
      <w:pPr>
        <w:spacing w:after="0" w:line="264" w:lineRule="exact"/>
      </w:pPr>
      <w:r>
        <w:rPr>
          <w:rFonts w:ascii="EB Garamond" w:hAnsi="EB Garamond" w:eastAsia="EB Garamond"/>
          <w:b w:val="0"/>
          <w:i w:val="0"/>
          <w:sz w:val="22"/>
        </w:rPr>
        <w:t>Elsie sat across from her.</w:t>
      </w:r>
    </w:p>
    <w:p>
      <w:pPr>
        <w:spacing w:after="0" w:line="264" w:lineRule="exact"/>
      </w:pPr>
      <w:r>
        <w:rPr>
          <w:rFonts w:ascii="EB Garamond" w:hAnsi="EB Garamond" w:eastAsia="EB Garamond"/>
          <w:b w:val="0"/>
          <w:i w:val="0"/>
          <w:sz w:val="22"/>
        </w:rPr>
        <w:t>For a minute, neither spoke.</w:t>
      </w:r>
    </w:p>
    <w:p>
      <w:pPr>
        <w:spacing w:after="0" w:line="264" w:lineRule="exact"/>
      </w:pPr>
      <w:r>
        <w:rPr>
          <w:rFonts w:ascii="EB Garamond" w:hAnsi="EB Garamond" w:eastAsia="EB Garamond"/>
          <w:b w:val="0"/>
          <w:i w:val="0"/>
          <w:sz w:val="22"/>
        </w:rPr>
        <w:t>Finally Nora closed the laptop.</w:t>
      </w:r>
    </w:p>
    <w:p>
      <w:pPr>
        <w:spacing w:after="0" w:line="264" w:lineRule="exact"/>
      </w:pPr>
      <w:r>
        <w:rPr>
          <w:rFonts w:ascii="EB Garamond" w:hAnsi="EB Garamond" w:eastAsia="EB Garamond"/>
          <w:b w:val="0"/>
          <w:i w:val="0"/>
          <w:sz w:val="22"/>
        </w:rPr>
        <w:t>“I know you want to ask.”</w:t>
      </w:r>
    </w:p>
    <w:p>
      <w:pPr>
        <w:spacing w:after="0" w:line="264" w:lineRule="exact"/>
      </w:pPr>
      <w:r>
        <w:rPr>
          <w:rFonts w:ascii="EB Garamond" w:hAnsi="EB Garamond" w:eastAsia="EB Garamond"/>
          <w:b w:val="0"/>
          <w:i w:val="0"/>
          <w:sz w:val="22"/>
        </w:rPr>
        <w:t>“About your brother?”</w:t>
      </w:r>
    </w:p>
    <w:p>
      <w:pPr>
        <w:spacing w:after="0" w:line="264" w:lineRule="exact"/>
      </w:pPr>
      <w:r>
        <w:rPr>
          <w:rFonts w:ascii="EB Garamond" w:hAnsi="EB Garamond" w:eastAsia="EB Garamond"/>
          <w:b w:val="0"/>
          <w:i w:val="0"/>
          <w:sz w:val="22"/>
        </w:rPr>
        <w:t>Nora’s face changed.</w:t>
      </w:r>
    </w:p>
    <w:p>
      <w:pPr>
        <w:spacing w:after="0" w:line="264" w:lineRule="exact"/>
      </w:pPr>
      <w:r>
        <w:rPr>
          <w:rFonts w:ascii="EB Garamond" w:hAnsi="EB Garamond" w:eastAsia="EB Garamond"/>
          <w:b w:val="0"/>
          <w:i w:val="0"/>
          <w:sz w:val="22"/>
        </w:rPr>
        <w:t>“Among other things.”</w:t>
      </w:r>
    </w:p>
    <w:p>
      <w:pPr>
        <w:spacing w:after="0" w:line="264" w:lineRule="exact"/>
      </w:pPr>
      <w:r>
        <w:rPr>
          <w:rFonts w:ascii="EB Garamond" w:hAnsi="EB Garamond" w:eastAsia="EB Garamond"/>
          <w:b w:val="0"/>
          <w:i w:val="0"/>
          <w:sz w:val="22"/>
        </w:rPr>
        <w:t>Elsie waited.</w:t>
      </w:r>
    </w:p>
    <w:p>
      <w:pPr>
        <w:spacing w:after="0" w:line="264" w:lineRule="exact"/>
      </w:pPr>
      <w:r>
        <w:rPr>
          <w:rFonts w:ascii="EB Garamond" w:hAnsi="EB Garamond" w:eastAsia="EB Garamond"/>
          <w:b w:val="0"/>
          <w:i w:val="0"/>
          <w:sz w:val="22"/>
        </w:rPr>
        <w:t>Nora looked toward the window.</w:t>
      </w:r>
    </w:p>
    <w:p>
      <w:pPr>
        <w:spacing w:after="0" w:line="264" w:lineRule="exact"/>
      </w:pPr>
      <w:r>
        <w:rPr>
          <w:rFonts w:ascii="EB Garamond" w:hAnsi="EB Garamond" w:eastAsia="EB Garamond"/>
          <w:b w:val="0"/>
          <w:i w:val="0"/>
          <w:sz w:val="22"/>
        </w:rPr>
        <w:t>“They scheduled more tests.”</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“My mom keeps saying that’s good because it means they’re being careful.”</w:t>
      </w:r>
    </w:p>
    <w:p>
      <w:pPr>
        <w:spacing w:after="0" w:line="264" w:lineRule="exact"/>
      </w:pPr>
      <w:r>
        <w:rPr>
          <w:rFonts w:ascii="EB Garamond" w:hAnsi="EB Garamond" w:eastAsia="EB Garamond"/>
          <w:b w:val="0"/>
          <w:i w:val="0"/>
          <w:sz w:val="22"/>
        </w:rPr>
        <w:t>“That sounds like something moms say.”</w:t>
      </w:r>
    </w:p>
    <w:p>
      <w:pPr>
        <w:spacing w:after="0" w:line="264" w:lineRule="exact"/>
      </w:pPr>
      <w:r>
        <w:rPr>
          <w:rFonts w:ascii="EB Garamond" w:hAnsi="EB Garamond" w:eastAsia="EB Garamond"/>
          <w:b w:val="0"/>
          <w:i w:val="0"/>
          <w:sz w:val="22"/>
        </w:rPr>
        <w:t>“Exactly.”</w:t>
      </w:r>
    </w:p>
    <w:p>
      <w:pPr>
        <w:spacing w:after="0" w:line="264" w:lineRule="exact"/>
      </w:pPr>
      <w:r>
        <w:rPr>
          <w:rFonts w:ascii="EB Garamond" w:hAnsi="EB Garamond" w:eastAsia="EB Garamond"/>
          <w:b w:val="0"/>
          <w:i w:val="0"/>
          <w:sz w:val="22"/>
        </w:rPr>
        <w:t>Nora picked at the corner of her laptop sticker.</w:t>
      </w:r>
    </w:p>
    <w:p>
      <w:pPr>
        <w:spacing w:after="0" w:line="264" w:lineRule="exact"/>
      </w:pPr>
      <w:r>
        <w:rPr>
          <w:rFonts w:ascii="EB Garamond" w:hAnsi="EB Garamond" w:eastAsia="EB Garamond"/>
          <w:b w:val="0"/>
          <w:i w:val="0"/>
          <w:sz w:val="22"/>
        </w:rPr>
        <w:t>“I’m mad.”</w:t>
      </w:r>
    </w:p>
    <w:p>
      <w:pPr>
        <w:spacing w:after="0" w:line="264" w:lineRule="exact"/>
      </w:pPr>
      <w:r>
        <w:rPr>
          <w:rFonts w:ascii="EB Garamond" w:hAnsi="EB Garamond" w:eastAsia="EB Garamond"/>
          <w:b w:val="0"/>
          <w:i w:val="0"/>
          <w:sz w:val="22"/>
        </w:rPr>
        <w:t>“At who?”</w:t>
      </w:r>
    </w:p>
    <w:p>
      <w:pPr>
        <w:spacing w:after="0" w:line="264" w:lineRule="exact"/>
      </w:pPr>
      <w:r>
        <w:rPr>
          <w:rFonts w:ascii="EB Garamond" w:hAnsi="EB Garamond" w:eastAsia="EB Garamond"/>
          <w:b w:val="0"/>
          <w:i w:val="0"/>
          <w:sz w:val="22"/>
        </w:rPr>
        <w:t>“Yes.”</w:t>
      </w:r>
    </w:p>
    <w:p>
      <w:pPr>
        <w:spacing w:after="0" w:line="264" w:lineRule="exact"/>
      </w:pPr>
      <w:r>
        <w:rPr>
          <w:rFonts w:ascii="EB Garamond" w:hAnsi="EB Garamond" w:eastAsia="EB Garamond"/>
          <w:b w:val="0"/>
          <w:i w:val="0"/>
          <w:sz w:val="22"/>
        </w:rPr>
        <w:t>Elsie smiled slightly.</w:t>
      </w:r>
    </w:p>
    <w:p>
      <w:pPr>
        <w:spacing w:after="0" w:line="264" w:lineRule="exact"/>
      </w:pPr>
      <w:r>
        <w:rPr>
          <w:rFonts w:ascii="EB Garamond" w:hAnsi="EB Garamond" w:eastAsia="EB Garamond"/>
          <w:b w:val="0"/>
          <w:i w:val="0"/>
          <w:sz w:val="22"/>
        </w:rPr>
        <w:t>Nora didn’t.</w:t>
      </w:r>
    </w:p>
    <w:p>
      <w:pPr>
        <w:spacing w:after="0" w:line="264" w:lineRule="exact"/>
      </w:pPr>
      <w:r>
        <w:rPr>
          <w:rFonts w:ascii="EB Garamond" w:hAnsi="EB Garamond" w:eastAsia="EB Garamond"/>
          <w:b w:val="0"/>
          <w:i w:val="0"/>
          <w:sz w:val="22"/>
        </w:rPr>
        <w:t>So Elsie stopped.</w:t>
      </w:r>
    </w:p>
    <w:p>
      <w:pPr>
        <w:spacing w:after="0" w:line="264" w:lineRule="exact"/>
      </w:pPr>
      <w:r>
        <w:rPr>
          <w:rFonts w:ascii="EB Garamond" w:hAnsi="EB Garamond" w:eastAsia="EB Garamond"/>
          <w:b w:val="0"/>
          <w:i w:val="0"/>
          <w:sz w:val="22"/>
        </w:rPr>
        <w:t>“I’m mad at the doctors because they don’t know. I’m mad at my parents because they keep talking quietly in the kitchen like I’m six. I’m mad at my brother because he keeps making jokes.”</w:t>
      </w:r>
    </w:p>
    <w:p>
      <w:pPr>
        <w:spacing w:after="0" w:line="264" w:lineRule="exact"/>
      </w:pPr>
      <w:r>
        <w:rPr>
          <w:rFonts w:ascii="EB Garamond" w:hAnsi="EB Garamond" w:eastAsia="EB Garamond"/>
          <w:b w:val="0"/>
          <w:i w:val="0"/>
          <w:sz w:val="22"/>
        </w:rPr>
        <w:t>“Why are you mad at him for making jokes?”</w:t>
      </w:r>
    </w:p>
    <w:p>
      <w:pPr>
        <w:spacing w:after="0" w:line="264" w:lineRule="exact"/>
      </w:pPr>
      <w:r>
        <w:rPr>
          <w:rFonts w:ascii="EB Garamond" w:hAnsi="EB Garamond" w:eastAsia="EB Garamond"/>
          <w:b w:val="0"/>
          <w:i w:val="0"/>
          <w:sz w:val="22"/>
        </w:rPr>
        <w:t>“Because then I laugh.”</w:t>
      </w:r>
    </w:p>
    <w:p>
      <w:pPr>
        <w:spacing w:after="0" w:line="264" w:lineRule="exact"/>
      </w:pPr>
      <w:r>
        <w:rPr>
          <w:rFonts w:ascii="EB Garamond" w:hAnsi="EB Garamond" w:eastAsia="EB Garamond"/>
          <w:b w:val="0"/>
          <w:i w:val="0"/>
          <w:sz w:val="22"/>
        </w:rPr>
        <w:t>Nora’s eyes filled.</w:t>
      </w:r>
    </w:p>
    <w:p>
      <w:pPr>
        <w:spacing w:after="0" w:line="264" w:lineRule="exact"/>
      </w:pPr>
      <w:r>
        <w:rPr>
          <w:rFonts w:ascii="EB Garamond" w:hAnsi="EB Garamond" w:eastAsia="EB Garamond"/>
          <w:b w:val="0"/>
          <w:i w:val="0"/>
          <w:sz w:val="22"/>
        </w:rPr>
        <w:t>“And then I feel like a terrible person.”</w:t>
      </w:r>
    </w:p>
    <w:p>
      <w:pPr>
        <w:spacing w:after="0" w:line="264" w:lineRule="exact"/>
      </w:pPr>
      <w:r>
        <w:rPr>
          <w:rFonts w:ascii="EB Garamond" w:hAnsi="EB Garamond" w:eastAsia="EB Garamond"/>
          <w:b w:val="0"/>
          <w:i w:val="0"/>
          <w:sz w:val="22"/>
        </w:rPr>
        <w:t>“You’re not.”</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She wiped under one eye.</w:t>
      </w:r>
    </w:p>
    <w:p>
      <w:pPr>
        <w:spacing w:after="0" w:line="264" w:lineRule="exact"/>
      </w:pPr>
      <w:r>
        <w:rPr>
          <w:rFonts w:ascii="EB Garamond" w:hAnsi="EB Garamond" w:eastAsia="EB Garamond"/>
          <w:b w:val="0"/>
          <w:i w:val="0"/>
          <w:sz w:val="22"/>
        </w:rPr>
        <w:t>“Knowing things is incredibly unhelpful sometimes.”</w:t>
      </w:r>
    </w:p>
    <w:p>
      <w:pPr>
        <w:spacing w:after="0" w:line="264" w:lineRule="exact"/>
      </w:pPr>
      <w:r>
        <w:rPr>
          <w:rFonts w:ascii="EB Garamond" w:hAnsi="EB Garamond" w:eastAsia="EB Garamond"/>
          <w:b w:val="0"/>
          <w:i w:val="0"/>
          <w:sz w:val="22"/>
        </w:rPr>
        <w:t>Elsie almost laughed.</w:t>
      </w:r>
    </w:p>
    <w:p>
      <w:pPr>
        <w:spacing w:after="0" w:line="264" w:lineRule="exact"/>
      </w:pPr>
      <w:r>
        <w:rPr>
          <w:rFonts w:ascii="EB Garamond" w:hAnsi="EB Garamond" w:eastAsia="EB Garamond"/>
          <w:b w:val="0"/>
          <w:i w:val="0"/>
          <w:sz w:val="22"/>
        </w:rPr>
        <w:t>That sounded familiar.</w:t>
      </w:r>
    </w:p>
    <w:p>
      <w:pPr>
        <w:spacing w:after="0" w:line="264" w:lineRule="exact"/>
      </w:pPr>
      <w:r>
        <w:rPr>
          <w:rFonts w:ascii="EB Garamond" w:hAnsi="EB Garamond" w:eastAsia="EB Garamond"/>
          <w:b w:val="0"/>
          <w:i w:val="0"/>
          <w:sz w:val="22"/>
        </w:rPr>
        <w:t>Nora looked down.</w:t>
      </w:r>
    </w:p>
    <w:p>
      <w:pPr>
        <w:spacing w:after="0" w:line="264" w:lineRule="exact"/>
      </w:pPr>
      <w:r>
        <w:rPr>
          <w:rFonts w:ascii="EB Garamond" w:hAnsi="EB Garamond" w:eastAsia="EB Garamond"/>
          <w:b w:val="0"/>
          <w:i w:val="0"/>
          <w:sz w:val="22"/>
        </w:rPr>
        <w:t>“And I’m mad at God.”</w:t>
      </w:r>
    </w:p>
    <w:p>
      <w:pPr>
        <w:spacing w:after="0" w:line="264" w:lineRule="exact"/>
      </w:pPr>
      <w:r>
        <w:rPr>
          <w:rFonts w:ascii="EB Garamond" w:hAnsi="EB Garamond" w:eastAsia="EB Garamond"/>
          <w:b w:val="0"/>
          <w:i w:val="0"/>
          <w:sz w:val="22"/>
        </w:rPr>
        <w:t>There it was.</w:t>
      </w:r>
    </w:p>
    <w:p>
      <w:pPr>
        <w:spacing w:after="0" w:line="264" w:lineRule="exact"/>
      </w:pPr>
      <w:r>
        <w:rPr>
          <w:rFonts w:ascii="EB Garamond" w:hAnsi="EB Garamond" w:eastAsia="EB Garamond"/>
          <w:b w:val="0"/>
          <w:i w:val="0"/>
          <w:sz w:val="22"/>
        </w:rPr>
        <w:t>Elsie stayed quiet.</w:t>
      </w:r>
    </w:p>
    <w:p>
      <w:pPr>
        <w:spacing w:after="0" w:line="264" w:lineRule="exact"/>
      </w:pPr>
      <w:r>
        <w:rPr>
          <w:rFonts w:ascii="EB Garamond" w:hAnsi="EB Garamond" w:eastAsia="EB Garamond"/>
          <w:b w:val="0"/>
          <w:i w:val="0"/>
          <w:sz w:val="22"/>
        </w:rPr>
        <w:t>“I was mad last time too.”</w:t>
      </w:r>
    </w:p>
    <w:p>
      <w:pPr>
        <w:spacing w:after="0" w:line="264" w:lineRule="exact"/>
      </w:pPr>
      <w:r>
        <w:rPr>
          <w:rFonts w:ascii="EB Garamond" w:hAnsi="EB Garamond" w:eastAsia="EB Garamond"/>
          <w:b w:val="0"/>
          <w:i w:val="0"/>
          <w:sz w:val="22"/>
        </w:rPr>
        <w:t>“When he got sick?”</w:t>
      </w:r>
    </w:p>
    <w:p>
      <w:pPr>
        <w:spacing w:after="0" w:line="264" w:lineRule="exact"/>
      </w:pPr>
      <w:r>
        <w:rPr>
          <w:rFonts w:ascii="EB Garamond" w:hAnsi="EB Garamond" w:eastAsia="EB Garamond"/>
          <w:b w:val="0"/>
          <w:i w:val="0"/>
          <w:sz w:val="22"/>
        </w:rPr>
        <w:t>Nora nodded.</w:t>
      </w:r>
    </w:p>
    <w:p>
      <w:pPr>
        <w:spacing w:after="0" w:line="264" w:lineRule="exact"/>
      </w:pPr>
      <w:r>
        <w:rPr>
          <w:rFonts w:ascii="EB Garamond" w:hAnsi="EB Garamond" w:eastAsia="EB Garamond"/>
          <w:b w:val="0"/>
          <w:i w:val="0"/>
          <w:sz w:val="22"/>
        </w:rPr>
        <w:t>“That’s why I started Bible study.”</w:t>
      </w:r>
    </w:p>
    <w:p>
      <w:pPr>
        <w:spacing w:after="0" w:line="264" w:lineRule="exact"/>
      </w:pPr>
      <w:r>
        <w:rPr>
          <w:rFonts w:ascii="EB Garamond" w:hAnsi="EB Garamond" w:eastAsia="EB Garamond"/>
          <w:b w:val="0"/>
          <w:i w:val="0"/>
          <w:sz w:val="22"/>
        </w:rPr>
        <w:t>Elsie frowned.</w:t>
      </w:r>
    </w:p>
    <w:p>
      <w:pPr>
        <w:spacing w:after="0" w:line="264" w:lineRule="exact"/>
      </w:pPr>
      <w:r>
        <w:rPr>
          <w:rFonts w:ascii="EB Garamond" w:hAnsi="EB Garamond" w:eastAsia="EB Garamond"/>
          <w:b w:val="0"/>
          <w:i w:val="0"/>
          <w:sz w:val="22"/>
        </w:rPr>
        <w:t>“I thought you started because it helped.”</w:t>
      </w:r>
    </w:p>
    <w:p>
      <w:pPr>
        <w:spacing w:after="0" w:line="264" w:lineRule="exact"/>
      </w:pPr>
      <w:r>
        <w:rPr>
          <w:rFonts w:ascii="EB Garamond" w:hAnsi="EB Garamond" w:eastAsia="EB Garamond"/>
          <w:b w:val="0"/>
          <w:i w:val="0"/>
          <w:sz w:val="22"/>
        </w:rPr>
        <w:t>“Eventually.”</w:t>
      </w:r>
    </w:p>
    <w:p>
      <w:pPr>
        <w:spacing w:after="0" w:line="264" w:lineRule="exact"/>
      </w:pPr>
      <w:r>
        <w:rPr>
          <w:rFonts w:ascii="EB Garamond" w:hAnsi="EB Garamond" w:eastAsia="EB Garamond"/>
          <w:b w:val="0"/>
          <w:i w:val="0"/>
          <w:sz w:val="22"/>
        </w:rPr>
        <w:t>Nora leaned back.</w:t>
      </w:r>
    </w:p>
    <w:p>
      <w:pPr>
        <w:spacing w:after="0" w:line="264" w:lineRule="exact"/>
      </w:pPr>
      <w:r>
        <w:rPr>
          <w:rFonts w:ascii="EB Garamond" w:hAnsi="EB Garamond" w:eastAsia="EB Garamond"/>
          <w:b w:val="0"/>
          <w:i w:val="0"/>
          <w:sz w:val="22"/>
        </w:rPr>
        <w:t>“At first I started because everybody kept telling me to trust God.”</w:t>
      </w:r>
    </w:p>
    <w:p>
      <w:pPr>
        <w:spacing w:after="0" w:line="264" w:lineRule="exact"/>
      </w:pPr>
      <w:r>
        <w:rPr>
          <w:rFonts w:ascii="EB Garamond" w:hAnsi="EB Garamond" w:eastAsia="EB Garamond"/>
          <w:b w:val="0"/>
          <w:i w:val="0"/>
          <w:sz w:val="22"/>
        </w:rPr>
        <w:t>“Oh.”</w:t>
      </w:r>
    </w:p>
    <w:p>
      <w:pPr>
        <w:spacing w:after="0" w:line="264" w:lineRule="exact"/>
      </w:pPr>
      <w:r>
        <w:rPr>
          <w:rFonts w:ascii="EB Garamond" w:hAnsi="EB Garamond" w:eastAsia="EB Garamond"/>
          <w:b w:val="0"/>
          <w:i w:val="0"/>
          <w:sz w:val="22"/>
        </w:rPr>
        <w:t>“And I wanted to know what exactly I was supposed to be trusting Him to do.”</w:t>
      </w:r>
    </w:p>
    <w:p>
      <w:pPr>
        <w:spacing w:after="0" w:line="264" w:lineRule="exact"/>
      </w:pPr>
      <w:r>
        <w:rPr>
          <w:rFonts w:ascii="EB Garamond" w:hAnsi="EB Garamond" w:eastAsia="EB Garamond"/>
          <w:b w:val="0"/>
          <w:i w:val="0"/>
          <w:sz w:val="22"/>
        </w:rPr>
        <w:t>Elsie thought of Mason.</w:t>
      </w:r>
    </w:p>
    <w:p>
      <w:pPr>
        <w:spacing w:after="0" w:line="264" w:lineRule="exact"/>
      </w:pPr>
      <w:r>
        <w:rPr>
          <w:rFonts w:ascii="EB Garamond" w:hAnsi="EB Garamond" w:eastAsia="EB Garamond"/>
          <w:b w:val="0"/>
          <w:i/>
          <w:sz w:val="22"/>
        </w:rPr>
        <w:t>So Thomas got proof.</w:t>
      </w:r>
    </w:p>
    <w:p>
      <w:pPr>
        <w:spacing w:after="0" w:line="264" w:lineRule="exact"/>
      </w:pPr>
      <w:r>
        <w:rPr>
          <w:rFonts w:ascii="EB Garamond" w:hAnsi="EB Garamond" w:eastAsia="EB Garamond"/>
          <w:b w:val="0"/>
          <w:i/>
          <w:sz w:val="22"/>
        </w:rPr>
        <w:t>And I don’t.</w:t>
      </w:r>
    </w:p>
    <w:p>
      <w:pPr>
        <w:spacing w:after="0" w:line="264" w:lineRule="exact"/>
      </w:pPr>
      <w:r>
        <w:rPr>
          <w:rFonts w:ascii="EB Garamond" w:hAnsi="EB Garamond" w:eastAsia="EB Garamond"/>
          <w:b w:val="0"/>
          <w:i w:val="0"/>
          <w:sz w:val="22"/>
        </w:rPr>
        <w:t>“What did you figure out?”</w:t>
      </w:r>
    </w:p>
    <w:p>
      <w:pPr>
        <w:spacing w:after="0" w:line="264" w:lineRule="exact"/>
      </w:pPr>
      <w:r>
        <w:rPr>
          <w:rFonts w:ascii="EB Garamond" w:hAnsi="EB Garamond" w:eastAsia="EB Garamond"/>
          <w:b w:val="0"/>
          <w:i w:val="0"/>
          <w:sz w:val="22"/>
        </w:rPr>
        <w:t>“Nothing useful.”</w:t>
      </w:r>
    </w:p>
    <w:p>
      <w:pPr>
        <w:spacing w:after="0" w:line="264" w:lineRule="exact"/>
      </w:pPr>
      <w:r>
        <w:rPr>
          <w:rFonts w:ascii="EB Garamond" w:hAnsi="EB Garamond" w:eastAsia="EB Garamond"/>
          <w:b w:val="0"/>
          <w:i w:val="0"/>
          <w:sz w:val="22"/>
        </w:rPr>
        <w:t>“Excellent.”</w:t>
      </w:r>
    </w:p>
    <w:p>
      <w:pPr>
        <w:spacing w:after="0" w:line="264" w:lineRule="exact"/>
      </w:pPr>
      <w:r>
        <w:rPr>
          <w:rFonts w:ascii="EB Garamond" w:hAnsi="EB Garamond" w:eastAsia="EB Garamond"/>
          <w:b w:val="0"/>
          <w:i w:val="0"/>
          <w:sz w:val="22"/>
        </w:rPr>
        <w:t>Nora almost smiled.</w:t>
      </w:r>
    </w:p>
    <w:p>
      <w:pPr>
        <w:spacing w:after="0" w:line="264" w:lineRule="exact"/>
      </w:pPr>
      <w:r>
        <w:rPr>
          <w:rFonts w:ascii="EB Garamond" w:hAnsi="EB Garamond" w:eastAsia="EB Garamond"/>
          <w:b w:val="0"/>
          <w:i w:val="0"/>
          <w:sz w:val="22"/>
        </w:rPr>
        <w:t>“I figured out people in the Bible got mad.”</w:t>
      </w:r>
    </w:p>
    <w:p>
      <w:pPr>
        <w:spacing w:after="0" w:line="264" w:lineRule="exact"/>
      </w:pPr>
      <w:r>
        <w:rPr>
          <w:rFonts w:ascii="EB Garamond" w:hAnsi="EB Garamond" w:eastAsia="EB Garamond"/>
          <w:b w:val="0"/>
          <w:i w:val="0"/>
          <w:sz w:val="22"/>
        </w:rPr>
        <w:t>“Very.”</w:t>
      </w:r>
    </w:p>
    <w:p>
      <w:pPr>
        <w:spacing w:after="0" w:line="264" w:lineRule="exact"/>
      </w:pPr>
      <w:r>
        <w:rPr>
          <w:rFonts w:ascii="EB Garamond" w:hAnsi="EB Garamond" w:eastAsia="EB Garamond"/>
          <w:b w:val="0"/>
          <w:i w:val="0"/>
          <w:sz w:val="22"/>
        </w:rPr>
        <w:t>“They asked where God was.”</w:t>
      </w:r>
    </w:p>
    <w:p>
      <w:pPr>
        <w:spacing w:after="0" w:line="264" w:lineRule="exact"/>
      </w:pPr>
      <w:r>
        <w:rPr>
          <w:rFonts w:ascii="EB Garamond" w:hAnsi="EB Garamond" w:eastAsia="EB Garamond"/>
          <w:b w:val="0"/>
          <w:i w:val="0"/>
          <w:sz w:val="22"/>
        </w:rPr>
        <w:t>“Yep.”</w:t>
      </w:r>
    </w:p>
    <w:p>
      <w:pPr>
        <w:spacing w:after="0" w:line="264" w:lineRule="exact"/>
      </w:pPr>
      <w:r>
        <w:rPr>
          <w:rFonts w:ascii="EB Garamond" w:hAnsi="EB Garamond" w:eastAsia="EB Garamond"/>
          <w:b w:val="0"/>
          <w:i w:val="0"/>
          <w:sz w:val="22"/>
        </w:rPr>
        <w:t>“They complained.”</w:t>
      </w:r>
    </w:p>
    <w:p>
      <w:pPr>
        <w:spacing w:after="0" w:line="264" w:lineRule="exact"/>
      </w:pPr>
      <w:r>
        <w:rPr>
          <w:rFonts w:ascii="EB Garamond" w:hAnsi="EB Garamond" w:eastAsia="EB Garamond"/>
          <w:b w:val="0"/>
          <w:i w:val="0"/>
          <w:sz w:val="22"/>
        </w:rPr>
        <w:t>“Constantly.”</w:t>
      </w:r>
    </w:p>
    <w:p>
      <w:pPr>
        <w:spacing w:after="0" w:line="264" w:lineRule="exact"/>
      </w:pPr>
      <w:r>
        <w:rPr>
          <w:rFonts w:ascii="EB Garamond" w:hAnsi="EB Garamond" w:eastAsia="EB Garamond"/>
          <w:b w:val="0"/>
          <w:i w:val="0"/>
          <w:sz w:val="22"/>
        </w:rPr>
        <w:t>“They doubted.”</w:t>
      </w:r>
    </w:p>
    <w:p>
      <w:pPr>
        <w:spacing w:after="0" w:line="264" w:lineRule="exact"/>
      </w:pPr>
      <w:r>
        <w:rPr>
          <w:rFonts w:ascii="EB Garamond" w:hAnsi="EB Garamond" w:eastAsia="EB Garamond"/>
          <w:b w:val="0"/>
          <w:i w:val="0"/>
          <w:sz w:val="22"/>
        </w:rPr>
        <w:t>Elsie thought about Thomas.</w:t>
      </w:r>
    </w:p>
    <w:p>
      <w:pPr>
        <w:spacing w:after="0" w:line="264" w:lineRule="exact"/>
      </w:pPr>
      <w:r>
        <w:rPr>
          <w:rFonts w:ascii="EB Garamond" w:hAnsi="EB Garamond" w:eastAsia="EB Garamond"/>
          <w:b w:val="0"/>
          <w:i w:val="0"/>
          <w:sz w:val="22"/>
        </w:rPr>
        <w:t>“Apparently.”</w:t>
      </w:r>
    </w:p>
    <w:p>
      <w:pPr>
        <w:spacing w:after="0" w:line="264" w:lineRule="exact"/>
      </w:pPr>
      <w:r>
        <w:rPr>
          <w:rFonts w:ascii="EB Garamond" w:hAnsi="EB Garamond" w:eastAsia="EB Garamond"/>
          <w:b w:val="0"/>
          <w:i w:val="0"/>
          <w:sz w:val="22"/>
        </w:rPr>
        <w:t>Nora looked at her.</w:t>
      </w:r>
    </w:p>
    <w:p>
      <w:pPr>
        <w:spacing w:after="0" w:line="264" w:lineRule="exact"/>
      </w:pPr>
      <w:r>
        <w:rPr>
          <w:rFonts w:ascii="EB Garamond" w:hAnsi="EB Garamond" w:eastAsia="EB Garamond"/>
          <w:b w:val="0"/>
          <w:i w:val="0"/>
          <w:sz w:val="22"/>
        </w:rPr>
        <w:t>“And that helped.”</w:t>
      </w:r>
    </w:p>
    <w:p>
      <w:pPr>
        <w:spacing w:after="0" w:line="264" w:lineRule="exact"/>
      </w:pPr>
      <w:r>
        <w:rPr>
          <w:rFonts w:ascii="EB Garamond" w:hAnsi="EB Garamond" w:eastAsia="EB Garamond"/>
          <w:b w:val="0"/>
          <w:i w:val="0"/>
          <w:sz w:val="22"/>
        </w:rPr>
        <w:t>“Why?”</w:t>
      </w:r>
    </w:p>
    <w:p>
      <w:pPr>
        <w:spacing w:after="0" w:line="264" w:lineRule="exact"/>
      </w:pPr>
      <w:r>
        <w:rPr>
          <w:rFonts w:ascii="EB Garamond" w:hAnsi="EB Garamond" w:eastAsia="EB Garamond"/>
          <w:b w:val="0"/>
          <w:i w:val="0"/>
          <w:sz w:val="22"/>
        </w:rPr>
        <w:t>“Because nobody exploded.”</w:t>
      </w:r>
    </w:p>
    <w:p>
      <w:pPr>
        <w:spacing w:after="0" w:line="264" w:lineRule="exact"/>
      </w:pPr>
      <w:r>
        <w:rPr>
          <w:rFonts w:ascii="EB Garamond" w:hAnsi="EB Garamond" w:eastAsia="EB Garamond"/>
          <w:b w:val="0"/>
          <w:i w:val="0"/>
          <w:sz w:val="22"/>
        </w:rPr>
        <w:t>Elsie laughed.</w:t>
      </w:r>
    </w:p>
    <w:p>
      <w:pPr>
        <w:spacing w:after="0" w:line="264" w:lineRule="exact"/>
      </w:pPr>
      <w:r>
        <w:rPr>
          <w:rFonts w:ascii="EB Garamond" w:hAnsi="EB Garamond" w:eastAsia="EB Garamond"/>
          <w:b w:val="0"/>
          <w:i w:val="0"/>
          <w:sz w:val="22"/>
        </w:rPr>
        <w:t>Nora smiled.</w:t>
      </w:r>
    </w:p>
    <w:p>
      <w:pPr>
        <w:spacing w:after="0" w:line="264" w:lineRule="exact"/>
      </w:pPr>
      <w:r>
        <w:rPr>
          <w:rFonts w:ascii="EB Garamond" w:hAnsi="EB Garamond" w:eastAsia="EB Garamond"/>
          <w:b w:val="0"/>
          <w:i w:val="0"/>
          <w:sz w:val="22"/>
        </w:rPr>
        <w:t>“Like God already knew they were mad.”</w:t>
      </w:r>
    </w:p>
    <w:p>
      <w:pPr>
        <w:spacing w:after="0" w:line="264" w:lineRule="exact"/>
      </w:pPr>
      <w:r>
        <w:rPr>
          <w:rFonts w:ascii="EB Garamond" w:hAnsi="EB Garamond" w:eastAsia="EB Garamond"/>
          <w:b w:val="0"/>
          <w:i w:val="0"/>
          <w:sz w:val="22"/>
        </w:rPr>
        <w:t>Elsie’s smile faded.</w:t>
      </w:r>
    </w:p>
    <w:p>
      <w:pPr>
        <w:spacing w:after="0" w:line="264" w:lineRule="exact"/>
      </w:pPr>
      <w:r>
        <w:rPr>
          <w:rFonts w:ascii="EB Garamond" w:hAnsi="EB Garamond" w:eastAsia="EB Garamond"/>
          <w:b w:val="0"/>
          <w:i w:val="0"/>
          <w:sz w:val="22"/>
        </w:rPr>
        <w:t>Nora continued.</w:t>
      </w:r>
    </w:p>
    <w:p>
      <w:pPr>
        <w:spacing w:after="0" w:line="264" w:lineRule="exact"/>
      </w:pPr>
      <w:r>
        <w:rPr>
          <w:rFonts w:ascii="EB Garamond" w:hAnsi="EB Garamond" w:eastAsia="EB Garamond"/>
          <w:b w:val="0"/>
          <w:i w:val="0"/>
          <w:sz w:val="22"/>
        </w:rPr>
        <w:t>“I didn’t have to protect Him from it.”</w:t>
      </w:r>
    </w:p>
    <w:p>
      <w:pPr>
        <w:spacing w:after="0" w:line="264" w:lineRule="exact"/>
      </w:pPr>
      <w:r>
        <w:rPr>
          <w:rFonts w:ascii="EB Garamond" w:hAnsi="EB Garamond" w:eastAsia="EB Garamond"/>
          <w:b w:val="0"/>
          <w:i w:val="0"/>
          <w:sz w:val="22"/>
        </w:rPr>
        <w:t>That stayed between them.</w:t>
      </w:r>
    </w:p>
    <w:p>
      <w:pPr>
        <w:spacing w:after="0" w:line="264" w:lineRule="exact"/>
      </w:pPr>
      <w:r>
        <w:rPr>
          <w:rFonts w:ascii="EB Garamond" w:hAnsi="EB Garamond" w:eastAsia="EB Garamond"/>
          <w:b w:val="0"/>
          <w:i w:val="0"/>
          <w:sz w:val="22"/>
        </w:rPr>
        <w:t>Elsie thought about Grandma at twenty.</w:t>
      </w:r>
    </w:p>
    <w:p>
      <w:pPr>
        <w:spacing w:after="0" w:line="264" w:lineRule="exact"/>
      </w:pPr>
      <w:r>
        <w:rPr>
          <w:rFonts w:ascii="EB Garamond" w:hAnsi="EB Garamond" w:eastAsia="EB Garamond"/>
          <w:b w:val="0"/>
          <w:i w:val="0"/>
          <w:sz w:val="22"/>
        </w:rPr>
        <w:t>A boy on a car hood.</w:t>
      </w:r>
    </w:p>
    <w:p>
      <w:pPr>
        <w:spacing w:after="0" w:line="264" w:lineRule="exact"/>
      </w:pPr>
      <w:r>
        <w:rPr>
          <w:rFonts w:ascii="EB Garamond" w:hAnsi="EB Garamond" w:eastAsia="EB Garamond"/>
          <w:b/>
          <w:i w:val="0"/>
          <w:sz w:val="22"/>
        </w:rPr>
        <w:t>I DON’T BELIEVE THIS.</w:t>
      </w:r>
    </w:p>
    <w:p>
      <w:pPr>
        <w:spacing w:after="0" w:line="264" w:lineRule="exact"/>
      </w:pPr>
      <w:r>
        <w:rPr>
          <w:rFonts w:ascii="EB Garamond" w:hAnsi="EB Garamond" w:eastAsia="EB Garamond"/>
          <w:b w:val="0"/>
          <w:i w:val="0"/>
          <w:sz w:val="22"/>
        </w:rPr>
        <w:t>She didn’t ask.</w:t>
      </w:r>
    </w:p>
    <w:p>
      <w:pPr>
        <w:spacing w:after="0" w:line="264" w:lineRule="exact"/>
      </w:pPr>
      <w:r>
        <w:rPr>
          <w:rFonts w:ascii="EB Garamond" w:hAnsi="EB Garamond" w:eastAsia="EB Garamond"/>
          <w:b w:val="0"/>
          <w:i w:val="0"/>
          <w:sz w:val="22"/>
        </w:rPr>
        <w:t>Not yet.</w:t>
      </w:r>
    </w:p>
    <w:p>
      <w:pPr>
        <w:spacing w:after="0" w:line="264" w:lineRule="exact"/>
      </w:pPr>
      <w:r>
        <w:rPr>
          <w:rFonts w:ascii="EB Garamond" w:hAnsi="EB Garamond" w:eastAsia="EB Garamond"/>
          <w:b w:val="0"/>
          <w:i w:val="0"/>
          <w:sz w:val="22"/>
        </w:rPr>
        <w:t>Nora looked at her laptop.</w:t>
      </w:r>
    </w:p>
    <w:p>
      <w:pPr>
        <w:spacing w:after="0" w:line="264" w:lineRule="exact"/>
      </w:pPr>
      <w:r>
        <w:rPr>
          <w:rFonts w:ascii="EB Garamond" w:hAnsi="EB Garamond" w:eastAsia="EB Garamond"/>
          <w:b w:val="0"/>
          <w:i w:val="0"/>
          <w:sz w:val="22"/>
        </w:rPr>
        <w:t>“I started posting verses because some of them helped me.”</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“And then people started messaging me.”</w:t>
      </w:r>
    </w:p>
    <w:p>
      <w:pPr>
        <w:spacing w:after="0" w:line="264" w:lineRule="exact"/>
      </w:pPr>
      <w:r>
        <w:rPr>
          <w:rFonts w:ascii="EB Garamond" w:hAnsi="EB Garamond" w:eastAsia="EB Garamond"/>
          <w:b w:val="0"/>
          <w:i w:val="0"/>
          <w:sz w:val="22"/>
        </w:rPr>
        <w:t>“What people?”</w:t>
      </w:r>
    </w:p>
    <w:p>
      <w:pPr>
        <w:spacing w:after="0" w:line="264" w:lineRule="exact"/>
      </w:pPr>
      <w:r>
        <w:rPr>
          <w:rFonts w:ascii="EB Garamond" w:hAnsi="EB Garamond" w:eastAsia="EB Garamond"/>
          <w:b w:val="0"/>
          <w:i w:val="0"/>
          <w:sz w:val="22"/>
        </w:rPr>
        <w:t>“People.”</w:t>
      </w:r>
    </w:p>
    <w:p>
      <w:pPr>
        <w:spacing w:after="0" w:line="264" w:lineRule="exact"/>
      </w:pPr>
      <w:r>
        <w:rPr>
          <w:rFonts w:ascii="EB Garamond" w:hAnsi="EB Garamond" w:eastAsia="EB Garamond"/>
          <w:b w:val="0"/>
          <w:i w:val="0"/>
          <w:sz w:val="22"/>
        </w:rPr>
        <w:t>“That feels specific.”</w:t>
      </w:r>
    </w:p>
    <w:p>
      <w:pPr>
        <w:spacing w:after="0" w:line="264" w:lineRule="exact"/>
      </w:pPr>
      <w:r>
        <w:rPr>
          <w:rFonts w:ascii="EB Garamond" w:hAnsi="EB Garamond" w:eastAsia="EB Garamond"/>
          <w:b w:val="0"/>
          <w:i w:val="0"/>
          <w:sz w:val="22"/>
        </w:rPr>
        <w:t>“School. Instagram. Friends of friends.”</w:t>
      </w:r>
    </w:p>
    <w:p>
      <w:pPr>
        <w:spacing w:after="0" w:line="264" w:lineRule="exact"/>
      </w:pPr>
      <w:r>
        <w:rPr>
          <w:rFonts w:ascii="EB Garamond" w:hAnsi="EB Garamond" w:eastAsia="EB Garamond"/>
          <w:b w:val="0"/>
          <w:i w:val="0"/>
          <w:sz w:val="22"/>
        </w:rPr>
        <w:t>Nora unlocked her phone.</w:t>
      </w:r>
    </w:p>
    <w:p>
      <w:pPr>
        <w:spacing w:after="0" w:line="264" w:lineRule="exact"/>
      </w:pPr>
      <w:r>
        <w:rPr>
          <w:rFonts w:ascii="EB Garamond" w:hAnsi="EB Garamond" w:eastAsia="EB Garamond"/>
          <w:b w:val="0"/>
          <w:i w:val="0"/>
          <w:sz w:val="22"/>
        </w:rPr>
        <w:t>Scrolled.</w:t>
      </w:r>
    </w:p>
    <w:p>
      <w:pPr>
        <w:spacing w:after="0" w:line="264" w:lineRule="exact"/>
      </w:pPr>
      <w:r>
        <w:rPr>
          <w:rFonts w:ascii="EB Garamond" w:hAnsi="EB Garamond" w:eastAsia="EB Garamond"/>
          <w:b w:val="0"/>
          <w:i w:val="0"/>
          <w:sz w:val="22"/>
        </w:rPr>
        <w:t>Then slid it across the table.</w:t>
      </w:r>
    </w:p>
    <w:p>
      <w:pPr>
        <w:spacing w:after="0" w:line="264" w:lineRule="exact"/>
      </w:pPr>
      <w:r>
        <w:rPr>
          <w:rFonts w:ascii="EB Garamond" w:hAnsi="EB Garamond" w:eastAsia="EB Garamond"/>
          <w:b w:val="0"/>
          <w:i w:val="0"/>
          <w:sz w:val="22"/>
        </w:rPr>
        <w:t>Messages.</w:t>
      </w:r>
    </w:p>
    <w:p>
      <w:pPr>
        <w:spacing w:after="0" w:line="264" w:lineRule="exact"/>
      </w:pPr>
      <w:r>
        <w:rPr>
          <w:rFonts w:ascii="EB Garamond" w:hAnsi="EB Garamond" w:eastAsia="EB Garamond"/>
          <w:b w:val="0"/>
          <w:i w:val="0"/>
          <w:sz w:val="22"/>
        </w:rPr>
        <w:t>A lot of them.</w:t>
      </w:r>
    </w:p>
    <w:p>
      <w:pPr>
        <w:spacing w:after="0" w:line="264" w:lineRule="exact"/>
      </w:pPr>
      <w:r>
        <w:rPr>
          <w:rFonts w:ascii="EB Garamond" w:hAnsi="EB Garamond" w:eastAsia="EB Garamond"/>
          <w:b w:val="0"/>
          <w:i/>
          <w:sz w:val="22"/>
        </w:rPr>
        <w:t>can you pray for me</w:t>
      </w:r>
    </w:p>
    <w:p>
      <w:pPr>
        <w:spacing w:after="0" w:line="264" w:lineRule="exact"/>
      </w:pPr>
      <w:r>
        <w:rPr>
          <w:rFonts w:ascii="EB Garamond" w:hAnsi="EB Garamond" w:eastAsia="EB Garamond"/>
          <w:b w:val="0"/>
          <w:i/>
          <w:sz w:val="22"/>
        </w:rPr>
        <w:t>what verse do you read when you’re anxious</w:t>
      </w:r>
    </w:p>
    <w:p>
      <w:pPr>
        <w:spacing w:after="0" w:line="264" w:lineRule="exact"/>
      </w:pPr>
      <w:r>
        <w:rPr>
          <w:rFonts w:ascii="EB Garamond" w:hAnsi="EB Garamond" w:eastAsia="EB Garamond"/>
          <w:b w:val="0"/>
          <w:i/>
          <w:sz w:val="22"/>
        </w:rPr>
        <w:t>my parents are getting divorced and I’m really mad at God</w:t>
      </w:r>
    </w:p>
    <w:p>
      <w:pPr>
        <w:spacing w:after="0" w:line="264" w:lineRule="exact"/>
      </w:pPr>
      <w:r>
        <w:rPr>
          <w:rFonts w:ascii="EB Garamond" w:hAnsi="EB Garamond" w:eastAsia="EB Garamond"/>
          <w:b w:val="0"/>
          <w:i/>
          <w:sz w:val="22"/>
        </w:rPr>
        <w:t>I don’t think I believe anymore. please don’t tell anyone</w:t>
      </w:r>
    </w:p>
    <w:p>
      <w:pPr>
        <w:spacing w:after="0" w:line="264" w:lineRule="exact"/>
      </w:pPr>
      <w:r>
        <w:rPr>
          <w:rFonts w:ascii="EB Garamond" w:hAnsi="EB Garamond" w:eastAsia="EB Garamond"/>
          <w:b w:val="0"/>
          <w:i/>
          <w:sz w:val="22"/>
        </w:rPr>
        <w:t>do you think people who die by suicide go to hell</w:t>
      </w:r>
    </w:p>
    <w:p>
      <w:pPr>
        <w:spacing w:after="0" w:line="264" w:lineRule="exact"/>
      </w:pPr>
      <w:r>
        <w:rPr>
          <w:rFonts w:ascii="EB Garamond" w:hAnsi="EB Garamond" w:eastAsia="EB Garamond"/>
          <w:b w:val="0"/>
          <w:i/>
          <w:sz w:val="22"/>
        </w:rPr>
        <w:t>because sometimes I think about it</w:t>
      </w:r>
    </w:p>
    <w:p>
      <w:pPr>
        <w:spacing w:after="0" w:line="264" w:lineRule="exact"/>
      </w:pPr>
      <w:r>
        <w:rPr>
          <w:rFonts w:ascii="EB Garamond" w:hAnsi="EB Garamond" w:eastAsia="EB Garamond"/>
          <w:b w:val="0"/>
          <w:i w:val="0"/>
          <w:sz w:val="22"/>
        </w:rPr>
        <w:t>Elsie stopped breathing for a second.</w:t>
      </w:r>
    </w:p>
    <w:p>
      <w:pPr>
        <w:spacing w:after="0" w:line="264" w:lineRule="exact"/>
      </w:pPr>
      <w:r>
        <w:rPr>
          <w:rFonts w:ascii="EB Garamond" w:hAnsi="EB Garamond" w:eastAsia="EB Garamond"/>
          <w:b w:val="0"/>
          <w:i w:val="0"/>
          <w:sz w:val="22"/>
        </w:rPr>
        <w:t>“Nora.”</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“When was this?”</w:t>
      </w:r>
    </w:p>
    <w:p>
      <w:pPr>
        <w:spacing w:after="0" w:line="264" w:lineRule="exact"/>
      </w:pPr>
      <w:r>
        <w:rPr>
          <w:rFonts w:ascii="EB Garamond" w:hAnsi="EB Garamond" w:eastAsia="EB Garamond"/>
          <w:b w:val="0"/>
          <w:i w:val="0"/>
          <w:sz w:val="22"/>
        </w:rPr>
        <w:t>“Two weeks ago.”</w:t>
      </w:r>
    </w:p>
    <w:p>
      <w:pPr>
        <w:spacing w:after="0" w:line="264" w:lineRule="exact"/>
      </w:pPr>
      <w:r>
        <w:rPr>
          <w:rFonts w:ascii="EB Garamond" w:hAnsi="EB Garamond" w:eastAsia="EB Garamond"/>
          <w:b w:val="0"/>
          <w:i w:val="0"/>
          <w:sz w:val="22"/>
        </w:rPr>
        <w:t>“What did you do?”</w:t>
      </w:r>
    </w:p>
    <w:p>
      <w:pPr>
        <w:spacing w:after="0" w:line="264" w:lineRule="exact"/>
      </w:pPr>
      <w:r>
        <w:rPr>
          <w:rFonts w:ascii="EB Garamond" w:hAnsi="EB Garamond" w:eastAsia="EB Garamond"/>
          <w:b w:val="0"/>
          <w:i w:val="0"/>
          <w:sz w:val="22"/>
        </w:rPr>
        <w:t>Nora looked at her.</w:t>
      </w:r>
    </w:p>
    <w:p>
      <w:pPr>
        <w:spacing w:after="0" w:line="264" w:lineRule="exact"/>
      </w:pPr>
      <w:r>
        <w:rPr>
          <w:rFonts w:ascii="EB Garamond" w:hAnsi="EB Garamond" w:eastAsia="EB Garamond"/>
          <w:b w:val="0"/>
          <w:i w:val="0"/>
          <w:sz w:val="22"/>
        </w:rPr>
        <w:t>“I told Hannah.”</w:t>
      </w:r>
    </w:p>
    <w:p>
      <w:pPr>
        <w:spacing w:after="0" w:line="264" w:lineRule="exact"/>
      </w:pPr>
      <w:r>
        <w:rPr>
          <w:rFonts w:ascii="EB Garamond" w:hAnsi="EB Garamond" w:eastAsia="EB Garamond"/>
          <w:b w:val="0"/>
          <w:i w:val="0"/>
          <w:sz w:val="22"/>
        </w:rPr>
        <w:t>Relief came so fast Elsie almost got dizzy.</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“And she made me call her.”</w:t>
      </w:r>
    </w:p>
    <w:p>
      <w:pPr>
        <w:spacing w:after="0" w:line="264" w:lineRule="exact"/>
      </w:pPr>
      <w:r>
        <w:rPr>
          <w:rFonts w:ascii="EB Garamond" w:hAnsi="EB Garamond" w:eastAsia="EB Garamond"/>
          <w:b w:val="0"/>
          <w:i w:val="0"/>
          <w:sz w:val="22"/>
        </w:rPr>
        <w:t>“Hannah?”</w:t>
      </w:r>
    </w:p>
    <w:p>
      <w:pPr>
        <w:spacing w:after="0" w:line="264" w:lineRule="exact"/>
      </w:pPr>
      <w:r>
        <w:rPr>
          <w:rFonts w:ascii="EB Garamond" w:hAnsi="EB Garamond" w:eastAsia="EB Garamond"/>
          <w:b w:val="0"/>
          <w:i w:val="0"/>
          <w:sz w:val="22"/>
        </w:rPr>
        <w:t>“Yes.”</w:t>
      </w:r>
    </w:p>
    <w:p>
      <w:pPr>
        <w:spacing w:after="0" w:line="264" w:lineRule="exact"/>
      </w:pPr>
      <w:r>
        <w:rPr>
          <w:rFonts w:ascii="EB Garamond" w:hAnsi="EB Garamond" w:eastAsia="EB Garamond"/>
          <w:b w:val="0"/>
          <w:i w:val="0"/>
          <w:sz w:val="22"/>
        </w:rPr>
        <w:t>“What happened?”</w:t>
      </w:r>
    </w:p>
    <w:p>
      <w:pPr>
        <w:spacing w:after="0" w:line="264" w:lineRule="exact"/>
      </w:pPr>
      <w:r>
        <w:rPr>
          <w:rFonts w:ascii="EB Garamond" w:hAnsi="EB Garamond" w:eastAsia="EB Garamond"/>
          <w:b w:val="0"/>
          <w:i w:val="0"/>
          <w:sz w:val="22"/>
        </w:rPr>
        <w:t>Nora took the phone back.</w:t>
      </w:r>
    </w:p>
    <w:p>
      <w:pPr>
        <w:spacing w:after="0" w:line="264" w:lineRule="exact"/>
      </w:pPr>
      <w:r>
        <w:rPr>
          <w:rFonts w:ascii="EB Garamond" w:hAnsi="EB Garamond" w:eastAsia="EB Garamond"/>
          <w:b w:val="0"/>
          <w:i w:val="0"/>
          <w:sz w:val="22"/>
        </w:rPr>
        <w:t>“She asked me if I knew who it was.”</w:t>
      </w:r>
    </w:p>
    <w:p>
      <w:pPr>
        <w:spacing w:after="0" w:line="264" w:lineRule="exact"/>
      </w:pPr>
      <w:r>
        <w:rPr>
          <w:rFonts w:ascii="EB Garamond" w:hAnsi="EB Garamond" w:eastAsia="EB Garamond"/>
          <w:b w:val="0"/>
          <w:i w:val="0"/>
          <w:sz w:val="22"/>
        </w:rPr>
        <w:t>“Did you?”</w:t>
      </w:r>
    </w:p>
    <w:p>
      <w:pPr>
        <w:spacing w:after="0" w:line="264" w:lineRule="exact"/>
      </w:pPr>
      <w:r>
        <w:rPr>
          <w:rFonts w:ascii="EB Garamond" w:hAnsi="EB Garamond" w:eastAsia="EB Garamond"/>
          <w:b w:val="0"/>
          <w:i w:val="0"/>
          <w:sz w:val="22"/>
        </w:rPr>
        <w:t>Nora nodded.</w:t>
      </w:r>
    </w:p>
    <w:p>
      <w:pPr>
        <w:spacing w:after="0" w:line="264" w:lineRule="exact"/>
      </w:pPr>
      <w:r>
        <w:rPr>
          <w:rFonts w:ascii="EB Garamond" w:hAnsi="EB Garamond" w:eastAsia="EB Garamond"/>
          <w:b w:val="0"/>
          <w:i w:val="0"/>
          <w:sz w:val="22"/>
        </w:rPr>
        <w:t>“A girl from youth group.”</w:t>
      </w:r>
    </w:p>
    <w:p>
      <w:pPr>
        <w:spacing w:after="0" w:line="264" w:lineRule="exact"/>
      </w:pPr>
      <w:r>
        <w:rPr>
          <w:rFonts w:ascii="EB Garamond" w:hAnsi="EB Garamond" w:eastAsia="EB Garamond"/>
          <w:b w:val="0"/>
          <w:i w:val="0"/>
          <w:sz w:val="22"/>
        </w:rPr>
        <w:t>Elsie waited.</w:t>
      </w:r>
    </w:p>
    <w:p>
      <w:pPr>
        <w:spacing w:after="0" w:line="264" w:lineRule="exact"/>
      </w:pPr>
      <w:r>
        <w:rPr>
          <w:rFonts w:ascii="EB Garamond" w:hAnsi="EB Garamond" w:eastAsia="EB Garamond"/>
          <w:b w:val="0"/>
          <w:i w:val="0"/>
          <w:sz w:val="22"/>
        </w:rPr>
        <w:t>“Hannah called her mom.”</w:t>
      </w:r>
    </w:p>
    <w:p>
      <w:pPr>
        <w:spacing w:after="0" w:line="264" w:lineRule="exact"/>
      </w:pPr>
      <w:r>
        <w:rPr>
          <w:rFonts w:ascii="EB Garamond" w:hAnsi="EB Garamond" w:eastAsia="EB Garamond"/>
          <w:b w:val="0"/>
          <w:i w:val="0"/>
          <w:sz w:val="22"/>
        </w:rPr>
        <w:t>Nora’s eyes dropped.</w:t>
      </w:r>
    </w:p>
    <w:p>
      <w:pPr>
        <w:spacing w:after="0" w:line="264" w:lineRule="exact"/>
      </w:pPr>
      <w:r>
        <w:rPr>
          <w:rFonts w:ascii="EB Garamond" w:hAnsi="EB Garamond" w:eastAsia="EB Garamond"/>
          <w:b w:val="0"/>
          <w:i w:val="0"/>
          <w:sz w:val="22"/>
        </w:rPr>
        <w:t>“The girl begged me not to.”</w:t>
      </w:r>
    </w:p>
    <w:p>
      <w:pPr>
        <w:spacing w:after="0" w:line="264" w:lineRule="exact"/>
      </w:pPr>
      <w:r>
        <w:rPr>
          <w:rFonts w:ascii="EB Garamond" w:hAnsi="EB Garamond" w:eastAsia="EB Garamond"/>
          <w:b w:val="0"/>
          <w:i w:val="0"/>
          <w:sz w:val="22"/>
        </w:rPr>
        <w:t>Elsie’s chest tightened.</w:t>
      </w:r>
    </w:p>
    <w:p>
      <w:pPr>
        <w:spacing w:after="0" w:line="264" w:lineRule="exact"/>
      </w:pPr>
      <w:r>
        <w:rPr>
          <w:rFonts w:ascii="EB Garamond" w:hAnsi="EB Garamond" w:eastAsia="EB Garamond"/>
          <w:b w:val="0"/>
          <w:i w:val="0"/>
          <w:sz w:val="22"/>
        </w:rPr>
        <w:t>“But Hannah said we couldn’t keep that secret.”</w:t>
      </w:r>
    </w:p>
    <w:p>
      <w:pPr>
        <w:spacing w:after="0" w:line="264" w:lineRule="exact"/>
      </w:pPr>
      <w:r>
        <w:rPr>
          <w:rFonts w:ascii="EB Garamond" w:hAnsi="EB Garamond" w:eastAsia="EB Garamond"/>
          <w:b w:val="0"/>
          <w:i w:val="0"/>
          <w:sz w:val="22"/>
        </w:rPr>
        <w:t>“Good.”</w:t>
      </w:r>
    </w:p>
    <w:p>
      <w:pPr>
        <w:spacing w:after="0" w:line="264" w:lineRule="exact"/>
      </w:pPr>
      <w:r>
        <w:rPr>
          <w:rFonts w:ascii="EB Garamond" w:hAnsi="EB Garamond" w:eastAsia="EB Garamond"/>
          <w:b w:val="0"/>
          <w:i w:val="0"/>
          <w:sz w:val="22"/>
        </w:rPr>
        <w:t>Nora looked at her sharply.</w:t>
      </w:r>
    </w:p>
    <w:p>
      <w:pPr>
        <w:spacing w:after="0" w:line="264" w:lineRule="exact"/>
      </w:pPr>
      <w:r>
        <w:rPr>
          <w:rFonts w:ascii="EB Garamond" w:hAnsi="EB Garamond" w:eastAsia="EB Garamond"/>
          <w:b w:val="0"/>
          <w:i w:val="0"/>
          <w:sz w:val="22"/>
        </w:rPr>
        <w:t>“I know it was good.”</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Elsie stayed quiet.</w:t>
      </w:r>
    </w:p>
    <w:p>
      <w:pPr>
        <w:spacing w:after="0" w:line="264" w:lineRule="exact"/>
      </w:pPr>
      <w:r>
        <w:rPr>
          <w:rFonts w:ascii="EB Garamond" w:hAnsi="EB Garamond" w:eastAsia="EB Garamond"/>
          <w:b w:val="0"/>
          <w:i w:val="0"/>
          <w:sz w:val="22"/>
        </w:rPr>
        <w:t>Nora’s voice got smaller.</w:t>
      </w:r>
    </w:p>
    <w:p>
      <w:pPr>
        <w:spacing w:after="0" w:line="264" w:lineRule="exact"/>
      </w:pPr>
      <w:r>
        <w:rPr>
          <w:rFonts w:ascii="EB Garamond" w:hAnsi="EB Garamond" w:eastAsia="EB Garamond"/>
          <w:b w:val="0"/>
          <w:i w:val="0"/>
          <w:sz w:val="22"/>
        </w:rPr>
        <w:t>“She was safe.”</w:t>
      </w:r>
    </w:p>
    <w:p>
      <w:pPr>
        <w:spacing w:after="0" w:line="264" w:lineRule="exact"/>
      </w:pPr>
      <w:r>
        <w:rPr>
          <w:rFonts w:ascii="EB Garamond" w:hAnsi="EB Garamond" w:eastAsia="EB Garamond"/>
          <w:b w:val="0"/>
          <w:i w:val="0"/>
          <w:sz w:val="22"/>
        </w:rPr>
        <w:t>Elsie exhaled.</w:t>
      </w:r>
    </w:p>
    <w:p>
      <w:pPr>
        <w:spacing w:after="0" w:line="264" w:lineRule="exact"/>
      </w:pPr>
      <w:r>
        <w:rPr>
          <w:rFonts w:ascii="EB Garamond" w:hAnsi="EB Garamond" w:eastAsia="EB Garamond"/>
          <w:b w:val="0"/>
          <w:i w:val="0"/>
          <w:sz w:val="22"/>
        </w:rPr>
        <w:t>“Her mom was with her. Hannah talked to both of them. They called 988 together.”</w:t>
      </w:r>
    </w:p>
    <w:p>
      <w:pPr>
        <w:spacing w:after="0" w:line="264" w:lineRule="exact"/>
      </w:pPr>
      <w:r>
        <w:rPr>
          <w:rFonts w:ascii="EB Garamond" w:hAnsi="EB Garamond" w:eastAsia="EB Garamond"/>
          <w:b w:val="0"/>
          <w:i w:val="0"/>
          <w:sz w:val="22"/>
        </w:rPr>
        <w:t>Elsie nodded.</w:t>
      </w:r>
    </w:p>
    <w:p>
      <w:pPr>
        <w:spacing w:after="0" w:line="264" w:lineRule="exact"/>
      </w:pPr>
      <w:r>
        <w:rPr>
          <w:rFonts w:ascii="EB Garamond" w:hAnsi="EB Garamond" w:eastAsia="EB Garamond"/>
          <w:b w:val="0"/>
          <w:i w:val="0"/>
          <w:sz w:val="22"/>
        </w:rPr>
        <w:t>Nora rubbed her hands over her face.</w:t>
      </w:r>
    </w:p>
    <w:p>
      <w:pPr>
        <w:spacing w:after="0" w:line="264" w:lineRule="exact"/>
      </w:pPr>
      <w:r>
        <w:rPr>
          <w:rFonts w:ascii="EB Garamond" w:hAnsi="EB Garamond" w:eastAsia="EB Garamond"/>
          <w:b w:val="0"/>
          <w:i w:val="0"/>
          <w:sz w:val="22"/>
        </w:rPr>
        <w:t>“And I know that was right.”</w:t>
      </w:r>
    </w:p>
    <w:p>
      <w:pPr>
        <w:spacing w:after="0" w:line="264" w:lineRule="exact"/>
      </w:pPr>
      <w:r>
        <w:rPr>
          <w:rFonts w:ascii="EB Garamond" w:hAnsi="EB Garamond" w:eastAsia="EB Garamond"/>
          <w:b w:val="0"/>
          <w:i w:val="0"/>
          <w:sz w:val="22"/>
        </w:rPr>
        <w:t>“But?”</w:t>
      </w:r>
    </w:p>
    <w:p>
      <w:pPr>
        <w:spacing w:after="0" w:line="264" w:lineRule="exact"/>
      </w:pPr>
      <w:r>
        <w:rPr>
          <w:rFonts w:ascii="EB Garamond" w:hAnsi="EB Garamond" w:eastAsia="EB Garamond"/>
          <w:b w:val="0"/>
          <w:i w:val="0"/>
          <w:sz w:val="22"/>
        </w:rPr>
        <w:t>“She trusted me.”</w:t>
      </w:r>
    </w:p>
    <w:p>
      <w:pPr>
        <w:spacing w:after="0" w:line="264" w:lineRule="exact"/>
      </w:pPr>
      <w:r>
        <w:rPr>
          <w:rFonts w:ascii="EB Garamond" w:hAnsi="EB Garamond" w:eastAsia="EB Garamond"/>
          <w:b w:val="0"/>
          <w:i w:val="0"/>
          <w:sz w:val="22"/>
        </w:rPr>
        <w:t>There it was.</w:t>
      </w:r>
    </w:p>
    <w:p>
      <w:pPr>
        <w:spacing w:after="0" w:line="264" w:lineRule="exact"/>
      </w:pPr>
      <w:r>
        <w:rPr>
          <w:rFonts w:ascii="EB Garamond" w:hAnsi="EB Garamond" w:eastAsia="EB Garamond"/>
          <w:b w:val="0"/>
          <w:i w:val="0"/>
          <w:sz w:val="22"/>
        </w:rPr>
        <w:t>Again.</w:t>
      </w:r>
    </w:p>
    <w:p>
      <w:pPr>
        <w:spacing w:after="0" w:line="264" w:lineRule="exact"/>
      </w:pPr>
      <w:r>
        <w:rPr>
          <w:rFonts w:ascii="EB Garamond" w:hAnsi="EB Garamond" w:eastAsia="EB Garamond"/>
          <w:b w:val="0"/>
          <w:i w:val="0"/>
          <w:sz w:val="22"/>
        </w:rPr>
        <w:t>Maddie.</w:t>
      </w:r>
    </w:p>
    <w:p>
      <w:pPr>
        <w:spacing w:after="0" w:line="264" w:lineRule="exact"/>
      </w:pPr>
      <w:r>
        <w:rPr>
          <w:rFonts w:ascii="EB Garamond" w:hAnsi="EB Garamond" w:eastAsia="EB Garamond"/>
          <w:b w:val="0"/>
          <w:i w:val="0"/>
          <w:sz w:val="22"/>
        </w:rPr>
        <w:t>Different story.</w:t>
      </w:r>
    </w:p>
    <w:p>
      <w:pPr>
        <w:spacing w:after="0" w:line="264" w:lineRule="exact"/>
      </w:pPr>
      <w:r>
        <w:rPr>
          <w:rFonts w:ascii="EB Garamond" w:hAnsi="EB Garamond" w:eastAsia="EB Garamond"/>
          <w:b w:val="0"/>
          <w:i w:val="0"/>
          <w:sz w:val="22"/>
        </w:rPr>
        <w:t>Same impossible weight.</w:t>
      </w:r>
    </w:p>
    <w:p>
      <w:pPr>
        <w:spacing w:after="0" w:line="264" w:lineRule="exact"/>
      </w:pPr>
      <w:r>
        <w:rPr>
          <w:rFonts w:ascii="EB Garamond" w:hAnsi="EB Garamond" w:eastAsia="EB Garamond"/>
          <w:b w:val="0"/>
          <w:i w:val="0"/>
          <w:sz w:val="22"/>
        </w:rPr>
        <w:t>Elsie leaned forward.</w:t>
      </w:r>
    </w:p>
    <w:p>
      <w:pPr>
        <w:spacing w:after="0" w:line="264" w:lineRule="exact"/>
      </w:pPr>
      <w:r>
        <w:rPr>
          <w:rFonts w:ascii="EB Garamond" w:hAnsi="EB Garamond" w:eastAsia="EB Garamond"/>
          <w:b w:val="0"/>
          <w:i w:val="0"/>
          <w:sz w:val="22"/>
        </w:rPr>
        <w:t>“Did she get mad?”</w:t>
      </w:r>
    </w:p>
    <w:p>
      <w:pPr>
        <w:spacing w:after="0" w:line="264" w:lineRule="exact"/>
      </w:pPr>
      <w:r>
        <w:rPr>
          <w:rFonts w:ascii="EB Garamond" w:hAnsi="EB Garamond" w:eastAsia="EB Garamond"/>
          <w:b w:val="0"/>
          <w:i w:val="0"/>
          <w:sz w:val="22"/>
        </w:rPr>
        <w:t>“Yes.”</w:t>
      </w:r>
    </w:p>
    <w:p>
      <w:pPr>
        <w:spacing w:after="0" w:line="264" w:lineRule="exact"/>
      </w:pPr>
      <w:r>
        <w:rPr>
          <w:rFonts w:ascii="EB Garamond" w:hAnsi="EB Garamond" w:eastAsia="EB Garamond"/>
          <w:b w:val="0"/>
          <w:i w:val="0"/>
          <w:sz w:val="22"/>
        </w:rPr>
        <w:t>“Still?”</w:t>
      </w:r>
    </w:p>
    <w:p>
      <w:pPr>
        <w:spacing w:after="0" w:line="264" w:lineRule="exact"/>
      </w:pPr>
      <w:r>
        <w:rPr>
          <w:rFonts w:ascii="EB Garamond" w:hAnsi="EB Garamond" w:eastAsia="EB Garamond"/>
          <w:b w:val="0"/>
          <w:i w:val="0"/>
          <w:sz w:val="22"/>
        </w:rPr>
        <w:t>“I don’t know.”</w:t>
      </w:r>
    </w:p>
    <w:p>
      <w:pPr>
        <w:spacing w:after="0" w:line="264" w:lineRule="exact"/>
      </w:pPr>
      <w:r>
        <w:rPr>
          <w:rFonts w:ascii="EB Garamond" w:hAnsi="EB Garamond" w:eastAsia="EB Garamond"/>
          <w:b w:val="0"/>
          <w:i w:val="0"/>
          <w:sz w:val="22"/>
        </w:rPr>
        <w:t>Nora looked at her.</w:t>
      </w:r>
    </w:p>
    <w:p>
      <w:pPr>
        <w:spacing w:after="0" w:line="264" w:lineRule="exact"/>
      </w:pPr>
      <w:r>
        <w:rPr>
          <w:rFonts w:ascii="EB Garamond" w:hAnsi="EB Garamond" w:eastAsia="EB Garamond"/>
          <w:b w:val="0"/>
          <w:i w:val="0"/>
          <w:sz w:val="22"/>
        </w:rPr>
        <w:t>“She stopped messaging me.”</w:t>
      </w:r>
    </w:p>
    <w:p>
      <w:pPr>
        <w:spacing w:after="0" w:line="264" w:lineRule="exact"/>
      </w:pPr>
      <w:r>
        <w:rPr>
          <w:rFonts w:ascii="EB Garamond" w:hAnsi="EB Garamond" w:eastAsia="EB Garamond"/>
          <w:b w:val="0"/>
          <w:i w:val="0"/>
          <w:sz w:val="22"/>
        </w:rPr>
        <w:t>Elsie didn’t know what to say.</w:t>
      </w:r>
    </w:p>
    <w:p>
      <w:pPr>
        <w:spacing w:after="0" w:line="264" w:lineRule="exact"/>
      </w:pPr>
      <w:r>
        <w:rPr>
          <w:rFonts w:ascii="EB Garamond" w:hAnsi="EB Garamond" w:eastAsia="EB Garamond"/>
          <w:b w:val="0"/>
          <w:i w:val="0"/>
          <w:sz w:val="22"/>
        </w:rPr>
        <w:t>So she didn’t pretend she did.</w:t>
      </w:r>
    </w:p>
    <w:p>
      <w:pPr>
        <w:spacing w:after="0" w:line="264" w:lineRule="exact"/>
      </w:pPr>
      <w:r>
        <w:rPr>
          <w:rFonts w:ascii="EB Garamond" w:hAnsi="EB Garamond" w:eastAsia="EB Garamond"/>
          <w:b w:val="0"/>
          <w:i w:val="0"/>
          <w:sz w:val="22"/>
        </w:rPr>
        <w:t>Nora looked back at the phone.</w:t>
      </w:r>
    </w:p>
    <w:p>
      <w:pPr>
        <w:spacing w:after="0" w:line="264" w:lineRule="exact"/>
      </w:pPr>
      <w:r>
        <w:rPr>
          <w:rFonts w:ascii="EB Garamond" w:hAnsi="EB Garamond" w:eastAsia="EB Garamond"/>
          <w:b w:val="0"/>
          <w:i w:val="0"/>
          <w:sz w:val="22"/>
        </w:rPr>
        <w:t>“Hannah told me if somebody says they might hurt themselves, I don’t promise secrecy. I get an adult. Every time.”</w:t>
      </w:r>
    </w:p>
    <w:p>
      <w:pPr>
        <w:spacing w:after="0" w:line="264" w:lineRule="exact"/>
      </w:pPr>
      <w:r>
        <w:rPr>
          <w:rFonts w:ascii="EB Garamond" w:hAnsi="EB Garamond" w:eastAsia="EB Garamond"/>
          <w:b w:val="0"/>
          <w:i w:val="0"/>
          <w:sz w:val="22"/>
        </w:rPr>
        <w:t>Elsie nodded.</w:t>
      </w:r>
    </w:p>
    <w:p>
      <w:pPr>
        <w:spacing w:after="0" w:line="264" w:lineRule="exact"/>
      </w:pPr>
      <w:r>
        <w:rPr>
          <w:rFonts w:ascii="EB Garamond" w:hAnsi="EB Garamond" w:eastAsia="EB Garamond"/>
          <w:b w:val="0"/>
          <w:i w:val="0"/>
          <w:sz w:val="22"/>
        </w:rPr>
        <w:t>“She said I can listen. I can care. I can stay with them while we get help. But I’m not supposed to become the help.”</w:t>
      </w:r>
    </w:p>
    <w:p>
      <w:pPr>
        <w:spacing w:after="0" w:line="264" w:lineRule="exact"/>
      </w:pPr>
      <w:r>
        <w:rPr>
          <w:rFonts w:ascii="EB Garamond" w:hAnsi="EB Garamond" w:eastAsia="EB Garamond"/>
          <w:b w:val="0"/>
          <w:i w:val="0"/>
          <w:sz w:val="22"/>
        </w:rPr>
        <w:t>That one hit.</w:t>
      </w:r>
    </w:p>
    <w:p>
      <w:pPr>
        <w:spacing w:after="0" w:line="264" w:lineRule="exact"/>
      </w:pPr>
      <w:r>
        <w:rPr>
          <w:rFonts w:ascii="EB Garamond" w:hAnsi="EB Garamond" w:eastAsia="EB Garamond"/>
          <w:b w:val="0"/>
          <w:i w:val="0"/>
          <w:sz w:val="22"/>
        </w:rPr>
        <w:t>Hard.</w:t>
      </w:r>
    </w:p>
    <w:p>
      <w:pPr>
        <w:spacing w:after="0" w:line="264" w:lineRule="exact"/>
      </w:pPr>
      <w:r>
        <w:rPr>
          <w:rFonts w:ascii="EB Garamond" w:hAnsi="EB Garamond" w:eastAsia="EB Garamond"/>
          <w:b w:val="0"/>
          <w:i w:val="0"/>
          <w:sz w:val="22"/>
        </w:rPr>
        <w:t>“Because you’re sixteen.”</w:t>
      </w:r>
    </w:p>
    <w:p>
      <w:pPr>
        <w:spacing w:after="0" w:line="264" w:lineRule="exact"/>
      </w:pPr>
      <w:r>
        <w:rPr>
          <w:rFonts w:ascii="EB Garamond" w:hAnsi="EB Garamond" w:eastAsia="EB Garamond"/>
          <w:b w:val="0"/>
          <w:i w:val="0"/>
          <w:sz w:val="22"/>
        </w:rPr>
        <w:t>“Exactly.”</w:t>
      </w:r>
    </w:p>
    <w:p>
      <w:pPr>
        <w:spacing w:after="0" w:line="264" w:lineRule="exact"/>
      </w:pPr>
      <w:r>
        <w:rPr>
          <w:rFonts w:ascii="EB Garamond" w:hAnsi="EB Garamond" w:eastAsia="EB Garamond"/>
          <w:b w:val="0"/>
          <w:i w:val="0"/>
          <w:sz w:val="22"/>
        </w:rPr>
        <w:t>Nora locked the phone.</w:t>
      </w:r>
    </w:p>
    <w:p>
      <w:pPr>
        <w:spacing w:after="0" w:line="264" w:lineRule="exact"/>
      </w:pPr>
      <w:r>
        <w:rPr>
          <w:rFonts w:ascii="EB Garamond" w:hAnsi="EB Garamond" w:eastAsia="EB Garamond"/>
          <w:b w:val="0"/>
          <w:i w:val="0"/>
          <w:sz w:val="22"/>
        </w:rPr>
        <w:t>“But now every time somebody messages me something serious, I panic.”</w:t>
      </w:r>
    </w:p>
    <w:p>
      <w:pPr>
        <w:spacing w:after="0" w:line="264" w:lineRule="exact"/>
      </w:pPr>
      <w:r>
        <w:rPr>
          <w:rFonts w:ascii="EB Garamond" w:hAnsi="EB Garamond" w:eastAsia="EB Garamond"/>
          <w:b w:val="0"/>
          <w:i w:val="0"/>
          <w:sz w:val="22"/>
        </w:rPr>
        <w:t>Elsie frowned.</w:t>
      </w:r>
    </w:p>
    <w:p>
      <w:pPr>
        <w:spacing w:after="0" w:line="264" w:lineRule="exact"/>
      </w:pPr>
      <w:r>
        <w:rPr>
          <w:rFonts w:ascii="EB Garamond" w:hAnsi="EB Garamond" w:eastAsia="EB Garamond"/>
          <w:b w:val="0"/>
          <w:i w:val="0"/>
          <w:sz w:val="22"/>
        </w:rPr>
        <w:t>“Why?”</w:t>
      </w:r>
    </w:p>
    <w:p>
      <w:pPr>
        <w:spacing w:after="0" w:line="264" w:lineRule="exact"/>
      </w:pPr>
      <w:r>
        <w:rPr>
          <w:rFonts w:ascii="EB Garamond" w:hAnsi="EB Garamond" w:eastAsia="EB Garamond"/>
          <w:b w:val="0"/>
          <w:i w:val="0"/>
          <w:sz w:val="22"/>
        </w:rPr>
        <w:t>“Because what if I miss it?”</w:t>
      </w:r>
    </w:p>
    <w:p>
      <w:pPr>
        <w:spacing w:after="0" w:line="264" w:lineRule="exact"/>
      </w:pPr>
      <w:r>
        <w:rPr>
          <w:rFonts w:ascii="EB Garamond" w:hAnsi="EB Garamond" w:eastAsia="EB Garamond"/>
          <w:b w:val="0"/>
          <w:i w:val="0"/>
          <w:sz w:val="22"/>
        </w:rPr>
        <w:t>“You mean miss that they’re in danger?”</w:t>
      </w:r>
    </w:p>
    <w:p>
      <w:pPr>
        <w:spacing w:after="0" w:line="264" w:lineRule="exact"/>
      </w:pPr>
      <w:r>
        <w:rPr>
          <w:rFonts w:ascii="EB Garamond" w:hAnsi="EB Garamond" w:eastAsia="EB Garamond"/>
          <w:b w:val="0"/>
          <w:i w:val="0"/>
          <w:sz w:val="22"/>
        </w:rPr>
        <w:t>Nora nodded.</w:t>
      </w:r>
    </w:p>
    <w:p>
      <w:pPr>
        <w:spacing w:after="0" w:line="264" w:lineRule="exact"/>
      </w:pPr>
      <w:r>
        <w:rPr>
          <w:rFonts w:ascii="EB Garamond" w:hAnsi="EB Garamond" w:eastAsia="EB Garamond"/>
          <w:b w:val="0"/>
          <w:i w:val="0"/>
          <w:sz w:val="22"/>
        </w:rPr>
        <w:t>“What if somebody says something and I think they’re just sad, and they’re not?”</w:t>
      </w:r>
    </w:p>
    <w:p>
      <w:pPr>
        <w:spacing w:after="0" w:line="264" w:lineRule="exact"/>
      </w:pPr>
      <w:r>
        <w:rPr>
          <w:rFonts w:ascii="EB Garamond" w:hAnsi="EB Garamond" w:eastAsia="EB Garamond"/>
          <w:b w:val="0"/>
          <w:i w:val="0"/>
          <w:sz w:val="22"/>
        </w:rPr>
        <w:t>Elsie stared at her.</w:t>
      </w:r>
    </w:p>
    <w:p>
      <w:pPr>
        <w:spacing w:after="0" w:line="264" w:lineRule="exact"/>
      </w:pPr>
      <w:r>
        <w:rPr>
          <w:rFonts w:ascii="EB Garamond" w:hAnsi="EB Garamond" w:eastAsia="EB Garamond"/>
          <w:b w:val="0"/>
          <w:i w:val="0"/>
          <w:sz w:val="22"/>
        </w:rPr>
        <w:t>“What if I give them the wrong verse?”</w:t>
      </w:r>
    </w:p>
    <w:p>
      <w:pPr>
        <w:spacing w:after="0" w:line="264" w:lineRule="exact"/>
      </w:pPr>
      <w:r>
        <w:rPr>
          <w:rFonts w:ascii="EB Garamond" w:hAnsi="EB Garamond" w:eastAsia="EB Garamond"/>
          <w:b w:val="0"/>
          <w:i w:val="0"/>
          <w:sz w:val="22"/>
        </w:rPr>
        <w:t>“Nora.”</w:t>
      </w:r>
    </w:p>
    <w:p>
      <w:pPr>
        <w:spacing w:after="0" w:line="264" w:lineRule="exact"/>
      </w:pPr>
      <w:r>
        <w:rPr>
          <w:rFonts w:ascii="EB Garamond" w:hAnsi="EB Garamond" w:eastAsia="EB Garamond"/>
          <w:b w:val="0"/>
          <w:i w:val="0"/>
          <w:sz w:val="22"/>
        </w:rPr>
        <w:t>“What if I say something stupid?”</w:t>
      </w:r>
    </w:p>
    <w:p>
      <w:pPr>
        <w:spacing w:after="0" w:line="264" w:lineRule="exact"/>
      </w:pPr>
      <w:r>
        <w:rPr>
          <w:rFonts w:ascii="EB Garamond" w:hAnsi="EB Garamond" w:eastAsia="EB Garamond"/>
          <w:b w:val="0"/>
          <w:i w:val="0"/>
          <w:sz w:val="22"/>
        </w:rPr>
        <w:t>“Nora.”</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“You’re sixteen.”</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“No. I mean you’re actually sixteen.”</w:t>
      </w:r>
    </w:p>
    <w:p>
      <w:pPr>
        <w:spacing w:after="0" w:line="264" w:lineRule="exact"/>
      </w:pPr>
      <w:r>
        <w:rPr>
          <w:rFonts w:ascii="EB Garamond" w:hAnsi="EB Garamond" w:eastAsia="EB Garamond"/>
          <w:b w:val="0"/>
          <w:i w:val="0"/>
          <w:sz w:val="22"/>
        </w:rPr>
        <w:t>Nora stared.</w:t>
      </w:r>
    </w:p>
    <w:p>
      <w:pPr>
        <w:spacing w:after="0" w:line="264" w:lineRule="exact"/>
      </w:pPr>
      <w:r>
        <w:rPr>
          <w:rFonts w:ascii="EB Garamond" w:hAnsi="EB Garamond" w:eastAsia="EB Garamond"/>
          <w:b w:val="0"/>
          <w:i w:val="0"/>
          <w:sz w:val="22"/>
        </w:rPr>
        <w:t>Elsie continued.</w:t>
      </w:r>
    </w:p>
    <w:p>
      <w:pPr>
        <w:spacing w:after="0" w:line="264" w:lineRule="exact"/>
      </w:pPr>
      <w:r>
        <w:rPr>
          <w:rFonts w:ascii="EB Garamond" w:hAnsi="EB Garamond" w:eastAsia="EB Garamond"/>
          <w:b w:val="0"/>
          <w:i w:val="0"/>
          <w:sz w:val="22"/>
        </w:rPr>
        <w:t>“You have chemistry homework.”</w:t>
      </w:r>
    </w:p>
    <w:p>
      <w:pPr>
        <w:spacing w:after="0" w:line="264" w:lineRule="exact"/>
      </w:pPr>
      <w:r>
        <w:rPr>
          <w:rFonts w:ascii="EB Garamond" w:hAnsi="EB Garamond" w:eastAsia="EB Garamond"/>
          <w:b w:val="0"/>
          <w:i w:val="0"/>
          <w:sz w:val="22"/>
        </w:rPr>
        <w:t>“Unfortunately.”</w:t>
      </w:r>
    </w:p>
    <w:p>
      <w:pPr>
        <w:spacing w:after="0" w:line="264" w:lineRule="exact"/>
      </w:pPr>
      <w:r>
        <w:rPr>
          <w:rFonts w:ascii="EB Garamond" w:hAnsi="EB Garamond" w:eastAsia="EB Garamond"/>
          <w:b w:val="0"/>
          <w:i w:val="0"/>
          <w:sz w:val="22"/>
        </w:rPr>
        <w:t>“You got a seventy-eight on your last math test.”</w:t>
      </w:r>
    </w:p>
    <w:p>
      <w:pPr>
        <w:spacing w:after="0" w:line="264" w:lineRule="exact"/>
      </w:pPr>
      <w:r>
        <w:rPr>
          <w:rFonts w:ascii="EB Garamond" w:hAnsi="EB Garamond" w:eastAsia="EB Garamond"/>
          <w:b w:val="0"/>
          <w:i w:val="0"/>
          <w:sz w:val="22"/>
        </w:rPr>
        <w:t>“Why would you bring that up?”</w:t>
      </w:r>
    </w:p>
    <w:p>
      <w:pPr>
        <w:spacing w:after="0" w:line="264" w:lineRule="exact"/>
      </w:pPr>
      <w:r>
        <w:rPr>
          <w:rFonts w:ascii="EB Garamond" w:hAnsi="EB Garamond" w:eastAsia="EB Garamond"/>
          <w:b w:val="0"/>
          <w:i w:val="0"/>
          <w:sz w:val="22"/>
        </w:rPr>
        <w:t>“You ate popcorn for dinner last Wednesday.”</w:t>
      </w:r>
    </w:p>
    <w:p>
      <w:pPr>
        <w:spacing w:after="0" w:line="264" w:lineRule="exact"/>
      </w:pPr>
      <w:r>
        <w:rPr>
          <w:rFonts w:ascii="EB Garamond" w:hAnsi="EB Garamond" w:eastAsia="EB Garamond"/>
          <w:b w:val="0"/>
          <w:i w:val="0"/>
          <w:sz w:val="22"/>
        </w:rPr>
        <w:t>“That was one time.”</w:t>
      </w:r>
    </w:p>
    <w:p>
      <w:pPr>
        <w:spacing w:after="0" w:line="264" w:lineRule="exact"/>
      </w:pPr>
      <w:r>
        <w:rPr>
          <w:rFonts w:ascii="EB Garamond" w:hAnsi="EB Garamond" w:eastAsia="EB Garamond"/>
          <w:b w:val="0"/>
          <w:i w:val="0"/>
          <w:sz w:val="22"/>
        </w:rPr>
        <w:t>“You cannot be everybody’s pastor, therapist, crisis line, and emergency contact.”</w:t>
      </w:r>
    </w:p>
    <w:p>
      <w:pPr>
        <w:spacing w:after="0" w:line="264" w:lineRule="exact"/>
      </w:pPr>
      <w:r>
        <w:rPr>
          <w:rFonts w:ascii="EB Garamond" w:hAnsi="EB Garamond" w:eastAsia="EB Garamond"/>
          <w:b w:val="0"/>
          <w:i w:val="0"/>
          <w:sz w:val="22"/>
        </w:rPr>
        <w:t>Nora’s mouth twitched.</w:t>
      </w:r>
    </w:p>
    <w:p>
      <w:pPr>
        <w:spacing w:after="0" w:line="264" w:lineRule="exact"/>
      </w:pPr>
      <w:r>
        <w:rPr>
          <w:rFonts w:ascii="EB Garamond" w:hAnsi="EB Garamond" w:eastAsia="EB Garamond"/>
          <w:b w:val="0"/>
          <w:i w:val="0"/>
          <w:sz w:val="22"/>
        </w:rPr>
        <w:t>“That sounds exhausting.”</w:t>
      </w:r>
    </w:p>
    <w:p>
      <w:pPr>
        <w:spacing w:after="0" w:line="264" w:lineRule="exact"/>
      </w:pPr>
      <w:r>
        <w:rPr>
          <w:rFonts w:ascii="EB Garamond" w:hAnsi="EB Garamond" w:eastAsia="EB Garamond"/>
          <w:b w:val="0"/>
          <w:i w:val="0"/>
          <w:sz w:val="22"/>
        </w:rPr>
        <w:t>“It sounds illegal.”</w:t>
      </w:r>
    </w:p>
    <w:p>
      <w:pPr>
        <w:spacing w:after="0" w:line="264" w:lineRule="exact"/>
      </w:pPr>
      <w:r>
        <w:rPr>
          <w:rFonts w:ascii="EB Garamond" w:hAnsi="EB Garamond" w:eastAsia="EB Garamond"/>
          <w:b w:val="0"/>
          <w:i w:val="0"/>
          <w:sz w:val="22"/>
        </w:rPr>
        <w:t>Nora laughed.</w:t>
      </w:r>
    </w:p>
    <w:p>
      <w:pPr>
        <w:spacing w:after="0" w:line="264" w:lineRule="exact"/>
      </w:pPr>
      <w:r>
        <w:rPr>
          <w:rFonts w:ascii="EB Garamond" w:hAnsi="EB Garamond" w:eastAsia="EB Garamond"/>
          <w:b w:val="0"/>
          <w:i w:val="0"/>
          <w:sz w:val="22"/>
        </w:rPr>
        <w:t>Then covered her face.</w:t>
      </w:r>
    </w:p>
    <w:p>
      <w:pPr>
        <w:spacing w:after="0" w:line="264" w:lineRule="exact"/>
      </w:pPr>
      <w:r>
        <w:rPr>
          <w:rFonts w:ascii="EB Garamond" w:hAnsi="EB Garamond" w:eastAsia="EB Garamond"/>
          <w:b w:val="0"/>
          <w:i w:val="0"/>
          <w:sz w:val="22"/>
        </w:rPr>
        <w:t>“I don’t want to be responsible for everybody.”</w:t>
      </w:r>
    </w:p>
    <w:p>
      <w:pPr>
        <w:spacing w:after="0" w:line="264" w:lineRule="exact"/>
      </w:pPr>
      <w:r>
        <w:rPr>
          <w:rFonts w:ascii="EB Garamond" w:hAnsi="EB Garamond" w:eastAsia="EB Garamond"/>
          <w:b w:val="0"/>
          <w:i w:val="0"/>
          <w:sz w:val="22"/>
        </w:rPr>
        <w:t>“Then don’t.”</w:t>
      </w:r>
    </w:p>
    <w:p>
      <w:pPr>
        <w:spacing w:after="0" w:line="264" w:lineRule="exact"/>
      </w:pPr>
      <w:r>
        <w:rPr>
          <w:rFonts w:ascii="EB Garamond" w:hAnsi="EB Garamond" w:eastAsia="EB Garamond"/>
          <w:b w:val="0"/>
          <w:i w:val="0"/>
          <w:sz w:val="22"/>
        </w:rPr>
        <w:t>“Wow. Fixed.”</w:t>
      </w:r>
    </w:p>
    <w:p>
      <w:pPr>
        <w:spacing w:after="0" w:line="264" w:lineRule="exact"/>
      </w:pPr>
      <w:r>
        <w:rPr>
          <w:rFonts w:ascii="EB Garamond" w:hAnsi="EB Garamond" w:eastAsia="EB Garamond"/>
          <w:b w:val="0"/>
          <w:i w:val="0"/>
          <w:sz w:val="22"/>
        </w:rPr>
        <w:t>“Sorry.”</w:t>
      </w:r>
    </w:p>
    <w:p>
      <w:pPr>
        <w:spacing w:after="0" w:line="264" w:lineRule="exact"/>
      </w:pPr>
      <w:r>
        <w:rPr>
          <w:rFonts w:ascii="EB Garamond" w:hAnsi="EB Garamond" w:eastAsia="EB Garamond"/>
          <w:b w:val="0"/>
          <w:i w:val="0"/>
          <w:sz w:val="22"/>
        </w:rPr>
        <w:t>Nora sighed.</w:t>
      </w:r>
    </w:p>
    <w:p>
      <w:pPr>
        <w:spacing w:after="0" w:line="264" w:lineRule="exact"/>
      </w:pPr>
      <w:r>
        <w:rPr>
          <w:rFonts w:ascii="EB Garamond" w:hAnsi="EB Garamond" w:eastAsia="EB Garamond"/>
          <w:b w:val="0"/>
          <w:i w:val="0"/>
          <w:sz w:val="22"/>
        </w:rPr>
        <w:t>“No. I know what you mean.”</w:t>
      </w:r>
    </w:p>
    <w:p>
      <w:pPr>
        <w:spacing w:after="0" w:line="264" w:lineRule="exact"/>
      </w:pPr>
      <w:r>
        <w:rPr>
          <w:rFonts w:ascii="EB Garamond" w:hAnsi="EB Garamond" w:eastAsia="EB Garamond"/>
          <w:b w:val="0"/>
          <w:i w:val="0"/>
          <w:sz w:val="22"/>
        </w:rPr>
        <w:t>She looked at Elsie.</w:t>
      </w:r>
    </w:p>
    <w:p>
      <w:pPr>
        <w:spacing w:after="0" w:line="264" w:lineRule="exact"/>
      </w:pPr>
      <w:r>
        <w:rPr>
          <w:rFonts w:ascii="EB Garamond" w:hAnsi="EB Garamond" w:eastAsia="EB Garamond"/>
          <w:b w:val="0"/>
          <w:i w:val="0"/>
          <w:sz w:val="22"/>
        </w:rPr>
        <w:t>“I just don’t know how to stop being the Bible girl without feeling like I’m hiding God.”</w:t>
      </w:r>
    </w:p>
    <w:p>
      <w:pPr>
        <w:spacing w:after="0" w:line="264" w:lineRule="exact"/>
      </w:pPr>
      <w:r>
        <w:rPr>
          <w:rFonts w:ascii="EB Garamond" w:hAnsi="EB Garamond" w:eastAsia="EB Garamond"/>
          <w:b w:val="0"/>
          <w:i w:val="0"/>
          <w:sz w:val="22"/>
        </w:rPr>
        <w:t>Elsie sat back.</w:t>
      </w:r>
    </w:p>
    <w:p>
      <w:pPr>
        <w:spacing w:after="0" w:line="264" w:lineRule="exact"/>
      </w:pPr>
      <w:r>
        <w:rPr>
          <w:rFonts w:ascii="EB Garamond" w:hAnsi="EB Garamond" w:eastAsia="EB Garamond"/>
          <w:b w:val="0"/>
          <w:i w:val="0"/>
          <w:sz w:val="22"/>
        </w:rPr>
        <w:t>There it was.</w:t>
      </w:r>
    </w:p>
    <w:p>
      <w:pPr>
        <w:spacing w:after="0" w:line="264" w:lineRule="exact"/>
      </w:pPr>
      <w:r>
        <w:rPr>
          <w:rFonts w:ascii="EB Garamond" w:hAnsi="EB Garamond" w:eastAsia="EB Garamond"/>
          <w:b w:val="0"/>
          <w:i w:val="0"/>
          <w:sz w:val="22"/>
        </w:rPr>
        <w:t>The actual thing.</w:t>
      </w:r>
    </w:p>
    <w:p>
      <w:pPr>
        <w:spacing w:after="0" w:line="264" w:lineRule="exact"/>
      </w:pPr>
      <w:r>
        <w:rPr>
          <w:rFonts w:ascii="EB Garamond" w:hAnsi="EB Garamond" w:eastAsia="EB Garamond"/>
          <w:b w:val="0"/>
          <w:i w:val="0"/>
          <w:sz w:val="22"/>
        </w:rPr>
        <w:t>Not the post.</w:t>
      </w:r>
    </w:p>
    <w:p>
      <w:pPr>
        <w:spacing w:after="0" w:line="264" w:lineRule="exact"/>
      </w:pPr>
      <w:r>
        <w:rPr>
          <w:rFonts w:ascii="EB Garamond" w:hAnsi="EB Garamond" w:eastAsia="EB Garamond"/>
          <w:b w:val="0"/>
          <w:i w:val="0"/>
          <w:sz w:val="22"/>
        </w:rPr>
        <w:t>Not Lucas.</w:t>
      </w:r>
    </w:p>
    <w:p>
      <w:pPr>
        <w:spacing w:after="0" w:line="264" w:lineRule="exact"/>
      </w:pPr>
      <w:r>
        <w:rPr>
          <w:rFonts w:ascii="EB Garamond" w:hAnsi="EB Garamond" w:eastAsia="EB Garamond"/>
          <w:b w:val="0"/>
          <w:i w:val="0"/>
          <w:sz w:val="22"/>
        </w:rPr>
        <w:t>Not even the messages.</w:t>
      </w:r>
    </w:p>
    <w:p>
      <w:pPr>
        <w:spacing w:after="0" w:line="264" w:lineRule="exact"/>
      </w:pPr>
      <w:r>
        <w:rPr>
          <w:rFonts w:ascii="EB Garamond" w:hAnsi="EB Garamond" w:eastAsia="EB Garamond"/>
          <w:b w:val="0"/>
          <w:i w:val="0"/>
          <w:sz w:val="22"/>
        </w:rPr>
        <w:t>Nora.</w:t>
      </w:r>
    </w:p>
    <w:p>
      <w:pPr>
        <w:spacing w:after="0" w:line="264" w:lineRule="exact"/>
      </w:pPr>
      <w:r>
        <w:rPr>
          <w:rFonts w:ascii="EB Garamond" w:hAnsi="EB Garamond" w:eastAsia="EB Garamond"/>
          <w:b w:val="0"/>
          <w:i w:val="0"/>
          <w:sz w:val="22"/>
        </w:rPr>
        <w:t>Who everybody thought she was.</w:t>
      </w:r>
    </w:p>
    <w:p>
      <w:pPr>
        <w:spacing w:after="0" w:line="264" w:lineRule="exact"/>
      </w:pPr>
      <w:r>
        <w:rPr>
          <w:rFonts w:ascii="EB Garamond" w:hAnsi="EB Garamond" w:eastAsia="EB Garamond"/>
          <w:b w:val="0"/>
          <w:i w:val="0"/>
          <w:sz w:val="22"/>
        </w:rPr>
        <w:t>Elsie thought about Grandma’s list.</w:t>
      </w:r>
    </w:p>
    <w:p>
      <w:pPr>
        <w:spacing w:after="0" w:line="264" w:lineRule="exact"/>
      </w:pPr>
      <w:r>
        <w:rPr>
          <w:rFonts w:ascii="EB Garamond" w:hAnsi="EB Garamond" w:eastAsia="EB Garamond"/>
          <w:b w:val="0"/>
          <w:i w:val="0"/>
          <w:sz w:val="22"/>
        </w:rPr>
        <w:t>Two words.</w:t>
      </w:r>
    </w:p>
    <w:p>
      <w:pPr>
        <w:spacing w:after="0" w:line="264" w:lineRule="exact"/>
      </w:pPr>
      <w:r>
        <w:rPr>
          <w:rFonts w:ascii="EB Garamond" w:hAnsi="EB Garamond" w:eastAsia="EB Garamond"/>
          <w:b/>
          <w:i w:val="0"/>
          <w:sz w:val="22"/>
        </w:rPr>
        <w:t>Thomas — Doubted.</w:t>
      </w:r>
    </w:p>
    <w:p>
      <w:pPr>
        <w:spacing w:after="0" w:line="264" w:lineRule="exact"/>
      </w:pPr>
      <w:r>
        <w:rPr>
          <w:rFonts w:ascii="EB Garamond" w:hAnsi="EB Garamond" w:eastAsia="EB Garamond"/>
          <w:b/>
          <w:i w:val="0"/>
          <w:sz w:val="22"/>
        </w:rPr>
        <w:t>Martha — Worried.</w:t>
      </w:r>
    </w:p>
    <w:p>
      <w:pPr>
        <w:spacing w:after="0" w:line="264" w:lineRule="exact"/>
      </w:pPr>
      <w:r>
        <w:rPr>
          <w:rFonts w:ascii="EB Garamond" w:hAnsi="EB Garamond" w:eastAsia="EB Garamond"/>
          <w:b w:val="0"/>
          <w:i/>
          <w:sz w:val="22"/>
        </w:rPr>
        <w:t>Nora — Bible girl.</w:t>
      </w:r>
    </w:p>
    <w:p>
      <w:pPr>
        <w:spacing w:after="0" w:line="264" w:lineRule="exact"/>
      </w:pPr>
      <w:r>
        <w:rPr>
          <w:rFonts w:ascii="EB Garamond" w:hAnsi="EB Garamond" w:eastAsia="EB Garamond"/>
          <w:b w:val="0"/>
          <w:i w:val="0"/>
          <w:sz w:val="22"/>
        </w:rPr>
        <w:t>She almost smiled.</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“Nothing.”</w:t>
      </w:r>
    </w:p>
    <w:p>
      <w:pPr>
        <w:spacing w:after="0" w:line="264" w:lineRule="exact"/>
      </w:pPr>
      <w:r>
        <w:rPr>
          <w:rFonts w:ascii="EB Garamond" w:hAnsi="EB Garamond" w:eastAsia="EB Garamond"/>
          <w:b w:val="0"/>
          <w:i w:val="0"/>
          <w:sz w:val="22"/>
        </w:rPr>
        <w:t>“You’re doing notebook face.”</w:t>
      </w:r>
    </w:p>
    <w:p>
      <w:pPr>
        <w:spacing w:after="0" w:line="264" w:lineRule="exact"/>
      </w:pPr>
      <w:r>
        <w:rPr>
          <w:rFonts w:ascii="EB Garamond" w:hAnsi="EB Garamond" w:eastAsia="EB Garamond"/>
          <w:b w:val="0"/>
          <w:i w:val="0"/>
          <w:sz w:val="22"/>
        </w:rPr>
        <w:t>“I do not have a notebook face.”</w:t>
      </w:r>
    </w:p>
    <w:p>
      <w:pPr>
        <w:spacing w:after="0" w:line="264" w:lineRule="exact"/>
      </w:pPr>
      <w:r>
        <w:rPr>
          <w:rFonts w:ascii="EB Garamond" w:hAnsi="EB Garamond" w:eastAsia="EB Garamond"/>
          <w:b w:val="0"/>
          <w:i w:val="0"/>
          <w:sz w:val="22"/>
        </w:rPr>
        <w:t>“You absolutely do.”</w:t>
      </w:r>
    </w:p>
    <w:p>
      <w:pPr>
        <w:spacing w:after="0" w:line="264" w:lineRule="exact"/>
      </w:pPr>
      <w:r>
        <w:rPr>
          <w:rFonts w:ascii="EB Garamond" w:hAnsi="EB Garamond" w:eastAsia="EB Garamond"/>
          <w:b w:val="0"/>
          <w:i w:val="0"/>
          <w:sz w:val="22"/>
        </w:rPr>
        <w:t>Elsie reached into her backpack.</w:t>
      </w:r>
    </w:p>
    <w:p>
      <w:pPr>
        <w:spacing w:after="0" w:line="264" w:lineRule="exact"/>
      </w:pPr>
      <w:r>
        <w:rPr>
          <w:rFonts w:ascii="EB Garamond" w:hAnsi="EB Garamond" w:eastAsia="EB Garamond"/>
          <w:b w:val="0"/>
          <w:i w:val="0"/>
          <w:sz w:val="22"/>
        </w:rPr>
        <w:t>Nora groaned.</w:t>
      </w:r>
    </w:p>
    <w:p>
      <w:pPr>
        <w:spacing w:after="0" w:line="264" w:lineRule="exact"/>
      </w:pPr>
      <w:r>
        <w:rPr>
          <w:rFonts w:ascii="EB Garamond" w:hAnsi="EB Garamond" w:eastAsia="EB Garamond"/>
          <w:b w:val="0"/>
          <w:i w:val="0"/>
          <w:sz w:val="22"/>
        </w:rPr>
        <w:t>“No.”</w:t>
      </w:r>
    </w:p>
    <w:p>
      <w:pPr>
        <w:spacing w:after="0" w:line="264" w:lineRule="exact"/>
      </w:pPr>
      <w:r>
        <w:rPr>
          <w:rFonts w:ascii="EB Garamond" w:hAnsi="EB Garamond" w:eastAsia="EB Garamond"/>
          <w:b w:val="0"/>
          <w:i w:val="0"/>
          <w:sz w:val="22"/>
        </w:rPr>
        <w:t>“Yes.”</w:t>
      </w:r>
    </w:p>
    <w:p>
      <w:pPr>
        <w:spacing w:after="0" w:line="264" w:lineRule="exact"/>
      </w:pPr>
      <w:r>
        <w:rPr>
          <w:rFonts w:ascii="EB Garamond" w:hAnsi="EB Garamond" w:eastAsia="EB Garamond"/>
          <w:b w:val="0"/>
          <w:i w:val="0"/>
          <w:sz w:val="22"/>
        </w:rPr>
        <w:t>“No character development.”</w:t>
      </w:r>
    </w:p>
    <w:p>
      <w:pPr>
        <w:spacing w:after="0" w:line="264" w:lineRule="exact"/>
      </w:pPr>
      <w:r>
        <w:rPr>
          <w:rFonts w:ascii="EB Garamond" w:hAnsi="EB Garamond" w:eastAsia="EB Garamond"/>
          <w:b w:val="0"/>
          <w:i w:val="0"/>
          <w:sz w:val="22"/>
        </w:rPr>
        <w:t>“Too late.”</w:t>
      </w:r>
    </w:p>
    <w:p>
      <w:pPr>
        <w:spacing w:after="0" w:line="264" w:lineRule="exact"/>
      </w:pPr>
      <w:r>
        <w:rPr>
          <w:rFonts w:ascii="EB Garamond" w:hAnsi="EB Garamond" w:eastAsia="EB Garamond"/>
          <w:b w:val="0"/>
          <w:i w:val="0"/>
          <w:sz w:val="22"/>
        </w:rPr>
        <w:t>Elsie opened to a blank page.</w:t>
      </w:r>
    </w:p>
    <w:p>
      <w:pPr>
        <w:spacing w:after="0" w:line="264" w:lineRule="exact"/>
      </w:pPr>
      <w:r>
        <w:rPr>
          <w:rFonts w:ascii="EB Garamond" w:hAnsi="EB Garamond" w:eastAsia="EB Garamond"/>
          <w:b w:val="0"/>
          <w:i w:val="0"/>
          <w:sz w:val="22"/>
        </w:rPr>
        <w:t>Wrote:</w:t>
      </w:r>
    </w:p>
    <w:p>
      <w:pPr>
        <w:spacing w:after="0" w:line="264" w:lineRule="exact"/>
      </w:pPr>
      <w:r>
        <w:rPr>
          <w:rFonts w:ascii="EB Garamond" w:hAnsi="EB Garamond" w:eastAsia="EB Garamond"/>
          <w:b w:val="0"/>
          <w:i/>
          <w:sz w:val="22"/>
        </w:rPr>
        <w:t>Nora —</w:t>
      </w:r>
    </w:p>
    <w:p>
      <w:pPr>
        <w:spacing w:after="0" w:line="264" w:lineRule="exact"/>
      </w:pPr>
      <w:r>
        <w:rPr>
          <w:rFonts w:ascii="EB Garamond" w:hAnsi="EB Garamond" w:eastAsia="EB Garamond"/>
          <w:b w:val="0"/>
          <w:i w:val="0"/>
          <w:sz w:val="22"/>
        </w:rPr>
        <w:t>Then stopped.</w:t>
      </w:r>
    </w:p>
    <w:p>
      <w:pPr>
        <w:spacing w:after="0" w:line="264" w:lineRule="exact"/>
      </w:pPr>
      <w:r>
        <w:rPr>
          <w:rFonts w:ascii="EB Garamond" w:hAnsi="EB Garamond" w:eastAsia="EB Garamond"/>
          <w:b w:val="0"/>
          <w:i w:val="0"/>
          <w:sz w:val="22"/>
        </w:rPr>
        <w:t>Nora leaned over.</w:t>
      </w:r>
    </w:p>
    <w:p>
      <w:pPr>
        <w:spacing w:after="0" w:line="264" w:lineRule="exact"/>
      </w:pPr>
      <w:r>
        <w:rPr>
          <w:rFonts w:ascii="EB Garamond" w:hAnsi="EB Garamond" w:eastAsia="EB Garamond"/>
          <w:b w:val="0"/>
          <w:i w:val="0"/>
          <w:sz w:val="22"/>
        </w:rPr>
        <w:t>“Good.”</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“Maybe don’t.”</w:t>
      </w:r>
    </w:p>
    <w:p>
      <w:pPr>
        <w:spacing w:after="0" w:line="264" w:lineRule="exact"/>
      </w:pPr>
      <w:r>
        <w:rPr>
          <w:rFonts w:ascii="EB Garamond" w:hAnsi="EB Garamond" w:eastAsia="EB Garamond"/>
          <w:b w:val="0"/>
          <w:i w:val="0"/>
          <w:sz w:val="22"/>
        </w:rPr>
        <w:t>Elsie looked at the blank space after Nora’s name.</w:t>
      </w:r>
    </w:p>
    <w:p>
      <w:pPr>
        <w:spacing w:after="0" w:line="264" w:lineRule="exact"/>
      </w:pPr>
      <w:r>
        <w:rPr>
          <w:rFonts w:ascii="EB Garamond" w:hAnsi="EB Garamond" w:eastAsia="EB Garamond"/>
          <w:b w:val="0"/>
          <w:i w:val="0"/>
          <w:sz w:val="22"/>
        </w:rPr>
        <w:t>Then laughed.</w:t>
      </w:r>
    </w:p>
    <w:p>
      <w:pPr>
        <w:spacing w:after="0" w:line="264" w:lineRule="exact"/>
      </w:pPr>
      <w:r>
        <w:rPr>
          <w:rFonts w:ascii="EB Garamond" w:hAnsi="EB Garamond" w:eastAsia="EB Garamond"/>
          <w:b w:val="0"/>
          <w:i w:val="0"/>
          <w:sz w:val="22"/>
        </w:rPr>
        <w:t>“Fine.”</w:t>
      </w:r>
    </w:p>
    <w:p>
      <w:pPr>
        <w:spacing w:after="0" w:line="264" w:lineRule="exact"/>
      </w:pPr>
      <w:r>
        <w:rPr>
          <w:rFonts w:ascii="EB Garamond" w:hAnsi="EB Garamond" w:eastAsia="EB Garamond"/>
          <w:b w:val="0"/>
          <w:i w:val="0"/>
          <w:sz w:val="22"/>
        </w:rPr>
        <w:t>“Which number?”</w:t>
      </w:r>
    </w:p>
    <w:p>
      <w:pPr>
        <w:spacing w:after="0" w:line="264" w:lineRule="exact"/>
      </w:pPr>
      <w:r>
        <w:rPr>
          <w:rFonts w:ascii="EB Garamond" w:hAnsi="EB Garamond" w:eastAsia="EB Garamond"/>
          <w:b w:val="0"/>
          <w:i w:val="0"/>
          <w:sz w:val="22"/>
        </w:rPr>
        <w:t>Elsie froze.</w:t>
      </w:r>
    </w:p>
    <w:p>
      <w:pPr>
        <w:spacing w:after="0" w:line="264" w:lineRule="exact"/>
      </w:pPr>
      <w:r>
        <w:rPr>
          <w:rFonts w:ascii="EB Garamond" w:hAnsi="EB Garamond" w:eastAsia="EB Garamond"/>
          <w:b w:val="0"/>
          <w:i w:val="0"/>
          <w:sz w:val="22"/>
        </w:rPr>
        <w:t>Nora smiled.</w:t>
      </w:r>
    </w:p>
    <w:p>
      <w:pPr>
        <w:spacing w:after="0" w:line="264" w:lineRule="exact"/>
      </w:pPr>
      <w:r>
        <w:rPr>
          <w:rFonts w:ascii="EB Garamond" w:hAnsi="EB Garamond" w:eastAsia="EB Garamond"/>
          <w:b w:val="0"/>
          <w:i w:val="0"/>
          <w:sz w:val="22"/>
        </w:rPr>
        <w:t>There.</w:t>
      </w:r>
    </w:p>
    <w:p>
      <w:pPr>
        <w:spacing w:after="0" w:line="264" w:lineRule="exact"/>
      </w:pPr>
      <w:r>
        <w:rPr>
          <w:rFonts w:ascii="EB Garamond" w:hAnsi="EB Garamond" w:eastAsia="EB Garamond"/>
          <w:b w:val="0"/>
          <w:i w:val="0"/>
          <w:sz w:val="22"/>
        </w:rPr>
        <w:t>Interesting.</w:t>
      </w:r>
    </w:p>
    <w:p>
      <w:pPr>
        <w:spacing w:after="0" w:line="264" w:lineRule="exact"/>
      </w:pPr>
      <w:r>
        <w:rPr>
          <w:rFonts w:ascii="EB Garamond" w:hAnsi="EB Garamond" w:eastAsia="EB Garamond"/>
          <w:b w:val="0"/>
          <w:i w:val="0"/>
          <w:sz w:val="22"/>
        </w:rPr>
        <w:t>Elsie pointed her pen at her.</w:t>
      </w:r>
    </w:p>
    <w:p>
      <w:pPr>
        <w:spacing w:after="0" w:line="264" w:lineRule="exact"/>
      </w:pPr>
      <w:r>
        <w:rPr>
          <w:rFonts w:ascii="EB Garamond" w:hAnsi="EB Garamond" w:eastAsia="EB Garamond"/>
          <w:b w:val="0"/>
          <w:i w:val="0"/>
          <w:sz w:val="22"/>
        </w:rPr>
        <w:t>“You told Mason.”</w:t>
      </w:r>
    </w:p>
    <w:p>
      <w:pPr>
        <w:spacing w:after="0" w:line="264" w:lineRule="exact"/>
      </w:pPr>
      <w:r>
        <w:rPr>
          <w:rFonts w:ascii="EB Garamond" w:hAnsi="EB Garamond" w:eastAsia="EB Garamond"/>
          <w:b w:val="0"/>
          <w:i w:val="0"/>
          <w:sz w:val="22"/>
        </w:rPr>
        <w:t>Nora’s smile widened.</w:t>
      </w:r>
    </w:p>
    <w:p>
      <w:pPr>
        <w:spacing w:after="0" w:line="264" w:lineRule="exact"/>
      </w:pPr>
      <w:r>
        <w:rPr>
          <w:rFonts w:ascii="EB Garamond" w:hAnsi="EB Garamond" w:eastAsia="EB Garamond"/>
          <w:b w:val="0"/>
          <w:i w:val="0"/>
          <w:sz w:val="22"/>
        </w:rPr>
        <w:t>“Told Mason what?”</w:t>
      </w:r>
    </w:p>
    <w:p>
      <w:pPr>
        <w:spacing w:after="0" w:line="264" w:lineRule="exact"/>
      </w:pPr>
      <w:r>
        <w:rPr>
          <w:rFonts w:ascii="EB Garamond" w:hAnsi="EB Garamond" w:eastAsia="EB Garamond"/>
          <w:b w:val="0"/>
          <w:i w:val="0"/>
          <w:sz w:val="22"/>
        </w:rPr>
        <w:t>“The Fine Numbers.”</w:t>
      </w:r>
    </w:p>
    <w:p>
      <w:pPr>
        <w:spacing w:after="0" w:line="264" w:lineRule="exact"/>
      </w:pPr>
      <w:r>
        <w:rPr>
          <w:rFonts w:ascii="EB Garamond" w:hAnsi="EB Garamond" w:eastAsia="EB Garamond"/>
          <w:b w:val="0"/>
          <w:i w:val="0"/>
          <w:sz w:val="22"/>
        </w:rPr>
        <w:t>“I have no idea what you’re talking about.”</w:t>
      </w:r>
    </w:p>
    <w:p>
      <w:pPr>
        <w:spacing w:after="0" w:line="264" w:lineRule="exact"/>
      </w:pPr>
      <w:r>
        <w:rPr>
          <w:rFonts w:ascii="EB Garamond" w:hAnsi="EB Garamond" w:eastAsia="EB Garamond"/>
          <w:b w:val="0"/>
          <w:i w:val="0"/>
          <w:sz w:val="22"/>
        </w:rPr>
        <w:t>“You absolutely do.”</w:t>
      </w:r>
    </w:p>
    <w:p>
      <w:pPr>
        <w:spacing w:after="0" w:line="264" w:lineRule="exact"/>
      </w:pPr>
      <w:r>
        <w:rPr>
          <w:rFonts w:ascii="EB Garamond" w:hAnsi="EB Garamond" w:eastAsia="EB Garamond"/>
          <w:b w:val="0"/>
          <w:i w:val="0"/>
          <w:sz w:val="22"/>
        </w:rPr>
        <w:t>Nora picked up her laptop.</w:t>
      </w:r>
    </w:p>
    <w:p>
      <w:pPr>
        <w:spacing w:after="0" w:line="264" w:lineRule="exact"/>
      </w:pPr>
      <w:r>
        <w:rPr>
          <w:rFonts w:ascii="EB Garamond" w:hAnsi="EB Garamond" w:eastAsia="EB Garamond"/>
          <w:b w:val="0"/>
          <w:i w:val="0"/>
          <w:sz w:val="22"/>
        </w:rPr>
        <w:t>“This conversation has become hostile.”</w:t>
      </w:r>
    </w:p>
    <w:p>
      <w:pPr>
        <w:spacing w:after="0" w:line="264" w:lineRule="exact"/>
      </w:pPr>
      <w:r>
        <w:rPr>
          <w:rFonts w:ascii="EB Garamond" w:hAnsi="EB Garamond" w:eastAsia="EB Garamond"/>
          <w:b w:val="0"/>
          <w:i w:val="0"/>
          <w:sz w:val="22"/>
        </w:rPr>
        <w:t>“When?”</w:t>
      </w:r>
    </w:p>
    <w:p>
      <w:pPr>
        <w:spacing w:after="0" w:line="264" w:lineRule="exact"/>
      </w:pPr>
      <w:r>
        <w:rPr>
          <w:rFonts w:ascii="EB Garamond" w:hAnsi="EB Garamond" w:eastAsia="EB Garamond"/>
          <w:b w:val="0"/>
          <w:i w:val="0"/>
          <w:sz w:val="22"/>
        </w:rPr>
        <w:t>Nora stood.</w:t>
      </w:r>
    </w:p>
    <w:p>
      <w:pPr>
        <w:spacing w:after="0" w:line="264" w:lineRule="exact"/>
      </w:pPr>
      <w:r>
        <w:rPr>
          <w:rFonts w:ascii="EB Garamond" w:hAnsi="EB Garamond" w:eastAsia="EB Garamond"/>
          <w:b w:val="0"/>
          <w:i w:val="0"/>
          <w:sz w:val="22"/>
        </w:rPr>
        <w:t>“Later.”</w:t>
      </w:r>
    </w:p>
    <w:p>
      <w:pPr>
        <w:spacing w:after="0" w:line="264" w:lineRule="exact"/>
      </w:pPr>
      <w:r>
        <w:rPr>
          <w:rFonts w:ascii="EB Garamond" w:hAnsi="EB Garamond" w:eastAsia="EB Garamond"/>
          <w:b w:val="0"/>
          <w:i w:val="0"/>
          <w:sz w:val="22"/>
        </w:rPr>
        <w:t>Elsie stared after her.</w:t>
      </w:r>
    </w:p>
    <w:p>
      <w:pPr>
        <w:spacing w:after="0" w:line="264" w:lineRule="exact"/>
      </w:pPr>
      <w:r>
        <w:rPr>
          <w:rFonts w:ascii="EB Garamond" w:hAnsi="EB Garamond" w:eastAsia="EB Garamond"/>
          <w:b w:val="0"/>
          <w:i w:val="0"/>
          <w:sz w:val="22"/>
        </w:rPr>
        <w:t>That explained so much.</w:t>
      </w:r>
    </w:p>
    <w:p>
      <w:pPr>
        <w:spacing w:after="0" w:line="264" w:lineRule="exact"/>
      </w:pPr>
      <w:r>
        <w:rPr>
          <w:rFonts w:ascii="EB Garamond" w:hAnsi="EB Garamond" w:eastAsia="EB Garamond"/>
          <w:b w:val="0"/>
          <w:i w:val="0"/>
          <w:sz w:val="22"/>
        </w:rPr>
        <w:t>Annoying.</w:t>
      </w:r>
    </w:p>
    <w:p>
      <w:pPr>
        <w:spacing w:after="0" w:line="264" w:lineRule="exact"/>
      </w:pPr>
      <w:r>
        <w:rPr>
          <w:rFonts w:ascii="EB Garamond" w:hAnsi="EB Garamond" w:eastAsia="EB Garamond"/>
          <w:b w:val="0"/>
          <w:i w:val="0"/>
          <w:sz w:val="22"/>
        </w:rPr>
        <w:t>Friday morning, Nora posted a Bible verse.</w:t>
      </w:r>
    </w:p>
    <w:p>
      <w:pPr>
        <w:spacing w:after="0" w:line="264" w:lineRule="exact"/>
      </w:pPr>
      <w:r>
        <w:rPr>
          <w:rFonts w:ascii="EB Garamond" w:hAnsi="EB Garamond" w:eastAsia="EB Garamond"/>
          <w:b w:val="0"/>
          <w:i w:val="0"/>
          <w:sz w:val="22"/>
        </w:rPr>
        <w:t>Elsie saw it while brushing her teeth.</w:t>
      </w:r>
    </w:p>
    <w:p>
      <w:pPr>
        <w:spacing w:after="0" w:line="264" w:lineRule="exact"/>
      </w:pPr>
      <w:r>
        <w:rPr>
          <w:rFonts w:ascii="EB Garamond" w:hAnsi="EB Garamond" w:eastAsia="EB Garamond"/>
          <w:b w:val="0"/>
          <w:i w:val="0"/>
          <w:sz w:val="22"/>
        </w:rPr>
        <w:t>She stared at the screen.</w:t>
      </w:r>
    </w:p>
    <w:p>
      <w:pPr>
        <w:spacing w:after="0" w:line="264" w:lineRule="exact"/>
      </w:pPr>
      <w:r>
        <w:rPr>
          <w:rFonts w:ascii="EB Garamond" w:hAnsi="EB Garamond" w:eastAsia="EB Garamond"/>
          <w:b w:val="0"/>
          <w:i w:val="0"/>
          <w:sz w:val="22"/>
        </w:rPr>
        <w:t>Not because of the verse.</w:t>
      </w:r>
    </w:p>
    <w:p>
      <w:pPr>
        <w:spacing w:after="0" w:line="264" w:lineRule="exact"/>
      </w:pPr>
      <w:r>
        <w:rPr>
          <w:rFonts w:ascii="EB Garamond" w:hAnsi="EB Garamond" w:eastAsia="EB Garamond"/>
          <w:b w:val="0"/>
          <w:i w:val="0"/>
          <w:sz w:val="22"/>
        </w:rPr>
        <w:t>Because Nora had posted it.</w:t>
      </w:r>
    </w:p>
    <w:p>
      <w:pPr>
        <w:spacing w:after="0" w:line="264" w:lineRule="exact"/>
      </w:pPr>
      <w:r>
        <w:rPr>
          <w:rFonts w:ascii="EB Garamond" w:hAnsi="EB Garamond" w:eastAsia="EB Garamond"/>
          <w:b w:val="0"/>
          <w:i w:val="0"/>
          <w:sz w:val="22"/>
        </w:rPr>
        <w:t>After everything.</w:t>
      </w:r>
    </w:p>
    <w:p>
      <w:pPr>
        <w:spacing w:after="0" w:line="264" w:lineRule="exact"/>
      </w:pPr>
      <w:r>
        <w:rPr>
          <w:rFonts w:ascii="EB Garamond" w:hAnsi="EB Garamond" w:eastAsia="EB Garamond"/>
          <w:b w:val="0"/>
          <w:i w:val="0"/>
          <w:sz w:val="22"/>
        </w:rPr>
        <w:t>The picture.</w:t>
      </w:r>
    </w:p>
    <w:p>
      <w:pPr>
        <w:spacing w:after="0" w:line="264" w:lineRule="exact"/>
      </w:pPr>
      <w:r>
        <w:rPr>
          <w:rFonts w:ascii="EB Garamond" w:hAnsi="EB Garamond" w:eastAsia="EB Garamond"/>
          <w:b w:val="0"/>
          <w:i w:val="0"/>
          <w:sz w:val="22"/>
        </w:rPr>
        <w:t>The comments.</w:t>
      </w:r>
    </w:p>
    <w:p>
      <w:pPr>
        <w:spacing w:after="0" w:line="264" w:lineRule="exact"/>
      </w:pPr>
      <w:r>
        <w:rPr>
          <w:rFonts w:ascii="EB Garamond" w:hAnsi="EB Garamond" w:eastAsia="EB Garamond"/>
          <w:b w:val="0"/>
          <w:i w:val="0"/>
          <w:sz w:val="22"/>
        </w:rPr>
        <w:t>The fear of looking fake.</w:t>
      </w:r>
    </w:p>
    <w:p>
      <w:pPr>
        <w:spacing w:after="0" w:line="264" w:lineRule="exact"/>
      </w:pPr>
      <w:r>
        <w:rPr>
          <w:rFonts w:ascii="EB Garamond" w:hAnsi="EB Garamond" w:eastAsia="EB Garamond"/>
          <w:b w:val="0"/>
          <w:i w:val="0"/>
          <w:sz w:val="22"/>
        </w:rPr>
        <w:t>The DMs.</w:t>
      </w:r>
    </w:p>
    <w:p>
      <w:pPr>
        <w:spacing w:after="0" w:line="264" w:lineRule="exact"/>
      </w:pPr>
      <w:r>
        <w:rPr>
          <w:rFonts w:ascii="EB Garamond" w:hAnsi="EB Garamond" w:eastAsia="EB Garamond"/>
          <w:b w:val="0"/>
          <w:i w:val="0"/>
          <w:sz w:val="22"/>
        </w:rPr>
        <w:t>Her brother.</w:t>
      </w:r>
    </w:p>
    <w:p>
      <w:pPr>
        <w:spacing w:after="0" w:line="264" w:lineRule="exact"/>
      </w:pPr>
      <w:r>
        <w:rPr>
          <w:rFonts w:ascii="EB Garamond" w:hAnsi="EB Garamond" w:eastAsia="EB Garamond"/>
          <w:b w:val="0"/>
          <w:i w:val="0"/>
          <w:sz w:val="22"/>
        </w:rPr>
        <w:t>The anger.</w:t>
      </w:r>
    </w:p>
    <w:p>
      <w:pPr>
        <w:spacing w:after="0" w:line="264" w:lineRule="exact"/>
      </w:pPr>
      <w:r>
        <w:rPr>
          <w:rFonts w:ascii="EB Garamond" w:hAnsi="EB Garamond" w:eastAsia="EB Garamond"/>
          <w:b w:val="0"/>
          <w:i w:val="0"/>
          <w:sz w:val="22"/>
        </w:rPr>
        <w:t>Still.</w:t>
      </w:r>
    </w:p>
    <w:p>
      <w:pPr>
        <w:spacing w:after="0" w:line="264" w:lineRule="exact"/>
      </w:pPr>
      <w:r>
        <w:rPr>
          <w:rFonts w:ascii="EB Garamond" w:hAnsi="EB Garamond" w:eastAsia="EB Garamond"/>
          <w:b w:val="0"/>
          <w:i w:val="0"/>
          <w:sz w:val="22"/>
        </w:rPr>
        <w:t>Elsie almost texted:</w:t>
      </w:r>
    </w:p>
    <w:p>
      <w:pPr>
        <w:spacing w:after="0" w:line="264" w:lineRule="exact"/>
      </w:pPr>
      <w:r>
        <w:rPr>
          <w:rFonts w:ascii="EB Garamond" w:hAnsi="EB Garamond" w:eastAsia="EB Garamond"/>
          <w:b w:val="0"/>
          <w:i w:val="0"/>
          <w:sz w:val="22"/>
        </w:rPr>
        <w:t>proud of you</w:t>
      </w:r>
    </w:p>
    <w:p>
      <w:pPr>
        <w:spacing w:after="0" w:line="264" w:lineRule="exact"/>
      </w:pPr>
      <w:r>
        <w:rPr>
          <w:rFonts w:ascii="EB Garamond" w:hAnsi="EB Garamond" w:eastAsia="EB Garamond"/>
          <w:b w:val="0"/>
          <w:i w:val="0"/>
          <w:sz w:val="22"/>
        </w:rPr>
        <w:t>Then stopped.</w:t>
      </w:r>
    </w:p>
    <w:p>
      <w:pPr>
        <w:spacing w:after="0" w:line="264" w:lineRule="exact"/>
      </w:pPr>
      <w:r>
        <w:rPr>
          <w:rFonts w:ascii="EB Garamond" w:hAnsi="EB Garamond" w:eastAsia="EB Garamond"/>
          <w:b w:val="0"/>
          <w:i w:val="0"/>
          <w:sz w:val="22"/>
        </w:rPr>
        <w:t>That sounded like Nora had passed a test.</w:t>
      </w:r>
    </w:p>
    <w:p>
      <w:pPr>
        <w:spacing w:after="0" w:line="264" w:lineRule="exact"/>
      </w:pPr>
      <w:r>
        <w:rPr>
          <w:rFonts w:ascii="EB Garamond" w:hAnsi="EB Garamond" w:eastAsia="EB Garamond"/>
          <w:b w:val="0"/>
          <w:i w:val="0"/>
          <w:sz w:val="22"/>
        </w:rPr>
        <w:t>Like posting was braver than not posting.</w:t>
      </w:r>
    </w:p>
    <w:p>
      <w:pPr>
        <w:spacing w:after="0" w:line="264" w:lineRule="exact"/>
      </w:pPr>
      <w:r>
        <w:rPr>
          <w:rFonts w:ascii="EB Garamond" w:hAnsi="EB Garamond" w:eastAsia="EB Garamond"/>
          <w:b w:val="0"/>
          <w:i w:val="0"/>
          <w:sz w:val="22"/>
        </w:rPr>
        <w:t>Like faith only counted when other people could see it.</w:t>
      </w:r>
    </w:p>
    <w:p>
      <w:pPr>
        <w:spacing w:after="0" w:line="264" w:lineRule="exact"/>
      </w:pPr>
      <w:r>
        <w:rPr>
          <w:rFonts w:ascii="EB Garamond" w:hAnsi="EB Garamond" w:eastAsia="EB Garamond"/>
          <w:b w:val="0"/>
          <w:i w:val="0"/>
          <w:sz w:val="22"/>
        </w:rPr>
        <w:t>She deleted the message.</w:t>
      </w:r>
    </w:p>
    <w:p>
      <w:pPr>
        <w:spacing w:after="0" w:line="264" w:lineRule="exact"/>
      </w:pPr>
      <w:r>
        <w:rPr>
          <w:rFonts w:ascii="EB Garamond" w:hAnsi="EB Garamond" w:eastAsia="EB Garamond"/>
          <w:b w:val="0"/>
          <w:i w:val="0"/>
          <w:sz w:val="22"/>
        </w:rPr>
        <w:t>At school, Nora was at her locker.</w:t>
      </w:r>
    </w:p>
    <w:p>
      <w:pPr>
        <w:spacing w:after="0" w:line="264" w:lineRule="exact"/>
      </w:pPr>
      <w:r>
        <w:rPr>
          <w:rFonts w:ascii="EB Garamond" w:hAnsi="EB Garamond" w:eastAsia="EB Garamond"/>
          <w:b w:val="0"/>
          <w:i w:val="0"/>
          <w:sz w:val="22"/>
        </w:rPr>
        <w:t>Mascara again.</w:t>
      </w:r>
    </w:p>
    <w:p>
      <w:pPr>
        <w:spacing w:after="0" w:line="264" w:lineRule="exact"/>
      </w:pPr>
      <w:r>
        <w:rPr>
          <w:rFonts w:ascii="EB Garamond" w:hAnsi="EB Garamond" w:eastAsia="EB Garamond"/>
          <w:b w:val="0"/>
          <w:i w:val="0"/>
          <w:sz w:val="22"/>
        </w:rPr>
        <w:t>Lip gloss.</w:t>
      </w:r>
    </w:p>
    <w:p>
      <w:pPr>
        <w:spacing w:after="0" w:line="264" w:lineRule="exact"/>
      </w:pPr>
      <w:r>
        <w:rPr>
          <w:rFonts w:ascii="EB Garamond" w:hAnsi="EB Garamond" w:eastAsia="EB Garamond"/>
          <w:b w:val="0"/>
          <w:i w:val="0"/>
          <w:sz w:val="22"/>
        </w:rPr>
        <w:t>Normal.</w:t>
      </w:r>
    </w:p>
    <w:p>
      <w:pPr>
        <w:spacing w:after="0" w:line="264" w:lineRule="exact"/>
      </w:pPr>
      <w:r>
        <w:rPr>
          <w:rFonts w:ascii="EB Garamond" w:hAnsi="EB Garamond" w:eastAsia="EB Garamond"/>
          <w:b w:val="0"/>
          <w:i w:val="0"/>
          <w:sz w:val="22"/>
        </w:rPr>
        <w:t>Elsie walked over.</w:t>
      </w:r>
    </w:p>
    <w:p>
      <w:pPr>
        <w:spacing w:after="0" w:line="264" w:lineRule="exact"/>
      </w:pPr>
      <w:r>
        <w:rPr>
          <w:rFonts w:ascii="EB Garamond" w:hAnsi="EB Garamond" w:eastAsia="EB Garamond"/>
          <w:b w:val="0"/>
          <w:i w:val="0"/>
          <w:sz w:val="22"/>
        </w:rPr>
        <w:t>“Hey.”</w:t>
      </w:r>
    </w:p>
    <w:p>
      <w:pPr>
        <w:spacing w:after="0" w:line="264" w:lineRule="exact"/>
      </w:pPr>
      <w:r>
        <w:rPr>
          <w:rFonts w:ascii="EB Garamond" w:hAnsi="EB Garamond" w:eastAsia="EB Garamond"/>
          <w:b w:val="0"/>
          <w:i w:val="0"/>
          <w:sz w:val="22"/>
        </w:rPr>
        <w:t>“Hey.”</w:t>
      </w:r>
    </w:p>
    <w:p>
      <w:pPr>
        <w:spacing w:after="0" w:line="264" w:lineRule="exact"/>
      </w:pPr>
      <w:r>
        <w:rPr>
          <w:rFonts w:ascii="EB Garamond" w:hAnsi="EB Garamond" w:eastAsia="EB Garamond"/>
          <w:b w:val="0"/>
          <w:i w:val="0"/>
          <w:sz w:val="22"/>
        </w:rPr>
        <w:t>“How’s your brother?”</w:t>
      </w:r>
    </w:p>
    <w:p>
      <w:pPr>
        <w:spacing w:after="0" w:line="264" w:lineRule="exact"/>
      </w:pPr>
      <w:r>
        <w:rPr>
          <w:rFonts w:ascii="EB Garamond" w:hAnsi="EB Garamond" w:eastAsia="EB Garamond"/>
          <w:b w:val="0"/>
          <w:i w:val="0"/>
          <w:sz w:val="22"/>
        </w:rPr>
        <w:t>Nora looked at her.</w:t>
      </w:r>
    </w:p>
    <w:p>
      <w:pPr>
        <w:spacing w:after="0" w:line="264" w:lineRule="exact"/>
      </w:pPr>
      <w:r>
        <w:rPr>
          <w:rFonts w:ascii="EB Garamond" w:hAnsi="EB Garamond" w:eastAsia="EB Garamond"/>
          <w:b w:val="0"/>
          <w:i w:val="0"/>
          <w:sz w:val="22"/>
        </w:rPr>
        <w:t>Elsie immediately added:</w:t>
      </w:r>
    </w:p>
    <w:p>
      <w:pPr>
        <w:spacing w:after="0" w:line="264" w:lineRule="exact"/>
      </w:pPr>
      <w:r>
        <w:rPr>
          <w:rFonts w:ascii="EB Garamond" w:hAnsi="EB Garamond" w:eastAsia="EB Garamond"/>
          <w:b w:val="0"/>
          <w:i w:val="0"/>
          <w:sz w:val="22"/>
        </w:rPr>
        <w:t>“You don’t have to tell me.”</w:t>
      </w:r>
    </w:p>
    <w:p>
      <w:pPr>
        <w:spacing w:after="0" w:line="264" w:lineRule="exact"/>
      </w:pPr>
      <w:r>
        <w:rPr>
          <w:rFonts w:ascii="EB Garamond" w:hAnsi="EB Garamond" w:eastAsia="EB Garamond"/>
          <w:b w:val="0"/>
          <w:i w:val="0"/>
          <w:sz w:val="22"/>
        </w:rPr>
        <w:t>Nora’s expression softened.</w:t>
      </w:r>
    </w:p>
    <w:p>
      <w:pPr>
        <w:spacing w:after="0" w:line="264" w:lineRule="exact"/>
      </w:pPr>
      <w:r>
        <w:rPr>
          <w:rFonts w:ascii="EB Garamond" w:hAnsi="EB Garamond" w:eastAsia="EB Garamond"/>
          <w:b w:val="0"/>
          <w:i w:val="0"/>
          <w:sz w:val="22"/>
        </w:rPr>
        <w:t>“Still waiting.”</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“More tests Monday.”</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Nora shut her locker.</w:t>
      </w:r>
    </w:p>
    <w:p>
      <w:pPr>
        <w:spacing w:after="0" w:line="264" w:lineRule="exact"/>
      </w:pPr>
      <w:r>
        <w:rPr>
          <w:rFonts w:ascii="EB Garamond" w:hAnsi="EB Garamond" w:eastAsia="EB Garamond"/>
          <w:b w:val="0"/>
          <w:i w:val="0"/>
          <w:sz w:val="22"/>
        </w:rPr>
        <w:t>“I’ll tell you when I know.”</w:t>
      </w:r>
    </w:p>
    <w:p>
      <w:pPr>
        <w:spacing w:after="0" w:line="264" w:lineRule="exact"/>
      </w:pPr>
      <w:r>
        <w:rPr>
          <w:rFonts w:ascii="EB Garamond" w:hAnsi="EB Garamond" w:eastAsia="EB Garamond"/>
          <w:b w:val="0"/>
          <w:i w:val="0"/>
          <w:sz w:val="22"/>
        </w:rPr>
        <w:t>Elsie nodded.</w:t>
      </w:r>
    </w:p>
    <w:p>
      <w:pPr>
        <w:spacing w:after="0" w:line="264" w:lineRule="exact"/>
      </w:pPr>
      <w:r>
        <w:rPr>
          <w:rFonts w:ascii="EB Garamond" w:hAnsi="EB Garamond" w:eastAsia="EB Garamond"/>
          <w:b w:val="0"/>
          <w:i w:val="0"/>
          <w:sz w:val="22"/>
        </w:rPr>
        <w:t>“I’ll wait.”</w:t>
      </w:r>
    </w:p>
    <w:p>
      <w:pPr>
        <w:spacing w:after="0" w:line="264" w:lineRule="exact"/>
      </w:pPr>
      <w:r>
        <w:rPr>
          <w:rFonts w:ascii="EB Garamond" w:hAnsi="EB Garamond" w:eastAsia="EB Garamond"/>
          <w:b w:val="0"/>
          <w:i w:val="0"/>
          <w:sz w:val="22"/>
        </w:rPr>
        <w:t>Nora smiled slightly.</w:t>
      </w:r>
    </w:p>
    <w:p>
      <w:pPr>
        <w:spacing w:after="0" w:line="264" w:lineRule="exact"/>
      </w:pPr>
      <w:r>
        <w:rPr>
          <w:rFonts w:ascii="EB Garamond" w:hAnsi="EB Garamond" w:eastAsia="EB Garamond"/>
          <w:b w:val="0"/>
          <w:i w:val="0"/>
          <w:sz w:val="22"/>
        </w:rPr>
        <w:t>“I know.”</w:t>
      </w:r>
    </w:p>
    <w:p>
      <w:pPr>
        <w:spacing w:after="0" w:line="264" w:lineRule="exact"/>
      </w:pPr>
      <w:r>
        <w:rPr>
          <w:rFonts w:ascii="EB Garamond" w:hAnsi="EB Garamond" w:eastAsia="EB Garamond"/>
          <w:b w:val="0"/>
          <w:i w:val="0"/>
          <w:sz w:val="22"/>
        </w:rPr>
        <w:t>They started walking.</w:t>
      </w:r>
    </w:p>
    <w:p>
      <w:pPr>
        <w:spacing w:after="0" w:line="264" w:lineRule="exact"/>
      </w:pPr>
      <w:r>
        <w:rPr>
          <w:rFonts w:ascii="EB Garamond" w:hAnsi="EB Garamond" w:eastAsia="EB Garamond"/>
          <w:b w:val="0"/>
          <w:i w:val="0"/>
          <w:sz w:val="22"/>
        </w:rPr>
        <w:t>A girl Elsie vaguely recognized stopped Nora near the stairs.</w:t>
      </w:r>
    </w:p>
    <w:p>
      <w:pPr>
        <w:spacing w:after="0" w:line="264" w:lineRule="exact"/>
      </w:pPr>
      <w:r>
        <w:rPr>
          <w:rFonts w:ascii="EB Garamond" w:hAnsi="EB Garamond" w:eastAsia="EB Garamond"/>
          <w:b w:val="0"/>
          <w:i w:val="0"/>
          <w:sz w:val="22"/>
        </w:rPr>
        <w:t>“Hey.”</w:t>
      </w:r>
    </w:p>
    <w:p>
      <w:pPr>
        <w:spacing w:after="0" w:line="264" w:lineRule="exact"/>
      </w:pPr>
      <w:r>
        <w:rPr>
          <w:rFonts w:ascii="EB Garamond" w:hAnsi="EB Garamond" w:eastAsia="EB Garamond"/>
          <w:b w:val="0"/>
          <w:i w:val="0"/>
          <w:sz w:val="22"/>
        </w:rPr>
        <w:t>Nora stopped.</w:t>
      </w:r>
    </w:p>
    <w:p>
      <w:pPr>
        <w:spacing w:after="0" w:line="264" w:lineRule="exact"/>
      </w:pPr>
      <w:r>
        <w:rPr>
          <w:rFonts w:ascii="EB Garamond" w:hAnsi="EB Garamond" w:eastAsia="EB Garamond"/>
          <w:b w:val="0"/>
          <w:i w:val="0"/>
          <w:sz w:val="22"/>
        </w:rPr>
        <w:t>“Hey.”</w:t>
      </w:r>
    </w:p>
    <w:p>
      <w:pPr>
        <w:spacing w:after="0" w:line="264" w:lineRule="exact"/>
      </w:pPr>
      <w:r>
        <w:rPr>
          <w:rFonts w:ascii="EB Garamond" w:hAnsi="EB Garamond" w:eastAsia="EB Garamond"/>
          <w:b w:val="0"/>
          <w:i w:val="0"/>
          <w:sz w:val="22"/>
        </w:rPr>
        <w:t>The girl looked nervous.</w:t>
      </w:r>
    </w:p>
    <w:p>
      <w:pPr>
        <w:spacing w:after="0" w:line="264" w:lineRule="exact"/>
      </w:pPr>
      <w:r>
        <w:rPr>
          <w:rFonts w:ascii="EB Garamond" w:hAnsi="EB Garamond" w:eastAsia="EB Garamond"/>
          <w:b w:val="0"/>
          <w:i w:val="0"/>
          <w:sz w:val="22"/>
        </w:rPr>
        <w:t>“I messaged you last night.”</w:t>
      </w:r>
    </w:p>
    <w:p>
      <w:pPr>
        <w:spacing w:after="0" w:line="264" w:lineRule="exact"/>
      </w:pPr>
      <w:r>
        <w:rPr>
          <w:rFonts w:ascii="EB Garamond" w:hAnsi="EB Garamond" w:eastAsia="EB Garamond"/>
          <w:b w:val="0"/>
          <w:i w:val="0"/>
          <w:sz w:val="22"/>
        </w:rPr>
        <w:t>Nora’s face changed.</w:t>
      </w:r>
    </w:p>
    <w:p>
      <w:pPr>
        <w:spacing w:after="0" w:line="264" w:lineRule="exact"/>
      </w:pPr>
      <w:r>
        <w:rPr>
          <w:rFonts w:ascii="EB Garamond" w:hAnsi="EB Garamond" w:eastAsia="EB Garamond"/>
          <w:b w:val="0"/>
          <w:i w:val="0"/>
          <w:sz w:val="22"/>
        </w:rPr>
        <w:t>Not panic.</w:t>
      </w:r>
    </w:p>
    <w:p>
      <w:pPr>
        <w:spacing w:after="0" w:line="264" w:lineRule="exact"/>
      </w:pPr>
      <w:r>
        <w:rPr>
          <w:rFonts w:ascii="EB Garamond" w:hAnsi="EB Garamond" w:eastAsia="EB Garamond"/>
          <w:b w:val="0"/>
          <w:i w:val="0"/>
          <w:sz w:val="22"/>
        </w:rPr>
        <w:t>Something steadier.</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“I was wondering if you could—”</w:t>
      </w:r>
    </w:p>
    <w:p>
      <w:pPr>
        <w:spacing w:after="0" w:line="264" w:lineRule="exact"/>
      </w:pPr>
      <w:r>
        <w:rPr>
          <w:rFonts w:ascii="EB Garamond" w:hAnsi="EB Garamond" w:eastAsia="EB Garamond"/>
          <w:b w:val="0"/>
          <w:i w:val="0"/>
          <w:sz w:val="22"/>
        </w:rPr>
        <w:t>Nora glanced at Elsie.</w:t>
      </w:r>
    </w:p>
    <w:p>
      <w:pPr>
        <w:spacing w:after="0" w:line="264" w:lineRule="exact"/>
      </w:pPr>
      <w:r>
        <w:rPr>
          <w:rFonts w:ascii="EB Garamond" w:hAnsi="EB Garamond" w:eastAsia="EB Garamond"/>
          <w:b w:val="0"/>
          <w:i w:val="0"/>
          <w:sz w:val="22"/>
        </w:rPr>
        <w:t>Then back at the girl.</w:t>
      </w:r>
    </w:p>
    <w:p>
      <w:pPr>
        <w:spacing w:after="0" w:line="264" w:lineRule="exact"/>
      </w:pPr>
      <w:r>
        <w:rPr>
          <w:rFonts w:ascii="EB Garamond" w:hAnsi="EB Garamond" w:eastAsia="EB Garamond"/>
          <w:b w:val="0"/>
          <w:i w:val="0"/>
          <w:sz w:val="22"/>
        </w:rPr>
        <w:t>“I can talk to you.”</w:t>
      </w:r>
    </w:p>
    <w:p>
      <w:pPr>
        <w:spacing w:after="0" w:line="264" w:lineRule="exact"/>
      </w:pPr>
      <w:r>
        <w:rPr>
          <w:rFonts w:ascii="EB Garamond" w:hAnsi="EB Garamond" w:eastAsia="EB Garamond"/>
          <w:b w:val="0"/>
          <w:i w:val="0"/>
          <w:sz w:val="22"/>
        </w:rPr>
        <w:t>The girl nodded.</w:t>
      </w:r>
    </w:p>
    <w:p>
      <w:pPr>
        <w:spacing w:after="0" w:line="264" w:lineRule="exact"/>
      </w:pPr>
      <w:r>
        <w:rPr>
          <w:rFonts w:ascii="EB Garamond" w:hAnsi="EB Garamond" w:eastAsia="EB Garamond"/>
          <w:b w:val="0"/>
          <w:i w:val="0"/>
          <w:sz w:val="22"/>
        </w:rPr>
        <w:t>“But if you’re not safe, or you think you might hurt yourself, I’m going to get Hannah or another adult.”</w:t>
      </w:r>
    </w:p>
    <w:p>
      <w:pPr>
        <w:spacing w:after="0" w:line="264" w:lineRule="exact"/>
      </w:pPr>
      <w:r>
        <w:rPr>
          <w:rFonts w:ascii="EB Garamond" w:hAnsi="EB Garamond" w:eastAsia="EB Garamond"/>
          <w:b w:val="0"/>
          <w:i w:val="0"/>
          <w:sz w:val="22"/>
        </w:rPr>
        <w:t>The girl blinked.</w:t>
      </w:r>
    </w:p>
    <w:p>
      <w:pPr>
        <w:spacing w:after="0" w:line="264" w:lineRule="exact"/>
      </w:pPr>
      <w:r>
        <w:rPr>
          <w:rFonts w:ascii="EB Garamond" w:hAnsi="EB Garamond" w:eastAsia="EB Garamond"/>
          <w:b w:val="0"/>
          <w:i w:val="0"/>
          <w:sz w:val="22"/>
        </w:rPr>
        <w:t>Nora’s voice stayed gentle.</w:t>
      </w:r>
    </w:p>
    <w:p>
      <w:pPr>
        <w:spacing w:after="0" w:line="264" w:lineRule="exact"/>
      </w:pPr>
      <w:r>
        <w:rPr>
          <w:rFonts w:ascii="EB Garamond" w:hAnsi="EB Garamond" w:eastAsia="EB Garamond"/>
          <w:b w:val="0"/>
          <w:i w:val="0"/>
          <w:sz w:val="22"/>
        </w:rPr>
        <w:t>“I’m not going to leave you alone with it. But I’m also not going to keep that part secret.”</w:t>
      </w:r>
    </w:p>
    <w:p>
      <w:pPr>
        <w:spacing w:after="0" w:line="264" w:lineRule="exact"/>
      </w:pPr>
      <w:r>
        <w:rPr>
          <w:rFonts w:ascii="EB Garamond" w:hAnsi="EB Garamond" w:eastAsia="EB Garamond"/>
          <w:b w:val="0"/>
          <w:i w:val="0"/>
          <w:sz w:val="22"/>
        </w:rPr>
        <w:t>Elsie watched.</w:t>
      </w:r>
    </w:p>
    <w:p>
      <w:pPr>
        <w:spacing w:after="0" w:line="264" w:lineRule="exact"/>
      </w:pPr>
      <w:r>
        <w:rPr>
          <w:rFonts w:ascii="EB Garamond" w:hAnsi="EB Garamond" w:eastAsia="EB Garamond"/>
          <w:b w:val="0"/>
          <w:i w:val="0"/>
          <w:sz w:val="22"/>
        </w:rPr>
        <w:t>The girl looked down.</w:t>
      </w:r>
    </w:p>
    <w:p>
      <w:pPr>
        <w:spacing w:after="0" w:line="264" w:lineRule="exact"/>
      </w:pPr>
      <w:r>
        <w:rPr>
          <w:rFonts w:ascii="EB Garamond" w:hAnsi="EB Garamond" w:eastAsia="EB Garamond"/>
          <w:b w:val="0"/>
          <w:i w:val="0"/>
          <w:sz w:val="22"/>
        </w:rPr>
        <w:t>Then nodded.</w:t>
      </w:r>
    </w:p>
    <w:p>
      <w:pPr>
        <w:spacing w:after="0" w:line="264" w:lineRule="exact"/>
      </w:pPr>
      <w:r>
        <w:rPr>
          <w:rFonts w:ascii="EB Garamond" w:hAnsi="EB Garamond" w:eastAsia="EB Garamond"/>
          <w:b w:val="0"/>
          <w:i w:val="0"/>
          <w:sz w:val="22"/>
        </w:rPr>
        <w:t>“Okay.”</w:t>
      </w:r>
    </w:p>
    <w:p>
      <w:pPr>
        <w:spacing w:after="0" w:line="264" w:lineRule="exact"/>
      </w:pPr>
      <w:r>
        <w:rPr>
          <w:rFonts w:ascii="EB Garamond" w:hAnsi="EB Garamond" w:eastAsia="EB Garamond"/>
          <w:b w:val="0"/>
          <w:i w:val="0"/>
          <w:sz w:val="22"/>
        </w:rPr>
        <w:t>Nora looked at Elsie.</w:t>
      </w:r>
    </w:p>
    <w:p>
      <w:pPr>
        <w:spacing w:after="0" w:line="264" w:lineRule="exact"/>
      </w:pPr>
      <w:r>
        <w:rPr>
          <w:rFonts w:ascii="EB Garamond" w:hAnsi="EB Garamond" w:eastAsia="EB Garamond"/>
          <w:b w:val="0"/>
          <w:i w:val="0"/>
          <w:sz w:val="22"/>
        </w:rPr>
        <w:t>“You can go.”</w:t>
      </w:r>
    </w:p>
    <w:p>
      <w:pPr>
        <w:spacing w:after="0" w:line="264" w:lineRule="exact"/>
      </w:pPr>
      <w:r>
        <w:rPr>
          <w:rFonts w:ascii="EB Garamond" w:hAnsi="EB Garamond" w:eastAsia="EB Garamond"/>
          <w:b w:val="0"/>
          <w:i w:val="0"/>
          <w:sz w:val="22"/>
        </w:rPr>
        <w:t>Elsie hesitated.</w:t>
      </w:r>
    </w:p>
    <w:p>
      <w:pPr>
        <w:spacing w:after="0" w:line="264" w:lineRule="exact"/>
      </w:pPr>
      <w:r>
        <w:rPr>
          <w:rFonts w:ascii="EB Garamond" w:hAnsi="EB Garamond" w:eastAsia="EB Garamond"/>
          <w:b w:val="0"/>
          <w:i w:val="0"/>
          <w:sz w:val="22"/>
        </w:rPr>
        <w:t>Nora raised an eyebrow.</w:t>
      </w:r>
    </w:p>
    <w:p>
      <w:pPr>
        <w:spacing w:after="0" w:line="264" w:lineRule="exact"/>
      </w:pPr>
      <w:r>
        <w:rPr>
          <w:rFonts w:ascii="EB Garamond" w:hAnsi="EB Garamond" w:eastAsia="EB Garamond"/>
          <w:b w:val="0"/>
          <w:i w:val="0"/>
          <w:sz w:val="22"/>
        </w:rPr>
        <w:t>Elsie left.</w:t>
      </w:r>
    </w:p>
    <w:p>
      <w:pPr>
        <w:spacing w:after="0" w:line="264" w:lineRule="exact"/>
      </w:pPr>
      <w:r>
        <w:rPr>
          <w:rFonts w:ascii="EB Garamond" w:hAnsi="EB Garamond" w:eastAsia="EB Garamond"/>
          <w:b w:val="0"/>
          <w:i w:val="0"/>
          <w:sz w:val="22"/>
        </w:rPr>
        <w:t>Not because she didn’t care.</w:t>
      </w:r>
    </w:p>
    <w:p>
      <w:pPr>
        <w:spacing w:after="0" w:line="264" w:lineRule="exact"/>
      </w:pPr>
      <w:r>
        <w:rPr>
          <w:rFonts w:ascii="EB Garamond" w:hAnsi="EB Garamond" w:eastAsia="EB Garamond"/>
          <w:b w:val="0"/>
          <w:i w:val="0"/>
          <w:sz w:val="22"/>
        </w:rPr>
        <w:t>Because Nora had drawn a boundary.</w:t>
      </w:r>
    </w:p>
    <w:p>
      <w:pPr>
        <w:spacing w:after="0" w:line="264" w:lineRule="exact"/>
      </w:pPr>
      <w:r>
        <w:rPr>
          <w:rFonts w:ascii="EB Garamond" w:hAnsi="EB Garamond" w:eastAsia="EB Garamond"/>
          <w:b w:val="0"/>
          <w:i w:val="0"/>
          <w:sz w:val="22"/>
        </w:rPr>
        <w:t>And apparently boundaries worked better when people respected them.</w:t>
      </w:r>
    </w:p>
    <w:p>
      <w:pPr>
        <w:spacing w:after="0" w:line="264" w:lineRule="exact"/>
      </w:pPr>
      <w:r>
        <w:rPr>
          <w:rFonts w:ascii="EB Garamond" w:hAnsi="EB Garamond" w:eastAsia="EB Garamond"/>
          <w:b w:val="0"/>
          <w:i w:val="0"/>
          <w:sz w:val="22"/>
        </w:rPr>
        <w:t>At lunch, Nora showed up six minutes late.</w:t>
      </w:r>
    </w:p>
    <w:p>
      <w:pPr>
        <w:spacing w:after="0" w:line="264" w:lineRule="exact"/>
      </w:pPr>
      <w:r>
        <w:rPr>
          <w:rFonts w:ascii="EB Garamond" w:hAnsi="EB Garamond" w:eastAsia="EB Garamond"/>
          <w:b w:val="0"/>
          <w:i w:val="0"/>
          <w:sz w:val="22"/>
        </w:rPr>
        <w:t>Elsie did not ask.</w:t>
      </w:r>
    </w:p>
    <w:p>
      <w:pPr>
        <w:spacing w:after="0" w:line="264" w:lineRule="exact"/>
      </w:pPr>
      <w:r>
        <w:rPr>
          <w:rFonts w:ascii="EB Garamond" w:hAnsi="EB Garamond" w:eastAsia="EB Garamond"/>
          <w:b w:val="0"/>
          <w:i w:val="0"/>
          <w:sz w:val="22"/>
        </w:rPr>
        <w:t>Maddie did.</w:t>
      </w:r>
    </w:p>
    <w:p>
      <w:pPr>
        <w:spacing w:after="0" w:line="264" w:lineRule="exact"/>
      </w:pPr>
      <w:r>
        <w:rPr>
          <w:rFonts w:ascii="EB Garamond" w:hAnsi="EB Garamond" w:eastAsia="EB Garamond"/>
          <w:b w:val="0"/>
          <w:i w:val="0"/>
          <w:sz w:val="22"/>
        </w:rPr>
        <w:t>“Where were you?”</w:t>
      </w:r>
    </w:p>
    <w:p>
      <w:pPr>
        <w:spacing w:after="0" w:line="264" w:lineRule="exact"/>
      </w:pPr>
      <w:r>
        <w:rPr>
          <w:rFonts w:ascii="EB Garamond" w:hAnsi="EB Garamond" w:eastAsia="EB Garamond"/>
          <w:b w:val="0"/>
          <w:i w:val="0"/>
          <w:sz w:val="22"/>
        </w:rPr>
        <w:t>Nora sat down.</w:t>
      </w:r>
    </w:p>
    <w:p>
      <w:pPr>
        <w:spacing w:after="0" w:line="264" w:lineRule="exact"/>
      </w:pPr>
      <w:r>
        <w:rPr>
          <w:rFonts w:ascii="EB Garamond" w:hAnsi="EB Garamond" w:eastAsia="EB Garamond"/>
          <w:b w:val="0"/>
          <w:i w:val="0"/>
          <w:sz w:val="22"/>
        </w:rPr>
        <w:t>“Being the Bible girl.”</w:t>
      </w:r>
    </w:p>
    <w:p>
      <w:pPr>
        <w:spacing w:after="0" w:line="264" w:lineRule="exact"/>
      </w:pPr>
      <w:r>
        <w:rPr>
          <w:rFonts w:ascii="EB Garamond" w:hAnsi="EB Garamond" w:eastAsia="EB Garamond"/>
          <w:b w:val="0"/>
          <w:i w:val="0"/>
          <w:sz w:val="22"/>
        </w:rPr>
        <w:t>Her voice sounded different.</w:t>
      </w:r>
    </w:p>
    <w:p>
      <w:pPr>
        <w:spacing w:after="0" w:line="264" w:lineRule="exact"/>
      </w:pPr>
      <w:r>
        <w:rPr>
          <w:rFonts w:ascii="EB Garamond" w:hAnsi="EB Garamond" w:eastAsia="EB Garamond"/>
          <w:b w:val="0"/>
          <w:i w:val="0"/>
          <w:sz w:val="22"/>
        </w:rPr>
        <w:t>Maddie paused.</w:t>
      </w:r>
    </w:p>
    <w:p>
      <w:pPr>
        <w:spacing w:after="0" w:line="264" w:lineRule="exact"/>
      </w:pPr>
      <w:r>
        <w:rPr>
          <w:rFonts w:ascii="EB Garamond" w:hAnsi="EB Garamond" w:eastAsia="EB Garamond"/>
          <w:b w:val="0"/>
          <w:i w:val="0"/>
          <w:sz w:val="22"/>
        </w:rPr>
        <w:t>“Good?”</w:t>
      </w:r>
    </w:p>
    <w:p>
      <w:pPr>
        <w:spacing w:after="0" w:line="264" w:lineRule="exact"/>
      </w:pPr>
      <w:r>
        <w:rPr>
          <w:rFonts w:ascii="EB Garamond" w:hAnsi="EB Garamond" w:eastAsia="EB Garamond"/>
          <w:b w:val="0"/>
          <w:i w:val="0"/>
          <w:sz w:val="22"/>
        </w:rPr>
        <w:t>Nora considered.</w:t>
      </w:r>
    </w:p>
    <w:p>
      <w:pPr>
        <w:spacing w:after="0" w:line="264" w:lineRule="exact"/>
      </w:pPr>
      <w:r>
        <w:rPr>
          <w:rFonts w:ascii="EB Garamond" w:hAnsi="EB Garamond" w:eastAsia="EB Garamond"/>
          <w:b w:val="0"/>
          <w:i w:val="0"/>
          <w:sz w:val="22"/>
        </w:rPr>
        <w:t>“Working on it.”</w:t>
      </w:r>
    </w:p>
    <w:p>
      <w:pPr>
        <w:spacing w:after="0" w:line="264" w:lineRule="exact"/>
      </w:pPr>
      <w:r>
        <w:rPr>
          <w:rFonts w:ascii="EB Garamond" w:hAnsi="EB Garamond" w:eastAsia="EB Garamond"/>
          <w:b w:val="0"/>
          <w:i w:val="0"/>
          <w:sz w:val="22"/>
        </w:rPr>
        <w:t>Ava slid her fries toward her.</w:t>
      </w:r>
    </w:p>
    <w:p>
      <w:pPr>
        <w:spacing w:after="0" w:line="264" w:lineRule="exact"/>
      </w:pPr>
      <w:r>
        <w:rPr>
          <w:rFonts w:ascii="EB Garamond" w:hAnsi="EB Garamond" w:eastAsia="EB Garamond"/>
          <w:b w:val="0"/>
          <w:i w:val="0"/>
          <w:sz w:val="22"/>
        </w:rPr>
        <w:t>“Eat.”</w:t>
      </w:r>
    </w:p>
    <w:p>
      <w:pPr>
        <w:spacing w:after="0" w:line="264" w:lineRule="exact"/>
      </w:pPr>
      <w:r>
        <w:rPr>
          <w:rFonts w:ascii="EB Garamond" w:hAnsi="EB Garamond" w:eastAsia="EB Garamond"/>
          <w:b w:val="0"/>
          <w:i w:val="0"/>
          <w:sz w:val="22"/>
        </w:rPr>
        <w:t>Nora took one.</w:t>
      </w:r>
    </w:p>
    <w:p>
      <w:pPr>
        <w:spacing w:after="0" w:line="264" w:lineRule="exact"/>
      </w:pPr>
      <w:r>
        <w:rPr>
          <w:rFonts w:ascii="EB Garamond" w:hAnsi="EB Garamond" w:eastAsia="EB Garamond"/>
          <w:b w:val="0"/>
          <w:i w:val="0"/>
          <w:sz w:val="22"/>
        </w:rPr>
        <w:t>“Thank you.”</w:t>
      </w:r>
    </w:p>
    <w:p>
      <w:pPr>
        <w:spacing w:after="0" w:line="264" w:lineRule="exact"/>
      </w:pPr>
      <w:r>
        <w:rPr>
          <w:rFonts w:ascii="EB Garamond" w:hAnsi="EB Garamond" w:eastAsia="EB Garamond"/>
          <w:b w:val="0"/>
          <w:i w:val="0"/>
          <w:sz w:val="22"/>
        </w:rPr>
        <w:t>Mason arrived with his tray.</w:t>
      </w:r>
    </w:p>
    <w:p>
      <w:pPr>
        <w:spacing w:after="0" w:line="264" w:lineRule="exact"/>
      </w:pPr>
      <w:r>
        <w:rPr>
          <w:rFonts w:ascii="EB Garamond" w:hAnsi="EB Garamond" w:eastAsia="EB Garamond"/>
          <w:b w:val="0"/>
          <w:i w:val="0"/>
          <w:sz w:val="22"/>
        </w:rPr>
        <w:t>He sat beside Elsie.</w:t>
      </w:r>
    </w:p>
    <w:p>
      <w:pPr>
        <w:spacing w:after="0" w:line="264" w:lineRule="exact"/>
      </w:pPr>
      <w:r>
        <w:rPr>
          <w:rFonts w:ascii="EB Garamond" w:hAnsi="EB Garamond" w:eastAsia="EB Garamond"/>
          <w:b w:val="0"/>
          <w:i w:val="0"/>
          <w:sz w:val="22"/>
        </w:rPr>
        <w:t>“Why is everyone quiet?”</w:t>
      </w:r>
    </w:p>
    <w:p>
      <w:pPr>
        <w:spacing w:after="0" w:line="264" w:lineRule="exact"/>
      </w:pPr>
      <w:r>
        <w:rPr>
          <w:rFonts w:ascii="EB Garamond" w:hAnsi="EB Garamond" w:eastAsia="EB Garamond"/>
          <w:b w:val="0"/>
          <w:i w:val="0"/>
          <w:sz w:val="22"/>
        </w:rPr>
        <w:t>“We’re growing.”</w:t>
      </w:r>
    </w:p>
    <w:p>
      <w:pPr>
        <w:spacing w:after="0" w:line="264" w:lineRule="exact"/>
      </w:pPr>
      <w:r>
        <w:rPr>
          <w:rFonts w:ascii="EB Garamond" w:hAnsi="EB Garamond" w:eastAsia="EB Garamond"/>
          <w:b w:val="0"/>
          <w:i w:val="0"/>
          <w:sz w:val="22"/>
        </w:rPr>
        <w:t>Maddie pointed at him.</w:t>
      </w:r>
    </w:p>
    <w:p>
      <w:pPr>
        <w:spacing w:after="0" w:line="264" w:lineRule="exact"/>
      </w:pPr>
      <w:r>
        <w:rPr>
          <w:rFonts w:ascii="EB Garamond" w:hAnsi="EB Garamond" w:eastAsia="EB Garamond"/>
          <w:b w:val="0"/>
          <w:i w:val="0"/>
          <w:sz w:val="22"/>
        </w:rPr>
        <w:t>“Don’t encourage her.”</w:t>
      </w:r>
    </w:p>
    <w:p>
      <w:pPr>
        <w:spacing w:after="0" w:line="264" w:lineRule="exact"/>
      </w:pPr>
      <w:r>
        <w:rPr>
          <w:rFonts w:ascii="EB Garamond" w:hAnsi="EB Garamond" w:eastAsia="EB Garamond"/>
          <w:b w:val="0"/>
          <w:i w:val="0"/>
          <w:sz w:val="22"/>
        </w:rPr>
        <w:t>“I wasn’t planning to.”</w:t>
      </w:r>
    </w:p>
    <w:p>
      <w:pPr>
        <w:spacing w:after="0" w:line="264" w:lineRule="exact"/>
      </w:pPr>
      <w:r>
        <w:rPr>
          <w:rFonts w:ascii="EB Garamond" w:hAnsi="EB Garamond" w:eastAsia="EB Garamond"/>
          <w:b w:val="0"/>
          <w:i w:val="0"/>
          <w:sz w:val="22"/>
        </w:rPr>
        <w:t>Elsie stole one of his fries.</w:t>
      </w:r>
    </w:p>
    <w:p>
      <w:pPr>
        <w:spacing w:after="0" w:line="264" w:lineRule="exact"/>
      </w:pPr>
      <w:r>
        <w:rPr>
          <w:rFonts w:ascii="EB Garamond" w:hAnsi="EB Garamond" w:eastAsia="EB Garamond"/>
          <w:b w:val="0"/>
          <w:i w:val="0"/>
          <w:sz w:val="22"/>
        </w:rPr>
        <w:t>He looked at her.</w:t>
      </w:r>
    </w:p>
    <w:p>
      <w:pPr>
        <w:spacing w:after="0" w:line="264" w:lineRule="exact"/>
      </w:pPr>
      <w:r>
        <w:rPr>
          <w:rFonts w:ascii="EB Garamond" w:hAnsi="EB Garamond" w:eastAsia="EB Garamond"/>
          <w:b w:val="0"/>
          <w:i w:val="0"/>
          <w:sz w:val="22"/>
        </w:rPr>
        <w:t>“That’s mine.”</w:t>
      </w:r>
    </w:p>
    <w:p>
      <w:pPr>
        <w:spacing w:after="0" w:line="264" w:lineRule="exact"/>
      </w:pPr>
      <w:r>
        <w:rPr>
          <w:rFonts w:ascii="EB Garamond" w:hAnsi="EB Garamond" w:eastAsia="EB Garamond"/>
          <w:b w:val="0"/>
          <w:i w:val="0"/>
          <w:sz w:val="22"/>
        </w:rPr>
        <w:t>“Community property.”</w:t>
      </w:r>
    </w:p>
    <w:p>
      <w:pPr>
        <w:spacing w:after="0" w:line="264" w:lineRule="exact"/>
      </w:pPr>
      <w:r>
        <w:rPr>
          <w:rFonts w:ascii="EB Garamond" w:hAnsi="EB Garamond" w:eastAsia="EB Garamond"/>
          <w:b w:val="0"/>
          <w:i w:val="0"/>
          <w:sz w:val="22"/>
        </w:rPr>
        <w:t>“We’re dating, not married.”</w:t>
      </w:r>
    </w:p>
    <w:p>
      <w:pPr>
        <w:spacing w:after="0" w:line="264" w:lineRule="exact"/>
      </w:pPr>
      <w:r>
        <w:rPr>
          <w:rFonts w:ascii="EB Garamond" w:hAnsi="EB Garamond" w:eastAsia="EB Garamond"/>
          <w:b w:val="0"/>
          <w:i w:val="0"/>
          <w:sz w:val="22"/>
        </w:rPr>
        <w:t>“Feels legal.”</w:t>
      </w:r>
    </w:p>
    <w:p>
      <w:pPr>
        <w:spacing w:after="0" w:line="264" w:lineRule="exact"/>
      </w:pPr>
      <w:r>
        <w:rPr>
          <w:rFonts w:ascii="EB Garamond" w:hAnsi="EB Garamond" w:eastAsia="EB Garamond"/>
          <w:b w:val="0"/>
          <w:i w:val="0"/>
          <w:sz w:val="22"/>
        </w:rPr>
        <w:t>“It isn’t.”</w:t>
      </w:r>
    </w:p>
    <w:p>
      <w:pPr>
        <w:spacing w:after="0" w:line="264" w:lineRule="exact"/>
      </w:pPr>
      <w:r>
        <w:rPr>
          <w:rFonts w:ascii="EB Garamond" w:hAnsi="EB Garamond" w:eastAsia="EB Garamond"/>
          <w:b w:val="0"/>
          <w:i w:val="0"/>
          <w:sz w:val="22"/>
        </w:rPr>
        <w:t>Nora laughed.</w:t>
      </w:r>
    </w:p>
    <w:p>
      <w:pPr>
        <w:spacing w:after="0" w:line="264" w:lineRule="exact"/>
      </w:pPr>
      <w:r>
        <w:rPr>
          <w:rFonts w:ascii="EB Garamond" w:hAnsi="EB Garamond" w:eastAsia="EB Garamond"/>
          <w:b w:val="0"/>
          <w:i w:val="0"/>
          <w:sz w:val="22"/>
        </w:rPr>
        <w:t>Actually laughed.</w:t>
      </w:r>
    </w:p>
    <w:p>
      <w:pPr>
        <w:spacing w:after="0" w:line="264" w:lineRule="exact"/>
      </w:pPr>
      <w:r>
        <w:rPr>
          <w:rFonts w:ascii="EB Garamond" w:hAnsi="EB Garamond" w:eastAsia="EB Garamond"/>
          <w:b w:val="0"/>
          <w:i w:val="0"/>
          <w:sz w:val="22"/>
        </w:rPr>
        <w:t>Elsie looked at her.</w:t>
      </w:r>
    </w:p>
    <w:p>
      <w:pPr>
        <w:spacing w:after="0" w:line="264" w:lineRule="exact"/>
      </w:pPr>
      <w:r>
        <w:rPr>
          <w:rFonts w:ascii="EB Garamond" w:hAnsi="EB Garamond" w:eastAsia="EB Garamond"/>
          <w:b w:val="0"/>
          <w:i w:val="0"/>
          <w:sz w:val="22"/>
        </w:rPr>
        <w:t>Nora caught it.</w:t>
      </w:r>
    </w:p>
    <w:p>
      <w:pPr>
        <w:spacing w:after="0" w:line="264" w:lineRule="exact"/>
      </w:pPr>
      <w:r>
        <w:rPr>
          <w:rFonts w:ascii="EB Garamond" w:hAnsi="EB Garamond" w:eastAsia="EB Garamond"/>
          <w:b w:val="0"/>
          <w:i w:val="0"/>
          <w:sz w:val="22"/>
        </w:rPr>
        <w:t>“Don’t.”</w:t>
      </w:r>
    </w:p>
    <w:p>
      <w:pPr>
        <w:spacing w:after="0" w:line="264" w:lineRule="exact"/>
      </w:pPr>
      <w:r>
        <w:rPr>
          <w:rFonts w:ascii="EB Garamond" w:hAnsi="EB Garamond" w:eastAsia="EB Garamond"/>
          <w:b w:val="0"/>
          <w:i w:val="0"/>
          <w:sz w:val="22"/>
        </w:rPr>
        <w:t>“What?”</w:t>
      </w:r>
    </w:p>
    <w:p>
      <w:pPr>
        <w:spacing w:after="0" w:line="264" w:lineRule="exact"/>
      </w:pPr>
      <w:r>
        <w:rPr>
          <w:rFonts w:ascii="EB Garamond" w:hAnsi="EB Garamond" w:eastAsia="EB Garamond"/>
          <w:b w:val="0"/>
          <w:i w:val="0"/>
          <w:sz w:val="22"/>
        </w:rPr>
        <w:t>“Concerned face.”</w:t>
      </w:r>
    </w:p>
    <w:p>
      <w:pPr>
        <w:spacing w:after="0" w:line="264" w:lineRule="exact"/>
      </w:pPr>
      <w:r>
        <w:rPr>
          <w:rFonts w:ascii="EB Garamond" w:hAnsi="EB Garamond" w:eastAsia="EB Garamond"/>
          <w:b w:val="0"/>
          <w:i w:val="0"/>
          <w:sz w:val="22"/>
        </w:rPr>
        <w:t>“I wasn’t.”</w:t>
      </w:r>
    </w:p>
    <w:p>
      <w:pPr>
        <w:spacing w:after="0" w:line="264" w:lineRule="exact"/>
      </w:pPr>
      <w:r>
        <w:rPr>
          <w:rFonts w:ascii="EB Garamond" w:hAnsi="EB Garamond" w:eastAsia="EB Garamond"/>
          <w:b w:val="0"/>
          <w:i w:val="0"/>
          <w:sz w:val="22"/>
        </w:rPr>
        <w:t>“Fine Number Fourteen.”</w:t>
      </w:r>
    </w:p>
    <w:p>
      <w:pPr>
        <w:spacing w:after="0" w:line="264" w:lineRule="exact"/>
      </w:pPr>
      <w:r>
        <w:rPr>
          <w:rFonts w:ascii="EB Garamond" w:hAnsi="EB Garamond" w:eastAsia="EB Garamond"/>
          <w:b w:val="0"/>
          <w:i w:val="0"/>
          <w:sz w:val="22"/>
        </w:rPr>
        <w:t>Elsie’s mouth fell open.</w:t>
      </w:r>
    </w:p>
    <w:p>
      <w:pPr>
        <w:spacing w:after="0" w:line="264" w:lineRule="exact"/>
      </w:pPr>
      <w:r>
        <w:rPr>
          <w:rFonts w:ascii="EB Garamond" w:hAnsi="EB Garamond" w:eastAsia="EB Garamond"/>
          <w:b w:val="0"/>
          <w:i w:val="0"/>
          <w:sz w:val="22"/>
        </w:rPr>
        <w:t>Mason choked on his drink.</w:t>
      </w:r>
    </w:p>
    <w:p>
      <w:pPr>
        <w:spacing w:after="0" w:line="264" w:lineRule="exact"/>
      </w:pPr>
      <w:r>
        <w:rPr>
          <w:rFonts w:ascii="EB Garamond" w:hAnsi="EB Garamond" w:eastAsia="EB Garamond"/>
          <w:b w:val="0"/>
          <w:i w:val="0"/>
          <w:sz w:val="22"/>
        </w:rPr>
        <w:t>Elsie turned slowly.</w:t>
      </w:r>
    </w:p>
    <w:p>
      <w:pPr>
        <w:spacing w:after="0" w:line="264" w:lineRule="exact"/>
      </w:pPr>
      <w:r>
        <w:rPr>
          <w:rFonts w:ascii="EB Garamond" w:hAnsi="EB Garamond" w:eastAsia="EB Garamond"/>
          <w:b w:val="0"/>
          <w:i w:val="0"/>
          <w:sz w:val="22"/>
        </w:rPr>
        <w:t>Mason looked anywhere except at her.</w:t>
      </w:r>
    </w:p>
    <w:p>
      <w:pPr>
        <w:spacing w:after="0" w:line="264" w:lineRule="exact"/>
      </w:pPr>
      <w:r>
        <w:rPr>
          <w:rFonts w:ascii="EB Garamond" w:hAnsi="EB Garamond" w:eastAsia="EB Garamond"/>
          <w:b w:val="0"/>
          <w:i w:val="0"/>
          <w:sz w:val="22"/>
        </w:rPr>
        <w:t>“Mason.”</w:t>
      </w:r>
    </w:p>
    <w:p>
      <w:pPr>
        <w:spacing w:after="0" w:line="264" w:lineRule="exact"/>
      </w:pPr>
      <w:r>
        <w:rPr>
          <w:rFonts w:ascii="EB Garamond" w:hAnsi="EB Garamond" w:eastAsia="EB Garamond"/>
          <w:b w:val="0"/>
          <w:i w:val="0"/>
          <w:sz w:val="22"/>
        </w:rPr>
        <w:t>“I have no idea what’s happening.”</w:t>
      </w:r>
    </w:p>
    <w:p>
      <w:pPr>
        <w:spacing w:after="0" w:line="264" w:lineRule="exact"/>
      </w:pPr>
      <w:r>
        <w:rPr>
          <w:rFonts w:ascii="EB Garamond" w:hAnsi="EB Garamond" w:eastAsia="EB Garamond"/>
          <w:b w:val="0"/>
          <w:i w:val="0"/>
          <w:sz w:val="22"/>
        </w:rPr>
        <w:t>“You are a terrible liar.”</w:t>
      </w:r>
    </w:p>
    <w:p>
      <w:pPr>
        <w:spacing w:after="0" w:line="264" w:lineRule="exact"/>
      </w:pPr>
      <w:r>
        <w:rPr>
          <w:rFonts w:ascii="EB Garamond" w:hAnsi="EB Garamond" w:eastAsia="EB Garamond"/>
          <w:b w:val="0"/>
          <w:i w:val="0"/>
          <w:sz w:val="22"/>
        </w:rPr>
        <w:t>Nora was openly smiling now.</w:t>
      </w:r>
    </w:p>
    <w:p>
      <w:pPr>
        <w:spacing w:after="0" w:line="264" w:lineRule="exact"/>
      </w:pPr>
      <w:r>
        <w:rPr>
          <w:rFonts w:ascii="EB Garamond" w:hAnsi="EB Garamond" w:eastAsia="EB Garamond"/>
          <w:b w:val="0"/>
          <w:i w:val="0"/>
          <w:sz w:val="22"/>
        </w:rPr>
        <w:t>Elsie pointed between them.</w:t>
      </w:r>
    </w:p>
    <w:p>
      <w:pPr>
        <w:spacing w:after="0" w:line="264" w:lineRule="exact"/>
      </w:pPr>
      <w:r>
        <w:rPr>
          <w:rFonts w:ascii="EB Garamond" w:hAnsi="EB Garamond" w:eastAsia="EB Garamond"/>
          <w:b w:val="0"/>
          <w:i w:val="0"/>
          <w:sz w:val="22"/>
        </w:rPr>
        <w:t>“How long?”</w:t>
      </w:r>
    </w:p>
    <w:p>
      <w:pPr>
        <w:spacing w:after="0" w:line="264" w:lineRule="exact"/>
      </w:pPr>
      <w:r>
        <w:rPr>
          <w:rFonts w:ascii="EB Garamond" w:hAnsi="EB Garamond" w:eastAsia="EB Garamond"/>
          <w:b w:val="0"/>
          <w:i w:val="0"/>
          <w:sz w:val="22"/>
        </w:rPr>
        <w:t>Mason wiped his mouth.</w:t>
      </w:r>
    </w:p>
    <w:p>
      <w:pPr>
        <w:spacing w:after="0" w:line="264" w:lineRule="exact"/>
      </w:pPr>
      <w:r>
        <w:rPr>
          <w:rFonts w:ascii="EB Garamond" w:hAnsi="EB Garamond" w:eastAsia="EB Garamond"/>
          <w:b w:val="0"/>
          <w:i w:val="0"/>
          <w:sz w:val="22"/>
        </w:rPr>
        <w:t>“I heard you say it to her at Ava’s party.”</w:t>
      </w:r>
    </w:p>
    <w:p>
      <w:pPr>
        <w:spacing w:after="0" w:line="264" w:lineRule="exact"/>
      </w:pPr>
      <w:r>
        <w:rPr>
          <w:rFonts w:ascii="EB Garamond" w:hAnsi="EB Garamond" w:eastAsia="EB Garamond"/>
          <w:b w:val="0"/>
          <w:i w:val="0"/>
          <w:sz w:val="22"/>
        </w:rPr>
        <w:t>Elsie stared.</w:t>
      </w:r>
    </w:p>
    <w:p>
      <w:pPr>
        <w:spacing w:after="0" w:line="264" w:lineRule="exact"/>
      </w:pPr>
      <w:r>
        <w:rPr>
          <w:rFonts w:ascii="EB Garamond" w:hAnsi="EB Garamond" w:eastAsia="EB Garamond"/>
          <w:b w:val="0"/>
          <w:i w:val="0"/>
          <w:sz w:val="22"/>
        </w:rPr>
        <w:t>Nora nodded.</w:t>
      </w:r>
    </w:p>
    <w:p>
      <w:pPr>
        <w:spacing w:after="0" w:line="264" w:lineRule="exact"/>
      </w:pPr>
      <w:r>
        <w:rPr>
          <w:rFonts w:ascii="EB Garamond" w:hAnsi="EB Garamond" w:eastAsia="EB Garamond"/>
          <w:b w:val="0"/>
          <w:i w:val="0"/>
          <w:sz w:val="22"/>
        </w:rPr>
        <w:t>“He asked.”</w:t>
      </w:r>
    </w:p>
    <w:p>
      <w:pPr>
        <w:spacing w:after="0" w:line="264" w:lineRule="exact"/>
      </w:pPr>
      <w:r>
        <w:rPr>
          <w:rFonts w:ascii="EB Garamond" w:hAnsi="EB Garamond" w:eastAsia="EB Garamond"/>
          <w:b w:val="0"/>
          <w:i w:val="0"/>
          <w:sz w:val="22"/>
        </w:rPr>
        <w:t>“And you explained the entire system?”</w:t>
      </w:r>
    </w:p>
    <w:p>
      <w:pPr>
        <w:spacing w:after="0" w:line="264" w:lineRule="exact"/>
      </w:pPr>
      <w:r>
        <w:rPr>
          <w:rFonts w:ascii="EB Garamond" w:hAnsi="EB Garamond" w:eastAsia="EB Garamond"/>
          <w:b w:val="0"/>
          <w:i w:val="0"/>
          <w:sz w:val="22"/>
        </w:rPr>
        <w:t>“He seemed confused.”</w:t>
      </w:r>
    </w:p>
    <w:p>
      <w:pPr>
        <w:spacing w:after="0" w:line="264" w:lineRule="exact"/>
      </w:pPr>
      <w:r>
        <w:rPr>
          <w:rFonts w:ascii="EB Garamond" w:hAnsi="EB Garamond" w:eastAsia="EB Garamond"/>
          <w:b w:val="0"/>
          <w:i w:val="0"/>
          <w:sz w:val="22"/>
        </w:rPr>
        <w:t>“I WAS CONFUSED.”</w:t>
      </w:r>
    </w:p>
    <w:p>
      <w:pPr>
        <w:spacing w:after="0" w:line="264" w:lineRule="exact"/>
      </w:pPr>
      <w:r>
        <w:rPr>
          <w:rFonts w:ascii="EB Garamond" w:hAnsi="EB Garamond" w:eastAsia="EB Garamond"/>
          <w:b w:val="0"/>
          <w:i w:val="0"/>
          <w:sz w:val="22"/>
        </w:rPr>
        <w:t>Maddie looked delighted.</w:t>
      </w:r>
    </w:p>
    <w:p>
      <w:pPr>
        <w:spacing w:after="0" w:line="264" w:lineRule="exact"/>
      </w:pPr>
      <w:r>
        <w:rPr>
          <w:rFonts w:ascii="EB Garamond" w:hAnsi="EB Garamond" w:eastAsia="EB Garamond"/>
          <w:b w:val="0"/>
          <w:i w:val="0"/>
          <w:sz w:val="22"/>
        </w:rPr>
        <w:t>“This is the best thing that’s ever happened.”</w:t>
      </w:r>
    </w:p>
    <w:p>
      <w:pPr>
        <w:spacing w:after="0" w:line="264" w:lineRule="exact"/>
      </w:pPr>
      <w:r>
        <w:rPr>
          <w:rFonts w:ascii="EB Garamond" w:hAnsi="EB Garamond" w:eastAsia="EB Garamond"/>
          <w:b w:val="0"/>
          <w:i w:val="0"/>
          <w:sz w:val="22"/>
        </w:rPr>
        <w:t>Ava nodded.</w:t>
      </w:r>
    </w:p>
    <w:p>
      <w:pPr>
        <w:spacing w:after="0" w:line="264" w:lineRule="exact"/>
      </w:pPr>
      <w:r>
        <w:rPr>
          <w:rFonts w:ascii="EB Garamond" w:hAnsi="EB Garamond" w:eastAsia="EB Garamond"/>
          <w:b w:val="0"/>
          <w:i w:val="0"/>
          <w:sz w:val="22"/>
        </w:rPr>
        <w:t>“Agreed.”</w:t>
      </w:r>
    </w:p>
    <w:p>
      <w:pPr>
        <w:spacing w:after="0" w:line="264" w:lineRule="exact"/>
      </w:pPr>
      <w:r>
        <w:rPr>
          <w:rFonts w:ascii="EB Garamond" w:hAnsi="EB Garamond" w:eastAsia="EB Garamond"/>
          <w:b w:val="0"/>
          <w:i w:val="0"/>
          <w:sz w:val="22"/>
        </w:rPr>
        <w:t>Elsie covered her face.</w:t>
      </w:r>
    </w:p>
    <w:p>
      <w:pPr>
        <w:spacing w:after="0" w:line="264" w:lineRule="exact"/>
      </w:pPr>
      <w:r>
        <w:rPr>
          <w:rFonts w:ascii="EB Garamond" w:hAnsi="EB Garamond" w:eastAsia="EB Garamond"/>
          <w:b w:val="0"/>
          <w:i w:val="0"/>
          <w:sz w:val="22"/>
        </w:rPr>
        <w:t>Her life was humiliating.</w:t>
      </w:r>
    </w:p>
    <w:p>
      <w:pPr>
        <w:spacing w:after="0" w:line="264" w:lineRule="exact"/>
      </w:pPr>
      <w:r>
        <w:rPr>
          <w:rFonts w:ascii="EB Garamond" w:hAnsi="EB Garamond" w:eastAsia="EB Garamond"/>
          <w:b w:val="0"/>
          <w:i w:val="0"/>
          <w:sz w:val="22"/>
        </w:rPr>
        <w:t>Across the table, Nora laughed again.</w:t>
      </w:r>
    </w:p>
    <w:p>
      <w:pPr>
        <w:spacing w:after="0" w:line="264" w:lineRule="exact"/>
      </w:pPr>
      <w:r>
        <w:rPr>
          <w:rFonts w:ascii="EB Garamond" w:hAnsi="EB Garamond" w:eastAsia="EB Garamond"/>
          <w:b w:val="0"/>
          <w:i w:val="0"/>
          <w:sz w:val="22"/>
        </w:rPr>
        <w:t>And this time Elsie let her.</w:t>
      </w:r>
    </w:p>
    <w:p>
      <w:pPr>
        <w:spacing w:after="0" w:line="264" w:lineRule="exact"/>
      </w:pPr>
      <w:r>
        <w:rPr>
          <w:rFonts w:ascii="EB Garamond" w:hAnsi="EB Garamond" w:eastAsia="EB Garamond"/>
          <w:b w:val="0"/>
          <w:i w:val="0"/>
          <w:sz w:val="22"/>
        </w:rPr>
        <w:t>No checking whether the laugh meant she was okay.</w:t>
      </w:r>
    </w:p>
    <w:p>
      <w:pPr>
        <w:spacing w:after="0" w:line="264" w:lineRule="exact"/>
      </w:pPr>
      <w:r>
        <w:rPr>
          <w:rFonts w:ascii="EB Garamond" w:hAnsi="EB Garamond" w:eastAsia="EB Garamond"/>
          <w:b w:val="0"/>
          <w:i w:val="0"/>
          <w:sz w:val="22"/>
        </w:rPr>
        <w:t>No deciding it proved anything about her brother.</w:t>
      </w:r>
    </w:p>
    <w:p>
      <w:pPr>
        <w:spacing w:after="0" w:line="264" w:lineRule="exact"/>
      </w:pPr>
      <w:r>
        <w:rPr>
          <w:rFonts w:ascii="EB Garamond" w:hAnsi="EB Garamond" w:eastAsia="EB Garamond"/>
          <w:b w:val="0"/>
          <w:i w:val="0"/>
          <w:sz w:val="22"/>
        </w:rPr>
        <w:t>No turning it into a sign.</w:t>
      </w:r>
    </w:p>
    <w:p>
      <w:pPr>
        <w:spacing w:after="0" w:line="264" w:lineRule="exact"/>
      </w:pPr>
      <w:r>
        <w:rPr>
          <w:rFonts w:ascii="EB Garamond" w:hAnsi="EB Garamond" w:eastAsia="EB Garamond"/>
          <w:b w:val="0"/>
          <w:i w:val="0"/>
          <w:sz w:val="22"/>
        </w:rPr>
        <w:t>Nora could laugh at lunch and still be scared.</w:t>
      </w:r>
    </w:p>
    <w:p>
      <w:pPr>
        <w:spacing w:after="0" w:line="264" w:lineRule="exact"/>
      </w:pPr>
      <w:r>
        <w:rPr>
          <w:rFonts w:ascii="EB Garamond" w:hAnsi="EB Garamond" w:eastAsia="EB Garamond"/>
          <w:b w:val="0"/>
          <w:i w:val="0"/>
          <w:sz w:val="22"/>
        </w:rPr>
        <w:t>She could post a verse and still be angry at God.</w:t>
      </w:r>
    </w:p>
    <w:p>
      <w:pPr>
        <w:spacing w:after="0" w:line="264" w:lineRule="exact"/>
      </w:pPr>
      <w:r>
        <w:rPr>
          <w:rFonts w:ascii="EB Garamond" w:hAnsi="EB Garamond" w:eastAsia="EB Garamond"/>
          <w:b w:val="0"/>
          <w:i w:val="0"/>
          <w:sz w:val="22"/>
        </w:rPr>
        <w:t>She could answer someone’s message and still need Hannah.</w:t>
      </w:r>
    </w:p>
    <w:p>
      <w:pPr>
        <w:spacing w:after="0" w:line="264" w:lineRule="exact"/>
      </w:pPr>
      <w:r>
        <w:rPr>
          <w:rFonts w:ascii="EB Garamond" w:hAnsi="EB Garamond" w:eastAsia="EB Garamond"/>
          <w:b w:val="0"/>
          <w:i w:val="0"/>
          <w:sz w:val="22"/>
        </w:rPr>
        <w:t>She could believe and not know.</w:t>
      </w:r>
    </w:p>
    <w:p>
      <w:pPr>
        <w:spacing w:after="0" w:line="264" w:lineRule="exact"/>
      </w:pPr>
      <w:r>
        <w:rPr>
          <w:rFonts w:ascii="EB Garamond" w:hAnsi="EB Garamond" w:eastAsia="EB Garamond"/>
          <w:b w:val="0"/>
          <w:i w:val="0"/>
          <w:sz w:val="22"/>
        </w:rPr>
        <w:t>She could help without becoming responsible for saving everybody.</w:t>
      </w:r>
    </w:p>
    <w:p>
      <w:pPr>
        <w:spacing w:after="0" w:line="264" w:lineRule="exact"/>
      </w:pPr>
      <w:r>
        <w:rPr>
          <w:rFonts w:ascii="EB Garamond" w:hAnsi="EB Garamond" w:eastAsia="EB Garamond"/>
          <w:b w:val="0"/>
          <w:i w:val="0"/>
          <w:sz w:val="22"/>
        </w:rPr>
        <w:t>Elsie understood that one.</w:t>
      </w:r>
    </w:p>
    <w:p>
      <w:pPr>
        <w:spacing w:after="0" w:line="264" w:lineRule="exact"/>
      </w:pPr>
      <w:r>
        <w:rPr>
          <w:rFonts w:ascii="EB Garamond" w:hAnsi="EB Garamond" w:eastAsia="EB Garamond"/>
          <w:b w:val="0"/>
          <w:i w:val="0"/>
          <w:sz w:val="22"/>
        </w:rPr>
        <w:t>Maybe because she was learning it too.</w:t>
      </w:r>
    </w:p>
    <w:p>
      <w:pPr>
        <w:spacing w:after="0" w:line="264" w:lineRule="exact"/>
      </w:pPr>
      <w:r>
        <w:rPr>
          <w:rFonts w:ascii="EB Garamond" w:hAnsi="EB Garamond" w:eastAsia="EB Garamond"/>
          <w:b w:val="0"/>
          <w:i w:val="0"/>
          <w:sz w:val="22"/>
        </w:rPr>
        <w:t>That night, she opened her notebook.</w:t>
      </w:r>
    </w:p>
    <w:p>
      <w:pPr>
        <w:spacing w:after="0" w:line="264" w:lineRule="exact"/>
      </w:pPr>
      <w:r>
        <w:rPr>
          <w:rFonts w:ascii="EB Garamond" w:hAnsi="EB Garamond" w:eastAsia="EB Garamond"/>
          <w:b w:val="0"/>
          <w:i w:val="0"/>
          <w:sz w:val="22"/>
        </w:rPr>
        <w:t>The page from the library was still there.</w:t>
      </w:r>
    </w:p>
    <w:p>
      <w:pPr>
        <w:spacing w:after="0" w:line="264" w:lineRule="exact"/>
      </w:pPr>
      <w:r>
        <w:rPr>
          <w:rFonts w:ascii="EB Garamond" w:hAnsi="EB Garamond" w:eastAsia="EB Garamond"/>
          <w:b w:val="0"/>
          <w:i/>
          <w:sz w:val="22"/>
        </w:rPr>
        <w:t>Nora —</w:t>
      </w:r>
    </w:p>
    <w:p>
      <w:pPr>
        <w:spacing w:after="0" w:line="264" w:lineRule="exact"/>
      </w:pPr>
      <w:r>
        <w:rPr>
          <w:rFonts w:ascii="EB Garamond" w:hAnsi="EB Garamond" w:eastAsia="EB Garamond"/>
          <w:b w:val="0"/>
          <w:i w:val="0"/>
          <w:sz w:val="22"/>
        </w:rPr>
        <w:t>Nothing after it.</w:t>
      </w:r>
    </w:p>
    <w:p>
      <w:pPr>
        <w:spacing w:after="0" w:line="264" w:lineRule="exact"/>
      </w:pPr>
      <w:r>
        <w:rPr>
          <w:rFonts w:ascii="EB Garamond" w:hAnsi="EB Garamond" w:eastAsia="EB Garamond"/>
          <w:b w:val="0"/>
          <w:i w:val="0"/>
          <w:sz w:val="22"/>
        </w:rPr>
        <w:t>Elsie stared.</w:t>
      </w:r>
    </w:p>
    <w:p>
      <w:pPr>
        <w:spacing w:after="0" w:line="264" w:lineRule="exact"/>
      </w:pPr>
      <w:r>
        <w:rPr>
          <w:rFonts w:ascii="EB Garamond" w:hAnsi="EB Garamond" w:eastAsia="EB Garamond"/>
          <w:b w:val="0"/>
          <w:i w:val="0"/>
          <w:sz w:val="22"/>
        </w:rPr>
        <w:t>Then underneath, she wrote:</w:t>
      </w:r>
    </w:p>
    <w:p>
      <w:pPr>
        <w:spacing w:after="0" w:line="264" w:lineRule="exact"/>
      </w:pPr>
      <w:r>
        <w:rPr>
          <w:rFonts w:ascii="EB Garamond" w:hAnsi="EB Garamond" w:eastAsia="EB Garamond"/>
          <w:b w:val="0"/>
          <w:i/>
          <w:sz w:val="22"/>
        </w:rPr>
        <w:t>Good.</w:t>
      </w:r>
    </w:p>
    <w:p>
      <w:pPr>
        <w:spacing w:after="0" w:line="264" w:lineRule="exact"/>
      </w:pPr>
      <w:r>
        <w:rPr>
          <w:rFonts w:ascii="EB Garamond" w:hAnsi="EB Garamond" w:eastAsia="EB Garamond"/>
          <w:b w:val="0"/>
          <w:i w:val="0"/>
          <w:sz w:val="22"/>
        </w:rPr>
        <w:t>She smiled.</w:t>
      </w:r>
    </w:p>
    <w:p>
      <w:pPr>
        <w:spacing w:after="0" w:line="264" w:lineRule="exact"/>
      </w:pPr>
      <w:r>
        <w:rPr>
          <w:rFonts w:ascii="EB Garamond" w:hAnsi="EB Garamond" w:eastAsia="EB Garamond"/>
          <w:b w:val="0"/>
          <w:i w:val="0"/>
          <w:sz w:val="22"/>
        </w:rPr>
        <w:t>Maybe some blanks weren’t waiting to be filled.</w:t>
      </w:r>
    </w:p>
    <w:p>
      <w:pPr>
        <w:spacing w:after="0" w:line="264" w:lineRule="exact"/>
      </w:pPr>
      <w:r>
        <w:rPr>
          <w:rFonts w:ascii="EB Garamond" w:hAnsi="EB Garamond" w:eastAsia="EB Garamond"/>
          <w:b w:val="0"/>
          <w:i w:val="0"/>
          <w:sz w:val="22"/>
        </w:rPr>
        <w:t>Maybe they were reminders.</w:t>
      </w:r>
    </w:p>
    <w:p>
      <w:pPr>
        <w:spacing w:after="0" w:line="264" w:lineRule="exact"/>
      </w:pPr>
      <w:r>
        <w:rPr>
          <w:rFonts w:ascii="EB Garamond" w:hAnsi="EB Garamond" w:eastAsia="EB Garamond"/>
          <w:b w:val="0"/>
          <w:i w:val="0"/>
          <w:sz w:val="22"/>
        </w:rPr>
        <w:t>A person was not an assignment.</w:t>
      </w:r>
    </w:p>
    <w:p>
      <w:pPr>
        <w:spacing w:after="0" w:line="264" w:lineRule="exact"/>
      </w:pPr>
      <w:r>
        <w:rPr>
          <w:rFonts w:ascii="EB Garamond" w:hAnsi="EB Garamond" w:eastAsia="EB Garamond"/>
          <w:b w:val="0"/>
          <w:i w:val="0"/>
          <w:sz w:val="22"/>
        </w:rPr>
        <w:t>Not a problem to solve.</w:t>
      </w:r>
    </w:p>
    <w:p>
      <w:pPr>
        <w:spacing w:after="0" w:line="264" w:lineRule="exact"/>
      </w:pPr>
      <w:r>
        <w:rPr>
          <w:rFonts w:ascii="EB Garamond" w:hAnsi="EB Garamond" w:eastAsia="EB Garamond"/>
          <w:b w:val="0"/>
          <w:i w:val="0"/>
          <w:sz w:val="22"/>
        </w:rPr>
        <w:t>Not a sentence to finish.</w:t>
      </w:r>
    </w:p>
    <w:p>
      <w:pPr>
        <w:spacing w:after="0" w:line="264" w:lineRule="exact"/>
      </w:pPr>
      <w:r>
        <w:rPr>
          <w:rFonts w:ascii="EB Garamond" w:hAnsi="EB Garamond" w:eastAsia="EB Garamond"/>
          <w:b w:val="0"/>
          <w:i w:val="0"/>
          <w:sz w:val="22"/>
        </w:rPr>
        <w:t>Her phone buzzed.</w:t>
      </w:r>
    </w:p>
    <w:p>
      <w:pPr>
        <w:spacing w:after="0" w:line="264" w:lineRule="exact"/>
      </w:pPr>
      <w:r>
        <w:rPr>
          <w:rFonts w:ascii="EB Garamond" w:hAnsi="EB Garamond" w:eastAsia="EB Garamond"/>
          <w:b w:val="0"/>
          <w:i w:val="0"/>
          <w:sz w:val="22"/>
        </w:rPr>
        <w:t>Nora.</w:t>
      </w:r>
    </w:p>
    <w:p>
      <w:pPr>
        <w:spacing w:after="0" w:line="264" w:lineRule="exact"/>
      </w:pPr>
      <w:r>
        <w:rPr>
          <w:rFonts w:ascii="EB Garamond" w:hAnsi="EB Garamond" w:eastAsia="EB Garamond"/>
          <w:b w:val="0"/>
          <w:i w:val="0"/>
          <w:sz w:val="22"/>
        </w:rPr>
        <w:t>Elsie sat up.</w:t>
      </w:r>
    </w:p>
    <w:p>
      <w:pPr>
        <w:spacing w:after="0" w:line="264" w:lineRule="exact"/>
      </w:pPr>
      <w:r>
        <w:rPr>
          <w:rFonts w:ascii="EB Garamond" w:hAnsi="EB Garamond" w:eastAsia="EB Garamond"/>
          <w:b/>
          <w:sz w:val="22"/>
        </w:rPr>
        <w:t>Nora:</w:t>
      </w:r>
      <w:r>
        <w:rPr>
          <w:rFonts w:ascii="EB Garamond" w:hAnsi="EB Garamond" w:eastAsia="EB Garamond"/>
          <w:sz w:val="22"/>
        </w:rPr>
        <w:t xml:space="preserve"> important</w:t>
      </w:r>
    </w:p>
    <w:p>
      <w:pPr>
        <w:spacing w:after="0" w:line="264" w:lineRule="exact"/>
      </w:pPr>
      <w:r>
        <w:rPr>
          <w:rFonts w:ascii="EB Garamond" w:hAnsi="EB Garamond" w:eastAsia="EB Garamond"/>
          <w:b/>
          <w:sz w:val="22"/>
        </w:rPr>
        <w:t>Elsie:</w:t>
      </w:r>
      <w:r>
        <w:rPr>
          <w:rFonts w:ascii="EB Garamond" w:hAnsi="EB Garamond" w:eastAsia="EB Garamond"/>
          <w:sz w:val="22"/>
        </w:rPr>
        <w:t xml:space="preserve"> what</w:t>
      </w:r>
    </w:p>
    <w:p>
      <w:pPr>
        <w:spacing w:after="0" w:line="264" w:lineRule="exact"/>
      </w:pPr>
      <w:r>
        <w:rPr>
          <w:rFonts w:ascii="EB Garamond" w:hAnsi="EB Garamond" w:eastAsia="EB Garamond"/>
          <w:b/>
          <w:sz w:val="22"/>
        </w:rPr>
        <w:t>Nora:</w:t>
      </w:r>
      <w:r>
        <w:rPr>
          <w:rFonts w:ascii="EB Garamond" w:hAnsi="EB Garamond" w:eastAsia="EB Garamond"/>
          <w:sz w:val="22"/>
        </w:rPr>
        <w:t xml:space="preserve"> my mom made popcorn</w:t>
      </w:r>
    </w:p>
    <w:p>
      <w:pPr>
        <w:spacing w:after="0" w:line="264" w:lineRule="exact"/>
      </w:pPr>
      <w:r>
        <w:rPr>
          <w:rFonts w:ascii="EB Garamond" w:hAnsi="EB Garamond" w:eastAsia="EB Garamond"/>
          <w:b w:val="0"/>
          <w:i w:val="0"/>
          <w:sz w:val="22"/>
        </w:rPr>
        <w:t>Elsie stared.</w:t>
      </w:r>
    </w:p>
    <w:p>
      <w:pPr>
        <w:spacing w:after="0" w:line="264" w:lineRule="exact"/>
      </w:pPr>
      <w:r>
        <w:rPr>
          <w:rFonts w:ascii="EB Garamond" w:hAnsi="EB Garamond" w:eastAsia="EB Garamond"/>
          <w:b w:val="0"/>
          <w:i w:val="0"/>
          <w:sz w:val="22"/>
        </w:rPr>
        <w:t>Then laughed.</w:t>
      </w:r>
    </w:p>
    <w:p>
      <w:pPr>
        <w:spacing w:after="0" w:line="264" w:lineRule="exact"/>
      </w:pPr>
      <w:r>
        <w:rPr>
          <w:rFonts w:ascii="EB Garamond" w:hAnsi="EB Garamond" w:eastAsia="EB Garamond"/>
          <w:b/>
          <w:sz w:val="22"/>
        </w:rPr>
        <w:t>Elsie:</w:t>
      </w:r>
      <w:r>
        <w:rPr>
          <w:rFonts w:ascii="EB Garamond" w:hAnsi="EB Garamond" w:eastAsia="EB Garamond"/>
          <w:sz w:val="22"/>
        </w:rPr>
        <w:t xml:space="preserve"> careful</w:t>
      </w:r>
    </w:p>
    <w:p>
      <w:pPr>
        <w:spacing w:after="0" w:line="264" w:lineRule="exact"/>
      </w:pPr>
      <w:r>
        <w:rPr>
          <w:rFonts w:ascii="EB Garamond" w:hAnsi="EB Garamond" w:eastAsia="EB Garamond"/>
          <w:b/>
          <w:sz w:val="22"/>
        </w:rPr>
        <w:t>Nora:</w:t>
      </w:r>
      <w:r>
        <w:rPr>
          <w:rFonts w:ascii="EB Garamond" w:hAnsi="EB Garamond" w:eastAsia="EB Garamond"/>
          <w:sz w:val="22"/>
        </w:rPr>
        <w:t xml:space="preserve"> why</w:t>
      </w:r>
    </w:p>
    <w:p>
      <w:pPr>
        <w:spacing w:after="0" w:line="264" w:lineRule="exact"/>
      </w:pPr>
      <w:r>
        <w:rPr>
          <w:rFonts w:ascii="EB Garamond" w:hAnsi="EB Garamond" w:eastAsia="EB Garamond"/>
          <w:b/>
          <w:sz w:val="22"/>
        </w:rPr>
        <w:t>Elsie:</w:t>
      </w:r>
      <w:r>
        <w:rPr>
          <w:rFonts w:ascii="EB Garamond" w:hAnsi="EB Garamond" w:eastAsia="EB Garamond"/>
          <w:sz w:val="22"/>
        </w:rPr>
        <w:t xml:space="preserve"> carbs are a ministry, not a guarantee</w:t>
      </w:r>
    </w:p>
    <w:p>
      <w:pPr>
        <w:spacing w:after="0" w:line="264" w:lineRule="exact"/>
      </w:pPr>
      <w:r>
        <w:rPr>
          <w:rFonts w:ascii="EB Garamond" w:hAnsi="EB Garamond" w:eastAsia="EB Garamond"/>
          <w:b/>
          <w:sz w:val="22"/>
        </w:rPr>
        <w:t>Nora:</w:t>
      </w:r>
      <w:r>
        <w:rPr>
          <w:rFonts w:ascii="EB Garamond" w:hAnsi="EB Garamond" w:eastAsia="EB Garamond"/>
          <w:sz w:val="22"/>
        </w:rPr>
        <w:t xml:space="preserve"> 🙏</w:t>
      </w:r>
    </w:p>
    <w:p>
      <w:pPr>
        <w:spacing w:after="0" w:line="264" w:lineRule="exact"/>
      </w:pPr>
      <w:r>
        <w:rPr>
          <w:rFonts w:ascii="EB Garamond" w:hAnsi="EB Garamond" w:eastAsia="EB Garamond"/>
          <w:b w:val="0"/>
          <w:i w:val="0"/>
          <w:sz w:val="22"/>
        </w:rPr>
        <w:t>Elsie smiled.</w:t>
      </w:r>
    </w:p>
    <w:p>
      <w:pPr>
        <w:spacing w:after="0" w:line="264" w:lineRule="exact"/>
      </w:pPr>
      <w:r>
        <w:rPr>
          <w:rFonts w:ascii="EB Garamond" w:hAnsi="EB Garamond" w:eastAsia="EB Garamond"/>
          <w:b w:val="0"/>
          <w:i w:val="0"/>
          <w:sz w:val="22"/>
        </w:rPr>
        <w:t>Then another message appeared.</w:t>
      </w:r>
    </w:p>
    <w:p>
      <w:pPr>
        <w:spacing w:after="0" w:line="264" w:lineRule="exact"/>
      </w:pPr>
      <w:r>
        <w:rPr>
          <w:rFonts w:ascii="EB Garamond" w:hAnsi="EB Garamond" w:eastAsia="EB Garamond"/>
          <w:b/>
          <w:sz w:val="22"/>
        </w:rPr>
        <w:t>Nora:</w:t>
      </w:r>
      <w:r>
        <w:rPr>
          <w:rFonts w:ascii="EB Garamond" w:hAnsi="EB Garamond" w:eastAsia="EB Garamond"/>
          <w:sz w:val="22"/>
        </w:rPr>
        <w:t xml:space="preserve"> also</w:t>
      </w:r>
    </w:p>
    <w:p>
      <w:pPr>
        <w:spacing w:after="0" w:line="264" w:lineRule="exact"/>
      </w:pPr>
      <w:r>
        <w:rPr>
          <w:rFonts w:ascii="EB Garamond" w:hAnsi="EB Garamond" w:eastAsia="EB Garamond"/>
          <w:b w:val="0"/>
          <w:i w:val="0"/>
          <w:sz w:val="22"/>
        </w:rPr>
        <w:t>Pause.</w:t>
      </w:r>
    </w:p>
    <w:p>
      <w:pPr>
        <w:spacing w:after="0" w:line="264" w:lineRule="exact"/>
      </w:pPr>
      <w:r>
        <w:rPr>
          <w:rFonts w:ascii="EB Garamond" w:hAnsi="EB Garamond" w:eastAsia="EB Garamond"/>
          <w:b/>
          <w:sz w:val="22"/>
        </w:rPr>
        <w:t>Nora:</w:t>
      </w:r>
      <w:r>
        <w:rPr>
          <w:rFonts w:ascii="EB Garamond" w:hAnsi="EB Garamond" w:eastAsia="EB Garamond"/>
          <w:sz w:val="22"/>
        </w:rPr>
        <w:t xml:space="preserve"> thanks for not asking me to be okay</w:t>
      </w:r>
    </w:p>
    <w:p>
      <w:pPr>
        <w:spacing w:after="0" w:line="264" w:lineRule="exact"/>
      </w:pPr>
      <w:r>
        <w:rPr>
          <w:rFonts w:ascii="EB Garamond" w:hAnsi="EB Garamond" w:eastAsia="EB Garamond"/>
          <w:b w:val="0"/>
          <w:i w:val="0"/>
          <w:sz w:val="22"/>
        </w:rPr>
        <w:t>Elsie stared at it.</w:t>
      </w:r>
    </w:p>
    <w:p>
      <w:pPr>
        <w:spacing w:after="0" w:line="264" w:lineRule="exact"/>
      </w:pPr>
      <w:r>
        <w:rPr>
          <w:rFonts w:ascii="EB Garamond" w:hAnsi="EB Garamond" w:eastAsia="EB Garamond"/>
          <w:b w:val="0"/>
          <w:i w:val="0"/>
          <w:sz w:val="22"/>
        </w:rPr>
        <w:t>She thought about Saturday.</w:t>
      </w:r>
    </w:p>
    <w:p>
      <w:pPr>
        <w:spacing w:after="0" w:line="264" w:lineRule="exact"/>
      </w:pPr>
      <w:r>
        <w:rPr>
          <w:rFonts w:ascii="EB Garamond" w:hAnsi="EB Garamond" w:eastAsia="EB Garamond"/>
          <w:b w:val="0"/>
          <w:i w:val="0"/>
          <w:sz w:val="22"/>
        </w:rPr>
        <w:t>A picture.</w:t>
      </w:r>
    </w:p>
    <w:p>
      <w:pPr>
        <w:spacing w:after="0" w:line="264" w:lineRule="exact"/>
      </w:pPr>
      <w:r>
        <w:rPr>
          <w:rFonts w:ascii="EB Garamond" w:hAnsi="EB Garamond" w:eastAsia="EB Garamond"/>
          <w:b w:val="0"/>
          <w:i w:val="0"/>
          <w:sz w:val="22"/>
        </w:rPr>
        <w:t>A caption.</w:t>
      </w:r>
    </w:p>
    <w:p>
      <w:pPr>
        <w:spacing w:after="0" w:line="264" w:lineRule="exact"/>
      </w:pPr>
      <w:r>
        <w:rPr>
          <w:rFonts w:ascii="EB Garamond" w:hAnsi="EB Garamond" w:eastAsia="EB Garamond"/>
          <w:b w:val="0"/>
          <w:i w:val="0"/>
          <w:sz w:val="22"/>
        </w:rPr>
        <w:t>A version.</w:t>
      </w:r>
    </w:p>
    <w:p>
      <w:pPr>
        <w:spacing w:after="0" w:line="264" w:lineRule="exact"/>
      </w:pPr>
      <w:r>
        <w:rPr>
          <w:rFonts w:ascii="EB Garamond" w:hAnsi="EB Garamond" w:eastAsia="EB Garamond"/>
          <w:b w:val="0"/>
          <w:i w:val="0"/>
          <w:sz w:val="22"/>
        </w:rPr>
        <w:t>Then Monday.</w:t>
      </w:r>
    </w:p>
    <w:p>
      <w:pPr>
        <w:spacing w:after="0" w:line="264" w:lineRule="exact"/>
      </w:pPr>
      <w:r>
        <w:rPr>
          <w:rFonts w:ascii="EB Garamond" w:hAnsi="EB Garamond" w:eastAsia="EB Garamond"/>
          <w:b w:val="0"/>
          <w:i w:val="0"/>
          <w:sz w:val="22"/>
        </w:rPr>
        <w:t>A scan.</w:t>
      </w:r>
    </w:p>
    <w:p>
      <w:pPr>
        <w:spacing w:after="0" w:line="264" w:lineRule="exact"/>
      </w:pPr>
      <w:r>
        <w:rPr>
          <w:rFonts w:ascii="EB Garamond" w:hAnsi="EB Garamond" w:eastAsia="EB Garamond"/>
          <w:b w:val="0"/>
          <w:i w:val="0"/>
          <w:sz w:val="22"/>
        </w:rPr>
        <w:t>A brother.</w:t>
      </w:r>
    </w:p>
    <w:p>
      <w:pPr>
        <w:spacing w:after="0" w:line="264" w:lineRule="exact"/>
      </w:pPr>
      <w:r>
        <w:rPr>
          <w:rFonts w:ascii="EB Garamond" w:hAnsi="EB Garamond" w:eastAsia="EB Garamond"/>
          <w:b w:val="0"/>
          <w:i w:val="0"/>
          <w:sz w:val="22"/>
        </w:rPr>
        <w:t>A girl in Nora’s DMs who needed more help than Nora could give.</w:t>
      </w:r>
    </w:p>
    <w:p>
      <w:pPr>
        <w:spacing w:after="0" w:line="264" w:lineRule="exact"/>
      </w:pPr>
      <w:r>
        <w:rPr>
          <w:rFonts w:ascii="EB Garamond" w:hAnsi="EB Garamond" w:eastAsia="EB Garamond"/>
          <w:b w:val="0"/>
          <w:i w:val="0"/>
          <w:sz w:val="22"/>
        </w:rPr>
        <w:t>All the things a person could carry while still showing up at lunch and stealing fries.</w:t>
      </w:r>
    </w:p>
    <w:p>
      <w:pPr>
        <w:spacing w:after="0" w:line="264" w:lineRule="exact"/>
      </w:pPr>
      <w:r>
        <w:rPr>
          <w:rFonts w:ascii="EB Garamond" w:hAnsi="EB Garamond" w:eastAsia="EB Garamond"/>
          <w:b w:val="0"/>
          <w:i w:val="0"/>
          <w:sz w:val="22"/>
        </w:rPr>
        <w:t>Elsie typed:</w:t>
      </w:r>
    </w:p>
    <w:p>
      <w:pPr>
        <w:spacing w:after="0" w:line="264" w:lineRule="exact"/>
      </w:pPr>
      <w:r>
        <w:rPr>
          <w:rFonts w:ascii="EB Garamond" w:hAnsi="EB Garamond" w:eastAsia="EB Garamond"/>
          <w:b/>
          <w:sz w:val="22"/>
        </w:rPr>
        <w:t>Elsie:</w:t>
      </w:r>
      <w:r>
        <w:rPr>
          <w:rFonts w:ascii="EB Garamond" w:hAnsi="EB Garamond" w:eastAsia="EB Garamond"/>
          <w:sz w:val="22"/>
        </w:rPr>
        <w:t xml:space="preserve"> anytime</w:t>
      </w:r>
    </w:p>
    <w:p>
      <w:pPr>
        <w:spacing w:after="0" w:line="264" w:lineRule="exact"/>
      </w:pPr>
      <w:r>
        <w:rPr>
          <w:rFonts w:ascii="EB Garamond" w:hAnsi="EB Garamond" w:eastAsia="EB Garamond"/>
          <w:b w:val="0"/>
          <w:i w:val="0"/>
          <w:sz w:val="22"/>
        </w:rPr>
        <w:t>Deleted it.</w:t>
      </w:r>
    </w:p>
    <w:p>
      <w:pPr>
        <w:spacing w:after="0" w:line="264" w:lineRule="exact"/>
      </w:pPr>
      <w:r>
        <w:rPr>
          <w:rFonts w:ascii="EB Garamond" w:hAnsi="EB Garamond" w:eastAsia="EB Garamond"/>
          <w:b w:val="0"/>
          <w:i w:val="0"/>
          <w:sz w:val="22"/>
        </w:rPr>
        <w:t>That sounded wrong.</w:t>
      </w:r>
    </w:p>
    <w:p>
      <w:pPr>
        <w:spacing w:after="0" w:line="264" w:lineRule="exact"/>
      </w:pPr>
      <w:r>
        <w:rPr>
          <w:rFonts w:ascii="EB Garamond" w:hAnsi="EB Garamond" w:eastAsia="EB Garamond"/>
          <w:b w:val="0"/>
          <w:i w:val="0"/>
          <w:sz w:val="22"/>
        </w:rPr>
        <w:t>She tried again.</w:t>
      </w:r>
    </w:p>
    <w:p>
      <w:pPr>
        <w:spacing w:after="0" w:line="264" w:lineRule="exact"/>
      </w:pPr>
      <w:r>
        <w:rPr>
          <w:rFonts w:ascii="EB Garamond" w:hAnsi="EB Garamond" w:eastAsia="EB Garamond"/>
          <w:b/>
          <w:sz w:val="22"/>
        </w:rPr>
        <w:t>Elsie:</w:t>
      </w:r>
      <w:r>
        <w:rPr>
          <w:rFonts w:ascii="EB Garamond" w:hAnsi="EB Garamond" w:eastAsia="EB Garamond"/>
          <w:sz w:val="22"/>
        </w:rPr>
        <w:t xml:space="preserve"> you don’t have to be okay for me</w:t>
      </w:r>
    </w:p>
    <w:p>
      <w:pPr>
        <w:spacing w:after="0" w:line="264" w:lineRule="exact"/>
      </w:pPr>
      <w:r>
        <w:rPr>
          <w:rFonts w:ascii="EB Garamond" w:hAnsi="EB Garamond" w:eastAsia="EB Garamond"/>
          <w:b w:val="0"/>
          <w:i w:val="0"/>
          <w:sz w:val="22"/>
        </w:rPr>
        <w:t>Three dots.</w:t>
      </w:r>
    </w:p>
    <w:p>
      <w:pPr>
        <w:spacing w:after="0" w:line="264" w:lineRule="exact"/>
      </w:pPr>
      <w:r>
        <w:rPr>
          <w:rFonts w:ascii="EB Garamond" w:hAnsi="EB Garamond" w:eastAsia="EB Garamond"/>
          <w:b w:val="0"/>
          <w:i w:val="0"/>
          <w:sz w:val="22"/>
        </w:rPr>
        <w:t>Then:</w:t>
      </w:r>
    </w:p>
    <w:p>
      <w:pPr>
        <w:spacing w:after="0" w:line="264" w:lineRule="exact"/>
      </w:pPr>
      <w:r>
        <w:rPr>
          <w:rFonts w:ascii="EB Garamond" w:hAnsi="EB Garamond" w:eastAsia="EB Garamond"/>
          <w:b/>
          <w:sz w:val="22"/>
        </w:rPr>
        <w:t>Nora:</w:t>
      </w:r>
      <w:r>
        <w:rPr>
          <w:rFonts w:ascii="EB Garamond" w:hAnsi="EB Garamond" w:eastAsia="EB Garamond"/>
          <w:sz w:val="22"/>
        </w:rPr>
        <w:t xml:space="preserve"> I know</w:t>
      </w:r>
    </w:p>
    <w:p>
      <w:pPr>
        <w:spacing w:after="0" w:line="264" w:lineRule="exact"/>
      </w:pPr>
      <w:r>
        <w:rPr>
          <w:rFonts w:ascii="EB Garamond" w:hAnsi="EB Garamond" w:eastAsia="EB Garamond"/>
          <w:b w:val="0"/>
          <w:i w:val="0"/>
          <w:sz w:val="22"/>
        </w:rPr>
        <w:t>Elsie put her phone down.</w:t>
      </w:r>
    </w:p>
    <w:p>
      <w:pPr>
        <w:spacing w:after="0" w:line="264" w:lineRule="exact"/>
      </w:pPr>
      <w:r>
        <w:rPr>
          <w:rFonts w:ascii="EB Garamond" w:hAnsi="EB Garamond" w:eastAsia="EB Garamond"/>
          <w:b w:val="0"/>
          <w:i w:val="0"/>
          <w:sz w:val="22"/>
        </w:rPr>
        <w:t>For once, I know didn’t sound like the end of a conversation.</w:t>
      </w:r>
    </w:p>
    <w:p>
      <w:pPr>
        <w:spacing w:after="0" w:line="264" w:lineRule="exact"/>
      </w:pPr>
      <w:r>
        <w:rPr>
          <w:rFonts w:ascii="EB Garamond" w:hAnsi="EB Garamond" w:eastAsia="EB Garamond"/>
          <w:b w:val="0"/>
          <w:i w:val="0"/>
          <w:sz w:val="22"/>
        </w:rPr>
        <w:t>It sounded like trust.</w:t>
      </w:r>
    </w:p>
    <w:p>
      <w:pPr>
        <w:spacing w:after="0" w:line="264" w:lineRule="exact"/>
      </w:pPr>
      <w:r>
        <w:rPr>
          <w:rFonts w:ascii="EB Garamond" w:hAnsi="EB Garamond" w:eastAsia="EB Garamond"/>
          <w:b w:val="0"/>
          <w:i w:val="0"/>
          <w:sz w:val="22"/>
        </w:rPr>
        <w:t>And maybe faith wasn’t becoming the person who always knew the right thing.</w:t>
      </w:r>
    </w:p>
    <w:p>
      <w:pPr>
        <w:spacing w:after="0" w:line="264" w:lineRule="exact"/>
      </w:pPr>
      <w:r>
        <w:rPr>
          <w:rFonts w:ascii="EB Garamond" w:hAnsi="EB Garamond" w:eastAsia="EB Garamond"/>
          <w:b w:val="0"/>
          <w:i w:val="0"/>
          <w:sz w:val="22"/>
        </w:rPr>
        <w:t>Maybe it wasn’t having the right verse.</w:t>
      </w:r>
    </w:p>
    <w:p>
      <w:pPr>
        <w:spacing w:after="0" w:line="264" w:lineRule="exact"/>
      </w:pPr>
      <w:r>
        <w:rPr>
          <w:rFonts w:ascii="EB Garamond" w:hAnsi="EB Garamond" w:eastAsia="EB Garamond"/>
          <w:b w:val="0"/>
          <w:i w:val="0"/>
          <w:sz w:val="22"/>
        </w:rPr>
        <w:t>Or the right answer.</w:t>
      </w:r>
    </w:p>
    <w:p>
      <w:pPr>
        <w:spacing w:after="0" w:line="264" w:lineRule="exact"/>
      </w:pPr>
      <w:r>
        <w:rPr>
          <w:rFonts w:ascii="EB Garamond" w:hAnsi="EB Garamond" w:eastAsia="EB Garamond"/>
          <w:b w:val="0"/>
          <w:i w:val="0"/>
          <w:sz w:val="22"/>
        </w:rPr>
        <w:t>Or being the person everybody came to because you looked certain.</w:t>
      </w:r>
    </w:p>
    <w:p>
      <w:pPr>
        <w:spacing w:after="0" w:line="264" w:lineRule="exact"/>
      </w:pPr>
      <w:r>
        <w:rPr>
          <w:rFonts w:ascii="EB Garamond" w:hAnsi="EB Garamond" w:eastAsia="EB Garamond"/>
          <w:b w:val="0"/>
          <w:i w:val="0"/>
          <w:sz w:val="22"/>
        </w:rPr>
        <w:t>Maybe sometimes faith was knowing when something was too heavy to carry alone.</w:t>
      </w:r>
    </w:p>
    <w:p>
      <w:pPr>
        <w:spacing w:after="0" w:line="264" w:lineRule="exact"/>
      </w:pPr>
      <w:r>
        <w:rPr>
          <w:rFonts w:ascii="EB Garamond" w:hAnsi="EB Garamond" w:eastAsia="EB Garamond"/>
          <w:b w:val="0"/>
          <w:i w:val="0"/>
          <w:sz w:val="22"/>
        </w:rPr>
        <w:t>And handing it to someone strong enough to help.</w:t>
      </w:r>
    </w:p>
    <w:p>
      <w:pPr>
        <w:spacing w:after="0" w:line="264" w:lineRule="exact"/>
      </w:pPr>
      <w:r>
        <w:rPr>
          <w:rFonts w:ascii="EB Garamond" w:hAnsi="EB Garamond" w:eastAsia="EB Garamond"/>
          <w:b w:val="0"/>
          <w:i w:val="0"/>
          <w:sz w:val="22"/>
        </w:rPr>
        <w:t>Not because you cared less.</w:t>
      </w:r>
    </w:p>
    <w:p>
      <w:pPr>
        <w:spacing w:after="0" w:line="264" w:lineRule="exact"/>
      </w:pPr>
      <w:r>
        <w:rPr>
          <w:rFonts w:ascii="EB Garamond" w:hAnsi="EB Garamond" w:eastAsia="EB Garamond"/>
          <w:b w:val="0"/>
          <w:i w:val="0"/>
          <w:sz w:val="22"/>
        </w:rPr>
        <w:t>Because you cared enough not to pretend you could save them yourself.</w:t>
      </w:r>
    </w:p>
    <w:p>
      <w:r>
        <w:br w:type="page"/>
      </w:r>
    </w:p>
    <w:p>
      <w:pPr>
        <w:spacing w:after="0" w:line="264" w:lineRule="exact"/>
        <w:jc w:val="center"/>
      </w:pPr>
      <w:r>
        <w:rPr>
          <w:rFonts w:ascii="EB Garamond" w:hAnsi="EB Garamond" w:eastAsia="EB Garamond"/>
          <w:b/>
          <w:i w:val="0"/>
          <w:strike w:val="0"/>
          <w:sz w:val="22"/>
        </w:rPr>
        <w:t>CHAPTER FOURTEEN</w:t>
      </w:r>
    </w:p>
    <w:p>
      <w:pPr>
        <w:spacing w:after="0" w:line="264" w:lineRule="exact"/>
        <w:jc w:val="center"/>
      </w:pPr>
      <w:r>
        <w:rPr>
          <w:rFonts w:ascii="EB Garamond" w:hAnsi="EB Garamond" w:eastAsia="EB Garamond"/>
          <w:b w:val="0"/>
          <w:i/>
          <w:strike w:val="0"/>
          <w:sz w:val="22"/>
        </w:rPr>
        <w:t>Prove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Monday came with no answers.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knew this because Nora texted her at 7:12.</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tests today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 at the message while brushing her teeth.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typed: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praying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Deleted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because she wasn’t.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Nora already knew.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tried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do you want me to ask later or wait for you to tell 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dots.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Gone.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Back.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wait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you can pray though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already am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hearted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all.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school, Elsie did not ask.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This required approximately ninety percent of her available self-control.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By lunch, she had seen Nora four times.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First period hallway.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Between second and third.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her locker.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Outside the bathroom.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Every time, Elsie looked at her face.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Every time, she immediately hated that she had looked at her face.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As if Nora’s expression might contain test results.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As if she could tell from mascara and a ponytail whether somebody’s brother was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lunch, Nora sat down beside Ava.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asked.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worse somehow.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Maddie talked about a chemistry quiz.</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Ava complained about somebody copying her English presentation topic.</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stole Elsie’s fries and denied it while actively chewing one.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Normal.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laughed once.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checked her phone.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watched her lock the screen.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“Stop.”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blinked.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“You’re doing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“Doing 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“Waiting at 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am not waiting at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absolutely are.”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Maddie looked between them.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sounds aggressive.”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is,” Nora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folded her arms.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“I’m respecting your boundary.”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“Loudly.”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 am I loudly respecting something?”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 face.”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Of course.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took another fry.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slapped his hand.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half a second, everything felt normal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her phone buzzed.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moved.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looked at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face changed.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much.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Enough.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stood.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“I’ll be back.”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left.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followed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hated growth.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came back seven minutes later.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sat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Picked up a fry.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Maddie finally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 we talk about chemistry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“Please.”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 they did.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After lunch, Elsie and Nora walked toward class together.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said nothing.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made it almost to the stairs.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still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did too.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does that mean?”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means they still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“Right.”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“More tests.”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“Later this week.”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swallowed.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looked toward the stairwell.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“My mom says that doesn’t mean something is wrong.”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true.”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“But knowing things is incredibly unhelpful sometimes.”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smiled slightly.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remembered.”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“Unfortunately.”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Nora’s smile disappeared.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just want somebody to tell us what it 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“Or prove it isn’t anything.”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There it was.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Prove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Like fear was a math problem.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Like if somebody collected enough evidence, uncertainty would finally have to surrender.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thought about Thomas.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So Thomas got proof.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And I don’t.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thought about Grandma’s Bible.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i w:val="0"/>
          <w:strike w:val="0"/>
          <w:sz w:val="22"/>
        </w:rPr>
        <w:t>I DON’T BELIEVE THIS.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Nora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 nobody can promise me he’s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just want them to.”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bell rang.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Neither moved for a second.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Nora sighed.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“School is incredibly inconsiderate.”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“Agreed.”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went to class.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sz w:val="22"/>
        </w:rPr>
        <w:t>Tuesday afternoon, Mason was leaning against the pickup-curb railing.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walked toward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know my mom’s picking me up.”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 standing here does not make you mysterious.”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wasn’t trying to be mysterious.”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were leaning.”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lean.”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“Suspiciously.”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it faded.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“My parents fought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bad.”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“Just…”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shoved his hands into his sweatshirt pockets.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“My dad said something.”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said nobody in our house is listening.”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“To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“To anybody.”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looked toward the parking lot.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“My mom keeps telling him he needs to pray about things.”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he keeps saying she decides what God wants before she prays.”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winced.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then she says he only thinks that because he doesn’t want God involved at all.”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“Also yeah.”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laughed once.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“Helpful.”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“I’m trying.”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kicked at the pavement.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my dad said if God wants something from him, He can prove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went still.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bothered 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“Apparently that’s my answer to everything 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“Copyright infringement.”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“Sorry.”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leaned against the railing.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“Maybe because you want proof too.”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immediately regretted saying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because it was wrong.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it sounded like she had been studying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didn’t mean—”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looked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“You’re right.”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rubbed the back of his neck.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“But I don’t think I mean what he means.”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do you mean?”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thought.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gave her a look.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didn’t say anything.”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 face did.”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Great.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 everybody had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continued.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think I just want to know I’m not making it up.”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smile faded.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“Any of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shrugged.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“God. Faith. Feeling something because everybody around you says you should.”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thought about the youth retreat.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Everyone crying.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hungry.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get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“More than you think.”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wanted to tell him something useful.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There had to be something.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Thomas.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Eight days.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verse.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sentence.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Instead: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think wanting proof makes you bad at believing.”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considered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“Is that in the Bible?”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“Dangerous.”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“Extremely.”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would prove it to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frowned.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opened her mouth.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Closed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thought about all the answers she could give.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Creation.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Bible.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Prayer.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Changed lives.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Things people said in church.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Things people said when they wanted questions to stop.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apparently enough.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mother’s car pulled into the lot.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 stepped back.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 chauffeur.”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hates when I call her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“Tell her I said hi.”</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can tell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immediately started walking away.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“Coward.”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“Absolutely.”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got into the car.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Wednesday, Nora came to Bible study.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mentioned that she had skipped the week before.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 hugged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accepted it for approximately three seconds.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 let go.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“Good boundary.”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“Thank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Sophie brought brownies.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Maya brought a highlighter system Elsie still found threatening.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Lucas was already there.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sat beside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noticed.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did not create a theory.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Growth.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Mostly.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were halfway through when Nora’s phone buzzed.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looked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Stood.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“Sorry.”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stepped into the hallway.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tried not to listen.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couldn’t hear anything anyway.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Five minutes passed.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seven.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 closed her Bible.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“I’m going to check on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argued.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When Hannah came back, Nora was with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eyes were 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stomach dropped.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sat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asked.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stared at the table.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“It’s still inconclusive.”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Silence.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Sophie reached over and took Nora’s hand.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let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want another test.”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“When?” Hannah asked.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“Friday.”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sounded awful.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“My mom keeps saying at least they’re being thorough.”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told her that was good.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loved them for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wiped under her eye.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hate this.”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 Hannah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 I mean I hate this.”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voice sharpened.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hate everybody telling me to wait.”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stayed still.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hate people telling me we’ll know when we know. I hate doctors saying they don’t want to speculate. I hate my mom saying we have to take it one thing at a time.”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swallowed.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I hate praying about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moved.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looked at Hannah.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“There. Bible girl said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Hannah’s expression didn’t change.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blinked.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do you want me to say?”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looked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keep praying for the same 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Hannah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Tell me he’s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Silence.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God won’t.”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chest hurt.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continued.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“I’m not asking for a life plan. I’m not asking where I’m going to college. I’m asking if my brother is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voice cracked.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“Why is that too much information?”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Nobody answered.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there wasn’t one.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thought about Mason.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Prove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thought about Thomas.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Wounds.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Hands.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Side.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Proof.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Twenty.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All capital letters.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i w:val="0"/>
          <w:strike w:val="0"/>
          <w:sz w:val="22"/>
        </w:rPr>
        <w:t>I DON’T BELIEVE THIS.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suddenly understood something she had been avoiding.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didn’t want to know what verse Grandma had underlined.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really.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wanted to know what could make Grandma write that beside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Those were different questions.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After Bible study, Elsie texted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can I come over saturday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response came immediately.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Grandma:</w:t>
      </w:r>
      <w:r>
        <w:rPr>
          <w:rFonts w:ascii="EB Garamond" w:hAnsi="EB Garamond" w:eastAsia="EB Garamond"/>
          <w:sz w:val="22"/>
        </w:rPr>
        <w:t xml:space="preserve"> Are you asking permission to visit 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apparently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Grandma:</w:t>
      </w:r>
      <w:r>
        <w:rPr>
          <w:rFonts w:ascii="EB Garamond" w:hAnsi="EB Garamond" w:eastAsia="EB Garamond"/>
          <w:sz w:val="22"/>
        </w:rPr>
        <w:t xml:space="preserve"> Who are you and what have you done with my granddaughter?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saturday?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Grandma:</w:t>
      </w:r>
      <w:r>
        <w:rPr>
          <w:rFonts w:ascii="EB Garamond" w:hAnsi="EB Garamond" w:eastAsia="EB Garamond"/>
          <w:sz w:val="22"/>
        </w:rPr>
        <w:t xml:space="preserve"> 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Grandma:</w:t>
      </w:r>
      <w:r>
        <w:rPr>
          <w:rFonts w:ascii="EB Garamond" w:hAnsi="EB Garamond" w:eastAsia="EB Garamond"/>
          <w:sz w:val="22"/>
        </w:rPr>
        <w:t xml:space="preserve"> Everything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 at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I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hearted the message.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Of course she did.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Friday, Nora wasn’t at school.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did not text before first period.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Or second.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Or lunch.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1:16:</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still waiting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felt useless.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Maybe it was.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4:42:</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they still can’t tell us for sure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stomach tightened.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I’m sorry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more waiting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started typing.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Started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do you want company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dots.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not tonight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thank you for asking instead of showing up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 despite herself.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Elsie:</w:t>
      </w:r>
      <w:r>
        <w:rPr>
          <w:rFonts w:ascii="EB Garamond" w:hAnsi="EB Garamond" w:eastAsia="EB Garamond"/>
          <w:sz w:val="22"/>
        </w:rPr>
        <w:t xml:space="preserve"> growth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terrifying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Saturday morning, Grandma handed Elsie a laundry basket.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 at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came here voluntarily.”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“This feels exploitative.”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have two functioning arms.”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regret telling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walked toward the stairs.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followed.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“Where are we going?”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“Upstairs closet.”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kept walking.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“Seriously?”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turned.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scary closet?”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“It’s a closet.”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has history.”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has Christmas decorations.”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has secrets.”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has dust.”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too.”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 and continued upstairs.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followed.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closet looked exactly the same.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Which felt rude.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Boxes.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Old clothes.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Christmas things.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Photo albums.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plastic bin with wrapping paper that had probably survived three presidents.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set down the laundry basket.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started sorting.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twenty minutes, they did not talk about anything important.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complained about people who saved empty gift boxes.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pointed out that all of them belonged to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called that irrelevant.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Elsie saw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i w:val="0"/>
          <w:strike w:val="0"/>
          <w:sz w:val="22"/>
        </w:rPr>
        <w:t>LINDA — COLLEGE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stomach tightened.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was facing away.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the lid.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could open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didn’t.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“Where do you want this?”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turned.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Saw 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eyes moved from the box to Elsie.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didn’t open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shrugged.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mine.”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stared at her for a second.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Something softened.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she sat on an old wooden chest.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 you want to?”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“Open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heart started beating faster.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“Are you serious?”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last time—”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remember last time.”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sat on the floor beside 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didn’t touch it yet.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noticed.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“You’re being very restrained.”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“It’s physically painful.”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at 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back.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“Can I ask first?”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boy.”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face changed.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surprise.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Something older.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continued carefully.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one in the picture.”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down at her hands.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about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almost asked: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What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Instead: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“Is he why you wrote that in your Bible?”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went completely still.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the question.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who.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what verse.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toward 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back at Elsie.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throat tightened.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reached down and opened it herself.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moved aside a stack of papers.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 old sweatshirt.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folder.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pulled out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boy beside the car.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Young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Long brown hair.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Happy.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ran one finger along the edge.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“His name was Daniel.”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said nothing.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“We met my freshman year.”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“College?”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“Were you dating?”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 faintly.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almost two years.”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eyes widened.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“Two years?”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“Before Grandpa?”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“Long before your grandfather.”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the picture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Almost two years.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a random boy.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an old crush.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whole part of Grandma’s life Elsie had never known existed.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watched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“We were going to get married.”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stopped breathing for half a second.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thought so, anyway.”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down at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died.”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closet seemed to get smaller.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“Car accident.”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was a long time ago.”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doesn’t mean it didn’t happen.”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moved closer.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 old were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“Twenty.”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Twenty.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tried to imagine Grandma at twenty.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Linda.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girl with long brown hair and a boyfriend she thought she would marry.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girl who still had fifty-one years before she became the woman sitting here.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was driving home.”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swallowed.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truck crossed the center line.”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down at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Daniel smiling.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Alive forever in one square of glossy paper.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“I’m sorry.”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nodded.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a while, that was enough.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Grandma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“We had argued that night.”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up.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“About 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remember.”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don’t?”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 sadly.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remember being furious.”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looked at Daniel.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remember thinking he was stubborn.”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tiny smile.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was.”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it disappeared.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remember praying that God would fix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Elsie’s throat tightened.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argument?”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toward the closet door.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then the phone rang.”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closed her eyes.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There it was.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prayer.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a phone call.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an answer.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least not one anybody would want.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thought about Nora.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Tell me he’s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thought about how easy it would be to make those things touch.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Daniel.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Nora’s brother.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Prayer.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Tests.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Waiting.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refused.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Nora’s story was still happening.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Daniel’s had happened decades ago.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were not the same.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“You’re thinking very loudly.”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opened her eyes.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“Nora’s brother is sick.”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expression softened.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don’t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picked at a loose thread on her jeans.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keep doing tests.”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said she keeps asking God to tell her he’s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eyes dropped to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“She’s angry.”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imagine she 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feels bad for being angry.”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imagine that too.”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“Did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“Feel bad?”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laughed without humor.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years.”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went to church.”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isn’t what I asked.”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smiled slightly.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set the photograph in her lap.</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went to church. I smiled. I prayed when people expected me to. Eventually I met your grandfather. I married him. We had children. I built a life I loved.”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stayed quiet.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for a long time, some part of me was still furious.”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loved Grandpa.”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eyes sharpened.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“Very much.”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 I didn’t mean—”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face softened.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“Loving Daniel didn’t make my love for your grandfather less real. And loving your grandfather didn’t erase what Daniel had been.”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Both.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Apparently people could carry more than one true thing for fifty years.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 what changed?”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thought.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“Nothing dramatic.”</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disappointing.”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 lightning?”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“Angel?”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“Unfortunately.”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“Talking donkey?”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“Wrong story.”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did too.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the smile faded.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think I got tired of pretending God didn’t already know I was angry.”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kept trying to pray the right prayers.”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“Right how?”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“Grateful.”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rolled her eyes slightly.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“Faithful. Mature.”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almost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thought if I said the right things long enough, eventually I would mean them.”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“Did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surprised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continued.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“One day I finally told God I thought He had been cruel.”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said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“To God?”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assumed He knew who I was talking to.”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 I said it to God.”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your answer?”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what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told God you thought He was cruel and nothing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cried.”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I said it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rubbed her thumb over the edge of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eventually I realized I was finally talking to God instead of performing for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closet was quiet.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thought about Nora.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I hate praying about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Hannah: 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Maybe that had been more important than Elsie understood.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stopped being angry?”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“Eventually?”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“Eventually it changed.”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thought.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“Slowly.”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vague.”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“Most true things are.”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frowned.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didn’t wake up one morning and understand why Daniel died.”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still don’t?”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never figured it out?”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hated that answer.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Apparently her face said so.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laughed softly.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“But then what was the point?”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point of 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“Everything.”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raised an eyebrow.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“That’s a small question.”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know what I mean.”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leaned back against the wall.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“If you never understood why it happened, how did you stop being angry?”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the photograph for a long time.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didn’t stop because I understood.”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stopped making understanding a requirement for staying.”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Something in Elsie went still.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continued.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a long time, I thought faith meant eventually God would explain Himself to 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He didn’t.”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seems unfair.”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felt unfair.”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“Still?”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considered.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“Sometimes.”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keep waiting for me to become impressive.”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own four hundred Bibles.”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hundred at most.”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is not a defense.”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Elsie looked toward the KEEP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Bible was in there.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knew it was.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Brown cover.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Cracked.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Linda Marie Donovan written inside.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verse underlined so hard the page nearly tore.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Twenty-year-old Grandma beside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i w:val="0"/>
          <w:strike w:val="0"/>
          <w:sz w:val="22"/>
        </w:rPr>
        <w:t>I DON’T BELIEVE THIS.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verse was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expression changed.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toward 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back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blinked.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yet.”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right now you want the verse to explain the story.”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opened her mouth.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Closed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continued.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doesn’t.”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“But you kept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never erased what you wrote.”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I meant it when I wrote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 you still?”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thought.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 days I still understand the girl who did.”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answer hurt more than 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“Thomas got proof.”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frowned.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“We studied Thomas.”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said he wouldn’t believe unless he saw Jesus’s wounds.”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then Jesus came back.”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got proof.”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didn’t.”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never got an explanation.”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just stayed.”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was quiet for a moment.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“Eventually.”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mattered.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continued.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left in every way except physically for a while.”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does that mean?”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went to church. I said prayers. I did what I had always done.”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looked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“But I wasn’t trusting God. I was daring Him to convince 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swallowed.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“Did He?”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Of course.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 slightly.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the way I demanded.”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why did you stay?”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 that I can give you one answer.”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 days because I wanted to.”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 days because your great-grandmother made me go to church.”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 days because I was angry enough to keep arguing.”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made Elsie smile.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some days because leaving would have required me to be more certain God wasn’t there than I actually was.”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shrugged.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was angry with Him. That’s different from being sure He didn’t exist.”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Mason.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What if I really look at it and I don’t?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I’m mad at God.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Thomas.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Unless I see.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different questions.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None of them the same.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the photograph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“Do you think God caused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face changed immediately.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answer was firm.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 why that truck crossed the center line. I don’t know why Daniel died and somebody else lived. I don’t know why terrible things happen to people who prayed and people who didn’t.”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leaned forward.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I will not make God easier to explain by pretending I know things I don’t.”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swallowed.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sounded more like Grandma than almost anything she had ever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 what do you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 sadly.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“Less than I did at twenty.”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is not encouraging.”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should be.”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at twenty, I thought certainty and faith were the same 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 I think certainty is much easier.”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frowned.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“Than faith?”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“Sometimes.”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picked up the photograph.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“Certainty says, ‘Prove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slid Daniel’s picture carefully back into the box.</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“Faith sometimes says, ‘I don’t understand, and I’m still here.’”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toward the Bible.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did not take it out.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the part she was holding back.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understood.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happily.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But enough.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“Can I see the picture?”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looked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swallowed.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“Can I hold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handed it to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held Daniel carefully.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boy who had been loved by Grandma before she was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had nice eyes.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crooked smile.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His hand rested behind Linda on the hood of the car.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looked ordinary.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the worst part.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tragic.</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symbolic.</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like somebody whose death would become a theological crisis fifty years later.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Just a boy.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person.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Daniel.</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was he like?”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Grandma’s face changed.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for the next hour, she told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how he died.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 he lived.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hated tomatoes.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sang badly and loudly.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could fix almost anything with an engine and absolutely nothing involving plumbing.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once drove forty minutes because Grandma said she wanted a milkshake and then acted like he had already been going that direction.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sounds like Mason.”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stared at 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does not.”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“You don’t even know Mason.”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 enough.”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told her about the time Daniel tried to teach her to drive a stick shift.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argument they had over a movie.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way he called her Linda Marie when he was annoyed.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 he wanted three children.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How he had terrible handwriting.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Small things.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Useless things.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 kind that proved he had been a person before he became a tragedy.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liked those best.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When they finally closed the box, Daniel felt different.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solved.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Known a little.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different.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Sunday afternoon, Nora texted.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we have an answer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sat up so quickly her phone slid off the couch.</w:t>
      </w:r>
    </w:p>
    <w:p>
      <w:pPr>
        <w:spacing w:after="0" w:line="264" w:lineRule="exact"/>
      </w:pPr>
      <w:r>
        <w:rPr>
          <w:rFonts w:ascii="EB Garamond" w:hAnsi="EB Garamond" w:eastAsia="EB Garamond"/>
          <w:sz w:val="22"/>
        </w:rPr>
        <w:t>She grabbed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Her fingers hovered over the screen.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remembered: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wait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 she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dots appeared.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Disappeared.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Appeared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sz w:val="22"/>
        </w:rPr>
        <w:t>Nora:</w:t>
      </w:r>
      <w:r>
        <w:rPr>
          <w:rFonts w:ascii="EB Garamond" w:hAnsi="EB Garamond" w:eastAsia="EB Garamond"/>
          <w:sz w:val="22"/>
        </w:rPr>
        <w:t xml:space="preserve"> can I call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answered before the phone finished ringing.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“Hi.”</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breathed.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“Hi.”</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know what it is.”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Nora’s voice shook.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closed her eyes.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have a plan.”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opened them.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was not the same as he’s fine.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the same as nothing is wrong.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the same as catastrophe.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plan.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sniffed.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“My mom keeps crying.”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“Are you?”</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“Yeah.”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“I’m relieved.”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scared.”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I feel stupid because I wanted an answer so badly, and now we have one and I have approximately fourteen new questions.”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almost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seems rude.”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“Extremely.”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laughed through her tears.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went quiet.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prayed.”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waited.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told God I was still mad.”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Something in Elsie’s chest tightened.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 happened?”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smiled.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laughed softly.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knew you’d like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still prayed.”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“Okay.”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breathed.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 what happens next.”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toward her notebook on the coffee table.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once, she didn’t reach for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know.”</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Pause.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“Actually, no.”</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sniffed.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“What?”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 don’t know either.”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laughed.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“Better.”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They stayed on the phone.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solving anything.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Not proving anything.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Just staying.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Later, Elsie opened her notebook.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did not write Daniel’s name on Grandma’s list.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wasn’t a Bible person.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wasn’t an example.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He wasn’t evidence.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turned to a blank page.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a long time, she held the pen without writing.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Thomas got to see the wounds.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stopped.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Underneath: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Grandma never got an explanation.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Nora got an answer. It gave her more questions.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stared at the three sentences.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kinds of knowing.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Three kinds of not knowing.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None of them fit together neatly.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Good.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was beginning to distrust neat things.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At the bottom of the page, she wrote: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sz w:val="22"/>
        </w:rPr>
        <w:t>Maybe proof and faith are not opposites.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frowned.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Too finished.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Crossed it out.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Tried again.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I keep asking God to prove things so I won’t have to trust Him.</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stared.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That one hurt.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left it.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Then, underneath:</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I don’t know what trust looks like when the answer hurts.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thought about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Twenty years old.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phone ringing.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Years of angry prayers.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 life afterward that had not erased the life before.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I stopped making understanding a requirement for staying.</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closed the notebook.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still wanted the verse.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Badly.</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wanted to know what promise twenty-year-old Grandma had looked at and rejected.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wanted the final piece.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knew that.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Grandma had still said: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strike w:val="0"/>
          <w:sz w:val="22"/>
        </w:rPr>
        <w:t>Not yet.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For once, Elsie understood that not yet was not the same thing as never.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Thomas waited eight days.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Nora waited for test results.</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Grandma had waited for an explanation that never came.</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somehow the hardest one was Grandma.</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Because there was nothing left to wait for.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 next test.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 second appointment.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No answer hiding around the corner.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Just a question she had eventually learned to carry without letting it decide whether she stayed.</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Elsie looked at the closed notebook.</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Maybe faith was not what happened after you had enough proof.</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Maybe sometimes it was what you did when you didn’t.</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She didn’t write that down.</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It sounded too much like an answer.</w:t>
      </w:r>
    </w:p>
    <w:p>
      <w:pPr>
        <w:spacing w:after="0" w:line="264" w:lineRule="exact"/>
      </w:pPr>
      <w:r>
        <w:rPr>
          <w:rFonts w:ascii="EB Garamond" w:hAnsi="EB Garamond" w:eastAsia="EB Garamond"/>
          <w:b w:val="0"/>
          <w:i w:val="0"/>
          <w:strike w:val="0"/>
          <w:sz w:val="22"/>
        </w:rPr>
      </w:r>
    </w:p>
    <w:p>
      <w:pPr>
        <w:spacing w:after="0" w:line="264" w:lineRule="exact"/>
      </w:pPr>
      <w:r>
        <w:rPr>
          <w:rFonts w:ascii="EB Garamond" w:hAnsi="EB Garamond" w:eastAsia="EB Garamond"/>
          <w:b w:val="0"/>
          <w:i w:val="0"/>
          <w:strike w:val="0"/>
          <w:sz w:val="22"/>
        </w:rPr>
        <w:t>And she was finally learning to leave some things unfinished.</w:t>
      </w:r>
    </w:p>
    <w:p>
      <w:r>
        <w:br w:type="page"/>
      </w:r>
    </w:p>
    <w:p>
      <w:pPr>
        <w:jc w:val="center"/>
      </w:pPr>
      <w:r>
        <w:rPr>
          <w:rFonts w:ascii="EB Garamond" w:hAnsi="EB Garamond" w:eastAsia="EB Garamond"/>
          <w:b/>
          <w:sz w:val="22"/>
        </w:rPr>
        <w:t>CHAPTER FIFTEEN</w:t>
      </w:r>
    </w:p>
    <w:p>
      <w:pPr>
        <w:jc w:val="center"/>
      </w:pPr>
      <w:r>
        <w:rPr>
          <w:rFonts w:ascii="EB Garamond" w:hAnsi="EB Garamond" w:eastAsia="EB Garamond"/>
          <w:b/>
          <w:sz w:val="22"/>
        </w:rPr>
        <w:t>No Big Deal</w:t>
      </w:r>
    </w:p>
    <w:p/>
    <w:p>
      <w:r>
        <w:t>Ava got bangs.</w:t>
      </w:r>
    </w:p>
    <w:p/>
    <w:p>
      <w:r>
        <w:t>Technically, she got curtain bangs.</w:t>
      </w:r>
    </w:p>
    <w:p/>
    <w:p>
      <w:r>
        <w:t>A distinction she explained three times before first period.</w:t>
      </w:r>
    </w:p>
    <w:p/>
    <w:p>
      <w:r>
        <w:t>“They’re completely different.”</w:t>
      </w:r>
    </w:p>
    <w:p/>
    <w:p>
      <w:r>
        <w:t>“They are hair on your forehead,” Maddie said.</w:t>
      </w:r>
    </w:p>
    <w:p/>
    <w:p>
      <w:r>
        <w:t>“They frame your face.”</w:t>
      </w:r>
    </w:p>
    <w:p/>
    <w:p>
      <w:r>
        <w:t>“They’re bangs.”</w:t>
      </w:r>
    </w:p>
    <w:p/>
    <w:p>
      <w:r>
        <w:t>“They’re layers.”</w:t>
      </w:r>
    </w:p>
    <w:p/>
    <w:p>
      <w:r>
        <w:t>“They’re bangs with a publicist.”</w:t>
      </w:r>
    </w:p>
    <w:p/>
    <w:p>
      <w:r>
        <w:t>Elsie laughed.</w:t>
      </w:r>
    </w:p>
    <w:p/>
    <w:p>
      <w:r>
        <w:t>Ava slammed her locker.</w:t>
      </w:r>
    </w:p>
    <w:p/>
    <w:p>
      <w:r>
        <w:t>“I shouldn’t have told either of you.”</w:t>
      </w:r>
    </w:p>
    <w:p/>
    <w:p>
      <w:r>
        <w:t>“You didn’t tell us,” Elsie said. “You arrived with evidence.”</w:t>
      </w:r>
    </w:p>
    <w:p/>
    <w:p>
      <w:r>
        <w:t>Ava touched the front of her hair for approximately the fourteenth time.</w:t>
      </w:r>
    </w:p>
    <w:p/>
    <w:p>
      <w:r>
        <w:t>They looked good.</w:t>
      </w:r>
    </w:p>
    <w:p/>
    <w:p>
      <w:r>
        <w:t>Obviously.</w:t>
      </w:r>
    </w:p>
    <w:p/>
    <w:p>
      <w:r>
        <w:t>Everything looked good on Ava.</w:t>
      </w:r>
    </w:p>
    <w:p/>
    <w:p>
      <w:r>
        <w:t>Elsie thought it automatically.</w:t>
      </w:r>
    </w:p>
    <w:p/>
    <w:p>
      <w:r>
        <w:t>Then noticed that she had.</w:t>
      </w:r>
    </w:p>
    <w:p/>
    <w:p>
      <w:r>
        <w:t>Ava could probably shave the center of her head and start a trend by lunch.</w:t>
      </w:r>
    </w:p>
    <w:p/>
    <w:p>
      <w:r>
        <w:t>“I like them,” Elsie said.</w:t>
      </w:r>
    </w:p>
    <w:p/>
    <w:p>
      <w:r>
        <w:t>Ava looked at her suspiciously.</w:t>
      </w:r>
    </w:p>
    <w:p/>
    <w:p>
      <w:r>
        <w:t>“Actually?”</w:t>
      </w:r>
    </w:p>
    <w:p/>
    <w:p>
      <w:r>
        <w:t>“Actually.”</w:t>
      </w:r>
    </w:p>
    <w:p/>
    <w:p>
      <w:r>
        <w:t>Maddie nodded.</w:t>
      </w:r>
    </w:p>
    <w:p/>
    <w:p>
      <w:r>
        <w:t>“They’re cute.”</w:t>
      </w:r>
    </w:p>
    <w:p/>
    <w:p>
      <w:r>
        <w:t>Ava narrowed her eyes.</w:t>
      </w:r>
    </w:p>
    <w:p/>
    <w:p>
      <w:r>
        <w:t>“You told me not to get them.”</w:t>
      </w:r>
    </w:p>
    <w:p/>
    <w:p>
      <w:r>
        <w:t>“I was wrong.”</w:t>
      </w:r>
    </w:p>
    <w:p/>
    <w:p>
      <w:r>
        <w:t>Ava gasped.</w:t>
      </w:r>
    </w:p>
    <w:p/>
    <w:p>
      <w:r>
        <w:t>Elsie put a hand over her heart.</w:t>
      </w:r>
    </w:p>
    <w:p/>
    <w:p>
      <w:r>
        <w:t>“Did everyone hear that?”</w:t>
      </w:r>
    </w:p>
    <w:p/>
    <w:p>
      <w:r>
        <w:t>“Shut up.”</w:t>
      </w:r>
    </w:p>
    <w:p/>
    <w:p>
      <w:r>
        <w:t>“Maddie admitted she was wrong.”</w:t>
      </w:r>
    </w:p>
    <w:p/>
    <w:p>
      <w:r>
        <w:t>“I’ll deny it.”</w:t>
      </w:r>
    </w:p>
    <w:p/>
    <w:p>
      <w:r>
        <w:t>“I’m calling the newspaper.”</w:t>
      </w:r>
    </w:p>
    <w:p/>
    <w:p>
      <w:r>
        <w:t>Ava smiled.</w:t>
      </w:r>
    </w:p>
    <w:p/>
    <w:p>
      <w:r>
        <w:t>Then immediately checked her reflection in the little mirror inside her locker.</w:t>
      </w:r>
    </w:p>
    <w:p/>
    <w:p>
      <w:r>
        <w:t>Fixed one piece.</w:t>
      </w:r>
    </w:p>
    <w:p/>
    <w:p>
      <w:r>
        <w:t>Closed it.</w:t>
      </w:r>
    </w:p>
    <w:p/>
    <w:p>
      <w:r>
        <w:t>Opened it again.</w:t>
      </w:r>
    </w:p>
    <w:p/>
    <w:p>
      <w:r>
        <w:t>Elsie noticed.</w:t>
      </w:r>
    </w:p>
    <w:p/>
    <w:p>
      <w:r>
        <w:t>Only because she’d gotten better at noticing.</w:t>
      </w:r>
    </w:p>
    <w:p/>
    <w:p>
      <w:r>
        <w:t>Not necessarily at knowing what things meant.</w:t>
      </w:r>
    </w:p>
    <w:p/>
    <w:p>
      <w:r>
        <w:t>Those were different.</w:t>
      </w:r>
    </w:p>
    <w:p/>
    <w:p>
      <w:r>
        <w:t>She was learning.</w:t>
      </w:r>
    </w:p>
    <w:p/>
    <w:p>
      <w:r>
        <w:t>At lunch, Ava didn’t eat.</w:t>
      </w:r>
    </w:p>
    <w:p/>
    <w:p>
      <w:r>
        <w:t>That wasn’t entirely unusual.</w:t>
      </w:r>
    </w:p>
    <w:p/>
    <w:p>
      <w:r>
        <w:t>None of them ate normally at lunch.</w:t>
      </w:r>
    </w:p>
    <w:p/>
    <w:p>
      <w:r>
        <w:t>Maddie stole fries from other people’s trays despite having her own.</w:t>
      </w:r>
    </w:p>
    <w:p/>
    <w:p>
      <w:r>
        <w:t>Elsie had once eaten nothing but two bags of pretzels and half of Mason’s cookie.</w:t>
      </w:r>
    </w:p>
    <w:p/>
    <w:p>
      <w:r>
        <w:t>Ava frequently bought lunch and then spent twenty minutes talking until the bell rang.</w:t>
      </w:r>
    </w:p>
    <w:p/>
    <w:p>
      <w:r>
        <w:t>So Elsie didn’t think much of it when Ava peeled the label from her water bottle instead of opening the sandwich she’d bought.</w:t>
      </w:r>
    </w:p>
    <w:p/>
    <w:p>
      <w:r>
        <w:t>Mason sat down beside Elsie.</w:t>
      </w:r>
    </w:p>
    <w:p/>
    <w:p>
      <w:r>
        <w:t>He had the coffee-cup pin attached to his backpack.</w:t>
      </w:r>
    </w:p>
    <w:p/>
    <w:p>
      <w:r>
        <w:t>She noticed immediately.</w:t>
      </w:r>
    </w:p>
    <w:p/>
    <w:p>
      <w:r>
        <w:t>“You bought yourself one?”</w:t>
      </w:r>
    </w:p>
    <w:p/>
    <w:p>
      <w:r>
        <w:t>He looked down.</w:t>
      </w:r>
    </w:p>
    <w:p/>
    <w:p>
      <w:r>
        <w:t>“Matching was implied.”</w:t>
      </w:r>
    </w:p>
    <w:p/>
    <w:p>
      <w:r>
        <w:t>Maddie leaned across the table.</w:t>
      </w:r>
    </w:p>
    <w:p/>
    <w:p>
      <w:r>
        <w:t>“What is it?”</w:t>
      </w:r>
    </w:p>
    <w:p/>
    <w:p>
      <w:r>
        <w:t>Mason held up the backpack.</w:t>
      </w:r>
    </w:p>
    <w:p/>
    <w:p>
      <w:r>
        <w:t>The tiny blue cup said:</w:t>
      </w:r>
    </w:p>
    <w:p/>
    <w:p>
      <w:r>
        <w:rPr>
          <w:i/>
        </w:rPr>
        <w:t>I DON’T KNOW.</w:t>
      </w:r>
    </w:p>
    <w:p/>
    <w:p>
      <w:r>
        <w:t>Maddie stared.</w:t>
      </w:r>
    </w:p>
    <w:p/>
    <w:p>
      <w:r>
        <w:t>“Is this some kind of couples thing?”</w:t>
      </w:r>
    </w:p>
    <w:p/>
    <w:p>
      <w:r>
        <w:t>“No,” Elsie said.</w:t>
      </w:r>
    </w:p>
    <w:p/>
    <w:p>
      <w:r>
        <w:t>“Yes,” Mason said at the same time.</w:t>
      </w:r>
    </w:p>
    <w:p/>
    <w:p>
      <w:r>
        <w:t>Elsie looked at him.</w:t>
      </w:r>
    </w:p>
    <w:p/>
    <w:p>
      <w:r>
        <w:t>“It is not.”</w:t>
      </w:r>
    </w:p>
    <w:p/>
    <w:p>
      <w:r>
        <w:t>“Matching pins?”</w:t>
      </w:r>
    </w:p>
    <w:p/>
    <w:p>
      <w:r>
        <w:t>“Mine was a gift.”</w:t>
      </w:r>
    </w:p>
    <w:p/>
    <w:p>
      <w:r>
        <w:t>“From me.”</w:t>
      </w:r>
    </w:p>
    <w:p/>
    <w:p>
      <w:r>
        <w:t>“That’s irrelevant.”</w:t>
      </w:r>
    </w:p>
    <w:p/>
    <w:p>
      <w:r>
        <w:t>Ava looked between them.</w:t>
      </w:r>
    </w:p>
    <w:p/>
    <w:p>
      <w:r>
        <w:t>“This is disgusting.”</w:t>
      </w:r>
    </w:p>
    <w:p/>
    <w:p>
      <w:r>
        <w:t>“Thank you,” Mason said.</w:t>
      </w:r>
    </w:p>
    <w:p/>
    <w:p>
      <w:r>
        <w:t>“Like genuinely.”</w:t>
      </w:r>
    </w:p>
    <w:p/>
    <w:p>
      <w:r>
        <w:t>“Thank you.”</w:t>
      </w:r>
    </w:p>
    <w:p/>
    <w:p>
      <w:r>
        <w:t>Nora dropped into the seat across from them.</w:t>
      </w:r>
    </w:p>
    <w:p/>
    <w:p>
      <w:r>
        <w:t>“What are we judging?”</w:t>
      </w:r>
    </w:p>
    <w:p/>
    <w:p>
      <w:r>
        <w:t>“Their relationship.”</w:t>
      </w:r>
    </w:p>
    <w:p/>
    <w:p>
      <w:r>
        <w:t>“Again?”</w:t>
      </w:r>
    </w:p>
    <w:p/>
    <w:p>
      <w:r>
        <w:t>“Always.”</w:t>
      </w:r>
    </w:p>
    <w:p/>
    <w:p>
      <w:r>
        <w:t>Nora looked at the pin.</w:t>
      </w:r>
    </w:p>
    <w:p/>
    <w:p>
      <w:r>
        <w:t>“Oh. Cute.”</w:t>
      </w:r>
    </w:p>
    <w:p/>
    <w:p>
      <w:r>
        <w:t>Maddie pointed at her.</w:t>
      </w:r>
    </w:p>
    <w:p/>
    <w:p>
      <w:r>
        <w:t>“Don’t encourage them.”</w:t>
      </w:r>
    </w:p>
    <w:p/>
    <w:p>
      <w:r>
        <w:t>Nora reached for one of Maddie’s fries.</w:t>
      </w:r>
    </w:p>
    <w:p/>
    <w:p>
      <w:r>
        <w:t>Maddie slapped her hand.</w:t>
      </w:r>
    </w:p>
    <w:p/>
    <w:p>
      <w:r>
        <w:t>“Thief.”</w:t>
      </w:r>
    </w:p>
    <w:p/>
    <w:p>
      <w:r>
        <w:t>“Christ says to give to those who ask.”</w:t>
      </w:r>
    </w:p>
    <w:p/>
    <w:p>
      <w:r>
        <w:t>“You didn’t ask.”</w:t>
      </w:r>
    </w:p>
    <w:p/>
    <w:p>
      <w:r>
        <w:t>Nora considered this.</w:t>
      </w:r>
    </w:p>
    <w:p/>
    <w:p>
      <w:r>
        <w:t>“Can I have a fry?”</w:t>
      </w:r>
    </w:p>
    <w:p/>
    <w:p>
      <w:r>
        <w:t>“No.”</w:t>
      </w:r>
    </w:p>
    <w:p/>
    <w:p>
      <w:r>
        <w:t>Nora took one anyway.</w:t>
      </w:r>
    </w:p>
    <w:p/>
    <w:p>
      <w:r>
        <w:t>Ava laughed.</w:t>
      </w:r>
    </w:p>
    <w:p/>
    <w:p>
      <w:r>
        <w:t>For a few minutes, everything was loud.</w:t>
      </w:r>
    </w:p>
    <w:p/>
    <w:p>
      <w:r>
        <w:t>Normal.</w:t>
      </w:r>
    </w:p>
    <w:p/>
    <w:p>
      <w:r>
        <w:t>Mason and Maddie argued over whether boneless wings were chicken nuggets.</w:t>
      </w:r>
    </w:p>
    <w:p/>
    <w:p>
      <w:r>
        <w:t>Nora claimed all food became a salad if you mixed enough ingredients together.</w:t>
      </w:r>
    </w:p>
    <w:p/>
    <w:p>
      <w:r>
        <w:t>Elsie disagreed on theological grounds.</w:t>
      </w:r>
    </w:p>
    <w:p/>
    <w:p>
      <w:r>
        <w:t>Ava peeled another strip from the water-bottle label.</w:t>
      </w:r>
    </w:p>
    <w:p/>
    <w:p>
      <w:r>
        <w:t>Her sandwich stayed wrapped.</w:t>
      </w:r>
    </w:p>
    <w:p/>
    <w:p>
      <w:r>
        <w:t>Elsie noticed again.</w:t>
      </w:r>
    </w:p>
    <w:p/>
    <w:p>
      <w:r>
        <w:t>Then told herself not everything she noticed required an investigation.</w:t>
      </w:r>
    </w:p>
    <w:p/>
    <w:p>
      <w:r>
        <w:t>That was also growth.</w:t>
      </w:r>
    </w:p>
    <w:p/>
    <w:p>
      <w:r>
        <w:t>Tuesday, Ava wore her hair in a ponytail.</w:t>
      </w:r>
    </w:p>
    <w:p/>
    <w:p>
      <w:r>
        <w:t>“Where are the bangs?” Maddie demanded.</w:t>
      </w:r>
    </w:p>
    <w:p/>
    <w:p>
      <w:r>
        <w:t>“They’re still there.”</w:t>
      </w:r>
    </w:p>
    <w:p/>
    <w:p>
      <w:r>
        <w:t>“Prove it.”</w:t>
      </w:r>
    </w:p>
    <w:p/>
    <w:p>
      <w:r>
        <w:t>Ava pulled two pieces loose.</w:t>
      </w:r>
    </w:p>
    <w:p/>
    <w:p>
      <w:r>
        <w:t>Maddie nodded.</w:t>
      </w:r>
    </w:p>
    <w:p/>
    <w:p>
      <w:r>
        <w:t>“Acceptable.”</w:t>
      </w:r>
    </w:p>
    <w:p/>
    <w:p>
      <w:r>
        <w:t>Ava rolled her eyes.</w:t>
      </w:r>
    </w:p>
    <w:p/>
    <w:p>
      <w:r>
        <w:t>At lunch, she ate half a bag of chips.</w:t>
      </w:r>
    </w:p>
    <w:p/>
    <w:p>
      <w:r>
        <w:t>Elsie saw that too.</w:t>
      </w:r>
    </w:p>
    <w:p/>
    <w:p>
      <w:r>
        <w:t>She hated that she saw it.</w:t>
      </w:r>
    </w:p>
    <w:p/>
    <w:p>
      <w:r>
        <w:t>Not because seeing was bad.</w:t>
      </w:r>
    </w:p>
    <w:p/>
    <w:p>
      <w:r>
        <w:t>Because suddenly she was keeping track.</w:t>
      </w:r>
    </w:p>
    <w:p/>
    <w:p>
      <w:r>
        <w:t>One lunch.</w:t>
      </w:r>
    </w:p>
    <w:p/>
    <w:p>
      <w:r>
        <w:t>One bag of chips.</w:t>
      </w:r>
    </w:p>
    <w:p/>
    <w:p>
      <w:r>
        <w:t>One unopened sandwich.</w:t>
      </w:r>
    </w:p>
    <w:p/>
    <w:p>
      <w:r>
        <w:t>That was not knowing Ava.</w:t>
      </w:r>
    </w:p>
    <w:p/>
    <w:p>
      <w:r>
        <w:t>That was counting her.</w:t>
      </w:r>
    </w:p>
    <w:p/>
    <w:p>
      <w:r>
        <w:t>So Elsie stopped.</w:t>
      </w:r>
    </w:p>
    <w:p/>
    <w:p>
      <w:r>
        <w:t>Or tried to.</w:t>
      </w:r>
    </w:p>
    <w:p/>
    <w:p>
      <w:r>
        <w:t>Wednesday morning, Ava wasn’t at school.</w:t>
      </w:r>
    </w:p>
    <w:p/>
    <w:p>
      <w:r>
        <w:t>At 8:14, Maddie texted the group chat.</w:t>
      </w:r>
    </w:p>
    <w:p/>
    <w:p>
      <w:r>
        <w:rPr>
          <w:b/>
        </w:rPr>
        <w:t>Maddie:</w:t>
      </w:r>
      <w:r>
        <w:t xml:space="preserve"> where is ava</w:t>
      </w:r>
    </w:p>
    <w:p/>
    <w:p>
      <w:r>
        <w:rPr>
          <w:b/>
        </w:rPr>
        <w:t>Ava:</w:t>
      </w:r>
      <w:r>
        <w:t xml:space="preserve"> dead</w:t>
      </w:r>
    </w:p>
    <w:p/>
    <w:p>
      <w:r>
        <w:rPr>
          <w:b/>
        </w:rPr>
        <w:t>Maddie:</w:t>
      </w:r>
      <w:r>
        <w:t xml:space="preserve"> okay but attendance wise</w:t>
      </w:r>
    </w:p>
    <w:p/>
    <w:p>
      <w:r>
        <w:rPr>
          <w:b/>
        </w:rPr>
        <w:t>Ava:</w:t>
      </w:r>
      <w:r>
        <w:t xml:space="preserve"> home</w:t>
      </w:r>
    </w:p>
    <w:p/>
    <w:p>
      <w:r>
        <w:rPr>
          <w:b/>
        </w:rPr>
        <w:t>Elsie:</w:t>
      </w:r>
      <w:r>
        <w:t xml:space="preserve"> sick?</w:t>
      </w:r>
    </w:p>
    <w:p/>
    <w:p>
      <w:r>
        <w:t>Pause.</w:t>
      </w:r>
    </w:p>
    <w:p/>
    <w:p>
      <w:r>
        <w:rPr>
          <w:b/>
        </w:rPr>
        <w:t>Ava:</w:t>
      </w:r>
      <w:r>
        <w:t xml:space="preserve"> skin emergency</w:t>
      </w:r>
    </w:p>
    <w:p/>
    <w:p>
      <w:r>
        <w:t>Maddie immediately responded.</w:t>
      </w:r>
    </w:p>
    <w:p/>
    <w:p>
      <w:r>
        <w:rPr>
          <w:b/>
        </w:rPr>
        <w:t>Maddie:</w:t>
      </w:r>
      <w:r>
        <w:t xml:space="preserve"> dramatic</w:t>
      </w:r>
    </w:p>
    <w:p/>
    <w:p>
      <w:r>
        <w:rPr>
          <w:b/>
        </w:rPr>
        <w:t>Ava:</w:t>
      </w:r>
      <w:r>
        <w:t xml:space="preserve"> you haven’t seen me</w:t>
      </w:r>
    </w:p>
    <w:p/>
    <w:p>
      <w:r>
        <w:rPr>
          <w:b/>
        </w:rPr>
        <w:t>Maddie:</w:t>
      </w:r>
      <w:r>
        <w:t xml:space="preserve"> zit?</w:t>
      </w:r>
    </w:p>
    <w:p/>
    <w:p>
      <w:r>
        <w:rPr>
          <w:b/>
        </w:rPr>
        <w:t>Ava:</w:t>
      </w:r>
      <w:r>
        <w:t xml:space="preserve"> blocked</w:t>
      </w:r>
    </w:p>
    <w:p/>
    <w:p>
      <w:r>
        <w:t>Elsie smiled.</w:t>
      </w:r>
    </w:p>
    <w:p/>
    <w:p>
      <w:r>
        <w:t>Then stared at the conversation.</w:t>
      </w:r>
    </w:p>
    <w:p/>
    <w:p>
      <w:r>
        <w:t>She almost asked if Ava was actually sick.</w:t>
      </w:r>
    </w:p>
    <w:p/>
    <w:p>
      <w:r>
        <w:t>Didn’t.</w:t>
      </w:r>
    </w:p>
    <w:p/>
    <w:p>
      <w:r>
        <w:t>At lunch, Ava’s chair stayed empty.</w:t>
      </w:r>
    </w:p>
    <w:p/>
    <w:p>
      <w:r>
        <w:t>Her absence made Elsie notice how much space Ava usually filled.</w:t>
      </w:r>
    </w:p>
    <w:p/>
    <w:p>
      <w:r>
        <w:t>Not loudly.</w:t>
      </w:r>
    </w:p>
    <w:p/>
    <w:p>
      <w:r>
        <w:t>Ava wasn’t Maddie.</w:t>
      </w:r>
    </w:p>
    <w:p/>
    <w:p>
      <w:r>
        <w:t>She didn’t tell stories with her entire body or turn minor inconveniences into courtroom arguments.</w:t>
      </w:r>
    </w:p>
    <w:p/>
    <w:p>
      <w:r>
        <w:t>But she was always there.</w:t>
      </w:r>
    </w:p>
    <w:p/>
    <w:p>
      <w:r>
        <w:t>Commenting.</w:t>
      </w:r>
    </w:p>
    <w:p/>
    <w:p>
      <w:r>
        <w:t>Laughing.</w:t>
      </w:r>
    </w:p>
    <w:p/>
    <w:p>
      <w:r>
        <w:t>Knowing who was mad at whom.</w:t>
      </w:r>
    </w:p>
    <w:p/>
    <w:p>
      <w:r>
        <w:t>Knowing when Elsie needed lip gloss.</w:t>
      </w:r>
    </w:p>
    <w:p/>
    <w:p>
      <w:r>
        <w:t>Knowing when Maddie was pretending not to be upset.</w:t>
      </w:r>
    </w:p>
    <w:p/>
    <w:p>
      <w:r>
        <w:t>Knowing things.</w:t>
      </w:r>
    </w:p>
    <w:p/>
    <w:p>
      <w:r>
        <w:t>Elsie wondered how often anyone asked what Ava knew about herself.</w:t>
      </w:r>
    </w:p>
    <w:p/>
    <w:p>
      <w:r>
        <w:t>Then immediately became annoyed with her own brain.</w:t>
      </w:r>
    </w:p>
    <w:p/>
    <w:p>
      <w:r>
        <w:t>Not everything needed to become a sentence.</w:t>
      </w:r>
    </w:p>
    <w:p/>
    <w:p>
      <w:r>
        <w:t>After school, Elsie went to Target with her mom.</w:t>
      </w:r>
    </w:p>
    <w:p/>
    <w:p>
      <w:r>
        <w:t>They needed shampoo.</w:t>
      </w:r>
    </w:p>
    <w:p/>
    <w:p>
      <w:r>
        <w:t>According to her mom.</w:t>
      </w:r>
    </w:p>
    <w:p/>
    <w:p>
      <w:r>
        <w:t>They needed seventeen other things according to Target.</w:t>
      </w:r>
    </w:p>
    <w:p/>
    <w:p>
      <w:r>
        <w:t>Elsie was standing in the skincare aisle trying to understand why anybody needed six different kinds of moisturizer when she heard:</w:t>
      </w:r>
    </w:p>
    <w:p/>
    <w:p>
      <w:r>
        <w:t>“Absolutely not.”</w:t>
      </w:r>
    </w:p>
    <w:p/>
    <w:p>
      <w:r>
        <w:t>She turned.</w:t>
      </w:r>
    </w:p>
    <w:p/>
    <w:p>
      <w:r>
        <w:t>Ava.</w:t>
      </w:r>
    </w:p>
    <w:p/>
    <w:p>
      <w:r>
        <w:t>Baseball cap.</w:t>
      </w:r>
    </w:p>
    <w:p/>
    <w:p>
      <w:r>
        <w:t>Oversized sweatshirt.</w:t>
      </w:r>
    </w:p>
    <w:p/>
    <w:p>
      <w:r>
        <w:t>No makeup.</w:t>
      </w:r>
    </w:p>
    <w:p/>
    <w:p>
      <w:r>
        <w:t>Barely recognizable only because Elsie had spent years seeing her with mascara.</w:t>
      </w:r>
    </w:p>
    <w:p/>
    <w:p>
      <w:r>
        <w:t>Elsie smiled.</w:t>
      </w:r>
    </w:p>
    <w:p/>
    <w:p>
      <w:r>
        <w:t>“You look like you’re committing a crime.”</w:t>
      </w:r>
    </w:p>
    <w:p/>
    <w:p>
      <w:r>
        <w:t>Ava pulled the cap lower.</w:t>
      </w:r>
    </w:p>
    <w:p/>
    <w:p>
      <w:r>
        <w:t>“I am.”</w:t>
      </w:r>
    </w:p>
    <w:p/>
    <w:p>
      <w:r>
        <w:t>“What are you doing here?”</w:t>
      </w:r>
    </w:p>
    <w:p/>
    <w:p>
      <w:r>
        <w:t>“Buying face wash.”</w:t>
      </w:r>
    </w:p>
    <w:p/>
    <w:p>
      <w:r>
        <w:t>“For the skin emergency?”</w:t>
      </w:r>
    </w:p>
    <w:p/>
    <w:p>
      <w:r>
        <w:t>Ava made a face.</w:t>
      </w:r>
    </w:p>
    <w:p/>
    <w:p>
      <w:r>
        <w:t>“Don’t.”</w:t>
      </w:r>
    </w:p>
    <w:p/>
    <w:p>
      <w:r>
        <w:t>Elsie walked closer.</w:t>
      </w:r>
    </w:p>
    <w:p/>
    <w:p>
      <w:r>
        <w:t>Ava had one small breakout near her chin.</w:t>
      </w:r>
    </w:p>
    <w:p/>
    <w:p>
      <w:r>
        <w:t>Barely.</w:t>
      </w:r>
    </w:p>
    <w:p/>
    <w:p>
      <w:r>
        <w:t>Then Elsie hated herself for assessing it.</w:t>
      </w:r>
    </w:p>
    <w:p/>
    <w:p>
      <w:r>
        <w:t>“Your skin looks normal.”</w:t>
      </w:r>
    </w:p>
    <w:p/>
    <w:p>
      <w:r>
        <w:t>“I know.”</w:t>
      </w:r>
    </w:p>
    <w:p/>
    <w:p>
      <w:r>
        <w:t>“You said emergency.”</w:t>
      </w:r>
    </w:p>
    <w:p/>
    <w:p>
      <w:r>
        <w:t>“I was being dramatic.”</w:t>
      </w:r>
    </w:p>
    <w:p/>
    <w:p>
      <w:r>
        <w:t>“Obviously.”</w:t>
      </w:r>
    </w:p>
    <w:p/>
    <w:p>
      <w:r>
        <w:t>Ava picked up a bottle.</w:t>
      </w:r>
    </w:p>
    <w:p/>
    <w:p>
      <w:r>
        <w:t>Put it down.</w:t>
      </w:r>
    </w:p>
    <w:p/>
    <w:p>
      <w:r>
        <w:t>Picked up another.</w:t>
      </w:r>
    </w:p>
    <w:p/>
    <w:p>
      <w:r>
        <w:t>“You skipped school for one zit?”</w:t>
      </w:r>
    </w:p>
    <w:p/>
    <w:p>
      <w:r>
        <w:t>Ava’s face changed.</w:t>
      </w:r>
    </w:p>
    <w:p/>
    <w:p>
      <w:r>
        <w:t>Tiny.</w:t>
      </w:r>
    </w:p>
    <w:p/>
    <w:p>
      <w:r>
        <w:t>There.</w:t>
      </w:r>
    </w:p>
    <w:p/>
    <w:p>
      <w:r>
        <w:t>Elsie almost missed it.</w:t>
      </w:r>
    </w:p>
    <w:p/>
    <w:p>
      <w:r>
        <w:t>“No.”</w:t>
      </w:r>
    </w:p>
    <w:p/>
    <w:p>
      <w:r>
        <w:t>Elsie waited.</w:t>
      </w:r>
    </w:p>
    <w:p/>
    <w:p>
      <w:r>
        <w:t>Ava looked away.</w:t>
      </w:r>
    </w:p>
    <w:p/>
    <w:p>
      <w:r>
        <w:t>“Kind of.”</w:t>
      </w:r>
    </w:p>
    <w:p/>
    <w:p>
      <w:r>
        <w:t>That didn’t make sense.</w:t>
      </w:r>
    </w:p>
    <w:p/>
    <w:p>
      <w:r>
        <w:t>But Elsie had recently learned that asking seventeen questions in a row was socially discouraged.</w:t>
      </w:r>
    </w:p>
    <w:p/>
    <w:p>
      <w:r>
        <w:t>So she said:</w:t>
      </w:r>
    </w:p>
    <w:p/>
    <w:p>
      <w:r>
        <w:t>“Okay.”</w:t>
      </w:r>
    </w:p>
    <w:p/>
    <w:p>
      <w:r>
        <w:t>Ava looked at her.</w:t>
      </w:r>
    </w:p>
    <w:p/>
    <w:p>
      <w:r>
        <w:t>“That’s it?”</w:t>
      </w:r>
    </w:p>
    <w:p/>
    <w:p>
      <w:r>
        <w:t>“I’m evolving.”</w:t>
      </w:r>
    </w:p>
    <w:p/>
    <w:p>
      <w:r>
        <w:t>“Terrifying.”</w:t>
      </w:r>
    </w:p>
    <w:p/>
    <w:p>
      <w:r>
        <w:t>“Everyone keeps saying that.”</w:t>
      </w:r>
    </w:p>
    <w:p/>
    <w:p>
      <w:r>
        <w:t>Ava smiled.</w:t>
      </w:r>
    </w:p>
    <w:p/>
    <w:p>
      <w:r>
        <w:t>Barely.</w:t>
      </w:r>
    </w:p>
    <w:p/>
    <w:p>
      <w:r>
        <w:t>Then Elsie’s mom appeared at the end of the aisle with dishwasher pods.</w:t>
      </w:r>
    </w:p>
    <w:p/>
    <w:p>
      <w:r>
        <w:t>“There you are.”</w:t>
      </w:r>
    </w:p>
    <w:p/>
    <w:p>
      <w:r>
        <w:t>She saw Ava.</w:t>
      </w:r>
    </w:p>
    <w:p/>
    <w:p>
      <w:r>
        <w:t>“Hey, sweetheart.”</w:t>
      </w:r>
    </w:p>
    <w:p/>
    <w:p>
      <w:r>
        <w:t>“Hi, Mrs. Carter.”</w:t>
      </w:r>
    </w:p>
    <w:p/>
    <w:p>
      <w:r>
        <w:t>“I thought you were home sick today?”</w:t>
      </w:r>
    </w:p>
    <w:p/>
    <w:p>
      <w:r>
        <w:t>Elsie’s stomach dropped.</w:t>
      </w:r>
    </w:p>
    <w:p/>
    <w:p>
      <w:r>
        <w:t>Ava froze.</w:t>
      </w:r>
    </w:p>
    <w:p/>
    <w:p>
      <w:r>
        <w:t>Elsie spoke before thinking.</w:t>
      </w:r>
    </w:p>
    <w:p/>
    <w:p>
      <w:r>
        <w:t>“Nope. She just had an appointment.”</w:t>
      </w:r>
    </w:p>
    <w:p/>
    <w:p>
      <w:r>
        <w:t>Her mother looked at her.</w:t>
      </w:r>
    </w:p>
    <w:p/>
    <w:p>
      <w:r>
        <w:t>Elsie stared back.</w:t>
      </w:r>
    </w:p>
    <w:p/>
    <w:p>
      <w:r>
        <w:t>Her mom looked at Ava.</w:t>
      </w:r>
    </w:p>
    <w:p/>
    <w:p>
      <w:r>
        <w:t>Then Elsie.</w:t>
      </w:r>
    </w:p>
    <w:p/>
    <w:p>
      <w:r>
        <w:t>Then said:</w:t>
      </w:r>
    </w:p>
    <w:p/>
    <w:p>
      <w:r>
        <w:t>“Hmm.”</w:t>
      </w:r>
    </w:p>
    <w:p/>
    <w:p>
      <w:r>
        <w:t>That was all.</w:t>
      </w:r>
    </w:p>
    <w:p/>
    <w:p>
      <w:r>
        <w:t>“I’m going to check out.”</w:t>
      </w:r>
    </w:p>
    <w:p/>
    <w:p>
      <w:r>
        <w:t>“I’ll meet you there.”</w:t>
      </w:r>
    </w:p>
    <w:p/>
    <w:p>
      <w:r>
        <w:t>Her mom walked away.</w:t>
      </w:r>
    </w:p>
    <w:p/>
    <w:p>
      <w:r>
        <w:t>Ava exhaled.</w:t>
      </w:r>
    </w:p>
    <w:p/>
    <w:p>
      <w:r>
        <w:t>“Thank you.”</w:t>
      </w:r>
    </w:p>
    <w:p/>
    <w:p>
      <w:r>
        <w:t>Elsie looked at her.</w:t>
      </w:r>
    </w:p>
    <w:p/>
    <w:p>
      <w:r>
        <w:t>“You’re welcome.”</w:t>
      </w:r>
    </w:p>
    <w:p/>
    <w:p>
      <w:r>
        <w:t>She didn’t ask why.</w:t>
      </w:r>
    </w:p>
    <w:p/>
    <w:p>
      <w:r>
        <w:t>Progress.</w:t>
      </w:r>
    </w:p>
    <w:p/>
    <w:p>
      <w:r>
        <w:t>Excruciating progress.</w:t>
      </w:r>
    </w:p>
    <w:p/>
    <w:p>
      <w:r>
        <w:t>At 6:12, Ava texted.</w:t>
      </w:r>
    </w:p>
    <w:p/>
    <w:p>
      <w:r>
        <w:rPr>
          <w:b/>
        </w:rPr>
        <w:t>Ava:</w:t>
      </w:r>
      <w:r>
        <w:t xml:space="preserve"> can you come over</w:t>
      </w:r>
    </w:p>
    <w:p/>
    <w:p>
      <w:r>
        <w:t>Elsie sat up in bed.</w:t>
      </w:r>
    </w:p>
    <w:p/>
    <w:p>
      <w:r>
        <w:rPr>
          <w:b/>
        </w:rPr>
        <w:t>Elsie:</w:t>
      </w:r>
      <w:r>
        <w:t xml:space="preserve"> yes</w:t>
      </w:r>
    </w:p>
    <w:p/>
    <w:p>
      <w:r>
        <w:t>Then:</w:t>
      </w:r>
    </w:p>
    <w:p/>
    <w:p>
      <w:r>
        <w:rPr>
          <w:b/>
        </w:rPr>
        <w:t>Elsie:</w:t>
      </w:r>
      <w:r>
        <w:t xml:space="preserve"> do you want me to</w:t>
      </w:r>
    </w:p>
    <w:p/>
    <w:p>
      <w:r>
        <w:t>Pause.</w:t>
      </w:r>
    </w:p>
    <w:p/>
    <w:p>
      <w:r>
        <w:rPr>
          <w:b/>
        </w:rPr>
        <w:t>Ava:</w:t>
      </w:r>
      <w:r>
        <w:t xml:space="preserve"> yes</w:t>
      </w:r>
    </w:p>
    <w:p/>
    <w:p>
      <w:r>
        <w:t>Different question.</w:t>
      </w:r>
    </w:p>
    <w:p/>
    <w:p>
      <w:r>
        <w:t>Important difference.</w:t>
      </w:r>
    </w:p>
    <w:p/>
    <w:p>
      <w:r>
        <w:t>Mrs. Walker answered the door.</w:t>
      </w:r>
    </w:p>
    <w:p/>
    <w:p>
      <w:r>
        <w:t>“Hey, sweetheart.”</w:t>
      </w:r>
    </w:p>
    <w:p/>
    <w:p>
      <w:r>
        <w:t>“Hi, Mrs. Walker.”</w:t>
      </w:r>
    </w:p>
    <w:p/>
    <w:p>
      <w:r>
        <w:t>“Ava’s upstairs.”</w:t>
      </w:r>
    </w:p>
    <w:p/>
    <w:p>
      <w:r>
        <w:t>Then, quieter:</w:t>
      </w:r>
    </w:p>
    <w:p/>
    <w:p>
      <w:r>
        <w:t>“I’m glad you came.”</w:t>
      </w:r>
    </w:p>
    <w:p/>
    <w:p>
      <w:r>
        <w:t>Elsie looked at her.</w:t>
      </w:r>
    </w:p>
    <w:p/>
    <w:p>
      <w:r>
        <w:t>Mrs. Walker smiled.</w:t>
      </w:r>
    </w:p>
    <w:p/>
    <w:p>
      <w:r>
        <w:t>Not worried exactly.</w:t>
      </w:r>
    </w:p>
    <w:p/>
    <w:p>
      <w:r>
        <w:t>Something close.</w:t>
      </w:r>
    </w:p>
    <w:p/>
    <w:p>
      <w:r>
        <w:t>Then she walked toward the kitchen.</w:t>
      </w:r>
    </w:p>
    <w:p/>
    <w:p>
      <w:r>
        <w:t>Elsie stood there for half a second.</w:t>
      </w:r>
    </w:p>
    <w:p/>
    <w:p>
      <w:r>
        <w:t>Apparently adults could have loud faces too.</w:t>
      </w:r>
    </w:p>
    <w:p/>
    <w:p>
      <w:r>
        <w:t>Ava’s bedroom looked exactly like Ava.</w:t>
      </w:r>
    </w:p>
    <w:p/>
    <w:p>
      <w:r>
        <w:t>Cream comforter.</w:t>
      </w:r>
    </w:p>
    <w:p/>
    <w:p>
      <w:r>
        <w:t>Gold mirror.</w:t>
      </w:r>
    </w:p>
    <w:p/>
    <w:p>
      <w:r>
        <w:t>Pictures clipped above her desk.</w:t>
      </w:r>
    </w:p>
    <w:p/>
    <w:p>
      <w:r>
        <w:t>Perfume bottles arranged like they had signed leases.</w:t>
      </w:r>
    </w:p>
    <w:p/>
    <w:p>
      <w:r>
        <w:t>Everything looked effortless.</w:t>
      </w:r>
    </w:p>
    <w:p/>
    <w:p>
      <w:r>
        <w:t>Which Elsie was beginning to suspect was usually a sign that effort had happened somewhere.</w:t>
      </w:r>
    </w:p>
    <w:p/>
    <w:p>
      <w:r>
        <w:t>Ava was sitting cross-legged on the floor when Elsie came in.</w:t>
      </w:r>
    </w:p>
    <w:p/>
    <w:p>
      <w:r>
        <w:t>Still no makeup.</w:t>
      </w:r>
    </w:p>
    <w:p/>
    <w:p>
      <w:r>
        <w:t>Baseball cap gone.</w:t>
      </w:r>
    </w:p>
    <w:p/>
    <w:p>
      <w:r>
        <w:t>Curtain bangs pinned away from her face.</w:t>
      </w:r>
    </w:p>
    <w:p/>
    <w:p>
      <w:r>
        <w:t>“Hi.”</w:t>
      </w:r>
    </w:p>
    <w:p/>
    <w:p>
      <w:r>
        <w:t>“Hi.”</w:t>
      </w:r>
    </w:p>
    <w:p/>
    <w:p>
      <w:r>
        <w:t>Elsie sat across from her.</w:t>
      </w:r>
    </w:p>
    <w:p/>
    <w:p>
      <w:r>
        <w:t>Ava picked at the sleeve of her sweatshirt.</w:t>
      </w:r>
    </w:p>
    <w:p/>
    <w:p>
      <w:r>
        <w:t>Elsie waited.</w:t>
      </w:r>
    </w:p>
    <w:p/>
    <w:p>
      <w:r>
        <w:t>She was getting alarmingly good at this.</w:t>
      </w:r>
    </w:p>
    <w:p/>
    <w:p>
      <w:r>
        <w:t>Eventually Ava said:</w:t>
      </w:r>
    </w:p>
    <w:p/>
    <w:p>
      <w:r>
        <w:t>“I didn’t stay home because of my skin.”</w:t>
      </w:r>
    </w:p>
    <w:p/>
    <w:p>
      <w:r>
        <w:t>“Okay.”</w:t>
      </w:r>
    </w:p>
    <w:p/>
    <w:p>
      <w:r>
        <w:t>“I mean, kind of.”</w:t>
      </w:r>
    </w:p>
    <w:p/>
    <w:p>
      <w:r>
        <w:t>Elsie nodded.</w:t>
      </w:r>
    </w:p>
    <w:p/>
    <w:p>
      <w:r>
        <w:t>“But not because I had a zit or whatever.”</w:t>
      </w:r>
    </w:p>
    <w:p/>
    <w:p>
      <w:r>
        <w:t>“Okay.”</w:t>
      </w:r>
    </w:p>
    <w:p/>
    <w:p>
      <w:r>
        <w:t>Ava looked irritated.</w:t>
      </w:r>
    </w:p>
    <w:p/>
    <w:p>
      <w:r>
        <w:t>Not at Elsie.</w:t>
      </w:r>
    </w:p>
    <w:p/>
    <w:p>
      <w:r>
        <w:t>At having to say it.</w:t>
      </w:r>
    </w:p>
    <w:p/>
    <w:p>
      <w:r>
        <w:t>“I had pictures today.”</w:t>
      </w:r>
    </w:p>
    <w:p/>
    <w:p>
      <w:r>
        <w:t>Elsie frowned.</w:t>
      </w:r>
    </w:p>
    <w:p/>
    <w:p>
      <w:r>
        <w:t>“What pictures?”</w:t>
      </w:r>
    </w:p>
    <w:p/>
    <w:p>
      <w:r>
        <w:t>“Dance.”</w:t>
      </w:r>
    </w:p>
    <w:p/>
    <w:p>
      <w:r>
        <w:t>Ava had been in competitive dance since she was little.</w:t>
      </w:r>
    </w:p>
    <w:p/>
    <w:p>
      <w:r>
        <w:t>Elsie knew that.</w:t>
      </w:r>
    </w:p>
    <w:p/>
    <w:p>
      <w:r>
        <w:t>Jazz.</w:t>
      </w:r>
    </w:p>
    <w:p/>
    <w:p>
      <w:r>
        <w:t>Contemporary.</w:t>
      </w:r>
    </w:p>
    <w:p/>
    <w:p>
      <w:r>
        <w:t>Something involving shoes that cost an absurd amount of money.</w:t>
      </w:r>
    </w:p>
    <w:p/>
    <w:p>
      <w:r>
        <w:t>“You had dance pictures during school?”</w:t>
      </w:r>
    </w:p>
    <w:p/>
    <w:p>
      <w:r>
        <w:t>“At four.”</w:t>
      </w:r>
    </w:p>
    <w:p/>
    <w:p>
      <w:r>
        <w:t>“Oh.”</w:t>
      </w:r>
    </w:p>
    <w:p/>
    <w:p>
      <w:r>
        <w:t>“I didn’t want to go.”</w:t>
      </w:r>
    </w:p>
    <w:p/>
    <w:p>
      <w:r>
        <w:t>“So you skipped school?”</w:t>
      </w:r>
    </w:p>
    <w:p/>
    <w:p>
      <w:r>
        <w:t>Ava nodded.</w:t>
      </w:r>
    </w:p>
    <w:p/>
    <w:p>
      <w:r>
        <w:t>“Why?”</w:t>
      </w:r>
    </w:p>
    <w:p/>
    <w:p>
      <w:r>
        <w:t>Ava’s eyes filled.</w:t>
      </w:r>
    </w:p>
    <w:p/>
    <w:p>
      <w:r>
        <w:t>Fast.</w:t>
      </w:r>
    </w:p>
    <w:p/>
    <w:p>
      <w:r>
        <w:t>So fast Elsie almost pretended not to notice.</w:t>
      </w:r>
    </w:p>
    <w:p/>
    <w:p>
      <w:r>
        <w:t>“Oh.”</w:t>
      </w:r>
    </w:p>
    <w:p/>
    <w:p>
      <w:r>
        <w:t>Ava wiped underneath one eye.</w:t>
      </w:r>
    </w:p>
    <w:p/>
    <w:p>
      <w:r>
        <w:t>“This is so stupid.”</w:t>
      </w:r>
    </w:p>
    <w:p/>
    <w:p>
      <w:r>
        <w:t>“No, it’s not.”</w:t>
      </w:r>
    </w:p>
    <w:p/>
    <w:p>
      <w:r>
        <w:t>“You don’t even know what it is.”</w:t>
      </w:r>
    </w:p>
    <w:p/>
    <w:p>
      <w:r>
        <w:t>“True.”</w:t>
      </w:r>
    </w:p>
    <w:p/>
    <w:p>
      <w:r>
        <w:t>“It might be.”</w:t>
      </w:r>
    </w:p>
    <w:p/>
    <w:p>
      <w:r>
        <w:t>“Okay.”</w:t>
      </w:r>
    </w:p>
    <w:p/>
    <w:p>
      <w:r>
        <w:t>Ava laughed wetly.</w:t>
      </w:r>
    </w:p>
    <w:p/>
    <w:p>
      <w:r>
        <w:t>“Great.”</w:t>
      </w:r>
    </w:p>
    <w:p/>
    <w:p>
      <w:r>
        <w:t>“Sorry.”</w:t>
      </w:r>
    </w:p>
    <w:p/>
    <w:p>
      <w:r>
        <w:t>“No, that was actually better.”</w:t>
      </w:r>
    </w:p>
    <w:p/>
    <w:p>
      <w:r>
        <w:t>She pulled her knees toward her chest.</w:t>
      </w:r>
    </w:p>
    <w:p/>
    <w:p>
      <w:r>
        <w:t>“Our costumes came in Tuesday.”</w:t>
      </w:r>
    </w:p>
    <w:p/>
    <w:p>
      <w:r>
        <w:t>Elsie waited.</w:t>
      </w:r>
    </w:p>
    <w:p/>
    <w:p>
      <w:r>
        <w:t>“And mine didn’t fit.”</w:t>
      </w:r>
    </w:p>
    <w:p/>
    <w:p>
      <w:r>
        <w:t>“Oh.”</w:t>
      </w:r>
    </w:p>
    <w:p/>
    <w:p>
      <w:r>
        <w:t>“Like at all.”</w:t>
      </w:r>
    </w:p>
    <w:p/>
    <w:p>
      <w:r>
        <w:t xml:space="preserve">Elsie understood enough not to say </w:t>
      </w:r>
      <w:r>
        <w:rPr>
          <w:i/>
        </w:rPr>
        <w:t>but you’re so skinny.</w:t>
      </w:r>
      <w:r/>
    </w:p>
    <w:p/>
    <w:p>
      <w:r>
        <w:t>The sentence appeared in her brain.</w:t>
      </w:r>
    </w:p>
    <w:p/>
    <w:p>
      <w:r>
        <w:t>She killed it.</w:t>
      </w:r>
    </w:p>
    <w:p/>
    <w:p>
      <w:r>
        <w:t>Ava continued.</w:t>
      </w:r>
    </w:p>
    <w:p/>
    <w:p>
      <w:r>
        <w:t>“The sample was a medium. I’ve always been a medium.”</w:t>
      </w:r>
    </w:p>
    <w:p/>
    <w:p>
      <w:r>
        <w:t>She looked embarrassed saying it.</w:t>
      </w:r>
    </w:p>
    <w:p/>
    <w:p>
      <w:r>
        <w:t>“This one wouldn’t zip.”</w:t>
      </w:r>
    </w:p>
    <w:p/>
    <w:p>
      <w:r>
        <w:t>“That sounds like the costume’s problem.”</w:t>
      </w:r>
    </w:p>
    <w:p/>
    <w:p>
      <w:r>
        <w:t>“It isn’t.”</w:t>
      </w:r>
    </w:p>
    <w:p/>
    <w:p>
      <w:r>
        <w:t>“How do you know?”</w:t>
      </w:r>
    </w:p>
    <w:p/>
    <w:p>
      <w:r>
        <w:t>“Because everyone else’s fit.”</w:t>
      </w:r>
    </w:p>
    <w:p/>
    <w:p>
      <w:r>
        <w:t>Elsie didn’t say anything.</w:t>
      </w:r>
    </w:p>
    <w:p/>
    <w:p>
      <w:r>
        <w:t>Ava’s voice got quieter.</w:t>
      </w:r>
    </w:p>
    <w:p/>
    <w:p>
      <w:r>
        <w:t>“My instructor had to order me another size.”</w:t>
      </w:r>
    </w:p>
    <w:p/>
    <w:p>
      <w:r>
        <w:t>Elsie still didn’t say anything.</w:t>
      </w:r>
    </w:p>
    <w:p/>
    <w:p>
      <w:r>
        <w:t>“And she wasn’t mean.”</w:t>
      </w:r>
    </w:p>
    <w:p/>
    <w:p>
      <w:r>
        <w:t>That somehow sounded worse.</w:t>
      </w:r>
    </w:p>
    <w:p/>
    <w:p>
      <w:r>
        <w:t>“She just said bodies change and costumes run weird and it was no big deal.”</w:t>
      </w:r>
    </w:p>
    <w:p/>
    <w:p>
      <w:r>
        <w:t>Ava wiped her cheek.</w:t>
      </w:r>
    </w:p>
    <w:p/>
    <w:p>
      <w:r>
        <w:t>“But?”</w:t>
      </w:r>
    </w:p>
    <w:p/>
    <w:p>
      <w:r>
        <w:t>“But then she said she’d order a large.”</w:t>
      </w:r>
    </w:p>
    <w:p/>
    <w:p>
      <w:r>
        <w:t>There it was.</w:t>
      </w:r>
    </w:p>
    <w:p/>
    <w:p>
      <w:r>
        <w:t>A word.</w:t>
      </w:r>
    </w:p>
    <w:p/>
    <w:p>
      <w:r>
        <w:t>One word.</w:t>
      </w:r>
    </w:p>
    <w:p/>
    <w:p>
      <w:r>
        <w:t>Ava had heard something inside it that nobody else had said.</w:t>
      </w:r>
    </w:p>
    <w:p/>
    <w:p>
      <w:r>
        <w:t>“She didn’t call me fat,” Ava said quickly. “Nobody did.”</w:t>
      </w:r>
    </w:p>
    <w:p/>
    <w:p>
      <w:r>
        <w:t>“Okay.”</w:t>
      </w:r>
    </w:p>
    <w:p/>
    <w:p>
      <w:r>
        <w:t>“My mom didn’t either.”</w:t>
      </w:r>
    </w:p>
    <w:p/>
    <w:p>
      <w:r>
        <w:t>Elsie waited.</w:t>
      </w:r>
    </w:p>
    <w:p/>
    <w:p>
      <w:r>
        <w:t>“But when I told her, she said maybe we could start making better choices before competition season.”</w:t>
      </w:r>
    </w:p>
    <w:p/>
    <w:p>
      <w:r>
        <w:t>Elsie’s stomach twisted.</w:t>
      </w:r>
    </w:p>
    <w:p/>
    <w:p>
      <w:r>
        <w:t>“What does that mean?”</w:t>
      </w:r>
    </w:p>
    <w:p/>
    <w:p>
      <w:r>
        <w:t>Ava laughed.</w:t>
      </w:r>
    </w:p>
    <w:p/>
    <w:p>
      <w:r>
        <w:t>“I know what it means.”</w:t>
      </w:r>
    </w:p>
    <w:p/>
    <w:p>
      <w:r>
        <w:t>“Did she?”</w:t>
      </w:r>
    </w:p>
    <w:p/>
    <w:p>
      <w:r>
        <w:t>“She said we’ve been eating out a lot.”</w:t>
      </w:r>
    </w:p>
    <w:p/>
    <w:p>
      <w:r>
        <w:t>“Okay.”</w:t>
      </w:r>
    </w:p>
    <w:p/>
    <w:p>
      <w:r>
        <w:t>“And that she feels better when she’s eating clean too, so we could do it together.”</w:t>
      </w:r>
    </w:p>
    <w:p/>
    <w:p>
      <w:r>
        <w:t xml:space="preserve">Elsie was beginning to dislike the phrase </w:t>
      </w:r>
      <w:r>
        <w:rPr>
          <w:i/>
        </w:rPr>
        <w:t>eating clean.</w:t>
      </w:r>
      <w:r/>
    </w:p>
    <w:p/>
    <w:p>
      <w:r>
        <w:t>Ava looked at her.</w:t>
      </w:r>
    </w:p>
    <w:p/>
    <w:p>
      <w:r>
        <w:t>“And maybe she’s right.”</w:t>
      </w:r>
    </w:p>
    <w:p/>
    <w:p>
      <w:r>
        <w:t>Elsie chose her next words carefully.</w:t>
      </w:r>
    </w:p>
    <w:p/>
    <w:p>
      <w:r>
        <w:t>“I don’t know.”</w:t>
      </w:r>
    </w:p>
    <w:p/>
    <w:p>
      <w:r>
        <w:t>Ava looked surprised.</w:t>
      </w:r>
    </w:p>
    <w:p/>
    <w:p>
      <w:r>
        <w:t>“You don’t?”</w:t>
      </w:r>
    </w:p>
    <w:p/>
    <w:p>
      <w:r>
        <w:t>“No.”</w:t>
      </w:r>
    </w:p>
    <w:p/>
    <w:p>
      <w:r>
        <w:t>Elsie shrugged.</w:t>
      </w:r>
    </w:p>
    <w:p/>
    <w:p>
      <w:r>
        <w:t>“I don’t know what you eat all day. I don’t know anything about nutrition. I once had Sour Patch Kids for breakfast.”</w:t>
      </w:r>
    </w:p>
    <w:p/>
    <w:p>
      <w:r>
        <w:t>“That was disgusting.”</w:t>
      </w:r>
    </w:p>
    <w:p/>
    <w:p>
      <w:r>
        <w:t>“It was all I had.”</w:t>
      </w:r>
    </w:p>
    <w:p/>
    <w:p>
      <w:r>
        <w:t>“You were at home.”</w:t>
      </w:r>
    </w:p>
    <w:p/>
    <w:p>
      <w:r>
        <w:t>“I didn’t want cereal.”</w:t>
      </w:r>
    </w:p>
    <w:p/>
    <w:p>
      <w:r>
        <w:t>Ava laughed.</w:t>
      </w:r>
    </w:p>
    <w:p/>
    <w:p>
      <w:r>
        <w:t>Good.</w:t>
      </w:r>
    </w:p>
    <w:p/>
    <w:p>
      <w:r>
        <w:t>Elsie continued.</w:t>
      </w:r>
    </w:p>
    <w:p/>
    <w:p>
      <w:r>
        <w:t>“So I’m probably not qualified.”</w:t>
      </w:r>
    </w:p>
    <w:p/>
    <w:p>
      <w:r>
        <w:t>Ava looked down.</w:t>
      </w:r>
    </w:p>
    <w:p/>
    <w:p>
      <w:r>
        <w:t>“Everyone always says I’m skinny.”</w:t>
      </w:r>
    </w:p>
    <w:p/>
    <w:p>
      <w:r>
        <w:t>Elsie said nothing.</w:t>
      </w:r>
    </w:p>
    <w:p/>
    <w:p>
      <w:r>
        <w:t>“Like my whole life.”</w:t>
      </w:r>
    </w:p>
    <w:p/>
    <w:p>
      <w:r>
        <w:t>There was anger in it now.</w:t>
      </w:r>
    </w:p>
    <w:p/>
    <w:p>
      <w:r>
        <w:t>Not pride.</w:t>
      </w:r>
    </w:p>
    <w:p/>
    <w:p>
      <w:r>
        <w:t>“I’ve been ‘the skinny one.’ My aunt buys me clothes and says, ‘Of course it’ll fit Ava.’ My mom says I can pull anything off. Girls at dance say they hate me because I don’t have to worry about stuff.”</w:t>
      </w:r>
    </w:p>
    <w:p/>
    <w:p>
      <w:r>
        <w:t>Elsie felt something uncomfortable move through her.</w:t>
      </w:r>
    </w:p>
    <w:p/>
    <w:p>
      <w:r>
        <w:t>Because she had said versions of that.</w:t>
      </w:r>
    </w:p>
    <w:p/>
    <w:p>
      <w:r>
        <w:t>Not hate you.</w:t>
      </w:r>
    </w:p>
    <w:p/>
    <w:p>
      <w:r>
        <w:t>But—</w:t>
      </w:r>
    </w:p>
    <w:p/>
    <w:p>
      <w:r>
        <w:rPr>
          <w:i/>
        </w:rPr>
        <w:t>Everything looks good on Ava.</w:t>
      </w:r>
    </w:p>
    <w:p/>
    <w:p>
      <w:r>
        <w:t>Probably a hundred times.</w:t>
      </w:r>
    </w:p>
    <w:p/>
    <w:p>
      <w:r>
        <w:t>Ava continued.</w:t>
      </w:r>
    </w:p>
    <w:p/>
    <w:p>
      <w:r>
        <w:t>“And I liked it.”</w:t>
      </w:r>
    </w:p>
    <w:p/>
    <w:p>
      <w:r>
        <w:t>She looked ashamed.</w:t>
      </w:r>
    </w:p>
    <w:p/>
    <w:p>
      <w:r>
        <w:t>“I liked being that.”</w:t>
      </w:r>
    </w:p>
    <w:p/>
    <w:p>
      <w:r>
        <w:t>Elsie understood.</w:t>
      </w:r>
    </w:p>
    <w:p/>
    <w:p>
      <w:r>
        <w:t>Of course she did.</w:t>
      </w:r>
    </w:p>
    <w:p/>
    <w:p>
      <w:r>
        <w:t>It felt good to be given a good sentence.</w:t>
      </w:r>
    </w:p>
    <w:p/>
    <w:p>
      <w:r>
        <w:t>Until you had to keep earning it.</w:t>
      </w:r>
    </w:p>
    <w:p/>
    <w:p>
      <w:r>
        <w:t>“So when the costume didn’t fit…”</w:t>
      </w:r>
    </w:p>
    <w:p/>
    <w:p>
      <w:r>
        <w:t>Ava shrugged.</w:t>
      </w:r>
    </w:p>
    <w:p/>
    <w:p>
      <w:r>
        <w:t>“I don’t know.”</w:t>
      </w:r>
    </w:p>
    <w:p/>
    <w:p>
      <w:r>
        <w:t>Elsie did.</w:t>
      </w:r>
    </w:p>
    <w:p/>
    <w:p>
      <w:r>
        <w:t>But she let Ava say it.</w:t>
      </w:r>
    </w:p>
    <w:p/>
    <w:p>
      <w:r>
        <w:t>“It felt like I was losing something.”</w:t>
      </w:r>
    </w:p>
    <w:p/>
    <w:p>
      <w:r>
        <w:t>There.</w:t>
      </w:r>
    </w:p>
    <w:p/>
    <w:p>
      <w:r>
        <w:t>Ava’s face crumpled.</w:t>
      </w:r>
    </w:p>
    <w:p/>
    <w:p>
      <w:r>
        <w:t>Not dramatically.</w:t>
      </w:r>
    </w:p>
    <w:p/>
    <w:p>
      <w:r>
        <w:t>Quietly.</w:t>
      </w:r>
    </w:p>
    <w:p/>
    <w:p>
      <w:r>
        <w:t>“I know how stupid that sounds.”</w:t>
      </w:r>
    </w:p>
    <w:p/>
    <w:p>
      <w:r>
        <w:t>“It doesn’t.”</w:t>
      </w:r>
    </w:p>
    <w:p/>
    <w:p>
      <w:r>
        <w:t>“It does. Maddie’s parents are separating. Nora’s dealing with her brother. Caroline…”</w:t>
      </w:r>
    </w:p>
    <w:p/>
    <w:p>
      <w:r>
        <w:t>“No.”</w:t>
      </w:r>
    </w:p>
    <w:p/>
    <w:p>
      <w:r>
        <w:t>Ava looked at her.</w:t>
      </w:r>
    </w:p>
    <w:p/>
    <w:p>
      <w:r>
        <w:t>“You don’t have to earn being upset by having the worst problem.”</w:t>
      </w:r>
    </w:p>
    <w:p/>
    <w:p>
      <w:r>
        <w:t>Ava gave her a look.</w:t>
      </w:r>
    </w:p>
    <w:p/>
    <w:p>
      <w:r>
        <w:t>“Where did you get that?”</w:t>
      </w:r>
    </w:p>
    <w:p/>
    <w:p>
      <w:r>
        <w:t>Elsie considered.</w:t>
      </w:r>
    </w:p>
    <w:p/>
    <w:p>
      <w:r>
        <w:t>“No idea.”</w:t>
      </w:r>
    </w:p>
    <w:p/>
    <w:p>
      <w:r>
        <w:t>“Bible Study Elsie.”</w:t>
      </w:r>
    </w:p>
    <w:p/>
    <w:p>
      <w:r>
        <w:t>“Don’t.”</w:t>
      </w:r>
    </w:p>
    <w:p/>
    <w:p>
      <w:r>
        <w:t>Ava smiled.</w:t>
      </w:r>
    </w:p>
    <w:p/>
    <w:p>
      <w:r>
        <w:t>Then she wiped her face.</w:t>
      </w:r>
    </w:p>
    <w:p/>
    <w:p>
      <w:r>
        <w:t>“I didn’t eat yesterday.”</w:t>
      </w:r>
    </w:p>
    <w:p/>
    <w:p>
      <w:r>
        <w:t>Elsie’s smile disappeared.</w:t>
      </w:r>
    </w:p>
    <w:p/>
    <w:p>
      <w:r>
        <w:t>Ava saw it.</w:t>
      </w:r>
    </w:p>
    <w:p/>
    <w:p>
      <w:r>
        <w:t>“Not like…”</w:t>
      </w:r>
    </w:p>
    <w:p/>
    <w:p>
      <w:r>
        <w:t>She stopped.</w:t>
      </w:r>
    </w:p>
    <w:p/>
    <w:p>
      <w:r>
        <w:t>Elsie waited.</w:t>
      </w:r>
    </w:p>
    <w:p/>
    <w:p>
      <w:r>
        <w:t>“I ate dinner.”</w:t>
      </w:r>
    </w:p>
    <w:p/>
    <w:p>
      <w:r>
        <w:t>“Okay.”</w:t>
      </w:r>
    </w:p>
    <w:p/>
    <w:p>
      <w:r>
        <w:t>“I just skipped breakfast and lunch.”</w:t>
      </w:r>
    </w:p>
    <w:p/>
    <w:p>
      <w:r>
        <w:t>“Okay.”</w:t>
      </w:r>
    </w:p>
    <w:p/>
    <w:p>
      <w:r>
        <w:t>“And today I didn’t go to school because I knew Maddie would ask why I wasn’t eating.”</w:t>
      </w:r>
    </w:p>
    <w:p/>
    <w:p>
      <w:r>
        <w:t>Elsie’s chest tightened.</w:t>
      </w:r>
    </w:p>
    <w:p/>
    <w:p>
      <w:r>
        <w:t>“Ava.”</w:t>
      </w:r>
    </w:p>
    <w:p/>
    <w:p>
      <w:r>
        <w:t>“I know.”</w:t>
      </w:r>
    </w:p>
    <w:p/>
    <w:p>
      <w:r>
        <w:t>“Have you been doing that a lot?”</w:t>
      </w:r>
    </w:p>
    <w:p/>
    <w:p>
      <w:r>
        <w:t>“No.”</w:t>
      </w:r>
    </w:p>
    <w:p/>
    <w:p>
      <w:r>
        <w:t>Ava answered too fast.</w:t>
      </w:r>
    </w:p>
    <w:p/>
    <w:p>
      <w:r>
        <w:t>Then:</w:t>
      </w:r>
    </w:p>
    <w:p/>
    <w:p>
      <w:r>
        <w:t>“Not a lot.”</w:t>
      </w:r>
    </w:p>
    <w:p/>
    <w:p>
      <w:r>
        <w:t>Elsie didn’t know what counted as a lot.</w:t>
      </w:r>
    </w:p>
    <w:p/>
    <w:p>
      <w:r>
        <w:t>Once felt like a lot when it was your friend sitting on the floor crying about a dance costume.</w:t>
      </w:r>
    </w:p>
    <w:p/>
    <w:p>
      <w:r>
        <w:t>“Does your mom know?”</w:t>
      </w:r>
    </w:p>
    <w:p/>
    <w:p>
      <w:r>
        <w:t>“No.”</w:t>
      </w:r>
    </w:p>
    <w:p/>
    <w:p>
      <w:r>
        <w:t>“Do you want her to?”</w:t>
      </w:r>
    </w:p>
    <w:p/>
    <w:p>
      <w:r>
        <w:t>“No.”</w:t>
      </w:r>
    </w:p>
    <w:p/>
    <w:p>
      <w:r>
        <w:t>Immediate.</w:t>
      </w:r>
    </w:p>
    <w:p/>
    <w:p>
      <w:r>
        <w:t>Elsie looked down.</w:t>
      </w:r>
    </w:p>
    <w:p/>
    <w:p>
      <w:r>
        <w:t>A month ago, she might have promised.</w:t>
      </w:r>
    </w:p>
    <w:p/>
    <w:p>
      <w:r>
        <w:t>Easy.</w:t>
      </w:r>
    </w:p>
    <w:p/>
    <w:p>
      <w:r>
        <w:rPr>
          <w:i/>
        </w:rPr>
        <w:t>I won’t tell anyone.</w:t>
      </w:r>
    </w:p>
    <w:p/>
    <w:p>
      <w:r>
        <w:t>Now the words wouldn’t come.</w:t>
      </w:r>
    </w:p>
    <w:p/>
    <w:p>
      <w:r>
        <w:t>Ava noticed.</w:t>
      </w:r>
    </w:p>
    <w:p/>
    <w:p>
      <w:r>
        <w:t>“You’re not going to tell your mom, are you?”</w:t>
      </w:r>
    </w:p>
    <w:p/>
    <w:p>
      <w:r>
        <w:t>Elsie looked back at her.</w:t>
      </w:r>
    </w:p>
    <w:p/>
    <w:p>
      <w:r>
        <w:t>“I don’t know.”</w:t>
      </w:r>
    </w:p>
    <w:p/>
    <w:p>
      <w:r>
        <w:t>Ava’s face changed.</w:t>
      </w:r>
    </w:p>
    <w:p/>
    <w:p>
      <w:r>
        <w:t>“Elsie.”</w:t>
      </w:r>
    </w:p>
    <w:p/>
    <w:p>
      <w:r>
        <w:t>“I said I don’t know.”</w:t>
      </w:r>
    </w:p>
    <w:p/>
    <w:p>
      <w:r>
        <w:t>“I told you because…”</w:t>
      </w:r>
    </w:p>
    <w:p/>
    <w:p>
      <w:r>
        <w:t>“I know.”</w:t>
      </w:r>
    </w:p>
    <w:p/>
    <w:p>
      <w:r>
        <w:t>Elsie’s heart started beating harder.</w:t>
      </w:r>
    </w:p>
    <w:p/>
    <w:p>
      <w:r>
        <w:t>Not again.</w:t>
      </w:r>
    </w:p>
    <w:p/>
    <w:p>
      <w:r>
        <w:t>Please not again.</w:t>
      </w:r>
    </w:p>
    <w:p/>
    <w:p>
      <w:r>
        <w:t>She didn’t want another secret with rules she couldn’t understand.</w:t>
      </w:r>
    </w:p>
    <w:p/>
    <w:p>
      <w:r>
        <w:t>She didn’t want another person looking at her like she’d failed some test she didn’t know how to take.</w:t>
      </w:r>
    </w:p>
    <w:p/>
    <w:p>
      <w:r>
        <w:t>But that wasn’t Ava’s problem.</w:t>
      </w:r>
    </w:p>
    <w:p/>
    <w:p>
      <w:r>
        <w:t>That was hers.</w:t>
      </w:r>
    </w:p>
    <w:p/>
    <w:p>
      <w:r>
        <w:t>She took a breath.</w:t>
      </w:r>
    </w:p>
    <w:p/>
    <w:p>
      <w:r>
        <w:t>“I’m not going to run downstairs and call my mom.”</w:t>
      </w:r>
    </w:p>
    <w:p/>
    <w:p>
      <w:r>
        <w:t>Ava relaxed slightly.</w:t>
      </w:r>
    </w:p>
    <w:p/>
    <w:p>
      <w:r>
        <w:t>“But I’m also not going to promise I won’t ever tell an adult if I get scared about you.”</w:t>
      </w:r>
    </w:p>
    <w:p/>
    <w:p>
      <w:r>
        <w:t>Ava looked away.</w:t>
      </w:r>
    </w:p>
    <w:p/>
    <w:p>
      <w:r>
        <w:t>“Maddie.”</w:t>
      </w:r>
    </w:p>
    <w:p/>
    <w:p>
      <w:r>
        <w:t>“Yeah.”</w:t>
      </w:r>
    </w:p>
    <w:p/>
    <w:p>
      <w:r>
        <w:t>“You think this is the same?”</w:t>
      </w:r>
    </w:p>
    <w:p/>
    <w:p>
      <w:r>
        <w:t>“No.”</w:t>
      </w:r>
    </w:p>
    <w:p/>
    <w:p>
      <w:r>
        <w:t>Elsie shook her head.</w:t>
      </w:r>
    </w:p>
    <w:p/>
    <w:p>
      <w:r>
        <w:t>“It isn’t.”</w:t>
      </w:r>
    </w:p>
    <w:p/>
    <w:p>
      <w:r>
        <w:t>Ava looked back at her.</w:t>
      </w:r>
    </w:p>
    <w:p/>
    <w:p>
      <w:r>
        <w:t>“I know that now.”</w:t>
      </w:r>
    </w:p>
    <w:p/>
    <w:p>
      <w:r>
        <w:t>Silence.</w:t>
      </w:r>
    </w:p>
    <w:p/>
    <w:p>
      <w:r>
        <w:t>“With Maddie, I waited until I was terrified and then made the decision without her.”</w:t>
      </w:r>
    </w:p>
    <w:p/>
    <w:p>
      <w:r>
        <w:t>Ava’s face softened slightly.</w:t>
      </w:r>
    </w:p>
    <w:p/>
    <w:p>
      <w:r>
        <w:t>“I don’t want to do that again.”</w:t>
      </w:r>
    </w:p>
    <w:p/>
    <w:p>
      <w:r>
        <w:t>“So what are you doing?”</w:t>
      </w:r>
    </w:p>
    <w:p/>
    <w:p>
      <w:r>
        <w:t>“Telling you now.”</w:t>
      </w:r>
    </w:p>
    <w:p/>
    <w:p>
      <w:r>
        <w:t>“Telling me what?”</w:t>
      </w:r>
    </w:p>
    <w:p/>
    <w:p>
      <w:r>
        <w:t>Elsie swallowed.</w:t>
      </w:r>
    </w:p>
    <w:p/>
    <w:p>
      <w:r>
        <w:t>“That if I think you’re not safe, I’m getting an adult.”</w:t>
      </w:r>
    </w:p>
    <w:p/>
    <w:p>
      <w:r>
        <w:t>Ava looked down.</w:t>
      </w:r>
    </w:p>
    <w:p/>
    <w:p>
      <w:r>
        <w:t>“That sounds like a threat.”</w:t>
      </w:r>
    </w:p>
    <w:p/>
    <w:p>
      <w:r>
        <w:t>“It’s not.”</w:t>
      </w:r>
    </w:p>
    <w:p/>
    <w:p>
      <w:r>
        <w:t>“Feels like one.”</w:t>
      </w:r>
    </w:p>
    <w:p/>
    <w:p>
      <w:r>
        <w:t>“I know.”</w:t>
      </w:r>
    </w:p>
    <w:p/>
    <w:p>
      <w:r>
        <w:t>Elsie waited.</w:t>
      </w:r>
    </w:p>
    <w:p/>
    <w:p>
      <w:r>
        <w:t>Then:</w:t>
      </w:r>
    </w:p>
    <w:p/>
    <w:p>
      <w:r>
        <w:t>“I’m also not deciding you’re unsafe because you had two bad days.”</w:t>
      </w:r>
    </w:p>
    <w:p/>
    <w:p>
      <w:r>
        <w:t>Ava looked at her.</w:t>
      </w:r>
    </w:p>
    <w:p/>
    <w:p>
      <w:r>
        <w:t>“I don’t know enough to decide anything.”</w:t>
      </w:r>
    </w:p>
    <w:p/>
    <w:p>
      <w:r>
        <w:t>That surprised both of them.</w:t>
      </w:r>
    </w:p>
    <w:p/>
    <w:p>
      <w:r>
        <w:t>Apparently Elsie was getting better at saying it.</w:t>
      </w:r>
    </w:p>
    <w:p/>
    <w:p>
      <w:r>
        <w:t>Ava pulled at her sleeve again.</w:t>
      </w:r>
    </w:p>
    <w:p/>
    <w:p>
      <w:r>
        <w:t>“I’m not sick.”</w:t>
      </w:r>
    </w:p>
    <w:p/>
    <w:p>
      <w:r>
        <w:t>“I didn’t say you were.”</w:t>
      </w:r>
    </w:p>
    <w:p/>
    <w:p>
      <w:r>
        <w:t>“I don’t have an eating disorder.”</w:t>
      </w:r>
    </w:p>
    <w:p/>
    <w:p>
      <w:r>
        <w:t>“I didn’t say that either.”</w:t>
      </w:r>
    </w:p>
    <w:p/>
    <w:p>
      <w:r>
        <w:t>“I just freaked out.”</w:t>
      </w:r>
    </w:p>
    <w:p/>
    <w:p>
      <w:r>
        <w:t>“Okay.”</w:t>
      </w:r>
    </w:p>
    <w:p/>
    <w:p>
      <w:r>
        <w:t>“You believe me?”</w:t>
      </w:r>
    </w:p>
    <w:p/>
    <w:p>
      <w:r>
        <w:t>Elsie thought.</w:t>
      </w:r>
    </w:p>
    <w:p/>
    <w:p>
      <w:r>
        <w:t>“I believe that you freaked out.”</w:t>
      </w:r>
    </w:p>
    <w:p/>
    <w:p>
      <w:r>
        <w:t>Ava waited.</w:t>
      </w:r>
    </w:p>
    <w:p/>
    <w:p>
      <w:r>
        <w:t>“And I think freaking out still counts.”</w:t>
      </w:r>
    </w:p>
    <w:p/>
    <w:p>
      <w:r>
        <w:t>Ava looked down.</w:t>
      </w:r>
    </w:p>
    <w:p/>
    <w:p>
      <w:r>
        <w:t>Then nodded.</w:t>
      </w:r>
    </w:p>
    <w:p/>
    <w:p>
      <w:r>
        <w:t>“Okay.”</w:t>
      </w:r>
    </w:p>
    <w:p/>
    <w:p>
      <w:r>
        <w:t>For a minute, neither said anything.</w:t>
      </w:r>
    </w:p>
    <w:p/>
    <w:p>
      <w:r>
        <w:t>Then Ava said:</w:t>
      </w:r>
    </w:p>
    <w:p/>
    <w:p>
      <w:r>
        <w:t>“Do you remember when you asked if I compare myself to you?”</w:t>
      </w:r>
    </w:p>
    <w:p/>
    <w:p>
      <w:r>
        <w:t>Elsie groaned.</w:t>
      </w:r>
    </w:p>
    <w:p/>
    <w:p>
      <w:r>
        <w:t>“Unfortunately.”</w:t>
      </w:r>
    </w:p>
    <w:p/>
    <w:p>
      <w:r>
        <w:t>“I thought you were having a breakdown.”</w:t>
      </w:r>
    </w:p>
    <w:p/>
    <w:p>
      <w:r>
        <w:t>“I was.”</w:t>
      </w:r>
    </w:p>
    <w:p/>
    <w:p>
      <w:r>
        <w:t>“I know.”</w:t>
      </w:r>
    </w:p>
    <w:p/>
    <w:p>
      <w:r>
        <w:t>Ava smiled.</w:t>
      </w:r>
    </w:p>
    <w:p/>
    <w:p>
      <w:r>
        <w:t>Elsie remembered the notebook.</w:t>
      </w:r>
    </w:p>
    <w:p/>
    <w:p>
      <w:r>
        <w:t>The exact line.</w:t>
      </w:r>
    </w:p>
    <w:p/>
    <w:p>
      <w:r>
        <w:t>She’d actually written it.</w:t>
      </w:r>
    </w:p>
    <w:p/>
    <w:p>
      <w:r>
        <w:rPr>
          <w:i/>
        </w:rPr>
        <w:t>Ava — is my Rachel.</w:t>
      </w:r>
    </w:p>
    <w:p/>
    <w:p>
      <w:r>
        <w:t>Then underneath:</w:t>
      </w:r>
    </w:p>
    <w:p/>
    <w:p>
      <w:r>
        <w:rPr>
          <w:i/>
        </w:rPr>
        <w:t>Ava — has nothing to be insecure about.</w:t>
      </w:r>
    </w:p>
    <w:p/>
    <w:p>
      <w:r>
        <w:t>She had crossed out both.</w:t>
      </w:r>
    </w:p>
    <w:p/>
    <w:p>
      <w:r>
        <w:t>Thank God.</w:t>
      </w:r>
    </w:p>
    <w:p/>
    <w:p>
      <w:r>
        <w:t>“I wrote something about you that night.”</w:t>
      </w:r>
    </w:p>
    <w:p/>
    <w:p>
      <w:r>
        <w:t>Ava looked immediately interested.</w:t>
      </w:r>
    </w:p>
    <w:p/>
    <w:p>
      <w:r>
        <w:t>“That sounds dangerous.”</w:t>
      </w:r>
    </w:p>
    <w:p/>
    <w:p>
      <w:r>
        <w:t>“It was.”</w:t>
      </w:r>
    </w:p>
    <w:p/>
    <w:p>
      <w:r>
        <w:t>“What?”</w:t>
      </w:r>
    </w:p>
    <w:p/>
    <w:p>
      <w:r>
        <w:t>“No.”</w:t>
      </w:r>
    </w:p>
    <w:p/>
    <w:p>
      <w:r>
        <w:t>“Elsie.”</w:t>
      </w:r>
    </w:p>
    <w:p/>
    <w:p>
      <w:r>
        <w:t>“It was in my notebook.”</w:t>
      </w:r>
    </w:p>
    <w:p/>
    <w:p>
      <w:r>
        <w:t>“Now you have to tell me.”</w:t>
      </w:r>
    </w:p>
    <w:p/>
    <w:p>
      <w:r>
        <w:t>“I absolutely do not.”</w:t>
      </w:r>
    </w:p>
    <w:p/>
    <w:p>
      <w:r>
        <w:t>Ava stared.</w:t>
      </w:r>
    </w:p>
    <w:p/>
    <w:p>
      <w:r>
        <w:t>Elsie sighed.</w:t>
      </w:r>
    </w:p>
    <w:p/>
    <w:p>
      <w:r>
        <w:t>“I wrote, ‘Ava — is my Rachel.’”</w:t>
      </w:r>
    </w:p>
    <w:p/>
    <w:p>
      <w:r>
        <w:t>Ava blinked.</w:t>
      </w:r>
    </w:p>
    <w:p/>
    <w:p>
      <w:r>
        <w:t>Then:</w:t>
      </w:r>
    </w:p>
    <w:p/>
    <w:p>
      <w:r>
        <w:t>“Oh my gosh.”</w:t>
      </w:r>
    </w:p>
    <w:p/>
    <w:p>
      <w:r>
        <w:t>“I know.”</w:t>
      </w:r>
    </w:p>
    <w:p/>
    <w:p>
      <w:r>
        <w:t>“You made me a Bible person?”</w:t>
      </w:r>
    </w:p>
    <w:p/>
    <w:p>
      <w:r>
        <w:t>“Temporarily.”</w:t>
      </w:r>
    </w:p>
    <w:p/>
    <w:p>
      <w:r>
        <w:t>“Which one is Rachel again?”</w:t>
      </w:r>
    </w:p>
    <w:p/>
    <w:p>
      <w:r>
        <w:t>“The pretty one.”</w:t>
      </w:r>
    </w:p>
    <w:p/>
    <w:p>
      <w:r>
        <w:t>Ava’s mouth fell open.</w:t>
      </w:r>
    </w:p>
    <w:p/>
    <w:p>
      <w:r>
        <w:t>“That is the most backhanded compliment I’ve ever received.”</w:t>
      </w:r>
    </w:p>
    <w:p/>
    <w:p>
      <w:r>
        <w:t>“It gets worse.”</w:t>
      </w:r>
    </w:p>
    <w:p/>
    <w:p>
      <w:r>
        <w:t>“Obviously.”</w:t>
      </w:r>
    </w:p>
    <w:p/>
    <w:p>
      <w:r>
        <w:t>“I also wrote, ‘Ava — has nothing to be insecure about.’”</w:t>
      </w:r>
    </w:p>
    <w:p/>
    <w:p>
      <w:r>
        <w:t>Ava stared.</w:t>
      </w:r>
    </w:p>
    <w:p/>
    <w:p>
      <w:r>
        <w:t>Elsie covered her face.</w:t>
      </w:r>
    </w:p>
    <w:p/>
    <w:p>
      <w:r>
        <w:t>“I crossed it out.”</w:t>
      </w:r>
    </w:p>
    <w:p/>
    <w:p>
      <w:r>
        <w:t>“You better have.”</w:t>
      </w:r>
    </w:p>
    <w:p/>
    <w:p>
      <w:r>
        <w:t>“I did.”</w:t>
      </w:r>
    </w:p>
    <w:p/>
    <w:p>
      <w:r>
        <w:t>Ava laughed.</w:t>
      </w:r>
    </w:p>
    <w:p/>
    <w:p>
      <w:r>
        <w:t>Actually laughed.</w:t>
      </w:r>
    </w:p>
    <w:p/>
    <w:p>
      <w:r>
        <w:t>Then her face softened.</w:t>
      </w:r>
    </w:p>
    <w:p/>
    <w:p>
      <w:r>
        <w:t>“You really thought that?”</w:t>
      </w:r>
    </w:p>
    <w:p/>
    <w:p>
      <w:r>
        <w:t>“Yeah.”</w:t>
      </w:r>
    </w:p>
    <w:p/>
    <w:p>
      <w:r>
        <w:t>“That I had nothing to be insecure about?”</w:t>
      </w:r>
    </w:p>
    <w:p/>
    <w:p>
      <w:r>
        <w:t>Elsie lowered her hands.</w:t>
      </w:r>
    </w:p>
    <w:p/>
    <w:p>
      <w:r>
        <w:t>“Yeah.”</w:t>
      </w:r>
    </w:p>
    <w:p/>
    <w:p>
      <w:r>
        <w:t>“Why?”</w:t>
      </w:r>
    </w:p>
    <w:p/>
    <w:p>
      <w:r>
        <w:t>Elsie looked around the room.</w:t>
      </w:r>
    </w:p>
    <w:p/>
    <w:p>
      <w:r>
        <w:t>Cream comforter.</w:t>
      </w:r>
    </w:p>
    <w:p/>
    <w:p>
      <w:r>
        <w:t>Gold mirror.</w:t>
      </w:r>
    </w:p>
    <w:p/>
    <w:p>
      <w:r>
        <w:t>Perfect pictures.</w:t>
      </w:r>
    </w:p>
    <w:p/>
    <w:p>
      <w:r>
        <w:t>Ava.</w:t>
      </w:r>
    </w:p>
    <w:p/>
    <w:p>
      <w:r>
        <w:t>“I thought you were the person everybody else compares themselves to.”</w:t>
      </w:r>
    </w:p>
    <w:p/>
    <w:p>
      <w:r>
        <w:t>Ava was quiet.</w:t>
      </w:r>
    </w:p>
    <w:p/>
    <w:p>
      <w:r>
        <w:t>“I compare myself to everybody.”</w:t>
      </w:r>
    </w:p>
    <w:p/>
    <w:p>
      <w:r>
        <w:t>Elsie looked at her.</w:t>
      </w:r>
    </w:p>
    <w:p/>
    <w:p>
      <w:r>
        <w:t>“Seriously?”</w:t>
      </w:r>
    </w:p>
    <w:p/>
    <w:p>
      <w:r>
        <w:t>Ava laughed.</w:t>
      </w:r>
    </w:p>
    <w:p/>
    <w:p>
      <w:r>
        <w:t>“Elsie.”</w:t>
      </w:r>
    </w:p>
    <w:p/>
    <w:p>
      <w:r>
        <w:t>“What?”</w:t>
      </w:r>
    </w:p>
    <w:p/>
    <w:p>
      <w:r>
        <w:t>“Yes.”</w:t>
      </w:r>
    </w:p>
    <w:p/>
    <w:p>
      <w:r>
        <w:t>“To who?”</w:t>
      </w:r>
    </w:p>
    <w:p/>
    <w:p>
      <w:r>
        <w:t>“Do you want the alphabetical list?”</w:t>
      </w:r>
    </w:p>
    <w:p/>
    <w:p>
      <w:r>
        <w:t>Elsie stared.</w:t>
      </w:r>
    </w:p>
    <w:p/>
    <w:p>
      <w:r>
        <w:t>Ava started counting on her fingers.</w:t>
      </w:r>
    </w:p>
    <w:p/>
    <w:p>
      <w:r>
        <w:t>“Girls at dance who are smaller than me. Sophie because she has eighty thousand followers. Nora because she doesn’t look like she spends an hour getting ready.”</w:t>
      </w:r>
    </w:p>
    <w:p/>
    <w:p>
      <w:r>
        <w:t>“She does not.”</w:t>
      </w:r>
    </w:p>
    <w:p/>
    <w:p>
      <w:r>
        <w:t>“I know. It’s offensive.”</w:t>
      </w:r>
    </w:p>
    <w:p/>
    <w:p>
      <w:r>
        <w:t>Elsie smiled.</w:t>
      </w:r>
    </w:p>
    <w:p/>
    <w:p>
      <w:r>
        <w:t>Ava continued.</w:t>
      </w:r>
    </w:p>
    <w:p/>
    <w:p>
      <w:r>
        <w:t>“Maddie because she’s funny without trying. Caroline because she’s insanely smart.”</w:t>
      </w:r>
    </w:p>
    <w:p/>
    <w:p>
      <w:r>
        <w:t>Then she looked at Elsie.</w:t>
      </w:r>
    </w:p>
    <w:p/>
    <w:p>
      <w:r>
        <w:t>“And you.”</w:t>
      </w:r>
    </w:p>
    <w:p/>
    <w:p>
      <w:r>
        <w:t>Elsie actually laughed.</w:t>
      </w:r>
    </w:p>
    <w:p/>
    <w:p>
      <w:r>
        <w:t>“No.”</w:t>
      </w:r>
    </w:p>
    <w:p/>
    <w:p>
      <w:r>
        <w:t>“Yes.”</w:t>
      </w:r>
    </w:p>
    <w:p/>
    <w:p>
      <w:r>
        <w:t>“For what?”</w:t>
      </w:r>
    </w:p>
    <w:p/>
    <w:p>
      <w:r>
        <w:t>“You don’t care what your hair looks like.”</w:t>
      </w:r>
    </w:p>
    <w:p/>
    <w:p>
      <w:r>
        <w:t>Elsie’s mouth fell open.</w:t>
      </w:r>
    </w:p>
    <w:p/>
    <w:p>
      <w:r>
        <w:t>“I changed shirts seven times before your house.”</w:t>
      </w:r>
    </w:p>
    <w:p/>
    <w:p>
      <w:r>
        <w:t>“Exactly.”</w:t>
      </w:r>
    </w:p>
    <w:p/>
    <w:p>
      <w:r>
        <w:t>“What does that have to do with my hair?”</w:t>
      </w:r>
    </w:p>
    <w:p/>
    <w:p>
      <w:r>
        <w:t>“Nothing. I forgot where I was going.”</w:t>
      </w:r>
    </w:p>
    <w:p/>
    <w:p>
      <w:r>
        <w:t>Elsie laughed.</w:t>
      </w:r>
    </w:p>
    <w:p/>
    <w:p>
      <w:r>
        <w:t>Ava did too.</w:t>
      </w:r>
    </w:p>
    <w:p/>
    <w:p>
      <w:r>
        <w:t>Then Ava said:</w:t>
      </w:r>
    </w:p>
    <w:p/>
    <w:p>
      <w:r>
        <w:t>“You talk to adults like they’re people.”</w:t>
      </w:r>
    </w:p>
    <w:p/>
    <w:p>
      <w:r>
        <w:t>“What?”</w:t>
      </w:r>
    </w:p>
    <w:p/>
    <w:p>
      <w:r>
        <w:t>“You talk to your mom.”</w:t>
      </w:r>
    </w:p>
    <w:p/>
    <w:p>
      <w:r>
        <w:t>“Unfortunately.”</w:t>
      </w:r>
    </w:p>
    <w:p/>
    <w:p>
      <w:r>
        <w:t>“And your grandma knows everything about you.”</w:t>
      </w:r>
    </w:p>
    <w:p/>
    <w:p>
      <w:r>
        <w:t>Elsie thought of Daniel.</w:t>
      </w:r>
    </w:p>
    <w:p/>
    <w:p>
      <w:r>
        <w:t>Not everything.</w:t>
      </w:r>
    </w:p>
    <w:p/>
    <w:p>
      <w:r>
        <w:t>But more now.</w:t>
      </w:r>
    </w:p>
    <w:p/>
    <w:p>
      <w:r>
        <w:t>“Almost everything.”</w:t>
      </w:r>
    </w:p>
    <w:p/>
    <w:p>
      <w:r>
        <w:t>“And when you say something stupid, you just…”</w:t>
      </w:r>
    </w:p>
    <w:p/>
    <w:p>
      <w:r>
        <w:t>Ava waved a hand.</w:t>
      </w:r>
    </w:p>
    <w:p/>
    <w:p>
      <w:r>
        <w:t>“Keep existing.”</w:t>
      </w:r>
    </w:p>
    <w:p/>
    <w:p>
      <w:r>
        <w:t>Elsie stared.</w:t>
      </w:r>
    </w:p>
    <w:p/>
    <w:p>
      <w:r>
        <w:t>“That is the nicest description of me anyone has ever given.”</w:t>
      </w:r>
    </w:p>
    <w:p/>
    <w:p>
      <w:r>
        <w:t>“You know what I mean.”</w:t>
      </w:r>
    </w:p>
    <w:p/>
    <w:p>
      <w:r>
        <w:t>She did.</w:t>
      </w:r>
    </w:p>
    <w:p/>
    <w:p>
      <w:r>
        <w:t>Maybe.</w:t>
      </w:r>
    </w:p>
    <w:p/>
    <w:p>
      <w:r>
        <w:t>“I think everyone has somebody they think is doing life better,” Ava said.</w:t>
      </w:r>
    </w:p>
    <w:p/>
    <w:p>
      <w:r>
        <w:t>Elsie thought about Leah.</w:t>
      </w:r>
    </w:p>
    <w:p/>
    <w:p>
      <w:r>
        <w:t>Rachel.</w:t>
      </w:r>
    </w:p>
    <w:p/>
    <w:p>
      <w:r>
        <w:t>Rachel wanting what Leah had.</w:t>
      </w:r>
    </w:p>
    <w:p/>
    <w:p>
      <w:r>
        <w:t>Neither one thinking she was lucky.</w:t>
      </w:r>
    </w:p>
    <w:p/>
    <w:p>
      <w:r>
        <w:t>Apparently Bible Study Elsie had not retired completely.</w:t>
      </w:r>
    </w:p>
    <w:p/>
    <w:p>
      <w:r>
        <w:t>But she didn’t say it.</w:t>
      </w:r>
    </w:p>
    <w:p/>
    <w:p>
      <w:r>
        <w:t>This wasn’t about Leah.</w:t>
      </w:r>
    </w:p>
    <w:p/>
    <w:p>
      <w:r>
        <w:t>This was about Ava.</w:t>
      </w:r>
    </w:p>
    <w:p/>
    <w:p>
      <w:r>
        <w:t>That mattered.</w:t>
      </w:r>
    </w:p>
    <w:p/>
    <w:p>
      <w:r>
        <w:t>“Do you want to eat something?” Elsie asked eventually.</w:t>
      </w:r>
    </w:p>
    <w:p/>
    <w:p>
      <w:r>
        <w:t>Ava stiffened.</w:t>
      </w:r>
    </w:p>
    <w:p/>
    <w:p>
      <w:r>
        <w:t>“Don’t make it weird.”</w:t>
      </w:r>
    </w:p>
    <w:p/>
    <w:p>
      <w:r>
        <w:t>“I’m trying not to.”</w:t>
      </w:r>
    </w:p>
    <w:p/>
    <w:p>
      <w:r>
        <w:t>“You made it weird.”</w:t>
      </w:r>
    </w:p>
    <w:p/>
    <w:p>
      <w:r>
        <w:t>“I asked one question.”</w:t>
      </w:r>
    </w:p>
    <w:p/>
    <w:p>
      <w:r>
        <w:t>Ava looked toward the door.</w:t>
      </w:r>
    </w:p>
    <w:p/>
    <w:p>
      <w:r>
        <w:t>“I’m not hungry.”</w:t>
      </w:r>
    </w:p>
    <w:p/>
    <w:p>
      <w:r>
        <w:t>“Okay.”</w:t>
      </w:r>
    </w:p>
    <w:p/>
    <w:p>
      <w:r>
        <w:t>Elsie meant it.</w:t>
      </w:r>
    </w:p>
    <w:p/>
    <w:p>
      <w:r>
        <w:t>She didn’t know what the correct response was.</w:t>
      </w:r>
    </w:p>
    <w:p/>
    <w:p>
      <w:r>
        <w:t>She wished there were instructions.</w:t>
      </w:r>
    </w:p>
    <w:p/>
    <w:p>
      <w:r>
        <w:rPr>
          <w:i/>
        </w:rPr>
        <w:t>WHAT TO SAY WHEN YOUR FRIEND TELLS YOU SHE SKIPPED FOOD BECAUSE HER DANCE COSTUME DIDN’T FIT</w:t>
      </w:r>
    </w:p>
    <w:p/>
    <w:p>
      <w:r>
        <w:t>Probably Google had an answer.</w:t>
      </w:r>
    </w:p>
    <w:p/>
    <w:p>
      <w:r>
        <w:t>She wasn’t going to Google in front of her.</w:t>
      </w:r>
    </w:p>
    <w:p/>
    <w:p>
      <w:r>
        <w:t>Ava sighed.</w:t>
      </w:r>
    </w:p>
    <w:p/>
    <w:p>
      <w:r>
        <w:t>“Maybe.”</w:t>
      </w:r>
    </w:p>
    <w:p/>
    <w:p>
      <w:r>
        <w:t>“Maybe what?”</w:t>
      </w:r>
    </w:p>
    <w:p/>
    <w:p>
      <w:r>
        <w:t>“Food.”</w:t>
      </w:r>
    </w:p>
    <w:p/>
    <w:p>
      <w:r>
        <w:t>“Okay.”</w:t>
      </w:r>
    </w:p>
    <w:p/>
    <w:p>
      <w:r>
        <w:t>“But not because you’re making me.”</w:t>
      </w:r>
    </w:p>
    <w:p/>
    <w:p>
      <w:r>
        <w:t>“Obviously.”</w:t>
      </w:r>
    </w:p>
    <w:p/>
    <w:p>
      <w:r>
        <w:t>“And nothing healthy.”</w:t>
      </w:r>
    </w:p>
    <w:p/>
    <w:p>
      <w:r>
        <w:t>“I would never insult you like that.”</w:t>
      </w:r>
    </w:p>
    <w:p/>
    <w:p>
      <w:r>
        <w:t>Ava smiled.</w:t>
      </w:r>
    </w:p>
    <w:p/>
    <w:p>
      <w:r>
        <w:t>They went downstairs.</w:t>
      </w:r>
    </w:p>
    <w:p/>
    <w:p>
      <w:r>
        <w:t>Mrs. Walker was in the kitchen putting groceries away.</w:t>
      </w:r>
    </w:p>
    <w:p/>
    <w:p>
      <w:r>
        <w:t>She looked up.</w:t>
      </w:r>
    </w:p>
    <w:p/>
    <w:p>
      <w:r>
        <w:t>“There you are.”</w:t>
      </w:r>
    </w:p>
    <w:p/>
    <w:p>
      <w:r>
        <w:t>Ava stopped.</w:t>
      </w:r>
    </w:p>
    <w:p/>
    <w:p>
      <w:r>
        <w:t>“Hi.”</w:t>
      </w:r>
    </w:p>
    <w:p/>
    <w:p>
      <w:r>
        <w:t>Mrs. Walker looked between them.</w:t>
      </w:r>
    </w:p>
    <w:p/>
    <w:p>
      <w:r>
        <w:t>“Everything okay?”</w:t>
      </w:r>
    </w:p>
    <w:p/>
    <w:p>
      <w:r>
        <w:t>Ava’s shoulders tightened.</w:t>
      </w:r>
    </w:p>
    <w:p/>
    <w:p>
      <w:r>
        <w:t>Elsie said nothing.</w:t>
      </w:r>
    </w:p>
    <w:p/>
    <w:p>
      <w:r>
        <w:t>Not hers.</w:t>
      </w:r>
    </w:p>
    <w:p/>
    <w:p>
      <w:r>
        <w:t>Ava glanced at her.</w:t>
      </w:r>
    </w:p>
    <w:p/>
    <w:p>
      <w:r>
        <w:t>Elsie waited.</w:t>
      </w:r>
    </w:p>
    <w:p/>
    <w:p>
      <w:r>
        <w:t>“Yeah,” Ava said.</w:t>
      </w:r>
    </w:p>
    <w:p/>
    <w:p>
      <w:r>
        <w:t>Then:</w:t>
      </w:r>
    </w:p>
    <w:p/>
    <w:p>
      <w:r>
        <w:t>“Kind of.”</w:t>
      </w:r>
    </w:p>
    <w:p/>
    <w:p>
      <w:r>
        <w:t>Mrs. Walker stopped putting away the groceries.</w:t>
      </w:r>
    </w:p>
    <w:p/>
    <w:p>
      <w:r>
        <w:t>Ava looked terrified of the next sentence.</w:t>
      </w:r>
    </w:p>
    <w:p/>
    <w:p>
      <w:r>
        <w:t>Elsie stayed beside her.</w:t>
      </w:r>
    </w:p>
    <w:p/>
    <w:p>
      <w:r>
        <w:t>“I had a bad day.”</w:t>
      </w:r>
    </w:p>
    <w:p/>
    <w:p>
      <w:r>
        <w:t>Mrs. Walker’s expression changed.</w:t>
      </w:r>
    </w:p>
    <w:p/>
    <w:p>
      <w:r>
        <w:t>“Okay.”</w:t>
      </w:r>
    </w:p>
    <w:p/>
    <w:p>
      <w:r>
        <w:t>Ava looked at Elsie again.</w:t>
      </w:r>
    </w:p>
    <w:p/>
    <w:p>
      <w:r>
        <w:t>Then back at her mom.</w:t>
      </w:r>
    </w:p>
    <w:p/>
    <w:p>
      <w:r>
        <w:t>“I don’t want to talk about it yet.”</w:t>
      </w:r>
    </w:p>
    <w:p/>
    <w:p>
      <w:r>
        <w:t>Mrs. Walker was quiet for a second.</w:t>
      </w:r>
    </w:p>
    <w:p/>
    <w:p>
      <w:r>
        <w:t>“Okay.”</w:t>
      </w:r>
    </w:p>
    <w:p/>
    <w:p>
      <w:r>
        <w:t>Ava blinked.</w:t>
      </w:r>
    </w:p>
    <w:p/>
    <w:p>
      <w:r>
        <w:t>“But I will.”</w:t>
      </w:r>
    </w:p>
    <w:p/>
    <w:p>
      <w:r>
        <w:t>Mrs. Walker nodded.</w:t>
      </w:r>
    </w:p>
    <w:p/>
    <w:p>
      <w:r>
        <w:t>“Okay.”</w:t>
      </w:r>
    </w:p>
    <w:p/>
    <w:p>
      <w:r>
        <w:t>Three okays.</w:t>
      </w:r>
    </w:p>
    <w:p/>
    <w:p>
      <w:r>
        <w:t>Apparently sometimes that was enough.</w:t>
      </w:r>
    </w:p>
    <w:p/>
    <w:p>
      <w:r>
        <w:t>Mrs. Walker went back to the groceries.</w:t>
      </w:r>
    </w:p>
    <w:p/>
    <w:p>
      <w:r>
        <w:t>Not because she didn’t care.</w:t>
      </w:r>
    </w:p>
    <w:p/>
    <w:p>
      <w:r>
        <w:t>Because Ava had asked for room.</w:t>
      </w:r>
    </w:p>
    <w:p/>
    <w:p>
      <w:r>
        <w:t>Elsie understood that now.</w:t>
      </w:r>
    </w:p>
    <w:p/>
    <w:p>
      <w:r>
        <w:t>Ava opened the pantry.</w:t>
      </w:r>
    </w:p>
    <w:p/>
    <w:p>
      <w:r>
        <w:t>“What do you want?”</w:t>
      </w:r>
    </w:p>
    <w:p/>
    <w:p>
      <w:r>
        <w:t>Elsie looked inside.</w:t>
      </w:r>
    </w:p>
    <w:p/>
    <w:p>
      <w:r>
        <w:t>“Why do rich people have twelve kinds of crackers?”</w:t>
      </w:r>
    </w:p>
    <w:p/>
    <w:p>
      <w:r>
        <w:t>“We’re not rich.”</w:t>
      </w:r>
    </w:p>
    <w:p/>
    <w:p>
      <w:r>
        <w:t>“You have rosemary water crackers.”</w:t>
      </w:r>
    </w:p>
    <w:p/>
    <w:p>
      <w:r>
        <w:t>“My mom likes cheese boards.”</w:t>
      </w:r>
    </w:p>
    <w:p/>
    <w:p>
      <w:r>
        <w:t>From across the kitchen, Mrs. Walker said:</w:t>
      </w:r>
    </w:p>
    <w:p/>
    <w:p>
      <w:r>
        <w:t>“I heard that.”</w:t>
      </w:r>
    </w:p>
    <w:p/>
    <w:p>
      <w:r>
        <w:t>Elsie smiled.</w:t>
      </w:r>
    </w:p>
    <w:p/>
    <w:p>
      <w:r>
        <w:t>“Respectfully, Mrs. Walker, nobody needs this many crackers.”</w:t>
      </w:r>
    </w:p>
    <w:p/>
    <w:p>
      <w:r>
        <w:t>“Get out of my house.”</w:t>
      </w:r>
    </w:p>
    <w:p/>
    <w:p>
      <w:r>
        <w:t>Ava laughed.</w:t>
      </w:r>
    </w:p>
    <w:p/>
    <w:p>
      <w:r>
        <w:t>She pulled out a box of Cheez-Its.</w:t>
      </w:r>
    </w:p>
    <w:p/>
    <w:p>
      <w:r>
        <w:t>“Better?”</w:t>
      </w:r>
    </w:p>
    <w:p/>
    <w:p>
      <w:r>
        <w:t>“Much.”</w:t>
      </w:r>
    </w:p>
    <w:p/>
    <w:p>
      <w:r>
        <w:t>They sat at the kitchen island with the box between them.</w:t>
      </w:r>
    </w:p>
    <w:p/>
    <w:p>
      <w:r>
        <w:t>Ava ate one.</w:t>
      </w:r>
    </w:p>
    <w:p/>
    <w:p>
      <w:r>
        <w:t>Elsie noticed.</w:t>
      </w:r>
    </w:p>
    <w:p/>
    <w:p>
      <w:r>
        <w:t>Then deliberately looked at Mrs. Walker’s absurd cracker collection instead.</w:t>
      </w:r>
    </w:p>
    <w:p/>
    <w:p>
      <w:r>
        <w:t>Ava ate another.</w:t>
      </w:r>
    </w:p>
    <w:p/>
    <w:p>
      <w:r>
        <w:t>Elsie did not count.</w:t>
      </w:r>
    </w:p>
    <w:p/>
    <w:p>
      <w:r>
        <w:t>They talked about bangs.</w:t>
      </w:r>
    </w:p>
    <w:p/>
    <w:p>
      <w:r>
        <w:t>And Mason.</w:t>
      </w:r>
    </w:p>
    <w:p/>
    <w:p>
      <w:r>
        <w:t>And whether Maddie would actually steal Ava’s blue sweater if she died.</w:t>
      </w:r>
    </w:p>
    <w:p/>
    <w:p>
      <w:r>
        <w:t>She would.</w:t>
      </w:r>
    </w:p>
    <w:p/>
    <w:p>
      <w:r>
        <w:t>Definitely.</w:t>
      </w:r>
    </w:p>
    <w:p/>
    <w:p>
      <w:r>
        <w:t>At some point, it became two girls eating Cheez-Its.</w:t>
      </w:r>
    </w:p>
    <w:p/>
    <w:p>
      <w:r>
        <w:t>Which felt like the goal.</w:t>
      </w:r>
    </w:p>
    <w:p/>
    <w:p>
      <w:r>
        <w:t>At 9:14, Elsie’s mom pulled into the driveway.</w:t>
      </w:r>
    </w:p>
    <w:p/>
    <w:p>
      <w:r>
        <w:t>Ava walked her to the door.</w:t>
      </w:r>
    </w:p>
    <w:p/>
    <w:p>
      <w:r>
        <w:t>“Are you going to tell her?”</w:t>
      </w:r>
    </w:p>
    <w:p/>
    <w:p>
      <w:r>
        <w:t>Elsie looked toward the car.</w:t>
      </w:r>
    </w:p>
    <w:p/>
    <w:p>
      <w:r>
        <w:t>“No.”</w:t>
      </w:r>
    </w:p>
    <w:p/>
    <w:p>
      <w:r>
        <w:t>Ava exhaled.</w:t>
      </w:r>
    </w:p>
    <w:p/>
    <w:p>
      <w:r>
        <w:t>“Tonight.”</w:t>
      </w:r>
    </w:p>
    <w:p/>
    <w:p>
      <w:r>
        <w:t>Ava looked back at her.</w:t>
      </w:r>
    </w:p>
    <w:p/>
    <w:p>
      <w:r>
        <w:t>Elsie continued.</w:t>
      </w:r>
    </w:p>
    <w:p/>
    <w:p>
      <w:r>
        <w:t>“I don’t think what you told me means I need to tell someone tonight.”</w:t>
      </w:r>
    </w:p>
    <w:p/>
    <w:p>
      <w:r>
        <w:t>“Okay.”</w:t>
      </w:r>
    </w:p>
    <w:p/>
    <w:p>
      <w:r>
        <w:t>“But…”</w:t>
      </w:r>
    </w:p>
    <w:p/>
    <w:p>
      <w:r>
        <w:t>Ava groaned.</w:t>
      </w:r>
    </w:p>
    <w:p/>
    <w:p>
      <w:r>
        <w:t>“There’s a but.”</w:t>
      </w:r>
    </w:p>
    <w:p/>
    <w:p>
      <w:r>
        <w:t>“There’s always a but.”</w:t>
      </w:r>
    </w:p>
    <w:p/>
    <w:p>
      <w:r>
        <w:t>“I meant what I said upstairs.”</w:t>
      </w:r>
    </w:p>
    <w:p/>
    <w:p>
      <w:r>
        <w:t>Ava crossed her arms.</w:t>
      </w:r>
    </w:p>
    <w:p/>
    <w:p>
      <w:r>
        <w:t>“If this gets bigger…”</w:t>
      </w:r>
    </w:p>
    <w:p/>
    <w:p>
      <w:r>
        <w:t>“It won’t.”</w:t>
      </w:r>
    </w:p>
    <w:p/>
    <w:p>
      <w:r>
        <w:t>“Ava.”</w:t>
      </w:r>
    </w:p>
    <w:p/>
    <w:p>
      <w:r>
        <w:t>“Fine.”</w:t>
      </w:r>
    </w:p>
    <w:p/>
    <w:p>
      <w:r>
        <w:t>“If you’re skipping meals more, or making yourself sick, or you feel like you can’t eat, or I get scared…”</w:t>
      </w:r>
    </w:p>
    <w:p/>
    <w:p>
      <w:r>
        <w:t>Ava looked away.</w:t>
      </w:r>
    </w:p>
    <w:p/>
    <w:p>
      <w:r>
        <w:t>“I’m getting an adult.”</w:t>
      </w:r>
    </w:p>
    <w:p/>
    <w:p>
      <w:r>
        <w:t>“That sounds like you’re asking permission to betray me.”</w:t>
      </w:r>
    </w:p>
    <w:p/>
    <w:p>
      <w:r>
        <w:t>The word hit.</w:t>
      </w:r>
    </w:p>
    <w:p/>
    <w:p>
      <w:r>
        <w:t>Elsie let it.</w:t>
      </w:r>
    </w:p>
    <w:p/>
    <w:p>
      <w:r>
        <w:t>Maybe it was supposed to.</w:t>
      </w:r>
    </w:p>
    <w:p/>
    <w:p>
      <w:r>
        <w:t>“No.”</w:t>
      </w:r>
    </w:p>
    <w:p/>
    <w:p>
      <w:r>
        <w:t>She swallowed.</w:t>
      </w:r>
    </w:p>
    <w:p/>
    <w:p>
      <w:r>
        <w:t>“I’m telling you now what I wish I’d told Maddie before I called my mom.”</w:t>
      </w:r>
    </w:p>
    <w:p/>
    <w:p>
      <w:r>
        <w:t>Ava looked at her.</w:t>
      </w:r>
    </w:p>
    <w:p/>
    <w:p>
      <w:r>
        <w:t>“If I think you’re not safe, I will get help.”</w:t>
      </w:r>
    </w:p>
    <w:p/>
    <w:p>
      <w:r>
        <w:t>Silence.</w:t>
      </w:r>
    </w:p>
    <w:p/>
    <w:p>
      <w:r>
        <w:t>“And you can hate me.”</w:t>
      </w:r>
    </w:p>
    <w:p/>
    <w:p>
      <w:r>
        <w:t>Ava’s face tightened.</w:t>
      </w:r>
    </w:p>
    <w:p/>
    <w:p>
      <w:r>
        <w:t>“I’d rather you tell your mom yourself. Or your dance teacher. Or a counselor. Or your doctor. Somebody.”</w:t>
      </w:r>
    </w:p>
    <w:p/>
    <w:p>
      <w:r>
        <w:t>“My mom will make it a thing.”</w:t>
      </w:r>
    </w:p>
    <w:p/>
    <w:p>
      <w:r>
        <w:t>Elsie looked through the doorway.</w:t>
      </w:r>
    </w:p>
    <w:p/>
    <w:p>
      <w:r>
        <w:t>Mrs. Walker was still in the kitchen.</w:t>
      </w:r>
    </w:p>
    <w:p/>
    <w:p>
      <w:r>
        <w:t>Maybe she would.</w:t>
      </w:r>
    </w:p>
    <w:p/>
    <w:p>
      <w:r>
        <w:t>Maybe she wouldn’t.</w:t>
      </w:r>
    </w:p>
    <w:p/>
    <w:p>
      <w:r>
        <w:t>“Then tell her what kind of thing you need it to be.”</w:t>
      </w:r>
    </w:p>
    <w:p/>
    <w:p>
      <w:r>
        <w:t>Ava looked at her.</w:t>
      </w:r>
    </w:p>
    <w:p/>
    <w:p>
      <w:r>
        <w:t>“That sounds suspiciously mature.”</w:t>
      </w:r>
    </w:p>
    <w:p/>
    <w:p>
      <w:r>
        <w:t>“I hate it too.”</w:t>
      </w:r>
    </w:p>
    <w:p/>
    <w:p>
      <w:r>
        <w:t>Ava smiled.</w:t>
      </w:r>
    </w:p>
    <w:p/>
    <w:p>
      <w:r>
        <w:t>Then sighed.</w:t>
      </w:r>
    </w:p>
    <w:p/>
    <w:p>
      <w:r>
        <w:t>“I’m not sick, Elsie.”</w:t>
      </w:r>
    </w:p>
    <w:p/>
    <w:p>
      <w:r>
        <w:t>“I know.”</w:t>
      </w:r>
    </w:p>
    <w:p/>
    <w:p>
      <w:r>
        <w:t>Ava narrowed her eyes.</w:t>
      </w:r>
    </w:p>
    <w:p/>
    <w:p>
      <w:r>
        <w:t>“You just said—”</w:t>
      </w:r>
    </w:p>
    <w:p/>
    <w:p>
      <w:r>
        <w:t>“I know you’re telling me you’re not sick.”</w:t>
      </w:r>
    </w:p>
    <w:p/>
    <w:p>
      <w:r>
        <w:t>Elsie paused.</w:t>
      </w:r>
    </w:p>
    <w:p/>
    <w:p>
      <w:r>
        <w:t>“I also know I’m not qualified to decide whether you are.”</w:t>
      </w:r>
    </w:p>
    <w:p/>
    <w:p>
      <w:r>
        <w:t>Ava stared.</w:t>
      </w:r>
    </w:p>
    <w:p/>
    <w:p>
      <w:r>
        <w:t>“That’s incredibly annoying.”</w:t>
      </w:r>
    </w:p>
    <w:p/>
    <w:p>
      <w:r>
        <w:t>“I’m growing.”</w:t>
      </w:r>
    </w:p>
    <w:p/>
    <w:p>
      <w:r>
        <w:t>“Stop.”</w:t>
      </w:r>
    </w:p>
    <w:p/>
    <w:p>
      <w:r>
        <w:t>“No.”</w:t>
      </w:r>
    </w:p>
    <w:p/>
    <w:p>
      <w:r>
        <w:t>Ava rolled her eyes.</w:t>
      </w:r>
    </w:p>
    <w:p/>
    <w:p>
      <w:r>
        <w:t>Then:</w:t>
      </w:r>
    </w:p>
    <w:p/>
    <w:p>
      <w:r>
        <w:t>“I’ll talk to my mom.”</w:t>
      </w:r>
    </w:p>
    <w:p/>
    <w:p>
      <w:r>
        <w:t>Elsie’s chest loosened.</w:t>
      </w:r>
    </w:p>
    <w:p/>
    <w:p>
      <w:r>
        <w:t>“Tonight?”</w:t>
      </w:r>
    </w:p>
    <w:p/>
    <w:p>
      <w:r>
        <w:t>“Maybe tomorrow.”</w:t>
      </w:r>
    </w:p>
    <w:p/>
    <w:p>
      <w:r>
        <w:t>Elsie looked at her.</w:t>
      </w:r>
    </w:p>
    <w:p/>
    <w:p>
      <w:r>
        <w:t>Ava groaned.</w:t>
      </w:r>
    </w:p>
    <w:p/>
    <w:p>
      <w:r>
        <w:t>“Fine. Tonight.”</w:t>
      </w:r>
    </w:p>
    <w:p/>
    <w:p>
      <w:r>
        <w:t>“Actual fine?”</w:t>
      </w:r>
    </w:p>
    <w:p/>
    <w:p>
      <w:r>
        <w:t>“Don’t ruin it.”</w:t>
      </w:r>
    </w:p>
    <w:p/>
    <w:p>
      <w:r>
        <w:t>Elsie smiled.</w:t>
      </w:r>
    </w:p>
    <w:p/>
    <w:p>
      <w:r>
        <w:t>Ava hugged her.</w:t>
      </w:r>
    </w:p>
    <w:p/>
    <w:p>
      <w:r>
        <w:t>Elsie hugged back.</w:t>
      </w:r>
    </w:p>
    <w:p/>
    <w:p>
      <w:r>
        <w:t>Then Ava whispered:</w:t>
      </w:r>
    </w:p>
    <w:p/>
    <w:p>
      <w:r>
        <w:t>“Don’t tell Maddie.”</w:t>
      </w:r>
    </w:p>
    <w:p/>
    <w:p>
      <w:r>
        <w:t>“I won’t.”</w:t>
      </w:r>
    </w:p>
    <w:p/>
    <w:p>
      <w:r>
        <w:t>Ava pulled away.</w:t>
      </w:r>
    </w:p>
    <w:p/>
    <w:p>
      <w:r>
        <w:t>“Unless I’m dying.”</w:t>
      </w:r>
    </w:p>
    <w:p/>
    <w:p>
      <w:r>
        <w:t>“Correct.”</w:t>
      </w:r>
    </w:p>
    <w:p/>
    <w:p>
      <w:r>
        <w:t>“Very reassuring.”</w:t>
      </w:r>
    </w:p>
    <w:p/>
    <w:p>
      <w:r>
        <w:t>“I’ve learned boundaries.”</w:t>
      </w:r>
    </w:p>
    <w:p/>
    <w:p>
      <w:r>
        <w:t>“You’ve become exhausting.”</w:t>
      </w:r>
    </w:p>
    <w:p/>
    <w:p>
      <w:r>
        <w:t>“Spiritual growth.”</w:t>
      </w:r>
    </w:p>
    <w:p/>
    <w:p>
      <w:r>
        <w:t>Ava shut the door in her face.</w:t>
      </w:r>
    </w:p>
    <w:p/>
    <w:p>
      <w:r>
        <w:t>In the car, her mom waited until they’d turned out of Ava’s neighborhood.</w:t>
      </w:r>
    </w:p>
    <w:p/>
    <w:p>
      <w:r>
        <w:t>Then:</w:t>
      </w:r>
    </w:p>
    <w:p/>
    <w:p>
      <w:r>
        <w:t>“Doctor’s appointment?”</w:t>
      </w:r>
    </w:p>
    <w:p/>
    <w:p>
      <w:r>
        <w:t>Elsie closed her eyes.</w:t>
      </w:r>
    </w:p>
    <w:p/>
    <w:p>
      <w:r>
        <w:t>“I panicked.”</w:t>
      </w:r>
    </w:p>
    <w:p/>
    <w:p>
      <w:r>
        <w:t>“I gathered.”</w:t>
      </w:r>
    </w:p>
    <w:p/>
    <w:p>
      <w:r>
        <w:t>“Sorry.”</w:t>
      </w:r>
    </w:p>
    <w:p/>
    <w:p>
      <w:r>
        <w:t>“You’re a terrible liar.”</w:t>
      </w:r>
    </w:p>
    <w:p/>
    <w:p>
      <w:r>
        <w:t>“That’s apparently a compliment now.”</w:t>
      </w:r>
    </w:p>
    <w:p/>
    <w:p>
      <w:r>
        <w:t>Her mom glanced at her.</w:t>
      </w:r>
    </w:p>
    <w:p/>
    <w:p>
      <w:r>
        <w:t>“Is Ava okay?”</w:t>
      </w:r>
    </w:p>
    <w:p/>
    <w:p>
      <w:r>
        <w:t>Elsie looked out the window.</w:t>
      </w:r>
    </w:p>
    <w:p/>
    <w:p>
      <w:r>
        <w:t>Streetlights moved across the glass.</w:t>
      </w:r>
    </w:p>
    <w:p/>
    <w:p>
      <w:r>
        <w:t>“She had a hard day.”</w:t>
      </w:r>
    </w:p>
    <w:p/>
    <w:p>
      <w:r>
        <w:t>Her mom nodded.</w:t>
      </w:r>
    </w:p>
    <w:p/>
    <w:p>
      <w:r>
        <w:t>“Anything I need to know?”</w:t>
      </w:r>
    </w:p>
    <w:p/>
    <w:p>
      <w:r>
        <w:t>Elsie thought carefully.</w:t>
      </w:r>
    </w:p>
    <w:p/>
    <w:p>
      <w:r>
        <w:t>“No.”</w:t>
      </w:r>
    </w:p>
    <w:p/>
    <w:p>
      <w:r>
        <w:t>Then:</w:t>
      </w:r>
    </w:p>
    <w:p/>
    <w:p>
      <w:r>
        <w:t>“Not right now.”</w:t>
      </w:r>
    </w:p>
    <w:p/>
    <w:p>
      <w:r>
        <w:t>Her mom looked over.</w:t>
      </w:r>
    </w:p>
    <w:p/>
    <w:p>
      <w:r>
        <w:t>That was different.</w:t>
      </w:r>
    </w:p>
    <w:p/>
    <w:p>
      <w:r>
        <w:t>Elsie knew she heard it.</w:t>
      </w:r>
    </w:p>
    <w:p/>
    <w:p>
      <w:r>
        <w:t>“Okay.”</w:t>
      </w:r>
    </w:p>
    <w:p/>
    <w:p>
      <w:r>
        <w:t>No interrogation.</w:t>
      </w:r>
    </w:p>
    <w:p/>
    <w:p>
      <w:r>
        <w:t>No lecture.</w:t>
      </w:r>
    </w:p>
    <w:p/>
    <w:p>
      <w:r>
        <w:t>Just okay.</w:t>
      </w:r>
    </w:p>
    <w:p/>
    <w:p>
      <w:r>
        <w:t>Elsie leaned her head against the window.</w:t>
      </w:r>
    </w:p>
    <w:p/>
    <w:p>
      <w:r>
        <w:t>After a minute, she said:</w:t>
      </w:r>
    </w:p>
    <w:p/>
    <w:p>
      <w:r>
        <w:t>“Mom?”</w:t>
      </w:r>
    </w:p>
    <w:p/>
    <w:p>
      <w:r>
        <w:t>“Hmm?”</w:t>
      </w:r>
    </w:p>
    <w:p/>
    <w:p>
      <w:r>
        <w:t>“If somebody thinks something about themselves that isn’t true, are you supposed to tell them?”</w:t>
      </w:r>
    </w:p>
    <w:p/>
    <w:p>
      <w:r>
        <w:t>“That depends.”</w:t>
      </w:r>
    </w:p>
    <w:p/>
    <w:p>
      <w:r>
        <w:t>“Why does every adult answer everything with that?”</w:t>
      </w:r>
    </w:p>
    <w:p/>
    <w:p>
      <w:r>
        <w:t>“Because we’re wise.”</w:t>
      </w:r>
    </w:p>
    <w:p/>
    <w:p>
      <w:r>
        <w:t>“Annoying.”</w:t>
      </w:r>
    </w:p>
    <w:p/>
    <w:p>
      <w:r>
        <w:t>“That too.”</w:t>
      </w:r>
    </w:p>
    <w:p/>
    <w:p>
      <w:r>
        <w:t>Elsie watched houses pass.</w:t>
      </w:r>
    </w:p>
    <w:p/>
    <w:p>
      <w:r>
        <w:t>“Like if somebody thinks they’re ugly.”</w:t>
      </w:r>
    </w:p>
    <w:p/>
    <w:p>
      <w:r>
        <w:t>“Yes, you can tell them they’re not ugly.”</w:t>
      </w:r>
    </w:p>
    <w:p/>
    <w:p>
      <w:r>
        <w:t>“But what if they don’t believe you?”</w:t>
      </w:r>
    </w:p>
    <w:p/>
    <w:p>
      <w:r>
        <w:t>Her mom thought.</w:t>
      </w:r>
    </w:p>
    <w:p/>
    <w:p>
      <w:r>
        <w:t>“Then I guess you love them without making your love dependent on convincing them.”</w:t>
      </w:r>
    </w:p>
    <w:p/>
    <w:p>
      <w:r>
        <w:t>Elsie frowned.</w:t>
      </w:r>
    </w:p>
    <w:p/>
    <w:p>
      <w:r>
        <w:t>“That sounds suspiciously wise.”</w:t>
      </w:r>
    </w:p>
    <w:p/>
    <w:p>
      <w:r>
        <w:t>“I’m forty-three. It happens occasionally.”</w:t>
      </w:r>
    </w:p>
    <w:p/>
    <w:p>
      <w:r>
        <w:t>Elsie looked at her.</w:t>
      </w:r>
    </w:p>
    <w:p/>
    <w:p>
      <w:r>
        <w:t>Forty-three.</w:t>
      </w:r>
    </w:p>
    <w:p/>
    <w:p>
      <w:r>
        <w:t>Grandma had been twenty when Daniel died.</w:t>
      </w:r>
    </w:p>
    <w:p/>
    <w:p>
      <w:r>
        <w:t>Her mom had been thirty-two when Elsie announced Grandma was thirty-three.</w:t>
      </w:r>
    </w:p>
    <w:p/>
    <w:p>
      <w:r>
        <w:t>People had entire lives inside them.</w:t>
      </w:r>
    </w:p>
    <w:p/>
    <w:p>
      <w:r>
        <w:t>Apparently even mothers.</w:t>
      </w:r>
    </w:p>
    <w:p/>
    <w:p>
      <w:r>
        <w:t>“Did you ever hate your body?”</w:t>
      </w:r>
    </w:p>
    <w:p/>
    <w:p>
      <w:r>
        <w:t>Her mom glanced over.</w:t>
      </w:r>
    </w:p>
    <w:p/>
    <w:p>
      <w:r>
        <w:t>“Is this about Ava?”</w:t>
      </w:r>
    </w:p>
    <w:p/>
    <w:p>
      <w:r>
        <w:t>“No.”</w:t>
      </w:r>
    </w:p>
    <w:p/>
    <w:p>
      <w:r>
        <w:t>It wasn’t.</w:t>
      </w:r>
    </w:p>
    <w:p/>
    <w:p>
      <w:r>
        <w:t>Not entirely.</w:t>
      </w:r>
    </w:p>
    <w:p/>
    <w:p>
      <w:r>
        <w:t>Her mom looked back at the road.</w:t>
      </w:r>
    </w:p>
    <w:p/>
    <w:p>
      <w:r>
        <w:t>“Yes.”</w:t>
      </w:r>
    </w:p>
    <w:p/>
    <w:p>
      <w:r>
        <w:t>Elsie blinked.</w:t>
      </w:r>
    </w:p>
    <w:p/>
    <w:p>
      <w:r>
        <w:t>“Really?”</w:t>
      </w:r>
    </w:p>
    <w:p/>
    <w:p>
      <w:r>
        <w:t>“Elsie.”</w:t>
      </w:r>
    </w:p>
    <w:p/>
    <w:p>
      <w:r>
        <w:t>“What?”</w:t>
      </w:r>
    </w:p>
    <w:p/>
    <w:p>
      <w:r>
        <w:t>“I am a woman who has existed on Earth.”</w:t>
      </w:r>
    </w:p>
    <w:p/>
    <w:p>
      <w:r>
        <w:t>“Right.”</w:t>
      </w:r>
    </w:p>
    <w:p/>
    <w:p>
      <w:r>
        <w:t>Her mom smiled.</w:t>
      </w:r>
    </w:p>
    <w:p/>
    <w:p>
      <w:r>
        <w:t>“Yes. Really.”</w:t>
      </w:r>
    </w:p>
    <w:p/>
    <w:p>
      <w:r>
        <w:t>“When?”</w:t>
      </w:r>
    </w:p>
    <w:p/>
    <w:p>
      <w:r>
        <w:t>“Different times.”</w:t>
      </w:r>
    </w:p>
    <w:p/>
    <w:p>
      <w:r>
        <w:t>“Why?”</w:t>
      </w:r>
    </w:p>
    <w:p/>
    <w:p>
      <w:r>
        <w:t>“Different reasons.”</w:t>
      </w:r>
    </w:p>
    <w:p/>
    <w:p>
      <w:r>
        <w:t>Elsie waited.</w:t>
      </w:r>
    </w:p>
    <w:p/>
    <w:p>
      <w:r>
        <w:t>Her mom sighed.</w:t>
      </w:r>
    </w:p>
    <w:p/>
    <w:p>
      <w:r>
        <w:t>“You want the answer where I tell you I learned to love every part of myself and never thought anything mean about my body again?”</w:t>
      </w:r>
    </w:p>
    <w:p/>
    <w:p>
      <w:r>
        <w:t>“That would be convenient.”</w:t>
      </w:r>
    </w:p>
    <w:p/>
    <w:p>
      <w:r>
        <w:t>“Sorry.”</w:t>
      </w:r>
    </w:p>
    <w:p/>
    <w:p>
      <w:r>
        <w:t>“Rude.”</w:t>
      </w:r>
    </w:p>
    <w:p/>
    <w:p>
      <w:r>
        <w:t>“I’ve gotten better.”</w:t>
      </w:r>
    </w:p>
    <w:p/>
    <w:p>
      <w:r>
        <w:t>“At what?”</w:t>
      </w:r>
    </w:p>
    <w:p/>
    <w:p>
      <w:r>
        <w:t>“Not treating every thought I have about myself like it deserves to become a fact.”</w:t>
      </w:r>
    </w:p>
    <w:p/>
    <w:p>
      <w:r>
        <w:t>Elsie went quiet.</w:t>
      </w:r>
    </w:p>
    <w:p/>
    <w:p>
      <w:r>
        <w:t>That one stayed.</w:t>
      </w:r>
    </w:p>
    <w:p/>
    <w:p>
      <w:r>
        <w:t>At home, she opened her notebook.</w:t>
      </w:r>
    </w:p>
    <w:p/>
    <w:p>
      <w:r>
        <w:t>She found the page from weeks ago.</w:t>
      </w:r>
    </w:p>
    <w:p/>
    <w:p>
      <w:r>
        <w:rPr>
          <w:b/>
        </w:rPr>
        <w:t>THINGS I HAVE DECIDED ABOUT PEOPLE WITHOUT ASKING</w:t>
      </w:r>
    </w:p>
    <w:p/>
    <w:p>
      <w:r>
        <w:t>Several lines crossed out.</w:t>
      </w:r>
    </w:p>
    <w:p/>
    <w:p>
      <w:r>
        <w:t>Then:</w:t>
      </w:r>
    </w:p>
    <w:p/>
    <w:p>
      <w:r>
        <w:rPr>
          <w:i/>
        </w:rPr>
        <w:t>Ava — is my Rachel.</w:t>
      </w:r>
    </w:p>
    <w:p/>
    <w:p>
      <w:r>
        <w:t>Crossed out.</w:t>
      </w:r>
    </w:p>
    <w:p/>
    <w:p>
      <w:r>
        <w:t>Underneath:</w:t>
      </w:r>
    </w:p>
    <w:p/>
    <w:p>
      <w:r>
        <w:rPr>
          <w:i/>
        </w:rPr>
        <w:t>Ava — has nothing to be insecure about.</w:t>
      </w:r>
    </w:p>
    <w:p/>
    <w:p>
      <w:r>
        <w:t>Crossed out.</w:t>
      </w:r>
    </w:p>
    <w:p/>
    <w:p>
      <w:r>
        <w:t>Elsie stared at them.</w:t>
      </w:r>
    </w:p>
    <w:p/>
    <w:p>
      <w:r>
        <w:t>She had thought crossing them out meant she understood.</w:t>
      </w:r>
    </w:p>
    <w:p/>
    <w:p>
      <w:r>
        <w:t>She hadn’t.</w:t>
      </w:r>
    </w:p>
    <w:p/>
    <w:p>
      <w:r>
        <w:t>Not really.</w:t>
      </w:r>
    </w:p>
    <w:p/>
    <w:p>
      <w:r>
        <w:t>She’d understood the lesson.</w:t>
      </w:r>
    </w:p>
    <w:p/>
    <w:p>
      <w:r>
        <w:t>That wasn’t the same as understanding Ava.</w:t>
      </w:r>
    </w:p>
    <w:p/>
    <w:p>
      <w:r>
        <w:t>She turned to a blank page.</w:t>
      </w:r>
    </w:p>
    <w:p/>
    <w:p>
      <w:r>
        <w:t>Almost wrote:</w:t>
      </w:r>
    </w:p>
    <w:p/>
    <w:p>
      <w:r>
        <w:t>Ava —</w:t>
      </w:r>
    </w:p>
    <w:p/>
    <w:p>
      <w:r>
        <w:t>Then stopped.</w:t>
      </w:r>
    </w:p>
    <w:p/>
    <w:p>
      <w:r>
        <w:t>The library came back to her.</w:t>
      </w:r>
    </w:p>
    <w:p/>
    <w:p>
      <w:r>
        <w:t>Nora leaning over the notebook.</w:t>
      </w:r>
    </w:p>
    <w:p/>
    <w:p>
      <w:r>
        <w:rPr>
          <w:i/>
        </w:rPr>
        <w:t>Maybe don’t.</w:t>
      </w:r>
    </w:p>
    <w:p/>
    <w:p>
      <w:r>
        <w:t>Elsie smiled.</w:t>
      </w:r>
    </w:p>
    <w:p/>
    <w:p>
      <w:r>
        <w:t>Right.</w:t>
      </w:r>
    </w:p>
    <w:p/>
    <w:p>
      <w:r>
        <w:t>No sentence.</w:t>
      </w:r>
    </w:p>
    <w:p/>
    <w:p>
      <w:r>
        <w:t>Not even a better one.</w:t>
      </w:r>
    </w:p>
    <w:p/>
    <w:p>
      <w:r>
        <w:t>Ava was beautiful.</w:t>
      </w:r>
    </w:p>
    <w:p/>
    <w:p>
      <w:r>
        <w:t>Ava knew she was beautiful sometimes.</w:t>
      </w:r>
    </w:p>
    <w:p/>
    <w:p>
      <w:r>
        <w:t>Ava hated her nose.</w:t>
      </w:r>
    </w:p>
    <w:p/>
    <w:p>
      <w:r>
        <w:t>Ava loved her new bangs and checked them fourteen times.</w:t>
      </w:r>
    </w:p>
    <w:p/>
    <w:p>
      <w:r>
        <w:t>Ava had been “the skinny one” and liked being the skinny one.</w:t>
      </w:r>
    </w:p>
    <w:p/>
    <w:p>
      <w:r>
        <w:t>A dance costume didn’t fit.</w:t>
      </w:r>
    </w:p>
    <w:p/>
    <w:p>
      <w:r>
        <w:t>Her mother said something that may or may not have meant what Ava heard.</w:t>
      </w:r>
    </w:p>
    <w:p/>
    <w:p>
      <w:r>
        <w:t>Ava skipped meals.</w:t>
      </w:r>
    </w:p>
    <w:p/>
    <w:p>
      <w:r>
        <w:t>Ava ate Cheez-Its.</w:t>
      </w:r>
    </w:p>
    <w:p/>
    <w:p>
      <w:r>
        <w:t>Ava was going to talk to her mom.</w:t>
      </w:r>
    </w:p>
    <w:p/>
    <w:p>
      <w:r>
        <w:t>Ava compared herself to everybody.</w:t>
      </w:r>
    </w:p>
    <w:p/>
    <w:p>
      <w:r>
        <w:t>Ava thought Elsie was doing parts of life better than she was.</w:t>
      </w:r>
    </w:p>
    <w:p/>
    <w:p>
      <w:r>
        <w:t>None of those sentences explained Ava.</w:t>
      </w:r>
    </w:p>
    <w:p/>
    <w:p>
      <w:r>
        <w:t>Together they still didn’t.</w:t>
      </w:r>
    </w:p>
    <w:p/>
    <w:p>
      <w:r>
        <w:t>Elsie thought about Daniel.</w:t>
      </w:r>
    </w:p>
    <w:p/>
    <w:p>
      <w:r>
        <w:t>Not everything.</w:t>
      </w:r>
    </w:p>
    <w:p/>
    <w:p>
      <w:r>
        <w:t>But more now.</w:t>
      </w:r>
    </w:p>
    <w:p/>
    <w:p>
      <w:r>
        <w:rPr>
          <w:i/>
        </w:rPr>
        <w:t>Not how he died. How he lived.</w:t>
      </w:r>
    </w:p>
    <w:p/>
    <w:p>
      <w:r>
        <w:t>Tomatoes.</w:t>
      </w:r>
    </w:p>
    <w:p/>
    <w:p>
      <w:r>
        <w:t>Milkshakes.</w:t>
      </w:r>
    </w:p>
    <w:p/>
    <w:p>
      <w:r>
        <w:t>Terrible singing.</w:t>
      </w:r>
    </w:p>
    <w:p/>
    <w:p>
      <w:r>
        <w:t>Linda Marie.</w:t>
      </w:r>
    </w:p>
    <w:p/>
    <w:p>
      <w:r>
        <w:t>Maybe knowing somebody was less about finding the right sentence and more about being willing to keep learning them.</w:t>
      </w:r>
    </w:p>
    <w:p/>
    <w:p>
      <w:r>
        <w:t>Her phone buzzed.</w:t>
      </w:r>
    </w:p>
    <w:p/>
    <w:p>
      <w:r>
        <w:t>Ava.</w:t>
      </w:r>
    </w:p>
    <w:p/>
    <w:p>
      <w:r>
        <w:rPr>
          <w:b/>
        </w:rPr>
        <w:t>Ava:</w:t>
      </w:r>
      <w:r>
        <w:t xml:space="preserve"> told my mom</w:t>
      </w:r>
    </w:p>
    <w:p/>
    <w:p>
      <w:r>
        <w:t>Elsie sat up.</w:t>
      </w:r>
    </w:p>
    <w:p/>
    <w:p>
      <w:r>
        <w:rPr>
          <w:b/>
        </w:rPr>
        <w:t>Elsie:</w:t>
      </w:r>
      <w:r>
        <w:t xml:space="preserve"> and</w:t>
      </w:r>
    </w:p>
    <w:p/>
    <w:p>
      <w:r>
        <w:t>Pause.</w:t>
      </w:r>
    </w:p>
    <w:p/>
    <w:p>
      <w:r>
        <w:rPr>
          <w:b/>
        </w:rPr>
        <w:t>Ava:</w:t>
      </w:r>
      <w:r>
        <w:t xml:space="preserve"> she cried</w:t>
      </w:r>
    </w:p>
    <w:p/>
    <w:p>
      <w:r>
        <w:t>Elsie winced.</w:t>
      </w:r>
    </w:p>
    <w:p/>
    <w:p>
      <w:r>
        <w:t>Then:</w:t>
      </w:r>
    </w:p>
    <w:p/>
    <w:p>
      <w:r>
        <w:rPr>
          <w:b/>
        </w:rPr>
        <w:t>Ava:</w:t>
      </w:r>
      <w:r>
        <w:t xml:space="preserve"> which was horrifying</w:t>
      </w:r>
    </w:p>
    <w:p/>
    <w:p>
      <w:r>
        <w:t>Another:</w:t>
      </w:r>
    </w:p>
    <w:p/>
    <w:p>
      <w:r>
        <w:rPr>
          <w:b/>
        </w:rPr>
        <w:t>Ava:</w:t>
      </w:r>
      <w:r>
        <w:t xml:space="preserve"> but she apologized</w:t>
      </w:r>
    </w:p>
    <w:p/>
    <w:p>
      <w:r>
        <w:t>Elsie stared.</w:t>
      </w:r>
    </w:p>
    <w:p/>
    <w:p>
      <w:r>
        <w:rPr>
          <w:b/>
        </w:rPr>
        <w:t>Elsie:</w:t>
      </w:r>
      <w:r>
        <w:t xml:space="preserve"> for what</w:t>
      </w:r>
    </w:p>
    <w:p/>
    <w:p>
      <w:r>
        <w:t>Three dots.</w:t>
      </w:r>
    </w:p>
    <w:p/>
    <w:p>
      <w:r>
        <w:rPr>
          <w:b/>
        </w:rPr>
        <w:t>Ava:</w:t>
      </w:r>
      <w:r>
        <w:t xml:space="preserve"> “better choices”</w:t>
      </w:r>
    </w:p>
    <w:p/>
    <w:p>
      <w:r>
        <w:t>Then:</w:t>
      </w:r>
    </w:p>
    <w:p/>
    <w:p>
      <w:r>
        <w:rPr>
          <w:b/>
        </w:rPr>
        <w:t>Ava:</w:t>
      </w:r>
      <w:r>
        <w:t xml:space="preserve"> she said she thought she was talking about herself too and didn’t realize how I heard it</w:t>
      </w:r>
    </w:p>
    <w:p/>
    <w:p>
      <w:r>
        <w:t>Elsie swallowed.</w:t>
      </w:r>
    </w:p>
    <w:p/>
    <w:p>
      <w:r>
        <w:t>People were inconveniently multidimensional.</w:t>
      </w:r>
    </w:p>
    <w:p/>
    <w:p>
      <w:r>
        <w:rPr>
          <w:b/>
        </w:rPr>
        <w:t>Ava:</w:t>
      </w:r>
      <w:r>
        <w:t xml:space="preserve"> mom says we’re calling my doctor tomorrow</w:t>
      </w:r>
    </w:p>
    <w:p/>
    <w:p>
      <w:r>
        <w:t>Elsie stopped.</w:t>
      </w:r>
    </w:p>
    <w:p/>
    <w:p>
      <w:r>
        <w:t>Not because something was definitely wrong.</w:t>
      </w:r>
    </w:p>
    <w:p/>
    <w:p>
      <w:r>
        <w:t>Because Mrs. Walker wasn’t pretending nothing could be.</w:t>
      </w:r>
    </w:p>
    <w:p/>
    <w:p>
      <w:r>
        <w:rPr>
          <w:b/>
        </w:rPr>
        <w:t>Elsie:</w:t>
      </w:r>
      <w:r>
        <w:t xml:space="preserve"> okay</w:t>
      </w:r>
    </w:p>
    <w:p/>
    <w:p>
      <w:r>
        <w:rPr>
          <w:b/>
        </w:rPr>
        <w:t>Ava:</w:t>
      </w:r>
      <w:r>
        <w:t xml:space="preserve"> don’t make that face</w:t>
      </w:r>
    </w:p>
    <w:p/>
    <w:p>
      <w:r>
        <w:t>Elsie laughed.</w:t>
      </w:r>
    </w:p>
    <w:p/>
    <w:p>
      <w:r>
        <w:rPr>
          <w:b/>
        </w:rPr>
        <w:t>Elsie:</w:t>
      </w:r>
      <w:r>
        <w:t xml:space="preserve"> YOU CANNOT SEE MY FACE</w:t>
      </w:r>
    </w:p>
    <w:p/>
    <w:p>
      <w:r>
        <w:rPr>
          <w:b/>
        </w:rPr>
        <w:t>Ava:</w:t>
      </w:r>
      <w:r>
        <w:t xml:space="preserve"> I know it’s there</w:t>
      </w:r>
    </w:p>
    <w:p/>
    <w:p>
      <w:r>
        <w:t>Apparently everybody did.</w:t>
      </w:r>
    </w:p>
    <w:p/>
    <w:p>
      <w:r>
        <w:t>Elsie set the phone down.</w:t>
      </w:r>
    </w:p>
    <w:p/>
    <w:p>
      <w:r>
        <w:t>Then picked up her pen.</w:t>
      </w:r>
    </w:p>
    <w:p/>
    <w:p>
      <w:r>
        <w:t>She almost wrote something about Rachel.</w:t>
      </w:r>
    </w:p>
    <w:p/>
    <w:p>
      <w:r>
        <w:t>She didn’t.</w:t>
      </w:r>
    </w:p>
    <w:p/>
    <w:p>
      <w:r>
        <w:t>This wasn’t about Rachel.</w:t>
      </w:r>
    </w:p>
    <w:p/>
    <w:p>
      <w:r>
        <w:t>This was about Ava.</w:t>
      </w:r>
    </w:p>
    <w:p/>
    <w:p>
      <w:r>
        <w:t>And maybe that was the part Elsie had missed the first time.</w:t>
      </w:r>
    </w:p>
    <w:p/>
    <w:p>
      <w:r>
        <w:t>Bible stories could help her notice something true.</w:t>
      </w:r>
    </w:p>
    <w:p/>
    <w:p>
      <w:r>
        <w:t>They could make her question the sentences she had written about people.</w:t>
      </w:r>
    </w:p>
    <w:p/>
    <w:p>
      <w:r>
        <w:t>They could show her where she had been looking sideways.</w:t>
      </w:r>
    </w:p>
    <w:p/>
    <w:p>
      <w:r>
        <w:t>But Ava was not Rachel.</w:t>
      </w:r>
    </w:p>
    <w:p/>
    <w:p>
      <w:r>
        <w:t>Nora was not Thomas.</w:t>
      </w:r>
    </w:p>
    <w:p/>
    <w:p>
      <w:r>
        <w:t>Maddie was not anybody on Grandma’s list.</w:t>
      </w:r>
    </w:p>
    <w:p/>
    <w:p>
      <w:r>
        <w:t>They were themselves.</w:t>
      </w:r>
    </w:p>
    <w:p/>
    <w:p>
      <w:r>
        <w:t>People.</w:t>
      </w:r>
    </w:p>
    <w:p/>
    <w:p>
      <w:r>
        <w:t>Still happening.</w:t>
      </w:r>
    </w:p>
    <w:p/>
    <w:p>
      <w:r>
        <w:t>Elsie looked at the crossed-out line one more time.</w:t>
      </w:r>
    </w:p>
    <w:p/>
    <w:p>
      <w:r>
        <w:rPr>
          <w:i/>
        </w:rPr>
        <w:t>Ava — is my Rachel.</w:t>
      </w:r>
    </w:p>
    <w:p/>
    <w:p>
      <w:r>
        <w:t>Then closed the notebook.</w:t>
      </w:r>
    </w:p>
    <w:p/>
    <w:p>
      <w:r>
        <w:t>Ava had never been Elsie’s lesson to learn.</w:t>
      </w:r>
    </w:p>
    <w:p/>
    <w:p>
      <w:r>
        <w:t>She was her friend.</w:t>
      </w:r>
    </w:p>
    <w:p/>
    <w:p>
      <w:r>
        <w:t>And tonight, that was enough.</w:t>
      </w:r>
    </w:p>
    <w:p>
      <w:r>
        <w:br w:type="page"/>
      </w:r>
    </w:p>
    <w:p>
      <w:pPr>
        <w:jc w:val="center"/>
      </w:pPr>
      <w:r>
        <w:rPr>
          <w:b/>
        </w:rPr>
        <w:t>CHAPTER SIXTEEN</w:t>
      </w:r>
    </w:p>
    <w:p>
      <w:pPr>
        <w:jc w:val="center"/>
      </w:pPr>
      <w:r>
        <w:rPr>
          <w:b/>
        </w:rPr>
        <w:t>Everybody Knows</w:t>
      </w:r>
    </w:p>
    <w:p/>
    <w:p>
      <w:r>
        <w:t>The first screenshot reached Elsie at 9:06 Monday morning.</w:t>
      </w:r>
    </w:p>
    <w:p/>
    <w:p>
      <w:r>
        <w:t>She was in chemistry.</w:t>
      </w:r>
    </w:p>
    <w:p/>
    <w:p>
      <w:r>
        <w:t>Which meant she was already suffering.</w:t>
      </w:r>
    </w:p>
    <w:p/>
    <w:p>
      <w:r>
        <w:t>Her phone buzzed once inside her backpack.</w:t>
      </w:r>
    </w:p>
    <w:p/>
    <w:p>
      <w:r>
        <w:t>Then again.</w:t>
      </w:r>
    </w:p>
    <w:p/>
    <w:p>
      <w:r>
        <w:t>Then three times in a row.</w:t>
      </w:r>
    </w:p>
    <w:p/>
    <w:p>
      <w:r>
        <w:t>Mr. Harris looked up from the board.</w:t>
      </w:r>
    </w:p>
    <w:p/>
    <w:p>
      <w:r>
        <w:t>Elsie became deeply interested in covalent bonds.</w:t>
      </w:r>
    </w:p>
    <w:p/>
    <w:p>
      <w:r>
        <w:t>Her phone stopped.</w:t>
      </w:r>
    </w:p>
    <w:p/>
    <w:p>
      <w:r>
        <w:t>For eleven seconds.</w:t>
      </w:r>
    </w:p>
    <w:p/>
    <w:p>
      <w:r>
        <w:t>Then buzzed again.</w:t>
      </w:r>
    </w:p>
    <w:p/>
    <w:p>
      <w:r>
        <w:t>Mr. Harris turned around.</w:t>
      </w:r>
    </w:p>
    <w:p/>
    <w:p>
      <w:r>
        <w:t>“Ms. Carter.”</w:t>
      </w:r>
    </w:p>
    <w:p/>
    <w:p>
      <w:r>
        <w:t>“Yes?”</w:t>
      </w:r>
    </w:p>
    <w:p/>
    <w:p>
      <w:r>
        <w:t>“Is there something in your backpack that would like to join us?”</w:t>
      </w:r>
    </w:p>
    <w:p/>
    <w:p>
      <w:r>
        <w:t>“No.”</w:t>
      </w:r>
    </w:p>
    <w:p/>
    <w:p>
      <w:r>
        <w:t>“Then perhaps silence it.”</w:t>
      </w:r>
    </w:p>
    <w:p/>
    <w:p>
      <w:r>
        <w:t>“Yes, sir.”</w:t>
      </w:r>
    </w:p>
    <w:p/>
    <w:p>
      <w:r>
        <w:t>Kenzie, two seats over, looked at Elsie.</w:t>
      </w:r>
    </w:p>
    <w:p/>
    <w:p>
      <w:r>
        <w:t>Not a normal look.</w:t>
      </w:r>
    </w:p>
    <w:p/>
    <w:p>
      <w:r>
        <w:t>A look.</w:t>
      </w:r>
    </w:p>
    <w:p/>
    <w:p>
      <w:r>
        <w:t>Elsie’s stomach tightened.</w:t>
      </w:r>
    </w:p>
    <w:p/>
    <w:p>
      <w:r>
        <w:t>She reached into her backpack and switched her phone to silent without checking it.</w:t>
      </w:r>
    </w:p>
    <w:p/>
    <w:p>
      <w:r>
        <w:t>This was maturity.</w:t>
      </w:r>
    </w:p>
    <w:p/>
    <w:p>
      <w:r>
        <w:t>Or fear.</w:t>
      </w:r>
    </w:p>
    <w:p/>
    <w:p>
      <w:r>
        <w:t>Probably fear.</w:t>
      </w:r>
    </w:p>
    <w:p/>
    <w:p>
      <w:r>
        <w:t>When the bell rang, everyone moved at once.</w:t>
      </w:r>
    </w:p>
    <w:p/>
    <w:p>
      <w:r>
        <w:t>Elsie pulled out her phone.</w:t>
      </w:r>
    </w:p>
    <w:p/>
    <w:p>
      <w:r>
        <w:t>Fourteen notifications.</w:t>
      </w:r>
    </w:p>
    <w:p/>
    <w:p>
      <w:r>
        <w:t>The group chat.</w:t>
      </w:r>
    </w:p>
    <w:p/>
    <w:p>
      <w:r>
        <w:t>Two direct messages.</w:t>
      </w:r>
    </w:p>
    <w:p/>
    <w:p>
      <w:r>
        <w:t>One from Mason.</w:t>
      </w:r>
    </w:p>
    <w:p/>
    <w:p>
      <w:r>
        <w:t>One from Nora.</w:t>
      </w:r>
    </w:p>
    <w:p/>
    <w:p>
      <w:r>
        <w:t>She opened the group chat first.</w:t>
      </w:r>
    </w:p>
    <w:p/>
    <w:p>
      <w:r>
        <w:rPr>
          <w:b/>
        </w:rPr>
        <w:t>Maddie:</w:t>
      </w:r>
      <w:r>
        <w:t xml:space="preserve"> do not respond to anyone</w:t>
      </w:r>
    </w:p>
    <w:p/>
    <w:p>
      <w:r>
        <w:rPr>
          <w:b/>
        </w:rPr>
        <w:t>Elsie:</w:t>
      </w:r>
      <w:r>
        <w:t xml:space="preserve"> what happened</w:t>
      </w:r>
    </w:p>
    <w:p/>
    <w:p>
      <w:r>
        <w:rPr>
          <w:b/>
        </w:rPr>
        <w:t>Maddie:</w:t>
      </w:r>
      <w:r>
        <w:t xml:space="preserve"> nothing</w:t>
      </w:r>
    </w:p>
    <w:p/>
    <w:p>
      <w:r>
        <w:rPr>
          <w:b/>
        </w:rPr>
        <w:t>Elsie:</w:t>
      </w:r>
      <w:r>
        <w:t xml:space="preserve"> that is obviously a lie</w:t>
      </w:r>
    </w:p>
    <w:p/>
    <w:p>
      <w:r>
        <w:rPr>
          <w:b/>
        </w:rPr>
        <w:t>Maddie:</w:t>
      </w:r>
      <w:r>
        <w:t xml:space="preserve"> just don’t</w:t>
      </w:r>
    </w:p>
    <w:p/>
    <w:p>
      <w:r>
        <w:t>Then Ava.</w:t>
      </w:r>
    </w:p>
    <w:p/>
    <w:p>
      <w:r>
        <w:rPr>
          <w:b/>
        </w:rPr>
        <w:t>Ava:</w:t>
      </w:r>
      <w:r>
        <w:t xml:space="preserve"> I’m fine</w:t>
      </w:r>
    </w:p>
    <w:p/>
    <w:p>
      <w:r>
        <w:t>Elsie stared.</w:t>
      </w:r>
    </w:p>
    <w:p/>
    <w:p>
      <w:r>
        <w:t>Fine.</w:t>
      </w:r>
    </w:p>
    <w:p/>
    <w:p>
      <w:r>
        <w:t>No number.</w:t>
      </w:r>
    </w:p>
    <w:p/>
    <w:p>
      <w:r>
        <w:t>That was worse.</w:t>
      </w:r>
    </w:p>
    <w:p/>
    <w:p>
      <w:r>
        <w:t>She opened Mason’s message.</w:t>
      </w:r>
    </w:p>
    <w:p/>
    <w:p>
      <w:r>
        <w:rPr>
          <w:b/>
        </w:rPr>
        <w:t>Mason:</w:t>
      </w:r>
      <w:r>
        <w:t xml:space="preserve"> don’t believe anything you hear about ava today</w:t>
      </w:r>
    </w:p>
    <w:p/>
    <w:p>
      <w:r>
        <w:t>Her chest tightened.</w:t>
      </w:r>
    </w:p>
    <w:p/>
    <w:p>
      <w:r>
        <w:t>Then Nora.</w:t>
      </w:r>
    </w:p>
    <w:p/>
    <w:p>
      <w:r>
        <w:t>A screenshot.</w:t>
      </w:r>
    </w:p>
    <w:p/>
    <w:p>
      <w:r>
        <w:t>Elsie opened it.</w:t>
      </w:r>
    </w:p>
    <w:p/>
    <w:p>
      <w:r>
        <w:t>It was a text conversation.</w:t>
      </w:r>
    </w:p>
    <w:p/>
    <w:p>
      <w:r>
        <w:t>No names at the top.</w:t>
      </w:r>
    </w:p>
    <w:p/>
    <w:p>
      <w:r>
        <w:t>Just messages.</w:t>
      </w:r>
    </w:p>
    <w:p/>
    <w:p>
      <w:r>
        <w:rPr>
          <w:i/>
        </w:rPr>
        <w:t>wait ava walker??</w:t>
      </w:r>
    </w:p>
    <w:p/>
    <w:p>
      <w:r>
        <w:rPr>
          <w:i/>
        </w:rPr>
        <w:t>yes</w:t>
      </w:r>
    </w:p>
    <w:p/>
    <w:p>
      <w:r>
        <w:rPr>
          <w:i/>
        </w:rPr>
        <w:t>no way</w:t>
      </w:r>
    </w:p>
    <w:p/>
    <w:p>
      <w:r>
        <w:rPr>
          <w:i/>
        </w:rPr>
        <w:t>apparently after homecoming</w:t>
      </w:r>
    </w:p>
    <w:p/>
    <w:p>
      <w:r>
        <w:rPr>
          <w:i/>
        </w:rPr>
        <w:t>with who</w:t>
      </w:r>
    </w:p>
    <w:p/>
    <w:p>
      <w:r>
        <w:t>Then a name Elsie recognized.</w:t>
      </w:r>
    </w:p>
    <w:p/>
    <w:p>
      <w:r>
        <w:t>A senior.</w:t>
      </w:r>
    </w:p>
    <w:p/>
    <w:p>
      <w:r>
        <w:t>Not Mason.</w:t>
      </w:r>
    </w:p>
    <w:p/>
    <w:p>
      <w:r>
        <w:t>Not anybody Ava had ever mentioned liking.</w:t>
      </w:r>
    </w:p>
    <w:p/>
    <w:p>
      <w:r>
        <w:t>Then:</w:t>
      </w:r>
    </w:p>
    <w:p/>
    <w:p>
      <w:r>
        <w:rPr>
          <w:i/>
        </w:rPr>
        <w:t>my friend literally saw them leave together</w:t>
      </w:r>
    </w:p>
    <w:p/>
    <w:p>
      <w:r>
        <w:t>And:</w:t>
      </w:r>
    </w:p>
    <w:p/>
    <w:p>
      <w:r>
        <w:rPr>
          <w:i/>
        </w:rPr>
        <w:t>apparently it wasn’t the first time</w:t>
      </w:r>
    </w:p>
    <w:p/>
    <w:p>
      <w:r>
        <w:t>Elsie read it twice.</w:t>
      </w:r>
    </w:p>
    <w:p/>
    <w:p>
      <w:r>
        <w:t>Her stomach dropped.</w:t>
      </w:r>
    </w:p>
    <w:p/>
    <w:p>
      <w:r>
        <w:t>No.</w:t>
      </w:r>
    </w:p>
    <w:p/>
    <w:p>
      <w:r>
        <w:t>Absolutely not.</w:t>
      </w:r>
    </w:p>
    <w:p/>
    <w:p>
      <w:r>
        <w:t>Ava had spent that night asleep on Maddie’s floor, three feet from Elsie.</w:t>
      </w:r>
    </w:p>
    <w:p/>
    <w:p>
      <w:r>
        <w:t>She could prove it.</w:t>
      </w:r>
    </w:p>
    <w:p/>
    <w:p>
      <w:r>
        <w:t>She started typing to Nora.</w:t>
      </w:r>
    </w:p>
    <w:p/>
    <w:p>
      <w:r>
        <w:rPr>
          <w:b/>
        </w:rPr>
        <w:t>Elsie:</w:t>
      </w:r>
      <w:r>
        <w:t xml:space="preserve"> this isn’t true</w:t>
      </w:r>
    </w:p>
    <w:p/>
    <w:p>
      <w:r>
        <w:t>Stopped.</w:t>
      </w:r>
    </w:p>
    <w:p/>
    <w:p>
      <w:r>
        <w:t>Deleted it.</w:t>
      </w:r>
    </w:p>
    <w:p/>
    <w:p>
      <w:r>
        <w:t>Typed again.</w:t>
      </w:r>
    </w:p>
    <w:p/>
    <w:p>
      <w:r>
        <w:rPr>
          <w:b/>
        </w:rPr>
        <w:t>Elsie:</w:t>
      </w:r>
      <w:r>
        <w:t xml:space="preserve"> who sent this</w:t>
      </w:r>
    </w:p>
    <w:p/>
    <w:p>
      <w:r>
        <w:t>Deleted that too.</w:t>
      </w:r>
    </w:p>
    <w:p/>
    <w:p>
      <w:r>
        <w:t>Then:</w:t>
      </w:r>
    </w:p>
    <w:p/>
    <w:p>
      <w:r>
        <w:rPr>
          <w:b/>
        </w:rPr>
        <w:t>Elsie:</w:t>
      </w:r>
      <w:r>
        <w:t xml:space="preserve"> where did you get this</w:t>
      </w:r>
    </w:p>
    <w:p/>
    <w:p>
      <w:r>
        <w:t>Nora answered immediately.</w:t>
      </w:r>
    </w:p>
    <w:p/>
    <w:p>
      <w:r>
        <w:rPr>
          <w:b/>
        </w:rPr>
        <w:t>Nora:</w:t>
      </w:r>
      <w:r>
        <w:t xml:space="preserve"> sophie</w:t>
      </w:r>
    </w:p>
    <w:p/>
    <w:p>
      <w:r>
        <w:rPr>
          <w:b/>
        </w:rPr>
        <w:t>Nora:</w:t>
      </w:r>
      <w:r>
        <w:t xml:space="preserve"> who got it from maya</w:t>
      </w:r>
    </w:p>
    <w:p/>
    <w:p>
      <w:r>
        <w:rPr>
          <w:b/>
        </w:rPr>
        <w:t>Nora:</w:t>
      </w:r>
      <w:r>
        <w:t xml:space="preserve"> who got it from somebody in dance</w:t>
      </w:r>
    </w:p>
    <w:p/>
    <w:p>
      <w:r>
        <w:rPr>
          <w:b/>
        </w:rPr>
        <w:t>Elsie:</w:t>
      </w:r>
      <w:r>
        <w:t xml:space="preserve"> who</w:t>
      </w:r>
    </w:p>
    <w:p/>
    <w:p>
      <w:r>
        <w:rPr>
          <w:b/>
        </w:rPr>
        <w:t>Nora:</w:t>
      </w:r>
      <w:r>
        <w:t xml:space="preserve"> does it matter</w:t>
      </w:r>
    </w:p>
    <w:p/>
    <w:p>
      <w:r>
        <w:t>Yes.</w:t>
      </w:r>
    </w:p>
    <w:p/>
    <w:p>
      <w:r>
        <w:t>Obviously.</w:t>
      </w:r>
    </w:p>
    <w:p/>
    <w:p>
      <w:r>
        <w:t>Elsie wanted a name.</w:t>
      </w:r>
    </w:p>
    <w:p/>
    <w:p>
      <w:r>
        <w:t>She wanted the beginning.</w:t>
      </w:r>
    </w:p>
    <w:p/>
    <w:p>
      <w:r>
        <w:t>She wanted the person who had typed the first sentence so she could put the entire thing back where it belonged.</w:t>
      </w:r>
    </w:p>
    <w:p/>
    <w:p>
      <w:r>
        <w:t>Her phone buzzed.</w:t>
      </w:r>
    </w:p>
    <w:p/>
    <w:p>
      <w:r>
        <w:rPr>
          <w:i/>
        </w:rPr>
        <w:t>Ava.</w:t>
      </w:r>
    </w:p>
    <w:p/>
    <w:p>
      <w:r>
        <w:rPr>
          <w:b/>
        </w:rPr>
        <w:t>Ava:</w:t>
      </w:r>
      <w:r>
        <w:t xml:space="preserve"> seriously don’t</w:t>
      </w:r>
    </w:p>
    <w:p/>
    <w:p>
      <w:r>
        <w:t>Elsie stared.</w:t>
      </w:r>
    </w:p>
    <w:p/>
    <w:p>
      <w:r>
        <w:rPr>
          <w:b/>
        </w:rPr>
        <w:t>Elsie:</w:t>
      </w:r>
      <w:r>
        <w:t xml:space="preserve"> don’t what</w:t>
      </w:r>
    </w:p>
    <w:p/>
    <w:p>
      <w:r>
        <w:rPr>
          <w:b/>
        </w:rPr>
        <w:t>Ava:</w:t>
      </w:r>
      <w:r>
        <w:t xml:space="preserve"> go insane</w:t>
      </w:r>
    </w:p>
    <w:p/>
    <w:p>
      <w:r>
        <w:rPr>
          <w:b/>
        </w:rPr>
        <w:t>Elsie:</w:t>
      </w:r>
      <w:r>
        <w:t xml:space="preserve"> too late</w:t>
      </w:r>
    </w:p>
    <w:p/>
    <w:p>
      <w:r>
        <w:rPr>
          <w:b/>
        </w:rPr>
        <w:t>Ava:</w:t>
      </w:r>
      <w:r>
        <w:t xml:space="preserve"> elsie</w:t>
      </w:r>
    </w:p>
    <w:p/>
    <w:p>
      <w:r>
        <w:rPr>
          <w:b/>
        </w:rPr>
        <w:t>Elsie:</w:t>
      </w:r>
      <w:r>
        <w:t xml:space="preserve"> it’s not true</w:t>
      </w:r>
    </w:p>
    <w:p/>
    <w:p>
      <w:r>
        <w:t>Three dots.</w:t>
      </w:r>
    </w:p>
    <w:p/>
    <w:p>
      <w:r>
        <w:t>Gone.</w:t>
      </w:r>
    </w:p>
    <w:p/>
    <w:p>
      <w:r>
        <w:t>Back.</w:t>
      </w:r>
    </w:p>
    <w:p/>
    <w:p>
      <w:r>
        <w:rPr>
          <w:b/>
        </w:rPr>
        <w:t>Ava:</w:t>
      </w:r>
      <w:r>
        <w:t xml:space="preserve"> I know</w:t>
      </w:r>
    </w:p>
    <w:p/>
    <w:p>
      <w:r>
        <w:t>Elsie stopped.</w:t>
      </w:r>
    </w:p>
    <w:p/>
    <w:p>
      <w:r>
        <w:t>Something about the answer bothered her.</w:t>
      </w:r>
    </w:p>
    <w:p/>
    <w:p>
      <w:r>
        <w:t>Not because it was wrong.</w:t>
      </w:r>
    </w:p>
    <w:p/>
    <w:p>
      <w:r>
        <w:t>Because Ava had not said:</w:t>
      </w:r>
    </w:p>
    <w:p/>
    <w:p>
      <w:r>
        <w:rPr>
          <w:i/>
        </w:rPr>
        <w:t>Tell them.</w:t>
      </w:r>
    </w:p>
    <w:p/>
    <w:p>
      <w:r>
        <w:t>She had said:</w:t>
      </w:r>
    </w:p>
    <w:p/>
    <w:p>
      <w:r>
        <w:rPr>
          <w:i/>
        </w:rPr>
        <w:t>Don’t.</w:t>
      </w:r>
    </w:p>
    <w:p/>
    <w:p>
      <w:r>
        <w:t>The hallway filled around Elsie.</w:t>
      </w:r>
    </w:p>
    <w:p/>
    <w:p>
      <w:r>
        <w:t>People moving.</w:t>
      </w:r>
    </w:p>
    <w:p/>
    <w:p>
      <w:r>
        <w:t>Talking.</w:t>
      </w:r>
    </w:p>
    <w:p/>
    <w:p>
      <w:r>
        <w:t>Looking.</w:t>
      </w:r>
    </w:p>
    <w:p/>
    <w:p>
      <w:r>
        <w:t>Maybe not at her.</w:t>
      </w:r>
    </w:p>
    <w:p/>
    <w:p>
      <w:r>
        <w:t>Maybe she only thought they were because now she knew.</w:t>
      </w:r>
    </w:p>
    <w:p/>
    <w:p>
      <w:r>
        <w:t>That was the problem with knowing a rumor existed.</w:t>
      </w:r>
    </w:p>
    <w:p/>
    <w:p>
      <w:r>
        <w:t>Suddenly every laugh had a subject.</w:t>
      </w:r>
    </w:p>
    <w:p/>
    <w:p>
      <w:r>
        <w:t>Every phone had your name on it.</w:t>
      </w:r>
    </w:p>
    <w:p/>
    <w:p>
      <w:r>
        <w:t>Every look meant something.</w:t>
      </w:r>
    </w:p>
    <w:p/>
    <w:p>
      <w:r>
        <w:t>Ava was at her locker.</w:t>
      </w:r>
    </w:p>
    <w:p/>
    <w:p>
      <w:r>
        <w:t>Elsie saw her from halfway down the hall.</w:t>
      </w:r>
    </w:p>
    <w:p/>
    <w:p>
      <w:r>
        <w:t>Curtain bangs.</w:t>
      </w:r>
    </w:p>
    <w:p/>
    <w:p>
      <w:r>
        <w:t>Jeans.</w:t>
      </w:r>
    </w:p>
    <w:p/>
    <w:p>
      <w:r>
        <w:t>Black sweater.</w:t>
      </w:r>
    </w:p>
    <w:p/>
    <w:p>
      <w:r>
        <w:t>Perfect eyeliner.</w:t>
      </w:r>
    </w:p>
    <w:p/>
    <w:p>
      <w:r>
        <w:t>She looked exactly like Ava.</w:t>
      </w:r>
    </w:p>
    <w:p/>
    <w:p>
      <w:r>
        <w:t>Which meant absolutely nothing.</w:t>
      </w:r>
    </w:p>
    <w:p/>
    <w:p>
      <w:r>
        <w:t>Elsie walked toward her.</w:t>
      </w:r>
    </w:p>
    <w:p/>
    <w:p>
      <w:r>
        <w:t>Maddie appeared from the opposite direction.</w:t>
      </w:r>
    </w:p>
    <w:p/>
    <w:p>
      <w:r>
        <w:t>“No.”</w:t>
      </w:r>
    </w:p>
    <w:p/>
    <w:p>
      <w:r>
        <w:t>Elsie stopped.</w:t>
      </w:r>
    </w:p>
    <w:p/>
    <w:p>
      <w:r>
        <w:t>“What?”</w:t>
      </w:r>
    </w:p>
    <w:p/>
    <w:p>
      <w:r>
        <w:t>Maddie stepped between her and Ava.</w:t>
      </w:r>
    </w:p>
    <w:p/>
    <w:p>
      <w:r>
        <w:t>“She said not to.”</w:t>
      </w:r>
    </w:p>
    <w:p/>
    <w:p>
      <w:r>
        <w:t>“I’m not going to do anything.”</w:t>
      </w:r>
    </w:p>
    <w:p/>
    <w:p>
      <w:r>
        <w:t>“You have your murder face.”</w:t>
      </w:r>
    </w:p>
    <w:p/>
    <w:p>
      <w:r>
        <w:t>“I do not have a murder face.”</w:t>
      </w:r>
    </w:p>
    <w:p/>
    <w:p>
      <w:r>
        <w:t>“Fine Number Homicide.”</w:t>
      </w:r>
    </w:p>
    <w:p/>
    <w:p>
      <w:r>
        <w:t>“That is not a number.”</w:t>
      </w:r>
    </w:p>
    <w:p/>
    <w:p>
      <w:r>
        <w:t>“It is today.”</w:t>
      </w:r>
    </w:p>
    <w:p/>
    <w:p>
      <w:r>
        <w:t>Elsie looked past her.</w:t>
      </w:r>
    </w:p>
    <w:p/>
    <w:p>
      <w:r>
        <w:t>Ava was pretending not to see them.</w:t>
      </w:r>
    </w:p>
    <w:p/>
    <w:p>
      <w:r>
        <w:t>That hurt.</w:t>
      </w:r>
    </w:p>
    <w:p/>
    <w:p>
      <w:r>
        <w:t>Or maybe it was intentional.</w:t>
      </w:r>
    </w:p>
    <w:p/>
    <w:p>
      <w:r>
        <w:t>A boundary.</w:t>
      </w:r>
    </w:p>
    <w:p/>
    <w:p>
      <w:r>
        <w:t>Apparently those were everywhere now.</w:t>
      </w:r>
    </w:p>
    <w:p/>
    <w:p>
      <w:r>
        <w:t>“What happened?” Elsie asked quietly.</w:t>
      </w:r>
    </w:p>
    <w:p/>
    <w:p>
      <w:r>
        <w:t>Maddie’s expression changed.</w:t>
      </w:r>
    </w:p>
    <w:p/>
    <w:p>
      <w:r>
        <w:t>“I don’t know.”</w:t>
      </w:r>
    </w:p>
    <w:p/>
    <w:p>
      <w:r>
        <w:t>“Did Ava tell you?”</w:t>
      </w:r>
    </w:p>
    <w:p/>
    <w:p>
      <w:r>
        <w:t>“She said it isn’t true.”</w:t>
      </w:r>
    </w:p>
    <w:p/>
    <w:p>
      <w:r>
        <w:t>“Then why is everybody—”</w:t>
      </w:r>
    </w:p>
    <w:p/>
    <w:p>
      <w:r>
        <w:t>“Because everybody is awful.”</w:t>
      </w:r>
    </w:p>
    <w:p/>
    <w:p>
      <w:r>
        <w:t>Fair.</w:t>
      </w:r>
    </w:p>
    <w:p/>
    <w:p>
      <w:r>
        <w:t>The warning bell rang.</w:t>
      </w:r>
    </w:p>
    <w:p/>
    <w:p>
      <w:r>
        <w:t>Maddie grabbed Elsie’s arm.</w:t>
      </w:r>
    </w:p>
    <w:p/>
    <w:p>
      <w:r>
        <w:t>“Leave it alone.”</w:t>
      </w:r>
    </w:p>
    <w:p/>
    <w:p>
      <w:r>
        <w:t>“I am.”</w:t>
      </w:r>
    </w:p>
    <w:p/>
    <w:p>
      <w:r>
        <w:t>“You are visibly not.”</w:t>
      </w:r>
    </w:p>
    <w:p/>
    <w:p>
      <w:r>
        <w:t>“I’m going to class.”</w:t>
      </w:r>
    </w:p>
    <w:p/>
    <w:p>
      <w:r>
        <w:t>“Those are not the same thing.”</w:t>
      </w:r>
    </w:p>
    <w:p/>
    <w:p>
      <w:r>
        <w:t>Elsie pulled her arm free.</w:t>
      </w:r>
    </w:p>
    <w:p/>
    <w:p>
      <w:r>
        <w:t>“I know.”</w:t>
      </w:r>
    </w:p>
    <w:p/>
    <w:p>
      <w:r>
        <w:t>She did.</w:t>
      </w:r>
    </w:p>
    <w:p/>
    <w:p>
      <w:r>
        <w:t>Unfortunately.</w:t>
      </w:r>
    </w:p>
    <w:p/>
    <w:p>
      <w:r>
        <w:t>By lunch, everybody knew.</w:t>
      </w:r>
    </w:p>
    <w:p/>
    <w:p>
      <w:r>
        <w:t>Or everybody thought they did.</w:t>
      </w:r>
    </w:p>
    <w:p/>
    <w:p>
      <w:r>
        <w:t>There was a difference.</w:t>
      </w:r>
    </w:p>
    <w:p/>
    <w:p>
      <w:r>
        <w:t>Elsie had learned that already.</w:t>
      </w:r>
    </w:p>
    <w:p/>
    <w:p>
      <w:r>
        <w:t>Apparently the rest of Lexington High had missed the lesson.</w:t>
      </w:r>
    </w:p>
    <w:p/>
    <w:p>
      <w:r>
        <w:t>The story had changed.</w:t>
      </w:r>
    </w:p>
    <w:p/>
    <w:p>
      <w:r>
        <w:t>Now Ava and the senior had been talking for weeks.</w:t>
      </w:r>
    </w:p>
    <w:p/>
    <w:p>
      <w:r>
        <w:t>Now somebody had seen them behind the gym.</w:t>
      </w:r>
    </w:p>
    <w:p/>
    <w:p>
      <w:r>
        <w:t>Now there was a party Elsie had never heard of.</w:t>
      </w:r>
    </w:p>
    <w:p/>
    <w:p>
      <w:r>
        <w:t>Now there were pictures.</w:t>
      </w:r>
    </w:p>
    <w:p/>
    <w:p>
      <w:r>
        <w:t>Nobody had the pictures.</w:t>
      </w:r>
    </w:p>
    <w:p/>
    <w:p>
      <w:r>
        <w:t>Everyone knew about them.</w:t>
      </w:r>
    </w:p>
    <w:p/>
    <w:p>
      <w:r>
        <w:t>At the table, Ava sat between Maddie and Nora.</w:t>
      </w:r>
    </w:p>
    <w:p/>
    <w:p>
      <w:r>
        <w:t>Her lunch was in front of her.</w:t>
      </w:r>
    </w:p>
    <w:p/>
    <w:p>
      <w:r>
        <w:t>Unopened.</w:t>
      </w:r>
    </w:p>
    <w:p/>
    <w:p>
      <w:r>
        <w:t>Elsie saw it.</w:t>
      </w:r>
    </w:p>
    <w:p/>
    <w:p>
      <w:r>
        <w:t>Then hated that she saw it.</w:t>
      </w:r>
    </w:p>
    <w:p/>
    <w:p>
      <w:r>
        <w:t>That conversation in Ava’s bedroom was not supposed to turn Elsie into a food surveillance system.</w:t>
      </w:r>
    </w:p>
    <w:p/>
    <w:p>
      <w:r>
        <w:t>She sat across from Ava.</w:t>
      </w:r>
    </w:p>
    <w:p/>
    <w:p>
      <w:r>
        <w:t>Mason sat beside her.</w:t>
      </w:r>
    </w:p>
    <w:p/>
    <w:p>
      <w:r>
        <w:t>Nobody spoke for several seconds.</w:t>
      </w:r>
    </w:p>
    <w:p/>
    <w:p>
      <w:r>
        <w:t>Then Ava said:</w:t>
      </w:r>
    </w:p>
    <w:p/>
    <w:p>
      <w:r>
        <w:t>“If all of you keep looking at me like somebody died, I’m leaving.”</w:t>
      </w:r>
    </w:p>
    <w:p/>
    <w:p>
      <w:r>
        <w:t>Maddie immediately looked at Nora.</w:t>
      </w:r>
    </w:p>
    <w:p/>
    <w:p>
      <w:r>
        <w:t>“So.”</w:t>
      </w:r>
    </w:p>
    <w:p/>
    <w:p>
      <w:r>
        <w:t>Nora nodded.</w:t>
      </w:r>
    </w:p>
    <w:p/>
    <w:p>
      <w:r>
        <w:t>“Yep.”</w:t>
      </w:r>
    </w:p>
    <w:p/>
    <w:p>
      <w:r>
        <w:t>“Boneless wings.”</w:t>
      </w:r>
    </w:p>
    <w:p/>
    <w:p>
      <w:r>
        <w:t>“Chicken nuggets.”</w:t>
      </w:r>
    </w:p>
    <w:p/>
    <w:p>
      <w:r>
        <w:t>“Thank you.”</w:t>
      </w:r>
    </w:p>
    <w:p/>
    <w:p>
      <w:r>
        <w:t>Mason leaned forward.</w:t>
      </w:r>
    </w:p>
    <w:p/>
    <w:p>
      <w:r>
        <w:t>“You’re both wrong.”</w:t>
      </w:r>
    </w:p>
    <w:p/>
    <w:p>
      <w:r>
        <w:t>Ava looked at him.</w:t>
      </w:r>
    </w:p>
    <w:p/>
    <w:p>
      <w:r>
        <w:t>“How?”</w:t>
      </w:r>
    </w:p>
    <w:p/>
    <w:p>
      <w:r>
        <w:t>“They’re tiny chicken breasts.”</w:t>
      </w:r>
    </w:p>
    <w:p/>
    <w:p>
      <w:r>
        <w:t>Elsie stared.</w:t>
      </w:r>
    </w:p>
    <w:p/>
    <w:p>
      <w:r>
        <w:t>“No.”</w:t>
      </w:r>
    </w:p>
    <w:p/>
    <w:p>
      <w:r>
        <w:t>“They are.”</w:t>
      </w:r>
    </w:p>
    <w:p/>
    <w:p>
      <w:r>
        <w:t>“No.”</w:t>
      </w:r>
    </w:p>
    <w:p/>
    <w:p>
      <w:r>
        <w:t>“You can disagree with science.”</w:t>
      </w:r>
    </w:p>
    <w:p/>
    <w:p>
      <w:r>
        <w:t>“That isn’t science.”</w:t>
      </w:r>
    </w:p>
    <w:p/>
    <w:p>
      <w:r>
        <w:t>Ava laughed.</w:t>
      </w:r>
    </w:p>
    <w:p/>
    <w:p>
      <w:r>
        <w:t>Tiny.</w:t>
      </w:r>
    </w:p>
    <w:p/>
    <w:p>
      <w:r>
        <w:t>But real.</w:t>
      </w:r>
    </w:p>
    <w:p/>
    <w:p>
      <w:r>
        <w:t>Then someone at the table behind them whispered her name.</w:t>
      </w:r>
    </w:p>
    <w:p/>
    <w:p>
      <w:r>
        <w:t>Everything stopped.</w:t>
      </w:r>
    </w:p>
    <w:p/>
    <w:p>
      <w:r>
        <w:t>Ava’s face changed.</w:t>
      </w:r>
    </w:p>
    <w:p/>
    <w:p>
      <w:r>
        <w:t>Maddie turned around.</w:t>
      </w:r>
    </w:p>
    <w:p/>
    <w:p>
      <w:r>
        <w:t>“Can I help you?”</w:t>
      </w:r>
    </w:p>
    <w:p/>
    <w:p>
      <w:r>
        <w:t>Ava grabbed her sleeve.</w:t>
      </w:r>
    </w:p>
    <w:p/>
    <w:p>
      <w:r>
        <w:t>“Don’t.”</w:t>
      </w:r>
    </w:p>
    <w:p/>
    <w:p>
      <w:r>
        <w:t>Maddie turned back.</w:t>
      </w:r>
    </w:p>
    <w:p/>
    <w:p>
      <w:r>
        <w:t>“They were literally—”</w:t>
      </w:r>
    </w:p>
    <w:p/>
    <w:p>
      <w:r>
        <w:t>“I know.”</w:t>
      </w:r>
    </w:p>
    <w:p/>
    <w:p>
      <w:r>
        <w:t>Ava’s voice was sharp.</w:t>
      </w:r>
    </w:p>
    <w:p/>
    <w:p>
      <w:r>
        <w:t>Maddie stopped.</w:t>
      </w:r>
    </w:p>
    <w:p/>
    <w:p>
      <w:r>
        <w:t>Ava looked down.</w:t>
      </w:r>
    </w:p>
    <w:p/>
    <w:p>
      <w:r>
        <w:t>“I know.”</w:t>
      </w:r>
    </w:p>
    <w:p/>
    <w:p>
      <w:r>
        <w:t>Silence.</w:t>
      </w:r>
    </w:p>
    <w:p/>
    <w:p>
      <w:r>
        <w:t>Elsie wanted to say it.</w:t>
      </w:r>
    </w:p>
    <w:p/>
    <w:p>
      <w:r>
        <w:rPr>
          <w:i/>
        </w:rPr>
        <w:t>It isn’t true.</w:t>
      </w:r>
    </w:p>
    <w:p/>
    <w:p>
      <w:r>
        <w:t>Loudly.</w:t>
      </w:r>
    </w:p>
    <w:p/>
    <w:p>
      <w:r>
        <w:t>To the table.</w:t>
      </w:r>
    </w:p>
    <w:p/>
    <w:p>
      <w:r>
        <w:t>To the cafeteria.</w:t>
      </w:r>
    </w:p>
    <w:p/>
    <w:p>
      <w:r>
        <w:t>To every phone.</w:t>
      </w:r>
    </w:p>
    <w:p/>
    <w:p>
      <w:r>
        <w:t>She wanted to stand on the chair and announce:</w:t>
      </w:r>
    </w:p>
    <w:p/>
    <w:p>
      <w:r>
        <w:t>AVA WALKER DID NOT—</w:t>
      </w:r>
    </w:p>
    <w:p/>
    <w:p>
      <w:r>
        <w:t>Did not what?</w:t>
      </w:r>
    </w:p>
    <w:p/>
    <w:p>
      <w:r>
        <w:t>Elsie stopped.</w:t>
      </w:r>
    </w:p>
    <w:p/>
    <w:p>
      <w:r>
        <w:t>Something uncomfortable moved through her.</w:t>
      </w:r>
    </w:p>
    <w:p/>
    <w:p>
      <w:r>
        <w:t>Because the sentence in her head required Ava to explain herself.</w:t>
      </w:r>
    </w:p>
    <w:p/>
    <w:p>
      <w:r>
        <w:t>To prove something.</w:t>
      </w:r>
    </w:p>
    <w:p/>
    <w:p>
      <w:r>
        <w:t>To be innocent enough to defend.</w:t>
      </w:r>
    </w:p>
    <w:p/>
    <w:p>
      <w:r>
        <w:t>Ava looked at her.</w:t>
      </w:r>
    </w:p>
    <w:p/>
    <w:p>
      <w:r>
        <w:t>“What?”</w:t>
      </w:r>
    </w:p>
    <w:p/>
    <w:p>
      <w:r>
        <w:t>“Nothing.”</w:t>
      </w:r>
    </w:p>
    <w:p/>
    <w:p>
      <w:r>
        <w:t>“That was a face.”</w:t>
      </w:r>
    </w:p>
    <w:p/>
    <w:p>
      <w:r>
        <w:t>“I have a lot of them.”</w:t>
      </w:r>
    </w:p>
    <w:p/>
    <w:p>
      <w:r>
        <w:t>“Unfortunately.”</w:t>
      </w:r>
    </w:p>
    <w:p/>
    <w:p>
      <w:r>
        <w:t>Elsie smiled.</w:t>
      </w:r>
    </w:p>
    <w:p/>
    <w:p>
      <w:r>
        <w:t>Barely.</w:t>
      </w:r>
    </w:p>
    <w:p/>
    <w:p>
      <w:r>
        <w:t>Ava opened her lunch.</w:t>
      </w:r>
    </w:p>
    <w:p/>
    <w:p>
      <w:r>
        <w:t>Took out the sandwich.</w:t>
      </w:r>
    </w:p>
    <w:p/>
    <w:p>
      <w:r>
        <w:t>Unwrapped it.</w:t>
      </w:r>
    </w:p>
    <w:p/>
    <w:p>
      <w:r>
        <w:t>Elsie looked away.</w:t>
      </w:r>
    </w:p>
    <w:p/>
    <w:p>
      <w:r>
        <w:t>Not because it didn’t matter.</w:t>
      </w:r>
    </w:p>
    <w:p/>
    <w:p>
      <w:r>
        <w:t>Because Ava had asked not to be watched.</w:t>
      </w:r>
    </w:p>
    <w:p/>
    <w:p>
      <w:r>
        <w:t>After school, the rumor got worse.</w:t>
      </w:r>
    </w:p>
    <w:p/>
    <w:p>
      <w:r>
        <w:t>A screenshot appeared in a sophomore group chat.</w:t>
      </w:r>
    </w:p>
    <w:p/>
    <w:p>
      <w:r>
        <w:t>Then somebody posted it to a private story.</w:t>
      </w:r>
    </w:p>
    <w:p/>
    <w:p>
      <w:r>
        <w:t>Then someone added:</w:t>
      </w:r>
    </w:p>
    <w:p/>
    <w:p>
      <w:r>
        <w:rPr>
          <w:i/>
        </w:rPr>
        <w:t>guess we know why she’s been acting weird lately</w:t>
      </w:r>
    </w:p>
    <w:p/>
    <w:p>
      <w:r>
        <w:t>Elsie stared at that one.</w:t>
      </w:r>
    </w:p>
    <w:p/>
    <w:p>
      <w:r>
        <w:t>Acting weird.</w:t>
      </w:r>
    </w:p>
    <w:p/>
    <w:p>
      <w:r>
        <w:t>Bangs?</w:t>
      </w:r>
    </w:p>
    <w:p/>
    <w:p>
      <w:r>
        <w:t>Missing school?</w:t>
      </w:r>
    </w:p>
    <w:p/>
    <w:p>
      <w:r>
        <w:t>Not eating?</w:t>
      </w:r>
    </w:p>
    <w:p/>
    <w:p>
      <w:r>
        <w:t>Her stomach turned.</w:t>
      </w:r>
    </w:p>
    <w:p/>
    <w:p>
      <w:r>
        <w:t>There.</w:t>
      </w:r>
    </w:p>
    <w:p/>
    <w:p>
      <w:r>
        <w:t>The connection.</w:t>
      </w:r>
    </w:p>
    <w:p/>
    <w:p>
      <w:r>
        <w:t>People taking separate things they didn’t understand and arranging them until they became a story.</w:t>
      </w:r>
    </w:p>
    <w:p/>
    <w:p>
      <w:r>
        <w:t>Ava’s hard week had existed before this rumor.</w:t>
      </w:r>
    </w:p>
    <w:p/>
    <w:p>
      <w:r>
        <w:t>Her costume had not fit before this rumor.</w:t>
      </w:r>
    </w:p>
    <w:p/>
    <w:p>
      <w:r>
        <w:t>She had skipped meals before this rumor.</w:t>
      </w:r>
    </w:p>
    <w:p/>
    <w:p>
      <w:r>
        <w:t>The rumor did not get to become the explanation for all of it just because it arrived afterward.</w:t>
      </w:r>
    </w:p>
    <w:p/>
    <w:p>
      <w:r>
        <w:t>Elsie knew that.</w:t>
      </w:r>
    </w:p>
    <w:p/>
    <w:p>
      <w:r>
        <w:t>She needed to keep knowing it.</w:t>
      </w:r>
    </w:p>
    <w:p/>
    <w:p>
      <w:r>
        <w:t>Her phone buzzed.</w:t>
      </w:r>
    </w:p>
    <w:p/>
    <w:p>
      <w:r>
        <w:t>Mason.</w:t>
      </w:r>
    </w:p>
    <w:p/>
    <w:p>
      <w:r>
        <w:rPr>
          <w:b/>
        </w:rPr>
        <w:t>Mason:</w:t>
      </w:r>
      <w:r>
        <w:t xml:space="preserve"> you okay</w:t>
      </w:r>
    </w:p>
    <w:p/>
    <w:p>
      <w:r>
        <w:rPr>
          <w:b/>
        </w:rPr>
        <w:t>Elsie:</w:t>
      </w:r>
      <w:r>
        <w:t xml:space="preserve"> why does everyone keep asking me that</w:t>
      </w:r>
    </w:p>
    <w:p/>
    <w:p>
      <w:r>
        <w:rPr>
          <w:b/>
        </w:rPr>
        <w:t>Mason:</w:t>
      </w:r>
      <w:r>
        <w:t xml:space="preserve"> because you look like you’re planning a felony</w:t>
      </w:r>
    </w:p>
    <w:p/>
    <w:p>
      <w:r>
        <w:rPr>
          <w:b/>
        </w:rPr>
        <w:t>Elsie:</w:t>
      </w:r>
      <w:r>
        <w:t xml:space="preserve"> maddie said homicide</w:t>
      </w:r>
    </w:p>
    <w:p/>
    <w:p>
      <w:r>
        <w:rPr>
          <w:b/>
        </w:rPr>
        <w:t>Mason:</w:t>
      </w:r>
      <w:r>
        <w:t xml:space="preserve"> hers is more specific</w:t>
      </w:r>
    </w:p>
    <w:p/>
    <w:p>
      <w:r>
        <w:rPr>
          <w:b/>
        </w:rPr>
        <w:t>Elsie:</w:t>
      </w:r>
      <w:r>
        <w:t xml:space="preserve"> I hate all of you</w:t>
      </w:r>
    </w:p>
    <w:p/>
    <w:p>
      <w:r>
        <w:rPr>
          <w:b/>
        </w:rPr>
        <w:t>Mason:</w:t>
      </w:r>
      <w:r>
        <w:t xml:space="preserve"> no you don’t</w:t>
      </w:r>
    </w:p>
    <w:p/>
    <w:p>
      <w:r>
        <w:t>She didn’t.</w:t>
      </w:r>
    </w:p>
    <w:p/>
    <w:p>
      <w:r>
        <w:t>Annoying.</w:t>
      </w:r>
    </w:p>
    <w:p/>
    <w:p>
      <w:r>
        <w:t>At home, Elsie opened Grandma’s list.</w:t>
      </w:r>
    </w:p>
    <w:p/>
    <w:p>
      <w:r>
        <w:t>Not the notebook first.</w:t>
      </w:r>
    </w:p>
    <w:p/>
    <w:p>
      <w:r>
        <w:t>The picture she had taken weeks ago.</w:t>
      </w:r>
    </w:p>
    <w:p/>
    <w:p>
      <w:r>
        <w:t>She scrolled.</w:t>
      </w:r>
    </w:p>
    <w:p/>
    <w:p>
      <w:r>
        <w:t>Moses.</w:t>
      </w:r>
    </w:p>
    <w:p/>
    <w:p>
      <w:r>
        <w:t>Gideon.</w:t>
      </w:r>
    </w:p>
    <w:p/>
    <w:p>
      <w:r>
        <w:t>Jonah.</w:t>
      </w:r>
    </w:p>
    <w:p/>
    <w:p>
      <w:r>
        <w:t>Peter.</w:t>
      </w:r>
    </w:p>
    <w:p/>
    <w:p>
      <w:r>
        <w:t>Martha.</w:t>
      </w:r>
    </w:p>
    <w:p/>
    <w:p>
      <w:r>
        <w:t>Thomas.</w:t>
      </w:r>
    </w:p>
    <w:p/>
    <w:p>
      <w:r>
        <w:t>David.</w:t>
      </w:r>
    </w:p>
    <w:p/>
    <w:p>
      <w:r>
        <w:t>Then:</w:t>
      </w:r>
    </w:p>
    <w:p/>
    <w:p>
      <w:r>
        <w:rPr>
          <w:b/>
        </w:rPr>
        <w:t>Rahab — Had a past people could easily use against her.</w:t>
      </w:r>
    </w:p>
    <w:p/>
    <w:p>
      <w:r>
        <w:t>Elsie stopped.</w:t>
      </w:r>
    </w:p>
    <w:p/>
    <w:p>
      <w:r>
        <w:t>Usually Grandma’s sentences annoyed her now.</w:t>
      </w:r>
    </w:p>
    <w:p/>
    <w:p>
      <w:r>
        <w:t>Too small.</w:t>
      </w:r>
    </w:p>
    <w:p/>
    <w:p>
      <w:r>
        <w:t>Too easy.</w:t>
      </w:r>
    </w:p>
    <w:p/>
    <w:p>
      <w:r>
        <w:t>Leah had been the worst.</w:t>
      </w:r>
    </w:p>
    <w:p/>
    <w:p>
      <w:r>
        <w:rPr>
          <w:b/>
        </w:rPr>
        <w:t>Leah — Was ugly.</w:t>
      </w:r>
    </w:p>
    <w:p/>
    <w:p>
      <w:r>
        <w:t>Elsie still wanted to fight Grandma every time she thought about it.</w:t>
      </w:r>
    </w:p>
    <w:p/>
    <w:p>
      <w:r>
        <w:t>But Rahab—</w:t>
      </w:r>
    </w:p>
    <w:p/>
    <w:p>
      <w:r>
        <w:t>Grandma had done something different.</w:t>
      </w:r>
    </w:p>
    <w:p/>
    <w:p>
      <w:r>
        <w:t>She hadn’t written what Rahab had done.</w:t>
      </w:r>
    </w:p>
    <w:p/>
    <w:p>
      <w:r>
        <w:t>She had written what other people could do with it.</w:t>
      </w:r>
    </w:p>
    <w:p/>
    <w:p>
      <w:r>
        <w:t>Elsie read it again.</w:t>
      </w:r>
    </w:p>
    <w:p/>
    <w:p>
      <w:r>
        <w:t>Had a past people could easily use against her.</w:t>
      </w:r>
    </w:p>
    <w:p/>
    <w:p>
      <w:r>
        <w:t>“Huh.”</w:t>
      </w:r>
    </w:p>
    <w:p/>
    <w:p>
      <w:r>
        <w:t>She opened her Bible.</w:t>
      </w:r>
    </w:p>
    <w:p/>
    <w:p>
      <w:r>
        <w:t>Joshua first.</w:t>
      </w:r>
    </w:p>
    <w:p/>
    <w:p>
      <w:r>
        <w:t>Rahab.</w:t>
      </w:r>
    </w:p>
    <w:p/>
    <w:p>
      <w:r>
        <w:t>The spies.</w:t>
      </w:r>
    </w:p>
    <w:p/>
    <w:p>
      <w:r>
        <w:t>The king looking for them.</w:t>
      </w:r>
    </w:p>
    <w:p/>
    <w:p>
      <w:r>
        <w:t>Rahab hiding them.</w:t>
      </w:r>
    </w:p>
    <w:p/>
    <w:p>
      <w:r>
        <w:t>The scarlet cord.</w:t>
      </w:r>
    </w:p>
    <w:p/>
    <w:p>
      <w:r>
        <w:t>Her family.</w:t>
      </w:r>
    </w:p>
    <w:p/>
    <w:p>
      <w:r>
        <w:t>Jericho.</w:t>
      </w:r>
    </w:p>
    <w:p/>
    <w:p>
      <w:r>
        <w:t>Then Elsie kept going.</w:t>
      </w:r>
    </w:p>
    <w:p/>
    <w:p>
      <w:r>
        <w:t>Because apparently she had become the kind of person who voluntarily cross-referenced Bible stories.</w:t>
      </w:r>
    </w:p>
    <w:p/>
    <w:p>
      <w:r>
        <w:t>Disturbing.</w:t>
      </w:r>
    </w:p>
    <w:p/>
    <w:p>
      <w:r>
        <w:t>She found Hebrews.</w:t>
      </w:r>
    </w:p>
    <w:p/>
    <w:p>
      <w:r>
        <w:t>Read.</w:t>
      </w:r>
    </w:p>
    <w:p/>
    <w:p>
      <w:r>
        <w:t>Stopped.</w:t>
      </w:r>
    </w:p>
    <w:p/>
    <w:p>
      <w:r>
        <w:t>Read it again.</w:t>
      </w:r>
    </w:p>
    <w:p/>
    <w:p>
      <w:r>
        <w:t>Then James.</w:t>
      </w:r>
    </w:p>
    <w:p/>
    <w:p>
      <w:r>
        <w:t>Same thing.</w:t>
      </w:r>
    </w:p>
    <w:p/>
    <w:p>
      <w:r>
        <w:t>Her phone was in her hand before she decided who she was texting.</w:t>
      </w:r>
    </w:p>
    <w:p/>
    <w:p>
      <w:r>
        <w:rPr>
          <w:b/>
        </w:rPr>
        <w:t>Elsie:</w:t>
      </w:r>
      <w:r>
        <w:t xml:space="preserve"> emergency bible question</w:t>
      </w:r>
    </w:p>
    <w:p/>
    <w:p>
      <w:r>
        <w:t>Nora answered.</w:t>
      </w:r>
    </w:p>
    <w:p/>
    <w:p>
      <w:r>
        <w:rPr>
          <w:b/>
        </w:rPr>
        <w:t>Nora:</w:t>
      </w:r>
      <w:r>
        <w:t xml:space="preserve"> finally</w:t>
      </w:r>
    </w:p>
    <w:p/>
    <w:p>
      <w:r>
        <w:rPr>
          <w:b/>
        </w:rPr>
        <w:t>Elsie:</w:t>
      </w:r>
      <w:r>
        <w:t xml:space="preserve"> don’t make this weird</w:t>
      </w:r>
    </w:p>
    <w:p/>
    <w:p>
      <w:r>
        <w:rPr>
          <w:b/>
        </w:rPr>
        <w:t>Nora:</w:t>
      </w:r>
      <w:r>
        <w:t xml:space="preserve"> impossible</w:t>
      </w:r>
    </w:p>
    <w:p/>
    <w:p>
      <w:r>
        <w:rPr>
          <w:b/>
        </w:rPr>
        <w:t>Elsie:</w:t>
      </w:r>
      <w:r>
        <w:t xml:space="preserve"> why do hebrews and james still call rahab a prostitute</w:t>
      </w:r>
    </w:p>
    <w:p/>
    <w:p>
      <w:r>
        <w:t>Pause.</w:t>
      </w:r>
    </w:p>
    <w:p/>
    <w:p>
      <w:r>
        <w:rPr>
          <w:b/>
        </w:rPr>
        <w:t>Nora:</w:t>
      </w:r>
      <w:r>
        <w:t xml:space="preserve"> because she was?</w:t>
      </w:r>
    </w:p>
    <w:p/>
    <w:p>
      <w:r>
        <w:t>Elsie frowned.</w:t>
      </w:r>
    </w:p>
    <w:p/>
    <w:p>
      <w:r>
        <w:rPr>
          <w:b/>
        </w:rPr>
        <w:t>Elsie:</w:t>
      </w:r>
      <w:r>
        <w:t xml:space="preserve"> helpful</w:t>
      </w:r>
    </w:p>
    <w:p/>
    <w:p>
      <w:r>
        <w:rPr>
          <w:b/>
        </w:rPr>
        <w:t>Nora:</w:t>
      </w:r>
      <w:r>
        <w:t xml:space="preserve"> ask hannah</w:t>
      </w:r>
    </w:p>
    <w:p/>
    <w:p>
      <w:r>
        <w:rPr>
          <w:b/>
        </w:rPr>
        <w:t>Elsie:</w:t>
      </w:r>
      <w:r>
        <w:t xml:space="preserve"> betrayal</w:t>
      </w:r>
    </w:p>
    <w:p/>
    <w:p>
      <w:r>
        <w:rPr>
          <w:b/>
        </w:rPr>
        <w:t>Nora:</w:t>
      </w:r>
      <w:r>
        <w:t xml:space="preserve"> spiritual delegation</w:t>
      </w:r>
    </w:p>
    <w:p/>
    <w:p>
      <w:r>
        <w:t>Elsie stared at the verses again.</w:t>
      </w:r>
    </w:p>
    <w:p/>
    <w:p>
      <w:r>
        <w:t>The word stayed.</w:t>
      </w:r>
    </w:p>
    <w:p/>
    <w:p>
      <w:r>
        <w:t>Not erased.</w:t>
      </w:r>
    </w:p>
    <w:p/>
    <w:p>
      <w:r>
        <w:t>Not softened.</w:t>
      </w:r>
    </w:p>
    <w:p/>
    <w:p>
      <w:r>
        <w:t>Not rewritten into something more respectable.</w:t>
      </w:r>
    </w:p>
    <w:p/>
    <w:p>
      <w:r>
        <w:t>And yet—</w:t>
      </w:r>
    </w:p>
    <w:p/>
    <w:p>
      <w:r>
        <w:t>Hebrews put Rahab in a chapter about faith.</w:t>
      </w:r>
    </w:p>
    <w:p/>
    <w:p>
      <w:r>
        <w:t>James used her as an example of faith that acted.</w:t>
      </w:r>
    </w:p>
    <w:p/>
    <w:p>
      <w:r>
        <w:t>Elsie flipped to Matthew.</w:t>
      </w:r>
    </w:p>
    <w:p/>
    <w:p>
      <w:r>
        <w:t>Genealogy.</w:t>
      </w:r>
    </w:p>
    <w:p/>
    <w:p>
      <w:r>
        <w:t>Names.</w:t>
      </w:r>
    </w:p>
    <w:p/>
    <w:p>
      <w:r>
        <w:t>Names.</w:t>
      </w:r>
    </w:p>
    <w:p/>
    <w:p>
      <w:r>
        <w:t>Names.</w:t>
      </w:r>
    </w:p>
    <w:p/>
    <w:p>
      <w:r>
        <w:t>Then Rahab.</w:t>
      </w:r>
    </w:p>
    <w:p/>
    <w:p>
      <w:r>
        <w:t>She leaned closer.</w:t>
      </w:r>
    </w:p>
    <w:p/>
    <w:p>
      <w:r>
        <w:t>“No way.”</w:t>
      </w:r>
    </w:p>
    <w:p/>
    <w:p>
      <w:r>
        <w:t>Her phone rang.</w:t>
      </w:r>
    </w:p>
    <w:p/>
    <w:p>
      <w:r>
        <w:t>Nora.</w:t>
      </w:r>
    </w:p>
    <w:p/>
    <w:p>
      <w:r>
        <w:t>Elsie answered.</w:t>
      </w:r>
    </w:p>
    <w:p/>
    <w:p>
      <w:r>
        <w:t>“You could have texted.”</w:t>
      </w:r>
    </w:p>
    <w:p/>
    <w:p>
      <w:r>
        <w:t>“This seemed faster.”</w:t>
      </w:r>
    </w:p>
    <w:p/>
    <w:p>
      <w:r>
        <w:t>“It isn’t.”</w:t>
      </w:r>
    </w:p>
    <w:p/>
    <w:p>
      <w:r>
        <w:t>“What did you find?”</w:t>
      </w:r>
    </w:p>
    <w:p/>
    <w:p>
      <w:r>
        <w:t>“Matthew.”</w:t>
      </w:r>
    </w:p>
    <w:p/>
    <w:p>
      <w:r>
        <w:t>Pause.</w:t>
      </w:r>
    </w:p>
    <w:p/>
    <w:p>
      <w:r>
        <w:t>Then Nora understood.</w:t>
      </w:r>
    </w:p>
    <w:p/>
    <w:p>
      <w:r>
        <w:t>“Oh.”</w:t>
      </w:r>
    </w:p>
    <w:p/>
    <w:p>
      <w:r>
        <w:t>“She’s in Jesus’s family.”</w:t>
      </w:r>
    </w:p>
    <w:p/>
    <w:p>
      <w:r>
        <w:t>“Yeah.”</w:t>
      </w:r>
    </w:p>
    <w:p/>
    <w:p>
      <w:r>
        <w:t>“Why does nobody lead with that?”</w:t>
      </w:r>
    </w:p>
    <w:p/>
    <w:p>
      <w:r>
        <w:t>“Because genealogies are where Bible reading plans go to die.”</w:t>
      </w:r>
    </w:p>
    <w:p/>
    <w:p>
      <w:r>
        <w:t>Elsie laughed.</w:t>
      </w:r>
    </w:p>
    <w:p/>
    <w:p>
      <w:r>
        <w:t>Then looked back at Hebrews.</w:t>
      </w:r>
    </w:p>
    <w:p/>
    <w:p>
      <w:r>
        <w:t>“But they still call her that.”</w:t>
      </w:r>
    </w:p>
    <w:p/>
    <w:p>
      <w:r>
        <w:t>“Yep.”</w:t>
      </w:r>
    </w:p>
    <w:p/>
    <w:p>
      <w:r>
        <w:t>“That feels…”</w:t>
      </w:r>
    </w:p>
    <w:p/>
    <w:p>
      <w:r>
        <w:t>“Mean?”</w:t>
      </w:r>
    </w:p>
    <w:p/>
    <w:p>
      <w:r>
        <w:t>“Kind of.”</w:t>
      </w:r>
    </w:p>
    <w:p/>
    <w:p>
      <w:r>
        <w:t>Nora was quiet.</w:t>
      </w:r>
    </w:p>
    <w:p/>
    <w:p>
      <w:r>
        <w:t>“Maybe.”</w:t>
      </w:r>
    </w:p>
    <w:p/>
    <w:p>
      <w:r>
        <w:t>Elsie waited.</w:t>
      </w:r>
    </w:p>
    <w:p/>
    <w:p>
      <w:r>
        <w:t>Then Nora said:</w:t>
      </w:r>
    </w:p>
    <w:p/>
    <w:p>
      <w:r>
        <w:t>“Or maybe the point isn’t that her past disappeared.”</w:t>
      </w:r>
    </w:p>
    <w:p/>
    <w:p>
      <w:r>
        <w:t>Elsie looked at the page.</w:t>
      </w:r>
    </w:p>
    <w:p/>
    <w:p>
      <w:r>
        <w:t>“What do you mean?”</w:t>
      </w:r>
    </w:p>
    <w:p/>
    <w:p>
      <w:r>
        <w:t>“I don’t know.”</w:t>
      </w:r>
    </w:p>
    <w:p/>
    <w:p>
      <w:r>
        <w:t>“Excellent.”</w:t>
      </w:r>
    </w:p>
    <w:p/>
    <w:p>
      <w:r>
        <w:t>“Shut up. I’m thinking.”</w:t>
      </w:r>
    </w:p>
    <w:p/>
    <w:p>
      <w:r>
        <w:t>Elsie smiled.</w:t>
      </w:r>
    </w:p>
    <w:p/>
    <w:p>
      <w:r>
        <w:t>Nora continued.</w:t>
      </w:r>
    </w:p>
    <w:p/>
    <w:p>
      <w:r>
        <w:t>“If they changed it to Rahab the Extremely Respectable Woman Who Never Did Anything Anyone Could Judge, then that would sort of ruin the point.”</w:t>
      </w:r>
    </w:p>
    <w:p/>
    <w:p>
      <w:r>
        <w:t>Elsie stopped.</w:t>
      </w:r>
    </w:p>
    <w:p/>
    <w:p>
      <w:r>
        <w:t>Nora kept going.</w:t>
      </w:r>
    </w:p>
    <w:p/>
    <w:p>
      <w:r>
        <w:t>“She did have a past.”</w:t>
      </w:r>
    </w:p>
    <w:p/>
    <w:p>
      <w:r>
        <w:t>“Yeah.”</w:t>
      </w:r>
    </w:p>
    <w:p/>
    <w:p>
      <w:r>
        <w:t>“And God knew.”</w:t>
      </w:r>
    </w:p>
    <w:p/>
    <w:p>
      <w:r>
        <w:t>There it was.</w:t>
      </w:r>
    </w:p>
    <w:p/>
    <w:p>
      <w:r>
        <w:t>Not a lesson.</w:t>
      </w:r>
    </w:p>
    <w:p/>
    <w:p>
      <w:r>
        <w:t>Not yet.</w:t>
      </w:r>
    </w:p>
    <w:p/>
    <w:p>
      <w:r>
        <w:t>Just a sentence that landed somewhere Elsie couldn’t ignore.</w:t>
      </w:r>
    </w:p>
    <w:p/>
    <w:p>
      <w:r>
        <w:t>Nora said:</w:t>
      </w:r>
    </w:p>
    <w:p/>
    <w:p>
      <w:r>
        <w:t>“You should bring it Wednesday.”</w:t>
      </w:r>
    </w:p>
    <w:p/>
    <w:p>
      <w:r>
        <w:t>“Bible study?”</w:t>
      </w:r>
    </w:p>
    <w:p/>
    <w:p>
      <w:r>
        <w:t>“No, bowling league.”</w:t>
      </w:r>
    </w:p>
    <w:p/>
    <w:p>
      <w:r>
        <w:t>“I hate you.”</w:t>
      </w:r>
    </w:p>
    <w:p/>
    <w:p>
      <w:r>
        <w:t>“See you Wednesday.”</w:t>
      </w:r>
    </w:p>
    <w:p/>
    <w:p>
      <w:r>
        <w:t>She hung up.</w:t>
      </w:r>
    </w:p>
    <w:p/>
    <w:p>
      <w:r>
        <w:t>Wednesday night, Hannah read Grandma’s line twice.</w:t>
      </w:r>
    </w:p>
    <w:p/>
    <w:p>
      <w:r>
        <w:rPr>
          <w:b/>
        </w:rPr>
        <w:t>Rahab — Had a past people could easily use against her.</w:t>
      </w:r>
    </w:p>
    <w:p/>
    <w:p>
      <w:r>
        <w:t>Then she looked at Elsie.</w:t>
      </w:r>
    </w:p>
    <w:p/>
    <w:p>
      <w:r>
        <w:t>“Your grandma wrote this?”</w:t>
      </w:r>
    </w:p>
    <w:p/>
    <w:p>
      <w:r>
        <w:t>“When I was thirteen.”</w:t>
      </w:r>
    </w:p>
    <w:p/>
    <w:p>
      <w:r>
        <w:t>“I like her.”</w:t>
      </w:r>
    </w:p>
    <w:p/>
    <w:p>
      <w:r>
        <w:t>“You say that now.”</w:t>
      </w:r>
    </w:p>
    <w:p/>
    <w:p>
      <w:r>
        <w:t>Nora reached for popcorn.</w:t>
      </w:r>
    </w:p>
    <w:p/>
    <w:p>
      <w:r>
        <w:t>“She owns three hundred Bibles.”</w:t>
      </w:r>
    </w:p>
    <w:p/>
    <w:p>
      <w:r>
        <w:t>“Approximately,” Elsie said.</w:t>
      </w:r>
    </w:p>
    <w:p/>
    <w:p>
      <w:r>
        <w:t>Maya looked up.</w:t>
      </w:r>
    </w:p>
    <w:p/>
    <w:p>
      <w:r>
        <w:t>“Why?”</w:t>
      </w:r>
    </w:p>
    <w:p/>
    <w:p>
      <w:r>
        <w:t>“Nobody knows.”</w:t>
      </w:r>
    </w:p>
    <w:p/>
    <w:p>
      <w:r>
        <w:t>Hannah smiled.</w:t>
      </w:r>
    </w:p>
    <w:p/>
    <w:p>
      <w:r>
        <w:t>Then tapped the page.</w:t>
      </w:r>
    </w:p>
    <w:p/>
    <w:p>
      <w:r>
        <w:t>“What bothers you about this one?”</w:t>
      </w:r>
    </w:p>
    <w:p/>
    <w:p>
      <w:r>
        <w:t>“Nothing.”</w:t>
      </w:r>
    </w:p>
    <w:p/>
    <w:p>
      <w:r>
        <w:t>Everyone stared at her.</w:t>
      </w:r>
    </w:p>
    <w:p/>
    <w:p>
      <w:r>
        <w:t>Elsie frowned.</w:t>
      </w:r>
    </w:p>
    <w:p/>
    <w:p>
      <w:r>
        <w:t>“What?”</w:t>
      </w:r>
    </w:p>
    <w:p/>
    <w:p>
      <w:r>
        <w:t>“You brought it,” Sophie said.</w:t>
      </w:r>
    </w:p>
    <w:p/>
    <w:p>
      <w:r>
        <w:t>“So?”</w:t>
      </w:r>
    </w:p>
    <w:p/>
    <w:p>
      <w:r>
        <w:t>“You only bring things that bother you.”</w:t>
      </w:r>
    </w:p>
    <w:p/>
    <w:p>
      <w:r>
        <w:t>“That is not true.”</w:t>
      </w:r>
    </w:p>
    <w:p/>
    <w:p>
      <w:r>
        <w:t>Nora ate popcorn.</w:t>
      </w:r>
    </w:p>
    <w:p/>
    <w:p>
      <w:r>
        <w:t>“Fine Number?”</w:t>
      </w:r>
    </w:p>
    <w:p/>
    <w:p>
      <w:r>
        <w:t>“Stop.”</w:t>
      </w:r>
    </w:p>
    <w:p/>
    <w:p>
      <w:r>
        <w:t>Hannah waited.</w:t>
      </w:r>
    </w:p>
    <w:p/>
    <w:p>
      <w:r>
        <w:t>Elsie sighed.</w:t>
      </w:r>
    </w:p>
    <w:p/>
    <w:p>
      <w:r>
        <w:t>“Okay. Maybe it bothers me that it doesn’t bother me.”</w:t>
      </w:r>
    </w:p>
    <w:p/>
    <w:p>
      <w:r>
        <w:t>Maya blinked.</w:t>
      </w:r>
    </w:p>
    <w:p/>
    <w:p>
      <w:r>
        <w:t>“That was exhausting.”</w:t>
      </w:r>
    </w:p>
    <w:p/>
    <w:p>
      <w:r>
        <w:t>“I know.”</w:t>
      </w:r>
    </w:p>
    <w:p/>
    <w:p>
      <w:r>
        <w:t>Elsie opened Hebrews.</w:t>
      </w:r>
    </w:p>
    <w:p/>
    <w:p>
      <w:r>
        <w:t>“It still calls her a prostitute.”</w:t>
      </w:r>
    </w:p>
    <w:p/>
    <w:p>
      <w:r>
        <w:t>Hannah nodded.</w:t>
      </w:r>
    </w:p>
    <w:p/>
    <w:p>
      <w:r>
        <w:t>“And James.”</w:t>
      </w:r>
    </w:p>
    <w:p/>
    <w:p>
      <w:r>
        <w:t>“Yes.”</w:t>
      </w:r>
    </w:p>
    <w:p/>
    <w:p>
      <w:r>
        <w:t>“But then both of them say good things about her.”</w:t>
      </w:r>
    </w:p>
    <w:p/>
    <w:p>
      <w:r>
        <w:t>“Yes.”</w:t>
      </w:r>
    </w:p>
    <w:p/>
    <w:p>
      <w:r>
        <w:t>“And she’s in Matthew.”</w:t>
      </w:r>
    </w:p>
    <w:p/>
    <w:p>
      <w:r>
        <w:t>“Yes.”</w:t>
      </w:r>
    </w:p>
    <w:p/>
    <w:p>
      <w:r>
        <w:t>Elsie looked around the table.</w:t>
      </w:r>
    </w:p>
    <w:p/>
    <w:p>
      <w:r>
        <w:t>“So which one is she?”</w:t>
      </w:r>
    </w:p>
    <w:p/>
    <w:p>
      <w:r>
        <w:t>Hannah tilted her head.</w:t>
      </w:r>
    </w:p>
    <w:p/>
    <w:p>
      <w:r>
        <w:t>“What do you mean?”</w:t>
      </w:r>
    </w:p>
    <w:p/>
    <w:p>
      <w:r>
        <w:t>“Was she the prostitute or the faithful person?”</w:t>
      </w:r>
    </w:p>
    <w:p/>
    <w:p>
      <w:r>
        <w:t>Nora stared at her.</w:t>
      </w:r>
    </w:p>
    <w:p/>
    <w:p>
      <w:r>
        <w:t>“Oh.”</w:t>
      </w:r>
    </w:p>
    <w:p/>
    <w:p>
      <w:r>
        <w:t>“What?”</w:t>
      </w:r>
    </w:p>
    <w:p/>
    <w:p>
      <w:r>
        <w:t>“That’s the question.”</w:t>
      </w:r>
    </w:p>
    <w:p/>
    <w:p>
      <w:r>
        <w:t>Elsie looked at Hannah.</w:t>
      </w:r>
    </w:p>
    <w:p/>
    <w:p>
      <w:r>
        <w:t>Hannah didn’t rescue her.</w:t>
      </w:r>
    </w:p>
    <w:p/>
    <w:p>
      <w:r>
        <w:t>Of course.</w:t>
      </w:r>
    </w:p>
    <w:p/>
    <w:p>
      <w:r>
        <w:t>Elsie looked back at the page.</w:t>
      </w:r>
    </w:p>
    <w:p/>
    <w:p>
      <w:r>
        <w:t>Both.</w:t>
      </w:r>
    </w:p>
    <w:p/>
    <w:p>
      <w:r>
        <w:t>Again.</w:t>
      </w:r>
    </w:p>
    <w:p/>
    <w:p>
      <w:r>
        <w:t>Apparently the Bible was obsessed with making people inconvenient.</w:t>
      </w:r>
    </w:p>
    <w:p/>
    <w:p>
      <w:r>
        <w:t>“She was both,” Elsie said.</w:t>
      </w:r>
    </w:p>
    <w:p/>
    <w:p>
      <w:r>
        <w:t>“At different points in her life, yes,” Hannah said. “And also more than either word.”</w:t>
      </w:r>
    </w:p>
    <w:p/>
    <w:p>
      <w:r>
        <w:t>Elsie thought about Ava.</w:t>
      </w:r>
    </w:p>
    <w:p/>
    <w:p>
      <w:r>
        <w:t>The screenshot.</w:t>
      </w:r>
    </w:p>
    <w:p/>
    <w:p>
      <w:r>
        <w:t>The rumor.</w:t>
      </w:r>
    </w:p>
    <w:p/>
    <w:p>
      <w:r>
        <w:t>Her immediate need to say:</w:t>
      </w:r>
    </w:p>
    <w:p/>
    <w:p>
      <w:r>
        <w:rPr>
          <w:i/>
        </w:rPr>
        <w:t>It isn’t true.</w:t>
      </w:r>
    </w:p>
    <w:p/>
    <w:p>
      <w:r>
        <w:t>Sophie stared at her popcorn.</w:t>
      </w:r>
    </w:p>
    <w:p/>
    <w:p>
      <w:r>
        <w:t>Maya didn’t look up.</w:t>
      </w:r>
    </w:p>
    <w:p/>
    <w:p>
      <w:r>
        <w:t>Elsie noticed.</w:t>
      </w:r>
    </w:p>
    <w:p/>
    <w:p>
      <w:r>
        <w:t>They had not invented the rumor.</w:t>
      </w:r>
    </w:p>
    <w:p/>
    <w:p>
      <w:r>
        <w:t>They had still helped it move.</w:t>
      </w:r>
    </w:p>
    <w:p/>
    <w:p>
      <w:r>
        <w:t>Hannah continued.</w:t>
      </w:r>
    </w:p>
    <w:p/>
    <w:p>
      <w:r>
        <w:t>“Scripture doesn't pretend Rahab had no past. It also doesn't let her past be the only thing worth saying about her.”</w:t>
      </w:r>
    </w:p>
    <w:p/>
    <w:p>
      <w:r>
        <w:t>Nobody spoke.</w:t>
      </w:r>
    </w:p>
    <w:p/>
    <w:p>
      <w:r>
        <w:t>Hannah turned to James.</w:t>
      </w:r>
    </w:p>
    <w:p/>
    <w:p>
      <w:r>
        <w:t>“Look at what she’s remembered for here.”</w:t>
      </w:r>
    </w:p>
    <w:p/>
    <w:p>
      <w:r>
        <w:t>Elsie read.</w:t>
      </w:r>
    </w:p>
    <w:p/>
    <w:p>
      <w:r>
        <w:t>Not the label.</w:t>
      </w:r>
    </w:p>
    <w:p/>
    <w:p>
      <w:r>
        <w:t>The action.</w:t>
      </w:r>
    </w:p>
    <w:p/>
    <w:p>
      <w:r>
        <w:t>She received the messengers.</w:t>
      </w:r>
    </w:p>
    <w:p/>
    <w:p>
      <w:r>
        <w:t>Sent them another way.</w:t>
      </w:r>
    </w:p>
    <w:p/>
    <w:p>
      <w:r>
        <w:t>Faith that did something.</w:t>
      </w:r>
    </w:p>
    <w:p/>
    <w:p>
      <w:r>
        <w:t>Then Hebrews.</w:t>
      </w:r>
    </w:p>
    <w:p/>
    <w:p>
      <w:r>
        <w:t>By faith.</w:t>
      </w:r>
    </w:p>
    <w:p/>
    <w:p>
      <w:r>
        <w:rPr>
          <w:i/>
        </w:rPr>
        <w:t>Not Rahab, who had finally become respectable enough to matter.</w:t>
      </w:r>
    </w:p>
    <w:p/>
    <w:p>
      <w:r>
        <w:t>Elsie hated that her brain had formed the sentence.</w:t>
      </w:r>
    </w:p>
    <w:p/>
    <w:p>
      <w:r>
        <w:t>Because there it was.</w:t>
      </w:r>
    </w:p>
    <w:p/>
    <w:p>
      <w:r>
        <w:t>Anyway.</w:t>
      </w:r>
    </w:p>
    <w:p/>
    <w:p>
      <w:r>
        <w:t>Again.</w:t>
      </w:r>
    </w:p>
    <w:p/>
    <w:p>
      <w:r>
        <w:t>God used Rahab anyway.</w:t>
      </w:r>
    </w:p>
    <w:p/>
    <w:p>
      <w:r>
        <w:t>Except—</w:t>
      </w:r>
    </w:p>
    <w:p/>
    <w:p>
      <w:r>
        <w:t>That wasn’t what the text said.</w:t>
      </w:r>
    </w:p>
    <w:p/>
    <w:p>
      <w:r>
        <w:t>It didn’t sound embarrassed by her.</w:t>
      </w:r>
    </w:p>
    <w:p/>
    <w:p>
      <w:r>
        <w:t>It didn’t apologize for including her.</w:t>
      </w:r>
    </w:p>
    <w:p/>
    <w:p>
      <w:r>
        <w:t>It just included her.</w:t>
      </w:r>
    </w:p>
    <w:p/>
    <w:p>
      <w:r>
        <w:t>Hannah turned to Matthew.</w:t>
      </w:r>
    </w:p>
    <w:p/>
    <w:p>
      <w:r>
        <w:t>“And then there’s this.”</w:t>
      </w:r>
    </w:p>
    <w:p/>
    <w:p>
      <w:r>
        <w:t>“Jesus,” Elsie said.</w:t>
      </w:r>
    </w:p>
    <w:p/>
    <w:p>
      <w:r>
        <w:t>“Eventually.”</w:t>
      </w:r>
    </w:p>
    <w:p/>
    <w:p>
      <w:r>
        <w:t>Nora pointed.</w:t>
      </w:r>
    </w:p>
    <w:p/>
    <w:p>
      <w:r>
        <w:t>“Very eventually. There are a lot of names.”</w:t>
      </w:r>
    </w:p>
    <w:p/>
    <w:p>
      <w:r>
        <w:t>Hannah smiled.</w:t>
      </w:r>
    </w:p>
    <w:p/>
    <w:p>
      <w:r>
        <w:t>“Yes. Rahab becomes part of the family line that leads to Jesus.”</w:t>
      </w:r>
    </w:p>
    <w:p/>
    <w:p>
      <w:r>
        <w:t>Sophie leaned forward.</w:t>
      </w:r>
    </w:p>
    <w:p/>
    <w:p>
      <w:r>
        <w:t>“So God didn’t erase her story.”</w:t>
      </w:r>
    </w:p>
    <w:p/>
    <w:p>
      <w:r>
        <w:t>“No.”</w:t>
      </w:r>
    </w:p>
    <w:p/>
    <w:p>
      <w:r>
        <w:t>“He put her in a genealogy.”</w:t>
      </w:r>
    </w:p>
    <w:p/>
    <w:p>
      <w:r>
        <w:t>“Correct.”</w:t>
      </w:r>
    </w:p>
    <w:p/>
    <w:p>
      <w:r>
        <w:t>“That feels aggressive.”</w:t>
      </w:r>
    </w:p>
    <w:p/>
    <w:p>
      <w:r>
        <w:t>Maya laughed.</w:t>
      </w:r>
    </w:p>
    <w:p/>
    <w:p>
      <w:r>
        <w:t>Elsie didn’t.</w:t>
      </w:r>
    </w:p>
    <w:p/>
    <w:p>
      <w:r>
        <w:t>She was thinking.</w:t>
      </w:r>
    </w:p>
    <w:p/>
    <w:p>
      <w:r>
        <w:t>“What if the rumor isn’t true?”</w:t>
      </w:r>
    </w:p>
    <w:p/>
    <w:p>
      <w:r>
        <w:t>Everyone looked at her.</w:t>
      </w:r>
    </w:p>
    <w:p/>
    <w:p>
      <w:r>
        <w:t>Hannah’s expression changed.</w:t>
      </w:r>
    </w:p>
    <w:p/>
    <w:p>
      <w:r>
        <w:t>“What rumor?”</w:t>
      </w:r>
    </w:p>
    <w:p/>
    <w:p>
      <w:r>
        <w:t>Elsie immediately regretted saying it.</w:t>
      </w:r>
    </w:p>
    <w:p/>
    <w:p>
      <w:r>
        <w:t>“Nothing.”</w:t>
      </w:r>
    </w:p>
    <w:p/>
    <w:p>
      <w:r>
        <w:t>Nora looked at her.</w:t>
      </w:r>
    </w:p>
    <w:p/>
    <w:p>
      <w:r>
        <w:t>Elsie shook her head.</w:t>
      </w:r>
    </w:p>
    <w:p/>
    <w:p>
      <w:r>
        <w:t>Not hers.</w:t>
      </w:r>
    </w:p>
    <w:p/>
    <w:p>
      <w:r>
        <w:t>Hannah didn’t push.</w:t>
      </w:r>
    </w:p>
    <w:p/>
    <w:p>
      <w:r>
        <w:t>“Then generally, if something untrue is being said about someone, truth matters.”</w:t>
      </w:r>
    </w:p>
    <w:p/>
    <w:p>
      <w:r>
        <w:t>“Right.”</w:t>
      </w:r>
    </w:p>
    <w:p/>
    <w:p>
      <w:r>
        <w:t>Elsie picked at the edge of the page.</w:t>
      </w:r>
    </w:p>
    <w:p/>
    <w:p>
      <w:r>
        <w:t>“But what if it was?”</w:t>
      </w:r>
    </w:p>
    <w:p/>
    <w:p>
      <w:r>
        <w:t>Hannah waited.</w:t>
      </w:r>
    </w:p>
    <w:p/>
    <w:p>
      <w:r>
        <w:t>“What if people are saying somebody did something, and your whole defense is that they didn’t?”</w:t>
      </w:r>
    </w:p>
    <w:p/>
    <w:p>
      <w:r>
        <w:t>Silence.</w:t>
      </w:r>
    </w:p>
    <w:p/>
    <w:p>
      <w:r>
        <w:t>Elsie continued.</w:t>
      </w:r>
    </w:p>
    <w:p/>
    <w:p>
      <w:r>
        <w:t>“Doesn’t that kind of mean you think if they did, then everything people are saying about them would be okay?”</w:t>
      </w:r>
    </w:p>
    <w:p/>
    <w:p>
      <w:r>
        <w:t>Hannah’s eyes softened.</w:t>
      </w:r>
    </w:p>
    <w:p/>
    <w:p>
      <w:r>
        <w:t>“There it is.”</w:t>
      </w:r>
    </w:p>
    <w:p/>
    <w:p>
      <w:r>
        <w:t>Elsie hated when adults said things like that.</w:t>
      </w:r>
    </w:p>
    <w:p/>
    <w:p>
      <w:r>
        <w:t>“There what is?”</w:t>
      </w:r>
    </w:p>
    <w:p/>
    <w:p>
      <w:r>
        <w:t>“The harder question.”</w:t>
      </w:r>
    </w:p>
    <w:p/>
    <w:p>
      <w:r>
        <w:t>Nora leaned back.</w:t>
      </w:r>
    </w:p>
    <w:p/>
    <w:p>
      <w:r>
        <w:t>Elsie looked at Rahab’s name.</w:t>
      </w:r>
    </w:p>
    <w:p/>
    <w:p>
      <w:r>
        <w:t>“If Ava had actually done what people are saying…”</w:t>
      </w:r>
    </w:p>
    <w:p/>
    <w:p>
      <w:r>
        <w:t>She stopped.</w:t>
      </w:r>
    </w:p>
    <w:p/>
    <w:p>
      <w:r>
        <w:t>Nobody asked what.</w:t>
      </w:r>
    </w:p>
    <w:p/>
    <w:p>
      <w:r>
        <w:t>Good.</w:t>
      </w:r>
    </w:p>
    <w:p/>
    <w:p>
      <w:r>
        <w:t>Elsie tried again.</w:t>
      </w:r>
    </w:p>
    <w:p/>
    <w:p>
      <w:r>
        <w:t>“If somebody actually did something people could judge them for, that still wouldn’t make every cruel thing people said about them okay.”</w:t>
      </w:r>
    </w:p>
    <w:p/>
    <w:p>
      <w:r>
        <w:t>“No,” Hannah said.</w:t>
      </w:r>
    </w:p>
    <w:p/>
    <w:p>
      <w:r>
        <w:t>“It wouldn’t make screenshots okay.”</w:t>
      </w:r>
    </w:p>
    <w:p/>
    <w:p>
      <w:r>
        <w:t>“No.”</w:t>
      </w:r>
    </w:p>
    <w:p/>
    <w:p>
      <w:r>
        <w:t>“Or jokes.”</w:t>
      </w:r>
    </w:p>
    <w:p/>
    <w:p>
      <w:r>
        <w:t>“No.”</w:t>
      </w:r>
    </w:p>
    <w:p/>
    <w:p>
      <w:r>
        <w:t>“Or everybody deciding they know who that person is.”</w:t>
      </w:r>
    </w:p>
    <w:p/>
    <w:p>
      <w:r>
        <w:t>“No.”</w:t>
      </w:r>
    </w:p>
    <w:p/>
    <w:p>
      <w:r>
        <w:t>Elsie stared at Grandma’s line.</w:t>
      </w:r>
    </w:p>
    <w:p/>
    <w:p>
      <w:r>
        <w:t>Had a past people could easily use against her.</w:t>
      </w:r>
    </w:p>
    <w:p/>
    <w:p>
      <w:r>
        <w:t>Use against her.</w:t>
      </w:r>
    </w:p>
    <w:p/>
    <w:p>
      <w:r>
        <w:t>That was the part.</w:t>
      </w:r>
    </w:p>
    <w:p/>
    <w:p>
      <w:r>
        <w:t>Not knowing something.</w:t>
      </w:r>
    </w:p>
    <w:p/>
    <w:p>
      <w:r>
        <w:t>Using it.</w:t>
      </w:r>
    </w:p>
    <w:p/>
    <w:p>
      <w:r>
        <w:t>Turning information into a weapon.</w:t>
      </w:r>
    </w:p>
    <w:p/>
    <w:p>
      <w:r>
        <w:t>Turning one thing into a whole person.</w:t>
      </w:r>
    </w:p>
    <w:p/>
    <w:p>
      <w:r>
        <w:t>Grandma had gotten this one right.</w:t>
      </w:r>
    </w:p>
    <w:p/>
    <w:p>
      <w:r>
        <w:t>Elsie almost resented it.</w:t>
      </w:r>
    </w:p>
    <w:p/>
    <w:p>
      <w:r>
        <w:t>“Grandma actually did okay,” she muttered.</w:t>
      </w:r>
    </w:p>
    <w:p/>
    <w:p>
      <w:r>
        <w:t>Nora laughed.</w:t>
      </w:r>
    </w:p>
    <w:p/>
    <w:p>
      <w:r>
        <w:t>“Tell her immediately.”</w:t>
      </w:r>
    </w:p>
    <w:p/>
    <w:p>
      <w:r>
        <w:t>“Never.”</w:t>
      </w:r>
    </w:p>
    <w:p/>
    <w:p>
      <w:r>
        <w:t>Thursday morning, somebody said it directly.</w:t>
      </w:r>
    </w:p>
    <w:p/>
    <w:p>
      <w:r>
        <w:t>Elsie was at her locker when two girls walked past.</w:t>
      </w:r>
    </w:p>
    <w:p/>
    <w:p>
      <w:r>
        <w:t>One of them looked at Ava.</w:t>
      </w:r>
    </w:p>
    <w:p/>
    <w:p>
      <w:r>
        <w:t>Then whispered:</w:t>
      </w:r>
    </w:p>
    <w:p/>
    <w:p>
      <w:r>
        <w:t>“Slut.”</w:t>
      </w:r>
    </w:p>
    <w:p/>
    <w:p>
      <w:r>
        <w:t>Not quietly enough.</w:t>
      </w:r>
    </w:p>
    <w:p/>
    <w:p>
      <w:r>
        <w:t>Everything inside Elsie went hot.</w:t>
      </w:r>
    </w:p>
    <w:p/>
    <w:p>
      <w:r>
        <w:t>Ava froze.</w:t>
      </w:r>
    </w:p>
    <w:p/>
    <w:p>
      <w:r>
        <w:t>The girls kept walking.</w:t>
      </w:r>
    </w:p>
    <w:p/>
    <w:p>
      <w:r>
        <w:t>Elsie didn’t think.</w:t>
      </w:r>
    </w:p>
    <w:p/>
    <w:p>
      <w:r>
        <w:t>“Hey.”</w:t>
      </w:r>
    </w:p>
    <w:p/>
    <w:p>
      <w:r>
        <w:t>They turned.</w:t>
      </w:r>
    </w:p>
    <w:p/>
    <w:p>
      <w:r>
        <w:t>Ava grabbed her wrist.</w:t>
      </w:r>
    </w:p>
    <w:p/>
    <w:p>
      <w:r>
        <w:t>“Elsie.”</w:t>
      </w:r>
    </w:p>
    <w:p/>
    <w:p>
      <w:r>
        <w:t>Too late.</w:t>
      </w:r>
    </w:p>
    <w:p/>
    <w:p>
      <w:r>
        <w:t>The girls stopped.</w:t>
      </w:r>
    </w:p>
    <w:p/>
    <w:p>
      <w:r>
        <w:t>“What?”</w:t>
      </w:r>
    </w:p>
    <w:p/>
    <w:p>
      <w:r>
        <w:t>Elsie’s heart was pounding.</w:t>
      </w:r>
    </w:p>
    <w:p/>
    <w:p>
      <w:r>
        <w:t>She wanted to say:</w:t>
      </w:r>
    </w:p>
    <w:p/>
    <w:p>
      <w:r>
        <w:rPr>
          <w:i/>
        </w:rPr>
        <w:t>It isn’t true.</w:t>
      </w:r>
    </w:p>
    <w:p/>
    <w:p>
      <w:r>
        <w:t>The sentence was ready.</w:t>
      </w:r>
    </w:p>
    <w:p/>
    <w:p>
      <w:r>
        <w:t>Easy.</w:t>
      </w:r>
    </w:p>
    <w:p/>
    <w:p>
      <w:r>
        <w:t>Safe.</w:t>
      </w:r>
    </w:p>
    <w:p/>
    <w:p>
      <w:r>
        <w:t>A defense with evidence.</w:t>
      </w:r>
    </w:p>
    <w:p/>
    <w:p>
      <w:r>
        <w:t>Instead:</w:t>
      </w:r>
    </w:p>
    <w:p/>
    <w:p>
      <w:r>
        <w:t>“You don’t get to call her that.”</w:t>
      </w:r>
    </w:p>
    <w:p/>
    <w:p>
      <w:r>
        <w:t>One girl rolled her eyes.</w:t>
      </w:r>
    </w:p>
    <w:p/>
    <w:p>
      <w:r>
        <w:t>“Whatever.”</w:t>
      </w:r>
    </w:p>
    <w:p/>
    <w:p>
      <w:r>
        <w:t>“No.”</w:t>
      </w:r>
    </w:p>
    <w:p/>
    <w:p>
      <w:r>
        <w:t>Elsie stepped forward.</w:t>
      </w:r>
    </w:p>
    <w:p/>
    <w:p>
      <w:r>
        <w:t>“You don’t.”</w:t>
      </w:r>
    </w:p>
    <w:p/>
    <w:p>
      <w:r>
        <w:t>The other girl looked amused.</w:t>
      </w:r>
    </w:p>
    <w:p/>
    <w:p>
      <w:r>
        <w:t>“You don’t even know what happened.”</w:t>
      </w:r>
    </w:p>
    <w:p/>
    <w:p>
      <w:r>
        <w:rPr>
          <w:i/>
        </w:rPr>
        <w:t>Neither do you.</w:t>
      </w:r>
    </w:p>
    <w:p/>
    <w:p>
      <w:r>
        <w:t>Elsie almost said it.</w:t>
      </w:r>
    </w:p>
    <w:p/>
    <w:p>
      <w:r>
        <w:t>But that still made the argument about facts.</w:t>
      </w:r>
    </w:p>
    <w:p/>
    <w:p>
      <w:r>
        <w:t>About proving Ava innocent enough to deserve basic dignity.</w:t>
      </w:r>
    </w:p>
    <w:p/>
    <w:p>
      <w:r>
        <w:t>So she said:</w:t>
      </w:r>
    </w:p>
    <w:p/>
    <w:p>
      <w:r>
        <w:t>“It doesn’t matter.”</w:t>
      </w:r>
    </w:p>
    <w:p/>
    <w:p>
      <w:r>
        <w:t>Ava’s hand tightened around her wrist.</w:t>
      </w:r>
    </w:p>
    <w:p/>
    <w:p>
      <w:r>
        <w:t>The girl laughed.</w:t>
      </w:r>
    </w:p>
    <w:p/>
    <w:p>
      <w:r>
        <w:t>“It literally does.”</w:t>
      </w:r>
    </w:p>
    <w:p/>
    <w:p>
      <w:r>
        <w:t>“No.”</w:t>
      </w:r>
    </w:p>
    <w:p/>
    <w:p>
      <w:r>
        <w:t>Elsie’s voice shook.</w:t>
      </w:r>
    </w:p>
    <w:p/>
    <w:p>
      <w:r>
        <w:t>She hated that.</w:t>
      </w:r>
    </w:p>
    <w:p/>
    <w:p>
      <w:r>
        <w:t>She kept going.</w:t>
      </w:r>
    </w:p>
    <w:p/>
    <w:p>
      <w:r>
        <w:t>“You don’t get to take something you heard about somebody and turn it into permission to humiliate them.”</w:t>
      </w:r>
    </w:p>
    <w:p/>
    <w:p>
      <w:r>
        <w:t>The girl’s face changed.</w:t>
      </w:r>
    </w:p>
    <w:p/>
    <w:p>
      <w:r>
        <w:t>Not ashamed.</w:t>
      </w:r>
    </w:p>
    <w:p/>
    <w:p>
      <w:r>
        <w:t>Annoyed.</w:t>
      </w:r>
    </w:p>
    <w:p/>
    <w:p>
      <w:r>
        <w:t>“Okay, Bible girl.”</w:t>
      </w:r>
    </w:p>
    <w:p/>
    <w:p>
      <w:r>
        <w:t>Wrong girl.</w:t>
      </w:r>
    </w:p>
    <w:p/>
    <w:p>
      <w:r>
        <w:t>Almost funny.</w:t>
      </w:r>
    </w:p>
    <w:p/>
    <w:p>
      <w:r>
        <w:t>Nora would be furious.</w:t>
      </w:r>
    </w:p>
    <w:p/>
    <w:p>
      <w:r>
        <w:t>Elsie wasn’t.</w:t>
      </w:r>
    </w:p>
    <w:p/>
    <w:p>
      <w:r>
        <w:t>“Okay.”</w:t>
      </w:r>
    </w:p>
    <w:p/>
    <w:p>
      <w:r>
        <w:t>The girl stared at her.</w:t>
      </w:r>
    </w:p>
    <w:p/>
    <w:p>
      <w:r>
        <w:t>Apparently agreeing ruined something.</w:t>
      </w:r>
    </w:p>
    <w:p/>
    <w:p>
      <w:r>
        <w:t>Then both girls walked away.</w:t>
      </w:r>
    </w:p>
    <w:p/>
    <w:p>
      <w:r>
        <w:t>Elsie stood there.</w:t>
      </w:r>
    </w:p>
    <w:p/>
    <w:p>
      <w:r>
        <w:t>Heart pounding.</w:t>
      </w:r>
    </w:p>
    <w:p/>
    <w:p>
      <w:r>
        <w:t>Hands shaking.</w:t>
      </w:r>
    </w:p>
    <w:p/>
    <w:p>
      <w:r>
        <w:t>Ava released her wrist.</w:t>
      </w:r>
    </w:p>
    <w:p/>
    <w:p>
      <w:r>
        <w:t>For a second, neither spoke.</w:t>
      </w:r>
    </w:p>
    <w:p/>
    <w:p>
      <w:r>
        <w:t>Then:</w:t>
      </w:r>
    </w:p>
    <w:p/>
    <w:p>
      <w:r>
        <w:t>“I told you not to go insane.”</w:t>
      </w:r>
    </w:p>
    <w:p/>
    <w:p>
      <w:r>
        <w:t>Elsie looked at her.</w:t>
      </w:r>
    </w:p>
    <w:p/>
    <w:p>
      <w:r>
        <w:t>“That was extremely controlled.”</w:t>
      </w:r>
    </w:p>
    <w:p/>
    <w:p>
      <w:r>
        <w:t>“You looked like you were going to tackle her.”</w:t>
      </w:r>
    </w:p>
    <w:p/>
    <w:p>
      <w:r>
        <w:t>“I did not.”</w:t>
      </w:r>
    </w:p>
    <w:p/>
    <w:p>
      <w:r>
        <w:t>“You moved your backpack.”</w:t>
      </w:r>
    </w:p>
    <w:p/>
    <w:p>
      <w:r>
        <w:t>“For mobility.”</w:t>
      </w:r>
    </w:p>
    <w:p/>
    <w:p>
      <w:r>
        <w:t>Ava laughed.</w:t>
      </w:r>
    </w:p>
    <w:p/>
    <w:p>
      <w:r>
        <w:t>Then covered her mouth.</w:t>
      </w:r>
    </w:p>
    <w:p/>
    <w:p>
      <w:r>
        <w:t>The laugh disappeared almost immediately.</w:t>
      </w:r>
    </w:p>
    <w:p/>
    <w:p>
      <w:r>
        <w:t>Elsie waited.</w:t>
      </w:r>
    </w:p>
    <w:p/>
    <w:p>
      <w:r>
        <w:t>Ava looked down.</w:t>
      </w:r>
    </w:p>
    <w:p/>
    <w:p>
      <w:r>
        <w:t>“You could’ve just said it wasn’t true.”</w:t>
      </w:r>
    </w:p>
    <w:p/>
    <w:p>
      <w:r>
        <w:t>“I know.”</w:t>
      </w:r>
    </w:p>
    <w:p/>
    <w:p>
      <w:r>
        <w:t>“Why didn’t you?”</w:t>
      </w:r>
    </w:p>
    <w:p/>
    <w:p>
      <w:r>
        <w:t>There it was.</w:t>
      </w:r>
    </w:p>
    <w:p/>
    <w:p>
      <w:r>
        <w:t>Elsie leaned against the locker.</w:t>
      </w:r>
    </w:p>
    <w:p/>
    <w:p>
      <w:r>
        <w:t>“Because I realized something.”</w:t>
      </w:r>
    </w:p>
    <w:p/>
    <w:p>
      <w:r>
        <w:t>Ava’s expression became suspicious.</w:t>
      </w:r>
    </w:p>
    <w:p/>
    <w:p>
      <w:r>
        <w:t>“Bible thing?”</w:t>
      </w:r>
    </w:p>
    <w:p/>
    <w:p>
      <w:r>
        <w:t>“Unfortunately.”</w:t>
      </w:r>
    </w:p>
    <w:p/>
    <w:p>
      <w:r>
        <w:t>Ava groaned.</w:t>
      </w:r>
    </w:p>
    <w:p/>
    <w:p>
      <w:r>
        <w:t>“Elsie.”</w:t>
      </w:r>
    </w:p>
    <w:p/>
    <w:p>
      <w:r>
        <w:t>“Rahab.”</w:t>
      </w:r>
    </w:p>
    <w:p/>
    <w:p>
      <w:r>
        <w:t>“Who?”</w:t>
      </w:r>
    </w:p>
    <w:p/>
    <w:p>
      <w:r>
        <w:t>“Exactly.”</w:t>
      </w:r>
    </w:p>
    <w:p/>
    <w:p>
      <w:r>
        <w:t>Ava looked at her.</w:t>
      </w:r>
    </w:p>
    <w:p/>
    <w:p>
      <w:r>
        <w:t>Elsie shook her head.</w:t>
      </w:r>
    </w:p>
    <w:p/>
    <w:p>
      <w:r>
        <w:t>“No. Sorry. I’m not turning you into Rahab.”</w:t>
      </w:r>
    </w:p>
    <w:p/>
    <w:p>
      <w:r>
        <w:t>“Thank you?”</w:t>
      </w:r>
    </w:p>
    <w:p/>
    <w:p>
      <w:r>
        <w:t>“I just…”</w:t>
      </w:r>
    </w:p>
    <w:p/>
    <w:p>
      <w:r>
        <w:t>She tried again.</w:t>
      </w:r>
    </w:p>
    <w:p/>
    <w:p>
      <w:r>
        <w:t>“I know it isn’t true.”</w:t>
      </w:r>
    </w:p>
    <w:p/>
    <w:p>
      <w:r>
        <w:t>Ava looked away.</w:t>
      </w:r>
    </w:p>
    <w:p/>
    <w:p>
      <w:r>
        <w:t>“And I’ll say that if you want me to.”</w:t>
      </w:r>
    </w:p>
    <w:p/>
    <w:p>
      <w:r>
        <w:t>Ava looked back.</w:t>
      </w:r>
    </w:p>
    <w:p/>
    <w:p>
      <w:r>
        <w:t>“But I don’t want my defense of you to be that you’re too good to deserve what they’re doing.”</w:t>
      </w:r>
    </w:p>
    <w:p/>
    <w:p>
      <w:r>
        <w:t>Ava went still.</w:t>
      </w:r>
    </w:p>
    <w:p/>
    <w:p>
      <w:r>
        <w:t>Elsie continued.</w:t>
      </w:r>
    </w:p>
    <w:p/>
    <w:p>
      <w:r>
        <w:t>“Because even if you had hooked up with that guy, nobody gets to turn you into a word in a hallway.”</w:t>
      </w:r>
    </w:p>
    <w:p/>
    <w:p>
      <w:r>
        <w:t>Silence.</w:t>
      </w:r>
    </w:p>
    <w:p/>
    <w:p>
      <w:r>
        <w:t>Ava blinked.</w:t>
      </w:r>
    </w:p>
    <w:p/>
    <w:p>
      <w:r>
        <w:t>Then again.</w:t>
      </w:r>
    </w:p>
    <w:p/>
    <w:p>
      <w:r>
        <w:t>“Oh.”</w:t>
      </w:r>
    </w:p>
    <w:p/>
    <w:p>
      <w:r>
        <w:t>“Yeah.”</w:t>
      </w:r>
    </w:p>
    <w:p/>
    <w:p>
      <w:r>
        <w:t>Ava looked down.</w:t>
      </w:r>
    </w:p>
    <w:p/>
    <w:p>
      <w:r>
        <w:t>“That’s actually…”</w:t>
      </w:r>
    </w:p>
    <w:p/>
    <w:p>
      <w:r>
        <w:t>“What?”</w:t>
      </w:r>
    </w:p>
    <w:p/>
    <w:p>
      <w:r>
        <w:t>“I don’t know.”</w:t>
      </w:r>
    </w:p>
    <w:p/>
    <w:p>
      <w:r>
        <w:t>She swallowed.</w:t>
      </w:r>
    </w:p>
    <w:p/>
    <w:p>
      <w:r>
        <w:t>“Better.”</w:t>
      </w:r>
    </w:p>
    <w:p/>
    <w:p>
      <w:r>
        <w:t>Elsie’s chest tightened.</w:t>
      </w:r>
    </w:p>
    <w:p/>
    <w:p>
      <w:r>
        <w:t>“Better than what?”</w:t>
      </w:r>
    </w:p>
    <w:p/>
    <w:p>
      <w:r>
        <w:t>“Everybody keeps saying, ‘But Ava would never.’”</w:t>
      </w:r>
    </w:p>
    <w:p/>
    <w:p>
      <w:r>
        <w:t>Elsie stopped.</w:t>
      </w:r>
    </w:p>
    <w:p/>
    <w:p>
      <w:r>
        <w:t>Ava laughed once.</w:t>
      </w:r>
    </w:p>
    <w:p/>
    <w:p>
      <w:r>
        <w:t>“No pressure.”</w:t>
      </w:r>
    </w:p>
    <w:p/>
    <w:p>
      <w:r>
        <w:t>“Oh.”</w:t>
      </w:r>
    </w:p>
    <w:p/>
    <w:p>
      <w:r>
        <w:t>“Like apparently I have a brand.”</w:t>
      </w:r>
    </w:p>
    <w:p/>
    <w:p>
      <w:r>
        <w:t>Elsie thought about the library.</w:t>
      </w:r>
    </w:p>
    <w:p/>
    <w:p>
      <w:r>
        <w:t>The notebook.</w:t>
      </w:r>
    </w:p>
    <w:p/>
    <w:p>
      <w:r>
        <w:t>Sentences.</w:t>
      </w:r>
    </w:p>
    <w:p/>
    <w:p>
      <w:r>
        <w:t>“The pretty one.”</w:t>
      </w:r>
    </w:p>
    <w:p/>
    <w:p>
      <w:r>
        <w:t>“The skinny one.”</w:t>
      </w:r>
    </w:p>
    <w:p/>
    <w:p>
      <w:r>
        <w:t>Now:</w:t>
      </w:r>
    </w:p>
    <w:p/>
    <w:p>
      <w:r>
        <w:rPr>
          <w:i/>
        </w:rPr>
        <w:t>The girl who would never.</w:t>
      </w:r>
    </w:p>
    <w:p/>
    <w:p>
      <w:r>
        <w:t>Even good sentences could become cages.</w:t>
      </w:r>
    </w:p>
    <w:p/>
    <w:p>
      <w:r>
        <w:t>Ava looked at her.</w:t>
      </w:r>
    </w:p>
    <w:p/>
    <w:p>
      <w:r>
        <w:t>“I didn’t.”</w:t>
      </w:r>
    </w:p>
    <w:p/>
    <w:p>
      <w:r>
        <w:t>“I know.”</w:t>
      </w:r>
    </w:p>
    <w:p/>
    <w:p>
      <w:r>
        <w:t>“But…”</w:t>
      </w:r>
    </w:p>
    <w:p/>
    <w:p>
      <w:r>
        <w:t>She shrugged.</w:t>
      </w:r>
    </w:p>
    <w:p/>
    <w:p>
      <w:r>
        <w:t>“Thanks.”</w:t>
      </w:r>
    </w:p>
    <w:p/>
    <w:p>
      <w:r>
        <w:t>Elsie nodded.</w:t>
      </w:r>
    </w:p>
    <w:p/>
    <w:p>
      <w:r>
        <w:t>“Also, for the record, I absolutely would have tackled her.”</w:t>
      </w:r>
    </w:p>
    <w:p/>
    <w:p>
      <w:r>
        <w:t>“I knew it.”</w:t>
      </w:r>
    </w:p>
    <w:p/>
    <w:p>
      <w:r>
        <w:t>“Spiritually.”</w:t>
      </w:r>
    </w:p>
    <w:p/>
    <w:p>
      <w:r>
        <w:t>“That is not a thing.”</w:t>
      </w:r>
    </w:p>
    <w:p/>
    <w:p>
      <w:r>
        <w:t>“Agree to disagree.”</w:t>
      </w:r>
    </w:p>
    <w:p/>
    <w:p>
      <w:r>
        <w:t>At lunch, the rumor was still there.</w:t>
      </w:r>
    </w:p>
    <w:p/>
    <w:p>
      <w:r>
        <w:t>Nothing Elsie had said in the hallway killed it.</w:t>
      </w:r>
    </w:p>
    <w:p/>
    <w:p>
      <w:r>
        <w:t>No dramatic silence fell over the school.</w:t>
      </w:r>
    </w:p>
    <w:p/>
    <w:p>
      <w:r>
        <w:t>Nobody issued a correction.</w:t>
      </w:r>
    </w:p>
    <w:p/>
    <w:p>
      <w:r>
        <w:t>The screenshots didn’t disappear.</w:t>
      </w:r>
    </w:p>
    <w:p/>
    <w:p>
      <w:r>
        <w:t>People still looked.</w:t>
      </w:r>
    </w:p>
    <w:p/>
    <w:p>
      <w:r>
        <w:t>People still whispered.</w:t>
      </w:r>
    </w:p>
    <w:p/>
    <w:p>
      <w:r>
        <w:t>That felt important.</w:t>
      </w:r>
    </w:p>
    <w:p/>
    <w:p>
      <w:r>
        <w:t>Elsie had said something.</w:t>
      </w:r>
    </w:p>
    <w:p/>
    <w:p>
      <w:r>
        <w:t>And the world had not rearranged itself around the truth.</w:t>
      </w:r>
    </w:p>
    <w:p/>
    <w:p>
      <w:r>
        <w:t>Apparently doing the right thing did not come with special effects.</w:t>
      </w:r>
    </w:p>
    <w:p/>
    <w:p>
      <w:r>
        <w:t>Mason sat beside her.</w:t>
      </w:r>
    </w:p>
    <w:p/>
    <w:p>
      <w:r>
        <w:t>“I heard you almost fought somebody.”</w:t>
      </w:r>
    </w:p>
    <w:p/>
    <w:p>
      <w:r>
        <w:t>“I did not almost fight anybody.”</w:t>
      </w:r>
    </w:p>
    <w:p/>
    <w:p>
      <w:r>
        <w:t>Maddie pointed across the table.</w:t>
      </w:r>
    </w:p>
    <w:p/>
    <w:p>
      <w:r>
        <w:t>“She moved her backpack.”</w:t>
      </w:r>
    </w:p>
    <w:p/>
    <w:p>
      <w:r>
        <w:t>“Thank you,” Ava said.</w:t>
      </w:r>
    </w:p>
    <w:p/>
    <w:p>
      <w:r>
        <w:t>Mason looked impressed.</w:t>
      </w:r>
    </w:p>
    <w:p/>
    <w:p>
      <w:r>
        <w:t>“For mobility?”</w:t>
      </w:r>
    </w:p>
    <w:p/>
    <w:p>
      <w:r>
        <w:t>Elsie stared at him.</w:t>
      </w:r>
    </w:p>
    <w:p/>
    <w:p>
      <w:r>
        <w:t>Ava lost it.</w:t>
      </w:r>
    </w:p>
    <w:p/>
    <w:p>
      <w:r>
        <w:t>Actually lost it.</w:t>
      </w:r>
    </w:p>
    <w:p/>
    <w:p>
      <w:r>
        <w:t>Head down.</w:t>
      </w:r>
    </w:p>
    <w:p/>
    <w:p>
      <w:r>
        <w:t>Laughing.</w:t>
      </w:r>
    </w:p>
    <w:p/>
    <w:p>
      <w:r>
        <w:t>Maddie joined her without knowing why.</w:t>
      </w:r>
    </w:p>
    <w:p/>
    <w:p>
      <w:r>
        <w:t>Nora looked offended.</w:t>
      </w:r>
    </w:p>
    <w:p/>
    <w:p>
      <w:r>
        <w:t>“Why did somebody call you Bible girl?”</w:t>
      </w:r>
    </w:p>
    <w:p/>
    <w:p>
      <w:r>
        <w:t>Elsie froze.</w:t>
      </w:r>
    </w:p>
    <w:p/>
    <w:p>
      <w:r>
        <w:t>Ava laughed harder.</w:t>
      </w:r>
    </w:p>
    <w:p/>
    <w:p>
      <w:r>
        <w:t>“I forgot about that.”</w:t>
      </w:r>
    </w:p>
    <w:p/>
    <w:p>
      <w:r>
        <w:t>Nora put a hand to her chest.</w:t>
      </w:r>
    </w:p>
    <w:p/>
    <w:p>
      <w:r>
        <w:t>“That is identity theft.”</w:t>
      </w:r>
    </w:p>
    <w:p/>
    <w:p>
      <w:r>
        <w:t>“I’ll send her your information.”</w:t>
      </w:r>
    </w:p>
    <w:p/>
    <w:p>
      <w:r>
        <w:t>“Please do.”</w:t>
      </w:r>
    </w:p>
    <w:p/>
    <w:p>
      <w:r>
        <w:t>For a few minutes, it was normal.</w:t>
      </w:r>
    </w:p>
    <w:p/>
    <w:p>
      <w:r>
        <w:t>Then Ava’s phone buzzed.</w:t>
      </w:r>
    </w:p>
    <w:p/>
    <w:p>
      <w:r>
        <w:t>Her smile disappeared.</w:t>
      </w:r>
    </w:p>
    <w:p/>
    <w:p>
      <w:r>
        <w:t>Elsie saw it.</w:t>
      </w:r>
    </w:p>
    <w:p/>
    <w:p>
      <w:r>
        <w:t>Did not ask.</w:t>
      </w:r>
    </w:p>
    <w:p/>
    <w:p>
      <w:r>
        <w:t>Ava locked the screen.</w:t>
      </w:r>
    </w:p>
    <w:p/>
    <w:p>
      <w:r>
        <w:t>Put the phone face down.</w:t>
      </w:r>
    </w:p>
    <w:p/>
    <w:p>
      <w:r>
        <w:t>Opened her chips.</w:t>
      </w:r>
    </w:p>
    <w:p/>
    <w:p>
      <w:r>
        <w:t>Ate one.</w:t>
      </w:r>
    </w:p>
    <w:p/>
    <w:p>
      <w:r>
        <w:t>Elsie did not count.</w:t>
      </w:r>
    </w:p>
    <w:p/>
    <w:p>
      <w:r>
        <w:t>But she noticed Ava’s hand shake.</w:t>
      </w:r>
    </w:p>
    <w:p/>
    <w:p>
      <w:r>
        <w:t>Just once.</w:t>
      </w:r>
    </w:p>
    <w:p/>
    <w:p>
      <w:r>
        <w:t>Small.</w:t>
      </w:r>
    </w:p>
    <w:p/>
    <w:p>
      <w:r>
        <w:t>Maybe nothing.</w:t>
      </w:r>
    </w:p>
    <w:p/>
    <w:p>
      <w:r>
        <w:t>Maybe not.</w:t>
      </w:r>
    </w:p>
    <w:p/>
    <w:p>
      <w:r>
        <w:t>Ava’s bedroom came back to her.</w:t>
      </w:r>
    </w:p>
    <w:p/>
    <w:p>
      <w:r>
        <w:rPr>
          <w:i/>
        </w:rPr>
        <w:t>If this gets bigger…</w:t>
      </w:r>
    </w:p>
    <w:p/>
    <w:p>
      <w:r>
        <w:rPr>
          <w:i/>
        </w:rPr>
        <w:t>It won’t.</w:t>
      </w:r>
    </w:p>
    <w:p/>
    <w:p>
      <w:r>
        <w:rPr>
          <w:i/>
        </w:rPr>
        <w:t>Ava.</w:t>
      </w:r>
    </w:p>
    <w:p/>
    <w:p>
      <w:r>
        <w:t>Elsie looked away.</w:t>
      </w:r>
    </w:p>
    <w:p/>
    <w:p>
      <w:r>
        <w:t>Not yet.</w:t>
      </w:r>
    </w:p>
    <w:p/>
    <w:p>
      <w:r>
        <w:t>She had promised Ava something.</w:t>
      </w:r>
    </w:p>
    <w:p/>
    <w:p>
      <w:r>
        <w:t>Not that she would never worry.</w:t>
      </w:r>
    </w:p>
    <w:p/>
    <w:p>
      <w:r>
        <w:t>Not that she would decide what every sign meant.</w:t>
      </w:r>
    </w:p>
    <w:p/>
    <w:p>
      <w:r>
        <w:t>She had promised she would tell her first.</w:t>
      </w:r>
    </w:p>
    <w:p/>
    <w:p>
      <w:r>
        <w:t>That mattered.</w:t>
      </w:r>
    </w:p>
    <w:p/>
    <w:p>
      <w:r>
        <w:t>Friday after school, Ava found Elsie at her locker.</w:t>
      </w:r>
    </w:p>
    <w:p/>
    <w:p>
      <w:r>
        <w:t>“Are you busy?”</w:t>
      </w:r>
    </w:p>
    <w:p/>
    <w:p>
      <w:r>
        <w:t>“No.”</w:t>
      </w:r>
    </w:p>
    <w:p/>
    <w:p>
      <w:r>
        <w:t>“Can we go somewhere?”</w:t>
      </w:r>
    </w:p>
    <w:p/>
    <w:p>
      <w:r>
        <w:t>Elsie’s stomach tightened.</w:t>
      </w:r>
    </w:p>
    <w:p/>
    <w:p>
      <w:r>
        <w:t>“Yeah.”</w:t>
      </w:r>
    </w:p>
    <w:p/>
    <w:p>
      <w:r>
        <w:t>They ended up in Elsie’s backyard.</w:t>
      </w:r>
    </w:p>
    <w:p/>
    <w:p>
      <w:r>
        <w:t>Ava sat cross-legged in one of the patio chairs.</w:t>
      </w:r>
    </w:p>
    <w:p/>
    <w:p>
      <w:r>
        <w:t>Elsie sat across from her.</w:t>
      </w:r>
    </w:p>
    <w:p/>
    <w:p>
      <w:r>
        <w:t>For a while, Ava said nothing.</w:t>
      </w:r>
    </w:p>
    <w:p/>
    <w:p>
      <w:r>
        <w:t>Elsie waited.</w:t>
      </w:r>
    </w:p>
    <w:p/>
    <w:p>
      <w:r>
        <w:t>Finally:</w:t>
      </w:r>
    </w:p>
    <w:p/>
    <w:p>
      <w:r>
        <w:t>“My mom called the doctor.”</w:t>
      </w:r>
    </w:p>
    <w:p/>
    <w:p>
      <w:r>
        <w:t>“Okay.”</w:t>
      </w:r>
    </w:p>
    <w:p/>
    <w:p>
      <w:r>
        <w:t>“I have an appointment Monday.”</w:t>
      </w:r>
    </w:p>
    <w:p/>
    <w:p>
      <w:r>
        <w:t>Elsie nodded.</w:t>
      </w:r>
    </w:p>
    <w:p/>
    <w:p>
      <w:r>
        <w:t>Ava picked at a loose thread on her sleeve.</w:t>
      </w:r>
    </w:p>
    <w:p/>
    <w:p>
      <w:r>
        <w:t>“She told her about the food thing.”</w:t>
      </w:r>
    </w:p>
    <w:p/>
    <w:p>
      <w:r>
        <w:t>“How do you feel about that?”</w:t>
      </w:r>
    </w:p>
    <w:p/>
    <w:p>
      <w:r>
        <w:t>“Violently embarrassed.”</w:t>
      </w:r>
    </w:p>
    <w:p/>
    <w:p>
      <w:r>
        <w:t>“Reasonable.”</w:t>
      </w:r>
    </w:p>
    <w:p/>
    <w:p>
      <w:r>
        <w:t>“And mad.”</w:t>
      </w:r>
    </w:p>
    <w:p/>
    <w:p>
      <w:r>
        <w:t>“Also reasonable.”</w:t>
      </w:r>
    </w:p>
    <w:p/>
    <w:p>
      <w:r>
        <w:t>“And relieved.”</w:t>
      </w:r>
    </w:p>
    <w:p/>
    <w:p>
      <w:r>
        <w:t>Elsie smiled slightly.</w:t>
      </w:r>
    </w:p>
    <w:p/>
    <w:p>
      <w:r>
        <w:t>“Annoyingly reasonable.”</w:t>
      </w:r>
    </w:p>
    <w:p/>
    <w:p>
      <w:r>
        <w:t>Ava looked at her.</w:t>
      </w:r>
    </w:p>
    <w:p/>
    <w:p>
      <w:r>
        <w:t>“The rumor didn’t cause it.”</w:t>
      </w:r>
    </w:p>
    <w:p/>
    <w:p>
      <w:r>
        <w:t>Elsie went still.</w:t>
      </w:r>
    </w:p>
    <w:p/>
    <w:p>
      <w:r>
        <w:t>Ava continued.</w:t>
      </w:r>
    </w:p>
    <w:p/>
    <w:p>
      <w:r>
        <w:t>“I know you’re thinking about that.”</w:t>
      </w:r>
    </w:p>
    <w:p/>
    <w:p>
      <w:r>
        <w:t>“I wasn’t—”</w:t>
      </w:r>
    </w:p>
    <w:p/>
    <w:p>
      <w:r>
        <w:t>Ava stared.</w:t>
      </w:r>
    </w:p>
    <w:p/>
    <w:p>
      <w:r>
        <w:t>Elsie sighed.</w:t>
      </w:r>
    </w:p>
    <w:p/>
    <w:p>
      <w:r>
        <w:t>“Fine.”</w:t>
      </w:r>
    </w:p>
    <w:p/>
    <w:p>
      <w:r>
        <w:t>“Which number?”</w:t>
      </w:r>
    </w:p>
    <w:p/>
    <w:p>
      <w:r>
        <w:t>“Don’t.”</w:t>
      </w:r>
    </w:p>
    <w:p/>
    <w:p>
      <w:r>
        <w:t>Ava smiled.</w:t>
      </w:r>
    </w:p>
    <w:p/>
    <w:p>
      <w:r>
        <w:t>Then looked toward the yard.</w:t>
      </w:r>
    </w:p>
    <w:p/>
    <w:p>
      <w:r>
        <w:t>“It made this week worse.”</w:t>
      </w:r>
    </w:p>
    <w:p/>
    <w:p>
      <w:r>
        <w:t>“Okay.”</w:t>
      </w:r>
    </w:p>
    <w:p/>
    <w:p>
      <w:r>
        <w:t>“But it wasn’t why I skipped eating.”</w:t>
      </w:r>
    </w:p>
    <w:p/>
    <w:p>
      <w:r>
        <w:t>“I know.”</w:t>
      </w:r>
    </w:p>
    <w:p/>
    <w:p>
      <w:r>
        <w:t>“I was already doing that.”</w:t>
      </w:r>
    </w:p>
    <w:p/>
    <w:p>
      <w:r>
        <w:t>The sentence sat between them.</w:t>
      </w:r>
    </w:p>
    <w:p/>
    <w:p>
      <w:r>
        <w:t>Elsie did not make it bigger.</w:t>
      </w:r>
    </w:p>
    <w:p/>
    <w:p>
      <w:r>
        <w:t>Or smaller.</w:t>
      </w:r>
    </w:p>
    <w:p/>
    <w:p>
      <w:r>
        <w:t>“How long?”</w:t>
      </w:r>
    </w:p>
    <w:p/>
    <w:p>
      <w:r>
        <w:t>Ava looked at her.</w:t>
      </w:r>
    </w:p>
    <w:p/>
    <w:p>
      <w:r>
        <w:t>“You’re doing the question thing.”</w:t>
      </w:r>
    </w:p>
    <w:p/>
    <w:p>
      <w:r>
        <w:t>“Sorry.”</w:t>
      </w:r>
    </w:p>
    <w:p/>
    <w:p>
      <w:r>
        <w:t>“No.”</w:t>
      </w:r>
    </w:p>
    <w:p/>
    <w:p>
      <w:r>
        <w:t>Ava shook her head.</w:t>
      </w:r>
    </w:p>
    <w:p/>
    <w:p>
      <w:r>
        <w:t>“That one’s fair.”</w:t>
      </w:r>
    </w:p>
    <w:p/>
    <w:p>
      <w:r>
        <w:t>She thought.</w:t>
      </w:r>
    </w:p>
    <w:p/>
    <w:p>
      <w:r>
        <w:t>“I don’t know.”</w:t>
      </w:r>
    </w:p>
    <w:p/>
    <w:p>
      <w:r>
        <w:t>Elsie waited.</w:t>
      </w:r>
    </w:p>
    <w:p/>
    <w:p>
      <w:r>
        <w:t>“A little before the costume.”</w:t>
      </w:r>
    </w:p>
    <w:p/>
    <w:p>
      <w:r>
        <w:t>That surprised her.</w:t>
      </w:r>
    </w:p>
    <w:p/>
    <w:p>
      <w:r>
        <w:t>Ava saw it.</w:t>
      </w:r>
    </w:p>
    <w:p/>
    <w:p>
      <w:r>
        <w:t>“Not all the time.”</w:t>
      </w:r>
    </w:p>
    <w:p/>
    <w:p>
      <w:r>
        <w:t>“Okay.”</w:t>
      </w:r>
    </w:p>
    <w:p/>
    <w:p>
      <w:r>
        <w:t>“Just sometimes.”</w:t>
      </w:r>
    </w:p>
    <w:p/>
    <w:p>
      <w:r>
        <w:t>“Okay.”</w:t>
      </w:r>
    </w:p>
    <w:p/>
    <w:p>
      <w:r>
        <w:t>“When I felt…”</w:t>
      </w:r>
    </w:p>
    <w:p/>
    <w:p>
      <w:r>
        <w:t>She stopped.</w:t>
      </w:r>
    </w:p>
    <w:p/>
    <w:p>
      <w:r>
        <w:t>“What?”</w:t>
      </w:r>
    </w:p>
    <w:p/>
    <w:p>
      <w:r>
        <w:t>“Too much.”</w:t>
      </w:r>
    </w:p>
    <w:p/>
    <w:p>
      <w:r>
        <w:t>Elsie’s chest tightened.</w:t>
      </w:r>
    </w:p>
    <w:p/>
    <w:p>
      <w:r>
        <w:rPr>
          <w:i/>
        </w:rPr>
        <w:t>Not too big.</w:t>
      </w:r>
    </w:p>
    <w:p/>
    <w:p>
      <w:r>
        <w:rPr>
          <w:i/>
        </w:rPr>
        <w:t>Too much.</w:t>
      </w:r>
    </w:p>
    <w:p/>
    <w:p>
      <w:r>
        <w:t>Different.</w:t>
      </w:r>
    </w:p>
    <w:p/>
    <w:p>
      <w:r>
        <w:t>Maybe connected.</w:t>
      </w:r>
    </w:p>
    <w:p/>
    <w:p>
      <w:r>
        <w:t>Maybe not.</w:t>
      </w:r>
    </w:p>
    <w:p/>
    <w:p>
      <w:r>
        <w:t>She refused to finish Ava’s sentence for her.</w:t>
      </w:r>
    </w:p>
    <w:p/>
    <w:p>
      <w:r>
        <w:t>Ava continued.</w:t>
      </w:r>
    </w:p>
    <w:p/>
    <w:p>
      <w:r>
        <w:t>“My mom asked if I told her everything.”</w:t>
      </w:r>
    </w:p>
    <w:p/>
    <w:p>
      <w:r>
        <w:t>“Did you?”</w:t>
      </w:r>
    </w:p>
    <w:p/>
    <w:p>
      <w:r>
        <w:t>“No.”</w:t>
      </w:r>
    </w:p>
    <w:p/>
    <w:p>
      <w:r>
        <w:t>Elsie stayed very still.</w:t>
      </w:r>
    </w:p>
    <w:p/>
    <w:p>
      <w:r>
        <w:t>Ava looked at her.</w:t>
      </w:r>
    </w:p>
    <w:p/>
    <w:p>
      <w:r>
        <w:t>“Don’t.”</w:t>
      </w:r>
    </w:p>
    <w:p/>
    <w:p>
      <w:r>
        <w:t>“I’m not doing anything.”</w:t>
      </w:r>
    </w:p>
    <w:p/>
    <w:p>
      <w:r>
        <w:t>“Your face is.”</w:t>
      </w:r>
    </w:p>
    <w:p/>
    <w:p>
      <w:r>
        <w:t>Apparently hereditary.</w:t>
      </w:r>
    </w:p>
    <w:p/>
    <w:p>
      <w:r>
        <w:t>“What didn’t you tell her?”</w:t>
      </w:r>
    </w:p>
    <w:p/>
    <w:p>
      <w:r>
        <w:t>Ava looked away.</w:t>
      </w:r>
    </w:p>
    <w:p/>
    <w:p>
      <w:r>
        <w:t>“I don’t want to talk about it.”</w:t>
      </w:r>
    </w:p>
    <w:p/>
    <w:p>
      <w:r>
        <w:t>There.</w:t>
      </w:r>
    </w:p>
    <w:p/>
    <w:p>
      <w:r>
        <w:t>The line.</w:t>
      </w:r>
    </w:p>
    <w:p/>
    <w:p>
      <w:r>
        <w:t>Elsie could feel something waiting on the other side of it.</w:t>
      </w:r>
    </w:p>
    <w:p/>
    <w:p>
      <w:r>
        <w:t>She only knew what she had promised.</w:t>
      </w:r>
    </w:p>
    <w:p/>
    <w:p>
      <w:r>
        <w:t>“I’m not going to make you tell me.”</w:t>
      </w:r>
    </w:p>
    <w:p/>
    <w:p>
      <w:r>
        <w:t>Ava relaxed.</w:t>
      </w:r>
    </w:p>
    <w:p/>
    <w:p>
      <w:r>
        <w:t>“But I need to ask one thing.”</w:t>
      </w:r>
    </w:p>
    <w:p/>
    <w:p>
      <w:r>
        <w:t>Ava closed her eyes.</w:t>
      </w:r>
    </w:p>
    <w:p/>
    <w:p>
      <w:r>
        <w:t>“Fine.”</w:t>
      </w:r>
    </w:p>
    <w:p/>
    <w:p>
      <w:r>
        <w:t>“Are you safe?”</w:t>
      </w:r>
    </w:p>
    <w:p/>
    <w:p>
      <w:r>
        <w:t>Ava opened them.</w:t>
      </w:r>
    </w:p>
    <w:p/>
    <w:p>
      <w:r>
        <w:t>“Yes.”</w:t>
      </w:r>
    </w:p>
    <w:p/>
    <w:p>
      <w:r>
        <w:t>Immediate.</w:t>
      </w:r>
    </w:p>
    <w:p/>
    <w:p>
      <w:r>
        <w:t>Elsie listened to the answer.</w:t>
      </w:r>
    </w:p>
    <w:p/>
    <w:p>
      <w:r>
        <w:t>Not like a detective.</w:t>
      </w:r>
    </w:p>
    <w:p/>
    <w:p>
      <w:r>
        <w:t>Not like a doctor.</w:t>
      </w:r>
    </w:p>
    <w:p/>
    <w:p>
      <w:r>
        <w:t>Like a friend.</w:t>
      </w:r>
    </w:p>
    <w:p/>
    <w:p>
      <w:r>
        <w:t>“Okay.”</w:t>
      </w:r>
    </w:p>
    <w:p/>
    <w:p>
      <w:r>
        <w:t>Ava watched her.</w:t>
      </w:r>
    </w:p>
    <w:p/>
    <w:p>
      <w:r>
        <w:t>“That’s it?”</w:t>
      </w:r>
    </w:p>
    <w:p/>
    <w:p>
      <w:r>
        <w:t>“For tonight.”</w:t>
      </w:r>
    </w:p>
    <w:p/>
    <w:p>
      <w:r>
        <w:t>Ava frowned.</w:t>
      </w:r>
    </w:p>
    <w:p/>
    <w:p>
      <w:r>
        <w:t>“What does that mean?”</w:t>
      </w:r>
    </w:p>
    <w:p/>
    <w:p>
      <w:r>
        <w:t>“It means you told me you’re safe.”</w:t>
      </w:r>
    </w:p>
    <w:p/>
    <w:p>
      <w:r>
        <w:t>“I am.”</w:t>
      </w:r>
    </w:p>
    <w:p/>
    <w:p>
      <w:r>
        <w:t>“I believe you.”</w:t>
      </w:r>
    </w:p>
    <w:p/>
    <w:p>
      <w:r>
        <w:t>Ava’s shoulders loosened.</w:t>
      </w:r>
    </w:p>
    <w:p/>
    <w:p>
      <w:r>
        <w:t>“And you have an appointment Monday.”</w:t>
      </w:r>
    </w:p>
    <w:p/>
    <w:p>
      <w:r>
        <w:t>“Yes.”</w:t>
      </w:r>
    </w:p>
    <w:p/>
    <w:p>
      <w:r>
        <w:t>“And your mom knows some of it.”</w:t>
      </w:r>
    </w:p>
    <w:p/>
    <w:p>
      <w:r>
        <w:t>“Yes.”</w:t>
      </w:r>
    </w:p>
    <w:p/>
    <w:p>
      <w:r>
        <w:t>Elsie nodded.</w:t>
      </w:r>
    </w:p>
    <w:p/>
    <w:p>
      <w:r>
        <w:t>“Okay.”</w:t>
      </w:r>
    </w:p>
    <w:p/>
    <w:p>
      <w:r>
        <w:t>Ava looked suspicious.</w:t>
      </w:r>
    </w:p>
    <w:p/>
    <w:p>
      <w:r>
        <w:t>“You’re being weird.”</w:t>
      </w:r>
    </w:p>
    <w:p/>
    <w:p>
      <w:r>
        <w:t>“I’m trying not to be.”</w:t>
      </w:r>
    </w:p>
    <w:p/>
    <w:p>
      <w:r>
        <w:t>“Badly.”</w:t>
      </w:r>
    </w:p>
    <w:p/>
    <w:p>
      <w:r>
        <w:t>“Story of my life.”</w:t>
      </w:r>
    </w:p>
    <w:p/>
    <w:p>
      <w:r>
        <w:t>Ava smiled.</w:t>
      </w:r>
    </w:p>
    <w:p/>
    <w:p>
      <w:r>
        <w:t>Then Elsie said:</w:t>
      </w:r>
    </w:p>
    <w:p/>
    <w:p>
      <w:r>
        <w:t>“But I meant what I told you.”</w:t>
      </w:r>
    </w:p>
    <w:p/>
    <w:p>
      <w:r>
        <w:t>The smile faded.</w:t>
      </w:r>
    </w:p>
    <w:p/>
    <w:p>
      <w:r>
        <w:t>“What?”</w:t>
      </w:r>
    </w:p>
    <w:p/>
    <w:p>
      <w:r>
        <w:t>“If I get scared, I’m telling you first.”</w:t>
      </w:r>
    </w:p>
    <w:p/>
    <w:p>
      <w:r>
        <w:t>Ava looked at her.</w:t>
      </w:r>
    </w:p>
    <w:p/>
    <w:p>
      <w:r>
        <w:t>“Then I’m getting an adult.”</w:t>
      </w:r>
    </w:p>
    <w:p/>
    <w:p>
      <w:r>
        <w:t>Silence.</w:t>
      </w:r>
    </w:p>
    <w:p/>
    <w:p>
      <w:r>
        <w:t>Ava nodded once.</w:t>
      </w:r>
    </w:p>
    <w:p/>
    <w:p>
      <w:r>
        <w:t>Not happy.</w:t>
      </w:r>
    </w:p>
    <w:p/>
    <w:p>
      <w:r>
        <w:t>Not angry.</w:t>
      </w:r>
    </w:p>
    <w:p/>
    <w:p>
      <w:r>
        <w:t>Just:</w:t>
      </w:r>
    </w:p>
    <w:p/>
    <w:p>
      <w:r>
        <w:t>“Okay.”</w:t>
      </w:r>
    </w:p>
    <w:p/>
    <w:p>
      <w:r>
        <w:t>Elsie nodded too.</w:t>
      </w:r>
    </w:p>
    <w:p/>
    <w:p>
      <w:r>
        <w:t>No crisis.</w:t>
      </w:r>
    </w:p>
    <w:p/>
    <w:p>
      <w:r>
        <w:t>No decision.</w:t>
      </w:r>
    </w:p>
    <w:p/>
    <w:p>
      <w:r>
        <w:t>No proof.</w:t>
      </w:r>
    </w:p>
    <w:p/>
    <w:p>
      <w:r>
        <w:t>Just a boundary sitting between them where both of them could see it.</w:t>
      </w:r>
    </w:p>
    <w:p/>
    <w:p>
      <w:r>
        <w:t>After Ava left, Elsie opened her notebook.</w:t>
      </w:r>
    </w:p>
    <w:p/>
    <w:p>
      <w:r>
        <w:t>She found Grandma’s list.</w:t>
      </w:r>
    </w:p>
    <w:p/>
    <w:p>
      <w:r>
        <w:rPr>
          <w:b/>
        </w:rPr>
        <w:t>Rahab — Had a past people could easily use against her.</w:t>
      </w:r>
    </w:p>
    <w:p/>
    <w:p>
      <w:r>
        <w:t>For once, she didn’t correct it.</w:t>
      </w:r>
    </w:p>
    <w:p/>
    <w:p>
      <w:r>
        <w:t>She added nothing underneath.</w:t>
      </w:r>
    </w:p>
    <w:p/>
    <w:p>
      <w:r>
        <w:t>Grandma had gotten this one close enough.</w:t>
      </w:r>
    </w:p>
    <w:p/>
    <w:p>
      <w:r>
        <w:t>Then Elsie turned to the page where she had once written:</w:t>
      </w:r>
    </w:p>
    <w:p/>
    <w:p>
      <w:r>
        <w:rPr>
          <w:b/>
        </w:rPr>
        <w:t>PEOPLE GOD USED ANYWAY</w:t>
      </w:r>
    </w:p>
    <w:p/>
    <w:p>
      <w:r>
        <w:t>The heading bothered her more every time she saw it.</w:t>
      </w:r>
    </w:p>
    <w:p/>
    <w:p>
      <w:r>
        <w:t>Anyway.</w:t>
      </w:r>
    </w:p>
    <w:p/>
    <w:p>
      <w:r>
        <w:t>Like God had been surprised.</w:t>
      </w:r>
    </w:p>
    <w:p/>
    <w:p>
      <w:r>
        <w:t>Like He had reluctantly worked around them.</w:t>
      </w:r>
    </w:p>
    <w:p/>
    <w:p>
      <w:r>
        <w:t>Moses.</w:t>
      </w:r>
    </w:p>
    <w:p/>
    <w:p>
      <w:r>
        <w:t>Peter.</w:t>
      </w:r>
    </w:p>
    <w:p/>
    <w:p>
      <w:r>
        <w:t>Thomas.</w:t>
      </w:r>
    </w:p>
    <w:p/>
    <w:p>
      <w:r>
        <w:t>Rahab.</w:t>
      </w:r>
    </w:p>
    <w:p/>
    <w:p>
      <w:r>
        <w:t>People with things that were true about them.</w:t>
      </w:r>
    </w:p>
    <w:p/>
    <w:p>
      <w:r>
        <w:t>Things they had done.</w:t>
      </w:r>
    </w:p>
    <w:p/>
    <w:p>
      <w:r>
        <w:t>Things they had feared.</w:t>
      </w:r>
    </w:p>
    <w:p/>
    <w:p>
      <w:r>
        <w:t>Things they had doubted.</w:t>
      </w:r>
    </w:p>
    <w:p/>
    <w:p>
      <w:r>
        <w:t>Things other people could use against them.</w:t>
      </w:r>
    </w:p>
    <w:p/>
    <w:p>
      <w:r>
        <w:t>And still—</w:t>
      </w:r>
    </w:p>
    <w:p/>
    <w:p>
      <w:r>
        <w:t>Elsie stopped.</w:t>
      </w:r>
    </w:p>
    <w:p/>
    <w:p>
      <w:r>
        <w:t>Not yet.</w:t>
      </w:r>
    </w:p>
    <w:p/>
    <w:p>
      <w:r>
        <w:t>She wasn’t ready to change the heading.</w:t>
      </w:r>
    </w:p>
    <w:p/>
    <w:p>
      <w:r>
        <w:t>But she was getting close.</w:t>
      </w:r>
    </w:p>
    <w:p/>
    <w:p>
      <w:r>
        <w:t>Her phone buzzed.</w:t>
      </w:r>
    </w:p>
    <w:p/>
    <w:p>
      <w:r>
        <w:rPr>
          <w:i/>
        </w:rPr>
        <w:t>Ava.</w:t>
      </w:r>
    </w:p>
    <w:p/>
    <w:p>
      <w:r>
        <w:rPr>
          <w:b/>
        </w:rPr>
        <w:t>Ava:</w:t>
      </w:r>
      <w:r>
        <w:t xml:space="preserve"> important update</w:t>
      </w:r>
    </w:p>
    <w:p/>
    <w:p>
      <w:r>
        <w:rPr>
          <w:b/>
        </w:rPr>
        <w:t>Elsie:</w:t>
      </w:r>
      <w:r>
        <w:t xml:space="preserve"> what</w:t>
      </w:r>
    </w:p>
    <w:p/>
    <w:p>
      <w:r>
        <w:rPr>
          <w:b/>
        </w:rPr>
        <w:t>Ava:</w:t>
      </w:r>
      <w:r>
        <w:t xml:space="preserve"> my mom bought more rosemary crackers</w:t>
      </w:r>
    </w:p>
    <w:p/>
    <w:p>
      <w:r>
        <w:t>Elsie laughed.</w:t>
      </w:r>
    </w:p>
    <w:p/>
    <w:p>
      <w:r>
        <w:rPr>
          <w:b/>
        </w:rPr>
        <w:t>Elsie:</w:t>
      </w:r>
      <w:r>
        <w:t xml:space="preserve"> call 911</w:t>
      </w:r>
    </w:p>
    <w:p/>
    <w:p>
      <w:r>
        <w:rPr>
          <w:b/>
        </w:rPr>
        <w:t>Ava:</w:t>
      </w:r>
      <w:r>
        <w:t xml:space="preserve"> I knew you’d understand</w:t>
      </w:r>
    </w:p>
    <w:p/>
    <w:p>
      <w:r>
        <w:t>Then:</w:t>
      </w:r>
    </w:p>
    <w:p/>
    <w:p>
      <w:r>
        <w:rPr>
          <w:b/>
        </w:rPr>
        <w:t>Ava:</w:t>
      </w:r>
      <w:r>
        <w:t xml:space="preserve"> also</w:t>
      </w:r>
    </w:p>
    <w:p/>
    <w:p>
      <w:r>
        <w:t>Pause.</w:t>
      </w:r>
    </w:p>
    <w:p/>
    <w:p>
      <w:r>
        <w:rPr>
          <w:b/>
        </w:rPr>
        <w:t>Ava:</w:t>
      </w:r>
      <w:r>
        <w:t xml:space="preserve"> thanks for today</w:t>
      </w:r>
    </w:p>
    <w:p/>
    <w:p>
      <w:r>
        <w:t>Elsie looked at the message.</w:t>
      </w:r>
    </w:p>
    <w:p/>
    <w:p>
      <w:r>
        <w:rPr>
          <w:b/>
        </w:rPr>
        <w:t>Elsie:</w:t>
      </w:r>
      <w:r>
        <w:t xml:space="preserve"> hallway or backyard</w:t>
      </w:r>
    </w:p>
    <w:p/>
    <w:p>
      <w:r>
        <w:rPr>
          <w:b/>
        </w:rPr>
        <w:t>Ava:</w:t>
      </w:r>
      <w:r>
        <w:t xml:space="preserve"> both</w:t>
      </w:r>
    </w:p>
    <w:p/>
    <w:p>
      <w:r>
        <w:t>Elsie stared at the screen.</w:t>
      </w:r>
    </w:p>
    <w:p/>
    <w:p>
      <w:r>
        <w:t>Then:</w:t>
      </w:r>
    </w:p>
    <w:p/>
    <w:p>
      <w:r>
        <w:rPr>
          <w:b/>
        </w:rPr>
        <w:t>Elsie:</w:t>
      </w:r>
      <w:r>
        <w:t xml:space="preserve"> always</w:t>
      </w:r>
    </w:p>
    <w:p/>
    <w:p>
      <w:r>
        <w:t>She almost sent it.</w:t>
      </w:r>
    </w:p>
    <w:p/>
    <w:p>
      <w:r>
        <w:t>Stopped.</w:t>
      </w:r>
    </w:p>
    <w:p/>
    <w:p>
      <w:r>
        <w:t>Deleted it.</w:t>
      </w:r>
    </w:p>
    <w:p/>
    <w:p>
      <w:r>
        <w:t>Because always was a promise nobody could actually make.</w:t>
      </w:r>
    </w:p>
    <w:p/>
    <w:p>
      <w:r>
        <w:t>She tried again.</w:t>
      </w:r>
    </w:p>
    <w:p/>
    <w:p>
      <w:r>
        <w:rPr>
          <w:b/>
        </w:rPr>
        <w:t>Elsie:</w:t>
      </w:r>
      <w:r>
        <w:t xml:space="preserve"> you’re welcome</w:t>
      </w:r>
    </w:p>
    <w:p/>
    <w:p>
      <w:r>
        <w:t>Ava hearted it.</w:t>
      </w:r>
    </w:p>
    <w:p/>
    <w:p>
      <w:r>
        <w:t>Elsie set the phone down.</w:t>
      </w:r>
    </w:p>
    <w:p/>
    <w:p>
      <w:r>
        <w:t>Rahab’s story hadn’t needed anyone to erase what was true.</w:t>
      </w:r>
    </w:p>
    <w:p/>
    <w:p>
      <w:r>
        <w:t>Ava’s didn’t need Elsie to prove what wasn’t.</w:t>
      </w:r>
    </w:p>
    <w:p/>
    <w:p>
      <w:r>
        <w:t>Maybe loving someone meant refusing to let either kind of sentence become the whole person.</w:t>
      </w:r>
    </w:p>
    <w:p/>
    <w:p>
      <w:r>
        <w:t>True ones.</w:t>
      </w:r>
    </w:p>
    <w:p/>
    <w:p>
      <w:r>
        <w:t>False ones.</w:t>
      </w:r>
    </w:p>
    <w:p/>
    <w:p>
      <w:r>
        <w:t>Good ones.</w:t>
      </w:r>
    </w:p>
    <w:p/>
    <w:p>
      <w:r>
        <w:t>Ugly ones.</w:t>
      </w:r>
    </w:p>
    <w:p/>
    <w:p>
      <w:r>
        <w:t>None of them got to be everything.</w:t>
      </w:r>
    </w:p>
    <w:p/>
    <w:p>
      <w:r>
        <w:t>And for once, Elsie didn’t write that down.</w:t>
      </w:r>
    </w:p>
    <w:p/>
    <w:p>
      <w:r>
        <w:t>She already knew where sentences could go wrong.</w:t>
      </w:r>
    </w:p>
    <w:p>
      <w:r>
        <w:br w:type="page"/>
      </w:r>
    </w:p>
    <w:p>
      <w:pPr>
        <w:jc w:val="center"/>
      </w:pPr>
      <w:r>
        <w:rPr>
          <w:rFonts w:ascii="EB Garamond" w:hAnsi="EB Garamond" w:eastAsia="EB Garamond"/>
          <w:b/>
          <w:sz w:val="22"/>
        </w:rPr>
        <w:t>CHAPTER SEVENTEEN</w:t>
      </w:r>
    </w:p>
    <w:p>
      <w:pPr>
        <w:jc w:val="center"/>
      </w:pPr>
      <w:r>
        <w:rPr>
          <w:rFonts w:ascii="EB Garamond" w:hAnsi="EB Garamond" w:eastAsia="EB Garamond"/>
          <w:b/>
          <w:sz w:val="22"/>
        </w:rPr>
        <w:t>One More Sign</w:t>
      </w:r>
    </w:p>
    <w:p/>
    <w:p>
      <w:r>
        <w:t>Monday morning, Ava ate half a blueberry muffin.</w:t>
      </w:r>
    </w:p>
    <w:p/>
    <w:p>
      <w:r>
        <w:t>Elsie noticed.</w:t>
      </w:r>
    </w:p>
    <w:p/>
    <w:p>
      <w:r>
        <w:t>She wished she hadn’t.</w:t>
      </w:r>
    </w:p>
    <w:p/>
    <w:p>
      <w:r>
        <w:t>Not because she wanted Ava not to eat it.</w:t>
      </w:r>
    </w:p>
    <w:p/>
    <w:p>
      <w:r>
        <w:t>Obviously.</w:t>
      </w:r>
    </w:p>
    <w:p/>
    <w:p>
      <w:r>
        <w:t>Because noticing had become complicated.</w:t>
      </w:r>
    </w:p>
    <w:p/>
    <w:p>
      <w:r>
        <w:t>If Ava didn’t eat, Elsie noticed.</w:t>
      </w:r>
    </w:p>
    <w:p/>
    <w:p>
      <w:r>
        <w:t>If Ava did eat, Elsie noticed that too.</w:t>
      </w:r>
    </w:p>
    <w:p/>
    <w:p>
      <w:r>
        <w:t>Which felt somehow worse.</w:t>
      </w:r>
    </w:p>
    <w:p/>
    <w:p>
      <w:r>
        <w:t>Like she had turned into a surveillance camera with anxiety.</w:t>
      </w:r>
    </w:p>
    <w:p/>
    <w:p>
      <w:r>
        <w:t>Ava caught her looking.</w:t>
      </w:r>
    </w:p>
    <w:p/>
    <w:p>
      <w:r>
        <w:t>“What?”</w:t>
      </w:r>
    </w:p>
    <w:p/>
    <w:p>
      <w:r>
        <w:t>“Nothing.”</w:t>
      </w:r>
    </w:p>
    <w:p/>
    <w:p>
      <w:r>
        <w:t>“You’re staring at my muffin.”</w:t>
      </w:r>
    </w:p>
    <w:p/>
    <w:p>
      <w:r>
        <w:t>“I was thinking about blueberries.”</w:t>
      </w:r>
    </w:p>
    <w:p/>
    <w:p>
      <w:r>
        <w:t>“No, you weren’t.”</w:t>
      </w:r>
    </w:p>
    <w:p/>
    <w:p>
      <w:r>
        <w:t>“They’re weird.”</w:t>
      </w:r>
    </w:p>
    <w:p/>
    <w:p>
      <w:r>
        <w:t>“Elsie.”</w:t>
      </w:r>
    </w:p>
    <w:p/>
    <w:p>
      <w:r>
        <w:t>“They are. Tiny fruit with skin.”</w:t>
      </w:r>
    </w:p>
    <w:p/>
    <w:p>
      <w:r>
        <w:t>“All fruit has skin.”</w:t>
      </w:r>
    </w:p>
    <w:p/>
    <w:p>
      <w:r>
        <w:t>“Not strawberries.”</w:t>
      </w:r>
    </w:p>
    <w:p/>
    <w:p>
      <w:r>
        <w:t>Ava stared at her.</w:t>
      </w:r>
    </w:p>
    <w:p/>
    <w:p>
      <w:r>
        <w:t>“That is deeply upsetting.”</w:t>
      </w:r>
    </w:p>
    <w:p/>
    <w:p>
      <w:r>
        <w:t>“Thank you.”</w:t>
      </w:r>
    </w:p>
    <w:p/>
    <w:p>
      <w:r>
        <w:t>Ava tore off another piece of muffin.</w:t>
      </w:r>
    </w:p>
    <w:p/>
    <w:p>
      <w:r>
        <w:t>Ate it.</w:t>
      </w:r>
    </w:p>
    <w:p/>
    <w:p>
      <w:r>
        <w:t>Elsie looked at her locker.</w:t>
      </w:r>
    </w:p>
    <w:p/>
    <w:p>
      <w:r>
        <w:t>Deliberately.</w:t>
      </w:r>
    </w:p>
    <w:p/>
    <w:p>
      <w:r>
        <w:t>The doctor appointment was today.</w:t>
      </w:r>
    </w:p>
    <w:p/>
    <w:p>
      <w:r>
        <w:t>That was the important thing.</w:t>
      </w:r>
    </w:p>
    <w:p/>
    <w:p>
      <w:r>
        <w:t>Ava’s mom knew.</w:t>
      </w:r>
    </w:p>
    <w:p/>
    <w:p>
      <w:r>
        <w:t>A doctor was going to know.</w:t>
      </w:r>
    </w:p>
    <w:p/>
    <w:p>
      <w:r>
        <w:t>Help was already involved.</w:t>
      </w:r>
    </w:p>
    <w:p/>
    <w:p>
      <w:r>
        <w:t>Elsie did not need to turn breakfast into evidence.</w:t>
      </w:r>
    </w:p>
    <w:p/>
    <w:p>
      <w:r>
        <w:t>At lunch, Ava ate fries.</w:t>
      </w:r>
    </w:p>
    <w:p/>
    <w:p>
      <w:r>
        <w:t>Not all of them.</w:t>
      </w:r>
    </w:p>
    <w:p/>
    <w:p>
      <w:r>
        <w:t>Some.</w:t>
      </w:r>
    </w:p>
    <w:p/>
    <w:p>
      <w:r>
        <w:t>Elsie did not count.</w:t>
      </w:r>
    </w:p>
    <w:p/>
    <w:p>
      <w:r>
        <w:t>She deserved an award.</w:t>
      </w:r>
    </w:p>
    <w:p/>
    <w:p>
      <w:r>
        <w:t>Maddie stole three.</w:t>
      </w:r>
    </w:p>
    <w:p/>
    <w:p>
      <w:r>
        <w:t>Which Elsie only knew because Maddie announced each theft like a crime documentary.</w:t>
      </w:r>
    </w:p>
    <w:p/>
    <w:p>
      <w:r>
        <w:t>“One.”</w:t>
      </w:r>
    </w:p>
    <w:p/>
    <w:p>
      <w:r>
        <w:t>Ava slapped her hand.</w:t>
      </w:r>
    </w:p>
    <w:p/>
    <w:p>
      <w:r>
        <w:t>“Two.”</w:t>
      </w:r>
    </w:p>
    <w:p/>
    <w:p>
      <w:r>
        <w:t>“Stop.”</w:t>
      </w:r>
    </w:p>
    <w:p/>
    <w:p>
      <w:r>
        <w:t>“Three.”</w:t>
      </w:r>
    </w:p>
    <w:p/>
    <w:p>
      <w:r>
        <w:t>“Maddie.”</w:t>
      </w:r>
    </w:p>
    <w:p/>
    <w:p>
      <w:r>
        <w:t>Maddie ate the third fry.</w:t>
      </w:r>
    </w:p>
    <w:p/>
    <w:p>
      <w:r>
        <w:t>“Justice.”</w:t>
      </w:r>
    </w:p>
    <w:p/>
    <w:p>
      <w:r>
        <w:t>“That word does not mean what you think it means.”</w:t>
      </w:r>
    </w:p>
    <w:p/>
    <w:p>
      <w:r>
        <w:t>Mason sat beside Elsie.</w:t>
      </w:r>
    </w:p>
    <w:p/>
    <w:p>
      <w:r>
        <w:t>“You okay?”</w:t>
      </w:r>
    </w:p>
    <w:p/>
    <w:p>
      <w:r>
        <w:t>“Yes.”</w:t>
      </w:r>
    </w:p>
    <w:p/>
    <w:p>
      <w:r>
        <w:t>He looked at her.</w:t>
      </w:r>
    </w:p>
    <w:p/>
    <w:p>
      <w:r>
        <w:t>“Actual yes?”</w:t>
      </w:r>
    </w:p>
    <w:p/>
    <w:p>
      <w:r>
        <w:t>Elsie frowned.</w:t>
      </w:r>
    </w:p>
    <w:p/>
    <w:p>
      <w:r>
        <w:t>“Why does everyone use my system against me?”</w:t>
      </w:r>
    </w:p>
    <w:p/>
    <w:p>
      <w:r>
        <w:t>“Because you invented a system.”</w:t>
      </w:r>
    </w:p>
    <w:p/>
    <w:p>
      <w:r>
        <w:t>“That was private.”</w:t>
      </w:r>
    </w:p>
    <w:p/>
    <w:p>
      <w:r>
        <w:t>“You numbered it.”</w:t>
      </w:r>
    </w:p>
    <w:p/>
    <w:p>
      <w:r>
        <w:t>“That does not make it public.”</w:t>
      </w:r>
    </w:p>
    <w:p/>
    <w:p>
      <w:r>
        <w:t>Nora sat down.</w:t>
      </w:r>
    </w:p>
    <w:p/>
    <w:p>
      <w:r>
        <w:t>“Fine Number?”</w:t>
      </w:r>
    </w:p>
    <w:p/>
    <w:p>
      <w:r>
        <w:t>“No.”</w:t>
      </w:r>
    </w:p>
    <w:p/>
    <w:p>
      <w:r>
        <w:t>Ava looked between them.</w:t>
      </w:r>
    </w:p>
    <w:p/>
    <w:p>
      <w:r>
        <w:t>“Still one of the strangest things about you.”</w:t>
      </w:r>
    </w:p>
    <w:p/>
    <w:p>
      <w:r>
        <w:t>“One?”</w:t>
      </w:r>
    </w:p>
    <w:p/>
    <w:p>
      <w:r>
        <w:t>“Top seven.”</w:t>
      </w:r>
    </w:p>
    <w:p/>
    <w:p>
      <w:r>
        <w:t>“Rude.”</w:t>
      </w:r>
    </w:p>
    <w:p/>
    <w:p>
      <w:r>
        <w:t>Ava smiled.</w:t>
      </w:r>
    </w:p>
    <w:p/>
    <w:p>
      <w:r>
        <w:t>Normal.</w:t>
      </w:r>
    </w:p>
    <w:p/>
    <w:p>
      <w:r>
        <w:t>She looked normal.</w:t>
      </w:r>
    </w:p>
    <w:p/>
    <w:p>
      <w:r>
        <w:t>Elsie hated the thought as soon as it appeared.</w:t>
      </w:r>
    </w:p>
    <w:p/>
    <w:p>
      <w:r>
        <w:t>Normal did not mean anything.</w:t>
      </w:r>
    </w:p>
    <w:p/>
    <w:p>
      <w:r>
        <w:t>She had learned that with Maddie’s mom.</w:t>
      </w:r>
    </w:p>
    <w:p/>
    <w:p>
      <w:r>
        <w:t>She had learned it with Nora.</w:t>
      </w:r>
    </w:p>
    <w:p/>
    <w:p>
      <w:r>
        <w:t>She had learned it with Grandma.</w:t>
      </w:r>
    </w:p>
    <w:p/>
    <w:p>
      <w:r>
        <w:t>Apparently learning something did not prevent your brain from immediately forgetting it when convenient.</w:t>
      </w:r>
    </w:p>
    <w:p/>
    <w:p>
      <w:r>
        <w:t>Ava’s phone buzzed.</w:t>
      </w:r>
    </w:p>
    <w:p/>
    <w:p>
      <w:r>
        <w:t>She checked it.</w:t>
      </w:r>
    </w:p>
    <w:p/>
    <w:p>
      <w:r>
        <w:t>Her expression changed.</w:t>
      </w:r>
    </w:p>
    <w:p/>
    <w:p>
      <w:r>
        <w:t>Small.</w:t>
      </w:r>
    </w:p>
    <w:p/>
    <w:p>
      <w:r>
        <w:t>Then disappeared.</w:t>
      </w:r>
    </w:p>
    <w:p/>
    <w:p>
      <w:r>
        <w:t>She put the phone facedown.</w:t>
      </w:r>
    </w:p>
    <w:p/>
    <w:p>
      <w:r>
        <w:t>Elsie noticed.</w:t>
      </w:r>
    </w:p>
    <w:p/>
    <w:p>
      <w:r>
        <w:t>Did not ask.</w:t>
      </w:r>
    </w:p>
    <w:p/>
    <w:p>
      <w:r>
        <w:t>Doctor.</w:t>
      </w:r>
    </w:p>
    <w:p/>
    <w:p>
      <w:r>
        <w:t>Today.</w:t>
      </w:r>
    </w:p>
    <w:p/>
    <w:p>
      <w:r>
        <w:t>That was enough.</w:t>
      </w:r>
    </w:p>
    <w:p/>
    <w:p>
      <w:r>
        <w:t>After school, Ava texted before Elsie could.</w:t>
      </w:r>
    </w:p>
    <w:p/>
    <w:p>
      <w:r>
        <w:rPr>
          <w:b/>
        </w:rPr>
        <w:t>Ava:</w:t>
      </w:r>
      <w:r>
        <w:t xml:space="preserve"> appointment over</w:t>
      </w:r>
    </w:p>
    <w:p/>
    <w:p>
      <w:r>
        <w:t>Elsie stared.</w:t>
      </w:r>
    </w:p>
    <w:p/>
    <w:p>
      <w:r>
        <w:t>Waited.</w:t>
      </w:r>
    </w:p>
    <w:p/>
    <w:p>
      <w:r>
        <w:t>Nothing else came.</w:t>
      </w:r>
    </w:p>
    <w:p/>
    <w:p>
      <w:r>
        <w:t>She typed:</w:t>
      </w:r>
    </w:p>
    <w:p/>
    <w:p>
      <w:r>
        <w:rPr>
          <w:b/>
        </w:rPr>
        <w:t>Elsie:</w:t>
      </w:r>
      <w:r>
        <w:t xml:space="preserve"> and</w:t>
      </w:r>
    </w:p>
    <w:p/>
    <w:p>
      <w:r>
        <w:t>Deleted it.</w:t>
      </w:r>
    </w:p>
    <w:p/>
    <w:p>
      <w:r>
        <w:t>Typed:</w:t>
      </w:r>
    </w:p>
    <w:p/>
    <w:p>
      <w:r>
        <w:rPr>
          <w:b/>
        </w:rPr>
        <w:t>Elsie:</w:t>
      </w:r>
      <w:r>
        <w:t xml:space="preserve"> how was it</w:t>
      </w:r>
    </w:p>
    <w:p/>
    <w:p>
      <w:r>
        <w:t>Deleted that too.</w:t>
      </w:r>
    </w:p>
    <w:p/>
    <w:p>
      <w:r>
        <w:t>Then:</w:t>
      </w:r>
    </w:p>
    <w:p/>
    <w:p>
      <w:r>
        <w:rPr>
          <w:b/>
        </w:rPr>
        <w:t>Elsie:</w:t>
      </w:r>
      <w:r>
        <w:t xml:space="preserve"> how are you</w:t>
      </w:r>
    </w:p>
    <w:p/>
    <w:p>
      <w:r>
        <w:t>Three dots.</w:t>
      </w:r>
    </w:p>
    <w:p/>
    <w:p>
      <w:r>
        <w:rPr>
          <w:b/>
        </w:rPr>
        <w:t>Ava:</w:t>
      </w:r>
      <w:r>
        <w:t xml:space="preserve"> fine</w:t>
      </w:r>
    </w:p>
    <w:p/>
    <w:p>
      <w:r>
        <w:t>Elsie actually groaned.</w:t>
      </w:r>
    </w:p>
    <w:p/>
    <w:p>
      <w:r>
        <w:rPr>
          <w:b/>
        </w:rPr>
        <w:t>Elsie:</w:t>
      </w:r>
      <w:r>
        <w:t xml:space="preserve"> number</w:t>
      </w:r>
    </w:p>
    <w:p/>
    <w:p>
      <w:r>
        <w:t>Pause.</w:t>
      </w:r>
    </w:p>
    <w:p/>
    <w:p>
      <w:r>
        <w:rPr>
          <w:b/>
        </w:rPr>
        <w:t>Ava:</w:t>
      </w:r>
      <w:r>
        <w:t xml:space="preserve"> actual</w:t>
      </w:r>
    </w:p>
    <w:p/>
    <w:p>
      <w:r>
        <w:t>Elsie stared at the word.</w:t>
      </w:r>
    </w:p>
    <w:p/>
    <w:p>
      <w:r>
        <w:t>Actual fine.</w:t>
      </w:r>
    </w:p>
    <w:p/>
    <w:p>
      <w:r>
        <w:t>New category.</w:t>
      </w:r>
    </w:p>
    <w:p/>
    <w:p>
      <w:r>
        <w:t>Elsie had invented it in Mason’s truck.</w:t>
      </w:r>
    </w:p>
    <w:p/>
    <w:p>
      <w:r>
        <w:t>Maddie had learned it.</w:t>
      </w:r>
    </w:p>
    <w:p/>
    <w:p>
      <w:r>
        <w:t>Ava used it now.</w:t>
      </w:r>
    </w:p>
    <w:p/>
    <w:p>
      <w:r>
        <w:t>Elsie should have felt better.</w:t>
      </w:r>
    </w:p>
    <w:p/>
    <w:p>
      <w:r>
        <w:t>She did.</w:t>
      </w:r>
    </w:p>
    <w:p/>
    <w:p>
      <w:r>
        <w:t>Mostly.</w:t>
      </w:r>
    </w:p>
    <w:p/>
    <w:p>
      <w:r>
        <w:rPr>
          <w:b/>
        </w:rPr>
        <w:t>Elsie:</w:t>
      </w:r>
      <w:r>
        <w:t xml:space="preserve"> okay</w:t>
      </w:r>
    </w:p>
    <w:p/>
    <w:p>
      <w:r>
        <w:t>Ava hearted it.</w:t>
      </w:r>
    </w:p>
    <w:p/>
    <w:p>
      <w:r>
        <w:t>That should have been enough.</w:t>
      </w:r>
    </w:p>
    <w:p/>
    <w:p>
      <w:r>
        <w:t>It almost was.</w:t>
      </w:r>
    </w:p>
    <w:p/>
    <w:p>
      <w:r>
        <w:t>Tuesday morning, Ava wasn’t at school.</w:t>
      </w:r>
    </w:p>
    <w:p/>
    <w:p>
      <w:r>
        <w:t>At 8:03:</w:t>
      </w:r>
    </w:p>
    <w:p/>
    <w:p>
      <w:r>
        <w:rPr>
          <w:b/>
        </w:rPr>
        <w:t>Maddie:</w:t>
      </w:r>
      <w:r>
        <w:t xml:space="preserve"> ava?</w:t>
      </w:r>
    </w:p>
    <w:p/>
    <w:p>
      <w:r>
        <w:t>No response.</w:t>
      </w:r>
    </w:p>
    <w:p/>
    <w:p>
      <w:r>
        <w:t>At 8:17:</w:t>
      </w:r>
    </w:p>
    <w:p/>
    <w:p>
      <w:r>
        <w:rPr>
          <w:b/>
        </w:rPr>
        <w:t>Elsie:</w:t>
      </w:r>
      <w:r>
        <w:t xml:space="preserve"> alive</w:t>
      </w:r>
    </w:p>
    <w:p/>
    <w:p>
      <w:r>
        <w:t>At 8:24:</w:t>
      </w:r>
    </w:p>
    <w:p/>
    <w:p>
      <w:r>
        <w:rPr>
          <w:b/>
        </w:rPr>
        <w:t>Ava:</w:t>
      </w:r>
      <w:r>
        <w:t xml:space="preserve"> unfortunately</w:t>
      </w:r>
    </w:p>
    <w:p/>
    <w:p>
      <w:r>
        <w:t>Elsie smiled despite herself.</w:t>
      </w:r>
    </w:p>
    <w:p/>
    <w:p>
      <w:r>
        <w:t>Nora had used that exact answer.</w:t>
      </w:r>
    </w:p>
    <w:p/>
    <w:p>
      <w:r>
        <w:t>Apparently teenage girls had one approved response to wellness checks.</w:t>
      </w:r>
    </w:p>
    <w:p/>
    <w:p>
      <w:r>
        <w:rPr>
          <w:b/>
        </w:rPr>
        <w:t>Maddie:</w:t>
      </w:r>
      <w:r>
        <w:t xml:space="preserve"> why aren’t you here</w:t>
      </w:r>
    </w:p>
    <w:p/>
    <w:p>
      <w:r>
        <w:t>Pause.</w:t>
      </w:r>
    </w:p>
    <w:p/>
    <w:p>
      <w:r>
        <w:rPr>
          <w:b/>
        </w:rPr>
        <w:t>Ava:</w:t>
      </w:r>
      <w:r>
        <w:t xml:space="preserve"> mom let me sleep</w:t>
      </w:r>
    </w:p>
    <w:p/>
    <w:p>
      <w:r>
        <w:rPr>
          <w:b/>
        </w:rPr>
        <w:t>Maddie:</w:t>
      </w:r>
      <w:r>
        <w:t xml:space="preserve"> criminal</w:t>
      </w:r>
    </w:p>
    <w:p/>
    <w:p>
      <w:r>
        <w:rPr>
          <w:b/>
        </w:rPr>
        <w:t>Ava:</w:t>
      </w:r>
      <w:r>
        <w:t xml:space="preserve"> arrest her</w:t>
      </w:r>
    </w:p>
    <w:p/>
    <w:p>
      <w:r>
        <w:t>Then:</w:t>
      </w:r>
    </w:p>
    <w:p/>
    <w:p>
      <w:r>
        <w:rPr>
          <w:b/>
        </w:rPr>
        <w:t>Ava:</w:t>
      </w:r>
      <w:r>
        <w:t xml:space="preserve"> coming after lunch</w:t>
      </w:r>
    </w:p>
    <w:p/>
    <w:p>
      <w:r>
        <w:t>Elsie put her phone down.</w:t>
      </w:r>
    </w:p>
    <w:p/>
    <w:p>
      <w:r>
        <w:t>Fine.</w:t>
      </w:r>
    </w:p>
    <w:p/>
    <w:p>
      <w:r>
        <w:t>Actual fine.</w:t>
      </w:r>
    </w:p>
    <w:p/>
    <w:p>
      <w:r>
        <w:t>Doctor yesterday.</w:t>
      </w:r>
    </w:p>
    <w:p/>
    <w:p>
      <w:r>
        <w:t>Mom knew.</w:t>
      </w:r>
    </w:p>
    <w:p/>
    <w:p>
      <w:r>
        <w:t>Coming after lunch.</w:t>
      </w:r>
    </w:p>
    <w:p/>
    <w:p>
      <w:r>
        <w:t>Four facts.</w:t>
      </w:r>
    </w:p>
    <w:p/>
    <w:p>
      <w:r>
        <w:t>She liked facts.</w:t>
      </w:r>
    </w:p>
    <w:p/>
    <w:p>
      <w:r>
        <w:t>Facts stayed where you put them.</w:t>
      </w:r>
    </w:p>
    <w:p/>
    <w:p>
      <w:r>
        <w:t>Usually.</w:t>
      </w:r>
    </w:p>
    <w:p/>
    <w:p>
      <w:r>
        <w:t>Ava showed up during fifth period.</w:t>
      </w:r>
    </w:p>
    <w:p/>
    <w:p>
      <w:r>
        <w:t>Elsie saw her between classes.</w:t>
      </w:r>
    </w:p>
    <w:p/>
    <w:p>
      <w:r>
        <w:t>“Hi.”</w:t>
      </w:r>
    </w:p>
    <w:p/>
    <w:p>
      <w:r>
        <w:t>“Hi.”</w:t>
      </w:r>
    </w:p>
    <w:p/>
    <w:p>
      <w:r>
        <w:t>“How was sleeping until noon?”</w:t>
      </w:r>
    </w:p>
    <w:p/>
    <w:p>
      <w:r>
        <w:t>“Life-changing.”</w:t>
      </w:r>
    </w:p>
    <w:p/>
    <w:p>
      <w:r>
        <w:t>“You look terrible.”</w:t>
      </w:r>
    </w:p>
    <w:p/>
    <w:p>
      <w:r>
        <w:t>“Thank you.”</w:t>
      </w:r>
    </w:p>
    <w:p/>
    <w:p>
      <w:r>
        <w:t>Ava did look tired.</w:t>
      </w:r>
    </w:p>
    <w:p/>
    <w:p>
      <w:r>
        <w:t>Not—</w:t>
      </w:r>
    </w:p>
    <w:p/>
    <w:p>
      <w:r>
        <w:t>Elsie stopped herself.</w:t>
      </w:r>
    </w:p>
    <w:p/>
    <w:p>
      <w:r>
        <w:t>She was not categorizing tired anymore.</w:t>
      </w:r>
    </w:p>
    <w:p/>
    <w:p>
      <w:r>
        <w:t>Apparently she had abused the privilege.</w:t>
      </w:r>
    </w:p>
    <w:p/>
    <w:p>
      <w:r>
        <w:t>“Did the doctor say anything?”</w:t>
      </w:r>
    </w:p>
    <w:p/>
    <w:p>
      <w:r>
        <w:t>Ava looked at her.</w:t>
      </w:r>
    </w:p>
    <w:p/>
    <w:p>
      <w:r>
        <w:t>There.</w:t>
      </w:r>
    </w:p>
    <w:p/>
    <w:p>
      <w:r>
        <w:t>Elsie immediately regretted asking.</w:t>
      </w:r>
    </w:p>
    <w:p/>
    <w:p>
      <w:r>
        <w:t>“Sorry.”</w:t>
      </w:r>
    </w:p>
    <w:p/>
    <w:p>
      <w:r>
        <w:t>“No.”</w:t>
      </w:r>
    </w:p>
    <w:p/>
    <w:p>
      <w:r>
        <w:t>Ava adjusted her backpack.</w:t>
      </w:r>
    </w:p>
    <w:p/>
    <w:p>
      <w:r>
        <w:t>“It’s fine.”</w:t>
      </w:r>
    </w:p>
    <w:p/>
    <w:p>
      <w:r>
        <w:t>Elsie waited.</w:t>
      </w:r>
    </w:p>
    <w:p/>
    <w:p>
      <w:r>
        <w:t>Ava sighed.</w:t>
      </w:r>
    </w:p>
    <w:p/>
    <w:p>
      <w:r>
        <w:t>“She asked questions.”</w:t>
      </w:r>
    </w:p>
    <w:p/>
    <w:p>
      <w:r>
        <w:t>“Okay.”</w:t>
      </w:r>
    </w:p>
    <w:p/>
    <w:p>
      <w:r>
        <w:t>“My mom cried again.”</w:t>
      </w:r>
    </w:p>
    <w:p/>
    <w:p>
      <w:r>
        <w:t>“Oh.”</w:t>
      </w:r>
    </w:p>
    <w:p/>
    <w:p>
      <w:r>
        <w:t>“Which was embarrassing.”</w:t>
      </w:r>
    </w:p>
    <w:p/>
    <w:p>
      <w:r>
        <w:t>“For you or her?”</w:t>
      </w:r>
    </w:p>
    <w:p/>
    <w:p>
      <w:r>
        <w:t>“Both.”</w:t>
      </w:r>
    </w:p>
    <w:p/>
    <w:p>
      <w:r>
        <w:t>Elsie smiled.</w:t>
      </w:r>
    </w:p>
    <w:p/>
    <w:p>
      <w:r>
        <w:t>Ava didn’t.</w:t>
      </w:r>
    </w:p>
    <w:p/>
    <w:p>
      <w:r>
        <w:t>Then:</w:t>
      </w:r>
    </w:p>
    <w:p/>
    <w:p>
      <w:r>
        <w:t>“She wants me to come back.”</w:t>
      </w:r>
    </w:p>
    <w:p/>
    <w:p>
      <w:r>
        <w:t>Elsie’s stomach tightened.</w:t>
      </w:r>
    </w:p>
    <w:p/>
    <w:p>
      <w:r>
        <w:t>“When?”</w:t>
      </w:r>
    </w:p>
    <w:p/>
    <w:p>
      <w:r>
        <w:t>“Next week.”</w:t>
      </w:r>
    </w:p>
    <w:p/>
    <w:p>
      <w:r>
        <w:t>“Okay.”</w:t>
      </w:r>
    </w:p>
    <w:p/>
    <w:p>
      <w:r>
        <w:t>“And she gave my mom some names.”</w:t>
      </w:r>
    </w:p>
    <w:p/>
    <w:p>
      <w:r>
        <w:t>“What kind of names?”</w:t>
      </w:r>
    </w:p>
    <w:p/>
    <w:p>
      <w:r>
        <w:t>Ava looked away.</w:t>
      </w:r>
    </w:p>
    <w:p/>
    <w:p>
      <w:r>
        <w:t>“People.”</w:t>
      </w:r>
    </w:p>
    <w:p/>
    <w:p>
      <w:r>
        <w:t>Very specific.</w:t>
      </w:r>
    </w:p>
    <w:p/>
    <w:p>
      <w:r>
        <w:t>Elsie waited.</w:t>
      </w:r>
    </w:p>
    <w:p/>
    <w:p>
      <w:r>
        <w:t>Ava rolled her eyes.</w:t>
      </w:r>
    </w:p>
    <w:p/>
    <w:p>
      <w:r>
        <w:t>“A counselor.”</w:t>
      </w:r>
    </w:p>
    <w:p/>
    <w:p>
      <w:r>
        <w:t>“Oh.”</w:t>
      </w:r>
    </w:p>
    <w:p/>
    <w:p>
      <w:r>
        <w:t>“It’s not a big deal.”</w:t>
      </w:r>
    </w:p>
    <w:p/>
    <w:p>
      <w:r>
        <w:t>There it was.</w:t>
      </w:r>
    </w:p>
    <w:p/>
    <w:p>
      <w:r>
        <w:t>No big deal.</w:t>
      </w:r>
    </w:p>
    <w:p/>
    <w:p>
      <w:r>
        <w:t>Elsie felt the words hit differently now.</w:t>
      </w:r>
    </w:p>
    <w:p/>
    <w:p>
      <w:r>
        <w:t>Maybe because they had already had an entire week built around them.</w:t>
      </w:r>
    </w:p>
    <w:p/>
    <w:p>
      <w:r>
        <w:t>“Okay.”</w:t>
      </w:r>
    </w:p>
    <w:p/>
    <w:p>
      <w:r>
        <w:t>Ava looked at her.</w:t>
      </w:r>
    </w:p>
    <w:p/>
    <w:p>
      <w:r>
        <w:t>“You’re doing it.”</w:t>
      </w:r>
    </w:p>
    <w:p/>
    <w:p>
      <w:r>
        <w:t>“What?”</w:t>
      </w:r>
    </w:p>
    <w:p/>
    <w:p>
      <w:r>
        <w:t>“The face.”</w:t>
      </w:r>
    </w:p>
    <w:p/>
    <w:p>
      <w:r>
        <w:t>“I have a face.”</w:t>
      </w:r>
    </w:p>
    <w:p/>
    <w:p>
      <w:r>
        <w:t>“The concerned face.”</w:t>
      </w:r>
    </w:p>
    <w:p/>
    <w:p>
      <w:r>
        <w:t>“I am allowed to have facial expressions.”</w:t>
      </w:r>
    </w:p>
    <w:p/>
    <w:p>
      <w:r>
        <w:t>“Not that one.”</w:t>
      </w:r>
    </w:p>
    <w:p/>
    <w:p>
      <w:r>
        <w:t>Elsie tried to relax her face.</w:t>
      </w:r>
    </w:p>
    <w:p/>
    <w:p>
      <w:r>
        <w:t>Ava stared.</w:t>
      </w:r>
    </w:p>
    <w:p/>
    <w:p>
      <w:r>
        <w:t>“That’s worse.”</w:t>
      </w:r>
    </w:p>
    <w:p/>
    <w:p>
      <w:r>
        <w:t>“I hate you.”</w:t>
      </w:r>
    </w:p>
    <w:p/>
    <w:p>
      <w:r>
        <w:t>“No, you don’t.”</w:t>
      </w:r>
    </w:p>
    <w:p/>
    <w:p>
      <w:r>
        <w:t>Apparently everyone had agreed on that too.</w:t>
      </w:r>
    </w:p>
    <w:p/>
    <w:p>
      <w:r>
        <w:t>Ava started walking.</w:t>
      </w:r>
    </w:p>
    <w:p/>
    <w:p>
      <w:r>
        <w:t>Elsie followed.</w:t>
      </w:r>
    </w:p>
    <w:p/>
    <w:p>
      <w:r>
        <w:t>“So are you going?”</w:t>
      </w:r>
    </w:p>
    <w:p/>
    <w:p>
      <w:r>
        <w:t>“To class?”</w:t>
      </w:r>
    </w:p>
    <w:p/>
    <w:p>
      <w:r>
        <w:t>“The counselor.”</w:t>
      </w:r>
    </w:p>
    <w:p/>
    <w:p>
      <w:r>
        <w:t>Ava shrugged.</w:t>
      </w:r>
    </w:p>
    <w:p/>
    <w:p>
      <w:r>
        <w:t>“My mom wants me to.”</w:t>
      </w:r>
    </w:p>
    <w:p/>
    <w:p>
      <w:r>
        <w:t>“That wasn’t my question.”</w:t>
      </w:r>
    </w:p>
    <w:p/>
    <w:p>
      <w:r>
        <w:t>“I know.”</w:t>
      </w:r>
    </w:p>
    <w:p/>
    <w:p>
      <w:r>
        <w:t>Elsie stopped walking.</w:t>
      </w:r>
    </w:p>
    <w:p/>
    <w:p>
      <w:r>
        <w:t>Ava took two more steps before turning.</w:t>
      </w:r>
    </w:p>
    <w:p/>
    <w:p>
      <w:r>
        <w:t>“What?”</w:t>
      </w:r>
    </w:p>
    <w:p/>
    <w:p>
      <w:r>
        <w:t>Elsie remembered Friday.</w:t>
      </w:r>
    </w:p>
    <w:p/>
    <w:p>
      <w:r>
        <w:rPr>
          <w:i/>
        </w:rPr>
        <w:t>I didn’t tell her everything.</w:t>
      </w:r>
    </w:p>
    <w:p/>
    <w:p>
      <w:r>
        <w:t>Ava had said it about her mom.</w:t>
      </w:r>
    </w:p>
    <w:p/>
    <w:p>
      <w:r>
        <w:t>Not the doctor.</w:t>
      </w:r>
    </w:p>
    <w:p/>
    <w:p>
      <w:r>
        <w:t>Her mom.</w:t>
      </w:r>
    </w:p>
    <w:p/>
    <w:p>
      <w:r>
        <w:t>Elsie had let it sit because Ava said she was safe.</w:t>
      </w:r>
    </w:p>
    <w:p/>
    <w:p>
      <w:r>
        <w:t>Because the appointment was Monday.</w:t>
      </w:r>
    </w:p>
    <w:p/>
    <w:p>
      <w:r>
        <w:t>Because help was already coming.</w:t>
      </w:r>
    </w:p>
    <w:p/>
    <w:p>
      <w:r>
        <w:t>Now the appointment had happened.</w:t>
      </w:r>
    </w:p>
    <w:p/>
    <w:p>
      <w:r>
        <w:t>And apparently help had recommended more help.</w:t>
      </w:r>
    </w:p>
    <w:p/>
    <w:p>
      <w:r>
        <w:t>Elsie swallowed.</w:t>
      </w:r>
    </w:p>
    <w:p/>
    <w:p>
      <w:r>
        <w:t>“Did you tell the doctor everything?”</w:t>
      </w:r>
    </w:p>
    <w:p/>
    <w:p>
      <w:r>
        <w:t>Ava’s face closed.</w:t>
      </w:r>
    </w:p>
    <w:p/>
    <w:p>
      <w:r>
        <w:t>There.</w:t>
      </w:r>
    </w:p>
    <w:p/>
    <w:p>
      <w:r>
        <w:t>Answer.</w:t>
      </w:r>
    </w:p>
    <w:p/>
    <w:p>
      <w:r>
        <w:t>Not an answer.</w:t>
      </w:r>
    </w:p>
    <w:p/>
    <w:p>
      <w:r>
        <w:t>Enough to make Elsie’s heart beat faster.</w:t>
      </w:r>
    </w:p>
    <w:p/>
    <w:p>
      <w:r>
        <w:t>“Ava.”</w:t>
      </w:r>
    </w:p>
    <w:p/>
    <w:p>
      <w:r>
        <w:t>“I told her enough.”</w:t>
      </w:r>
    </w:p>
    <w:p/>
    <w:p>
      <w:r>
        <w:t>“What does that mean?”</w:t>
      </w:r>
    </w:p>
    <w:p/>
    <w:p>
      <w:r>
        <w:t>“It means I talked to her.”</w:t>
      </w:r>
    </w:p>
    <w:p/>
    <w:p>
      <w:r>
        <w:t>“That is not what I asked.”</w:t>
      </w:r>
    </w:p>
    <w:p/>
    <w:p>
      <w:r>
        <w:t>Ava looked around the hallway.</w:t>
      </w:r>
    </w:p>
    <w:p/>
    <w:p>
      <w:r>
        <w:t>People everywhere.</w:t>
      </w:r>
    </w:p>
    <w:p/>
    <w:p>
      <w:r>
        <w:t>“Can we not do this here?”</w:t>
      </w:r>
    </w:p>
    <w:p/>
    <w:p>
      <w:r>
        <w:t>“Yes.”</w:t>
      </w:r>
    </w:p>
    <w:p/>
    <w:p>
      <w:r>
        <w:t>Immediate.</w:t>
      </w:r>
    </w:p>
    <w:p/>
    <w:p>
      <w:r>
        <w:t>Elsie lowered her voice.</w:t>
      </w:r>
    </w:p>
    <w:p/>
    <w:p>
      <w:r>
        <w:t>“Sorry.”</w:t>
      </w:r>
    </w:p>
    <w:p/>
    <w:p>
      <w:r>
        <w:t>Ava nodded.</w:t>
      </w:r>
    </w:p>
    <w:p/>
    <w:p>
      <w:r>
        <w:t>The bell rang.</w:t>
      </w:r>
    </w:p>
    <w:p/>
    <w:p>
      <w:r>
        <w:t>“After school?”</w:t>
      </w:r>
    </w:p>
    <w:p/>
    <w:p>
      <w:r>
        <w:t>Ava hesitated.</w:t>
      </w:r>
    </w:p>
    <w:p/>
    <w:p>
      <w:r>
        <w:t>Then:</w:t>
      </w:r>
    </w:p>
    <w:p/>
    <w:p>
      <w:r>
        <w:t>“Maybe.”</w:t>
      </w:r>
    </w:p>
    <w:p/>
    <w:p>
      <w:r>
        <w:t>Elsie hated maybe.</w:t>
      </w:r>
    </w:p>
    <w:p/>
    <w:p>
      <w:r>
        <w:t>Which was unfair.</w:t>
      </w:r>
    </w:p>
    <w:p/>
    <w:p>
      <w:r>
        <w:t>She had spent weeks learning to respect it.</w:t>
      </w:r>
    </w:p>
    <w:p/>
    <w:p>
      <w:r>
        <w:t>Apparently growth had terms and conditions.</w:t>
      </w:r>
    </w:p>
    <w:p/>
    <w:p>
      <w:r>
        <w:t>Wednesday afternoon, Grandma’s list sat open on Elsie’s desk.</w:t>
      </w:r>
    </w:p>
    <w:p/>
    <w:p>
      <w:r>
        <w:t>She had been avoiding Gideon.</w:t>
      </w:r>
    </w:p>
    <w:p/>
    <w:p>
      <w:r>
        <w:t>Not intentionally.</w:t>
      </w:r>
    </w:p>
    <w:p/>
    <w:p>
      <w:r>
        <w:t>Probably.</w:t>
      </w:r>
    </w:p>
    <w:p/>
    <w:p>
      <w:r>
        <w:t>Maybe.</w:t>
      </w:r>
    </w:p>
    <w:p/>
    <w:p>
      <w:r>
        <w:t>Fine.</w:t>
      </w:r>
    </w:p>
    <w:p/>
    <w:p>
      <w:r>
        <w:t>Intentionally.</w:t>
      </w:r>
    </w:p>
    <w:p/>
    <w:p>
      <w:r>
        <w:rPr>
          <w:b/>
        </w:rPr>
        <w:t>Gideon — Afraid.</w:t>
      </w:r>
    </w:p>
    <w:p/>
    <w:p>
      <w:r>
        <w:t>Two words.</w:t>
      </w:r>
    </w:p>
    <w:p/>
    <w:p>
      <w:r>
        <w:t>Grandma’s shortest sentence after Thomas.</w:t>
      </w:r>
    </w:p>
    <w:p/>
    <w:p>
      <w:r>
        <w:t>Elsie already knew enough to distrust that.</w:t>
      </w:r>
    </w:p>
    <w:p/>
    <w:p>
      <w:r>
        <w:t>She opened Judges.</w:t>
      </w:r>
    </w:p>
    <w:p/>
    <w:p>
      <w:r>
        <w:t>Gideon was hiding.</w:t>
      </w:r>
    </w:p>
    <w:p/>
    <w:p>
      <w:r>
        <w:t>At least that part sounded promising.</w:t>
      </w:r>
    </w:p>
    <w:p/>
    <w:p>
      <w:r>
        <w:t>Threshing wheat in a winepress because he was afraid of the Midianites.</w:t>
      </w:r>
    </w:p>
    <w:p/>
    <w:p>
      <w:r>
        <w:t>An angel appeared.</w:t>
      </w:r>
    </w:p>
    <w:p/>
    <w:p>
      <w:r>
        <w:t>Called him a mighty warrior.</w:t>
      </w:r>
    </w:p>
    <w:p/>
    <w:p>
      <w:r>
        <w:t>Elsie stopped.</w:t>
      </w:r>
    </w:p>
    <w:p/>
    <w:p>
      <w:r>
        <w:t>She read it again.</w:t>
      </w:r>
    </w:p>
    <w:p/>
    <w:p>
      <w:r>
        <w:t>Gideon was hiding.</w:t>
      </w:r>
    </w:p>
    <w:p/>
    <w:p>
      <w:r>
        <w:t>God called him a mighty warrior.</w:t>
      </w:r>
    </w:p>
    <w:p/>
    <w:p>
      <w:r>
        <w:t>“That feels sarcastic.”</w:t>
      </w:r>
    </w:p>
    <w:p/>
    <w:p>
      <w:r>
        <w:t>She kept reading.</w:t>
      </w:r>
    </w:p>
    <w:p/>
    <w:p>
      <w:r>
        <w:t>Gideon asked questions.</w:t>
      </w:r>
    </w:p>
    <w:p/>
    <w:p>
      <w:r>
        <w:t>Why had all this happened?</w:t>
      </w:r>
    </w:p>
    <w:p/>
    <w:p>
      <w:r>
        <w:t>Where were the wonders they had heard about?</w:t>
      </w:r>
    </w:p>
    <w:p/>
    <w:p>
      <w:r>
        <w:t>If God was with them, why had He allowed this?</w:t>
      </w:r>
    </w:p>
    <w:p/>
    <w:p>
      <w:r>
        <w:t>Elsie sat back.</w:t>
      </w:r>
    </w:p>
    <w:p/>
    <w:p>
      <w:r>
        <w:t>Nobody had mentioned that part.</w:t>
      </w:r>
    </w:p>
    <w:p/>
    <w:p>
      <w:r>
        <w:rPr>
          <w:b/>
        </w:rPr>
        <w:t>Gideon — Afraid.</w:t>
      </w:r>
    </w:p>
    <w:p/>
    <w:p>
      <w:r>
        <w:t>Sure.</w:t>
      </w:r>
    </w:p>
    <w:p/>
    <w:p>
      <w:r>
        <w:t>Also apparently Gideon had opinions.</w:t>
      </w:r>
    </w:p>
    <w:p/>
    <w:p>
      <w:r>
        <w:t>She kept reading.</w:t>
      </w:r>
    </w:p>
    <w:p/>
    <w:p>
      <w:r>
        <w:t>God told him to go.</w:t>
      </w:r>
    </w:p>
    <w:p/>
    <w:p>
      <w:r>
        <w:t>Gideon immediately explained why that was a terrible idea.</w:t>
      </w:r>
    </w:p>
    <w:p/>
    <w:p>
      <w:r>
        <w:t>Weak clan.</w:t>
      </w:r>
    </w:p>
    <w:p/>
    <w:p>
      <w:r>
        <w:t>Least in his family.</w:t>
      </w:r>
    </w:p>
    <w:p/>
    <w:p>
      <w:r>
        <w:t>Not qualified.</w:t>
      </w:r>
    </w:p>
    <w:p/>
    <w:p>
      <w:r>
        <w:t>God told him He would be with him.</w:t>
      </w:r>
    </w:p>
    <w:p/>
    <w:p>
      <w:r>
        <w:t>Then Gideon wanted a sign.</w:t>
      </w:r>
    </w:p>
    <w:p/>
    <w:p>
      <w:r>
        <w:t>Elsie smiled.</w:t>
      </w:r>
    </w:p>
    <w:p/>
    <w:p>
      <w:r>
        <w:t>Reasonable.</w:t>
      </w:r>
    </w:p>
    <w:p/>
    <w:p>
      <w:r>
        <w:t>Then another.</w:t>
      </w:r>
    </w:p>
    <w:p/>
    <w:p>
      <w:r>
        <w:t>And another.</w:t>
      </w:r>
    </w:p>
    <w:p/>
    <w:p>
      <w:r>
        <w:t>By the time she got to the fleece, she was less amused.</w:t>
      </w:r>
    </w:p>
    <w:p/>
    <w:p>
      <w:r>
        <w:t>Wool wet.</w:t>
      </w:r>
    </w:p>
    <w:p/>
    <w:p>
      <w:r>
        <w:t>Ground dry.</w:t>
      </w:r>
    </w:p>
    <w:p/>
    <w:p>
      <w:r>
        <w:t>Then:</w:t>
      </w:r>
    </w:p>
    <w:p/>
    <w:p>
      <w:r>
        <w:rPr>
          <w:i/>
        </w:rPr>
        <w:t>Please don’t be angry.</w:t>
      </w:r>
    </w:p>
    <w:p/>
    <w:p>
      <w:r>
        <w:t>Elsie almost laughed.</w:t>
      </w:r>
    </w:p>
    <w:p/>
    <w:p>
      <w:r>
        <w:t>Because even Gideon seemed to know he was pushing it.</w:t>
      </w:r>
    </w:p>
    <w:p/>
    <w:p>
      <w:r>
        <w:t>Now wool dry.</w:t>
      </w:r>
    </w:p>
    <w:p/>
    <w:p>
      <w:r>
        <w:t>Ground wet.</w:t>
      </w:r>
    </w:p>
    <w:p/>
    <w:p>
      <w:r>
        <w:t>One more sign.</w:t>
      </w:r>
    </w:p>
    <w:p/>
    <w:p>
      <w:r>
        <w:t>Just to be sure.</w:t>
      </w:r>
    </w:p>
    <w:p/>
    <w:p>
      <w:r>
        <w:t>Elsie stopped reading.</w:t>
      </w:r>
    </w:p>
    <w:p/>
    <w:p>
      <w:r>
        <w:t>Her phone was beside the Bible.</w:t>
      </w:r>
    </w:p>
    <w:p/>
    <w:p>
      <w:r>
        <w:t>No new message from Ava.</w:t>
      </w:r>
    </w:p>
    <w:p/>
    <w:p>
      <w:r>
        <w:t>They had never talked after school Tuesday.</w:t>
      </w:r>
    </w:p>
    <w:p/>
    <w:p>
      <w:r>
        <w:t>Ava had texted:</w:t>
      </w:r>
    </w:p>
    <w:p/>
    <w:p>
      <w:r>
        <w:rPr>
          <w:b/>
        </w:rPr>
        <w:t>Ava:</w:t>
      </w:r>
      <w:r>
        <w:t xml:space="preserve"> mom picked me up early</w:t>
      </w:r>
    </w:p>
    <w:p/>
    <w:p>
      <w:r>
        <w:t>Elsie had answered:</w:t>
      </w:r>
    </w:p>
    <w:p/>
    <w:p>
      <w:r>
        <w:rPr>
          <w:b/>
        </w:rPr>
        <w:t>Elsie:</w:t>
      </w:r>
      <w:r>
        <w:t xml:space="preserve"> okay</w:t>
      </w:r>
    </w:p>
    <w:p/>
    <w:p>
      <w:r>
        <w:t>Then:</w:t>
      </w:r>
    </w:p>
    <w:p/>
    <w:p>
      <w:r>
        <w:rPr>
          <w:b/>
        </w:rPr>
        <w:t>Elsie:</w:t>
      </w:r>
      <w:r>
        <w:t xml:space="preserve"> tomorrow?</w:t>
      </w:r>
    </w:p>
    <w:p/>
    <w:p>
      <w:r>
        <w:t>Ava had hearted it.</w:t>
      </w:r>
    </w:p>
    <w:p/>
    <w:p>
      <w:r>
        <w:t>Nothing else.</w:t>
      </w:r>
    </w:p>
    <w:p/>
    <w:p>
      <w:r>
        <w:t>One more sign.</w:t>
      </w:r>
    </w:p>
    <w:p/>
    <w:p>
      <w:r>
        <w:t>Elsie looked back at Gideon.</w:t>
      </w:r>
    </w:p>
    <w:p/>
    <w:p>
      <w:r>
        <w:t>That wasn’t fair.</w:t>
      </w:r>
    </w:p>
    <w:p/>
    <w:p>
      <w:r>
        <w:t>Ava was not a Bible story.</w:t>
      </w:r>
    </w:p>
    <w:p/>
    <w:p>
      <w:r>
        <w:t>She had learned this.</w:t>
      </w:r>
    </w:p>
    <w:p/>
    <w:p>
      <w:r>
        <w:t>Nora was not Thomas.</w:t>
      </w:r>
    </w:p>
    <w:p/>
    <w:p>
      <w:r>
        <w:t>Ava was not Rachel.</w:t>
      </w:r>
    </w:p>
    <w:p/>
    <w:p>
      <w:r>
        <w:t>Ava was not Rahab.</w:t>
      </w:r>
    </w:p>
    <w:p/>
    <w:p>
      <w:r>
        <w:t>And Ava was definitely not Gideon.</w:t>
      </w:r>
    </w:p>
    <w:p/>
    <w:p>
      <w:r>
        <w:t>Elsie closed the Bible.</w:t>
      </w:r>
    </w:p>
    <w:p/>
    <w:p>
      <w:r>
        <w:t>Then opened it again.</w:t>
      </w:r>
    </w:p>
    <w:p/>
    <w:p>
      <w:r>
        <w:t>Because the problem wasn’t Ava.</w:t>
      </w:r>
    </w:p>
    <w:p/>
    <w:p>
      <w:r>
        <w:t>The problem was Elsie.</w:t>
      </w:r>
    </w:p>
    <w:p/>
    <w:p>
      <w:r>
        <w:t>How many signs did she need before she decided she was allowed to be concerned?</w:t>
      </w:r>
    </w:p>
    <w:p/>
    <w:p>
      <w:r>
        <w:t>That sounded dramatic.</w:t>
      </w:r>
    </w:p>
    <w:p/>
    <w:p>
      <w:r>
        <w:t>Ava had a mom.</w:t>
      </w:r>
    </w:p>
    <w:p/>
    <w:p>
      <w:r>
        <w:t>Ava had a doctor.</w:t>
      </w:r>
    </w:p>
    <w:p/>
    <w:p>
      <w:r>
        <w:t>Ava had a counselor recommendation.</w:t>
      </w:r>
    </w:p>
    <w:p/>
    <w:p>
      <w:r>
        <w:t>Ava said she was safe.</w:t>
      </w:r>
    </w:p>
    <w:p/>
    <w:p>
      <w:r>
        <w:t>Those mattered.</w:t>
      </w:r>
    </w:p>
    <w:p/>
    <w:p>
      <w:r>
        <w:t>They were not excuses.</w:t>
      </w:r>
    </w:p>
    <w:p/>
    <w:p>
      <w:r>
        <w:t>Elsie wrote that down.</w:t>
      </w:r>
    </w:p>
    <w:p/>
    <w:p>
      <w:r>
        <w:rPr>
          <w:i/>
        </w:rPr>
        <w:t>Those things matter.</w:t>
      </w:r>
    </w:p>
    <w:p/>
    <w:p>
      <w:r>
        <w:t>Then underneath:</w:t>
      </w:r>
    </w:p>
    <w:p/>
    <w:p>
      <w:r>
        <w:rPr>
          <w:i/>
          <w:strike/>
        </w:rPr>
        <w:t>They are not excuses.</w:t>
      </w:r>
    </w:p>
    <w:p/>
    <w:p>
      <w:r>
        <w:t>She stared.</w:t>
      </w:r>
    </w:p>
    <w:p/>
    <w:p>
      <w:r>
        <w:t>Crossed out the second line.</w:t>
      </w:r>
    </w:p>
    <w:p/>
    <w:p>
      <w:r>
        <w:t>Too certain.</w:t>
      </w:r>
    </w:p>
    <w:p/>
    <w:p>
      <w:r>
        <w:t>She tried again.</w:t>
      </w:r>
    </w:p>
    <w:p/>
    <w:p>
      <w:r>
        <w:rPr>
          <w:i/>
        </w:rPr>
        <w:t>How do I know when reassurance is reassurance and when I’m using it as permission not to act?</w:t>
      </w:r>
    </w:p>
    <w:p/>
    <w:p>
      <w:r>
        <w:t>Much worse.</w:t>
      </w:r>
    </w:p>
    <w:p/>
    <w:p>
      <w:r>
        <w:t>Also more accurate.</w:t>
      </w:r>
    </w:p>
    <w:p/>
    <w:p>
      <w:r>
        <w:t>Her phone buzzed.</w:t>
      </w:r>
    </w:p>
    <w:p/>
    <w:p>
      <w:r>
        <w:t>Ava.</w:t>
      </w:r>
    </w:p>
    <w:p/>
    <w:p>
      <w:r>
        <w:rPr>
          <w:b/>
        </w:rPr>
        <w:t>Ava:</w:t>
      </w:r>
      <w:r>
        <w:t xml:space="preserve"> are you going tonight</w:t>
      </w:r>
    </w:p>
    <w:p/>
    <w:p>
      <w:r>
        <w:t>Bible study.</w:t>
      </w:r>
    </w:p>
    <w:p/>
    <w:p>
      <w:r>
        <w:rPr>
          <w:b/>
        </w:rPr>
        <w:t>Elsie:</w:t>
      </w:r>
      <w:r>
        <w:t xml:space="preserve"> yes</w:t>
      </w:r>
    </w:p>
    <w:p/>
    <w:p>
      <w:r>
        <w:rPr>
          <w:b/>
        </w:rPr>
        <w:t>Ava:</w:t>
      </w:r>
      <w:r>
        <w:t xml:space="preserve"> can I come</w:t>
      </w:r>
    </w:p>
    <w:p/>
    <w:p>
      <w:r>
        <w:t>Elsie sat up.</w:t>
      </w:r>
    </w:p>
    <w:p/>
    <w:p>
      <w:r>
        <w:rPr>
          <w:b/>
        </w:rPr>
        <w:t>Elsie:</w:t>
      </w:r>
      <w:r>
        <w:t xml:space="preserve"> yes</w:t>
      </w:r>
    </w:p>
    <w:p/>
    <w:p>
      <w:r>
        <w:t>Then immediately:</w:t>
      </w:r>
    </w:p>
    <w:p/>
    <w:p>
      <w:r>
        <w:rPr>
          <w:b/>
        </w:rPr>
        <w:t>Elsie:</w:t>
      </w:r>
      <w:r>
        <w:t xml:space="preserve"> obviously yes</w:t>
      </w:r>
    </w:p>
    <w:p/>
    <w:p>
      <w:r>
        <w:t>Pause.</w:t>
      </w:r>
    </w:p>
    <w:p/>
    <w:p>
      <w:r>
        <w:rPr>
          <w:b/>
        </w:rPr>
        <w:t>Ava:</w:t>
      </w:r>
      <w:r>
        <w:t xml:space="preserve"> don’t make it weird</w:t>
      </w:r>
    </w:p>
    <w:p/>
    <w:p>
      <w:r>
        <w:rPr>
          <w:b/>
        </w:rPr>
        <w:t>Elsie:</w:t>
      </w:r>
      <w:r>
        <w:t xml:space="preserve"> impossible</w:t>
      </w:r>
    </w:p>
    <w:p/>
    <w:p>
      <w:r>
        <w:t>Ava hearted it.</w:t>
      </w:r>
    </w:p>
    <w:p/>
    <w:p>
      <w:r>
        <w:t>At 6:58, Ava stood beside Elsie on Nora’s porch.</w:t>
      </w:r>
    </w:p>
    <w:p/>
    <w:p>
      <w:r>
        <w:t>“You’re nervous.”</w:t>
      </w:r>
    </w:p>
    <w:p/>
    <w:p>
      <w:r>
        <w:t>“I’m not.”</w:t>
      </w:r>
    </w:p>
    <w:p/>
    <w:p>
      <w:r>
        <w:t>“You’ve fixed your hair six times.”</w:t>
      </w:r>
    </w:p>
    <w:p/>
    <w:p>
      <w:r>
        <w:t>Ava dropped her hand.</w:t>
      </w:r>
    </w:p>
    <w:p/>
    <w:p>
      <w:r>
        <w:t>“Shut up.”</w:t>
      </w:r>
    </w:p>
    <w:p/>
    <w:p>
      <w:r>
        <w:t>“I’m just saying.”</w:t>
      </w:r>
    </w:p>
    <w:p/>
    <w:p>
      <w:r>
        <w:t>“You invited me.”</w:t>
      </w:r>
    </w:p>
    <w:p/>
    <w:p>
      <w:r>
        <w:t>“You asked to come.”</w:t>
      </w:r>
    </w:p>
    <w:p/>
    <w:p>
      <w:r>
        <w:t>“Same thing.”</w:t>
      </w:r>
    </w:p>
    <w:p/>
    <w:p>
      <w:r>
        <w:t>“It is literally not.”</w:t>
      </w:r>
    </w:p>
    <w:p/>
    <w:p>
      <w:r>
        <w:t>Nora opened the door.</w:t>
      </w:r>
    </w:p>
    <w:p/>
    <w:p>
      <w:r>
        <w:t>Saw Ava.</w:t>
      </w:r>
    </w:p>
    <w:p/>
    <w:p>
      <w:r>
        <w:t>Blink.</w:t>
      </w:r>
    </w:p>
    <w:p/>
    <w:p>
      <w:r>
        <w:t>Then:</w:t>
      </w:r>
    </w:p>
    <w:p/>
    <w:p>
      <w:r>
        <w:t>“Oh.”</w:t>
      </w:r>
    </w:p>
    <w:p/>
    <w:p>
      <w:r>
        <w:t>Ava’s shoulders tightened.</w:t>
      </w:r>
    </w:p>
    <w:p/>
    <w:p>
      <w:r>
        <w:t>Nora recovered.</w:t>
      </w:r>
    </w:p>
    <w:p/>
    <w:p>
      <w:r>
        <w:t>“Good. We have brownies.”</w:t>
      </w:r>
    </w:p>
    <w:p/>
    <w:p>
      <w:r>
        <w:t>Ava looked at Elsie.</w:t>
      </w:r>
    </w:p>
    <w:p/>
    <w:p>
      <w:r>
        <w:t>“That was almost normal.”</w:t>
      </w:r>
    </w:p>
    <w:p/>
    <w:p>
      <w:r>
        <w:t>“Best you’re getting.”</w:t>
      </w:r>
    </w:p>
    <w:p/>
    <w:p>
      <w:r>
        <w:t>Nora stepped aside.</w:t>
      </w:r>
    </w:p>
    <w:p/>
    <w:p>
      <w:r>
        <w:t>“I heard that.”</w:t>
      </w:r>
    </w:p>
    <w:p/>
    <w:p>
      <w:r>
        <w:t>Inside, Hannah was arranging cups.</w:t>
      </w:r>
    </w:p>
    <w:p/>
    <w:p>
      <w:r>
        <w:t>Sophie was on the floor.</w:t>
      </w:r>
    </w:p>
    <w:p/>
    <w:p>
      <w:r>
        <w:t>Maya was arguing with Lucas about whether brownies counted as breakfast food.</w:t>
      </w:r>
    </w:p>
    <w:p/>
    <w:p>
      <w:r>
        <w:t>“They contain eggs,” Lucas said.</w:t>
      </w:r>
    </w:p>
    <w:p/>
    <w:p>
      <w:r>
        <w:t>“So does mayonnaise.”</w:t>
      </w:r>
    </w:p>
    <w:p/>
    <w:p>
      <w:r>
        <w:t>“Are you eating mayonnaise for breakfast?”</w:t>
      </w:r>
    </w:p>
    <w:p/>
    <w:p>
      <w:r>
        <w:t>“Not with that attitude.”</w:t>
      </w:r>
    </w:p>
    <w:p/>
    <w:p>
      <w:r>
        <w:t>Ava whispered:</w:t>
      </w:r>
    </w:p>
    <w:p/>
    <w:p>
      <w:r>
        <w:t>“Do you do this every week?”</w:t>
      </w:r>
    </w:p>
    <w:p/>
    <w:p>
      <w:r>
        <w:t>“Unfortunately.”</w:t>
      </w:r>
    </w:p>
    <w:p/>
    <w:p>
      <w:r>
        <w:t>Nora appeared behind them.</w:t>
      </w:r>
    </w:p>
    <w:p/>
    <w:p>
      <w:r>
        <w:t>“You can still leave.”</w:t>
      </w:r>
    </w:p>
    <w:p/>
    <w:p>
      <w:r>
        <w:t>“I’m considering it.”</w:t>
      </w:r>
    </w:p>
    <w:p/>
    <w:p>
      <w:r>
        <w:t>Good.</w:t>
      </w:r>
    </w:p>
    <w:p/>
    <w:p>
      <w:r>
        <w:t>Elsie wanted Ava laughing.</w:t>
      </w:r>
    </w:p>
    <w:p/>
    <w:p>
      <w:r>
        <w:t>Then immediately corrected herself.</w:t>
      </w:r>
    </w:p>
    <w:p/>
    <w:p>
      <w:r>
        <w:t>Ava laughing did not prove Ava was okay.</w:t>
      </w:r>
    </w:p>
    <w:p/>
    <w:p>
      <w:r>
        <w:t>Apparently her brain needed a permanent disclaimer.</w:t>
      </w:r>
    </w:p>
    <w:p/>
    <w:p>
      <w:r>
        <w:t>Hannah smiled when she saw Ava.</w:t>
      </w:r>
    </w:p>
    <w:p/>
    <w:p>
      <w:r>
        <w:t>“Hey. I’m Hannah.”</w:t>
      </w:r>
    </w:p>
    <w:p/>
    <w:p>
      <w:r>
        <w:t>“Ava.”</w:t>
      </w:r>
    </w:p>
    <w:p/>
    <w:p>
      <w:r>
        <w:t>“I know.”</w:t>
      </w:r>
    </w:p>
    <w:p/>
    <w:p>
      <w:r>
        <w:t>Ava glanced at Elsie.</w:t>
      </w:r>
    </w:p>
    <w:p/>
    <w:p>
      <w:r>
        <w:t>Elsie held up both hands.</w:t>
      </w:r>
    </w:p>
    <w:p/>
    <w:p>
      <w:r>
        <w:t>“I have told them almost nothing.”</w:t>
      </w:r>
    </w:p>
    <w:p/>
    <w:p>
      <w:r>
        <w:t>Nora coughed.</w:t>
      </w:r>
    </w:p>
    <w:p/>
    <w:p>
      <w:r>
        <w:t>“Almost.”</w:t>
      </w:r>
    </w:p>
    <w:p/>
    <w:p>
      <w:r>
        <w:t>“Nora.”</w:t>
      </w:r>
    </w:p>
    <w:p/>
    <w:p>
      <w:r>
        <w:t>“What? She exists at school.”</w:t>
      </w:r>
    </w:p>
    <w:p/>
    <w:p>
      <w:r>
        <w:t>Ava smiled.</w:t>
      </w:r>
    </w:p>
    <w:p/>
    <w:p>
      <w:r>
        <w:t>Hannah handed her a paper plate.</w:t>
      </w:r>
    </w:p>
    <w:p/>
    <w:p>
      <w:r>
        <w:t>“Brownie?”</w:t>
      </w:r>
    </w:p>
    <w:p/>
    <w:p>
      <w:r>
        <w:t>Ava looked at it.</w:t>
      </w:r>
    </w:p>
    <w:p/>
    <w:p>
      <w:r>
        <w:t>For one second.</w:t>
      </w:r>
    </w:p>
    <w:p/>
    <w:p>
      <w:r>
        <w:t>Maybe less.</w:t>
      </w:r>
    </w:p>
    <w:p/>
    <w:p>
      <w:r>
        <w:t>Then:</w:t>
      </w:r>
    </w:p>
    <w:p/>
    <w:p>
      <w:r>
        <w:t>“Sure.”</w:t>
      </w:r>
    </w:p>
    <w:p/>
    <w:p>
      <w:r>
        <w:t>Elsie looked at Hannah.</w:t>
      </w:r>
    </w:p>
    <w:p/>
    <w:p>
      <w:r>
        <w:t>At Nora.</w:t>
      </w:r>
    </w:p>
    <w:p/>
    <w:p>
      <w:r>
        <w:t>At the wall.</w:t>
      </w:r>
    </w:p>
    <w:p/>
    <w:p>
      <w:r>
        <w:t>Anywhere else.</w:t>
      </w:r>
    </w:p>
    <w:p/>
    <w:p>
      <w:r>
        <w:t>Ava took the brownie.</w:t>
      </w:r>
    </w:p>
    <w:p/>
    <w:p>
      <w:r>
        <w:t>Elsie did not watch what happened to it.</w:t>
      </w:r>
    </w:p>
    <w:p/>
    <w:p>
      <w:r>
        <w:t>That was not why they were here.</w:t>
      </w:r>
    </w:p>
    <w:p/>
    <w:p>
      <w:r>
        <w:t>Except maybe it was partly why they were here.</w:t>
      </w:r>
    </w:p>
    <w:p/>
    <w:p>
      <w:r>
        <w:t>No.</w:t>
      </w:r>
    </w:p>
    <w:p/>
    <w:p>
      <w:r>
        <w:t>Stop.</w:t>
      </w:r>
    </w:p>
    <w:p/>
    <w:p>
      <w:r>
        <w:t>Hannah sat down.</w:t>
      </w:r>
    </w:p>
    <w:p/>
    <w:p>
      <w:r>
        <w:t>“What are we talking about?”</w:t>
      </w:r>
    </w:p>
    <w:p/>
    <w:p>
      <w:r>
        <w:t>Nora pointed at Elsie.</w:t>
      </w:r>
    </w:p>
    <w:p/>
    <w:p>
      <w:r>
        <w:t>“She has a face.”</w:t>
      </w:r>
    </w:p>
    <w:p/>
    <w:p>
      <w:r>
        <w:t>“I always have a face.”</w:t>
      </w:r>
    </w:p>
    <w:p/>
    <w:p>
      <w:r>
        <w:t>“A Bible face.”</w:t>
      </w:r>
    </w:p>
    <w:p/>
    <w:p>
      <w:r>
        <w:t>“That is not a thing.”</w:t>
      </w:r>
    </w:p>
    <w:p/>
    <w:p>
      <w:r>
        <w:t>“It absolutely is.”</w:t>
      </w:r>
    </w:p>
    <w:p/>
    <w:p>
      <w:r>
        <w:t>Hannah looked at Elsie.</w:t>
      </w:r>
    </w:p>
    <w:p/>
    <w:p>
      <w:r>
        <w:t>“What did you read?”</w:t>
      </w:r>
    </w:p>
    <w:p/>
    <w:p>
      <w:r>
        <w:t>“Gideon.”</w:t>
      </w:r>
    </w:p>
    <w:p/>
    <w:p>
      <w:r>
        <w:t>Nora groaned.</w:t>
      </w:r>
    </w:p>
    <w:p/>
    <w:p>
      <w:r>
        <w:t>“Fleece guy.”</w:t>
      </w:r>
    </w:p>
    <w:p/>
    <w:p>
      <w:r>
        <w:t>Ava looked confused.</w:t>
      </w:r>
    </w:p>
    <w:p/>
    <w:p>
      <w:r>
        <w:t>“Fleece?”</w:t>
      </w:r>
    </w:p>
    <w:p/>
    <w:p>
      <w:r>
        <w:t>Elsie opened Judges.</w:t>
      </w:r>
    </w:p>
    <w:p/>
    <w:p>
      <w:r>
        <w:t>“Okay. So.”</w:t>
      </w:r>
    </w:p>
    <w:p/>
    <w:p>
      <w:r>
        <w:t>She explained.</w:t>
      </w:r>
    </w:p>
    <w:p/>
    <w:p>
      <w:r>
        <w:t>Badly.</w:t>
      </w:r>
    </w:p>
    <w:p/>
    <w:p>
      <w:r>
        <w:t>Midianites.</w:t>
      </w:r>
    </w:p>
    <w:p/>
    <w:p>
      <w:r>
        <w:t>Winepress.</w:t>
      </w:r>
    </w:p>
    <w:p/>
    <w:p>
      <w:r>
        <w:t>Angel.</w:t>
      </w:r>
    </w:p>
    <w:p/>
    <w:p>
      <w:r>
        <w:t>Mighty warrior.</w:t>
      </w:r>
    </w:p>
    <w:p/>
    <w:p>
      <w:r>
        <w:t>Fear.</w:t>
      </w:r>
    </w:p>
    <w:p/>
    <w:p>
      <w:r>
        <w:t>Signs.</w:t>
      </w:r>
    </w:p>
    <w:p/>
    <w:p>
      <w:r>
        <w:t>Fleece.</w:t>
      </w:r>
    </w:p>
    <w:p/>
    <w:p>
      <w:r>
        <w:t>Wet.</w:t>
      </w:r>
    </w:p>
    <w:p/>
    <w:p>
      <w:r>
        <w:t>Dry.</w:t>
      </w:r>
    </w:p>
    <w:p/>
    <w:p>
      <w:r>
        <w:t>Reverse.</w:t>
      </w:r>
    </w:p>
    <w:p/>
    <w:p>
      <w:r>
        <w:t>Ava stared at her.</w:t>
      </w:r>
    </w:p>
    <w:p/>
    <w:p>
      <w:r>
        <w:t>“So he asked God to do laundry tricks?”</w:t>
      </w:r>
    </w:p>
    <w:p/>
    <w:p>
      <w:r>
        <w:t>“No.”</w:t>
      </w:r>
    </w:p>
    <w:p/>
    <w:p>
      <w:r>
        <w:t>“That is what you described.”</w:t>
      </w:r>
    </w:p>
    <w:p/>
    <w:p>
      <w:r>
        <w:t>Maya laughed.</w:t>
      </w:r>
    </w:p>
    <w:p/>
    <w:p>
      <w:r>
        <w:t>“Basically.”</w:t>
      </w:r>
    </w:p>
    <w:p/>
    <w:p>
      <w:r>
        <w:t>Hannah rescued the theology.</w:t>
      </w:r>
    </w:p>
    <w:p/>
    <w:p>
      <w:r>
        <w:t>“Not basically.”</w:t>
      </w:r>
    </w:p>
    <w:p/>
    <w:p>
      <w:r>
        <w:t>“Thank you.”</w:t>
      </w:r>
    </w:p>
    <w:p/>
    <w:p>
      <w:r>
        <w:t>“But the fleece is what people usually remember.”</w:t>
      </w:r>
    </w:p>
    <w:p/>
    <w:p>
      <w:r>
        <w:t>Elsie looked down at the page.</w:t>
      </w:r>
    </w:p>
    <w:p/>
    <w:p>
      <w:r>
        <w:t>“Grandma wrote ‘Gideon — Afraid.’”</w:t>
      </w:r>
    </w:p>
    <w:p/>
    <w:p>
      <w:r>
        <w:t>Ava looked at her.</w:t>
      </w:r>
    </w:p>
    <w:p/>
    <w:p>
      <w:r>
        <w:t>“Your grandma made the list?”</w:t>
      </w:r>
    </w:p>
    <w:p/>
    <w:p>
      <w:r>
        <w:t>“Long story.”</w:t>
      </w:r>
    </w:p>
    <w:p/>
    <w:p>
      <w:r>
        <w:t>“Terrifying list.”</w:t>
      </w:r>
    </w:p>
    <w:p/>
    <w:p>
      <w:r>
        <w:t>“Correct.”</w:t>
      </w:r>
    </w:p>
    <w:p/>
    <w:p>
      <w:r>
        <w:t>Hannah said:</w:t>
      </w:r>
    </w:p>
    <w:p/>
    <w:p>
      <w:r>
        <w:t>“Was she wrong?”</w:t>
      </w:r>
    </w:p>
    <w:p/>
    <w:p>
      <w:r>
        <w:t>Elsie thought.</w:t>
      </w:r>
    </w:p>
    <w:p/>
    <w:p>
      <w:r>
        <w:t>“No.”</w:t>
      </w:r>
    </w:p>
    <w:p/>
    <w:p>
      <w:r>
        <w:t>Then:</w:t>
      </w:r>
    </w:p>
    <w:p/>
    <w:p>
      <w:r>
        <w:t>“But that’s not all he was.”</w:t>
      </w:r>
    </w:p>
    <w:p/>
    <w:p>
      <w:r>
        <w:t>Nobody reacted.</w:t>
      </w:r>
    </w:p>
    <w:p/>
    <w:p>
      <w:r>
        <w:t>Apparently they had all heard this speech before.</w:t>
      </w:r>
    </w:p>
    <w:p/>
    <w:p>
      <w:r>
        <w:t>Fair.</w:t>
      </w:r>
    </w:p>
    <w:p/>
    <w:p>
      <w:r>
        <w:t>Elsie continued.</w:t>
      </w:r>
    </w:p>
    <w:p/>
    <w:p>
      <w:r>
        <w:t>“He asked for a lot of proof.”</w:t>
      </w:r>
    </w:p>
    <w:p/>
    <w:p>
      <w:r>
        <w:t>“Signs,” Hannah said.</w:t>
      </w:r>
    </w:p>
    <w:p/>
    <w:p>
      <w:r>
        <w:t>“Right.”</w:t>
      </w:r>
    </w:p>
    <w:p/>
    <w:p>
      <w:r>
        <w:t>“Why?”</w:t>
      </w:r>
    </w:p>
    <w:p/>
    <w:p>
      <w:r>
        <w:t>Elsie looked at the text.</w:t>
      </w:r>
    </w:p>
    <w:p/>
    <w:p>
      <w:r>
        <w:t>“Because he was afraid.”</w:t>
      </w:r>
    </w:p>
    <w:p/>
    <w:p>
      <w:r>
        <w:t>“Maybe.”</w:t>
      </w:r>
    </w:p>
    <w:p/>
    <w:p>
      <w:r>
        <w:t>Nora leaned forward.</w:t>
      </w:r>
    </w:p>
    <w:p/>
    <w:p>
      <w:r>
        <w:t>“Or because what God was asking sounded insane.”</w:t>
      </w:r>
    </w:p>
    <w:p/>
    <w:p>
      <w:r>
        <w:t>“That too.”</w:t>
      </w:r>
    </w:p>
    <w:p/>
    <w:p>
      <w:r>
        <w:t>Ava picked at the edge of her paper plate.</w:t>
      </w:r>
    </w:p>
    <w:p/>
    <w:p>
      <w:r>
        <w:t>Hannah said:</w:t>
      </w:r>
    </w:p>
    <w:p/>
    <w:p>
      <w:r>
        <w:t>“Fear and uncertainty aren't necessarily the same thing.”</w:t>
      </w:r>
    </w:p>
    <w:p/>
    <w:p>
      <w:r>
        <w:t>Elsie looked at her.</w:t>
      </w:r>
    </w:p>
    <w:p/>
    <w:p>
      <w:r>
        <w:t>“What’s the difference?”</w:t>
      </w:r>
    </w:p>
    <w:p/>
    <w:p>
      <w:r>
        <w:t>“Sometimes fear says, ‘I know what I need to do, and I’m scared to do it.’”</w:t>
      </w:r>
    </w:p>
    <w:p/>
    <w:p>
      <w:r>
        <w:t>Hannah paused.</w:t>
      </w:r>
    </w:p>
    <w:p/>
    <w:p>
      <w:r>
        <w:t>“Uncertainty says, ‘I’m not sure what the right thing is.’”</w:t>
      </w:r>
    </w:p>
    <w:p/>
    <w:p>
      <w:r>
        <w:t>Elsie immediately thought of Ava.</w:t>
      </w:r>
    </w:p>
    <w:p/>
    <w:p>
      <w:r>
        <w:t>Hated that she did.</w:t>
      </w:r>
    </w:p>
    <w:p/>
    <w:p>
      <w:r>
        <w:t>Ava was looking at Hannah.</w:t>
      </w:r>
    </w:p>
    <w:p/>
    <w:p>
      <w:r>
        <w:t>“What if it’s both?”</w:t>
      </w:r>
    </w:p>
    <w:p/>
    <w:p>
      <w:r>
        <w:t>Hannah smiled slightly.</w:t>
      </w:r>
    </w:p>
    <w:p/>
    <w:p>
      <w:r>
        <w:t>“Usually is.”</w:t>
      </w:r>
    </w:p>
    <w:p/>
    <w:p>
      <w:r>
        <w:t>Silence.</w:t>
      </w:r>
    </w:p>
    <w:p/>
    <w:p>
      <w:r>
        <w:t>Ava tore a tiny piece from the brownie.</w:t>
      </w:r>
    </w:p>
    <w:p/>
    <w:p>
      <w:r>
        <w:t>Ate it.</w:t>
      </w:r>
    </w:p>
    <w:p/>
    <w:p>
      <w:r>
        <w:t>Elsie looked at Gideon.</w:t>
      </w:r>
    </w:p>
    <w:p/>
    <w:p>
      <w:r>
        <w:t>Hannah continued.</w:t>
      </w:r>
    </w:p>
    <w:p/>
    <w:p>
      <w:r>
        <w:t>“The fleece gets used sometimes like Gideon was giving us a formula for decision-making.”</w:t>
      </w:r>
    </w:p>
    <w:p/>
    <w:p>
      <w:r>
        <w:t>“Ask God to make your carpet wet?”</w:t>
      </w:r>
    </w:p>
    <w:p/>
    <w:p>
      <w:r>
        <w:t>Lucas said.</w:t>
      </w:r>
    </w:p>
    <w:p/>
    <w:p>
      <w:r>
        <w:t>Nora threw a napkin at him.</w:t>
      </w:r>
    </w:p>
    <w:p/>
    <w:p>
      <w:r>
        <w:t>Hannah smiled.</w:t>
      </w:r>
    </w:p>
    <w:p/>
    <w:p>
      <w:r>
        <w:t>“But the story is more complicated than that.”</w:t>
      </w:r>
    </w:p>
    <w:p/>
    <w:p>
      <w:r>
        <w:t>Elsie looked ahead.</w:t>
      </w:r>
    </w:p>
    <w:p/>
    <w:p>
      <w:r>
        <w:t>The army.</w:t>
      </w:r>
    </w:p>
    <w:p/>
    <w:p>
      <w:r>
        <w:t>Thirty-two thousand men.</w:t>
      </w:r>
    </w:p>
    <w:p/>
    <w:p>
      <w:r>
        <w:t>Then fewer.</w:t>
      </w:r>
    </w:p>
    <w:p/>
    <w:p>
      <w:r>
        <w:t>Ten thousand.</w:t>
      </w:r>
    </w:p>
    <w:p/>
    <w:p>
      <w:r>
        <w:t>Then—</w:t>
      </w:r>
    </w:p>
    <w:p/>
    <w:p>
      <w:r>
        <w:t>Three hundred.</w:t>
      </w:r>
    </w:p>
    <w:p/>
    <w:p>
      <w:r>
        <w:t>She frowned.</w:t>
      </w:r>
    </w:p>
    <w:p/>
    <w:p>
      <w:r>
        <w:t>“Wait.”</w:t>
      </w:r>
    </w:p>
    <w:p/>
    <w:p>
      <w:r>
        <w:t>Everyone looked at her.</w:t>
      </w:r>
    </w:p>
    <w:p/>
    <w:p>
      <w:r>
        <w:t>“God made his army smaller?”</w:t>
      </w:r>
    </w:p>
    <w:p/>
    <w:p>
      <w:r>
        <w:t>Hannah nodded.</w:t>
      </w:r>
    </w:p>
    <w:p/>
    <w:p>
      <w:r>
        <w:t>“Why?”</w:t>
      </w:r>
    </w:p>
    <w:p/>
    <w:p>
      <w:r>
        <w:t>“What does the text say?”</w:t>
      </w:r>
    </w:p>
    <w:p/>
    <w:p>
      <w:r>
        <w:t>Elsie read.</w:t>
      </w:r>
    </w:p>
    <w:p/>
    <w:p>
      <w:r>
        <w:t>Too many.</w:t>
      </w:r>
    </w:p>
    <w:p/>
    <w:p>
      <w:r>
        <w:t>Israel might boast.</w:t>
      </w:r>
    </w:p>
    <w:p/>
    <w:p>
      <w:r>
        <w:t>Might think their own strength saved them.</w:t>
      </w:r>
    </w:p>
    <w:p/>
    <w:p>
      <w:r>
        <w:t>So the fearful went home.</w:t>
      </w:r>
    </w:p>
    <w:p/>
    <w:p>
      <w:r>
        <w:t>Then more were sent home.</w:t>
      </w:r>
    </w:p>
    <w:p/>
    <w:p>
      <w:r>
        <w:t>Three hundred left.</w:t>
      </w:r>
    </w:p>
    <w:p/>
    <w:p>
      <w:r>
        <w:t>Elsie stared at the number.</w:t>
      </w:r>
    </w:p>
    <w:p/>
    <w:p>
      <w:r>
        <w:t>“That is a terrible military strategy.”</w:t>
      </w:r>
    </w:p>
    <w:p/>
    <w:p>
      <w:r>
        <w:t>“Humanly?” Hannah said. “Yes.”</w:t>
      </w:r>
    </w:p>
    <w:p/>
    <w:p>
      <w:r>
        <w:t>Ava leaned over.</w:t>
      </w:r>
    </w:p>
    <w:p/>
    <w:p>
      <w:r>
        <w:t>“How many did he start with?”</w:t>
      </w:r>
    </w:p>
    <w:p/>
    <w:p>
      <w:r>
        <w:t>“Thirty-two thousand.”</w:t>
      </w:r>
    </w:p>
    <w:p/>
    <w:p>
      <w:r>
        <w:t>“And ended with three hundred?”</w:t>
      </w:r>
    </w:p>
    <w:p/>
    <w:p>
      <w:r>
        <w:t>“Yeah.”</w:t>
      </w:r>
    </w:p>
    <w:p/>
    <w:p>
      <w:r>
        <w:t>“That is upsetting.”</w:t>
      </w:r>
    </w:p>
    <w:p/>
    <w:p>
      <w:r>
        <w:t>“Thank you.”</w:t>
      </w:r>
    </w:p>
    <w:p/>
    <w:p>
      <w:r>
        <w:t>Hannah looked at Elsie.</w:t>
      </w:r>
    </w:p>
    <w:p/>
    <w:p>
      <w:r>
        <w:t>“What are you thinking?”</w:t>
      </w:r>
    </w:p>
    <w:p/>
    <w:p>
      <w:r>
        <w:t>Elsie hated that question.</w:t>
      </w:r>
    </w:p>
    <w:p/>
    <w:p>
      <w:r>
        <w:t>“Nothing.”</w:t>
      </w:r>
    </w:p>
    <w:p/>
    <w:p>
      <w:r>
        <w:t>Nora made a noise.</w:t>
      </w:r>
    </w:p>
    <w:p/>
    <w:p>
      <w:r>
        <w:t>“Fine.”</w:t>
      </w:r>
    </w:p>
    <w:p/>
    <w:p>
      <w:r>
        <w:t>“Number?”</w:t>
      </w:r>
    </w:p>
    <w:p/>
    <w:p>
      <w:r>
        <w:t>Elsie glared at her.</w:t>
      </w:r>
    </w:p>
    <w:p/>
    <w:p>
      <w:r>
        <w:t>Then looked back at the page.</w:t>
      </w:r>
    </w:p>
    <w:p/>
    <w:p>
      <w:r>
        <w:t>“I think…”</w:t>
      </w:r>
    </w:p>
    <w:p/>
    <w:p>
      <w:r>
        <w:t>She stopped.</w:t>
      </w:r>
    </w:p>
    <w:p/>
    <w:p>
      <w:r>
        <w:t>How did she say it without turning Ava into the lesson sitting beside her?</w:t>
      </w:r>
    </w:p>
    <w:p/>
    <w:p>
      <w:r>
        <w:t>She couldn’t.</w:t>
      </w:r>
    </w:p>
    <w:p/>
    <w:p>
      <w:r>
        <w:t>So she didn’t.</w:t>
      </w:r>
    </w:p>
    <w:p/>
    <w:p>
      <w:r>
        <w:t>“I think I keep assuming more information will make me less afraid.”</w:t>
      </w:r>
    </w:p>
    <w:p/>
    <w:p>
      <w:r>
        <w:t>Hannah waited.</w:t>
      </w:r>
    </w:p>
    <w:p/>
    <w:p>
      <w:r>
        <w:t>Elsie continued.</w:t>
      </w:r>
    </w:p>
    <w:p/>
    <w:p>
      <w:r>
        <w:t>“Like if I can just know enough, then eventually the decision will become obvious.”</w:t>
      </w:r>
    </w:p>
    <w:p/>
    <w:p>
      <w:r>
        <w:t>Ava had gone very still.</w:t>
      </w:r>
    </w:p>
    <w:p/>
    <w:p>
      <w:r>
        <w:t>Elsie wished she could take the sentence back.</w:t>
      </w:r>
    </w:p>
    <w:p/>
    <w:p>
      <w:r>
        <w:t>Not because it wasn’t true.</w:t>
      </w:r>
    </w:p>
    <w:p/>
    <w:p>
      <w:r>
        <w:t>Because she didn’t want Ava to feel studied.</w:t>
      </w:r>
    </w:p>
    <w:p/>
    <w:p>
      <w:r>
        <w:t>Hannah said:</w:t>
      </w:r>
    </w:p>
    <w:p/>
    <w:p>
      <w:r>
        <w:t>“Does it?”</w:t>
      </w:r>
    </w:p>
    <w:p/>
    <w:p>
      <w:r>
        <w:t>“No.”</w:t>
      </w:r>
    </w:p>
    <w:p/>
    <w:p>
      <w:r>
        <w:t>Sometimes it made everything worse.</w:t>
      </w:r>
    </w:p>
    <w:p/>
    <w:p>
      <w:r>
        <w:t>Maddie.</w:t>
      </w:r>
    </w:p>
    <w:p/>
    <w:p>
      <w:r>
        <w:t>Nora.</w:t>
      </w:r>
    </w:p>
    <w:p/>
    <w:p>
      <w:r>
        <w:t>Daniel.</w:t>
      </w:r>
    </w:p>
    <w:p/>
    <w:p>
      <w:r>
        <w:t>Ava.</w:t>
      </w:r>
    </w:p>
    <w:p/>
    <w:p>
      <w:r>
        <w:t>Hannah looked at Gideon’s army.</w:t>
      </w:r>
    </w:p>
    <w:p/>
    <w:p>
      <w:r>
        <w:t>“Sometimes more isn’t what creates trust.”</w:t>
      </w:r>
    </w:p>
    <w:p/>
    <w:p>
      <w:r>
        <w:t>Elsie thought about thirty-two thousand becoming three hundred.</w:t>
      </w:r>
    </w:p>
    <w:p/>
    <w:p>
      <w:r>
        <w:t>Fewer reassurances.</w:t>
      </w:r>
    </w:p>
    <w:p/>
    <w:p>
      <w:r>
        <w:t>Fewer things to hide behind.</w:t>
      </w:r>
    </w:p>
    <w:p/>
    <w:p>
      <w:r>
        <w:t>That was terrifying.</w:t>
      </w:r>
    </w:p>
    <w:p/>
    <w:p>
      <w:r>
        <w:t>Ava spoke.</w:t>
      </w:r>
    </w:p>
    <w:p/>
    <w:p>
      <w:r>
        <w:t>“So what, you’re just supposed to do things scared?”</w:t>
      </w:r>
    </w:p>
    <w:p/>
    <w:p>
      <w:r>
        <w:t>Nora looked at her.</w:t>
      </w:r>
    </w:p>
    <w:p/>
    <w:p>
      <w:r>
        <w:t>“Unfortunately.”</w:t>
      </w:r>
    </w:p>
    <w:p/>
    <w:p>
      <w:r>
        <w:t>Ava rolled her eyes.</w:t>
      </w:r>
    </w:p>
    <w:p/>
    <w:p>
      <w:r>
        <w:t>“Very helpful.”</w:t>
      </w:r>
    </w:p>
    <w:p/>
    <w:p>
      <w:r>
        <w:t>Hannah smiled.</w:t>
      </w:r>
    </w:p>
    <w:p/>
    <w:p>
      <w:r>
        <w:t>“Sometimes.”</w:t>
      </w:r>
    </w:p>
    <w:p/>
    <w:p>
      <w:r>
        <w:t>Then:</w:t>
      </w:r>
    </w:p>
    <w:p/>
    <w:p>
      <w:r>
        <w:t>“But being afraid doesn't automatically mean an action is right either.”</w:t>
      </w:r>
    </w:p>
    <w:p/>
    <w:p>
      <w:r>
        <w:t>Elsie looked up.</w:t>
      </w:r>
    </w:p>
    <w:p/>
    <w:p>
      <w:r>
        <w:t>There.</w:t>
      </w:r>
    </w:p>
    <w:p/>
    <w:p>
      <w:r>
        <w:t>That mattered.</w:t>
      </w:r>
    </w:p>
    <w:p/>
    <w:p>
      <w:r>
        <w:t>“Fear isn't proof,” Hannah said.</w:t>
      </w:r>
    </w:p>
    <w:p/>
    <w:p>
      <w:r>
        <w:t>“Then how do you know?”</w:t>
      </w:r>
    </w:p>
    <w:p/>
    <w:p>
      <w:r>
        <w:t>“I don't always.”</w:t>
      </w:r>
    </w:p>
    <w:p/>
    <w:p>
      <w:r>
        <w:t>Of course.</w:t>
      </w:r>
    </w:p>
    <w:p/>
    <w:p>
      <w:r>
        <w:t>Nobody in Elsie’s life knew anything.</w:t>
      </w:r>
    </w:p>
    <w:p/>
    <w:p>
      <w:r>
        <w:t>Hannah continued.</w:t>
      </w:r>
    </w:p>
    <w:p/>
    <w:p>
      <w:r>
        <w:t>“Sometimes you use what you know. You ask for wisdom. You listen to people you trust. And then you make the best faithful decision you can without demanding that God give you certainty first.”</w:t>
      </w:r>
    </w:p>
    <w:p/>
    <w:p>
      <w:r>
        <w:t>Elsie stared at the page.</w:t>
      </w:r>
    </w:p>
    <w:p/>
    <w:p>
      <w:r>
        <w:t>No fleece.</w:t>
      </w:r>
    </w:p>
    <w:p/>
    <w:p>
      <w:r>
        <w:t>No verdict.</w:t>
      </w:r>
    </w:p>
    <w:p/>
    <w:p>
      <w:r>
        <w:t>No guarantee.</w:t>
      </w:r>
    </w:p>
    <w:p/>
    <w:p>
      <w:r>
        <w:t>Ava shifted beside her.</w:t>
      </w:r>
    </w:p>
    <w:p/>
    <w:p>
      <w:r>
        <w:t>Elsie closed the Bible.</w:t>
      </w:r>
    </w:p>
    <w:p/>
    <w:p>
      <w:r>
        <w:t>After Bible study, Ava asked if they could sit in Elsie’s car.</w:t>
      </w:r>
    </w:p>
    <w:p/>
    <w:p>
      <w:r>
        <w:t>Then remembered Elsie did not have a car.</w:t>
      </w:r>
    </w:p>
    <w:p/>
    <w:p>
      <w:r>
        <w:t>“You know what I mean.”</w:t>
      </w:r>
    </w:p>
    <w:p/>
    <w:p>
      <w:r>
        <w:t>“My mom is picking us up.”</w:t>
      </w:r>
    </w:p>
    <w:p/>
    <w:p>
      <w:r>
        <w:t>“Fine.”</w:t>
      </w:r>
    </w:p>
    <w:p/>
    <w:p>
      <w:r>
        <w:t>They sat on Nora’s front steps instead.</w:t>
      </w:r>
    </w:p>
    <w:p/>
    <w:p>
      <w:r>
        <w:t>Cold.</w:t>
      </w:r>
    </w:p>
    <w:p/>
    <w:p>
      <w:r>
        <w:t>Ava pulled her sleeves over her hands.</w:t>
      </w:r>
    </w:p>
    <w:p/>
    <w:p>
      <w:r>
        <w:t>For a minute neither spoke.</w:t>
      </w:r>
    </w:p>
    <w:p/>
    <w:p>
      <w:r>
        <w:t>Then Ava said:</w:t>
      </w:r>
    </w:p>
    <w:p/>
    <w:p>
      <w:r>
        <w:t>“That was about me.”</w:t>
      </w:r>
    </w:p>
    <w:p/>
    <w:p>
      <w:r>
        <w:t>Elsie’s stomach dropped.</w:t>
      </w:r>
    </w:p>
    <w:p/>
    <w:p>
      <w:r>
        <w:t>“No.”</w:t>
      </w:r>
    </w:p>
    <w:p/>
    <w:p>
      <w:r>
        <w:t>“Elsie.”</w:t>
      </w:r>
    </w:p>
    <w:p/>
    <w:p>
      <w:r>
        <w:t>“Not all of it.”</w:t>
      </w:r>
    </w:p>
    <w:p/>
    <w:p>
      <w:r>
        <w:t>Ava stared.</w:t>
      </w:r>
    </w:p>
    <w:p/>
    <w:p>
      <w:r>
        <w:t>Elsie sighed.</w:t>
      </w:r>
    </w:p>
    <w:p/>
    <w:p>
      <w:r>
        <w:t>“I was trying really hard for it not to be.”</w:t>
      </w:r>
    </w:p>
    <w:p/>
    <w:p>
      <w:r>
        <w:t>“That’s worse.”</w:t>
      </w:r>
    </w:p>
    <w:p/>
    <w:p>
      <w:r>
        <w:t>“I know.”</w:t>
      </w:r>
    </w:p>
    <w:p/>
    <w:p>
      <w:r>
        <w:t>Ava looked toward the street.</w:t>
      </w:r>
    </w:p>
    <w:p/>
    <w:p>
      <w:r>
        <w:t>“I shouldn’t have come.”</w:t>
      </w:r>
    </w:p>
    <w:p/>
    <w:p>
      <w:r>
        <w:t>“No.”</w:t>
      </w:r>
    </w:p>
    <w:p/>
    <w:p>
      <w:r>
        <w:t>Too fast.</w:t>
      </w:r>
    </w:p>
    <w:p/>
    <w:p>
      <w:r>
        <w:t>Ava looked at her.</w:t>
      </w:r>
    </w:p>
    <w:p/>
    <w:p>
      <w:r>
        <w:t>“I mean—”</w:t>
      </w:r>
    </w:p>
    <w:p/>
    <w:p>
      <w:r>
        <w:t>Elsie stopped.</w:t>
      </w:r>
    </w:p>
    <w:p/>
    <w:p>
      <w:r>
        <w:t>Tried again.</w:t>
      </w:r>
    </w:p>
    <w:p/>
    <w:p>
      <w:r>
        <w:t>“I’m glad you came. But if it made you feel like everybody was secretly talking about you, I’m sorry.”</w:t>
      </w:r>
    </w:p>
    <w:p/>
    <w:p>
      <w:r>
        <w:t>“They weren’t.”</w:t>
      </w:r>
    </w:p>
    <w:p/>
    <w:p>
      <w:r>
        <w:t>“No.”</w:t>
      </w:r>
    </w:p>
    <w:p/>
    <w:p>
      <w:r>
        <w:t>“You were.”</w:t>
      </w:r>
    </w:p>
    <w:p/>
    <w:p>
      <w:r>
        <w:t>Elsie swallowed.</w:t>
      </w:r>
    </w:p>
    <w:p/>
    <w:p>
      <w:r>
        <w:t>“In my head.”</w:t>
      </w:r>
    </w:p>
    <w:p/>
    <w:p>
      <w:r>
        <w:t>“Exactly.”</w:t>
      </w:r>
    </w:p>
    <w:p/>
    <w:p>
      <w:r>
        <w:t>Fair.</w:t>
      </w:r>
    </w:p>
    <w:p/>
    <w:p>
      <w:r>
        <w:t>Ava looked down.</w:t>
      </w:r>
    </w:p>
    <w:p/>
    <w:p>
      <w:r>
        <w:t>Then:</w:t>
      </w:r>
    </w:p>
    <w:p/>
    <w:p>
      <w:r>
        <w:t>“I didn’t tell my mom everything.”</w:t>
      </w:r>
    </w:p>
    <w:p/>
    <w:p>
      <w:r>
        <w:t>“I know.”</w:t>
      </w:r>
    </w:p>
    <w:p/>
    <w:p>
      <w:r>
        <w:t>“No. You know I said that.”</w:t>
      </w:r>
    </w:p>
    <w:p/>
    <w:p>
      <w:r>
        <w:t>Elsie waited.</w:t>
      </w:r>
    </w:p>
    <w:p/>
    <w:p>
      <w:r>
        <w:t>Ava rubbed her thumb over the cuff of her sweatshirt.</w:t>
      </w:r>
    </w:p>
    <w:p/>
    <w:p>
      <w:r>
        <w:t>“I didn’t tell her how much.”</w:t>
      </w:r>
    </w:p>
    <w:p/>
    <w:p>
      <w:r>
        <w:t>Elsie’s heart started beating harder.</w:t>
      </w:r>
    </w:p>
    <w:p/>
    <w:p>
      <w:r>
        <w:t>She stayed quiet.</w:t>
      </w:r>
    </w:p>
    <w:p/>
    <w:p>
      <w:r>
        <w:t>“How much what?”</w:t>
      </w:r>
    </w:p>
    <w:p/>
    <w:p>
      <w:r>
        <w:t>Ava’s jaw tightened.</w:t>
      </w:r>
    </w:p>
    <w:p/>
    <w:p>
      <w:r>
        <w:t>“How much I think about food.”</w:t>
      </w:r>
    </w:p>
    <w:p/>
    <w:p>
      <w:r>
        <w:t>Elsie did not move.</w:t>
      </w:r>
    </w:p>
    <w:p/>
    <w:p>
      <w:r>
        <w:t>Ava continued.</w:t>
      </w:r>
    </w:p>
    <w:p/>
    <w:p>
      <w:r>
        <w:t>“Or my body.”</w:t>
      </w:r>
    </w:p>
    <w:p/>
    <w:p>
      <w:r>
        <w:t>“Okay.”</w:t>
      </w:r>
    </w:p>
    <w:p/>
    <w:p>
      <w:r>
        <w:t>“Or how much I’ve been skipping.”</w:t>
      </w:r>
    </w:p>
    <w:p/>
    <w:p>
      <w:r>
        <w:t>Elsie’s stomach dropped.</w:t>
      </w:r>
    </w:p>
    <w:p/>
    <w:p>
      <w:r>
        <w:t>She kept her voice level.</w:t>
      </w:r>
    </w:p>
    <w:p/>
    <w:p>
      <w:r>
        <w:t>“How much have you been skipping?”</w:t>
      </w:r>
    </w:p>
    <w:p/>
    <w:p>
      <w:r>
        <w:t>Ava shook her head.</w:t>
      </w:r>
    </w:p>
    <w:p/>
    <w:p>
      <w:r>
        <w:t>“I don’t want to do numbers.”</w:t>
      </w:r>
    </w:p>
    <w:p/>
    <w:p>
      <w:r>
        <w:t>“Okay.”</w:t>
      </w:r>
    </w:p>
    <w:p/>
    <w:p>
      <w:r>
        <w:t>Relief crossed Ava’s face.</w:t>
      </w:r>
    </w:p>
    <w:p/>
    <w:p>
      <w:r>
        <w:t>Tiny.</w:t>
      </w:r>
    </w:p>
    <w:p/>
    <w:p>
      <w:r>
        <w:t>Elsie saw it.</w:t>
      </w:r>
    </w:p>
    <w:p/>
    <w:p>
      <w:r>
        <w:t>Ava continued.</w:t>
      </w:r>
    </w:p>
    <w:p/>
    <w:p>
      <w:r>
        <w:t>“I told the doctor more than I told my mom.”</w:t>
      </w:r>
    </w:p>
    <w:p/>
    <w:p>
      <w:r>
        <w:t>That surprised her.</w:t>
      </w:r>
    </w:p>
    <w:p/>
    <w:p>
      <w:r>
        <w:t>“Okay.”</w:t>
      </w:r>
    </w:p>
    <w:p/>
    <w:p>
      <w:r>
        <w:t>“But not everything.”</w:t>
      </w:r>
    </w:p>
    <w:p/>
    <w:p>
      <w:r>
        <w:t>Elsie’s heart beat harder.</w:t>
      </w:r>
    </w:p>
    <w:p/>
    <w:p>
      <w:r>
        <w:t>There it was again.</w:t>
      </w:r>
    </w:p>
    <w:p/>
    <w:p>
      <w:r>
        <w:t>Not everything.</w:t>
      </w:r>
    </w:p>
    <w:p/>
    <w:p>
      <w:r>
        <w:t>“How much did you tell her?”</w:t>
      </w:r>
    </w:p>
    <w:p/>
    <w:p>
      <w:r>
        <w:t>“Elsie.”</w:t>
      </w:r>
    </w:p>
    <w:p/>
    <w:p>
      <w:r>
        <w:t>“Sorry.”</w:t>
      </w:r>
    </w:p>
    <w:p/>
    <w:p>
      <w:r>
        <w:t>Ava looked toward the road.</w:t>
      </w:r>
    </w:p>
    <w:p/>
    <w:p>
      <w:r>
        <w:t>“My mom was sitting there.”</w:t>
      </w:r>
    </w:p>
    <w:p/>
    <w:p>
      <w:r>
        <w:t>“Oh.”</w:t>
      </w:r>
    </w:p>
    <w:p/>
    <w:p>
      <w:r>
        <w:t>“And every time the doctor asked something, I could feel her looking at me.”</w:t>
      </w:r>
    </w:p>
    <w:p/>
    <w:p>
      <w:r>
        <w:t>Elsie understood.</w:t>
      </w:r>
    </w:p>
    <w:p/>
    <w:p>
      <w:r>
        <w:t>Not the food.</w:t>
      </w:r>
    </w:p>
    <w:p/>
    <w:p>
      <w:r>
        <w:t>The being watched.</w:t>
      </w:r>
    </w:p>
    <w:p/>
    <w:p>
      <w:r>
        <w:t>The pressure of answering while someone you loved listened.</w:t>
      </w:r>
    </w:p>
    <w:p/>
    <w:p>
      <w:r>
        <w:t>“So I lied about some of it.”</w:t>
      </w:r>
    </w:p>
    <w:p/>
    <w:p>
      <w:r>
        <w:t>The sentence was quiet.</w:t>
      </w:r>
    </w:p>
    <w:p/>
    <w:p>
      <w:r>
        <w:t>Elsie waited.</w:t>
      </w:r>
    </w:p>
    <w:p/>
    <w:p>
      <w:r>
        <w:t>“What did the doctor say?”</w:t>
      </w:r>
    </w:p>
    <w:p/>
    <w:p>
      <w:r>
        <w:t>“That she wants to see me again next week.”</w:t>
      </w:r>
    </w:p>
    <w:p/>
    <w:p>
      <w:r>
        <w:t>“The counselor?”</w:t>
      </w:r>
    </w:p>
    <w:p/>
    <w:p>
      <w:r>
        <w:t>Ava nodded.</w:t>
      </w:r>
    </w:p>
    <w:p/>
    <w:p>
      <w:r>
        <w:t>“My mom called today.”</w:t>
      </w:r>
    </w:p>
    <w:p/>
    <w:p>
      <w:r>
        <w:t>“Okay.”</w:t>
      </w:r>
    </w:p>
    <w:p/>
    <w:p>
      <w:r>
        <w:t>“I have an appointment Friday.”</w:t>
      </w:r>
    </w:p>
    <w:p/>
    <w:p>
      <w:r>
        <w:t>More help.</w:t>
      </w:r>
    </w:p>
    <w:p/>
    <w:p>
      <w:r>
        <w:t>Good.</w:t>
      </w:r>
    </w:p>
    <w:p/>
    <w:p>
      <w:r>
        <w:t>That should have been reassuring.</w:t>
      </w:r>
    </w:p>
    <w:p/>
    <w:p>
      <w:r>
        <w:t>It was.</w:t>
      </w:r>
    </w:p>
    <w:p/>
    <w:p>
      <w:r>
        <w:t>And it wasn’t.</w:t>
      </w:r>
    </w:p>
    <w:p/>
    <w:p>
      <w:r>
        <w:t>Elsie looked at Ava.</w:t>
      </w:r>
    </w:p>
    <w:p/>
    <w:p>
      <w:r>
        <w:t>“Are you safe?”</w:t>
      </w:r>
    </w:p>
    <w:p/>
    <w:p>
      <w:r>
        <w:t>Ava’s eyes flashed.</w:t>
      </w:r>
    </w:p>
    <w:p/>
    <w:p>
      <w:r>
        <w:t>“You already asked me that.”</w:t>
      </w:r>
    </w:p>
    <w:p/>
    <w:p>
      <w:r>
        <w:t>“I know.”</w:t>
      </w:r>
    </w:p>
    <w:p/>
    <w:p>
      <w:r>
        <w:t>“Yes.”</w:t>
      </w:r>
    </w:p>
    <w:p/>
    <w:p>
      <w:r>
        <w:t>Immediate again.</w:t>
      </w:r>
    </w:p>
    <w:p/>
    <w:p>
      <w:r>
        <w:t>Elsie believed her.</w:t>
      </w:r>
    </w:p>
    <w:p/>
    <w:p>
      <w:r>
        <w:t>She did.</w:t>
      </w:r>
    </w:p>
    <w:p/>
    <w:p>
      <w:r>
        <w:t>But safe was not the only question anymore.</w:t>
      </w:r>
    </w:p>
    <w:p/>
    <w:p>
      <w:r>
        <w:t>That was the problem.</w:t>
      </w:r>
    </w:p>
    <w:p/>
    <w:p>
      <w:r>
        <w:t>“You promised you’d tell me first.”</w:t>
      </w:r>
    </w:p>
    <w:p/>
    <w:p>
      <w:r>
        <w:t>Ava said it before Elsie could.</w:t>
      </w:r>
    </w:p>
    <w:p/>
    <w:p>
      <w:r>
        <w:t>Elsie went still.</w:t>
      </w:r>
    </w:p>
    <w:p/>
    <w:p>
      <w:r>
        <w:t>“Yes.”</w:t>
      </w:r>
    </w:p>
    <w:p/>
    <w:p>
      <w:r>
        <w:t>“So tell me.”</w:t>
      </w:r>
    </w:p>
    <w:p/>
    <w:p>
      <w:r>
        <w:t>Elsie looked at her.</w:t>
      </w:r>
    </w:p>
    <w:p/>
    <w:p>
      <w:r>
        <w:t>“I’m scared.”</w:t>
      </w:r>
    </w:p>
    <w:p/>
    <w:p>
      <w:r>
        <w:t>Ava’s face changed.</w:t>
      </w:r>
    </w:p>
    <w:p/>
    <w:p>
      <w:r>
        <w:t>Not angry.</w:t>
      </w:r>
    </w:p>
    <w:p/>
    <w:p>
      <w:r>
        <w:t>Not yet.</w:t>
      </w:r>
    </w:p>
    <w:p/>
    <w:p>
      <w:r>
        <w:t>“Why?”</w:t>
      </w:r>
    </w:p>
    <w:p/>
    <w:p>
      <w:r>
        <w:t>“Because you told your mom some of it.”</w:t>
      </w:r>
    </w:p>
    <w:p/>
    <w:p>
      <w:r>
        <w:t>Ava looked away.</w:t>
      </w:r>
    </w:p>
    <w:p/>
    <w:p>
      <w:r>
        <w:t>“You told the doctor more.”</w:t>
      </w:r>
    </w:p>
    <w:p/>
    <w:p>
      <w:r>
        <w:t>Silence.</w:t>
      </w:r>
    </w:p>
    <w:p/>
    <w:p>
      <w:r>
        <w:t>“But not everything.”</w:t>
      </w:r>
    </w:p>
    <w:p/>
    <w:p>
      <w:r>
        <w:t>Ava’s jaw tightened.</w:t>
      </w:r>
    </w:p>
    <w:p/>
    <w:p>
      <w:r>
        <w:t>“And now there’s a counselor Friday, which is good.”</w:t>
      </w:r>
    </w:p>
    <w:p/>
    <w:p>
      <w:r>
        <w:t>“It is.”</w:t>
      </w:r>
    </w:p>
    <w:p/>
    <w:p>
      <w:r>
        <w:t>“I know.”</w:t>
      </w:r>
    </w:p>
    <w:p/>
    <w:p>
      <w:r>
        <w:t>Elsie pulled her sleeves over her hands.</w:t>
      </w:r>
    </w:p>
    <w:p/>
    <w:p>
      <w:r>
        <w:t>“But I think I’m using all of those things to tell myself I don’t need to say anything.”</w:t>
      </w:r>
    </w:p>
    <w:p/>
    <w:p>
      <w:r>
        <w:t>Ava looked back at her.</w:t>
      </w:r>
    </w:p>
    <w:p/>
    <w:p>
      <w:r>
        <w:t>“Say what?”</w:t>
      </w:r>
    </w:p>
    <w:p/>
    <w:p>
      <w:r>
        <w:t>“I don’t know.”</w:t>
      </w:r>
    </w:p>
    <w:p/>
    <w:p>
      <w:r>
        <w:t>“That’s reassuring.”</w:t>
      </w:r>
    </w:p>
    <w:p/>
    <w:p>
      <w:r>
        <w:t>“I know.”</w:t>
      </w:r>
    </w:p>
    <w:p/>
    <w:p>
      <w:r>
        <w:t>Elsie’s eyes burned.</w:t>
      </w:r>
    </w:p>
    <w:p/>
    <w:p>
      <w:r>
        <w:t>She hated this.</w:t>
      </w:r>
    </w:p>
    <w:p/>
    <w:p>
      <w:r>
        <w:t>She wanted the old version of herself for five minutes.</w:t>
      </w:r>
    </w:p>
    <w:p/>
    <w:p>
      <w:r>
        <w:t>The one who could promise not to tell.</w:t>
      </w:r>
    </w:p>
    <w:p/>
    <w:p>
      <w:r>
        <w:t>The one who could make Ava happy right now and deal with consequences later.</w:t>
      </w:r>
    </w:p>
    <w:p/>
    <w:p>
      <w:r>
        <w:t>Except that version of Elsie had not protected Maddie.</w:t>
      </w:r>
    </w:p>
    <w:p/>
    <w:p>
      <w:r>
        <w:t>She had only protected herself from Maddie being angry.</w:t>
      </w:r>
    </w:p>
    <w:p/>
    <w:p>
      <w:r>
        <w:t>Elsie swallowed.</w:t>
      </w:r>
    </w:p>
    <w:p/>
    <w:p>
      <w:r>
        <w:t>“I think your mom needs to know you didn’t tell her everything.”</w:t>
      </w:r>
    </w:p>
    <w:p/>
    <w:p>
      <w:r>
        <w:t>Ava’s face closed.</w:t>
      </w:r>
    </w:p>
    <w:p/>
    <w:p>
      <w:r>
        <w:t>“No.”</w:t>
      </w:r>
    </w:p>
    <w:p/>
    <w:p>
      <w:r>
        <w:t>There.</w:t>
      </w:r>
    </w:p>
    <w:p/>
    <w:p>
      <w:r>
        <w:t>Fear.</w:t>
      </w:r>
    </w:p>
    <w:p/>
    <w:p>
      <w:r>
        <w:t>Elsie’s.</w:t>
      </w:r>
    </w:p>
    <w:p/>
    <w:p>
      <w:r>
        <w:t>Not proof.</w:t>
      </w:r>
    </w:p>
    <w:p/>
    <w:p>
      <w:r>
        <w:t>Just fear.</w:t>
      </w:r>
    </w:p>
    <w:p/>
    <w:p>
      <w:r>
        <w:t>“I told you first.”</w:t>
      </w:r>
    </w:p>
    <w:p/>
    <w:p>
      <w:r>
        <w:t>“No.”</w:t>
      </w:r>
    </w:p>
    <w:p/>
    <w:p>
      <w:r>
        <w:t>“Ava.”</w:t>
      </w:r>
    </w:p>
    <w:p/>
    <w:p>
      <w:r>
        <w:t>“No. That is not what you promised.”</w:t>
      </w:r>
    </w:p>
    <w:p/>
    <w:p>
      <w:r>
        <w:t>Elsie stopped.</w:t>
      </w:r>
    </w:p>
    <w:p/>
    <w:p>
      <w:r>
        <w:t>Ava’s voice shook.</w:t>
      </w:r>
    </w:p>
    <w:p/>
    <w:p>
      <w:r>
        <w:t>“You said if you thought I wasn’t safe, you’d tell me first and then get an adult.”</w:t>
      </w:r>
    </w:p>
    <w:p/>
    <w:p>
      <w:r>
        <w:t>“Yes.”</w:t>
      </w:r>
    </w:p>
    <w:p/>
    <w:p>
      <w:r>
        <w:t>“You just said you believe I’m safe.”</w:t>
      </w:r>
    </w:p>
    <w:p/>
    <w:p>
      <w:r>
        <w:t>“I do.”</w:t>
      </w:r>
    </w:p>
    <w:p/>
    <w:p>
      <w:r>
        <w:t>“Then you don’t get to change the rules because you’re anxious.”</w:t>
      </w:r>
    </w:p>
    <w:p/>
    <w:p>
      <w:r>
        <w:t>That landed.</w:t>
      </w:r>
    </w:p>
    <w:p/>
    <w:p>
      <w:r>
        <w:t>Because Ava was right.</w:t>
      </w:r>
    </w:p>
    <w:p/>
    <w:p>
      <w:r>
        <w:t>At least partly.</w:t>
      </w:r>
    </w:p>
    <w:p/>
    <w:p>
      <w:r>
        <w:t>Elsie looked down.</w:t>
      </w:r>
    </w:p>
    <w:p/>
    <w:p>
      <w:r>
        <w:t>“No.”</w:t>
      </w:r>
    </w:p>
    <w:p/>
    <w:p>
      <w:r>
        <w:t>Ava blinked.</w:t>
      </w:r>
    </w:p>
    <w:p/>
    <w:p>
      <w:r>
        <w:t>“No what?”</w:t>
      </w:r>
    </w:p>
    <w:p/>
    <w:p>
      <w:r>
        <w:t>“No, I don’t get to change the rules because I’m anxious.”</w:t>
      </w:r>
    </w:p>
    <w:p/>
    <w:p>
      <w:r>
        <w:t>Ava’s shoulders dropped slightly.</w:t>
      </w:r>
    </w:p>
    <w:p/>
    <w:p>
      <w:r>
        <w:t>Elsie continued.</w:t>
      </w:r>
    </w:p>
    <w:p/>
    <w:p>
      <w:r>
        <w:t>“But I also don’t think safe is the only line.”</w:t>
      </w:r>
    </w:p>
    <w:p/>
    <w:p>
      <w:r>
        <w:t>Ava looked angry now.</w:t>
      </w:r>
    </w:p>
    <w:p/>
    <w:p>
      <w:r>
        <w:t>“You said it was.”</w:t>
      </w:r>
    </w:p>
    <w:p/>
    <w:p>
      <w:r>
        <w:t>“I know.”</w:t>
      </w:r>
    </w:p>
    <w:p/>
    <w:p>
      <w:r>
        <w:t>“Then what does your promise even mean?”</w:t>
      </w:r>
    </w:p>
    <w:p/>
    <w:p>
      <w:r>
        <w:t>Elsie didn’t have an answer.</w:t>
      </w:r>
    </w:p>
    <w:p/>
    <w:p>
      <w:r>
        <w:t>Her mother’s headlights appeared at the end of the street.</w:t>
      </w:r>
    </w:p>
    <w:p/>
    <w:p>
      <w:r>
        <w:t>Too soon.</w:t>
      </w:r>
    </w:p>
    <w:p/>
    <w:p>
      <w:r>
        <w:t>Of course.</w:t>
      </w:r>
    </w:p>
    <w:p/>
    <w:p>
      <w:r>
        <w:t>Ava stood.</w:t>
      </w:r>
    </w:p>
    <w:p/>
    <w:p>
      <w:r>
        <w:t>“I shouldn’t have told you.”</w:t>
      </w:r>
    </w:p>
    <w:p/>
    <w:p>
      <w:r>
        <w:t>The words hurt exactly where they were supposed to.</w:t>
      </w:r>
    </w:p>
    <w:p/>
    <w:p>
      <w:r>
        <w:t>Elsie stood too.</w:t>
      </w:r>
    </w:p>
    <w:p/>
    <w:p>
      <w:r>
        <w:t>“I’m glad you did.”</w:t>
      </w:r>
    </w:p>
    <w:p/>
    <w:p>
      <w:r>
        <w:t>“I’m not.”</w:t>
      </w:r>
    </w:p>
    <w:p/>
    <w:p>
      <w:r>
        <w:t>“I know.”</w:t>
      </w:r>
    </w:p>
    <w:p/>
    <w:p>
      <w:r>
        <w:t>Her mom pulled up.</w:t>
      </w:r>
    </w:p>
    <w:p/>
    <w:p>
      <w:r>
        <w:t>Ava opened the back door.</w:t>
      </w:r>
    </w:p>
    <w:p/>
    <w:p>
      <w:r>
        <w:t>Elsie got in front.</w:t>
      </w:r>
    </w:p>
    <w:p/>
    <w:p>
      <w:r>
        <w:t>The entire ride to Ava’s house was silent.</w:t>
      </w:r>
    </w:p>
    <w:p/>
    <w:p>
      <w:r>
        <w:t>Her mom noticed.</w:t>
      </w:r>
    </w:p>
    <w:p/>
    <w:p>
      <w:r>
        <w:t>Of course she did.</w:t>
      </w:r>
    </w:p>
    <w:p/>
    <w:p>
      <w:r>
        <w:t>She said nothing.</w:t>
      </w:r>
    </w:p>
    <w:p/>
    <w:p>
      <w:r>
        <w:t>When they reached the Walkers’ driveway, Ava opened the door.</w:t>
      </w:r>
    </w:p>
    <w:p/>
    <w:p>
      <w:r>
        <w:t>Elsie turned.</w:t>
      </w:r>
    </w:p>
    <w:p/>
    <w:p>
      <w:r>
        <w:t>“Ava.”</w:t>
      </w:r>
    </w:p>
    <w:p/>
    <w:p>
      <w:r>
        <w:t>Ava looked at her.</w:t>
      </w:r>
    </w:p>
    <w:p/>
    <w:p>
      <w:r>
        <w:t>“I’m not calling your mom tonight.”</w:t>
      </w:r>
    </w:p>
    <w:p/>
    <w:p>
      <w:r>
        <w:t>Ava’s face changed.</w:t>
      </w:r>
    </w:p>
    <w:p/>
    <w:p>
      <w:r>
        <w:t>Relief.</w:t>
      </w:r>
    </w:p>
    <w:p/>
    <w:p>
      <w:r>
        <w:t>Then suspicion.</w:t>
      </w:r>
    </w:p>
    <w:p/>
    <w:p>
      <w:r>
        <w:t>“But?”</w:t>
      </w:r>
    </w:p>
    <w:p/>
    <w:p>
      <w:r>
        <w:t>“No but.”</w:t>
      </w:r>
    </w:p>
    <w:p/>
    <w:p>
      <w:r>
        <w:t>Ava waited.</w:t>
      </w:r>
    </w:p>
    <w:p/>
    <w:p>
      <w:r>
        <w:t>Elsie said:</w:t>
      </w:r>
    </w:p>
    <w:p/>
    <w:p>
      <w:r>
        <w:t>“I heard you.”</w:t>
      </w:r>
    </w:p>
    <w:p/>
    <w:p>
      <w:r>
        <w:t>Ava nodded once.</w:t>
      </w:r>
    </w:p>
    <w:p/>
    <w:p>
      <w:r>
        <w:t>Then got out.</w:t>
      </w:r>
    </w:p>
    <w:p/>
    <w:p>
      <w:r>
        <w:t>Her mom waited until Ava was inside.</w:t>
      </w:r>
    </w:p>
    <w:p/>
    <w:p>
      <w:r>
        <w:t>“What happened?”</w:t>
      </w:r>
    </w:p>
    <w:p/>
    <w:p>
      <w:r>
        <w:t>Elsie stared through the windshield.</w:t>
      </w:r>
    </w:p>
    <w:p/>
    <w:p>
      <w:r>
        <w:t>“I don’t know.”</w:t>
      </w:r>
    </w:p>
    <w:p/>
    <w:p>
      <w:r>
        <w:t>Her mom nodded.</w:t>
      </w:r>
    </w:p>
    <w:p/>
    <w:p>
      <w:r>
        <w:t>Elsie looked at her.</w:t>
      </w:r>
    </w:p>
    <w:p/>
    <w:p>
      <w:r>
        <w:t>“That’s it?”</w:t>
      </w:r>
    </w:p>
    <w:p/>
    <w:p>
      <w:r>
        <w:t>“You want me to interrogate you?”</w:t>
      </w:r>
    </w:p>
    <w:p/>
    <w:p>
      <w:r>
        <w:t>“No.”</w:t>
      </w:r>
    </w:p>
    <w:p/>
    <w:p>
      <w:r>
        <w:t>“Then no.”</w:t>
      </w:r>
    </w:p>
    <w:p/>
    <w:p>
      <w:r>
        <w:t>Her mom put the car in reverse.</w:t>
      </w:r>
    </w:p>
    <w:p/>
    <w:p>
      <w:r>
        <w:t>Elsie looked back at Ava’s house.</w:t>
      </w:r>
    </w:p>
    <w:p/>
    <w:p>
      <w:r>
        <w:t>Porch light.</w:t>
      </w:r>
    </w:p>
    <w:p/>
    <w:p>
      <w:r>
        <w:t>Kitchen window.</w:t>
      </w:r>
    </w:p>
    <w:p/>
    <w:p>
      <w:r>
        <w:t>Mrs. Walker moving behind it.</w:t>
      </w:r>
    </w:p>
    <w:p/>
    <w:p>
      <w:r>
        <w:t>Adult involved.</w:t>
      </w:r>
    </w:p>
    <w:p/>
    <w:p>
      <w:r>
        <w:t>Doctor involved.</w:t>
      </w:r>
    </w:p>
    <w:p/>
    <w:p>
      <w:r>
        <w:t>Counselor Friday.</w:t>
      </w:r>
    </w:p>
    <w:p/>
    <w:p>
      <w:r>
        <w:t>Ava safe.</w:t>
      </w:r>
    </w:p>
    <w:p/>
    <w:p>
      <w:r>
        <w:t>Four things.</w:t>
      </w:r>
    </w:p>
    <w:p/>
    <w:p>
      <w:r>
        <w:t>Four signs.</w:t>
      </w:r>
    </w:p>
    <w:p/>
    <w:p>
      <w:r>
        <w:t>Maybe enough.</w:t>
      </w:r>
    </w:p>
    <w:p/>
    <w:p>
      <w:r>
        <w:t>Thursday morning, Ava ate nothing at lunch.</w:t>
      </w:r>
    </w:p>
    <w:p/>
    <w:p>
      <w:r>
        <w:t>Elsie noticed.</w:t>
      </w:r>
    </w:p>
    <w:p/>
    <w:p>
      <w:r>
        <w:t>Did not count.</w:t>
      </w:r>
    </w:p>
    <w:p/>
    <w:p>
      <w:r>
        <w:t>Did not stare.</w:t>
      </w:r>
    </w:p>
    <w:p/>
    <w:p>
      <w:r>
        <w:t>Did not ask.</w:t>
      </w:r>
    </w:p>
    <w:p/>
    <w:p>
      <w:r>
        <w:t>Ava talked normally.</w:t>
      </w:r>
    </w:p>
    <w:p/>
    <w:p>
      <w:r>
        <w:t>Laughed when Mason dropped his fork.</w:t>
      </w:r>
    </w:p>
    <w:p/>
    <w:p>
      <w:r>
        <w:t>Called Maddie a parasite for stealing a chip.</w:t>
      </w:r>
    </w:p>
    <w:p/>
    <w:p>
      <w:r>
        <w:t>Looked normal.</w:t>
      </w:r>
    </w:p>
    <w:p/>
    <w:p>
      <w:r>
        <w:t>There it was again.</w:t>
      </w:r>
    </w:p>
    <w:p/>
    <w:p>
      <w:r>
        <w:t>Elsie hated that word.</w:t>
      </w:r>
    </w:p>
    <w:p/>
    <w:p>
      <w:r>
        <w:t>After lunch, Elsie went to the bathroom.</w:t>
      </w:r>
    </w:p>
    <w:p/>
    <w:p>
      <w:r>
        <w:t>Ava came in three minutes later.</w:t>
      </w:r>
    </w:p>
    <w:p/>
    <w:p>
      <w:r>
        <w:t>She didn’t know Elsie was there.</w:t>
      </w:r>
    </w:p>
    <w:p/>
    <w:p>
      <w:r>
        <w:t>Elsie was inside a stall.</w:t>
      </w:r>
    </w:p>
    <w:p/>
    <w:p>
      <w:r>
        <w:t>Ava stood at the sink.</w:t>
      </w:r>
    </w:p>
    <w:p/>
    <w:p>
      <w:r>
        <w:t>Water ran.</w:t>
      </w:r>
    </w:p>
    <w:p/>
    <w:p>
      <w:r>
        <w:t>Stopped.</w:t>
      </w:r>
    </w:p>
    <w:p/>
    <w:p>
      <w:r>
        <w:t>Silence.</w:t>
      </w:r>
    </w:p>
    <w:p/>
    <w:p>
      <w:r>
        <w:t>Then Elsie heard Ava crying.</w:t>
      </w:r>
    </w:p>
    <w:p/>
    <w:p>
      <w:r>
        <w:t>Quietly.</w:t>
      </w:r>
    </w:p>
    <w:p/>
    <w:p>
      <w:r>
        <w:t>Not dramatic.</w:t>
      </w:r>
    </w:p>
    <w:p/>
    <w:p>
      <w:r>
        <w:t>One breath.</w:t>
      </w:r>
    </w:p>
    <w:p/>
    <w:p>
      <w:r>
        <w:t>Then another.</w:t>
      </w:r>
    </w:p>
    <w:p/>
    <w:p>
      <w:r>
        <w:t>Elsie sat completely still.</w:t>
      </w:r>
    </w:p>
    <w:p/>
    <w:p>
      <w:r>
        <w:t>She could announce herself.</w:t>
      </w:r>
    </w:p>
    <w:p/>
    <w:p>
      <w:r>
        <w:t>She could wait.</w:t>
      </w:r>
    </w:p>
    <w:p/>
    <w:p>
      <w:r>
        <w:t>She could pretend she hadn’t heard.</w:t>
      </w:r>
    </w:p>
    <w:p/>
    <w:p>
      <w:r>
        <w:t>Before she decided, Ava’s phone rang.</w:t>
      </w:r>
    </w:p>
    <w:p/>
    <w:p>
      <w:r>
        <w:t>Ava answered.</w:t>
      </w:r>
    </w:p>
    <w:p/>
    <w:p>
      <w:r>
        <w:t>“Hi, Mom.”</w:t>
      </w:r>
    </w:p>
    <w:p/>
    <w:p>
      <w:r>
        <w:t>Pause.</w:t>
      </w:r>
    </w:p>
    <w:p/>
    <w:p>
      <w:r>
        <w:t>“No. I’m fine.”</w:t>
      </w:r>
    </w:p>
    <w:p/>
    <w:p>
      <w:r>
        <w:t>Elsie closed her eyes.</w:t>
      </w:r>
    </w:p>
    <w:p/>
    <w:p>
      <w:r>
        <w:t>Fine.</w:t>
      </w:r>
    </w:p>
    <w:p/>
    <w:p>
      <w:r>
        <w:t>No number.</w:t>
      </w:r>
    </w:p>
    <w:p/>
    <w:p>
      <w:r>
        <w:t>Ava listened.</w:t>
      </w:r>
    </w:p>
    <w:p/>
    <w:p>
      <w:r>
        <w:t>“Yeah. I know.”</w:t>
      </w:r>
    </w:p>
    <w:p/>
    <w:p>
      <w:r>
        <w:t>Pause.</w:t>
      </w:r>
    </w:p>
    <w:p/>
    <w:p>
      <w:r>
        <w:t>“</w:t>
      </w:r>
      <w:r>
        <w:rPr>
          <w:i/>
        </w:rPr>
        <w:t>I’ll eat after school.</w:t>
      </w:r>
      <w:r>
        <w:t>”</w:t>
      </w:r>
    </w:p>
    <w:p/>
    <w:p>
      <w:r>
        <w:t>Elsie’s stomach tightened.</w:t>
      </w:r>
    </w:p>
    <w:p/>
    <w:p>
      <w:r>
        <w:t>Another pause.</w:t>
      </w:r>
    </w:p>
    <w:p/>
    <w:p>
      <w:r>
        <w:t>“I said I will.”</w:t>
      </w:r>
    </w:p>
    <w:p/>
    <w:p>
      <w:r>
        <w:t>Ava hung up.</w:t>
      </w:r>
    </w:p>
    <w:p/>
    <w:p>
      <w:r>
        <w:t>Water ran again.</w:t>
      </w:r>
    </w:p>
    <w:p/>
    <w:p>
      <w:r>
        <w:t>Then the door opened.</w:t>
      </w:r>
    </w:p>
    <w:p/>
    <w:p>
      <w:r>
        <w:t>Closed.</w:t>
      </w:r>
    </w:p>
    <w:p/>
    <w:p>
      <w:r>
        <w:t>Elsie stayed in the stall.</w:t>
      </w:r>
    </w:p>
    <w:p/>
    <w:p>
      <w:r>
        <w:t>Heart pounding.</w:t>
      </w:r>
    </w:p>
    <w:p/>
    <w:p>
      <w:r>
        <w:t>What did she actually know?</w:t>
      </w:r>
    </w:p>
    <w:p/>
    <w:p>
      <w:r>
        <w:t>Ava had not eaten lunch.</w:t>
      </w:r>
    </w:p>
    <w:p/>
    <w:p>
      <w:r>
        <w:t>Ava had cried.</w:t>
      </w:r>
    </w:p>
    <w:p/>
    <w:p>
      <w:r>
        <w:t>Ava had told her mom she would eat later.</w:t>
      </w:r>
    </w:p>
    <w:p/>
    <w:p>
      <w:r>
        <w:t>None of those things meant immediate danger.</w:t>
      </w:r>
    </w:p>
    <w:p/>
    <w:p>
      <w:r>
        <w:t>Her mom knew something was wrong.</w:t>
      </w:r>
    </w:p>
    <w:p/>
    <w:p>
      <w:r>
        <w:t>Doctor.</w:t>
      </w:r>
    </w:p>
    <w:p/>
    <w:p>
      <w:r>
        <w:t>Outside counselor Friday after school.</w:t>
      </w:r>
    </w:p>
    <w:p/>
    <w:p>
      <w:r>
        <w:t>Help was involved.</w:t>
      </w:r>
    </w:p>
    <w:p/>
    <w:p>
      <w:r>
        <w:t>Elsie could wait one day.</w:t>
      </w:r>
    </w:p>
    <w:p/>
    <w:p>
      <w:r>
        <w:t>One more sign.</w:t>
      </w:r>
    </w:p>
    <w:p/>
    <w:p>
      <w:r>
        <w:t>Her stomach dropped.</w:t>
      </w:r>
    </w:p>
    <w:p/>
    <w:p>
      <w:r>
        <w:t>She hated the phrase.</w:t>
      </w:r>
    </w:p>
    <w:p/>
    <w:p>
      <w:r>
        <w:t>At home, she opened Judges again.</w:t>
      </w:r>
    </w:p>
    <w:p/>
    <w:p>
      <w:r>
        <w:t>Gideon.</w:t>
      </w:r>
    </w:p>
    <w:p/>
    <w:p>
      <w:r>
        <w:t>Fleece.</w:t>
      </w:r>
    </w:p>
    <w:p/>
    <w:p>
      <w:r>
        <w:t>Wet.</w:t>
      </w:r>
    </w:p>
    <w:p/>
    <w:p>
      <w:r>
        <w:t>Dry.</w:t>
      </w:r>
    </w:p>
    <w:p/>
    <w:p>
      <w:r>
        <w:t>One more sign.</w:t>
      </w:r>
    </w:p>
    <w:p/>
    <w:p>
      <w:r>
        <w:t>Then the army.</w:t>
      </w:r>
    </w:p>
    <w:p/>
    <w:p>
      <w:r>
        <w:t>Thirty-two thousand.</w:t>
      </w:r>
    </w:p>
    <w:p/>
    <w:p>
      <w:r>
        <w:t>Too many.</w:t>
      </w:r>
    </w:p>
    <w:p/>
    <w:p>
      <w:r>
        <w:t>Ten thousand.</w:t>
      </w:r>
    </w:p>
    <w:p/>
    <w:p>
      <w:r>
        <w:t>Still too many.</w:t>
      </w:r>
    </w:p>
    <w:p/>
    <w:p>
      <w:r>
        <w:t>Three hundred.</w:t>
      </w:r>
    </w:p>
    <w:p/>
    <w:p>
      <w:r>
        <w:t>Elsie had thought the lesson was about courage.</w:t>
      </w:r>
    </w:p>
    <w:p/>
    <w:p>
      <w:r>
        <w:t>Maybe it was.</w:t>
      </w:r>
    </w:p>
    <w:p/>
    <w:p>
      <w:r>
        <w:t>Maybe it wasn’t.</w:t>
      </w:r>
    </w:p>
    <w:p/>
    <w:p>
      <w:r>
        <w:t>She was not turning Gideon into a sentence either.</w:t>
      </w:r>
    </w:p>
    <w:p/>
    <w:p>
      <w:r>
        <w:t>But she could see herself clearly enough to be annoyed.</w:t>
      </w:r>
    </w:p>
    <w:p/>
    <w:p>
      <w:r>
        <w:t>She kept asking for one more piece of evidence because evidence promised something it could not give her.</w:t>
      </w:r>
    </w:p>
    <w:p/>
    <w:p>
      <w:r>
        <w:t>Certainty.</w:t>
      </w:r>
    </w:p>
    <w:p/>
    <w:p>
      <w:r>
        <w:t>If Ava skipped lunch tomorrow—</w:t>
      </w:r>
    </w:p>
    <w:p/>
    <w:p>
      <w:r>
        <w:t>If Ava said something worse—</w:t>
      </w:r>
    </w:p>
    <w:p/>
    <w:p>
      <w:r>
        <w:t>If the counselor appointment didn’t happen—</w:t>
      </w:r>
    </w:p>
    <w:p/>
    <w:p>
      <w:r>
        <w:t>If her mom seemed less involved—</w:t>
      </w:r>
    </w:p>
    <w:p/>
    <w:p>
      <w:r>
        <w:t>If.</w:t>
      </w:r>
    </w:p>
    <w:p/>
    <w:p>
      <w:r>
        <w:t>If.</w:t>
      </w:r>
    </w:p>
    <w:p/>
    <w:p>
      <w:r>
        <w:t>If.</w:t>
      </w:r>
    </w:p>
    <w:p/>
    <w:p>
      <w:r>
        <w:t>At some point, waiting for proof became a decision too.</w:t>
      </w:r>
    </w:p>
    <w:p/>
    <w:p>
      <w:r>
        <w:t>That did not mean acting was automatically right.</w:t>
      </w:r>
    </w:p>
    <w:p/>
    <w:p>
      <w:r>
        <w:t>Hannah had said that.</w:t>
      </w:r>
    </w:p>
    <w:p/>
    <w:p>
      <w:r>
        <w:rPr>
          <w:i/>
        </w:rPr>
        <w:t>Fear isn't proof.</w:t>
      </w:r>
    </w:p>
    <w:p/>
    <w:p>
      <w:r>
        <w:t>Elsie wrote it down.</w:t>
      </w:r>
    </w:p>
    <w:p/>
    <w:p>
      <w:r>
        <w:t>Then:</w:t>
      </w:r>
    </w:p>
    <w:p/>
    <w:p>
      <w:r>
        <w:rPr>
          <w:i/>
        </w:rPr>
        <w:t>Neither is reassurance.</w:t>
      </w:r>
    </w:p>
    <w:p/>
    <w:p>
      <w:r>
        <w:t>She stared.</w:t>
      </w:r>
    </w:p>
    <w:p/>
    <w:p>
      <w:r>
        <w:t>Was that true?</w:t>
      </w:r>
    </w:p>
    <w:p/>
    <w:p>
      <w:r>
        <w:t>Sometimes reassurance was proof.</w:t>
      </w:r>
    </w:p>
    <w:p/>
    <w:p>
      <w:r>
        <w:t>Or evidence.</w:t>
      </w:r>
    </w:p>
    <w:p/>
    <w:p>
      <w:r>
        <w:t>Or just reassurance.</w:t>
      </w:r>
    </w:p>
    <w:p/>
    <w:p>
      <w:r>
        <w:t>This was exhausting.</w:t>
      </w:r>
    </w:p>
    <w:p/>
    <w:p>
      <w:r>
        <w:t>She crossed out both lines.</w:t>
      </w:r>
    </w:p>
    <w:p/>
    <w:p>
      <w:r>
        <w:t>Then wrote:</w:t>
      </w:r>
    </w:p>
    <w:p/>
    <w:p>
      <w:r>
        <w:rPr>
          <w:i/>
        </w:rPr>
        <w:t>I want a fleece.</w:t>
      </w:r>
    </w:p>
    <w:p/>
    <w:p>
      <w:r>
        <w:t>Underneath:</w:t>
      </w:r>
    </w:p>
    <w:p/>
    <w:p>
      <w:r>
        <w:rPr>
          <w:i/>
        </w:rPr>
        <w:t>I want God to make the ground wet and the wool dry and then reverse it and maybe send me a signed letter.</w:t>
      </w:r>
    </w:p>
    <w:p/>
    <w:p>
      <w:r>
        <w:t>She smiled despite herself.</w:t>
      </w:r>
    </w:p>
    <w:p/>
    <w:p>
      <w:r>
        <w:t>Then:</w:t>
      </w:r>
    </w:p>
    <w:p/>
    <w:p>
      <w:r>
        <w:rPr>
          <w:i/>
        </w:rPr>
        <w:t>I want to know I’m right before I do anything that could make someone angry.</w:t>
      </w:r>
    </w:p>
    <w:p/>
    <w:p>
      <w:r>
        <w:t>There.</w:t>
      </w:r>
    </w:p>
    <w:p/>
    <w:p>
      <w:r>
        <w:t>Elsie stopped smiling.</w:t>
      </w:r>
    </w:p>
    <w:p/>
    <w:p>
      <w:r>
        <w:t>That was closer.</w:t>
      </w:r>
    </w:p>
    <w:p/>
    <w:p>
      <w:r>
        <w:t>Her phone buzzed.</w:t>
      </w:r>
    </w:p>
    <w:p/>
    <w:p>
      <w:r>
        <w:t>Mason.</w:t>
      </w:r>
    </w:p>
    <w:p/>
    <w:p>
      <w:r>
        <w:rPr>
          <w:b/>
        </w:rPr>
        <w:t>Mason:</w:t>
      </w:r>
      <w:r>
        <w:t xml:space="preserve"> question</w:t>
      </w:r>
    </w:p>
    <w:p/>
    <w:p>
      <w:r>
        <w:rPr>
          <w:b/>
        </w:rPr>
        <w:t>Elsie:</w:t>
      </w:r>
      <w:r>
        <w:t xml:space="preserve"> answer</w:t>
      </w:r>
    </w:p>
    <w:p/>
    <w:p>
      <w:r>
        <w:rPr>
          <w:b/>
        </w:rPr>
        <w:t>Mason:</w:t>
      </w:r>
      <w:r>
        <w:t xml:space="preserve"> you don’t know the question</w:t>
      </w:r>
    </w:p>
    <w:p/>
    <w:p>
      <w:r>
        <w:rPr>
          <w:b/>
        </w:rPr>
        <w:t>Elsie:</w:t>
      </w:r>
      <w:r>
        <w:t xml:space="preserve"> maintaining brand consistency</w:t>
      </w:r>
    </w:p>
    <w:p/>
    <w:p>
      <w:r>
        <w:rPr>
          <w:b/>
        </w:rPr>
        <w:t>Mason:</w:t>
      </w:r>
      <w:r>
        <w:t xml:space="preserve"> fair</w:t>
      </w:r>
    </w:p>
    <w:p/>
    <w:p>
      <w:r>
        <w:t>Then:</w:t>
      </w:r>
    </w:p>
    <w:p/>
    <w:p>
      <w:r>
        <w:rPr>
          <w:b/>
        </w:rPr>
        <w:t>Mason:</w:t>
      </w:r>
      <w:r>
        <w:t xml:space="preserve"> do you want coffee tomorrow before school</w:t>
      </w:r>
    </w:p>
    <w:p/>
    <w:p>
      <w:r>
        <w:t>Elsie stared.</w:t>
      </w:r>
    </w:p>
    <w:p/>
    <w:p>
      <w:r>
        <w:t>Normal life.</w:t>
      </w:r>
    </w:p>
    <w:p/>
    <w:p>
      <w:r>
        <w:t>Still happening.</w:t>
      </w:r>
    </w:p>
    <w:p/>
    <w:p>
      <w:r>
        <w:rPr>
          <w:b/>
        </w:rPr>
        <w:t>Elsie:</w:t>
      </w:r>
      <w:r>
        <w:t xml:space="preserve"> yes</w:t>
      </w:r>
    </w:p>
    <w:p/>
    <w:p>
      <w:r>
        <w:rPr>
          <w:b/>
        </w:rPr>
        <w:t>Mason:</w:t>
      </w:r>
      <w:r>
        <w:t xml:space="preserve"> actual yes?</w:t>
      </w:r>
    </w:p>
    <w:p/>
    <w:p>
      <w:r>
        <w:t>She smiled.</w:t>
      </w:r>
    </w:p>
    <w:p/>
    <w:p>
      <w:r>
        <w:rPr>
          <w:b/>
        </w:rPr>
        <w:t>Elsie:</w:t>
      </w:r>
      <w:r>
        <w:t xml:space="preserve"> actual yes</w:t>
      </w:r>
    </w:p>
    <w:p/>
    <w:p>
      <w:r>
        <w:t>Friday morning, Mason handed her a coffee in the school parking lot.</w:t>
      </w:r>
    </w:p>
    <w:p/>
    <w:p>
      <w:r>
        <w:t>“You look tired.”</w:t>
      </w:r>
    </w:p>
    <w:p/>
    <w:p>
      <w:r>
        <w:t>“You really know how to make a girl feel beautiful.”</w:t>
      </w:r>
    </w:p>
    <w:p/>
    <w:p>
      <w:r>
        <w:t>“I bought you coffee.”</w:t>
      </w:r>
    </w:p>
    <w:p/>
    <w:p>
      <w:r>
        <w:t>“Apology accepted.”</w:t>
      </w:r>
    </w:p>
    <w:p/>
    <w:p>
      <w:r>
        <w:t>They walked toward the building.</w:t>
      </w:r>
    </w:p>
    <w:p/>
    <w:p>
      <w:r>
        <w:t>Mason looked at her.</w:t>
      </w:r>
    </w:p>
    <w:p/>
    <w:p>
      <w:r>
        <w:t>“You okay?”</w:t>
      </w:r>
    </w:p>
    <w:p/>
    <w:p>
      <w:r>
        <w:t>Elsie almost said yes.</w:t>
      </w:r>
    </w:p>
    <w:p/>
    <w:p>
      <w:r>
        <w:t>Instead:</w:t>
      </w:r>
    </w:p>
    <w:p/>
    <w:p>
      <w:r>
        <w:t>“I don’t know.”</w:t>
      </w:r>
    </w:p>
    <w:p/>
    <w:p>
      <w:r>
        <w:t>“Fine Number?”</w:t>
      </w:r>
    </w:p>
    <w:p/>
    <w:p>
      <w:r>
        <w:t>“No.”</w:t>
      </w:r>
    </w:p>
    <w:p/>
    <w:p>
      <w:r>
        <w:t>He nodded.</w:t>
      </w:r>
    </w:p>
    <w:p/>
    <w:p>
      <w:r>
        <w:t>No follow-up.</w:t>
      </w:r>
    </w:p>
    <w:p/>
    <w:p>
      <w:r>
        <w:t>That was one of the things she liked about him.</w:t>
      </w:r>
    </w:p>
    <w:p/>
    <w:p>
      <w:r>
        <w:t>Then:</w:t>
      </w:r>
    </w:p>
    <w:p/>
    <w:p>
      <w:r>
        <w:t>“My dad came to church Wednesday.”</w:t>
      </w:r>
    </w:p>
    <w:p/>
    <w:p>
      <w:r>
        <w:t>Elsie stopped.</w:t>
      </w:r>
    </w:p>
    <w:p/>
    <w:p>
      <w:r>
        <w:t>“What?”</w:t>
      </w:r>
    </w:p>
    <w:p/>
    <w:p>
      <w:r>
        <w:t>Mason smiled.</w:t>
      </w:r>
    </w:p>
    <w:p/>
    <w:p>
      <w:r>
        <w:t>Small.</w:t>
      </w:r>
    </w:p>
    <w:p/>
    <w:p>
      <w:r>
        <w:t>“Yeah.”</w:t>
      </w:r>
    </w:p>
    <w:p/>
    <w:p>
      <w:r>
        <w:t>“Because of your mom?”</w:t>
      </w:r>
    </w:p>
    <w:p/>
    <w:p>
      <w:r>
        <w:t>“Kind of.”</w:t>
      </w:r>
    </w:p>
    <w:p/>
    <w:p>
      <w:r>
        <w:t>“Did he—”</w:t>
      </w:r>
    </w:p>
    <w:p/>
    <w:p>
      <w:r>
        <w:t>She stopped.</w:t>
      </w:r>
    </w:p>
    <w:p/>
    <w:p>
      <w:r>
        <w:t>Mason noticed.</w:t>
      </w:r>
    </w:p>
    <w:p/>
    <w:p>
      <w:r>
        <w:t>“What?”</w:t>
      </w:r>
    </w:p>
    <w:p/>
    <w:p>
      <w:r>
        <w:t>“Nothing.”</w:t>
      </w:r>
    </w:p>
    <w:p/>
    <w:p>
      <w:r>
        <w:t>“No, ask.”</w:t>
      </w:r>
    </w:p>
    <w:p/>
    <w:p>
      <w:r>
        <w:t>Elsie looked at him.</w:t>
      </w:r>
    </w:p>
    <w:p/>
    <w:p>
      <w:r>
        <w:t>“Did it fix anything?”</w:t>
      </w:r>
    </w:p>
    <w:p/>
    <w:p>
      <w:r>
        <w:t>Mason laughed.</w:t>
      </w:r>
    </w:p>
    <w:p/>
    <w:p>
      <w:r>
        <w:t>Actually laughed.</w:t>
      </w:r>
    </w:p>
    <w:p/>
    <w:p>
      <w:r>
        <w:t>“No.”</w:t>
      </w:r>
    </w:p>
    <w:p/>
    <w:p>
      <w:r>
        <w:t>“Okay.”</w:t>
      </w:r>
    </w:p>
    <w:p/>
    <w:p>
      <w:r>
        <w:t>“He sat in the back.”</w:t>
      </w:r>
    </w:p>
    <w:p/>
    <w:p>
      <w:r>
        <w:t>“Okay.”</w:t>
      </w:r>
    </w:p>
    <w:p/>
    <w:p>
      <w:r>
        <w:t>“Didn’t sing.”</w:t>
      </w:r>
    </w:p>
    <w:p/>
    <w:p>
      <w:r>
        <w:t>“Okay.”</w:t>
      </w:r>
    </w:p>
    <w:p/>
    <w:p>
      <w:r>
        <w:t>“Complained about the music in the car.”</w:t>
      </w:r>
    </w:p>
    <w:p/>
    <w:p>
      <w:r>
        <w:t>“That feels on brand.”</w:t>
      </w:r>
    </w:p>
    <w:p/>
    <w:p>
      <w:r>
        <w:t>“Very.”</w:t>
      </w:r>
    </w:p>
    <w:p/>
    <w:p>
      <w:r>
        <w:t>Mason looked toward the school.</w:t>
      </w:r>
    </w:p>
    <w:p/>
    <w:p>
      <w:r>
        <w:t>“But he came.”</w:t>
      </w:r>
    </w:p>
    <w:p/>
    <w:p>
      <w:r>
        <w:t>Elsie nodded.</w:t>
      </w:r>
    </w:p>
    <w:p/>
    <w:p>
      <w:r>
        <w:t>“And?”</w:t>
      </w:r>
    </w:p>
    <w:p/>
    <w:p>
      <w:r>
        <w:t>“And nothing.”</w:t>
      </w:r>
    </w:p>
    <w:p/>
    <w:p>
      <w:r>
        <w:t>Mason shrugged.</w:t>
      </w:r>
    </w:p>
    <w:p/>
    <w:p>
      <w:r>
        <w:t>“I still don’t know what I believe.”</w:t>
      </w:r>
    </w:p>
    <w:p/>
    <w:p>
      <w:r>
        <w:t>There it was.</w:t>
      </w:r>
    </w:p>
    <w:p/>
    <w:p>
      <w:r>
        <w:t>No conversion.</w:t>
      </w:r>
    </w:p>
    <w:p/>
    <w:p>
      <w:r>
        <w:t>No neat answer.</w:t>
      </w:r>
    </w:p>
    <w:p/>
    <w:p>
      <w:r>
        <w:t>No proof that one step meant the story was going somewhere Elsie could predict.</w:t>
      </w:r>
    </w:p>
    <w:p/>
    <w:p>
      <w:r>
        <w:t>“Okay,” she said.</w:t>
      </w:r>
    </w:p>
    <w:p/>
    <w:p>
      <w:r>
        <w:t>Mason looked at her.</w:t>
      </w:r>
    </w:p>
    <w:p/>
    <w:p>
      <w:r>
        <w:t>“That’s it?”</w:t>
      </w:r>
    </w:p>
    <w:p/>
    <w:p>
      <w:r>
        <w:t>“I’m evolving.”</w:t>
      </w:r>
    </w:p>
    <w:p/>
    <w:p>
      <w:r>
        <w:t>“Terrifying.”</w:t>
      </w:r>
    </w:p>
    <w:p/>
    <w:p>
      <w:r>
        <w:t>“Everyone says that.”</w:t>
      </w:r>
    </w:p>
    <w:p/>
    <w:p>
      <w:r>
        <w:t>He smiled.</w:t>
      </w:r>
    </w:p>
    <w:p/>
    <w:p>
      <w:r>
        <w:t>Then kissed her quickly before they reached the doors.</w:t>
      </w:r>
    </w:p>
    <w:p/>
    <w:p>
      <w:r>
        <w:t>“See you at lunch.”</w:t>
      </w:r>
    </w:p>
    <w:p/>
    <w:p>
      <w:r>
        <w:t>“Bye.”</w:t>
      </w:r>
    </w:p>
    <w:p/>
    <w:p>
      <w:r>
        <w:t>Elsie watched him walk away.</w:t>
      </w:r>
    </w:p>
    <w:p/>
    <w:p>
      <w:r>
        <w:t>One step.</w:t>
      </w:r>
    </w:p>
    <w:p/>
    <w:p>
      <w:r>
        <w:t>No verdict.</w:t>
      </w:r>
    </w:p>
    <w:p/>
    <w:p>
      <w:r>
        <w:t>She understood something.</w:t>
      </w:r>
    </w:p>
    <w:p/>
    <w:p>
      <w:r>
        <w:t>Not about Mason.</w:t>
      </w:r>
    </w:p>
    <w:p/>
    <w:p>
      <w:r>
        <w:t>About herself.</w:t>
      </w:r>
    </w:p>
    <w:p/>
    <w:p>
      <w:r>
        <w:t>She did not need the ending before she chose the next thing.</w:t>
      </w:r>
    </w:p>
    <w:p/>
    <w:p>
      <w:r>
        <w:t>At lunch, Ava wasn’t there.</w:t>
      </w:r>
    </w:p>
    <w:p/>
    <w:p>
      <w:r>
        <w:t>Elsie texted.</w:t>
      </w:r>
    </w:p>
    <w:p/>
    <w:p>
      <w:r>
        <w:rPr>
          <w:b/>
        </w:rPr>
        <w:t>Elsie:</w:t>
      </w:r>
      <w:r>
        <w:t xml:space="preserve"> where are you</w:t>
      </w:r>
    </w:p>
    <w:p/>
    <w:p>
      <w:r>
        <w:t>No response.</w:t>
      </w:r>
    </w:p>
    <w:p/>
    <w:p>
      <w:r>
        <w:t>Ten minutes.</w:t>
      </w:r>
    </w:p>
    <w:p/>
    <w:p>
      <w:r>
        <w:t>Fifteen.</w:t>
      </w:r>
    </w:p>
    <w:p/>
    <w:p>
      <w:r>
        <w:t>Maddie noticed.</w:t>
      </w:r>
    </w:p>
    <w:p/>
    <w:p>
      <w:r>
        <w:t>“Where’s Ava?”</w:t>
      </w:r>
    </w:p>
    <w:p/>
    <w:p>
      <w:r>
        <w:t>“I don’t know.”</w:t>
      </w:r>
    </w:p>
    <w:p/>
    <w:p>
      <w:r>
        <w:t>Nora looked up.</w:t>
      </w:r>
    </w:p>
    <w:p/>
    <w:p>
      <w:r>
        <w:t>“She was in English.”</w:t>
      </w:r>
    </w:p>
    <w:p/>
    <w:p>
      <w:r>
        <w:t>Elsie checked her phone.</w:t>
      </w:r>
    </w:p>
    <w:p/>
    <w:p>
      <w:r>
        <w:t>Nothing.</w:t>
      </w:r>
    </w:p>
    <w:p/>
    <w:p>
      <w:r>
        <w:t>Twenty minutes.</w:t>
      </w:r>
    </w:p>
    <w:p/>
    <w:p>
      <w:r>
        <w:t>Then:</w:t>
      </w:r>
    </w:p>
    <w:p/>
    <w:p>
      <w:r>
        <w:rPr>
          <w:b/>
        </w:rPr>
        <w:t>Ava:</w:t>
      </w:r>
      <w:r>
        <w:t xml:space="preserve"> counselor</w:t>
      </w:r>
    </w:p>
    <w:p/>
    <w:p>
      <w:r>
        <w:t>Elsie exhaled.</w:t>
      </w:r>
    </w:p>
    <w:p/>
    <w:p>
      <w:r>
        <w:t>Of course.</w:t>
      </w:r>
    </w:p>
    <w:p/>
    <w:p>
      <w:r>
        <w:t>The outside appointment was after school, though.</w:t>
      </w:r>
    </w:p>
    <w:p/>
    <w:p>
      <w:r>
        <w:rPr>
          <w:b/>
        </w:rPr>
        <w:t>Elsie:</w:t>
      </w:r>
      <w:r>
        <w:t xml:space="preserve"> school counselor?</w:t>
      </w:r>
    </w:p>
    <w:p/>
    <w:p>
      <w:r>
        <w:rPr>
          <w:b/>
        </w:rPr>
        <w:t>Ava:</w:t>
      </w:r>
      <w:r>
        <w:t xml:space="preserve"> yeah</w:t>
      </w:r>
    </w:p>
    <w:p/>
    <w:p>
      <w:r>
        <w:t>Then:</w:t>
      </w:r>
    </w:p>
    <w:p/>
    <w:p>
      <w:r>
        <w:rPr>
          <w:b/>
        </w:rPr>
        <w:t>Ava:</w:t>
      </w:r>
      <w:r>
        <w:t xml:space="preserve"> mom called her this morning too</w:t>
      </w:r>
    </w:p>
    <w:p/>
    <w:p>
      <w:r>
        <w:t>Elsie stared at the screen.</w:t>
      </w:r>
    </w:p>
    <w:p/>
    <w:p>
      <w:r>
        <w:t>More help.</w:t>
      </w:r>
    </w:p>
    <w:p/>
    <w:p>
      <w:r>
        <w:t>Already involved.</w:t>
      </w:r>
    </w:p>
    <w:p/>
    <w:p>
      <w:r>
        <w:rPr>
          <w:b/>
        </w:rPr>
        <w:t>Elsie:</w:t>
      </w:r>
      <w:r>
        <w:t xml:space="preserve"> okay</w:t>
      </w:r>
    </w:p>
    <w:p/>
    <w:p>
      <w:r>
        <w:t>Ava hearted it.</w:t>
      </w:r>
    </w:p>
    <w:p/>
    <w:p>
      <w:r>
        <w:t>At 1:18, Ava texted again.</w:t>
      </w:r>
    </w:p>
    <w:p/>
    <w:p>
      <w:r>
        <w:rPr>
          <w:b/>
        </w:rPr>
        <w:t>Ava:</w:t>
      </w:r>
      <w:r>
        <w:t xml:space="preserve"> can you come to the office</w:t>
      </w:r>
    </w:p>
    <w:p/>
    <w:p>
      <w:r>
        <w:t>Elsie stood so quickly her chair scraped.</w:t>
      </w:r>
    </w:p>
    <w:p/>
    <w:p>
      <w:r>
        <w:t>Maddie looked up.</w:t>
      </w:r>
    </w:p>
    <w:p/>
    <w:p>
      <w:r>
        <w:t>“What?”</w:t>
      </w:r>
    </w:p>
    <w:p/>
    <w:p>
      <w:r>
        <w:t>“Ava.”</w:t>
      </w:r>
    </w:p>
    <w:p/>
    <w:p>
      <w:r>
        <w:t>That was enough.</w:t>
      </w:r>
    </w:p>
    <w:p/>
    <w:p>
      <w:r>
        <w:t>The front office secretary looked confused when Elsie arrived.</w:t>
      </w:r>
    </w:p>
    <w:p/>
    <w:p>
      <w:r>
        <w:t>“Ava Walker asked me to come?”</w:t>
      </w:r>
    </w:p>
    <w:p/>
    <w:p>
      <w:r>
        <w:t>Before the woman could answer, Mrs. Walker stepped out of the counseling office.</w:t>
      </w:r>
    </w:p>
    <w:p/>
    <w:p>
      <w:r>
        <w:t>Elsie stopped.</w:t>
      </w:r>
    </w:p>
    <w:p/>
    <w:p>
      <w:r>
        <w:t>Mrs. Walker looked tired.</w:t>
      </w:r>
    </w:p>
    <w:p/>
    <w:p>
      <w:r>
        <w:t>Not crying.</w:t>
      </w:r>
    </w:p>
    <w:p/>
    <w:p>
      <w:r>
        <w:t>Not smiling.</w:t>
      </w:r>
    </w:p>
    <w:p/>
    <w:p>
      <w:r>
        <w:t>Just tired.</w:t>
      </w:r>
    </w:p>
    <w:p/>
    <w:p>
      <w:r>
        <w:t>“Hey, sweetheart.”</w:t>
      </w:r>
    </w:p>
    <w:p/>
    <w:p>
      <w:r>
        <w:t>“Hi.”</w:t>
      </w:r>
    </w:p>
    <w:p/>
    <w:p>
      <w:r>
        <w:t>Elsie’s heart pounded.</w:t>
      </w:r>
    </w:p>
    <w:p/>
    <w:p>
      <w:r>
        <w:t>“Is Ava okay?”</w:t>
      </w:r>
    </w:p>
    <w:p/>
    <w:p>
      <w:r>
        <w:t>Mrs. Walker looked toward the office.</w:t>
      </w:r>
    </w:p>
    <w:p/>
    <w:p>
      <w:r>
        <w:t>“She’s okay.”</w:t>
      </w:r>
    </w:p>
    <w:p/>
    <w:p>
      <w:r>
        <w:t>Elsie waited.</w:t>
      </w:r>
    </w:p>
    <w:p/>
    <w:p>
      <w:r>
        <w:t>Nothing else.</w:t>
      </w:r>
    </w:p>
    <w:p/>
    <w:p>
      <w:r>
        <w:t>Good.</w:t>
      </w:r>
    </w:p>
    <w:p/>
    <w:p>
      <w:r>
        <w:t>Maybe.</w:t>
      </w:r>
    </w:p>
    <w:p/>
    <w:p>
      <w:r>
        <w:t>Then Ava appeared.</w:t>
      </w:r>
    </w:p>
    <w:p/>
    <w:p>
      <w:r>
        <w:t>Eyes red.</w:t>
      </w:r>
    </w:p>
    <w:p/>
    <w:p>
      <w:r>
        <w:t>Mascara mostly gone.</w:t>
      </w:r>
    </w:p>
    <w:p/>
    <w:p>
      <w:r>
        <w:t>She looked at Elsie.</w:t>
      </w:r>
    </w:p>
    <w:p/>
    <w:p>
      <w:r>
        <w:t>“Hi.”</w:t>
      </w:r>
    </w:p>
    <w:p/>
    <w:p>
      <w:r>
        <w:t>“Hi.”</w:t>
      </w:r>
    </w:p>
    <w:p/>
    <w:p>
      <w:r>
        <w:t>Mrs. Walker touched Ava’s shoulder.</w:t>
      </w:r>
    </w:p>
    <w:p/>
    <w:p>
      <w:r>
        <w:t>“I’m going to sign you out.”</w:t>
      </w:r>
    </w:p>
    <w:p/>
    <w:p>
      <w:r>
        <w:t>Ava nodded.</w:t>
      </w:r>
    </w:p>
    <w:p/>
    <w:p>
      <w:r>
        <w:t>Then:</w:t>
      </w:r>
    </w:p>
    <w:p/>
    <w:p>
      <w:r>
        <w:t>“Can Elsie wait with me?”</w:t>
      </w:r>
    </w:p>
    <w:p/>
    <w:p>
      <w:r>
        <w:t>Mrs. Walker looked at Elsie.</w:t>
      </w:r>
    </w:p>
    <w:p/>
    <w:p>
      <w:r>
        <w:t>“If she wants to.”</w:t>
      </w:r>
    </w:p>
    <w:p/>
    <w:p>
      <w:r>
        <w:t>“I want to.”</w:t>
      </w:r>
    </w:p>
    <w:p/>
    <w:p>
      <w:r>
        <w:t>Mrs. Walker went to the desk.</w:t>
      </w:r>
    </w:p>
    <w:p/>
    <w:p>
      <w:r>
        <w:t>Elsie and Ava sat in two plastic chairs beneath a poster about attendance.</w:t>
      </w:r>
    </w:p>
    <w:p/>
    <w:p>
      <w:r>
        <w:t>For a minute, neither spoke.</w:t>
      </w:r>
    </w:p>
    <w:p/>
    <w:p>
      <w:r>
        <w:t>Then Ava said:</w:t>
      </w:r>
    </w:p>
    <w:p/>
    <w:p>
      <w:r>
        <w:t>“I told her.”</w:t>
      </w:r>
    </w:p>
    <w:p/>
    <w:p>
      <w:r>
        <w:t>Elsie looked at her.</w:t>
      </w:r>
    </w:p>
    <w:p/>
    <w:p>
      <w:r>
        <w:t>“Your mom?”</w:t>
      </w:r>
    </w:p>
    <w:p/>
    <w:p>
      <w:r>
        <w:t>Ava nodded.</w:t>
      </w:r>
    </w:p>
    <w:p/>
    <w:p>
      <w:r>
        <w:t>“And the school counselor.”</w:t>
      </w:r>
    </w:p>
    <w:p/>
    <w:p>
      <w:r>
        <w:t>Elsie waited.</w:t>
      </w:r>
    </w:p>
    <w:p/>
    <w:p>
      <w:r>
        <w:t>“Everything?”</w:t>
      </w:r>
    </w:p>
    <w:p/>
    <w:p>
      <w:r>
        <w:t>Ava laughed once.</w:t>
      </w:r>
    </w:p>
    <w:p/>
    <w:p>
      <w:r>
        <w:t>“Probably not everything.”</w:t>
      </w:r>
    </w:p>
    <w:p/>
    <w:p>
      <w:r>
        <w:t>Elsie smiled slightly.</w:t>
      </w:r>
    </w:p>
    <w:p/>
    <w:p>
      <w:r>
        <w:t>“Okay.”</w:t>
      </w:r>
    </w:p>
    <w:p/>
    <w:p>
      <w:r>
        <w:t>“But more.”</w:t>
      </w:r>
    </w:p>
    <w:p/>
    <w:p>
      <w:r>
        <w:t>“Okay.”</w:t>
      </w:r>
    </w:p>
    <w:p/>
    <w:p>
      <w:r>
        <w:t>Ava looked at her hands.</w:t>
      </w:r>
    </w:p>
    <w:p/>
    <w:p>
      <w:r>
        <w:t>“I got scared last night.”</w:t>
      </w:r>
    </w:p>
    <w:p/>
    <w:p>
      <w:r>
        <w:t>Elsie’s chest tightened.</w:t>
      </w:r>
    </w:p>
    <w:p/>
    <w:p>
      <w:r>
        <w:t>She did not interrupt.</w:t>
      </w:r>
    </w:p>
    <w:p/>
    <w:p>
      <w:r>
        <w:t>“I wasn’t going to hurt myself.”</w:t>
      </w:r>
    </w:p>
    <w:p/>
    <w:p>
      <w:r>
        <w:t>Elsie nodded.</w:t>
      </w:r>
    </w:p>
    <w:p/>
    <w:p>
      <w:r>
        <w:t>Ava continued.</w:t>
      </w:r>
    </w:p>
    <w:p/>
    <w:p>
      <w:r>
        <w:t>“It wasn’t that.”</w:t>
      </w:r>
    </w:p>
    <w:p/>
    <w:p>
      <w:r>
        <w:t>“Okay.”</w:t>
      </w:r>
    </w:p>
    <w:p/>
    <w:p>
      <w:r>
        <w:t>“I just…”</w:t>
      </w:r>
    </w:p>
    <w:p/>
    <w:p>
      <w:r>
        <w:t>She swallowed.</w:t>
      </w:r>
    </w:p>
    <w:p/>
    <w:p>
      <w:r>
        <w:t>“I didn’t want to eat dinner.”</w:t>
      </w:r>
    </w:p>
    <w:p/>
    <w:p>
      <w:r>
        <w:t>Elsie waited.</w:t>
      </w:r>
    </w:p>
    <w:p/>
    <w:p>
      <w:r>
        <w:t>“And my mom knew.”</w:t>
      </w:r>
    </w:p>
    <w:p/>
    <w:p>
      <w:r>
        <w:t>Ava’s eyes filled again.</w:t>
      </w:r>
    </w:p>
    <w:p/>
    <w:p>
      <w:r>
        <w:t>“She made pasta.”</w:t>
      </w:r>
    </w:p>
    <w:p/>
    <w:p>
      <w:r>
        <w:t>A tear slipped down.</w:t>
      </w:r>
    </w:p>
    <w:p/>
    <w:p>
      <w:r>
        <w:t>Ava wiped it angrily.</w:t>
      </w:r>
    </w:p>
    <w:p/>
    <w:p>
      <w:r>
        <w:t>“And she sat there.”</w:t>
      </w:r>
    </w:p>
    <w:p/>
    <w:p>
      <w:r>
        <w:t>Elsie said nothing.</w:t>
      </w:r>
    </w:p>
    <w:p/>
    <w:p>
      <w:r>
        <w:t>“She didn’t make me eat.”</w:t>
      </w:r>
    </w:p>
    <w:p/>
    <w:p>
      <w:r>
        <w:t>Another tear.</w:t>
      </w:r>
    </w:p>
    <w:p/>
    <w:p>
      <w:r>
        <w:t>“She just sat there.”</w:t>
      </w:r>
    </w:p>
    <w:p/>
    <w:p>
      <w:r>
        <w:t>Elsie’s throat tightened.</w:t>
      </w:r>
    </w:p>
    <w:p/>
    <w:p>
      <w:r>
        <w:t>“And I got so mad at her.”</w:t>
      </w:r>
    </w:p>
    <w:p/>
    <w:p>
      <w:r>
        <w:t>“Okay.”</w:t>
      </w:r>
    </w:p>
    <w:p/>
    <w:p>
      <w:r>
        <w:t>“I told her I hated her.”</w:t>
      </w:r>
    </w:p>
    <w:p/>
    <w:p>
      <w:r>
        <w:t>Elsie winced.</w:t>
      </w:r>
    </w:p>
    <w:p/>
    <w:p>
      <w:r>
        <w:t>“Then I ate some.”</w:t>
      </w:r>
    </w:p>
    <w:p/>
    <w:p>
      <w:r>
        <w:t>Ava laughed through tears.</w:t>
      </w:r>
    </w:p>
    <w:p/>
    <w:p>
      <w:r>
        <w:t>“Which made me even madder.”</w:t>
      </w:r>
    </w:p>
    <w:p/>
    <w:p>
      <w:r>
        <w:t>“That sounds terrible.”</w:t>
      </w:r>
    </w:p>
    <w:p/>
    <w:p>
      <w:r>
        <w:t>“It was.”</w:t>
      </w:r>
    </w:p>
    <w:p/>
    <w:p>
      <w:r>
        <w:t>Ava looked toward her mom at the desk.</w:t>
      </w:r>
    </w:p>
    <w:p/>
    <w:p>
      <w:r>
        <w:t>“Then this morning I told her I lied to the doctor.”</w:t>
      </w:r>
    </w:p>
    <w:p/>
    <w:p>
      <w:r>
        <w:t>Elsie breathed.</w:t>
      </w:r>
    </w:p>
    <w:p/>
    <w:p>
      <w:r>
        <w:t>“And she called the school counselor?”</w:t>
      </w:r>
    </w:p>
    <w:p/>
    <w:p>
      <w:r>
        <w:t>Ava nodded.</w:t>
      </w:r>
    </w:p>
    <w:p/>
    <w:p>
      <w:r>
        <w:t>“The doctor too.”</w:t>
      </w:r>
    </w:p>
    <w:p/>
    <w:p>
      <w:r>
        <w:t>“Okay.”</w:t>
      </w:r>
    </w:p>
    <w:p/>
    <w:p>
      <w:r>
        <w:t>“I’m going back Monday.”</w:t>
      </w:r>
    </w:p>
    <w:p/>
    <w:p>
      <w:r>
        <w:t>Elsie nodded.</w:t>
      </w:r>
    </w:p>
    <w:p/>
    <w:p>
      <w:r>
        <w:t>“And the outside counselor is still after school?”</w:t>
      </w:r>
    </w:p>
    <w:p/>
    <w:p>
      <w:r>
        <w:t>“Yeah.”</w:t>
      </w:r>
    </w:p>
    <w:p/>
    <w:p>
      <w:r>
        <w:t>Ava looked at her.</w:t>
      </w:r>
    </w:p>
    <w:p/>
    <w:p>
      <w:r>
        <w:t>“I thought you were going to tell her.”</w:t>
      </w:r>
    </w:p>
    <w:p/>
    <w:p>
      <w:r>
        <w:t>Elsie was quiet.</w:t>
      </w:r>
    </w:p>
    <w:p/>
    <w:p>
      <w:r>
        <w:t>“So did I.”</w:t>
      </w:r>
    </w:p>
    <w:p/>
    <w:p>
      <w:r>
        <w:t>“Why didn’t you?”</w:t>
      </w:r>
    </w:p>
    <w:p/>
    <w:p>
      <w:r>
        <w:t>Elsie thought about Gideon.</w:t>
      </w:r>
    </w:p>
    <w:p/>
    <w:p>
      <w:r>
        <w:t>The fleece.</w:t>
      </w:r>
    </w:p>
    <w:p/>
    <w:p>
      <w:r>
        <w:t>The army.</w:t>
      </w:r>
    </w:p>
    <w:p/>
    <w:p>
      <w:r>
        <w:t>Her notebook.</w:t>
      </w:r>
    </w:p>
    <w:p/>
    <w:p>
      <w:r>
        <w:t>Fear.</w:t>
      </w:r>
    </w:p>
    <w:p/>
    <w:p>
      <w:r>
        <w:t>Reassurance.</w:t>
      </w:r>
    </w:p>
    <w:p/>
    <w:p>
      <w:r>
        <w:t>One more sign.</w:t>
      </w:r>
    </w:p>
    <w:p/>
    <w:p>
      <w:r>
        <w:t>“I don’t know.”</w:t>
      </w:r>
    </w:p>
    <w:p/>
    <w:p>
      <w:r>
        <w:t>Ava gave her a look.</w:t>
      </w:r>
    </w:p>
    <w:p/>
    <w:p>
      <w:r>
        <w:t>“Seriously?”</w:t>
      </w:r>
    </w:p>
    <w:p/>
    <w:p>
      <w:r>
        <w:t>“Seriously.”</w:t>
      </w:r>
    </w:p>
    <w:p/>
    <w:p>
      <w:r>
        <w:t>Elsie looked down.</w:t>
      </w:r>
    </w:p>
    <w:p/>
    <w:p>
      <w:r>
        <w:t>“I think I was scared that if I told her, I’d be doing the Maddie thing again.”</w:t>
      </w:r>
    </w:p>
    <w:p/>
    <w:p>
      <w:r>
        <w:t>Ava nodded slightly.</w:t>
      </w:r>
    </w:p>
    <w:p/>
    <w:p>
      <w:r>
        <w:t>“And I was scared that if I didn’t, I’d be doing the other version of the Maddie thing.”</w:t>
      </w:r>
    </w:p>
    <w:p/>
    <w:p>
      <w:r>
        <w:t>“What other version?”</w:t>
      </w:r>
    </w:p>
    <w:p/>
    <w:p>
      <w:r>
        <w:t>“Keeping something because I didn’t want you mad at me.”</w:t>
      </w:r>
    </w:p>
    <w:p/>
    <w:p>
      <w:r>
        <w:t>Ava looked at her.</w:t>
      </w:r>
    </w:p>
    <w:p/>
    <w:p>
      <w:r>
        <w:t>“Oh.”</w:t>
      </w:r>
    </w:p>
    <w:p/>
    <w:p>
      <w:r>
        <w:t>“Yeah.”</w:t>
      </w:r>
    </w:p>
    <w:p/>
    <w:p>
      <w:r>
        <w:t>They sat quietly.</w:t>
      </w:r>
    </w:p>
    <w:p/>
    <w:p>
      <w:r>
        <w:t>Then Elsie said:</w:t>
      </w:r>
    </w:p>
    <w:p/>
    <w:p>
      <w:r>
        <w:t>“I almost told her yesterday.”</w:t>
      </w:r>
    </w:p>
    <w:p/>
    <w:p>
      <w:r>
        <w:t>Ava stiffened.</w:t>
      </w:r>
    </w:p>
    <w:p/>
    <w:p>
      <w:r>
        <w:t>Elsie continued quickly.</w:t>
      </w:r>
    </w:p>
    <w:p/>
    <w:p>
      <w:r>
        <w:t>“I heard you in the bathroom.”</w:t>
      </w:r>
    </w:p>
    <w:p/>
    <w:p>
      <w:r>
        <w:t>Ava stared.</w:t>
      </w:r>
    </w:p>
    <w:p/>
    <w:p>
      <w:r>
        <w:t>“Oh my God.”</w:t>
      </w:r>
    </w:p>
    <w:p/>
    <w:p>
      <w:r>
        <w:t>“I was in the stall.”</w:t>
      </w:r>
    </w:p>
    <w:p/>
    <w:p>
      <w:r>
        <w:t>“Elsie.”</w:t>
      </w:r>
    </w:p>
    <w:p/>
    <w:p>
      <w:r>
        <w:t>“I did not choose the location.”</w:t>
      </w:r>
    </w:p>
    <w:p/>
    <w:p>
      <w:r>
        <w:t>“You heard me crying?”</w:t>
      </w:r>
    </w:p>
    <w:p/>
    <w:p>
      <w:r>
        <w:t>“Yes.”</w:t>
      </w:r>
    </w:p>
    <w:p/>
    <w:p>
      <w:r>
        <w:t>Ava covered her face.</w:t>
      </w:r>
    </w:p>
    <w:p/>
    <w:p>
      <w:r>
        <w:t>“And the call?”</w:t>
      </w:r>
    </w:p>
    <w:p/>
    <w:p>
      <w:r>
        <w:t>“Yes.”</w:t>
      </w:r>
    </w:p>
    <w:p/>
    <w:p>
      <w:r>
        <w:t>“Kill me.”</w:t>
      </w:r>
    </w:p>
    <w:p/>
    <w:p>
      <w:r>
        <w:t>“No.”</w:t>
      </w:r>
    </w:p>
    <w:p/>
    <w:p>
      <w:r>
        <w:t>“Please.”</w:t>
      </w:r>
    </w:p>
    <w:p/>
    <w:p>
      <w:r>
        <w:t>“Against policy.”</w:t>
      </w:r>
    </w:p>
    <w:p/>
    <w:p>
      <w:r>
        <w:t>Ava groaned.</w:t>
      </w:r>
    </w:p>
    <w:p/>
    <w:p>
      <w:r>
        <w:t>Elsie waited.</w:t>
      </w:r>
    </w:p>
    <w:p/>
    <w:p>
      <w:r>
        <w:t>Then:</w:t>
      </w:r>
    </w:p>
    <w:p/>
    <w:p>
      <w:r>
        <w:t>“That was when I thought I should tell your mom.”</w:t>
      </w:r>
    </w:p>
    <w:p/>
    <w:p>
      <w:r>
        <w:t>Ava lowered her hands.</w:t>
      </w:r>
    </w:p>
    <w:p/>
    <w:p>
      <w:r>
        <w:t>“But you didn’t.”</w:t>
      </w:r>
    </w:p>
    <w:p/>
    <w:p>
      <w:r>
        <w:t>“No.”</w:t>
      </w:r>
    </w:p>
    <w:p/>
    <w:p>
      <w:r>
        <w:t>“Why?”</w:t>
      </w:r>
    </w:p>
    <w:p/>
    <w:p>
      <w:r>
        <w:t>“I told myself you had a counselor today.”</w:t>
      </w:r>
    </w:p>
    <w:p/>
    <w:p>
      <w:r>
        <w:t>Ava looked at her.</w:t>
      </w:r>
    </w:p>
    <w:p/>
    <w:p>
      <w:r>
        <w:t>“And your mom knew. And the doctor knew.”</w:t>
      </w:r>
    </w:p>
    <w:p/>
    <w:p>
      <w:r>
        <w:t>Elsie paused.</w:t>
      </w:r>
    </w:p>
    <w:p/>
    <w:p>
      <w:r>
        <w:t>“And I couldn’t tell if those were good reasons to wait or if I was using them because I wanted one more sign.”</w:t>
      </w:r>
    </w:p>
    <w:p/>
    <w:p>
      <w:r>
        <w:t>Ava was quiet.</w:t>
      </w:r>
    </w:p>
    <w:p/>
    <w:p>
      <w:r>
        <w:t>“What did you decide?”</w:t>
      </w:r>
    </w:p>
    <w:p/>
    <w:p>
      <w:r>
        <w:t>“I didn’t.”</w:t>
      </w:r>
    </w:p>
    <w:p/>
    <w:p>
      <w:r>
        <w:t>Ava blinked.</w:t>
      </w:r>
    </w:p>
    <w:p/>
    <w:p>
      <w:r>
        <w:t>“What?”</w:t>
      </w:r>
    </w:p>
    <w:p/>
    <w:p>
      <w:r>
        <w:t>“I still don’t know.”</w:t>
      </w:r>
    </w:p>
    <w:p/>
    <w:p>
      <w:r>
        <w:t>There.</w:t>
      </w:r>
    </w:p>
    <w:p/>
    <w:p>
      <w:r>
        <w:t>No answer.</w:t>
      </w:r>
    </w:p>
    <w:p/>
    <w:p>
      <w:r>
        <w:t>No verdict.</w:t>
      </w:r>
    </w:p>
    <w:p/>
    <w:p>
      <w:r>
        <w:t>“I don’t know if I should have told her yesterday.”</w:t>
      </w:r>
    </w:p>
    <w:p/>
    <w:p>
      <w:r>
        <w:t>Ava looked toward her mom.</w:t>
      </w:r>
    </w:p>
    <w:p/>
    <w:p>
      <w:r>
        <w:t>Elsie continued.</w:t>
      </w:r>
    </w:p>
    <w:p/>
    <w:p>
      <w:r>
        <w:t>“I don’t know if waiting was right.”</w:t>
      </w:r>
    </w:p>
    <w:p/>
    <w:p>
      <w:r>
        <w:t>Ava looked back at her.</w:t>
      </w:r>
    </w:p>
    <w:p/>
    <w:p>
      <w:r>
        <w:t>“And I don’t know if telling her would’ve been right.”</w:t>
      </w:r>
    </w:p>
    <w:p/>
    <w:p>
      <w:r>
        <w:t>“That’s incredibly unsatisfying.”</w:t>
      </w:r>
    </w:p>
    <w:p/>
    <w:p>
      <w:r>
        <w:t>“I know.”</w:t>
      </w:r>
    </w:p>
    <w:p/>
    <w:p>
      <w:r>
        <w:t>Ava leaned back in the chair.</w:t>
      </w:r>
    </w:p>
    <w:p/>
    <w:p>
      <w:r>
        <w:t>“So what did Gideon do?”</w:t>
      </w:r>
    </w:p>
    <w:p/>
    <w:p>
      <w:r>
        <w:t>Elsie smiled.</w:t>
      </w:r>
    </w:p>
    <w:p/>
    <w:p>
      <w:r>
        <w:t>“Had his army reduced to three hundred men.”</w:t>
      </w:r>
    </w:p>
    <w:p/>
    <w:p>
      <w:r>
        <w:t>Ava stared.</w:t>
      </w:r>
    </w:p>
    <w:p/>
    <w:p>
      <w:r>
        <w:t>“That is not helpful.”</w:t>
      </w:r>
    </w:p>
    <w:p/>
    <w:p>
      <w:r>
        <w:t>“No.”</w:t>
      </w:r>
    </w:p>
    <w:p/>
    <w:p>
      <w:r>
        <w:t>“Did he win?”</w:t>
      </w:r>
    </w:p>
    <w:p/>
    <w:p>
      <w:r>
        <w:t>“Yes.”</w:t>
      </w:r>
    </w:p>
    <w:p/>
    <w:p>
      <w:r>
        <w:t>“So there’s your answer.”</w:t>
      </w:r>
    </w:p>
    <w:p/>
    <w:p>
      <w:r>
        <w:t>“No.”</w:t>
      </w:r>
    </w:p>
    <w:p/>
    <w:p>
      <w:r>
        <w:t>Ava frowned.</w:t>
      </w:r>
    </w:p>
    <w:p/>
    <w:p>
      <w:r>
        <w:t>“Why not?”</w:t>
      </w:r>
    </w:p>
    <w:p/>
    <w:p>
      <w:r>
        <w:t>“Because you’re not Midian.”</w:t>
      </w:r>
    </w:p>
    <w:p/>
    <w:p>
      <w:r>
        <w:t>“Good.”</w:t>
      </w:r>
    </w:p>
    <w:p/>
    <w:p>
      <w:r>
        <w:t>“And I’m not Gideon.”</w:t>
      </w:r>
    </w:p>
    <w:p/>
    <w:p>
      <w:r>
        <w:t>“Also good.”</w:t>
      </w:r>
    </w:p>
    <w:p/>
    <w:p>
      <w:r>
        <w:t>“And this isn’t a war.”</w:t>
      </w:r>
    </w:p>
    <w:p/>
    <w:p>
      <w:r>
        <w:t>“Debatable.”</w:t>
      </w:r>
    </w:p>
    <w:p/>
    <w:p>
      <w:r>
        <w:t>Elsie smiled.</w:t>
      </w:r>
    </w:p>
    <w:p/>
    <w:p>
      <w:r>
        <w:t>“The story doesn’t tell me whether I should’ve told your mom Thursday.”</w:t>
      </w:r>
    </w:p>
    <w:p/>
    <w:p>
      <w:r>
        <w:t>Ava thought about that.</w:t>
      </w:r>
    </w:p>
    <w:p/>
    <w:p>
      <w:r>
        <w:t>“No.”</w:t>
      </w:r>
    </w:p>
    <w:p/>
    <w:p>
      <w:r>
        <w:t>“It just made me realize how badly I wanted something to tell me for sure.”</w:t>
      </w:r>
    </w:p>
    <w:p/>
    <w:p>
      <w:r>
        <w:t>Ava looked at her.</w:t>
      </w:r>
    </w:p>
    <w:p/>
    <w:p>
      <w:r>
        <w:t>Mrs. Walker came back.</w:t>
      </w:r>
    </w:p>
    <w:p/>
    <w:p>
      <w:r>
        <w:t>“Ready?”</w:t>
      </w:r>
    </w:p>
    <w:p/>
    <w:p>
      <w:r>
        <w:t>Ava nodded.</w:t>
      </w:r>
    </w:p>
    <w:p/>
    <w:p>
      <w:r>
        <w:t>Then looked at Elsie.</w:t>
      </w:r>
    </w:p>
    <w:p/>
    <w:p>
      <w:r>
        <w:t>“You can tell her.”</w:t>
      </w:r>
    </w:p>
    <w:p/>
    <w:p>
      <w:r>
        <w:t>Mrs. Walker stopped.</w:t>
      </w:r>
    </w:p>
    <w:p/>
    <w:p>
      <w:r>
        <w:t>Elsie looked between them.</w:t>
      </w:r>
    </w:p>
    <w:p/>
    <w:p>
      <w:r>
        <w:t>“Tell me what?”</w:t>
      </w:r>
    </w:p>
    <w:p/>
    <w:p>
      <w:r>
        <w:t>Ava took a breath.</w:t>
      </w:r>
    </w:p>
    <w:p/>
    <w:p>
      <w:r>
        <w:t>“Elsie heard me crying yesterday.”</w:t>
      </w:r>
    </w:p>
    <w:p/>
    <w:p>
      <w:r>
        <w:t>Mrs. Walker’s expression changed.</w:t>
      </w:r>
    </w:p>
    <w:p/>
    <w:p>
      <w:r>
        <w:t>Ava continued.</w:t>
      </w:r>
    </w:p>
    <w:p/>
    <w:p>
      <w:r>
        <w:t>“And she almost told you.”</w:t>
      </w:r>
    </w:p>
    <w:p/>
    <w:p>
      <w:r>
        <w:t>Mrs. Walker looked at Elsie.</w:t>
      </w:r>
    </w:p>
    <w:p/>
    <w:p>
      <w:r>
        <w:t>Elsie’s stomach twisted.</w:t>
      </w:r>
    </w:p>
    <w:p/>
    <w:p>
      <w:r>
        <w:t>“I’m sorry.”</w:t>
      </w:r>
    </w:p>
    <w:p/>
    <w:p>
      <w:r>
        <w:t>“For what?”</w:t>
      </w:r>
    </w:p>
    <w:p/>
    <w:p>
      <w:r>
        <w:t>“I don’t know.”</w:t>
      </w:r>
    </w:p>
    <w:p/>
    <w:p>
      <w:r>
        <w:t>Mrs. Walker pulled another plastic chair over and sat.</w:t>
      </w:r>
    </w:p>
    <w:p/>
    <w:p>
      <w:r>
        <w:t>Ava groaned.</w:t>
      </w:r>
    </w:p>
    <w:p/>
    <w:p>
      <w:r>
        <w:t>“This is becoming a meeting.”</w:t>
      </w:r>
    </w:p>
    <w:p/>
    <w:p>
      <w:r>
        <w:t>“Apparently.”</w:t>
      </w:r>
    </w:p>
    <w:p/>
    <w:p>
      <w:r>
        <w:t>Mrs. Walker looked at Elsie.</w:t>
      </w:r>
    </w:p>
    <w:p/>
    <w:p>
      <w:r>
        <w:t>“What did you hear?”</w:t>
      </w:r>
    </w:p>
    <w:p/>
    <w:p>
      <w:r>
        <w:t>Elsie looked at Ava first.</w:t>
      </w:r>
    </w:p>
    <w:p/>
    <w:p>
      <w:r>
        <w:t>Promise.</w:t>
      </w:r>
    </w:p>
    <w:p/>
    <w:p>
      <w:r>
        <w:t>Ava nodded.</w:t>
      </w:r>
    </w:p>
    <w:p/>
    <w:p>
      <w:r>
        <w:t>So Elsie told her.</w:t>
      </w:r>
    </w:p>
    <w:p/>
    <w:p>
      <w:r>
        <w:t>Only what she heard.</w:t>
      </w:r>
    </w:p>
    <w:p/>
    <w:p>
      <w:r>
        <w:t>Crying.</w:t>
      </w:r>
    </w:p>
    <w:p/>
    <w:p>
      <w:r>
        <w:t>The phone call.</w:t>
      </w:r>
    </w:p>
    <w:p/>
    <w:p>
      <w:r>
        <w:rPr>
          <w:i/>
        </w:rPr>
        <w:t>I’ll eat after school.</w:t>
      </w:r>
    </w:p>
    <w:p/>
    <w:p>
      <w:r>
        <w:t>Nothing else.</w:t>
      </w:r>
    </w:p>
    <w:p/>
    <w:p>
      <w:r>
        <w:t>No interpretation.</w:t>
      </w:r>
    </w:p>
    <w:p/>
    <w:p>
      <w:r>
        <w:t>No diagnosis.</w:t>
      </w:r>
    </w:p>
    <w:p/>
    <w:p>
      <w:r>
        <w:t>No conclusion.</w:t>
      </w:r>
    </w:p>
    <w:p/>
    <w:p>
      <w:r>
        <w:t>When she finished, Mrs. Walker was quiet.</w:t>
      </w:r>
    </w:p>
    <w:p/>
    <w:p>
      <w:r>
        <w:t>Then:</w:t>
      </w:r>
    </w:p>
    <w:p/>
    <w:p>
      <w:r>
        <w:t>“Thank you.”</w:t>
      </w:r>
    </w:p>
    <w:p/>
    <w:p>
      <w:r>
        <w:t>Elsie waited.</w:t>
      </w:r>
    </w:p>
    <w:p/>
    <w:p>
      <w:r>
        <w:t>That was all.</w:t>
      </w:r>
    </w:p>
    <w:p/>
    <w:p>
      <w:r>
        <w:t>No:</w:t>
      </w:r>
    </w:p>
    <w:p/>
    <w:p>
      <w:r>
        <w:t>You did the right thing.</w:t>
      </w:r>
    </w:p>
    <w:p/>
    <w:p>
      <w:r>
        <w:t>No:</w:t>
      </w:r>
    </w:p>
    <w:p/>
    <w:p>
      <w:r>
        <w:t>You should have told me yesterday.</w:t>
      </w:r>
    </w:p>
    <w:p/>
    <w:p>
      <w:r>
        <w:t>No:</w:t>
      </w:r>
    </w:p>
    <w:p/>
    <w:p>
      <w:r>
        <w:t>It was nothing.</w:t>
      </w:r>
    </w:p>
    <w:p/>
    <w:p>
      <w:r>
        <w:t>No verdict.</w:t>
      </w:r>
    </w:p>
    <w:p/>
    <w:p>
      <w:r>
        <w:t>Mrs. Walker turned to Ava.</w:t>
      </w:r>
    </w:p>
    <w:p/>
    <w:p>
      <w:r>
        <w:t>“I’ll mention it to Dr. Patel Monday.”</w:t>
      </w:r>
    </w:p>
    <w:p/>
    <w:p>
      <w:r>
        <w:t>Ava nodded.</w:t>
      </w:r>
    </w:p>
    <w:p/>
    <w:p>
      <w:r>
        <w:t>“Okay.”</w:t>
      </w:r>
    </w:p>
    <w:p/>
    <w:p>
      <w:r>
        <w:t>Mrs. Walker stood.</w:t>
      </w:r>
    </w:p>
    <w:p/>
    <w:p>
      <w:r>
        <w:t>“Ready?”</w:t>
      </w:r>
    </w:p>
    <w:p/>
    <w:p>
      <w:r>
        <w:t>“Yeah.”</w:t>
      </w:r>
    </w:p>
    <w:p/>
    <w:p>
      <w:r>
        <w:t>Ava stood too.</w:t>
      </w:r>
    </w:p>
    <w:p/>
    <w:p>
      <w:r>
        <w:t>Then looked at Elsie.</w:t>
      </w:r>
    </w:p>
    <w:p/>
    <w:p>
      <w:r>
        <w:t>“We’re still friends.”</w:t>
      </w:r>
    </w:p>
    <w:p/>
    <w:p>
      <w:r>
        <w:t>Elsie blinked.</w:t>
      </w:r>
    </w:p>
    <w:p/>
    <w:p>
      <w:r>
        <w:t>“I know.”</w:t>
      </w:r>
    </w:p>
    <w:p/>
    <w:p>
      <w:r>
        <w:t>“Your face didn’t.”</w:t>
      </w:r>
    </w:p>
    <w:p/>
    <w:p>
      <w:r>
        <w:t>Apparently hereditary.</w:t>
      </w:r>
    </w:p>
    <w:p/>
    <w:p>
      <w:r>
        <w:t>Elsie smiled.</w:t>
      </w:r>
    </w:p>
    <w:p/>
    <w:p>
      <w:r>
        <w:t>“Actual friends?”</w:t>
      </w:r>
    </w:p>
    <w:p/>
    <w:p>
      <w:r>
        <w:t>Ava rolled her eyes.</w:t>
      </w:r>
    </w:p>
    <w:p/>
    <w:p>
      <w:r>
        <w:t>“Shut up.”</w:t>
      </w:r>
    </w:p>
    <w:p/>
    <w:p>
      <w:r>
        <w:t>Then hugged her.</w:t>
      </w:r>
    </w:p>
    <w:p/>
    <w:p>
      <w:r>
        <w:t>Quick.</w:t>
      </w:r>
    </w:p>
    <w:p/>
    <w:p>
      <w:r>
        <w:t>Hard.</w:t>
      </w:r>
    </w:p>
    <w:p/>
    <w:p>
      <w:r>
        <w:t>Gone.</w:t>
      </w:r>
    </w:p>
    <w:p/>
    <w:p>
      <w:r>
        <w:t>Mrs. Walker smiled at Elsie.</w:t>
      </w:r>
    </w:p>
    <w:p/>
    <w:p>
      <w:r>
        <w:t>Not grateful exactly.</w:t>
      </w:r>
    </w:p>
    <w:p/>
    <w:p>
      <w:r>
        <w:t>Not reassuring.</w:t>
      </w:r>
    </w:p>
    <w:p/>
    <w:p>
      <w:r>
        <w:t>Just warm.</w:t>
      </w:r>
    </w:p>
    <w:p/>
    <w:p>
      <w:r>
        <w:t>Then they left.</w:t>
      </w:r>
    </w:p>
    <w:p/>
    <w:p>
      <w:r>
        <w:t>Elsie stood in the front office.</w:t>
      </w:r>
    </w:p>
    <w:p/>
    <w:p>
      <w:r>
        <w:t>No proof.</w:t>
      </w:r>
    </w:p>
    <w:p/>
    <w:p>
      <w:r>
        <w:t>No fleece.</w:t>
      </w:r>
    </w:p>
    <w:p/>
    <w:p>
      <w:r>
        <w:t>No certainty.</w:t>
      </w:r>
    </w:p>
    <w:p/>
    <w:p>
      <w:r>
        <w:t>Just the next thing.</w:t>
      </w:r>
    </w:p>
    <w:p/>
    <w:p>
      <w:r>
        <w:t>Friday night, Elsie opened Grandma’s list.</w:t>
      </w:r>
    </w:p>
    <w:p/>
    <w:p>
      <w:r>
        <w:rPr>
          <w:b/>
        </w:rPr>
        <w:t>Gideon — Afraid.</w:t>
      </w:r>
    </w:p>
    <w:p/>
    <w:p>
      <w:r>
        <w:t>She stared at it.</w:t>
      </w:r>
    </w:p>
    <w:p/>
    <w:p>
      <w:r>
        <w:t>Then opened her notebook.</w:t>
      </w:r>
    </w:p>
    <w:p/>
    <w:p>
      <w:r>
        <w:t>She almost wrote:</w:t>
      </w:r>
    </w:p>
    <w:p/>
    <w:p>
      <w:r>
        <w:rPr>
          <w:i/>
        </w:rPr>
        <w:t>Gideon — needed proof.</w:t>
      </w:r>
    </w:p>
    <w:p/>
    <w:p>
      <w:r>
        <w:t>Stopped.</w:t>
      </w:r>
    </w:p>
    <w:p/>
    <w:p>
      <w:r>
        <w:t>Too small.</w:t>
      </w:r>
    </w:p>
    <w:p/>
    <w:p>
      <w:r>
        <w:t>Then:</w:t>
      </w:r>
    </w:p>
    <w:p/>
    <w:p>
      <w:r>
        <w:rPr>
          <w:i/>
          <w:strike/>
        </w:rPr>
        <w:t>Gideon — acted while he was afraid.</w:t>
      </w:r>
    </w:p>
    <w:p/>
    <w:p>
      <w:r>
        <w:t>Also too small.</w:t>
      </w:r>
    </w:p>
    <w:p/>
    <w:p>
      <w:r>
        <w:t>She crossed it out.</w:t>
      </w:r>
    </w:p>
    <w:p/>
    <w:p>
      <w:r>
        <w:t>Then:</w:t>
      </w:r>
    </w:p>
    <w:p/>
    <w:p>
      <w:r>
        <w:rPr>
          <w:i/>
        </w:rPr>
        <w:t>Gideon —</w:t>
      </w:r>
    </w:p>
    <w:p/>
    <w:p>
      <w:r>
        <w:t>Nothing.</w:t>
      </w:r>
    </w:p>
    <w:p/>
    <w:p>
      <w:r>
        <w:t>Elsie smiled.</w:t>
      </w:r>
    </w:p>
    <w:p/>
    <w:p>
      <w:r>
        <w:t>Apparently blanks were becoming a habit.</w:t>
      </w:r>
    </w:p>
    <w:p/>
    <w:p>
      <w:r>
        <w:t>She turned back to PEOPLE GOD USED ANYWAY.</w:t>
      </w:r>
    </w:p>
    <w:p/>
    <w:p>
      <w:r>
        <w:t>Anyway.</w:t>
      </w:r>
    </w:p>
    <w:p/>
    <w:p>
      <w:r>
        <w:t>Still there.</w:t>
      </w:r>
    </w:p>
    <w:p/>
    <w:p>
      <w:r>
        <w:t>She touched the word with the tip of her pen.</w:t>
      </w:r>
    </w:p>
    <w:p/>
    <w:p>
      <w:r>
        <w:t>She could change it.</w:t>
      </w:r>
    </w:p>
    <w:p/>
    <w:p>
      <w:r>
        <w:t>She knew that now.</w:t>
      </w:r>
    </w:p>
    <w:p/>
    <w:p>
      <w:r>
        <w:t>Almost.</w:t>
      </w:r>
    </w:p>
    <w:p/>
    <w:p>
      <w:r>
        <w:t>But not tonight.</w:t>
      </w:r>
    </w:p>
    <w:p/>
    <w:p>
      <w:r>
        <w:t>Her phone buzzed.</w:t>
      </w:r>
    </w:p>
    <w:p/>
    <w:p>
      <w:r>
        <w:t>Ava.</w:t>
      </w:r>
    </w:p>
    <w:p/>
    <w:p>
      <w:r>
        <w:rPr>
          <w:b/>
        </w:rPr>
        <w:t>Ava:</w:t>
      </w:r>
      <w:r>
        <w:t xml:space="preserve"> my mom just asked if rosemary crackers count as dinner</w:t>
      </w:r>
    </w:p>
    <w:p/>
    <w:p>
      <w:r>
        <w:t>Elsie laughed.</w:t>
      </w:r>
    </w:p>
    <w:p/>
    <w:p>
      <w:r>
        <w:rPr>
          <w:b/>
        </w:rPr>
        <w:t>Elsie:</w:t>
      </w:r>
      <w:r>
        <w:t xml:space="preserve"> absolutely not</w:t>
      </w:r>
    </w:p>
    <w:p/>
    <w:p>
      <w:r>
        <w:rPr>
          <w:b/>
        </w:rPr>
        <w:t>Ava:</w:t>
      </w:r>
      <w:r>
        <w:t xml:space="preserve"> wow</w:t>
      </w:r>
    </w:p>
    <w:p/>
    <w:p>
      <w:r>
        <w:rPr>
          <w:b/>
        </w:rPr>
        <w:t>Elsie:</w:t>
      </w:r>
      <w:r>
        <w:t xml:space="preserve"> carbs are a ministry not a guarantee</w:t>
      </w:r>
    </w:p>
    <w:p/>
    <w:p>
      <w:r>
        <w:t>Pause.</w:t>
      </w:r>
    </w:p>
    <w:p/>
    <w:p>
      <w:r>
        <w:t>Then:</w:t>
      </w:r>
    </w:p>
    <w:p/>
    <w:p>
      <w:r>
        <w:rPr>
          <w:b/>
        </w:rPr>
        <w:t>Ava:</w:t>
      </w:r>
      <w:r>
        <w:t xml:space="preserve"> you people have ruined popcorn and crackers for me</w:t>
      </w:r>
    </w:p>
    <w:p/>
    <w:p>
      <w:r>
        <w:rPr>
          <w:b/>
        </w:rPr>
        <w:t>Elsie:</w:t>
      </w:r>
      <w:r>
        <w:t xml:space="preserve"> spiritual growth</w:t>
      </w:r>
    </w:p>
    <w:p/>
    <w:p>
      <w:r>
        <w:rPr>
          <w:b/>
        </w:rPr>
        <w:t>Ava:</w:t>
      </w:r>
      <w:r>
        <w:t xml:space="preserve"> blocked</w:t>
      </w:r>
    </w:p>
    <w:p/>
    <w:p>
      <w:r>
        <w:t>Elsie smiled.</w:t>
      </w:r>
    </w:p>
    <w:p/>
    <w:p>
      <w:r>
        <w:t>Then another message appeared.</w:t>
      </w:r>
    </w:p>
    <w:p/>
    <w:p>
      <w:r>
        <w:rPr>
          <w:b/>
        </w:rPr>
        <w:t>Ava:</w:t>
      </w:r>
      <w:r>
        <w:t xml:space="preserve"> doctor monday</w:t>
      </w:r>
    </w:p>
    <w:p/>
    <w:p>
      <w:r>
        <w:rPr>
          <w:b/>
        </w:rPr>
        <w:t>Elsie:</w:t>
      </w:r>
      <w:r>
        <w:t xml:space="preserve"> I know</w:t>
      </w:r>
    </w:p>
    <w:p/>
    <w:p>
      <w:r>
        <w:rPr>
          <w:b/>
        </w:rPr>
        <w:t>Ava:</w:t>
      </w:r>
      <w:r>
        <w:t xml:space="preserve"> counselor again next week too</w:t>
      </w:r>
    </w:p>
    <w:p/>
    <w:p>
      <w:r>
        <w:rPr>
          <w:b/>
        </w:rPr>
        <w:t>Elsie:</w:t>
      </w:r>
      <w:r>
        <w:t xml:space="preserve"> okay</w:t>
      </w:r>
    </w:p>
    <w:p/>
    <w:p>
      <w:r>
        <w:t>Pause.</w:t>
      </w:r>
    </w:p>
    <w:p/>
    <w:p>
      <w:r>
        <w:rPr>
          <w:b/>
        </w:rPr>
        <w:t>Ava:</w:t>
      </w:r>
      <w:r>
        <w:t xml:space="preserve"> I’m scared</w:t>
      </w:r>
    </w:p>
    <w:p/>
    <w:p>
      <w:r>
        <w:t>Elsie stared at it.</w:t>
      </w:r>
    </w:p>
    <w:p/>
    <w:p>
      <w:r>
        <w:t>Not fine.</w:t>
      </w:r>
    </w:p>
    <w:p/>
    <w:p>
      <w:r>
        <w:t>Not actual fine.</w:t>
      </w:r>
    </w:p>
    <w:p/>
    <w:p>
      <w:r>
        <w:t>Not no big deal.</w:t>
      </w:r>
    </w:p>
    <w:p/>
    <w:p>
      <w:r>
        <w:t>Just true.</w:t>
      </w:r>
    </w:p>
    <w:p/>
    <w:p>
      <w:r>
        <w:t>She typed:</w:t>
      </w:r>
    </w:p>
    <w:p/>
    <w:p>
      <w:r>
        <w:rPr>
          <w:b/>
        </w:rPr>
        <w:t>Elsie:</w:t>
      </w:r>
      <w:r>
        <w:t xml:space="preserve"> I know</w:t>
      </w:r>
    </w:p>
    <w:p/>
    <w:p>
      <w:r>
        <w:t>Stopped.</w:t>
      </w:r>
    </w:p>
    <w:p/>
    <w:p>
      <w:r>
        <w:t>Deleted it.</w:t>
      </w:r>
    </w:p>
    <w:p/>
    <w:p>
      <w:r>
        <w:t>She didn’t know.</w:t>
      </w:r>
    </w:p>
    <w:p/>
    <w:p>
      <w:r>
        <w:t>Not completely.</w:t>
      </w:r>
    </w:p>
    <w:p/>
    <w:p>
      <w:r>
        <w:t>She tried again.</w:t>
      </w:r>
    </w:p>
    <w:p/>
    <w:p>
      <w:r>
        <w:rPr>
          <w:b/>
        </w:rPr>
        <w:t>Elsie:</w:t>
      </w:r>
      <w:r>
        <w:t xml:space="preserve"> do you want me to come over</w:t>
      </w:r>
    </w:p>
    <w:p/>
    <w:p>
      <w:r>
        <w:t>Three dots.</w:t>
      </w:r>
    </w:p>
    <w:p/>
    <w:p>
      <w:r>
        <w:rPr>
          <w:b/>
        </w:rPr>
        <w:t>Ava:</w:t>
      </w:r>
      <w:r>
        <w:t xml:space="preserve"> no</w:t>
      </w:r>
    </w:p>
    <w:p/>
    <w:p>
      <w:r>
        <w:t>Elsie waited.</w:t>
      </w:r>
    </w:p>
    <w:p/>
    <w:p>
      <w:r>
        <w:t>Then:</w:t>
      </w:r>
    </w:p>
    <w:p/>
    <w:p>
      <w:r>
        <w:rPr>
          <w:b/>
        </w:rPr>
        <w:t>Ava:</w:t>
      </w:r>
      <w:r>
        <w:t xml:space="preserve"> but stay on your phone?</w:t>
      </w:r>
    </w:p>
    <w:p/>
    <w:p>
      <w:r>
        <w:t>Elsie smiled.</w:t>
      </w:r>
    </w:p>
    <w:p/>
    <w:p>
      <w:r>
        <w:rPr>
          <w:b/>
        </w:rPr>
        <w:t>Elsie:</w:t>
      </w:r>
      <w:r>
        <w:t xml:space="preserve"> yeah</w:t>
      </w:r>
    </w:p>
    <w:p/>
    <w:p>
      <w:r>
        <w:t>That was something she could promise.</w:t>
      </w:r>
    </w:p>
    <w:p/>
    <w:p>
      <w:r>
        <w:t>Ava sent:</w:t>
      </w:r>
    </w:p>
    <w:p/>
    <w:p>
      <w:r>
        <w:rPr>
          <w:rFonts w:ascii="Apple Color Emoji" w:hAnsi="Apple Color Emoji" w:eastAsia="Apple Color Emoji"/>
        </w:rPr>
        <w:t>🙏</w:t>
      </w:r>
    </w:p>
    <w:p/>
    <w:p>
      <w:r>
        <w:t>Elsie set the phone beside her.</w:t>
      </w:r>
    </w:p>
    <w:p/>
    <w:p>
      <w:r>
        <w:t>Not away.</w:t>
      </w:r>
    </w:p>
    <w:p/>
    <w:p>
      <w:r>
        <w:t>Beside her.</w:t>
      </w:r>
    </w:p>
    <w:p/>
    <w:p>
      <w:r>
        <w:t>She looked at Gideon’s name again.</w:t>
      </w:r>
    </w:p>
    <w:p/>
    <w:p>
      <w:r>
        <w:t>Grandma had written:</w:t>
      </w:r>
    </w:p>
    <w:p/>
    <w:p>
      <w:r>
        <w:t>Afraid.</w:t>
      </w:r>
    </w:p>
    <w:p/>
    <w:p>
      <w:r>
        <w:t>True.</w:t>
      </w:r>
    </w:p>
    <w:p/>
    <w:p>
      <w:r>
        <w:t>Too small.</w:t>
      </w:r>
    </w:p>
    <w:p/>
    <w:p>
      <w:r>
        <w:t>But maybe Grandma had never meant the sentences to be definitions.</w:t>
      </w:r>
    </w:p>
    <w:p/>
    <w:p>
      <w:r>
        <w:t>Maybe Elsie had done that part herself.</w:t>
      </w:r>
    </w:p>
    <w:p/>
    <w:p>
      <w:r>
        <w:t>Turned descriptions into identities.</w:t>
      </w:r>
    </w:p>
    <w:p/>
    <w:p>
      <w:r>
        <w:t>Mistakes into names.</w:t>
      </w:r>
    </w:p>
    <w:p/>
    <w:p>
      <w:r>
        <w:t>Fear into character.</w:t>
      </w:r>
    </w:p>
    <w:p/>
    <w:p>
      <w:r>
        <w:t>Questions into conclusions.</w:t>
      </w:r>
    </w:p>
    <w:p/>
    <w:p>
      <w:r>
        <w:t>She looked at the heading.</w:t>
      </w:r>
    </w:p>
    <w:p/>
    <w:p>
      <w:r>
        <w:rPr>
          <w:b/>
        </w:rPr>
        <w:t>PEOPLE GOD USED ANYWAY</w:t>
      </w:r>
    </w:p>
    <w:p/>
    <w:p>
      <w:r>
        <w:t>Her pen touched ANYWAY.</w:t>
      </w:r>
    </w:p>
    <w:p/>
    <w:p>
      <w:r>
        <w:t>Not yet.</w:t>
      </w:r>
    </w:p>
    <w:p/>
    <w:p>
      <w:r>
        <w:t>Soon, maybe.</w:t>
      </w:r>
    </w:p>
    <w:p/>
    <w:p>
      <w:r>
        <w:t>She only knew she wasn’t ready.</w:t>
      </w:r>
    </w:p>
    <w:p/>
    <w:p>
      <w:r>
        <w:t>And for once, she didn’t ask for another sign.</w:t>
      </w:r>
    </w:p>
    <w:p/>
    <w:p>
      <w:r>
        <w:t>She closed the notebook.</w:t>
      </w:r>
    </w:p>
    <w:p>
      <w:r>
        <w:br w:type="page"/>
      </w:r>
    </w:p>
    <w:p>
      <w:pPr>
        <w:jc w:val="center"/>
      </w:pPr>
      <w:r>
        <w:rPr>
          <w:b/>
        </w:rPr>
        <w:t>CHAPTER EIGHTEEN</w:t>
      </w:r>
    </w:p>
    <w:p>
      <w:pPr>
        <w:jc w:val="center"/>
      </w:pPr>
      <w:r>
        <w:rPr>
          <w:b/>
        </w:rPr>
        <w:t>Unfinished</w:t>
      </w:r>
    </w:p>
    <w:p/>
    <w:p>
      <w:r>
        <w:t>Mrs. Bennett handed back the quarter portfolios on Friday.</w:t>
      </w:r>
    </w:p>
    <w:p/>
    <w:p>
      <w:r>
        <w:t>Elsie’s personal narrative was on top.</w:t>
      </w:r>
    </w:p>
    <w:p/>
    <w:p>
      <w:r>
        <w:t>Same paper.</w:t>
      </w:r>
    </w:p>
    <w:p/>
    <w:p>
      <w:r>
        <w:t>Same grade.</w:t>
      </w:r>
    </w:p>
    <w:p/>
    <w:p>
      <w:r>
        <w:t>Same red ink from weeks ago.</w:t>
      </w:r>
    </w:p>
    <w:p/>
    <w:p>
      <w:r>
        <w:t>But underneath the old comment, in newer ink, Mrs. Bennett had added:</w:t>
      </w:r>
    </w:p>
    <w:p/>
    <w:p>
      <w:r>
        <w:rPr>
          <w:i/>
        </w:rPr>
        <w:t>Better question.</w:t>
      </w:r>
    </w:p>
    <w:p/>
    <w:p>
      <w:r>
        <w:t>Elsie frowned.</w:t>
      </w:r>
    </w:p>
    <w:p/>
    <w:p>
      <w:r>
        <w:t>That was it.</w:t>
      </w:r>
    </w:p>
    <w:p/>
    <w:p>
      <w:r>
        <w:t>No explanation.</w:t>
      </w:r>
    </w:p>
    <w:p/>
    <w:p>
      <w:r>
        <w:t>No paragraph.</w:t>
      </w:r>
    </w:p>
    <w:p/>
    <w:p>
      <w:r>
        <w:t>Just:</w:t>
      </w:r>
    </w:p>
    <w:p/>
    <w:p>
      <w:r>
        <w:rPr>
          <w:i/>
        </w:rPr>
        <w:t>Better question.</w:t>
      </w:r>
    </w:p>
    <w:p/>
    <w:p>
      <w:r>
        <w:t>She looked at the title page.</w:t>
      </w:r>
    </w:p>
    <w:p/>
    <w:p>
      <w:r>
        <w:rPr>
          <w:b/>
        </w:rPr>
        <w:t>WHO ARE YOU?</w:t>
      </w:r>
    </w:p>
    <w:p/>
    <w:p>
      <w:r>
        <w:t>She had answered it the first time.</w:t>
      </w:r>
    </w:p>
    <w:p/>
    <w:p>
      <w:r>
        <w:t>Sort of.</w:t>
      </w:r>
    </w:p>
    <w:p/>
    <w:p>
      <w:r>
        <w:rPr>
          <w:i/>
        </w:rPr>
        <w:t>My name is Elsie Carter, and I am different depending on who is looking.</w:t>
      </w:r>
    </w:p>
    <w:p/>
    <w:p>
      <w:r>
        <w:t>Then she had spent pages writing about the distance between everyone else’s answers and her own.</w:t>
      </w:r>
    </w:p>
    <w:p/>
    <w:p>
      <w:r>
        <w:rPr>
          <w:i/>
        </w:rPr>
        <w:t>Maybe the problem isn’t that I don’t know who I am.</w:t>
      </w:r>
    </w:p>
    <w:p/>
    <w:p>
      <w:r>
        <w:rPr>
          <w:i/>
        </w:rPr>
        <w:t>Maybe the problem is that I keep asking everyone else.</w:t>
      </w:r>
    </w:p>
    <w:p/>
    <w:p>
      <w:r>
        <w:t>Apparently Mrs. Bennett had decided the answer deserved another question.</w:t>
      </w:r>
    </w:p>
    <w:p/>
    <w:p>
      <w:r>
        <w:t>Elsie looked up.</w:t>
      </w:r>
    </w:p>
    <w:p/>
    <w:p>
      <w:r>
        <w:t>Mrs. Bennett was already moving between desks.</w:t>
      </w:r>
    </w:p>
    <w:p/>
    <w:p>
      <w:r>
        <w:t>Elsie considered raising her hand.</w:t>
      </w:r>
    </w:p>
    <w:p/>
    <w:p>
      <w:r>
        <w:t>Then didn’t.</w:t>
      </w:r>
    </w:p>
    <w:p/>
    <w:p>
      <w:r>
        <w:t>Fine Number Six, silently.</w:t>
      </w:r>
    </w:p>
    <w:p/>
    <w:p>
      <w:r>
        <w:t>After class, she found Maddie at her locker.</w:t>
      </w:r>
    </w:p>
    <w:p/>
    <w:p>
      <w:r>
        <w:t>“How bad?”</w:t>
      </w:r>
    </w:p>
    <w:p/>
    <w:p>
      <w:r>
        <w:t>Elsie handed her the portfolio.</w:t>
      </w:r>
    </w:p>
    <w:p/>
    <w:p>
      <w:r>
        <w:t>Maddie looked at the grade.</w:t>
      </w:r>
    </w:p>
    <w:p/>
    <w:p>
      <w:r>
        <w:t>“I hate you.”</w:t>
      </w:r>
    </w:p>
    <w:p/>
    <w:p>
      <w:r>
        <w:t>“That feels excessive.”</w:t>
      </w:r>
    </w:p>
    <w:p/>
    <w:p>
      <w:r>
        <w:t>“You said you were going to fail.”</w:t>
      </w:r>
    </w:p>
    <w:p/>
    <w:p>
      <w:r>
        <w:t>“I said I might fail.”</w:t>
      </w:r>
    </w:p>
    <w:p/>
    <w:p>
      <w:r>
        <w:t>“You got an A.”</w:t>
      </w:r>
    </w:p>
    <w:p/>
    <w:p>
      <w:r>
        <w:t>“That was one possible outcome.”</w:t>
      </w:r>
    </w:p>
    <w:p/>
    <w:p>
      <w:r>
        <w:t>Maddie flipped to the front.</w:t>
      </w:r>
    </w:p>
    <w:p/>
    <w:p>
      <w:r>
        <w:t>“Better question?”</w:t>
      </w:r>
    </w:p>
    <w:p/>
    <w:p>
      <w:r>
        <w:t>“Apparently.”</w:t>
      </w:r>
    </w:p>
    <w:p/>
    <w:p>
      <w:r>
        <w:t>“What does that mean?”</w:t>
      </w:r>
    </w:p>
    <w:p/>
    <w:p>
      <w:r>
        <w:t>“I don’t know.”</w:t>
      </w:r>
    </w:p>
    <w:p/>
    <w:p>
      <w:r>
        <w:t>Maddie handed it back.</w:t>
      </w:r>
    </w:p>
    <w:p/>
    <w:p>
      <w:r>
        <w:t>“You say that a lot now.”</w:t>
      </w:r>
    </w:p>
    <w:p/>
    <w:p>
      <w:r>
        <w:t>“I always said it.”</w:t>
      </w:r>
    </w:p>
    <w:p/>
    <w:p>
      <w:r>
        <w:t>“No. You used to say ‘fine.’”</w:t>
      </w:r>
    </w:p>
    <w:p/>
    <w:p>
      <w:r>
        <w:t>Elsie stopped.</w:t>
      </w:r>
    </w:p>
    <w:p/>
    <w:p>
      <w:r>
        <w:t>Maddie shrugged.</w:t>
      </w:r>
    </w:p>
    <w:p/>
    <w:p>
      <w:r>
        <w:t>“Now you say you don’t know.”</w:t>
      </w:r>
    </w:p>
    <w:p/>
    <w:p>
      <w:r>
        <w:t>“That sounds worse.”</w:t>
      </w:r>
    </w:p>
    <w:p/>
    <w:p>
      <w:r>
        <w:t>“It’s less annoying.”</w:t>
      </w:r>
    </w:p>
    <w:p/>
    <w:p>
      <w:r>
        <w:t>“Wow.”</w:t>
      </w:r>
    </w:p>
    <w:p/>
    <w:p>
      <w:r>
        <w:t>“Growth.”</w:t>
      </w:r>
    </w:p>
    <w:p/>
    <w:p>
      <w:r>
        <w:t>Elsie shoved the portfolio into her bag.</w:t>
      </w:r>
    </w:p>
    <w:p/>
    <w:p>
      <w:r>
        <w:t>“How’s your mom?”</w:t>
      </w:r>
    </w:p>
    <w:p/>
    <w:p>
      <w:r>
        <w:t>Maddie’s face shifted.</w:t>
      </w:r>
    </w:p>
    <w:p/>
    <w:p>
      <w:r>
        <w:t>Not closed.</w:t>
      </w:r>
    </w:p>
    <w:p/>
    <w:p>
      <w:r>
        <w:t>Just softer.</w:t>
      </w:r>
    </w:p>
    <w:p/>
    <w:p>
      <w:r>
        <w:t>“Okay.”</w:t>
      </w:r>
    </w:p>
    <w:p/>
    <w:p>
      <w:r>
        <w:t>Elsie waited.</w:t>
      </w:r>
    </w:p>
    <w:p/>
    <w:p>
      <w:r>
        <w:t>Maddie rolled her eyes.</w:t>
      </w:r>
    </w:p>
    <w:p/>
    <w:p>
      <w:r>
        <w:t>“Actual okay.”</w:t>
      </w:r>
    </w:p>
    <w:p/>
    <w:p>
      <w:r>
        <w:t>“Thank you.”</w:t>
      </w:r>
    </w:p>
    <w:p/>
    <w:p>
      <w:r>
        <w:t>“She went to work yesterday.”</w:t>
      </w:r>
    </w:p>
    <w:p/>
    <w:p>
      <w:r>
        <w:t>Elsie smiled.</w:t>
      </w:r>
    </w:p>
    <w:p/>
    <w:p>
      <w:r>
        <w:t>“Yeah?”</w:t>
      </w:r>
    </w:p>
    <w:p/>
    <w:p>
      <w:r>
        <w:t>“Half day.”</w:t>
      </w:r>
    </w:p>
    <w:p/>
    <w:p>
      <w:r>
        <w:t>“That’s good.”</w:t>
      </w:r>
    </w:p>
    <w:p/>
    <w:p>
      <w:r>
        <w:t>“Then she came home and slept for four hours.”</w:t>
      </w:r>
    </w:p>
    <w:p/>
    <w:p>
      <w:r>
        <w:t>“That also sounds good.”</w:t>
      </w:r>
    </w:p>
    <w:p/>
    <w:p>
      <w:r>
        <w:t>“It kind of was.”</w:t>
      </w:r>
    </w:p>
    <w:p/>
    <w:p>
      <w:r>
        <w:t>Maddie adjusted the strap of her backpack.</w:t>
      </w:r>
    </w:p>
    <w:p/>
    <w:p>
      <w:r>
        <w:t>“My aunt still comes over constantly.”</w:t>
      </w:r>
    </w:p>
    <w:p/>
    <w:p>
      <w:r>
        <w:t>“Obviously.”</w:t>
      </w:r>
    </w:p>
    <w:p/>
    <w:p>
      <w:r>
        <w:t>“She brought three casseroles Tuesday.”</w:t>
      </w:r>
    </w:p>
    <w:p/>
    <w:p>
      <w:r>
        <w:t>“That feels aggressive.”</w:t>
      </w:r>
    </w:p>
    <w:p/>
    <w:p>
      <w:r>
        <w:t>“One had peas.”</w:t>
      </w:r>
    </w:p>
    <w:p/>
    <w:p>
      <w:r>
        <w:t>“Oh.”</w:t>
      </w:r>
    </w:p>
    <w:p/>
    <w:p>
      <w:r>
        <w:t>“Exactly.”</w:t>
      </w:r>
    </w:p>
    <w:p/>
    <w:p>
      <w:r>
        <w:t>Elsie laughed.</w:t>
      </w:r>
    </w:p>
    <w:p/>
    <w:p>
      <w:r>
        <w:t>Maddie smiled.</w:t>
      </w:r>
    </w:p>
    <w:p/>
    <w:p>
      <w:r>
        <w:t>Then:</w:t>
      </w:r>
    </w:p>
    <w:p/>
    <w:p>
      <w:r>
        <w:t>“My dad came over last night.”</w:t>
      </w:r>
    </w:p>
    <w:p/>
    <w:p>
      <w:r>
        <w:t>Elsie looked at her.</w:t>
      </w:r>
    </w:p>
    <w:p/>
    <w:p>
      <w:r>
        <w:t>“How was that?”</w:t>
      </w:r>
    </w:p>
    <w:p/>
    <w:p>
      <w:r>
        <w:t>“Weird.”</w:t>
      </w:r>
    </w:p>
    <w:p/>
    <w:p>
      <w:r>
        <w:t>“Bad weird?”</w:t>
      </w:r>
    </w:p>
    <w:p/>
    <w:p>
      <w:r>
        <w:t>“Just weird.”</w:t>
      </w:r>
    </w:p>
    <w:p/>
    <w:p>
      <w:r>
        <w:t>Maddie thought.</w:t>
      </w:r>
    </w:p>
    <w:p/>
    <w:p>
      <w:r>
        <w:t>“They talked in the kitchen for like an hour.”</w:t>
      </w:r>
    </w:p>
    <w:p/>
    <w:p>
      <w:r>
        <w:t>“About?”</w:t>
      </w:r>
    </w:p>
    <w:p/>
    <w:p>
      <w:r>
        <w:t>“I don’t know.”</w:t>
      </w:r>
    </w:p>
    <w:p/>
    <w:p>
      <w:r>
        <w:t>Elsie waited.</w:t>
      </w:r>
    </w:p>
    <w:p/>
    <w:p>
      <w:r>
        <w:t>Maddie smiled.</w:t>
      </w:r>
    </w:p>
    <w:p/>
    <w:p>
      <w:r>
        <w:t>“See?”</w:t>
      </w:r>
    </w:p>
    <w:p/>
    <w:p>
      <w:r>
        <w:t>“Shut up.”</w:t>
      </w:r>
    </w:p>
    <w:p/>
    <w:p>
      <w:r>
        <w:t>They started toward lunch.</w:t>
      </w:r>
    </w:p>
    <w:p/>
    <w:p>
      <w:r>
        <w:t>Nothing fixed.</w:t>
      </w:r>
    </w:p>
    <w:p/>
    <w:p>
      <w:r>
        <w:t>Mom working half a day.</w:t>
      </w:r>
    </w:p>
    <w:p/>
    <w:p>
      <w:r>
        <w:t>Dad in the kitchen.</w:t>
      </w:r>
    </w:p>
    <w:p/>
    <w:p>
      <w:r>
        <w:t>Aunt still bringing casseroles.</w:t>
      </w:r>
    </w:p>
    <w:p/>
    <w:p>
      <w:r>
        <w:t>Pieces.</w:t>
      </w:r>
    </w:p>
    <w:p/>
    <w:p>
      <w:r>
        <w:t>Apparently that counted.</w:t>
      </w:r>
    </w:p>
    <w:p/>
    <w:p>
      <w:r>
        <w:t>At lunch, Ava had a bag of rosemary crackers.</w:t>
      </w:r>
    </w:p>
    <w:p/>
    <w:p>
      <w:r>
        <w:t>Elsie stared at them.</w:t>
      </w:r>
    </w:p>
    <w:p/>
    <w:p>
      <w:r>
        <w:t>Ava immediately pulled them against her chest.</w:t>
      </w:r>
    </w:p>
    <w:p/>
    <w:p>
      <w:r>
        <w:t>“No.”</w:t>
      </w:r>
    </w:p>
    <w:p/>
    <w:p>
      <w:r>
        <w:t>“I didn’t say anything.”</w:t>
      </w:r>
    </w:p>
    <w:p/>
    <w:p>
      <w:r>
        <w:t>“Your face did.”</w:t>
      </w:r>
    </w:p>
    <w:p/>
    <w:p>
      <w:r>
        <w:t>Apparently everybody in Elsie’s life had become fluent in her face.</w:t>
      </w:r>
    </w:p>
    <w:p/>
    <w:p>
      <w:r>
        <w:t>“How was Monday?”</w:t>
      </w:r>
    </w:p>
    <w:p/>
    <w:p>
      <w:r>
        <w:t>Elsie asked.</w:t>
      </w:r>
    </w:p>
    <w:p/>
    <w:p>
      <w:r>
        <w:t>Ava opened the bag.</w:t>
      </w:r>
    </w:p>
    <w:p/>
    <w:p>
      <w:r>
        <w:t>“The doctor?”</w:t>
      </w:r>
    </w:p>
    <w:p/>
    <w:p>
      <w:r>
        <w:t>Elsie nodded.</w:t>
      </w:r>
    </w:p>
    <w:p/>
    <w:p>
      <w:r>
        <w:t>“Fine.”</w:t>
      </w:r>
    </w:p>
    <w:p/>
    <w:p>
      <w:r>
        <w:t>Elsie waited.</w:t>
      </w:r>
    </w:p>
    <w:p/>
    <w:p>
      <w:r>
        <w:t>Ava sighed.</w:t>
      </w:r>
    </w:p>
    <w:p/>
    <w:p>
      <w:r>
        <w:t>“Actual fine.”</w:t>
      </w:r>
    </w:p>
    <w:p/>
    <w:p>
      <w:r>
        <w:t>“Thank you.”</w:t>
      </w:r>
    </w:p>
    <w:p/>
    <w:p>
      <w:r>
        <w:t>“She changed some things.”</w:t>
      </w:r>
    </w:p>
    <w:p/>
    <w:p>
      <w:r>
        <w:t>“What things?”</w:t>
      </w:r>
    </w:p>
    <w:p/>
    <w:p>
      <w:r>
        <w:t>Ava gave her a look.</w:t>
      </w:r>
    </w:p>
    <w:p/>
    <w:p>
      <w:r>
        <w:t>Elsie raised both hands.</w:t>
      </w:r>
    </w:p>
    <w:p/>
    <w:p>
      <w:r>
        <w:t>“Never mind.”</w:t>
      </w:r>
    </w:p>
    <w:p/>
    <w:p>
      <w:r>
        <w:t>Ava smiled.</w:t>
      </w:r>
    </w:p>
    <w:p/>
    <w:p>
      <w:r>
        <w:t>“I’m still seeing the counselor.”</w:t>
      </w:r>
    </w:p>
    <w:p/>
    <w:p>
      <w:r>
        <w:t>“Okay.”</w:t>
      </w:r>
    </w:p>
    <w:p/>
    <w:p>
      <w:r>
        <w:t>“My mom is being extremely annoying.”</w:t>
      </w:r>
    </w:p>
    <w:p/>
    <w:p>
      <w:r>
        <w:t>“Excellent.”</w:t>
      </w:r>
    </w:p>
    <w:p/>
    <w:p>
      <w:r>
        <w:t>“She keeps buying food like we’re preparing for winter.”</w:t>
      </w:r>
    </w:p>
    <w:p/>
    <w:p>
      <w:r>
        <w:t>“That sounds like Mrs. Walker.”</w:t>
      </w:r>
    </w:p>
    <w:p/>
    <w:p>
      <w:r>
        <w:t>“She bought four kinds of yogurt.”</w:t>
      </w:r>
    </w:p>
    <w:p/>
    <w:p>
      <w:r>
        <w:t>Maddie sat down.</w:t>
      </w:r>
    </w:p>
    <w:p/>
    <w:p>
      <w:r>
        <w:t>“Four?”</w:t>
      </w:r>
    </w:p>
    <w:p/>
    <w:p>
      <w:r>
        <w:t>“Four.”</w:t>
      </w:r>
    </w:p>
    <w:p/>
    <w:p>
      <w:r>
        <w:t>“Why?”</w:t>
      </w:r>
    </w:p>
    <w:p/>
    <w:p>
      <w:r>
        <w:t>“Apparently healing requires dairy.”</w:t>
      </w:r>
    </w:p>
    <w:p/>
    <w:p>
      <w:r>
        <w:t>Mason dropped into the seat beside Elsie.</w:t>
      </w:r>
    </w:p>
    <w:p/>
    <w:p>
      <w:r>
        <w:t>“Is this a yogurt conversation?”</w:t>
      </w:r>
    </w:p>
    <w:p/>
    <w:p>
      <w:r>
        <w:t>“No,” everyone said.</w:t>
      </w:r>
    </w:p>
    <w:p/>
    <w:p>
      <w:r>
        <w:t>“Okay.”</w:t>
      </w:r>
    </w:p>
    <w:p/>
    <w:p>
      <w:r>
        <w:t>Nora arrived last.</w:t>
      </w:r>
    </w:p>
    <w:p/>
    <w:p>
      <w:r>
        <w:t>She put her tray down and sat.</w:t>
      </w:r>
    </w:p>
    <w:p/>
    <w:p>
      <w:r>
        <w:t>Then looked around.</w:t>
      </w:r>
    </w:p>
    <w:p/>
    <w:p>
      <w:r>
        <w:t>“My brother starts the new treatment Monday.”</w:t>
      </w:r>
    </w:p>
    <w:p/>
    <w:p>
      <w:r>
        <w:t>The table quieted.</w:t>
      </w:r>
    </w:p>
    <w:p/>
    <w:p>
      <w:r>
        <w:t>Elsie looked at her.</w:t>
      </w:r>
    </w:p>
    <w:p/>
    <w:p>
      <w:r>
        <w:t>“The one they were waiting on?”</w:t>
      </w:r>
    </w:p>
    <w:p/>
    <w:p>
      <w:r>
        <w:t>Nora nodded.</w:t>
      </w:r>
    </w:p>
    <w:p/>
    <w:p>
      <w:r>
        <w:t>“They finally got everything approved.”</w:t>
      </w:r>
    </w:p>
    <w:p/>
    <w:p>
      <w:r>
        <w:t>“How does he feel?”</w:t>
      </w:r>
    </w:p>
    <w:p/>
    <w:p>
      <w:r>
        <w:t>“Terrible.”</w:t>
      </w:r>
    </w:p>
    <w:p/>
    <w:p>
      <w:r>
        <w:t>Nora smiled slightly.</w:t>
      </w:r>
    </w:p>
    <w:p/>
    <w:p>
      <w:r>
        <w:t>“He says he feels great.”</w:t>
      </w:r>
    </w:p>
    <w:p/>
    <w:p>
      <w:r>
        <w:t>Elsie understood.</w:t>
      </w:r>
    </w:p>
    <w:p/>
    <w:p>
      <w:r>
        <w:t>Fine.</w:t>
      </w:r>
    </w:p>
    <w:p/>
    <w:p>
      <w:r>
        <w:t>No number.</w:t>
      </w:r>
    </w:p>
    <w:p/>
    <w:p>
      <w:r>
        <w:t>“Are you scared?”</w:t>
      </w:r>
    </w:p>
    <w:p/>
    <w:p>
      <w:r>
        <w:t>Nora looked at her.</w:t>
      </w:r>
    </w:p>
    <w:p/>
    <w:p>
      <w:r>
        <w:t>“Yes.”</w:t>
      </w:r>
    </w:p>
    <w:p/>
    <w:p>
      <w:r>
        <w:t>Just that.</w:t>
      </w:r>
    </w:p>
    <w:p/>
    <w:p>
      <w:r>
        <w:t>No joke.</w:t>
      </w:r>
    </w:p>
    <w:p/>
    <w:p>
      <w:r>
        <w:t>No Bible verse.</w:t>
      </w:r>
    </w:p>
    <w:p/>
    <w:p>
      <w:r>
        <w:t>Yes.</w:t>
      </w:r>
    </w:p>
    <w:p/>
    <w:p>
      <w:r>
        <w:t>Elsie nodded.</w:t>
      </w:r>
    </w:p>
    <w:p/>
    <w:p>
      <w:r>
        <w:t>“Okay.”</w:t>
      </w:r>
    </w:p>
    <w:p/>
    <w:p>
      <w:r>
        <w:t>Nora stole one of Ava’s crackers.</w:t>
      </w:r>
    </w:p>
    <w:p/>
    <w:p>
      <w:r>
        <w:t>Ava slapped her hand.</w:t>
      </w:r>
    </w:p>
    <w:p/>
    <w:p>
      <w:r>
        <w:t>Apparently life continued.</w:t>
      </w:r>
    </w:p>
    <w:p/>
    <w:p>
      <w:r>
        <w:t>After lunch, Elsie passed Caroline near the library.</w:t>
      </w:r>
    </w:p>
    <w:p/>
    <w:p>
      <w:r>
        <w:t>Caroline was standing with two girls from student council.</w:t>
      </w:r>
    </w:p>
    <w:p/>
    <w:p>
      <w:r>
        <w:t>Talking.</w:t>
      </w:r>
    </w:p>
    <w:p/>
    <w:p>
      <w:r>
        <w:t>Not listening.</w:t>
      </w:r>
    </w:p>
    <w:p/>
    <w:p>
      <w:r>
        <w:t>Talking.</w:t>
      </w:r>
    </w:p>
    <w:p/>
    <w:p>
      <w:r>
        <w:t>Elsie almost kept walking.</w:t>
      </w:r>
    </w:p>
    <w:p/>
    <w:p>
      <w:r>
        <w:t>Then Caroline saw her.</w:t>
      </w:r>
    </w:p>
    <w:p/>
    <w:p>
      <w:r>
        <w:t>“Hey.”</w:t>
      </w:r>
    </w:p>
    <w:p/>
    <w:p>
      <w:r>
        <w:t>“Hey.”</w:t>
      </w:r>
    </w:p>
    <w:p/>
    <w:p>
      <w:r>
        <w:t>Caroline tucked a piece of hair behind her ear.</w:t>
      </w:r>
    </w:p>
    <w:p/>
    <w:p>
      <w:r>
        <w:t>“I—I have to do an announcement Monday.”</w:t>
      </w:r>
    </w:p>
    <w:p/>
    <w:p>
      <w:r>
        <w:t>Elsie stopped.</w:t>
      </w:r>
    </w:p>
    <w:p/>
    <w:p>
      <w:r>
        <w:t>“Like over the intercom?”</w:t>
      </w:r>
    </w:p>
    <w:p/>
    <w:p>
      <w:r>
        <w:t>Caroline nodded.</w:t>
      </w:r>
    </w:p>
    <w:p/>
    <w:p>
      <w:r>
        <w:t>“That’s terrifying.”</w:t>
      </w:r>
    </w:p>
    <w:p/>
    <w:p>
      <w:r>
        <w:t>“Thank you.”</w:t>
      </w:r>
    </w:p>
    <w:p/>
    <w:p>
      <w:r>
        <w:t>“You’re welcome.”</w:t>
      </w:r>
    </w:p>
    <w:p/>
    <w:p>
      <w:r>
        <w:t>Caroline smiled.</w:t>
      </w:r>
    </w:p>
    <w:p/>
    <w:p>
      <w:r>
        <w:t>“I volunteered.”</w:t>
      </w:r>
    </w:p>
    <w:p/>
    <w:p>
      <w:r>
        <w:t>That surprised Elsie enough that apparently her face said it.</w:t>
      </w:r>
    </w:p>
    <w:p/>
    <w:p>
      <w:r>
        <w:t>Caroline laughed.</w:t>
      </w:r>
    </w:p>
    <w:p/>
    <w:p>
      <w:r>
        <w:t>“I know.”</w:t>
      </w:r>
    </w:p>
    <w:p/>
    <w:p>
      <w:r>
        <w:t>“That’s really cool.”</w:t>
      </w:r>
    </w:p>
    <w:p/>
    <w:p>
      <w:r>
        <w:t>“I might throw up.”</w:t>
      </w:r>
    </w:p>
    <w:p/>
    <w:p>
      <w:r>
        <w:t>“Also fair.”</w:t>
      </w:r>
    </w:p>
    <w:p/>
    <w:p>
      <w:r>
        <w:t>One of the girls beside Caroline said:</w:t>
      </w:r>
    </w:p>
    <w:p/>
    <w:p>
      <w:r>
        <w:t>“She’s going to be great.”</w:t>
      </w:r>
    </w:p>
    <w:p/>
    <w:p>
      <w:r>
        <w:t>Caroline’s cheeks turned pink.</w:t>
      </w:r>
    </w:p>
    <w:p/>
    <w:p>
      <w:r>
        <w:t>“I’m going to survive.”</w:t>
      </w:r>
    </w:p>
    <w:p/>
    <w:p>
      <w:r>
        <w:t>Elsie smiled.</w:t>
      </w:r>
    </w:p>
    <w:p/>
    <w:p>
      <w:r>
        <w:t>“Sometimes that’s basically the same thing.”</w:t>
      </w:r>
    </w:p>
    <w:p/>
    <w:p>
      <w:r>
        <w:t>Caroline laughed.</w:t>
      </w:r>
    </w:p>
    <w:p/>
    <w:p>
      <w:r>
        <w:t>Then went back to her conversation.</w:t>
      </w:r>
    </w:p>
    <w:p/>
    <w:p>
      <w:r>
        <w:t>Elsie kept walking.</w:t>
      </w:r>
    </w:p>
    <w:p/>
    <w:p>
      <w:r>
        <w:t>She didn’t write anything down.</w:t>
      </w:r>
    </w:p>
    <w:p/>
    <w:p>
      <w:r>
        <w:t>Saturday morning, Grandma texted at 8:12.</w:t>
      </w:r>
    </w:p>
    <w:p/>
    <w:p>
      <w:r>
        <w:rPr>
          <w:b/>
        </w:rPr>
        <w:t>Grandma:</w:t>
      </w:r>
      <w:r>
        <w:t xml:space="preserve"> Come over.</w:t>
      </w:r>
    </w:p>
    <w:p/>
    <w:p>
      <w:r>
        <w:t>Elsie stared at the message.</w:t>
      </w:r>
    </w:p>
    <w:p/>
    <w:p>
      <w:r>
        <w:rPr>
          <w:b/>
        </w:rPr>
        <w:t>Elsie:</w:t>
      </w:r>
      <w:r>
        <w:t xml:space="preserve"> good morning to you too</w:t>
      </w:r>
    </w:p>
    <w:p/>
    <w:p>
      <w:r>
        <w:rPr>
          <w:b/>
        </w:rPr>
        <w:t>Grandma:</w:t>
      </w:r>
      <w:r>
        <w:t xml:space="preserve"> Good morning.</w:t>
      </w:r>
    </w:p>
    <w:p/>
    <w:p>
      <w:r>
        <w:t>Then:</w:t>
      </w:r>
    </w:p>
    <w:p/>
    <w:p>
      <w:r>
        <w:rPr>
          <w:b/>
        </w:rPr>
        <w:t>Grandma:</w:t>
      </w:r>
      <w:r>
        <w:t xml:space="preserve"> Come over.</w:t>
      </w:r>
    </w:p>
    <w:p/>
    <w:p>
      <w:r>
        <w:t>Elsie smiled.</w:t>
      </w:r>
    </w:p>
    <w:p/>
    <w:p>
      <w:r>
        <w:rPr>
          <w:b/>
        </w:rPr>
        <w:t>Elsie:</w:t>
      </w:r>
      <w:r>
        <w:t xml:space="preserve"> demanding</w:t>
      </w:r>
    </w:p>
    <w:p/>
    <w:p>
      <w:r>
        <w:rPr>
          <w:b/>
        </w:rPr>
        <w:t>Grandma:</w:t>
      </w:r>
      <w:r>
        <w:t xml:space="preserve"> Seventy-one.</w:t>
      </w:r>
    </w:p>
    <w:p/>
    <w:p>
      <w:r>
        <w:rPr>
          <w:b/>
        </w:rPr>
        <w:t>Elsie:</w:t>
      </w:r>
      <w:r>
        <w:t xml:space="preserve"> that is not an explanation</w:t>
      </w:r>
    </w:p>
    <w:p/>
    <w:p>
      <w:r>
        <w:rPr>
          <w:b/>
        </w:rPr>
        <w:t>Grandma:</w:t>
      </w:r>
      <w:r>
        <w:t xml:space="preserve"> It has worked for years.</w:t>
      </w:r>
    </w:p>
    <w:p/>
    <w:p>
      <w:r>
        <w:t>Fair.</w:t>
      </w:r>
    </w:p>
    <w:p/>
    <w:p>
      <w:r>
        <w:t>By ten, Elsie was sitting at Grandma’s kitchen table with toast and a cup of coffee she had been told she was too young to need.</w:t>
      </w:r>
    </w:p>
    <w:p/>
    <w:p>
      <w:r>
        <w:t>“I’m sixteen.”</w:t>
      </w:r>
    </w:p>
    <w:p/>
    <w:p>
      <w:r>
        <w:t>“Exactly.”</w:t>
      </w:r>
    </w:p>
    <w:p/>
    <w:p>
      <w:r>
        <w:t>“You gave Mom coffee when she was sixteen.”</w:t>
      </w:r>
    </w:p>
    <w:p/>
    <w:p>
      <w:r>
        <w:t>“Your mother was exhausting.”</w:t>
      </w:r>
    </w:p>
    <w:p/>
    <w:p>
      <w:r>
        <w:t>“So am I.”</w:t>
      </w:r>
    </w:p>
    <w:p/>
    <w:p>
      <w:r>
        <w:t>“Yes.”</w:t>
      </w:r>
    </w:p>
    <w:p/>
    <w:p>
      <w:r>
        <w:t>Grandma sipped her coffee.</w:t>
      </w:r>
    </w:p>
    <w:p/>
    <w:p>
      <w:r>
        <w:t>“But differently.”</w:t>
      </w:r>
    </w:p>
    <w:p/>
    <w:p>
      <w:r>
        <w:t>Elsie smiled.</w:t>
      </w:r>
    </w:p>
    <w:p/>
    <w:p>
      <w:r>
        <w:t>The house smelled the same.</w:t>
      </w:r>
    </w:p>
    <w:p/>
    <w:p>
      <w:r>
        <w:t>Coffee.</w:t>
      </w:r>
    </w:p>
    <w:p/>
    <w:p>
      <w:r>
        <w:t>Laundry detergent.</w:t>
      </w:r>
    </w:p>
    <w:p/>
    <w:p>
      <w:r>
        <w:t>Whatever candle Grandma had been buying since approximately 2004.</w:t>
      </w:r>
    </w:p>
    <w:p/>
    <w:p>
      <w:r>
        <w:t>The box was on the table.</w:t>
      </w:r>
    </w:p>
    <w:p/>
    <w:p>
      <w:r>
        <w:t>Elsie stopped smiling.</w:t>
      </w:r>
    </w:p>
    <w:p/>
    <w:p>
      <w:r>
        <w:t>Not because she was afraid of it anymore.</w:t>
      </w:r>
    </w:p>
    <w:p/>
    <w:p>
      <w:r>
        <w:t>Just because she knew what it held.</w:t>
      </w:r>
    </w:p>
    <w:p/>
    <w:p>
      <w:r>
        <w:t>Daniel.</w:t>
      </w:r>
    </w:p>
    <w:p/>
    <w:p>
      <w:r>
        <w:t>Not a mystery now.</w:t>
      </w:r>
    </w:p>
    <w:p/>
    <w:p>
      <w:r>
        <w:t>A person.</w:t>
      </w:r>
    </w:p>
    <w:p/>
    <w:p>
      <w:r>
        <w:t>A whole life before the sentence that ended it.</w:t>
      </w:r>
    </w:p>
    <w:p/>
    <w:p>
      <w:r>
        <w:t>Grandma touched the lid.</w:t>
      </w:r>
    </w:p>
    <w:p/>
    <w:p>
      <w:r>
        <w:t>“You ready?”</w:t>
      </w:r>
    </w:p>
    <w:p/>
    <w:p>
      <w:r>
        <w:t>Elsie looked at her.</w:t>
      </w:r>
    </w:p>
    <w:p/>
    <w:p>
      <w:r>
        <w:t>“For what?”</w:t>
      </w:r>
    </w:p>
    <w:p/>
    <w:p>
      <w:r>
        <w:t>Grandma raised an eyebrow.</w:t>
      </w:r>
    </w:p>
    <w:p/>
    <w:p>
      <w:r>
        <w:t>“Still asking too many questions.”</w:t>
      </w:r>
    </w:p>
    <w:p/>
    <w:p>
      <w:r>
        <w:t>“Apparently that’s biblical.”</w:t>
      </w:r>
    </w:p>
    <w:p/>
    <w:p>
      <w:r>
        <w:t>“Convenient.”</w:t>
      </w:r>
    </w:p>
    <w:p/>
    <w:p>
      <w:r>
        <w:t>Elsie smiled.</w:t>
      </w:r>
    </w:p>
    <w:p/>
    <w:p>
      <w:r>
        <w:t>Grandma opened the box.</w:t>
      </w:r>
    </w:p>
    <w:p/>
    <w:p>
      <w:r>
        <w:t>The Bible was underneath the photographs.</w:t>
      </w:r>
    </w:p>
    <w:p/>
    <w:p>
      <w:r>
        <w:t>Old.</w:t>
      </w:r>
    </w:p>
    <w:p/>
    <w:p>
      <w:r>
        <w:t>Worn.</w:t>
      </w:r>
    </w:p>
    <w:p/>
    <w:p>
      <w:r>
        <w:t>Pages thinner than anything Elsie owned.</w:t>
      </w:r>
    </w:p>
    <w:p/>
    <w:p>
      <w:r>
        <w:t>Elsie had seen the box label before.</w:t>
      </w:r>
    </w:p>
    <w:p/>
    <w:p>
      <w:r>
        <w:t>LINDA — COLLEGE.</w:t>
      </w:r>
    </w:p>
    <w:p/>
    <w:p>
      <w:r>
        <w:t>She had seen the name inside the cover.</w:t>
      </w:r>
    </w:p>
    <w:p/>
    <w:p>
      <w:r>
        <w:t>LINDA MARIE DONOVAN.</w:t>
      </w:r>
    </w:p>
    <w:p/>
    <w:p>
      <w:r>
        <w:t>And she had seen the angry words Grandma had written beside a verse she would not let Elsie read.</w:t>
      </w:r>
    </w:p>
    <w:p/>
    <w:p>
      <w:r>
        <w:rPr>
          <w:i/>
        </w:rPr>
        <w:t>I DON’T BELIEVE THIS.</w:t>
      </w:r>
    </w:p>
    <w:p/>
    <w:p>
      <w:r>
        <w:t>Grandma had closed the Bible.</w:t>
      </w:r>
    </w:p>
    <w:p/>
    <w:p>
      <w:r>
        <w:rPr>
          <w:i/>
        </w:rPr>
        <w:t>Not yet.</w:t>
      </w:r>
    </w:p>
    <w:p/>
    <w:p>
      <w:r>
        <w:t>Elsie swallowed.</w:t>
      </w:r>
    </w:p>
    <w:p/>
    <w:p>
      <w:r>
        <w:t>Grandma slid it across the table.</w:t>
      </w:r>
    </w:p>
    <w:p/>
    <w:p>
      <w:r>
        <w:t>“Now?”</w:t>
      </w:r>
    </w:p>
    <w:p/>
    <w:p>
      <w:r>
        <w:t>Grandma nodded.</w:t>
      </w:r>
    </w:p>
    <w:p/>
    <w:p>
      <w:r>
        <w:t>“Now.”</w:t>
      </w:r>
    </w:p>
    <w:p/>
    <w:p>
      <w:r>
        <w:t>Elsie looked down.</w:t>
      </w:r>
    </w:p>
    <w:p/>
    <w:p>
      <w:r>
        <w:t>The page was already marked.</w:t>
      </w:r>
    </w:p>
    <w:p/>
    <w:p>
      <w:r>
        <w:t>Old blue ink.</w:t>
      </w:r>
    </w:p>
    <w:p/>
    <w:p>
      <w:r>
        <w:t>Faded enough that she had to lean closer.</w:t>
      </w:r>
    </w:p>
    <w:p/>
    <w:p>
      <w:r>
        <w:t>The words beside it were darker.</w:t>
      </w:r>
    </w:p>
    <w:p/>
    <w:p>
      <w:r>
        <w:t>Angrier.</w:t>
      </w:r>
    </w:p>
    <w:p/>
    <w:p>
      <w:r>
        <w:t>Written by a twenty-year-old Linda Marie Donovan who had buried Daniel and apparently wanted God to know exactly what she thought about it.</w:t>
      </w:r>
    </w:p>
    <w:p/>
    <w:p>
      <w:r>
        <w:rPr>
          <w:i/>
        </w:rPr>
        <w:t>I DON’T BELIEVE THIS.</w:t>
      </w:r>
    </w:p>
    <w:p/>
    <w:p>
      <w:r>
        <w:t>Elsie read the verse.</w:t>
      </w:r>
    </w:p>
    <w:p/>
    <w:p>
      <w:r>
        <w:rPr>
          <w:i/>
        </w:rPr>
        <w:t>For I know the thoughts that I think toward you, saith the LORD, thoughts of peace, and not of evil, to give you an expected end.</w:t>
      </w:r>
    </w:p>
    <w:p/>
    <w:p>
      <w:r>
        <w:t>Jeremiah 29:11.</w:t>
      </w:r>
    </w:p>
    <w:p/>
    <w:p>
      <w:r>
        <w:t>Thoughts.</w:t>
      </w:r>
    </w:p>
    <w:p/>
    <w:p>
      <w:r>
        <w:t>Not plans.</w:t>
      </w:r>
    </w:p>
    <w:p/>
    <w:p>
      <w:r>
        <w:t>It took her a second.</w:t>
      </w:r>
    </w:p>
    <w:p/>
    <w:p>
      <w:r>
        <w:t>Then she saw a sunset over the football field.</w:t>
      </w:r>
    </w:p>
    <w:p/>
    <w:p>
      <w:r>
        <w:t>Three slides.</w:t>
      </w:r>
    </w:p>
    <w:p/>
    <w:p>
      <w:r>
        <w:t>Thirty-eight likes.</w:t>
      </w:r>
    </w:p>
    <w:p/>
    <w:p>
      <w:r>
        <w:t>Nora writing about trusting God when you didn’t understand what He was doing.</w:t>
      </w:r>
    </w:p>
    <w:p/>
    <w:p>
      <w:r>
        <w:t>Elsie had read all three.</w:t>
      </w:r>
    </w:p>
    <w:p/>
    <w:p>
      <w:r>
        <w:t>Almost liked it.</w:t>
      </w:r>
    </w:p>
    <w:p/>
    <w:p>
      <w:r>
        <w:t>Then hadn’t.</w:t>
      </w:r>
    </w:p>
    <w:p/>
    <w:p>
      <w:r>
        <w:t>Thirty-eight.</w:t>
      </w:r>
    </w:p>
    <w:p/>
    <w:p>
      <w:r>
        <w:t>She looked at Grandma.</w:t>
      </w:r>
    </w:p>
    <w:p/>
    <w:p>
      <w:r>
        <w:t>“That was Nora’s post.”</w:t>
      </w:r>
    </w:p>
    <w:p/>
    <w:p>
      <w:r>
        <w:t>Grandma frowned.</w:t>
      </w:r>
    </w:p>
    <w:p/>
    <w:p>
      <w:r>
        <w:t>“What?”</w:t>
      </w:r>
    </w:p>
    <w:p/>
    <w:p>
      <w:r>
        <w:t>“Nothing.”</w:t>
      </w:r>
    </w:p>
    <w:p/>
    <w:p>
      <w:r>
        <w:t>Elsie looked back at the verse.</w:t>
      </w:r>
    </w:p>
    <w:p/>
    <w:p>
      <w:r>
        <w:t>Thirty-eight likes.</w:t>
      </w:r>
    </w:p>
    <w:p/>
    <w:p>
      <w:r>
        <w:t>Then thirty-nine.</w:t>
      </w:r>
    </w:p>
    <w:p>
      <w:pPr/>
      <w:r>
        <w:t>The night she finally pressed the button.</w:t>
      </w:r>
    </w:p>
    <w:p/>
    <w:p>
      <w:r>
        <w:t>Of course.</w:t>
      </w:r>
    </w:p>
    <w:p/>
    <w:p>
      <w:r>
        <w:t>Of course this was the verse.</w:t>
      </w:r>
    </w:p>
    <w:p/>
    <w:p>
      <w:r>
        <w:t>“You hated Jeremiah 29:11?”</w:t>
      </w:r>
    </w:p>
    <w:p/>
    <w:p>
      <w:r>
        <w:t>Grandma laughed once.</w:t>
      </w:r>
    </w:p>
    <w:p/>
    <w:p>
      <w:r>
        <w:t>No humor in it.</w:t>
      </w:r>
    </w:p>
    <w:p/>
    <w:p>
      <w:r>
        <w:t>“For a while.”</w:t>
      </w:r>
    </w:p>
    <w:p/>
    <w:p>
      <w:r>
        <w:t>Elsie looked back at the page.</w:t>
      </w:r>
    </w:p>
    <w:p/>
    <w:p>
      <w:r>
        <w:t>“Because people kept telling you God had a plan.”</w:t>
      </w:r>
    </w:p>
    <w:p/>
    <w:p>
      <w:r>
        <w:t>Grandma’s eyes moved to hers.</w:t>
      </w:r>
    </w:p>
    <w:p/>
    <w:p>
      <w:r>
        <w:t>“Yes.”</w:t>
      </w:r>
    </w:p>
    <w:p/>
    <w:p>
      <w:r>
        <w:t>Elsie already knew the rest.</w:t>
      </w:r>
    </w:p>
    <w:p/>
    <w:p>
      <w:r>
        <w:t>Daniel had died.</w:t>
      </w:r>
    </w:p>
    <w:p/>
    <w:p>
      <w:r>
        <w:t>Grandma had been twenty.</w:t>
      </w:r>
    </w:p>
    <w:p/>
    <w:p>
      <w:r>
        <w:t>She had wanted Daniel, not an explanation.</w:t>
      </w:r>
    </w:p>
    <w:p/>
    <w:p>
      <w:r>
        <w:t>She had been angry at God.</w:t>
      </w:r>
    </w:p>
    <w:p/>
    <w:p>
      <w:r>
        <w:t>She had tried to pray the right prayers until she finally stopped performing and told Him the truth.</w:t>
      </w:r>
    </w:p>
    <w:p/>
    <w:p>
      <w:r>
        <w:t>And in the upstairs closet, Grandma had told her what happened after that.</w:t>
      </w:r>
    </w:p>
    <w:p/>
    <w:p>
      <w:r>
        <w:t>Nothing dramatic.</w:t>
      </w:r>
    </w:p>
    <w:p/>
    <w:p>
      <w:r>
        <w:t>No explanation.</w:t>
      </w:r>
    </w:p>
    <w:p/>
    <w:p>
      <w:r>
        <w:t>No answer for why.</w:t>
      </w:r>
    </w:p>
    <w:p/>
    <w:p>
      <w:r>
        <w:t>Grandma touched the old handwriting.</w:t>
      </w:r>
    </w:p>
    <w:p/>
    <w:p>
      <w:r>
        <w:t>“I stopped making understanding a requirement for staying.”</w:t>
      </w:r>
    </w:p>
    <w:p/>
    <w:p>
      <w:r>
        <w:t>She’d said it before.</w:t>
      </w:r>
    </w:p>
    <w:p/>
    <w:p>
      <w:r>
        <w:t>In the closet.</w:t>
      </w:r>
    </w:p>
    <w:p/>
    <w:p>
      <w:r>
        <w:t>It meant more now, with the verse open between them.</w:t>
      </w:r>
    </w:p>
    <w:p/>
    <w:p>
      <w:r>
        <w:t>Elsie looked down.</w:t>
      </w:r>
    </w:p>
    <w:p/>
    <w:p>
      <w:r>
        <w:t>“So you didn’t start believing the verse because you figured out what the plan was.”</w:t>
      </w:r>
    </w:p>
    <w:p/>
    <w:p>
      <w:r>
        <w:t>“No.”</w:t>
      </w:r>
    </w:p>
    <w:p/>
    <w:p>
      <w:r>
        <w:t>“You still don’t know why Daniel died.”</w:t>
      </w:r>
    </w:p>
    <w:p/>
    <w:p>
      <w:r>
        <w:t>“No.”</w:t>
      </w:r>
    </w:p>
    <w:p/>
    <w:p>
      <w:r>
        <w:t>Grandma tapped the page.</w:t>
      </w:r>
    </w:p>
    <w:p/>
    <w:p>
      <w:r>
        <w:t>“I know people love this verse because it sounds like a promise that everything will work out the way we want.”</w:t>
      </w:r>
    </w:p>
    <w:p/>
    <w:p>
      <w:r>
        <w:t>Elsie waited.</w:t>
      </w:r>
    </w:p>
    <w:p/>
    <w:p>
      <w:r>
        <w:t>“I don’t read it that way anymore.”</w:t>
      </w:r>
    </w:p>
    <w:p/>
    <w:p>
      <w:r>
        <w:t>“How do you read it?”</w:t>
      </w:r>
    </w:p>
    <w:p/>
    <w:p>
      <w:r>
        <w:t>Grandma thought.</w:t>
      </w:r>
    </w:p>
    <w:p/>
    <w:p>
      <w:r>
        <w:t>“God knew what I couldn’t.”</w:t>
      </w:r>
    </w:p>
    <w:p/>
    <w:p>
      <w:r>
        <w:t>“The whole story?”</w:t>
      </w:r>
    </w:p>
    <w:p/>
    <w:p>
      <w:r>
        <w:t>“More than that.”</w:t>
      </w:r>
    </w:p>
    <w:p/>
    <w:p>
      <w:r>
        <w:t>Grandma’s voice softened.</w:t>
      </w:r>
    </w:p>
    <w:p/>
    <w:p>
      <w:r>
        <w:t>“He knew me.”</w:t>
      </w:r>
    </w:p>
    <w:p/>
    <w:p>
      <w:r>
        <w:t>Elsie looked at her.</w:t>
      </w:r>
    </w:p>
    <w:p/>
    <w:p>
      <w:r>
        <w:t>“Angry?”</w:t>
      </w:r>
    </w:p>
    <w:p/>
    <w:p>
      <w:r>
        <w:t>“Yes.”</w:t>
      </w:r>
    </w:p>
    <w:p/>
    <w:p>
      <w:r>
        <w:t>“Doubting?”</w:t>
      </w:r>
    </w:p>
    <w:p/>
    <w:p>
      <w:r>
        <w:t>“Yes.”</w:t>
      </w:r>
    </w:p>
    <w:p/>
    <w:p>
      <w:r>
        <w:t>“Writing rude things in Bibles?”</w:t>
      </w:r>
    </w:p>
    <w:p/>
    <w:p>
      <w:r>
        <w:t>Grandma smiled.</w:t>
      </w:r>
    </w:p>
    <w:p/>
    <w:p>
      <w:r>
        <w:t>“Especially then.”</w:t>
      </w:r>
    </w:p>
    <w:p/>
    <w:p>
      <w:r>
        <w:t>Elsie laughed.</w:t>
      </w:r>
    </w:p>
    <w:p/>
    <w:p>
      <w:r>
        <w:t>Grandma continued.</w:t>
      </w:r>
    </w:p>
    <w:p/>
    <w:p>
      <w:r>
        <w:t>“He knew Daniel.”</w:t>
      </w:r>
    </w:p>
    <w:p/>
    <w:p>
      <w:r>
        <w:t>Her voice caught.</w:t>
      </w:r>
    </w:p>
    <w:p/>
    <w:p>
      <w:r>
        <w:t>Just barely.</w:t>
      </w:r>
    </w:p>
    <w:p/>
    <w:p>
      <w:r>
        <w:t>Elsie waited.</w:t>
      </w:r>
    </w:p>
    <w:p/>
    <w:p>
      <w:r>
        <w:t>“He knew who I was before Daniel died.”</w:t>
      </w:r>
    </w:p>
    <w:p/>
    <w:p>
      <w:r>
        <w:t>Grandma looked at the photographs.</w:t>
      </w:r>
    </w:p>
    <w:p/>
    <w:p>
      <w:r>
        <w:t>“And who I would be after.”</w:t>
      </w:r>
    </w:p>
    <w:p/>
    <w:p>
      <w:r>
        <w:t>Elsie’s chest tightened.</w:t>
      </w:r>
    </w:p>
    <w:p/>
    <w:p>
      <w:r>
        <w:t>“And He never once confused my not understanding with His not knowing.”</w:t>
      </w:r>
    </w:p>
    <w:p/>
    <w:p>
      <w:r>
        <w:t>Silence.</w:t>
      </w:r>
    </w:p>
    <w:p/>
    <w:p>
      <w:r>
        <w:t>Elsie stared at the verse.</w:t>
      </w:r>
    </w:p>
    <w:p/>
    <w:p>
      <w:r>
        <w:t>She pulled the notebook from her bag.</w:t>
      </w:r>
    </w:p>
    <w:p/>
    <w:p>
      <w:r>
        <w:t>Grandma looked at it.</w:t>
      </w:r>
    </w:p>
    <w:p/>
    <w:p>
      <w:r>
        <w:t>“You brought it.”</w:t>
      </w:r>
    </w:p>
    <w:p/>
    <w:p>
      <w:r>
        <w:t>“I bring it everywhere now.”</w:t>
      </w:r>
    </w:p>
    <w:p/>
    <w:p>
      <w:r>
        <w:t>“Disturbing.”</w:t>
      </w:r>
    </w:p>
    <w:p/>
    <w:p>
      <w:r>
        <w:t>“You started this.”</w:t>
      </w:r>
    </w:p>
    <w:p/>
    <w:p>
      <w:r>
        <w:t>“I wrote a list.”</w:t>
      </w:r>
    </w:p>
    <w:p/>
    <w:p>
      <w:r>
        <w:t>“You wrote a terrible list.”</w:t>
      </w:r>
    </w:p>
    <w:p/>
    <w:p>
      <w:r>
        <w:t>Grandma looked offended.</w:t>
      </w:r>
    </w:p>
    <w:p/>
    <w:p>
      <w:r>
        <w:t>“It was excellent.”</w:t>
      </w:r>
    </w:p>
    <w:p/>
    <w:p>
      <w:r>
        <w:t>“You called Leah ugly.”</w:t>
      </w:r>
    </w:p>
    <w:p/>
    <w:p>
      <w:r>
        <w:t>“I have apologized.”</w:t>
      </w:r>
    </w:p>
    <w:p/>
    <w:p>
      <w:r>
        <w:t>“Not enough.”</w:t>
      </w:r>
    </w:p>
    <w:p/>
    <w:p>
      <w:r>
        <w:t>Grandma laughed.</w:t>
      </w:r>
    </w:p>
    <w:p/>
    <w:p>
      <w:r>
        <w:t>Elsie opened the notebook.</w:t>
      </w:r>
    </w:p>
    <w:p/>
    <w:p>
      <w:r>
        <w:t>Pages.</w:t>
      </w:r>
    </w:p>
    <w:p/>
    <w:p>
      <w:r>
        <w:t>Names.</w:t>
      </w:r>
    </w:p>
    <w:p/>
    <w:p>
      <w:r>
        <w:t>Cross-outs.</w:t>
      </w:r>
    </w:p>
    <w:p/>
    <w:p>
      <w:r>
        <w:t>Questions.</w:t>
      </w:r>
    </w:p>
    <w:p/>
    <w:p>
      <w:r>
        <w:t>Things she had written.</w:t>
      </w:r>
    </w:p>
    <w:p/>
    <w:p>
      <w:r>
        <w:t>Things she had crossed out.</w:t>
      </w:r>
    </w:p>
    <w:p/>
    <w:p>
      <w:r>
        <w:t>Things she had left blank.</w:t>
      </w:r>
    </w:p>
    <w:p/>
    <w:p>
      <w:r>
        <w:t>She found the page.</w:t>
      </w:r>
    </w:p>
    <w:p/>
    <w:p>
      <w:r>
        <w:rPr>
          <w:b/>
        </w:rPr>
        <w:t xml:space="preserve">PEOPLE GOD USED </w:t>
      </w:r>
      <w:r>
        <w:rPr>
          <w:b/>
          <w:strike/>
        </w:rPr>
        <w:t>ANYWAY</w:t>
      </w:r>
    </w:p>
    <w:p/>
    <w:p>
      <w:r>
        <w:t>There it was.</w:t>
      </w:r>
    </w:p>
    <w:p/>
    <w:p>
      <w:r>
        <w:t>The word that had been bothering her for weeks.</w:t>
      </w:r>
    </w:p>
    <w:p/>
    <w:p>
      <w:r>
        <w:t>Grandma read it.</w:t>
      </w:r>
    </w:p>
    <w:p/>
    <w:p>
      <w:r>
        <w:t>Then looked at Elsie.</w:t>
      </w:r>
    </w:p>
    <w:p/>
    <w:p>
      <w:r>
        <w:t>“You wrote that.”</w:t>
      </w:r>
    </w:p>
    <w:p/>
    <w:p>
      <w:r>
        <w:t>“I know.”</w:t>
      </w:r>
    </w:p>
    <w:p/>
    <w:p>
      <w:r>
        <w:t>“You accused me of writing it for approximately a month.”</w:t>
      </w:r>
    </w:p>
    <w:p/>
    <w:p>
      <w:r>
        <w:t>“I have grown.”</w:t>
      </w:r>
    </w:p>
    <w:p/>
    <w:p>
      <w:r>
        <w:t>“Debatable.”</w:t>
      </w:r>
    </w:p>
    <w:p/>
    <w:p>
      <w:r>
        <w:t>Elsie smiled.</w:t>
      </w:r>
    </w:p>
    <w:p/>
    <w:p>
      <w:r>
        <w:t>Then looked down.</w:t>
      </w:r>
    </w:p>
    <w:p/>
    <w:p>
      <w:r>
        <w:t>“Anyway.”</w:t>
      </w:r>
    </w:p>
    <w:p/>
    <w:p>
      <w:r>
        <w:t>Grandma waited.</w:t>
      </w:r>
    </w:p>
    <w:p/>
    <w:p>
      <w:r>
        <w:t>“I think that’s the part I got wrong.”</w:t>
      </w:r>
    </w:p>
    <w:p/>
    <w:p>
      <w:r>
        <w:t>“The handwriting?”</w:t>
      </w:r>
    </w:p>
    <w:p/>
    <w:p>
      <w:r>
        <w:t>“The premise.”</w:t>
      </w:r>
    </w:p>
    <w:p/>
    <w:p>
      <w:r>
        <w:t>Grandma’s expression changed.</w:t>
      </w:r>
    </w:p>
    <w:p/>
    <w:p>
      <w:r>
        <w:t>Elsie touched the word.</w:t>
      </w:r>
    </w:p>
    <w:p/>
    <w:p>
      <w:r>
        <w:t>“I kept reading the list like the sentence after somebody’s name was the most important thing about them.”</w:t>
      </w:r>
    </w:p>
    <w:p/>
    <w:p>
      <w:r>
        <w:t>Grandma said nothing.</w:t>
      </w:r>
    </w:p>
    <w:p/>
    <w:p>
      <w:r>
        <w:t>“Moses killed someone. Thomas doubted. Rahab had a past. Martha worried.”</w:t>
      </w:r>
    </w:p>
    <w:p/>
    <w:p>
      <w:r>
        <w:t>Elsie smiled slightly.</w:t>
      </w:r>
    </w:p>
    <w:p/>
    <w:p>
      <w:r>
        <w:t>“I almost forgot Martha.”</w:t>
      </w:r>
    </w:p>
    <w:p/>
    <w:p>
      <w:r>
        <w:t>“She’d be worried about that.”</w:t>
      </w:r>
    </w:p>
    <w:p/>
    <w:p>
      <w:r>
        <w:t>Elsie laughed.</w:t>
      </w:r>
    </w:p>
    <w:p/>
    <w:p>
      <w:r>
        <w:t>Then quieted.</w:t>
      </w:r>
    </w:p>
    <w:p/>
    <w:p>
      <w:r>
        <w:t>“But those sentences were too small.”</w:t>
      </w:r>
    </w:p>
    <w:p/>
    <w:p>
      <w:r>
        <w:t>Grandma nodded.</w:t>
      </w:r>
    </w:p>
    <w:p/>
    <w:p>
      <w:r>
        <w:t>“They were never the whole person.”</w:t>
      </w:r>
    </w:p>
    <w:p/>
    <w:p>
      <w:r>
        <w:t>“No.”</w:t>
      </w:r>
    </w:p>
    <w:p/>
    <w:p>
      <w:r>
        <w:t>“And God didn’t find out any of it later.”</w:t>
      </w:r>
    </w:p>
    <w:p/>
    <w:p>
      <w:r>
        <w:t>Grandma smiled.</w:t>
      </w:r>
    </w:p>
    <w:p/>
    <w:p>
      <w:r>
        <w:t>“No.”</w:t>
      </w:r>
    </w:p>
    <w:p/>
    <w:p>
      <w:r>
        <w:t>Elsie looked at the heading.</w:t>
      </w:r>
    </w:p>
    <w:p/>
    <w:p>
      <w:r>
        <w:t>“He knew them completely.”</w:t>
      </w:r>
    </w:p>
    <w:p/>
    <w:p>
      <w:r>
        <w:t>There.</w:t>
      </w:r>
    </w:p>
    <w:p/>
    <w:p>
      <w:r>
        <w:t>The words had been waiting for her.</w:t>
      </w:r>
    </w:p>
    <w:p/>
    <w:p>
      <w:r>
        <w:t>Not new.</w:t>
      </w:r>
    </w:p>
    <w:p/>
    <w:p>
      <w:r>
        <w:t>She had heard them before.</w:t>
      </w:r>
    </w:p>
    <w:p/>
    <w:p>
      <w:r>
        <w:t>Wednesday Bible study.</w:t>
      </w:r>
    </w:p>
    <w:p/>
    <w:p>
      <w:r>
        <w:t>Grandma.</w:t>
      </w:r>
    </w:p>
    <w:p/>
    <w:p>
      <w:r>
        <w:t>Everywhere, apparently.</w:t>
      </w:r>
    </w:p>
    <w:p/>
    <w:p>
      <w:r>
        <w:t>Elsie uncapped her pen.</w:t>
      </w:r>
    </w:p>
    <w:p/>
    <w:p>
      <w:r>
        <w:t>Grandma watched.</w:t>
      </w:r>
    </w:p>
    <w:p/>
    <w:p>
      <w:r>
        <w:t>She drew one line through ANYWAY.</w:t>
      </w:r>
    </w:p>
    <w:p/>
    <w:p>
      <w:r>
        <w:t>Not angry.</w:t>
      </w:r>
    </w:p>
    <w:p/>
    <w:p>
      <w:r>
        <w:t>Not scribbled out.</w:t>
      </w:r>
    </w:p>
    <w:p/>
    <w:p>
      <w:r>
        <w:t>Just enough that she could still read what had been there.</w:t>
      </w:r>
    </w:p>
    <w:p/>
    <w:p>
      <w:r>
        <w:t>Then underneath, she wrote:</w:t>
      </w:r>
    </w:p>
    <w:p/>
    <w:p>
      <w:r>
        <w:rPr>
          <w:b/>
        </w:rPr>
        <w:t>PEOPLE GOD KNEW COMPLETELY</w:t>
      </w:r>
    </w:p>
    <w:p/>
    <w:p>
      <w:r>
        <w:t>Elsie stared at it.</w:t>
      </w:r>
    </w:p>
    <w:p/>
    <w:p>
      <w:r>
        <w:t>Grandma did too.</w:t>
      </w:r>
    </w:p>
    <w:p/>
    <w:p>
      <w:r>
        <w:t>“That’s better,” Grandma said.</w:t>
      </w:r>
    </w:p>
    <w:p/>
    <w:p>
      <w:r>
        <w:t>Elsie looked at her.</w:t>
      </w:r>
    </w:p>
    <w:p/>
    <w:p>
      <w:r>
        <w:t>“That’s it?”</w:t>
      </w:r>
    </w:p>
    <w:p/>
    <w:p>
      <w:r>
        <w:t>“What do you want, applause?”</w:t>
      </w:r>
    </w:p>
    <w:p/>
    <w:p>
      <w:r>
        <w:t>“A little.”</w:t>
      </w:r>
    </w:p>
    <w:p/>
    <w:p>
      <w:r>
        <w:t>Grandma clapped twice.</w:t>
      </w:r>
    </w:p>
    <w:p/>
    <w:p>
      <w:r>
        <w:t>“Thank you.”</w:t>
      </w:r>
    </w:p>
    <w:p/>
    <w:p>
      <w:r>
        <w:t>“You’re welcome.”</w:t>
      </w:r>
    </w:p>
    <w:p/>
    <w:p>
      <w:r>
        <w:t>Elsie laughed.</w:t>
      </w:r>
    </w:p>
    <w:p/>
    <w:p>
      <w:r>
        <w:t>Then Grandma reached across the table.</w:t>
      </w:r>
    </w:p>
    <w:p/>
    <w:p>
      <w:r>
        <w:t>Put her hand over Elsie’s.</w:t>
      </w:r>
    </w:p>
    <w:p/>
    <w:p>
      <w:r>
        <w:t>“He knew them completely.”</w:t>
      </w:r>
    </w:p>
    <w:p/>
    <w:p>
      <w:r>
        <w:t>Elsie looked down.</w:t>
      </w:r>
    </w:p>
    <w:p/>
    <w:p>
      <w:r>
        <w:t>“And still called them forward.”</w:t>
      </w:r>
    </w:p>
    <w:p/>
    <w:p>
      <w:r>
        <w:t>Something in Elsie’s chest gave way.</w:t>
      </w:r>
    </w:p>
    <w:p/>
    <w:p>
      <w:r>
        <w:t>Not broke.</w:t>
      </w:r>
    </w:p>
    <w:p/>
    <w:p>
      <w:r>
        <w:t>Loosened.</w:t>
      </w:r>
    </w:p>
    <w:p/>
    <w:p>
      <w:r>
        <w:t>She looked at Grandma.</w:t>
      </w:r>
    </w:p>
    <w:p/>
    <w:p>
      <w:r>
        <w:t>“I keep thinking I’m supposed to figure it out.”</w:t>
      </w:r>
    </w:p>
    <w:p/>
    <w:p>
      <w:r>
        <w:t>“What?”</w:t>
      </w:r>
    </w:p>
    <w:p/>
    <w:p>
      <w:r>
        <w:t>“Everything.”</w:t>
      </w:r>
    </w:p>
    <w:p/>
    <w:p>
      <w:r>
        <w:t>Grandma nodded.</w:t>
      </w:r>
    </w:p>
    <w:p/>
    <w:p>
      <w:r>
        <w:t>“Exhausting.”</w:t>
      </w:r>
    </w:p>
    <w:p/>
    <w:p>
      <w:r>
        <w:t>“It is.”</w:t>
      </w:r>
    </w:p>
    <w:p/>
    <w:p>
      <w:r>
        <w:t>“Have you considered stopping?”</w:t>
      </w:r>
    </w:p>
    <w:p/>
    <w:p>
      <w:r>
        <w:t>Elsie laughed.</w:t>
      </w:r>
    </w:p>
    <w:p/>
    <w:p>
      <w:r>
        <w:t>“I’m serious.”</w:t>
      </w:r>
    </w:p>
    <w:p/>
    <w:p>
      <w:r>
        <w:t>“That’s terrible advice.”</w:t>
      </w:r>
    </w:p>
    <w:p/>
    <w:p>
      <w:r>
        <w:t>“No. Trying to control everything is terrible advice.”</w:t>
      </w:r>
    </w:p>
    <w:p/>
    <w:p>
      <w:r>
        <w:t>Grandma squeezed her hand.</w:t>
      </w:r>
    </w:p>
    <w:p/>
    <w:p>
      <w:r>
        <w:t>“You don’t have to know God’s plan to be inside it, Elsie.”</w:t>
      </w:r>
    </w:p>
    <w:p/>
    <w:p>
      <w:r>
        <w:t>Elsie swallowed.</w:t>
      </w:r>
    </w:p>
    <w:p/>
    <w:p>
      <w:r>
        <w:t>“You just have to keep choosing Him.”</w:t>
      </w:r>
    </w:p>
    <w:p/>
    <w:p>
      <w:r>
        <w:t>That sounded too simple.</w:t>
      </w:r>
    </w:p>
    <w:p/>
    <w:p>
      <w:r>
        <w:t>Which probably meant Elsie was going to argue.</w:t>
      </w:r>
    </w:p>
    <w:p/>
    <w:p>
      <w:r>
        <w:t>“What if I choose wrong?”</w:t>
      </w:r>
    </w:p>
    <w:p/>
    <w:p>
      <w:r>
        <w:t>“You will.”</w:t>
      </w:r>
    </w:p>
    <w:p/>
    <w:p>
      <w:r>
        <w:t>“Grandma.”</w:t>
      </w:r>
    </w:p>
    <w:p/>
    <w:p>
      <w:r>
        <w:t>“You asked.”</w:t>
      </w:r>
    </w:p>
    <w:p/>
    <w:p>
      <w:r>
        <w:t>“What if I mess something up?”</w:t>
      </w:r>
    </w:p>
    <w:p/>
    <w:p>
      <w:r>
        <w:t>“You will.”</w:t>
      </w:r>
    </w:p>
    <w:p/>
    <w:p>
      <w:r>
        <w:t>“This is a terrible pep talk.”</w:t>
      </w:r>
    </w:p>
    <w:p/>
    <w:p>
      <w:r>
        <w:t>Grandma smiled.</w:t>
      </w:r>
    </w:p>
    <w:p/>
    <w:p>
      <w:r>
        <w:t>“What if I don’t know what I’m doing?”</w:t>
      </w:r>
    </w:p>
    <w:p/>
    <w:p>
      <w:r>
        <w:t>“You usually won’t.”</w:t>
      </w:r>
    </w:p>
    <w:p/>
    <w:p>
      <w:r>
        <w:t>Elsie stared at her.</w:t>
      </w:r>
    </w:p>
    <w:p/>
    <w:p>
      <w:r>
        <w:t>Grandma leaned closer.</w:t>
      </w:r>
    </w:p>
    <w:p/>
    <w:p>
      <w:r>
        <w:t>“And none of that means God lost you.”</w:t>
      </w:r>
    </w:p>
    <w:p/>
    <w:p>
      <w:r>
        <w:t>Elsie stopped.</w:t>
      </w:r>
    </w:p>
    <w:p/>
    <w:p>
      <w:r>
        <w:t>“He is not waiting for you to become omniscient.”</w:t>
      </w:r>
    </w:p>
    <w:p/>
    <w:p>
      <w:r>
        <w:t>“That would take a while.”</w:t>
      </w:r>
    </w:p>
    <w:p/>
    <w:p>
      <w:r>
        <w:t>“Especially at this rate.”</w:t>
      </w:r>
    </w:p>
    <w:p/>
    <w:p>
      <w:r>
        <w:t>“Rude.”</w:t>
      </w:r>
    </w:p>
    <w:p/>
    <w:p>
      <w:r>
        <w:t>“He is asking you to follow.”</w:t>
      </w:r>
    </w:p>
    <w:p/>
    <w:p>
      <w:r>
        <w:t>Elsie looked at the heading.</w:t>
      </w:r>
    </w:p>
    <w:p/>
    <w:p>
      <w:r>
        <w:rPr>
          <w:b/>
        </w:rPr>
        <w:t>PEOPLE GOD KNEW COMPLETELY</w:t>
      </w:r>
    </w:p>
    <w:p/>
    <w:p>
      <w:r>
        <w:t>Follow.</w:t>
      </w:r>
    </w:p>
    <w:p/>
    <w:p>
      <w:r>
        <w:t>Not solve.</w:t>
      </w:r>
    </w:p>
    <w:p/>
    <w:p>
      <w:r>
        <w:t>Not predict.</w:t>
      </w:r>
    </w:p>
    <w:p/>
    <w:p>
      <w:r>
        <w:t>Not prove.</w:t>
      </w:r>
    </w:p>
    <w:p/>
    <w:p>
      <w:r>
        <w:t>Follow.</w:t>
      </w:r>
    </w:p>
    <w:p/>
    <w:p>
      <w:r>
        <w:t>Sunday morning, Mason was waiting outside church.</w:t>
      </w:r>
    </w:p>
    <w:p/>
    <w:p>
      <w:r>
        <w:t>Elsie almost walked into the door.</w:t>
      </w:r>
    </w:p>
    <w:p/>
    <w:p>
      <w:r>
        <w:t>“What are you doing here?”</w:t>
      </w:r>
    </w:p>
    <w:p/>
    <w:p>
      <w:r>
        <w:t>“Good morning to you too.”</w:t>
      </w:r>
    </w:p>
    <w:p/>
    <w:p>
      <w:r>
        <w:t>“No. I mean—”</w:t>
      </w:r>
    </w:p>
    <w:p/>
    <w:p>
      <w:r>
        <w:t>“I know what you mean.”</w:t>
      </w:r>
    </w:p>
    <w:p/>
    <w:p>
      <w:r>
        <w:t>He shoved his hands into his pockets.</w:t>
      </w:r>
    </w:p>
    <w:p/>
    <w:p>
      <w:r>
        <w:t>“My dad came again.”</w:t>
      </w:r>
    </w:p>
    <w:p/>
    <w:p>
      <w:r>
        <w:t>Elsie looked toward the parking lot.</w:t>
      </w:r>
    </w:p>
    <w:p/>
    <w:p>
      <w:r>
        <w:t>Mr. Reed was talking to someone near the entrance.</w:t>
      </w:r>
    </w:p>
    <w:p/>
    <w:p>
      <w:r>
        <w:t>“Twice?”</w:t>
      </w:r>
    </w:p>
    <w:p/>
    <w:p>
      <w:r>
        <w:t>“Apparently.”</w:t>
      </w:r>
    </w:p>
    <w:p/>
    <w:p>
      <w:r>
        <w:t>“Voluntarily?”</w:t>
      </w:r>
    </w:p>
    <w:p/>
    <w:p>
      <w:r>
        <w:t>“Unclear.”</w:t>
      </w:r>
    </w:p>
    <w:p/>
    <w:p>
      <w:r>
        <w:t>Elsie smiled.</w:t>
      </w:r>
    </w:p>
    <w:p/>
    <w:p>
      <w:r>
        <w:t>Mason looked at the doors.</w:t>
      </w:r>
    </w:p>
    <w:p/>
    <w:p>
      <w:r>
        <w:t>“I figured I’d come too.”</w:t>
      </w:r>
    </w:p>
    <w:p/>
    <w:p>
      <w:r>
        <w:t>Her heart did something stupid.</w:t>
      </w:r>
    </w:p>
    <w:p/>
    <w:p>
      <w:r>
        <w:t>She ignored it.</w:t>
      </w:r>
    </w:p>
    <w:p/>
    <w:p>
      <w:r>
        <w:t>“Because of your dad?”</w:t>
      </w:r>
    </w:p>
    <w:p/>
    <w:p>
      <w:r>
        <w:t>“Partly.”</w:t>
      </w:r>
    </w:p>
    <w:p/>
    <w:p>
      <w:r>
        <w:t>He looked at her.</w:t>
      </w:r>
    </w:p>
    <w:p/>
    <w:p>
      <w:r>
        <w:t>“And partly because I still don’t know.”</w:t>
      </w:r>
    </w:p>
    <w:p/>
    <w:p>
      <w:r>
        <w:t>Elsie nodded.</w:t>
      </w:r>
    </w:p>
    <w:p/>
    <w:p>
      <w:r>
        <w:t>“Okay.”</w:t>
      </w:r>
    </w:p>
    <w:p/>
    <w:p>
      <w:r>
        <w:t>Mason waited.</w:t>
      </w:r>
    </w:p>
    <w:p/>
    <w:p>
      <w:r>
        <w:t>“No speech?”</w:t>
      </w:r>
    </w:p>
    <w:p/>
    <w:p>
      <w:r>
        <w:t>“No.”</w:t>
      </w:r>
    </w:p>
    <w:p/>
    <w:p>
      <w:r>
        <w:t>“No strategic Bible story?”</w:t>
      </w:r>
    </w:p>
    <w:p/>
    <w:p>
      <w:r>
        <w:t>“I’m retired.”</w:t>
      </w:r>
    </w:p>
    <w:p/>
    <w:p>
      <w:r>
        <w:t>“Thank God.”</w:t>
      </w:r>
    </w:p>
    <w:p/>
    <w:p>
      <w:r>
        <w:t>Elsie stared.</w:t>
      </w:r>
    </w:p>
    <w:p/>
    <w:p>
      <w:r>
        <w:t>Mason grinned.</w:t>
      </w:r>
    </w:p>
    <w:p/>
    <w:p>
      <w:r>
        <w:t>“Was that one allowed?”</w:t>
      </w:r>
    </w:p>
    <w:p/>
    <w:p>
      <w:r>
        <w:t>“Barely.”</w:t>
      </w:r>
    </w:p>
    <w:p/>
    <w:p>
      <w:r>
        <w:t>They went inside.</w:t>
      </w:r>
    </w:p>
    <w:p/>
    <w:p>
      <w:r>
        <w:t>Mason sat beside her.</w:t>
      </w:r>
    </w:p>
    <w:p/>
    <w:p>
      <w:r>
        <w:t>He didn’t sing the first song.</w:t>
      </w:r>
    </w:p>
    <w:p/>
    <w:p>
      <w:r>
        <w:t>Or the second.</w:t>
      </w:r>
    </w:p>
    <w:p/>
    <w:p>
      <w:r>
        <w:t>During the third, Elsie heard him hum approximately four words.</w:t>
      </w:r>
    </w:p>
    <w:p/>
    <w:p>
      <w:r>
        <w:t>She did not look at him.</w:t>
      </w:r>
    </w:p>
    <w:p/>
    <w:p>
      <w:r>
        <w:t>That felt important.</w:t>
      </w:r>
    </w:p>
    <w:p/>
    <w:p>
      <w:r>
        <w:t>Wednesday night, Ava came to Bible study again.</w:t>
      </w:r>
    </w:p>
    <w:p/>
    <w:p>
      <w:r>
        <w:t>Nobody made it weird.</w:t>
      </w:r>
    </w:p>
    <w:p/>
    <w:p>
      <w:r>
        <w:t>Mostly.</w:t>
      </w:r>
    </w:p>
    <w:p/>
    <w:p>
      <w:r>
        <w:t>Nora’s brother had started treatment Monday.</w:t>
      </w:r>
    </w:p>
    <w:p/>
    <w:p>
      <w:r>
        <w:t>Nora said he was exhausted.</w:t>
      </w:r>
    </w:p>
    <w:p/>
    <w:p>
      <w:r>
        <w:t>Then said he had asked for tacos.</w:t>
      </w:r>
    </w:p>
    <w:p/>
    <w:p>
      <w:r>
        <w:t>Apparently everyone agreed tacos were a promising development.</w:t>
      </w:r>
    </w:p>
    <w:p/>
    <w:p>
      <w:r>
        <w:t>Sophie brought brownies.</w:t>
      </w:r>
    </w:p>
    <w:p/>
    <w:p>
      <w:r>
        <w:t>Maya brought chips.</w:t>
      </w:r>
    </w:p>
    <w:p/>
    <w:p>
      <w:r>
        <w:t>Lucas brought nothing and was publicly shamed.</w:t>
      </w:r>
    </w:p>
    <w:p/>
    <w:p>
      <w:r>
        <w:t>Ava ate half a brownie.</w:t>
      </w:r>
    </w:p>
    <w:p/>
    <w:p>
      <w:r>
        <w:t>Elsie noticed.</w:t>
      </w:r>
    </w:p>
    <w:p/>
    <w:p>
      <w:r>
        <w:t>Then kept listening to Nora.</w:t>
      </w:r>
    </w:p>
    <w:p/>
    <w:p>
      <w:r>
        <w:t>Progress.</w:t>
      </w:r>
    </w:p>
    <w:p/>
    <w:p>
      <w:r>
        <w:t>Hannah sat cross-legged on the floor.</w:t>
      </w:r>
    </w:p>
    <w:p/>
    <w:p>
      <w:r>
        <w:t>“What are we talking about tonight?”</w:t>
      </w:r>
    </w:p>
    <w:p/>
    <w:p>
      <w:r>
        <w:t>Nobody answered.</w:t>
      </w:r>
    </w:p>
    <w:p/>
    <w:p>
      <w:r>
        <w:t>Then Nora looked at Elsie.</w:t>
      </w:r>
    </w:p>
    <w:p/>
    <w:p>
      <w:r>
        <w:t>“Oh no.”</w:t>
      </w:r>
    </w:p>
    <w:p/>
    <w:p>
      <w:r>
        <w:t>“What?”</w:t>
      </w:r>
    </w:p>
    <w:p/>
    <w:p>
      <w:r>
        <w:t>“You have the notebook.”</w:t>
      </w:r>
    </w:p>
    <w:p/>
    <w:p>
      <w:r>
        <w:t>Elsie looked down.</w:t>
      </w:r>
    </w:p>
    <w:p/>
    <w:p>
      <w:r>
        <w:t>She had not realized she was holding it.</w:t>
      </w:r>
    </w:p>
    <w:p/>
    <w:p>
      <w:r>
        <w:t>Ava groaned.</w:t>
      </w:r>
    </w:p>
    <w:p/>
    <w:p>
      <w:r>
        <w:t>“Is this another terrifying Bible person?”</w:t>
      </w:r>
    </w:p>
    <w:p/>
    <w:p>
      <w:r>
        <w:t>“All Bible people are terrifying if you read enough.”</w:t>
      </w:r>
    </w:p>
    <w:p/>
    <w:p>
      <w:r>
        <w:t>Hannah laughed.</w:t>
      </w:r>
    </w:p>
    <w:p/>
    <w:p>
      <w:r>
        <w:t>“What did you find?”</w:t>
      </w:r>
    </w:p>
    <w:p/>
    <w:p>
      <w:r>
        <w:t>Elsie opened the notebook.</w:t>
      </w:r>
    </w:p>
    <w:p/>
    <w:p>
      <w:r>
        <w:t>Not to a name.</w:t>
      </w:r>
    </w:p>
    <w:p/>
    <w:p>
      <w:r>
        <w:t>To the heading.</w:t>
      </w:r>
    </w:p>
    <w:p/>
    <w:p>
      <w:r>
        <w:t>She turned it around.</w:t>
      </w:r>
    </w:p>
    <w:p/>
    <w:p>
      <w:r>
        <w:t>Nora read it first.</w:t>
      </w:r>
    </w:p>
    <w:p/>
    <w:p>
      <w:r>
        <w:t>Her expression changed.</w:t>
      </w:r>
    </w:p>
    <w:p/>
    <w:p>
      <w:r>
        <w:t>Sophie leaned closer.</w:t>
      </w:r>
    </w:p>
    <w:p/>
    <w:p>
      <w:r>
        <w:rPr>
          <w:b/>
        </w:rPr>
        <w:t>PEOPLE GOD KNEW COMPLETELY</w:t>
      </w:r>
    </w:p>
    <w:p/>
    <w:p>
      <w:r>
        <w:t>Hannah smiled.</w:t>
      </w:r>
    </w:p>
    <w:p/>
    <w:p>
      <w:r>
        <w:t>“You changed it.”</w:t>
      </w:r>
    </w:p>
    <w:p/>
    <w:p>
      <w:r>
        <w:t>“Yeah.”</w:t>
      </w:r>
    </w:p>
    <w:p/>
    <w:p>
      <w:r>
        <w:t>“What happened to anyway?”</w:t>
      </w:r>
    </w:p>
    <w:p/>
    <w:p>
      <w:r>
        <w:t>“I fired it.”</w:t>
      </w:r>
    </w:p>
    <w:p/>
    <w:p>
      <w:r>
        <w:t>“Good.”</w:t>
      </w:r>
    </w:p>
    <w:p/>
    <w:p>
      <w:r>
        <w:t>Ava looked at the page.</w:t>
      </w:r>
    </w:p>
    <w:p/>
    <w:p>
      <w:r>
        <w:t>“So what does that mean?”</w:t>
      </w:r>
    </w:p>
    <w:p/>
    <w:p>
      <w:r>
        <w:t>Elsie thought.</w:t>
      </w:r>
    </w:p>
    <w:p/>
    <w:p>
      <w:r>
        <w:t>Weeks ago, she would have prepared an answer.</w:t>
      </w:r>
    </w:p>
    <w:p/>
    <w:p>
      <w:r>
        <w:t>Something smart.</w:t>
      </w:r>
    </w:p>
    <w:p/>
    <w:p>
      <w:r>
        <w:t>Something complete.</w:t>
      </w:r>
    </w:p>
    <w:p/>
    <w:p>
      <w:r>
        <w:t>Something that sounded like she knew exactly what she believed and exactly how it applied.</w:t>
      </w:r>
    </w:p>
    <w:p/>
    <w:p>
      <w:r>
        <w:t>Now she looked at the names.</w:t>
      </w:r>
    </w:p>
    <w:p/>
    <w:p>
      <w:r>
        <w:t>“I think I kept treating the sentences like definitions.”</w:t>
      </w:r>
    </w:p>
    <w:p/>
    <w:p>
      <w:r>
        <w:t>Nora looked at the page.</w:t>
      </w:r>
    </w:p>
    <w:p/>
    <w:p>
      <w:r>
        <w:t>“The sentences were too small,” Elsie said.</w:t>
      </w:r>
    </w:p>
    <w:p/>
    <w:p>
      <w:r>
        <w:t>Hannah nodded.</w:t>
      </w:r>
    </w:p>
    <w:p/>
    <w:p>
      <w:r>
        <w:t>“And God knew the rest?”</w:t>
      </w:r>
    </w:p>
    <w:p/>
    <w:p>
      <w:r>
        <w:t>Elsie smiled.</w:t>
      </w:r>
    </w:p>
    <w:p/>
    <w:p>
      <w:r>
        <w:t>“Completely.”</w:t>
      </w:r>
    </w:p>
    <w:p/>
    <w:p>
      <w:r>
        <w:t>Ava raised her hand.</w:t>
      </w:r>
    </w:p>
    <w:p/>
    <w:p>
      <w:r>
        <w:t>“Yes?”</w:t>
      </w:r>
    </w:p>
    <w:p/>
    <w:p>
      <w:r>
        <w:t>“Do we get brownies now?”</w:t>
      </w:r>
    </w:p>
    <w:p/>
    <w:p>
      <w:r>
        <w:t>Nora threw a napkin at her.</w:t>
      </w:r>
    </w:p>
    <w:p/>
    <w:p>
      <w:r>
        <w:t>The moment broke.</w:t>
      </w:r>
    </w:p>
    <w:p/>
    <w:p>
      <w:r>
        <w:t>Good.</w:t>
      </w:r>
    </w:p>
    <w:p/>
    <w:p>
      <w:r>
        <w:t>Elsie was learning to like moments that broke.</w:t>
      </w:r>
    </w:p>
    <w:p/>
    <w:p>
      <w:r>
        <w:t>They felt more real that way.</w:t>
      </w:r>
    </w:p>
    <w:p/>
    <w:p>
      <w:r>
        <w:t>Friday afternoon, Hallway posted again.</w:t>
      </w:r>
    </w:p>
    <w:p/>
    <w:p>
      <w:r>
        <w:t>Elsie saw it while she was waiting for her mom outside school.</w:t>
      </w:r>
    </w:p>
    <w:p/>
    <w:p>
      <w:r>
        <w:t>Nothing huge.</w:t>
      </w:r>
    </w:p>
    <w:p/>
    <w:p>
      <w:r>
        <w:t>A blurry picture.</w:t>
      </w:r>
    </w:p>
    <w:p/>
    <w:p>
      <w:r>
        <w:t>A caption about two sophomores arguing in the parking lot.</w:t>
      </w:r>
    </w:p>
    <w:p/>
    <w:p>
      <w:r>
        <w:t>Three laughing emojis.</w:t>
      </w:r>
    </w:p>
    <w:p/>
    <w:p>
      <w:r>
        <w:t>Forty-two likes.</w:t>
      </w:r>
    </w:p>
    <w:p/>
    <w:p>
      <w:r>
        <w:t>Months ago, Elsie would have clicked.</w:t>
      </w:r>
    </w:p>
    <w:p/>
    <w:p>
      <w:r>
        <w:t>Read the comments.</w:t>
      </w:r>
    </w:p>
    <w:p/>
    <w:p>
      <w:r>
        <w:t>Sent it to Maddie.</w:t>
      </w:r>
    </w:p>
    <w:p/>
    <w:p>
      <w:r>
        <w:t>Asked who they were.</w:t>
      </w:r>
    </w:p>
    <w:p/>
    <w:p>
      <w:r>
        <w:t>Maybe zoomed in.</w:t>
      </w:r>
    </w:p>
    <w:p/>
    <w:p>
      <w:r>
        <w:t>Maybe guessed.</w:t>
      </w:r>
    </w:p>
    <w:p/>
    <w:p>
      <w:r>
        <w:t>Maybe participated without calling it participation.</w:t>
      </w:r>
    </w:p>
    <w:p/>
    <w:p>
      <w:r>
        <w:t>Her thumb hovered.</w:t>
      </w:r>
    </w:p>
    <w:p/>
    <w:p>
      <w:r>
        <w:t>Then she closed the app.</w:t>
      </w:r>
    </w:p>
    <w:p/>
    <w:p>
      <w:r>
        <w:t>Not because Hallway was gone.</w:t>
      </w:r>
    </w:p>
    <w:p/>
    <w:p>
      <w:r>
        <w:t>It wasn’t.</w:t>
      </w:r>
    </w:p>
    <w:p/>
    <w:p>
      <w:r>
        <w:t>Not because she had solved it.</w:t>
      </w:r>
    </w:p>
    <w:p/>
    <w:p>
      <w:r>
        <w:t>She hadn’t.</w:t>
      </w:r>
    </w:p>
    <w:p/>
    <w:p>
      <w:r>
        <w:t>Not because she suddenly didn’t care what people said.</w:t>
      </w:r>
    </w:p>
    <w:p/>
    <w:p>
      <w:r>
        <w:t>She did.</w:t>
      </w:r>
    </w:p>
    <w:p/>
    <w:p>
      <w:r>
        <w:t>Probably always would, at least a little.</w:t>
      </w:r>
    </w:p>
    <w:p/>
    <w:p>
      <w:r>
        <w:t>She just didn’t have to feed it.</w:t>
      </w:r>
    </w:p>
    <w:p/>
    <w:p>
      <w:r>
        <w:t>Her phone buzzed.</w:t>
      </w:r>
    </w:p>
    <w:p/>
    <w:p>
      <w:r>
        <w:t>Maddie.</w:t>
      </w:r>
    </w:p>
    <w:p/>
    <w:p>
      <w:r>
        <w:rPr>
          <w:b/>
        </w:rPr>
        <w:t>Maddie:</w:t>
      </w:r>
      <w:r>
        <w:t xml:space="preserve"> my mom made dinner</w:t>
      </w:r>
    </w:p>
    <w:p/>
    <w:p>
      <w:r>
        <w:t>Elsie smiled.</w:t>
      </w:r>
    </w:p>
    <w:p/>
    <w:p>
      <w:r>
        <w:rPr>
          <w:b/>
        </w:rPr>
        <w:t>Elsie:</w:t>
      </w:r>
      <w:r>
        <w:t xml:space="preserve"> casserole?</w:t>
      </w:r>
    </w:p>
    <w:p/>
    <w:p>
      <w:r>
        <w:rPr>
          <w:b/>
        </w:rPr>
        <w:t>Maddie:</w:t>
      </w:r>
      <w:r>
        <w:t xml:space="preserve"> tacos</w:t>
      </w:r>
    </w:p>
    <w:p/>
    <w:p>
      <w:r>
        <w:rPr>
          <w:b/>
        </w:rPr>
        <w:t>Elsie:</w:t>
      </w:r>
      <w:r>
        <w:t xml:space="preserve"> apparently tacos are healing</w:t>
      </w:r>
    </w:p>
    <w:p/>
    <w:p>
      <w:r>
        <w:rPr>
          <w:b/>
        </w:rPr>
        <w:t>Maddie:</w:t>
      </w:r>
      <w:r>
        <w:t xml:space="preserve"> what</w:t>
      </w:r>
    </w:p>
    <w:p/>
    <w:p>
      <w:r>
        <w:rPr>
          <w:b/>
        </w:rPr>
        <w:t>Elsie:</w:t>
      </w:r>
      <w:r>
        <w:t xml:space="preserve"> long story</w:t>
      </w:r>
    </w:p>
    <w:p/>
    <w:p>
      <w:r>
        <w:t>Then Caroline:</w:t>
      </w:r>
    </w:p>
    <w:p/>
    <w:p>
      <w:r>
        <w:rPr>
          <w:b/>
        </w:rPr>
        <w:t>Caroline:</w:t>
      </w:r>
      <w:r>
        <w:t xml:space="preserve"> survived the announcement</w:t>
      </w:r>
    </w:p>
    <w:p/>
    <w:p>
      <w:r>
        <w:rPr>
          <w:b/>
        </w:rPr>
        <w:t>Elsie:</w:t>
      </w:r>
      <w:r>
        <w:t xml:space="preserve"> obviously</w:t>
      </w:r>
    </w:p>
    <w:p/>
    <w:p>
      <w:r>
        <w:rPr>
          <w:b/>
        </w:rPr>
        <w:t>Caroline:</w:t>
      </w:r>
      <w:r>
        <w:t xml:space="preserve"> I stuttered</w:t>
      </w:r>
    </w:p>
    <w:p/>
    <w:p>
      <w:r>
        <w:t>Elsie stared at the message.</w:t>
      </w:r>
    </w:p>
    <w:p/>
    <w:p>
      <w:r>
        <w:t>Then:</w:t>
      </w:r>
    </w:p>
    <w:p/>
    <w:p>
      <w:r>
        <w:rPr>
          <w:b/>
        </w:rPr>
        <w:t>Caroline:</w:t>
      </w:r>
      <w:r>
        <w:t xml:space="preserve"> and then I kept going</w:t>
      </w:r>
    </w:p>
    <w:p/>
    <w:p>
      <w:r>
        <w:t>Elsie smiled.</w:t>
      </w:r>
    </w:p>
    <w:p/>
    <w:p>
      <w:r>
        <w:rPr>
          <w:b/>
        </w:rPr>
        <w:t>Elsie:</w:t>
      </w:r>
      <w:r>
        <w:t xml:space="preserve"> even better</w:t>
      </w:r>
    </w:p>
    <w:p/>
    <w:p>
      <w:r>
        <w:t>Then Ava:</w:t>
      </w:r>
    </w:p>
    <w:p/>
    <w:p>
      <w:r>
        <w:rPr>
          <w:b/>
        </w:rPr>
        <w:t>Ava:</w:t>
      </w:r>
      <w:r>
        <w:t xml:space="preserve"> counselor says I need coping skills</w:t>
      </w:r>
    </w:p>
    <w:p/>
    <w:p>
      <w:r>
        <w:rPr>
          <w:b/>
        </w:rPr>
        <w:t>Elsie:</w:t>
      </w:r>
      <w:r>
        <w:t xml:space="preserve"> rude</w:t>
      </w:r>
    </w:p>
    <w:p/>
    <w:p>
      <w:r>
        <w:rPr>
          <w:b/>
        </w:rPr>
        <w:t>Ava:</w:t>
      </w:r>
      <w:r>
        <w:t xml:space="preserve"> I know</w:t>
      </w:r>
    </w:p>
    <w:p/>
    <w:p>
      <w:r>
        <w:t>Then:</w:t>
      </w:r>
    </w:p>
    <w:p/>
    <w:p>
      <w:r>
        <w:rPr>
          <w:b/>
        </w:rPr>
        <w:t>Ava:</w:t>
      </w:r>
      <w:r>
        <w:t xml:space="preserve"> apparently bullying my friends isn’t one</w:t>
      </w:r>
    </w:p>
    <w:p/>
    <w:p>
      <w:r>
        <w:rPr>
          <w:b/>
        </w:rPr>
        <w:t>Elsie:</w:t>
      </w:r>
      <w:r>
        <w:t xml:space="preserve"> get a second opinion</w:t>
      </w:r>
    </w:p>
    <w:p/>
    <w:p>
      <w:r>
        <w:rPr>
          <w:b/>
        </w:rPr>
        <w:t>Ava:</w:t>
      </w:r>
      <w:r>
        <w:t xml:space="preserve"> that’s what my mom said</w:t>
      </w:r>
    </w:p>
    <w:p/>
    <w:p>
      <w:r>
        <w:t>Elsie laughed.</w:t>
      </w:r>
    </w:p>
    <w:p/>
    <w:p>
      <w:r>
        <w:t>One more notification.</w:t>
      </w:r>
    </w:p>
    <w:p/>
    <w:p>
      <w:r>
        <w:t>Mason.</w:t>
      </w:r>
    </w:p>
    <w:p/>
    <w:p>
      <w:r>
        <w:rPr>
          <w:b/>
        </w:rPr>
        <w:t>Mason:</w:t>
      </w:r>
      <w:r>
        <w:t xml:space="preserve"> dad says church coffee is terrible</w:t>
      </w:r>
    </w:p>
    <w:p/>
    <w:p>
      <w:r>
        <w:rPr>
          <w:b/>
        </w:rPr>
        <w:t>Elsie:</w:t>
      </w:r>
      <w:r>
        <w:t xml:space="preserve"> he’s correct</w:t>
      </w:r>
    </w:p>
    <w:p/>
    <w:p>
      <w:r>
        <w:rPr>
          <w:b/>
        </w:rPr>
        <w:t>Mason:</w:t>
      </w:r>
      <w:r>
        <w:t xml:space="preserve"> I still don’t know</w:t>
      </w:r>
    </w:p>
    <w:p/>
    <w:p>
      <w:r>
        <w:t>Elsie looked at that one longer.</w:t>
      </w:r>
    </w:p>
    <w:p/>
    <w:p>
      <w:r>
        <w:t>Then typed:</w:t>
      </w:r>
    </w:p>
    <w:p/>
    <w:p>
      <w:r>
        <w:rPr>
          <w:b/>
        </w:rPr>
        <w:t>Elsie:</w:t>
      </w:r>
      <w:r>
        <w:t xml:space="preserve"> me neither</w:t>
      </w:r>
    </w:p>
    <w:p/>
    <w:p>
      <w:r>
        <w:t>She sent it.</w:t>
      </w:r>
    </w:p>
    <w:p/>
    <w:p>
      <w:r>
        <w:t>No correction.</w:t>
      </w:r>
    </w:p>
    <w:p/>
    <w:p>
      <w:r>
        <w:t>No explanation.</w:t>
      </w:r>
    </w:p>
    <w:p/>
    <w:p>
      <w:r>
        <w:t>Her mom pulled up.</w:t>
      </w:r>
    </w:p>
    <w:p/>
    <w:p>
      <w:r>
        <w:t>Elsie got in.</w:t>
      </w:r>
    </w:p>
    <w:p/>
    <w:p>
      <w:r>
        <w:t>“How was your day?”</w:t>
      </w:r>
    </w:p>
    <w:p/>
    <w:p>
      <w:r>
        <w:t>“Fine.”</w:t>
      </w:r>
    </w:p>
    <w:p/>
    <w:p>
      <w:r>
        <w:t>Her mom looked at her.</w:t>
      </w:r>
    </w:p>
    <w:p/>
    <w:p>
      <w:r>
        <w:t>Elsie smiled.</w:t>
      </w:r>
    </w:p>
    <w:p/>
    <w:p>
      <w:r>
        <w:t>“Actual fine.”</w:t>
      </w:r>
    </w:p>
    <w:p/>
    <w:p>
      <w:r>
        <w:t>Her mom laughed.</w:t>
      </w:r>
    </w:p>
    <w:p/>
    <w:p>
      <w:r>
        <w:t>“Good.”</w:t>
      </w:r>
    </w:p>
    <w:p/>
    <w:p>
      <w:r>
        <w:t>At home, Elsie went upstairs.</w:t>
      </w:r>
    </w:p>
    <w:p/>
    <w:p>
      <w:r>
        <w:t>The notebook was on her desk.</w:t>
      </w:r>
    </w:p>
    <w:p/>
    <w:p>
      <w:r>
        <w:t>Mrs. Bennett’s portfolio beside it.</w:t>
      </w:r>
    </w:p>
    <w:p/>
    <w:p>
      <w:r>
        <w:rPr>
          <w:b/>
        </w:rPr>
        <w:t>WHO ARE YOU?</w:t>
      </w:r>
    </w:p>
    <w:p/>
    <w:p>
      <w:r>
        <w:rPr>
          <w:i/>
        </w:rPr>
        <w:t>Better question.</w:t>
      </w:r>
    </w:p>
    <w:p/>
    <w:p>
      <w:r>
        <w:t>Elsie sat.</w:t>
      </w:r>
    </w:p>
    <w:p/>
    <w:p>
      <w:r>
        <w:t>Opened the notebook.</w:t>
      </w:r>
    </w:p>
    <w:p/>
    <w:p>
      <w:r>
        <w:t>Passed the list.</w:t>
      </w:r>
    </w:p>
    <w:p/>
    <w:p>
      <w:r>
        <w:t>Passed the names.</w:t>
      </w:r>
    </w:p>
    <w:p/>
    <w:p>
      <w:r>
        <w:t>Passed things crossed out.</w:t>
      </w:r>
    </w:p>
    <w:p/>
    <w:p>
      <w:r>
        <w:t>Things corrected.</w:t>
      </w:r>
    </w:p>
    <w:p/>
    <w:p>
      <w:r>
        <w:t>Things she had once been absolutely certain about.</w:t>
      </w:r>
    </w:p>
    <w:p/>
    <w:p>
      <w:r>
        <w:t>She found a clean page.</w:t>
      </w:r>
    </w:p>
    <w:p/>
    <w:p>
      <w:r>
        <w:t>At the top, she wrote:</w:t>
      </w:r>
    </w:p>
    <w:p/>
    <w:p>
      <w:r>
        <w:rPr>
          <w:b/>
        </w:rPr>
        <w:t>WHO ARE YOU?</w:t>
      </w:r>
    </w:p>
    <w:p/>
    <w:p>
      <w:r>
        <w:t>Then stopped.</w:t>
      </w:r>
    </w:p>
    <w:p/>
    <w:p>
      <w:r>
        <w:t>A few months ago, that would have bothered her.</w:t>
      </w:r>
    </w:p>
    <w:p/>
    <w:p>
      <w:r>
        <w:t>Blank space had felt like failure.</w:t>
      </w:r>
    </w:p>
    <w:p/>
    <w:p>
      <w:r>
        <w:t>Like she was behind.</w:t>
      </w:r>
    </w:p>
    <w:p/>
    <w:p>
      <w:r>
        <w:t>Like everybody else had gotten instructions she somehow missed.</w:t>
      </w:r>
    </w:p>
    <w:p/>
    <w:p>
      <w:r>
        <w:t>She thought about Mom.</w:t>
      </w:r>
    </w:p>
    <w:p/>
    <w:p>
      <w:r>
        <w:t>Forty-three.</w:t>
      </w:r>
    </w:p>
    <w:p/>
    <w:p>
      <w:r>
        <w:t>Still figuring things out.</w:t>
      </w:r>
    </w:p>
    <w:p/>
    <w:p>
      <w:r>
        <w:t>Grandma.</w:t>
      </w:r>
    </w:p>
    <w:p/>
    <w:p>
      <w:r>
        <w:t>Seventy-one.</w:t>
      </w:r>
    </w:p>
    <w:p/>
    <w:p>
      <w:r>
        <w:t>Still carrying a twenty-year-old Linda Marie inside her somewhere.</w:t>
      </w:r>
    </w:p>
    <w:p/>
    <w:p>
      <w:r>
        <w:t>Maddie.</w:t>
      </w:r>
    </w:p>
    <w:p/>
    <w:p>
      <w:r>
        <w:t>Ava.</w:t>
      </w:r>
    </w:p>
    <w:p/>
    <w:p>
      <w:r>
        <w:t>Nora.</w:t>
      </w:r>
    </w:p>
    <w:p/>
    <w:p>
      <w:r>
        <w:t>Mason.</w:t>
      </w:r>
    </w:p>
    <w:p/>
    <w:p>
      <w:r>
        <w:t>Caroline.</w:t>
      </w:r>
    </w:p>
    <w:p/>
    <w:p>
      <w:r>
        <w:t>Daniel.</w:t>
      </w:r>
    </w:p>
    <w:p/>
    <w:p>
      <w:r>
        <w:t>People changing.</w:t>
      </w:r>
    </w:p>
    <w:p/>
    <w:p>
      <w:r>
        <w:t>People healing.</w:t>
      </w:r>
    </w:p>
    <w:p/>
    <w:p>
      <w:r>
        <w:t>People doubting.</w:t>
      </w:r>
    </w:p>
    <w:p/>
    <w:p>
      <w:r>
        <w:t>People making mistakes.</w:t>
      </w:r>
    </w:p>
    <w:p/>
    <w:p>
      <w:r>
        <w:t>People telling the truth late.</w:t>
      </w:r>
    </w:p>
    <w:p/>
    <w:p>
      <w:r>
        <w:t>People asking for help.</w:t>
      </w:r>
    </w:p>
    <w:p/>
    <w:p>
      <w:r>
        <w:t>People showing up once.</w:t>
      </w:r>
    </w:p>
    <w:p/>
    <w:p>
      <w:r>
        <w:t>Then maybe twice.</w:t>
      </w:r>
    </w:p>
    <w:p/>
    <w:p>
      <w:r>
        <w:t>People staying.</w:t>
      </w:r>
    </w:p>
    <w:p/>
    <w:p>
      <w:r>
        <w:t>People leaving.</w:t>
      </w:r>
    </w:p>
    <w:p/>
    <w:p>
      <w:r>
        <w:t>People trying again.</w:t>
      </w:r>
    </w:p>
    <w:p/>
    <w:p>
      <w:r>
        <w:t>Unfinished people.</w:t>
      </w:r>
    </w:p>
    <w:p/>
    <w:p>
      <w:r>
        <w:t>Elsie looked at the question.</w:t>
      </w:r>
    </w:p>
    <w:p/>
    <w:p>
      <w:r>
        <w:t>Then wrote:</w:t>
      </w:r>
    </w:p>
    <w:p/>
    <w:p>
      <w:r>
        <w:rPr>
          <w:i/>
        </w:rPr>
        <w:t>Elsie Carter.</w:t>
      </w:r>
    </w:p>
    <w:p/>
    <w:p>
      <w:r>
        <w:t>Underneath:</w:t>
      </w:r>
    </w:p>
    <w:p/>
    <w:p>
      <w:r>
        <w:rPr>
          <w:i/>
        </w:rPr>
        <w:t>Known completely.</w:t>
      </w:r>
    </w:p>
    <w:p/>
    <w:p>
      <w:r>
        <w:t>She stopped.</w:t>
      </w:r>
    </w:p>
    <w:p/>
    <w:p>
      <w:r>
        <w:t>Thought about the list.</w:t>
      </w:r>
    </w:p>
    <w:p/>
    <w:p>
      <w:r>
        <w:t>Then:</w:t>
      </w:r>
    </w:p>
    <w:p/>
    <w:p>
      <w:r>
        <w:rPr>
          <w:i/>
        </w:rPr>
        <w:t>Still following.</w:t>
      </w:r>
    </w:p>
    <w:p/>
    <w:p>
      <w:r>
        <w:t>One more line.</w:t>
      </w:r>
    </w:p>
    <w:p/>
    <w:p>
      <w:r>
        <w:t>She smiled.</w:t>
      </w:r>
    </w:p>
    <w:p/>
    <w:p>
      <w:r>
        <w:rPr>
          <w:i/>
        </w:rPr>
        <w:t>Unfinished.</w:t>
      </w:r>
    </w:p>
    <w:p/>
    <w:p>
      <w:r>
        <w:t>She almost stopped there.</w:t>
      </w:r>
    </w:p>
    <w:p/>
    <w:p>
      <w:r>
        <w:t>Then added:</w:t>
      </w:r>
    </w:p>
    <w:p/>
    <w:p>
      <w:r>
        <w:rPr>
          <w:i/>
        </w:rPr>
        <w:t>God knows the rest.</w:t>
      </w:r>
    </w:p>
    <w:p/>
    <w:p>
      <w:r>
        <w:t>Elsie read it.</w:t>
      </w:r>
    </w:p>
    <w:p/>
    <w:p>
      <w:r>
        <w:t>No cross-outs.</w:t>
      </w:r>
    </w:p>
    <w:p/>
    <w:p>
      <w:r>
        <w:t>No corrections.</w:t>
      </w:r>
    </w:p>
    <w:p/>
    <w:p>
      <w:r>
        <w:t>No anyway.</w:t>
      </w:r>
    </w:p>
    <w:p/>
    <w:p>
      <w:r>
        <w:t>Just true.</w:t>
      </w:r>
    </w:p>
    <w:p/>
    <w:p>
      <w:r>
        <w:t>Her phone buzzed downstairs.</w:t>
      </w:r>
    </w:p>
    <w:p/>
    <w:p>
      <w:r>
        <w:t>The dryer buzzed.</w:t>
      </w:r>
    </w:p>
    <w:p/>
    <w:p>
      <w:r>
        <w:t>Her mom called something Elsie couldn’t hear.</w:t>
      </w:r>
    </w:p>
    <w:p/>
    <w:p>
      <w:r>
        <w:t>Normal life.</w:t>
      </w:r>
    </w:p>
    <w:p/>
    <w:p>
      <w:r>
        <w:t>Still happening.</w:t>
      </w:r>
    </w:p>
    <w:p/>
    <w:p>
      <w:r>
        <w:t>Elsie closed the notebook.</w:t>
      </w:r>
    </w:p>
    <w:p/>
    <w:p>
      <w:r>
        <w:rPr>
          <w:i/>
        </w:rPr>
        <w:t>For once, I don’t know didn’t feel like a problem that needed solving immediately.</w:t>
      </w:r>
    </w:p>
    <w:p/>
    <w:p>
      <w:r>
        <w:t>It didn’t mean she was lost.</w:t>
      </w:r>
    </w:p>
    <w:p/>
    <w:p>
      <w:r>
        <w:t>It didn’t mean God had forgotten to give her the map.</w:t>
      </w:r>
    </w:p>
    <w:p/>
    <w:p>
      <w:r>
        <w:t>It didn’t mean she was behind.</w:t>
      </w:r>
    </w:p>
    <w:p/>
    <w:p>
      <w:r>
        <w:t>It just meant the story wasn’t finished.</w:t>
      </w:r>
    </w:p>
    <w:p/>
    <w:p>
      <w:r>
        <w:t>Elsie was unfinished.</w:t>
      </w:r>
    </w:p>
    <w:p/>
    <w:p>
      <w:r>
        <w:t>God had never confused that with unknown.</w:t>
      </w:r>
    </w:p>
    <w:p/>
    <w:p>
      <w:r>
        <w:t>He knew her.</w:t>
      </w:r>
    </w:p>
    <w:p/>
    <w:p>
      <w:r>
        <w:t>He knew the plan.</w:t>
      </w:r>
    </w:p>
    <w:p/>
    <w:p>
      <w:r>
        <w:t>And for the first time, Elsie didn’t need to know the ending.</w:t>
      </w:r>
    </w:p>
    <w:p/>
    <w:p>
      <w:r>
        <w:t>She knew who did.</w:t>
      </w:r>
    </w:p>
    <w:sectPr w:rsidR="00FC693F" w:rsidRPr="0006063C" w:rsidSect="00034616">
      <w:footerReference w:type="default" r:id="rId9"/>
      <w:pgSz w:w="8640" w:h="12960"/>
      <w:pgMar w:top="1080" w:right="900" w:bottom="1080" w:left="1080" w:header="504" w:footer="504" w:gutter="0"/>
      <w:cols w:space="720"/>
      <w:docGrid w:linePitch="360"/>
      <w:pgNumType w:fmt="decimal"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EB Garamond" w:hAnsi="EB Garamond"/>
        <w:sz w:val="18"/>
      </w:rPr>
      <w:fldChar w:fldCharType="begin"/>
      <w:instrText xml:space="preserve"> PAGE \* Arabic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0" w:line="264" w:lineRule="exact"/>
      <w:ind w:left="0" w:right="0" w:firstLine="0"/>
    </w:pPr>
    <w:rPr>
      <w:rFonts w:ascii="EB Garamond" w:hAnsi="EB Garamon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Elsie Unfinished</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