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4000"/>
        <w:ind w:firstLine="0"/>
        <w:jc w:val="center"/>
      </w:pPr>
      <w:r>
        <w:rPr>
          <w:rFonts w:ascii="Garamond" w:hAnsi="Garamond"/>
          <w:b/>
          <w:color w:val="1F365D"/>
          <w:sz w:val="72"/>
        </w:rPr>
        <w:t>The Book of Ink</w:t>
      </w:r>
    </w:p>
    <w:p>
      <w:pPr>
        <w:spacing w:before="240"/>
        <w:ind w:firstLine="0"/>
        <w:jc w:val="center"/>
      </w:pPr>
      <w:r>
        <w:rPr>
          <w:rFonts w:ascii="Garamond" w:hAnsi="Garamond"/>
          <w:i/>
          <w:color w:val="1F365D"/>
          <w:sz w:val="44"/>
        </w:rPr>
        <w:t>The Eternal Steps</w:t>
      </w:r>
    </w:p>
    <w:p>
      <w:pPr>
        <w:spacing w:before="480"/>
        <w:ind w:firstLine="0"/>
        <w:jc w:val="center"/>
      </w:pPr>
      <w:r>
        <w:rPr>
          <w:rFonts w:ascii="Garamond" w:hAnsi="Garamond"/>
          <w:i/>
          <w:sz w:val="28"/>
        </w:rPr>
        <w:t>a saga in five books</w:t>
      </w:r>
    </w:p>
    <w:p>
      <w:pPr>
        <w:spacing w:before="400"/>
        <w:ind w:firstLine="0"/>
        <w:jc w:val="center"/>
      </w:pPr>
      <w:r>
        <w:rPr>
          <w:i/>
          <w:sz w:val="22"/>
        </w:rPr>
        <w:t>A novel of memory, witness, and the cost of carrying what cannot be set down.</w:t>
      </w:r>
    </w:p>
    <w:p>
      <w:r>
        <w:br w:type="page"/>
      </w:r>
    </w:p>
    <w:p>
      <w:pPr>
        <w:spacing w:line="360" w:lineRule="auto" w:after="0"/>
        <w:ind w:firstLine="283"/>
      </w:pPr>
      <w:r>
        <w:t>THE BOOK OF INK</w:t>
      </w:r>
    </w:p>
    <w:p>
      <w:pPr>
        <w:spacing w:line="360" w:lineRule="auto" w:after="0"/>
        <w:ind w:firstLine="283"/>
      </w:pPr>
      <w:r>
        <w:t>a saga in five books</w:t>
      </w:r>
    </w:p>
    <w:p>
      <w:pPr>
        <w:spacing w:line="360" w:lineRule="auto" w:after="0"/>
        <w:ind w:firstLine="283"/>
      </w:pPr>
      <w:r>
        <w:t>A novel of memory, witness, and the cost of carrying what cannot be set down.</w:t>
      </w:r>
    </w:p>
    <w:p>
      <w:pPr>
        <w:spacing w:line="360" w:lineRule="auto" w:after="0"/>
        <w:ind w:firstLine="283"/>
      </w:pPr>
      <w:r>
        <w:t>‖</w:t>
        <w:br/>
        <w:t>Recording is a moral act.</w:t>
        <w:br/>
        <w:t>The urge to make the world legible is also the urge to make it small.</w:t>
        <w:br/>
        <w:t>Mercy is frequently a cage.</w:t>
        <w:br/>
        <w:t>The only honest work is carrying what cannot be resolved.</w:t>
      </w:r>
    </w:p>
    <w:p>
      <w:pPr>
        <w:spacing w:before="480" w:after="480"/>
        <w:ind w:firstLine="0"/>
        <w:jc w:val="center"/>
      </w:pPr>
      <w:r>
        <w:rPr>
          <w:rFonts w:ascii="Garamond" w:hAnsi="Garamond"/>
          <w:b/>
          <w:color w:val="1F365D"/>
          <w:sz w:val="40"/>
        </w:rPr>
        <w:t>ACT I — THE WITNESS</w:t>
      </w:r>
    </w:p>
    <w:p>
      <w:pPr>
        <w:spacing w:before="360" w:after="240"/>
        <w:ind w:firstLine="0"/>
        <w:jc w:val="center"/>
      </w:pPr>
      <w:r>
        <w:rPr>
          <w:b/>
          <w:i/>
          <w:color w:val="333333"/>
          <w:sz w:val="26"/>
        </w:rPr>
        <w:t>Step 1 — The Montante (Vasryn)</w:t>
      </w:r>
    </w:p>
    <w:p>
      <w:pPr>
        <w:spacing w:line="360" w:lineRule="auto" w:after="0"/>
        <w:ind w:firstLine="283"/>
      </w:pPr>
      <w:r>
        <w:t>‖</w:t>
      </w:r>
    </w:p>
    <w:p>
      <w:pPr>
        <w:spacing w:line="360" w:lineRule="auto" w:after="0"/>
        <w:ind w:firstLine="283"/>
      </w:pPr>
      <w:r>
        <w:t>Vasryn was seventeen and in his third week on the wall, and he was still counting.</w:t>
      </w:r>
    </w:p>
    <w:p>
      <w:pPr>
        <w:spacing w:line="360" w:lineRule="auto" w:after="0"/>
        <w:ind w:firstLine="283"/>
      </w:pPr>
      <w:r>
        <w:t>The thirty steps went by in the dark before dawn, and he counted every one, because counting was all he had of them. The stone parapet took his palm each morning and gave back its chill. The first step set the feet. The second turned the hips. The third held a breath. By the twenty-first his mind was somewhere else, usually the heel of Harrel's loaf, and he had to go back to nine and start again.</w:t>
      </w:r>
    </w:p>
    <w:p>
      <w:pPr>
        <w:spacing w:line="360" w:lineRule="auto" w:after="0"/>
        <w:ind w:firstLine="283"/>
      </w:pPr>
      <w:r>
        <w:t>"You're muttering," Meret said, from the stool.</w:t>
      </w:r>
    </w:p>
    <w:p>
      <w:pPr>
        <w:spacing w:line="360" w:lineRule="auto" w:after="0"/>
        <w:ind w:firstLine="283"/>
      </w:pPr>
      <w:r>
        <w:t>"I'm counting."</w:t>
      </w:r>
    </w:p>
    <w:p>
      <w:pPr>
        <w:spacing w:line="360" w:lineRule="auto" w:after="0"/>
        <w:ind w:firstLine="283"/>
      </w:pPr>
      <w:r>
        <w:t>"Count quieter. The town can hear you." The old man had not turned his head. His hands sat folded on the head of the staff, and the staff leaned where it always leaned. "Thirty's a lot of steps for a boy who can't hold twelve."</w:t>
      </w:r>
    </w:p>
    <w:p>
      <w:pPr>
        <w:spacing w:line="360" w:lineRule="auto" w:after="0"/>
        <w:ind w:firstLine="283"/>
      </w:pPr>
      <w:r>
        <w:t>"I can hold twelve."</w:t>
      </w:r>
    </w:p>
    <w:p>
      <w:pPr>
        <w:spacing w:line="360" w:lineRule="auto" w:after="0"/>
        <w:ind w:firstLine="283"/>
      </w:pPr>
      <w:r>
        <w:t>"You can hold eleven. You drop the twelfth to look at the road." Meret said it mildly, as he said everything, and went on watching the road himself. "Go and eat. It's a long day to lamp-lighting."</w:t>
      </w:r>
    </w:p>
    <w:p>
      <w:pPr>
        <w:spacing w:line="360" w:lineRule="auto" w:after="0"/>
        <w:ind w:firstLine="283"/>
      </w:pPr>
      <w:r>
        <w:t>It was. The day was grain carts, a lame mule, and Don Marrick shouting at an apprentice without ever raising his voice, which Vasryn was beginning to understand was a method. Harrel's heel was warm in his hand at sun-high. Brindle, two years old and made entirely of elbows, followed him along the lane barking at the idea of cats, and was put out of the bakehouse by a woman who said he'd been in twice. It was ordinary, and he took it for the shape of the whole world, as you do at seventeen.</w:t>
      </w:r>
    </w:p>
    <w:p>
      <w:pPr>
        <w:spacing w:line="360" w:lineRule="auto" w:after="0"/>
        <w:ind w:firstLine="283"/>
      </w:pPr>
      <w:r>
        <w:t>The gate shut at lamp-lighting. Meret kept a book by the arch, a thin one with a pen on a string, because pens walked. Anyone from the east road who came in after the bell got his name written in it. That was the whole of the rule, and the town had thought it a great nuisance for forty years.</w:t>
      </w:r>
    </w:p>
    <w:p>
      <w:pPr>
        <w:spacing w:line="360" w:lineRule="auto" w:after="0"/>
        <w:ind w:firstLine="283"/>
      </w:pPr>
      <w:r>
        <w:t>The drover came up the road at dusk, and he was singing.</w:t>
      </w:r>
    </w:p>
    <w:p>
      <w:pPr>
        <w:spacing w:line="360" w:lineRule="auto" w:after="0"/>
        <w:ind w:firstLine="283"/>
      </w:pPr>
      <w:r>
        <w:t>Vasryn heard him a long way off. It was a harvest song with the middle gone. Then the man came out of the last bend with a white pig on a rope, a leather coat hanging off one shoulder, and a face the color of boiled ham. He weaved the way a man does who has been steady for three days and has stopped believing in it.</w:t>
      </w:r>
    </w:p>
    <w:p>
      <w:pPr>
        <w:spacing w:line="360" w:lineRule="auto" w:after="0"/>
        <w:ind w:firstLine="283"/>
      </w:pPr>
      <w:r>
        <w:t>"Garrick Sull," Meret said, not unkindly. "Late from the fair."</w:t>
      </w:r>
    </w:p>
    <w:p>
      <w:pPr>
        <w:spacing w:line="360" w:lineRule="auto" w:after="0"/>
        <w:ind w:firstLine="283"/>
      </w:pPr>
      <w:r>
        <w:t>"Meret." The drover made a bow, and the pig did not. It sat down in the road with the air of a creature that had come a long way for a purpose and meant to see it through. "Open the gate, old man. I've a bed at the Mule."</w:t>
      </w:r>
    </w:p>
    <w:p>
      <w:pPr>
        <w:spacing w:line="360" w:lineRule="auto" w:after="0"/>
        <w:ind w:firstLine="283"/>
      </w:pPr>
      <w:r>
        <w:t>"The gate's open. It's the book that's late." Meret drew it onto his knee and licked the pen. "Name."</w:t>
      </w:r>
    </w:p>
    <w:p>
      <w:pPr>
        <w:spacing w:line="360" w:lineRule="auto" w:after="0"/>
        <w:ind w:firstLine="283"/>
      </w:pPr>
      <w:r>
        <w:t>"You know my name."</w:t>
      </w:r>
    </w:p>
    <w:p>
      <w:pPr>
        <w:spacing w:line="360" w:lineRule="auto" w:after="0"/>
        <w:ind w:firstLine="283"/>
      </w:pPr>
      <w:r>
        <w:t>"I do. The book doesn't."</w:t>
      </w:r>
    </w:p>
    <w:p>
      <w:pPr>
        <w:spacing w:line="360" w:lineRule="auto" w:after="0"/>
        <w:ind w:firstLine="283"/>
      </w:pPr>
      <w:r>
        <w:t>"The book can go and..." He looked at it. Something went across his face that had nothing to do with the book. Vasryn thought afterward it might have been the Mule, or the fair, or a debt, or the long road home to a house where someone had stopped waiting. At the time he saw only a man go from singing to something else in the space of one breath. "I'll not be written."</w:t>
      </w:r>
    </w:p>
    <w:p>
      <w:pPr>
        <w:spacing w:line="360" w:lineRule="auto" w:after="0"/>
        <w:ind w:firstLine="283"/>
      </w:pPr>
      <w:r>
        <w:t>"It's only a name, Garrick."</w:t>
      </w:r>
    </w:p>
    <w:p>
      <w:pPr>
        <w:spacing w:line="360" w:lineRule="auto" w:after="0"/>
        <w:ind w:firstLine="283"/>
      </w:pPr>
      <w:r>
        <w:t>"It's never only." The knife came out of the leather coat with the ease of a thing carried a long time. A pig-knife, short and wide, the kind that opens a belly. He held it out in front of him with the point shaking, the way a man holds out a candle in a house that isn't his. "Nobody writes me. I'm going in."</w:t>
      </w:r>
    </w:p>
    <w:p>
      <w:pPr>
        <w:spacing w:line="360" w:lineRule="auto" w:after="0"/>
        <w:ind w:firstLine="283"/>
      </w:pPr>
      <w:r>
        <w:t>Meret did not move. His hands stayed folded. He said, "Vasryn," quite gently, and that was all.</w:t>
      </w:r>
    </w:p>
    <w:p>
      <w:pPr>
        <w:spacing w:line="360" w:lineRule="auto" w:after="0"/>
        <w:ind w:firstLine="283"/>
      </w:pPr>
      <w:r>
        <w:t>The gate had a bar, a beam of black oak as thick as a man's thigh that lay on two hooks inside the arch. It took two men to lift. Vasryn looked at it and knew it would not be across the arch before the drover reached the step.</w:t>
      </w:r>
    </w:p>
    <w:p>
      <w:pPr>
        <w:spacing w:line="360" w:lineRule="auto" w:after="0"/>
        <w:ind w:firstLine="283"/>
      </w:pPr>
      <w:r>
        <w:t>The iron stood in the watch-room by the door, wedged between the water barrel and the wall. It had stood there since before Meret. It was a long, plain, ugly thing, five feet of blade and grip, and nobody had ever told him what it was for. He had broken a stool with it the first week. He took it because it was nearest and because it was long, and long was the only quality he had in mind.</w:t>
      </w:r>
    </w:p>
    <w:p>
      <w:pPr>
        <w:spacing w:line="360" w:lineRule="auto" w:after="0"/>
        <w:ind w:firstLine="283"/>
      </w:pPr>
      <w:r>
        <w:t>He came through the door with it. The drover saw it and laughed.</w:t>
      </w:r>
    </w:p>
    <w:p>
      <w:pPr>
        <w:spacing w:line="360" w:lineRule="auto" w:after="0"/>
        <w:ind w:firstLine="283"/>
      </w:pPr>
      <w:r>
        <w:t>"Boy," he said, "put that down. You'll hurt yourself."</w:t>
      </w:r>
    </w:p>
    <w:p>
      <w:pPr>
        <w:spacing w:line="360" w:lineRule="auto" w:after="0"/>
        <w:ind w:firstLine="283"/>
      </w:pPr>
      <w:r>
        <w:t>Vasryn did what he had seen done in every story he had ever heard. He took the grip in two hands, brought the iron up over his shoulder, and looked for something to cut.</w:t>
      </w:r>
    </w:p>
    <w:p>
      <w:pPr>
        <w:spacing w:line="360" w:lineRule="auto" w:after="0"/>
        <w:ind w:firstLine="283"/>
      </w:pPr>
      <w:r>
        <w:t>The point went into the lantern chain.</w:t>
      </w:r>
    </w:p>
    <w:p>
      <w:pPr>
        <w:spacing w:line="360" w:lineRule="auto" w:after="0"/>
        <w:ind w:firstLine="283"/>
      </w:pPr>
      <w:r>
        <w:t>It was an iron chain that had hung over the arch since the town was a village, and the lantern at its end was the only glass on the east gate. The chain took the point with a clean ring. The lantern swung out and back, and swung out again, and struck the arch with a sound like a dropped tray of bells. The glass came down in a long bright slide. The flame went out as it fell.</w:t>
      </w:r>
    </w:p>
    <w:p>
      <w:pPr>
        <w:spacing w:line="360" w:lineRule="auto" w:after="0"/>
        <w:ind w:firstLine="283"/>
      </w:pPr>
      <w:r>
        <w:t>The dark arrived all at once. In it, somewhere to his left, the drover drew breath and came.</w:t>
      </w:r>
    </w:p>
    <w:p>
      <w:pPr>
        <w:spacing w:line="360" w:lineRule="auto" w:after="0"/>
        <w:ind w:firstLine="283"/>
      </w:pPr>
      <w:r>
        <w:t>He did not decide anything. His feet were set before the thought of setting them, wide, the weight dropped into the heels, the iron falling out of the high guard because it was suddenly the wrong thing. Thirty steps every morning for three weeks had made a place in his body, and the first step stood in it ready, the way a door stands ready in a wall. The iron came down and across. It stopped at the height of his ribs, flat, with the point out to the left and the pommel out to the right and his two hands spread along it like a man holding a barn door shut against wind.</w:t>
      </w:r>
    </w:p>
    <w:p>
      <w:pPr>
        <w:spacing w:line="360" w:lineRule="auto" w:after="0"/>
        <w:ind w:firstLine="283"/>
      </w:pPr>
      <w:r>
        <w:t>A bar. It was what the gate was for.</w:t>
      </w:r>
    </w:p>
    <w:p>
      <w:pPr>
        <w:spacing w:line="360" w:lineRule="auto" w:after="0"/>
        <w:ind w:firstLine="283"/>
      </w:pPr>
      <w:r>
        <w:t>The drover ran into it. Vasryn felt the weight come through the iron, through his wrists, through the forearms, and down into the heels, where it stopped, because it had nowhere else to go. Garrick Sull folded over the bar like washing on a line, with a great breath of beer. The knife went out of his hand and rang off the cobbles and was gone in the dark.</w:t>
      </w:r>
    </w:p>
    <w:p>
      <w:pPr>
        <w:spacing w:line="360" w:lineRule="auto" w:after="0"/>
        <w:ind w:firstLine="283"/>
      </w:pPr>
      <w:r>
        <w:t>Vasryn turned from the hip. He didn't think about it. It was the turn you give a gate-bar that has jammed in its hooks: a quarter-inch of resistance and then all at once. The drover went round the iron and sat down in the road.</w:t>
      </w:r>
    </w:p>
    <w:p>
      <w:pPr>
        <w:spacing w:line="360" w:lineRule="auto" w:after="0"/>
        <w:ind w:firstLine="283"/>
      </w:pPr>
      <w:r>
        <w:t>He sat there. After a while he said, with great dignity, "That was a sword."</w:t>
      </w:r>
    </w:p>
    <w:p>
      <w:pPr>
        <w:spacing w:line="360" w:lineRule="auto" w:after="0"/>
        <w:ind w:firstLine="283"/>
      </w:pPr>
      <w:r>
        <w:t>"It was a bar," Vasryn said.</w:t>
      </w:r>
    </w:p>
    <w:p>
      <w:pPr>
        <w:spacing w:line="360" w:lineRule="auto" w:after="0"/>
        <w:ind w:firstLine="283"/>
      </w:pPr>
      <w:r>
        <w:t>Brindle barked, once, at the whole business, and stopped.</w:t>
      </w:r>
    </w:p>
    <w:p>
      <w:pPr>
        <w:spacing w:line="360" w:lineRule="auto" w:after="0"/>
        <w:ind w:firstLine="283"/>
      </w:pPr>
      <w:r>
        <w:t>Meret lit the lamp himself. It took him a long time, because the lantern was gone, and he lit it in his own hands, a small flame cupped against the wind. By its light the arch showed itself. Glass on the stones, the chain swinging empty, a drunk man sitting in the road with his hands between his knees.</w:t>
      </w:r>
    </w:p>
    <w:p>
      <w:pPr>
        <w:spacing w:line="360" w:lineRule="auto" w:after="0"/>
        <w:ind w:firstLine="283"/>
      </w:pPr>
      <w:r>
        <w:t>Garrick was crying. It was not loud. It was the kind a man does while looking at something else.</w:t>
      </w:r>
    </w:p>
    <w:p>
      <w:pPr>
        <w:spacing w:line="360" w:lineRule="auto" w:after="0"/>
        <w:ind w:firstLine="283"/>
      </w:pPr>
      <w:r>
        <w:t>"Don't write the pig," he said. "She's all I've got left of the herd. I sold the rest to pay the Mule. Don't write her."</w:t>
      </w:r>
    </w:p>
    <w:p>
      <w:pPr>
        <w:spacing w:line="360" w:lineRule="auto" w:after="0"/>
        <w:ind w:firstLine="283"/>
      </w:pPr>
      <w:r>
        <w:t>Meret looked at him a while. Then he looked at the pig, which had stayed exactly where it sat, in the middle of the east road, unmoved, as if nothing in the last quarter-hour had been addressed to it. He drew the book across his knee and licked the pen.</w:t>
      </w:r>
    </w:p>
    <w:p>
      <w:pPr>
        <w:spacing w:line="360" w:lineRule="auto" w:after="0"/>
        <w:ind w:firstLine="283"/>
      </w:pPr>
      <w:r>
        <w:t>"One pig," he said, writing. "White."</w:t>
      </w:r>
    </w:p>
    <w:p>
      <w:pPr>
        <w:spacing w:line="360" w:lineRule="auto" w:after="0"/>
        <w:ind w:firstLine="283"/>
      </w:pPr>
      <w:r>
        <w:t>The drover stared. "That's not a name."</w:t>
      </w:r>
    </w:p>
    <w:p>
      <w:pPr>
        <w:spacing w:line="360" w:lineRule="auto" w:after="0"/>
        <w:ind w:firstLine="283"/>
      </w:pPr>
      <w:r>
        <w:t>"It's an arrival. That's all the book wants." Meret blew on the ink. "Go and get your bed, Garrick. Take the pig round the back. Marta Orrel will not have her in the tap-room."</w:t>
      </w:r>
    </w:p>
    <w:p>
      <w:pPr>
        <w:spacing w:line="360" w:lineRule="auto" w:after="0"/>
        <w:ind w:firstLine="283"/>
      </w:pPr>
      <w:r>
        <w:t>He went, hauled to his feet by Vasryn without a word, a hand under each elbow. The pig walked in behind him as if she had been entered at the highest rank.</w:t>
      </w:r>
    </w:p>
    <w:p>
      <w:pPr>
        <w:spacing w:line="360" w:lineRule="auto" w:after="0"/>
        <w:ind w:firstLine="283"/>
      </w:pPr>
      <w:r>
        <w:t>Vasryn found the knife the next morning in the gutter by the arch. He had not slept much.</w:t>
      </w:r>
    </w:p>
    <w:p>
      <w:pPr>
        <w:spacing w:line="360" w:lineRule="auto" w:after="0"/>
        <w:ind w:firstLine="283"/>
      </w:pPr>
      <w:r>
        <w:t>He gave it to Meret, who looked at it without picking it up. "Hm," he said. "You'll have to pay for the lantern."</w:t>
      </w:r>
    </w:p>
    <w:p>
      <w:pPr>
        <w:spacing w:line="360" w:lineRule="auto" w:after="0"/>
        <w:ind w:firstLine="283"/>
      </w:pPr>
      <w:r>
        <w:t>"I know."</w:t>
      </w:r>
    </w:p>
    <w:p>
      <w:pPr>
        <w:spacing w:line="360" w:lineRule="auto" w:after="0"/>
        <w:ind w:firstLine="283"/>
      </w:pPr>
      <w:r>
        <w:t>"A week in glass. The smith will say two."</w:t>
      </w:r>
    </w:p>
    <w:p>
      <w:pPr>
        <w:spacing w:line="360" w:lineRule="auto" w:after="0"/>
        <w:ind w:firstLine="283"/>
      </w:pPr>
      <w:r>
        <w:t>"I know."</w:t>
      </w:r>
    </w:p>
    <w:p>
      <w:pPr>
        <w:spacing w:line="360" w:lineRule="auto" w:after="0"/>
        <w:ind w:firstLine="283"/>
      </w:pPr>
      <w:r>
        <w:t>"Then why are you standing there like a man at a funeral?"</w:t>
      </w:r>
    </w:p>
    <w:p>
      <w:pPr>
        <w:spacing w:line="360" w:lineRule="auto" w:after="0"/>
        <w:ind w:firstLine="283"/>
      </w:pPr>
      <w:r>
        <w:t>"I held it like a sword," Vasryn said. He had been waiting all night to say it. "You said it. I could see you thinking it."</w:t>
      </w:r>
    </w:p>
    <w:p>
      <w:pPr>
        <w:spacing w:line="360" w:lineRule="auto" w:after="0"/>
        <w:ind w:firstLine="283"/>
      </w:pPr>
      <w:r>
        <w:t>"I was thinking something else, but that will do." The old man pointed at the iron, which leaned against the parapet where Vasryn had leaned it. "What did it do when you held it like a sword?"</w:t>
      </w:r>
    </w:p>
    <w:p>
      <w:pPr>
        <w:spacing w:line="360" w:lineRule="auto" w:after="0"/>
        <w:ind w:firstLine="283"/>
      </w:pPr>
      <w:r>
        <w:t>Vasryn considered the chain, the glass, the dark. "It hit the lantern."</w:t>
      </w:r>
    </w:p>
    <w:p>
      <w:pPr>
        <w:spacing w:line="360" w:lineRule="auto" w:after="0"/>
        <w:ind w:firstLine="283"/>
      </w:pPr>
      <w:r>
        <w:t>"And when you held it the other way?"</w:t>
      </w:r>
    </w:p>
    <w:p>
      <w:pPr>
        <w:spacing w:line="360" w:lineRule="auto" w:after="0"/>
        <w:ind w:firstLine="283"/>
      </w:pPr>
      <w:r>
        <w:t>"It stopped him."</w:t>
      </w:r>
    </w:p>
    <w:p>
      <w:pPr>
        <w:spacing w:line="360" w:lineRule="auto" w:after="0"/>
        <w:ind w:firstLine="283"/>
      </w:pPr>
      <w:r>
        <w:t>"It's not a sword, lad." Meret turned his eyes back to the road, where nothing was coming. "A sword is for a man who wants something. That is a bar that happens to be sharp at one end. Don't ask more of it than you'd ask of a gate, and it will do what a gate does." He was quiet a moment. "Where did you find it?"</w:t>
      </w:r>
    </w:p>
    <w:p>
      <w:pPr>
        <w:spacing w:line="360" w:lineRule="auto" w:after="0"/>
        <w:ind w:firstLine="283"/>
      </w:pPr>
      <w:r>
        <w:t>"In the corner. It's always been in the corner."</w:t>
      </w:r>
    </w:p>
    <w:p>
      <w:pPr>
        <w:spacing w:line="360" w:lineRule="auto" w:after="0"/>
        <w:ind w:firstLine="283"/>
      </w:pPr>
      <w:r>
        <w:t>"It's been in that corner longer than I have," Meret said. He looked at the iron for a time that was a little too long, with an expression Vasryn could not read. Then the look was gone, and the old man's hands were folded again on the head of the staff. "Do the form. The sun's up."</w:t>
      </w:r>
    </w:p>
    <w:p>
      <w:pPr>
        <w:spacing w:line="360" w:lineRule="auto" w:after="0"/>
        <w:ind w:firstLine="283"/>
      </w:pPr>
      <w:r>
        <w:t>Vasryn set his feet on the cold stone. The first step took him exactly where it always took him, wide, the weight in the heels. It was only a step now, and it was the same one.</w:t>
      </w:r>
    </w:p>
    <w:p>
      <w:pPr>
        <w:spacing w:line="360" w:lineRule="auto" w:after="0"/>
        <w:ind w:firstLine="283"/>
      </w:pPr>
      <w:r>
        <w:t>He did all thirty, and for the first time he did not drop the twelfth.</w:t>
      </w:r>
    </w:p>
    <w:p>
      <w:pPr>
        <w:spacing w:line="360" w:lineRule="auto" w:after="0"/>
        <w:ind w:firstLine="283"/>
      </w:pPr>
      <w:r>
        <w:t>When he was done he wrapped the iron in its cloth and carried it back to the watch-room, and set it down in the corner. It was a little nearer the door than it had been.</w:t>
      </w:r>
    </w:p>
    <w:p>
      <w:pPr>
        <w:ind w:firstLine="0"/>
        <w:jc w:val="center"/>
      </w:pPr>
      <w:r>
        <w:rPr>
          <w:color w:val="AAAAAA"/>
        </w:rPr>
        <w:t>❖</w:t>
      </w:r>
    </w:p>
    <w:p>
      <w:pPr>
        <w:spacing w:before="360" w:after="240"/>
        <w:ind w:firstLine="0"/>
        <w:jc w:val="center"/>
      </w:pPr>
      <w:r>
        <w:rPr>
          <w:b/>
          <w:i/>
          <w:color w:val="333333"/>
          <w:sz w:val="26"/>
        </w:rPr>
        <w:t>Step 2 — The Hinge (Vasryn)</w:t>
      </w:r>
    </w:p>
    <w:p>
      <w:pPr>
        <w:spacing w:line="360" w:lineRule="auto" w:after="0"/>
        <w:ind w:firstLine="283"/>
      </w:pPr>
      <w:r>
        <w:t>‖ ∧</w:t>
      </w:r>
    </w:p>
    <w:p>
      <w:pPr>
        <w:spacing w:line="360" w:lineRule="auto" w:after="0"/>
        <w:ind w:firstLine="283"/>
      </w:pPr>
      <w:r>
        <w:t>At sun-high one long loaf was missing from Harrel's cooling rack.</w:t>
      </w:r>
    </w:p>
    <w:p>
      <w:pPr>
        <w:spacing w:line="360" w:lineRule="auto" w:after="0"/>
        <w:ind w:firstLine="283"/>
      </w:pPr>
      <w:r>
        <w:t>Vasryn knew it before Harrel said it. He had come down off the wall for the heel, and he saw the gap the way he saw a slate gone from a roof, as a shape of absence with edges. Harrel stood in front of it with the peel held like a man at a gate.</w:t>
      </w:r>
    </w:p>
    <w:p>
      <w:pPr>
        <w:spacing w:line="360" w:lineRule="auto" w:after="0"/>
        <w:ind w:firstLine="283"/>
      </w:pPr>
      <w:r>
        <w:t>"Boy," Harrel said. "Round the tallow-works."</w:t>
      </w:r>
    </w:p>
    <w:p>
      <w:pPr>
        <w:spacing w:line="360" w:lineRule="auto" w:after="0"/>
        <w:ind w:firstLine="283"/>
      </w:pPr>
      <w:r>
        <w:t>"I'll get it."</w:t>
      </w:r>
    </w:p>
    <w:p>
      <w:pPr>
        <w:spacing w:line="360" w:lineRule="auto" w:after="0"/>
        <w:ind w:firstLine="283"/>
      </w:pPr>
      <w:r>
        <w:t>"It's a loaf."</w:t>
      </w:r>
    </w:p>
    <w:p>
      <w:pPr>
        <w:spacing w:line="360" w:lineRule="auto" w:after="0"/>
        <w:ind w:firstLine="283"/>
      </w:pPr>
      <w:r>
        <w:t>"I know."</w:t>
      </w:r>
    </w:p>
    <w:p>
      <w:pPr>
        <w:spacing w:line="360" w:lineRule="auto" w:after="0"/>
        <w:ind w:firstLine="283"/>
      </w:pPr>
      <w:r>
        <w:t>"Don't hurt him."</w:t>
      </w:r>
    </w:p>
    <w:p>
      <w:pPr>
        <w:spacing w:line="360" w:lineRule="auto" w:after="0"/>
        <w:ind w:firstLine="283"/>
      </w:pPr>
      <w:r>
        <w:t>"I don't hurt people, Harrel."</w:t>
      </w:r>
    </w:p>
    <w:p>
      <w:pPr>
        <w:spacing w:line="360" w:lineRule="auto" w:after="0"/>
        <w:ind w:firstLine="283"/>
      </w:pPr>
      <w:r>
        <w:t>"No." Harrel put the heel in his hand anyway, because the heel was the morning's and the morning's came first. "You break the things they stand on."</w:t>
      </w:r>
    </w:p>
    <w:p>
      <w:pPr>
        <w:spacing w:line="360" w:lineRule="auto" w:after="0"/>
        <w:ind w:firstLine="283"/>
      </w:pPr>
      <w:r>
        <w:t>The trail was easy. A boy who lifts a loaf off a rack in a hurry drags the cloth, and the flour came off on the dark cobbles in a thin broken line. It ran left at the cooper's row, where Don looked up from the block with his mallet lifted and said, without raising his voice, "Small. Barefoot. Went over the works wall like a cat." He considered. "Don't shout at him."</w:t>
      </w:r>
    </w:p>
    <w:p>
      <w:pPr>
        <w:spacing w:line="360" w:lineRule="auto" w:after="0"/>
        <w:ind w:firstLine="283"/>
      </w:pPr>
      <w:r>
        <w:t>"I wasn't going to."</w:t>
      </w:r>
    </w:p>
    <w:p>
      <w:pPr>
        <w:spacing w:line="360" w:lineRule="auto" w:after="0"/>
        <w:ind w:firstLine="283"/>
      </w:pPr>
      <w:r>
        <w:t>"You've a shouting face on."</w:t>
      </w:r>
    </w:p>
    <w:p>
      <w:pPr>
        <w:spacing w:line="360" w:lineRule="auto" w:after="0"/>
        <w:ind w:firstLine="283"/>
      </w:pPr>
      <w:r>
        <w:t>Vasryn hadn't known he had one. He put it away.</w:t>
      </w:r>
    </w:p>
    <w:p>
      <w:pPr>
        <w:spacing w:line="360" w:lineRule="auto" w:after="0"/>
        <w:ind w:firstLine="283"/>
      </w:pPr>
      <w:r>
        <w:t>The tallow-works had been shut since the boiler cracked. The yard behind it was knee-deep in dead leaves, and a wall ran along the back of it, with a loading stair up the inside, three flights of boards. He had been meaning to tell someone about the stair. He had been meaning to for a year. He stood at the foot and heard, above him and a little to the left, a board that wasn't a board anymore.</w:t>
      </w:r>
    </w:p>
    <w:p>
      <w:pPr>
        <w:spacing w:line="360" w:lineRule="auto" w:after="0"/>
        <w:ind w:firstLine="283"/>
      </w:pPr>
      <w:r>
        <w:t>Then nothing. Then a sound he had heard once before, from a horse, and had hoped not to hear from anything smaller.</w:t>
      </w:r>
    </w:p>
    <w:p>
      <w:pPr>
        <w:spacing w:line="360" w:lineRule="auto" w:after="0"/>
        <w:ind w:firstLine="283"/>
      </w:pPr>
      <w:r>
        <w:t>The boy lay at the bottom of a nine-foot drop with his left leg folded the way a leg doesn't fold. He was nine, perhaps. He had a face the color of tallow and both arms locked round the loaf against his chest, hard, like a man holding a rope in a river.</w:t>
      </w:r>
    </w:p>
    <w:p>
      <w:pPr>
        <w:spacing w:line="360" w:lineRule="auto" w:after="0"/>
        <w:ind w:firstLine="283"/>
      </w:pPr>
      <w:r>
        <w:t>"I'll give it back," he said.</w:t>
      </w:r>
    </w:p>
    <w:p>
      <w:pPr>
        <w:spacing w:line="360" w:lineRule="auto" w:after="0"/>
        <w:ind w:firstLine="283"/>
      </w:pPr>
      <w:r>
        <w:t>"Keep it."</w:t>
      </w:r>
    </w:p>
    <w:p>
      <w:pPr>
        <w:spacing w:line="360" w:lineRule="auto" w:after="0"/>
        <w:ind w:firstLine="283"/>
      </w:pPr>
      <w:r>
        <w:t>"I'll give it back."</w:t>
      </w:r>
    </w:p>
    <w:p>
      <w:pPr>
        <w:spacing w:line="360" w:lineRule="auto" w:after="0"/>
        <w:ind w:firstLine="283"/>
      </w:pPr>
      <w:r>
        <w:t>"Then give it back after." Vasryn knelt in the leaves. His own hands had gone quiet and careful, which was a thing they did, and which he never decided. "What's your name?"</w:t>
      </w:r>
    </w:p>
    <w:p>
      <w:pPr>
        <w:spacing w:line="360" w:lineRule="auto" w:after="0"/>
        <w:ind w:firstLine="283"/>
      </w:pPr>
      <w:r>
        <w:t>"Tam."</w:t>
      </w:r>
    </w:p>
    <w:p>
      <w:pPr>
        <w:spacing w:line="360" w:lineRule="auto" w:after="0"/>
        <w:ind w:firstLine="283"/>
      </w:pPr>
      <w:r>
        <w:t>"Tam what?"</w:t>
      </w:r>
    </w:p>
    <w:p>
      <w:pPr>
        <w:spacing w:line="360" w:lineRule="auto" w:after="0"/>
        <w:ind w:firstLine="283"/>
      </w:pPr>
      <w:r>
        <w:t>The boy shut his eyes. "Tam Weller. Are you going to hit me?"</w:t>
      </w:r>
    </w:p>
    <w:p>
      <w:pPr>
        <w:spacing w:line="360" w:lineRule="auto" w:after="0"/>
        <w:ind w:firstLine="283"/>
      </w:pPr>
      <w:r>
        <w:t>"No."</w:t>
      </w:r>
    </w:p>
    <w:p>
      <w:pPr>
        <w:spacing w:line="360" w:lineRule="auto" w:after="0"/>
        <w:ind w:firstLine="283"/>
      </w:pPr>
      <w:r>
        <w:t>"Mr. Harrel said he would."</w:t>
      </w:r>
    </w:p>
    <w:p>
      <w:pPr>
        <w:spacing w:line="360" w:lineRule="auto" w:after="0"/>
        <w:ind w:firstLine="283"/>
      </w:pPr>
      <w:r>
        <w:t>"Mr. Harrel says a lot of things to the rack."</w:t>
      </w:r>
    </w:p>
    <w:p>
      <w:pPr>
        <w:spacing w:line="360" w:lineRule="auto" w:after="0"/>
        <w:ind w:firstLine="283"/>
      </w:pPr>
      <w:r>
        <w:t>It earned him nothing. But the boy's breath came a little slower, and Vasryn got an arm under the knees and one under the back, and lifted, and the boy made no sound at all, which was worse than the sound would have been. He did not let go of the loaf.</w:t>
      </w:r>
    </w:p>
    <w:p>
      <w:pPr>
        <w:spacing w:line="360" w:lineRule="auto" w:after="0"/>
        <w:ind w:firstLine="283"/>
      </w:pPr>
      <w:r>
        <w:t>The nearest roof was his grandmother's. It was two walls and a turn, a lane he had walked every morning of his life, and it had never been so long.</w:t>
      </w:r>
    </w:p>
    <w:p>
      <w:pPr>
        <w:spacing w:line="360" w:lineRule="auto" w:after="0"/>
        <w:ind w:firstLine="283"/>
      </w:pPr>
      <w:r>
        <w:t>She was at the table with her sleeves floured to the elbow. She looked up as he came through the door and she did not ask. She looked at the leg, then at the boy's face, then at the loaf.</w:t>
      </w:r>
    </w:p>
    <w:p>
      <w:pPr>
        <w:spacing w:line="360" w:lineRule="auto" w:after="0"/>
        <w:ind w:firstLine="283"/>
      </w:pPr>
      <w:r>
        <w:t>"On the bench," she said. "By the fire."</w:t>
      </w:r>
    </w:p>
    <w:p>
      <w:pPr>
        <w:spacing w:line="360" w:lineRule="auto" w:after="0"/>
        <w:ind w:firstLine="283"/>
      </w:pPr>
      <w:r>
        <w:t>"I'll fetch Hesk."</w:t>
      </w:r>
    </w:p>
    <w:p>
      <w:pPr>
        <w:spacing w:line="360" w:lineRule="auto" w:after="0"/>
        <w:ind w:firstLine="283"/>
      </w:pPr>
      <w:r>
        <w:t>"Run."</w:t>
      </w:r>
    </w:p>
    <w:p>
      <w:pPr>
        <w:spacing w:line="360" w:lineRule="auto" w:after="0"/>
        <w:ind w:firstLine="283"/>
      </w:pPr>
      <w:r>
        <w:t>"I'm not leaving him."</w:t>
      </w:r>
    </w:p>
    <w:p>
      <w:pPr>
        <w:spacing w:line="360" w:lineRule="auto" w:after="0"/>
        <w:ind w:firstLine="283"/>
      </w:pPr>
      <w:r>
        <w:t>"He isn't going anywhere." She wiped her hands. "He's got bread."</w:t>
      </w:r>
    </w:p>
    <w:p>
      <w:pPr>
        <w:spacing w:line="360" w:lineRule="auto" w:after="0"/>
        <w:ind w:firstLine="283"/>
      </w:pPr>
      <w:r>
        <w:t>It was so exactly true that he laughed, once, a bad sound, and went.</w:t>
      </w:r>
    </w:p>
    <w:p>
      <w:pPr>
        <w:spacing w:line="360" w:lineRule="auto" w:after="0"/>
        <w:ind w:firstLine="283"/>
      </w:pPr>
      <w:r>
        <w:t>When he came back with the bonesetter the boy was on the bench with the old coat over him. It was the great grey one that hung on the peg, her father's. Its cuffs were turned back twice, as they always were, and on the boy it swallowed him to the chin and the cuffs went on turning past his fingertips. She had folded them back again, twice more. The loaf was on his chest under his hands. A cup of tea stood by him. He had not touched it.</w:t>
      </w:r>
    </w:p>
    <w:p>
      <w:pPr>
        <w:spacing w:line="360" w:lineRule="auto" w:after="0"/>
        <w:ind w:firstLine="283"/>
      </w:pPr>
      <w:r>
        <w:t>"He won't take it," she said. "He's afraid it's a trade."</w:t>
      </w:r>
    </w:p>
    <w:p>
      <w:pPr>
        <w:spacing w:line="360" w:lineRule="auto" w:after="0"/>
        <w:ind w:firstLine="283"/>
      </w:pPr>
      <w:r>
        <w:t>Hesk looked at the leg. He said "Hm," and rolled up his sleeves. "Hold his shoulders," he told Vasryn. "Talk to him."</w:t>
      </w:r>
    </w:p>
    <w:p>
      <w:pPr>
        <w:spacing w:line="360" w:lineRule="auto" w:after="0"/>
        <w:ind w:firstLine="283"/>
      </w:pPr>
      <w:r>
        <w:t>"About what?"</w:t>
      </w:r>
    </w:p>
    <w:p>
      <w:pPr>
        <w:spacing w:line="360" w:lineRule="auto" w:after="0"/>
        <w:ind w:firstLine="283"/>
      </w:pPr>
      <w:r>
        <w:t>"Anything. A lie will do."</w:t>
      </w:r>
    </w:p>
    <w:p>
      <w:pPr>
        <w:spacing w:line="360" w:lineRule="auto" w:after="0"/>
        <w:ind w:firstLine="283"/>
      </w:pPr>
      <w:r>
        <w:t>So Vasryn held the narrow shoulders under the coat and talked about the wall. He told the boy it had a crack in it shaped like a man with a hat. He told him the watchman had a stool he'd never put down. The boy's eyes were fixed on his face with a terrible attention, and Hesk set the bone with one flat pull, and the boy screamed once and was done.</w:t>
      </w:r>
    </w:p>
    <w:p>
      <w:pPr>
        <w:spacing w:line="360" w:lineRule="auto" w:after="0"/>
        <w:ind w:firstLine="283"/>
      </w:pPr>
      <w:r>
        <w:t>Then he looked at the loaf. He broke off a piece, a small one, a politeness, and ate it, and then another, and went on. Nobody said anything. His grandmother turned back to the fire.</w:t>
      </w:r>
    </w:p>
    <w:p>
      <w:pPr>
        <w:spacing w:line="360" w:lineRule="auto" w:after="0"/>
        <w:ind w:firstLine="283"/>
      </w:pPr>
      <w:r>
        <w:t>The mother came while Hesk was splinting. She was a washerwoman, and her hands were the red of boiled meat, and she stopped in the door and did not come further. She looked at the boy, the coat, the bread.</w:t>
      </w:r>
    </w:p>
    <w:p>
      <w:pPr>
        <w:spacing w:line="360" w:lineRule="auto" w:after="0"/>
        <w:ind w:firstLine="283"/>
      </w:pPr>
      <w:r>
        <w:t>"He had a loaf," she said, "at home."</w:t>
      </w:r>
    </w:p>
    <w:p>
      <w:pPr>
        <w:spacing w:line="360" w:lineRule="auto" w:after="0"/>
        <w:ind w:firstLine="283"/>
      </w:pPr>
      <w:r>
        <w:t>Nobody answered. It was not a thing that wanted answering.</w:t>
      </w:r>
    </w:p>
    <w:p>
      <w:pPr>
        <w:spacing w:line="360" w:lineRule="auto" w:after="0"/>
        <w:ind w:firstLine="283"/>
      </w:pPr>
      <w:r>
        <w:t>"Since the crews went east," she said, "he's had the one." She said it to the floor, quite evenly. "I'll pay Harrel."</w:t>
      </w:r>
    </w:p>
    <w:p>
      <w:pPr>
        <w:spacing w:line="360" w:lineRule="auto" w:after="0"/>
        <w:ind w:firstLine="283"/>
      </w:pPr>
      <w:r>
        <w:t>"Harrel's paid," his grandmother said.</w:t>
      </w:r>
    </w:p>
    <w:p>
      <w:pPr>
        <w:spacing w:line="360" w:lineRule="auto" w:after="0"/>
        <w:ind w:firstLine="283"/>
      </w:pPr>
      <w:r>
        <w:t>"By whom?"</w:t>
      </w:r>
    </w:p>
    <w:p>
      <w:pPr>
        <w:spacing w:line="360" w:lineRule="auto" w:after="0"/>
        <w:ind w:firstLine="283"/>
      </w:pPr>
      <w:r>
        <w:t>"By the one who chased him."</w:t>
      </w:r>
    </w:p>
    <w:p>
      <w:pPr>
        <w:spacing w:line="360" w:lineRule="auto" w:after="0"/>
        <w:ind w:firstLine="283"/>
      </w:pPr>
      <w:r>
        <w:t>Vasryn opened his mouth. She looked at him, only that, and he shut it. He had already decided to pay. He hadn't thought about it, and it was a strange thing to have it settled for him in front of someone.</w:t>
      </w:r>
    </w:p>
    <w:p>
      <w:pPr>
        <w:spacing w:line="360" w:lineRule="auto" w:after="0"/>
        <w:ind w:firstLine="283"/>
      </w:pPr>
      <w:r>
        <w:t>The mother took her son in her arms, coat and all. His grandmother said, "Leave the coat. It'll come back," and the woman took it off him with her red hands as if it were something that might break, and set it back over the peg. The cuffs, as it hung, turned back twice.</w:t>
      </w:r>
    </w:p>
    <w:p>
      <w:pPr>
        <w:spacing w:line="360" w:lineRule="auto" w:after="0"/>
        <w:ind w:firstLine="283"/>
      </w:pPr>
      <w:r>
        <w:t>At the door the woman said, "That door catches."</w:t>
      </w:r>
    </w:p>
    <w:p>
      <w:pPr>
        <w:spacing w:line="360" w:lineRule="auto" w:after="0"/>
        <w:ind w:firstLine="283"/>
      </w:pPr>
      <w:r>
        <w:t>"I know," his grandmother said.</w:t>
      </w:r>
    </w:p>
    <w:p>
      <w:pPr>
        <w:spacing w:line="360" w:lineRule="auto" w:after="0"/>
        <w:ind w:firstLine="283"/>
      </w:pPr>
      <w:r>
        <w:t>"The hinge."</w:t>
      </w:r>
    </w:p>
    <w:p>
      <w:pPr>
        <w:spacing w:line="360" w:lineRule="auto" w:after="0"/>
        <w:ind w:firstLine="283"/>
      </w:pPr>
      <w:r>
        <w:t>"I know."</w:t>
      </w:r>
    </w:p>
    <w:p>
      <w:pPr>
        <w:spacing w:line="360" w:lineRule="auto" w:after="0"/>
        <w:ind w:firstLine="283"/>
      </w:pPr>
      <w:r>
        <w:t>He stood in the kitchen after they had gone, and the kettle began to sing.</w:t>
      </w:r>
    </w:p>
    <w:p>
      <w:pPr>
        <w:spacing w:line="360" w:lineRule="auto" w:after="0"/>
        <w:ind w:firstLine="283"/>
      </w:pPr>
      <w:r>
        <w:t>She poured. She poured into the good cup, the one with the thin rim and the pale glaze, because it was the one on the table, and slid it toward him. He took it up and found it was still hot and that his hand didn't want it.</w:t>
      </w:r>
    </w:p>
    <w:p>
      <w:pPr>
        <w:spacing w:line="360" w:lineRule="auto" w:after="0"/>
        <w:ind w:firstLine="283"/>
      </w:pPr>
      <w:r>
        <w:t>"I'll rinse the other," he said, and reached for the boy's cup, and in reaching knocked the good one off the table.</w:t>
      </w:r>
    </w:p>
    <w:p>
      <w:pPr>
        <w:spacing w:line="360" w:lineRule="auto" w:after="0"/>
        <w:ind w:firstLine="283"/>
      </w:pPr>
      <w:r>
        <w:t>It dropped into the wash-basin, and the iron rim of the basin took it on the way down.</w:t>
      </w:r>
    </w:p>
    <w:p>
      <w:pPr>
        <w:spacing w:line="360" w:lineRule="auto" w:after="0"/>
        <w:ind w:firstLine="283"/>
      </w:pPr>
      <w:r>
        <w:t>It was a small sound. They both heard it. He pulled it out, and the pale glaze had a bite out of the lip the width of a thumbnail, clean and bright, the white of the clay under the color.</w:t>
      </w:r>
    </w:p>
    <w:p>
      <w:pPr>
        <w:spacing w:line="360" w:lineRule="auto" w:after="0"/>
        <w:ind w:firstLine="283"/>
      </w:pPr>
      <w:r>
        <w:t>"I'll mend it."</w:t>
      </w:r>
    </w:p>
    <w:p>
      <w:pPr>
        <w:spacing w:line="360" w:lineRule="auto" w:after="0"/>
        <w:ind w:firstLine="283"/>
      </w:pPr>
      <w:r>
        <w:t>"It doesn't mend." She took it from him. She turned it in her fingers, looking at the chip with the care she gave to a loaf, and then she turned the cup so the chip lay to the far side, away from her mouth, and set it on the table at her own place.</w:t>
      </w:r>
    </w:p>
    <w:p>
      <w:pPr>
        <w:spacing w:line="360" w:lineRule="auto" w:after="0"/>
        <w:ind w:firstLine="283"/>
      </w:pPr>
      <w:r>
        <w:t>She said nothing. He waited for it. She said nothing at all, and poured her own tea into it, and drank.</w:t>
      </w:r>
    </w:p>
    <w:p>
      <w:pPr>
        <w:spacing w:line="360" w:lineRule="auto" w:after="0"/>
        <w:ind w:firstLine="283"/>
      </w:pPr>
      <w:r>
        <w:t>It was the only time she ever had to be told a thing twice, he thought afterward, and she had not been told once. He did not know then what he had made. He thought he had broken a cup.</w:t>
      </w:r>
    </w:p>
    <w:p>
      <w:pPr>
        <w:spacing w:line="360" w:lineRule="auto" w:after="0"/>
        <w:ind w:firstLine="283"/>
      </w:pPr>
      <w:r>
        <w:t>"The door," he said.</w:t>
      </w:r>
    </w:p>
    <w:p>
      <w:pPr>
        <w:spacing w:line="360" w:lineRule="auto" w:after="0"/>
        <w:ind w:firstLine="283"/>
      </w:pPr>
      <w:r>
        <w:t>"Leave it."</w:t>
      </w:r>
    </w:p>
    <w:p>
      <w:pPr>
        <w:spacing w:line="360" w:lineRule="auto" w:after="0"/>
        <w:ind w:firstLine="283"/>
      </w:pPr>
      <w:r>
        <w:t>"It's a ten-minute job."</w:t>
      </w:r>
    </w:p>
    <w:p>
      <w:pPr>
        <w:spacing w:line="360" w:lineRule="auto" w:after="0"/>
        <w:ind w:firstLine="283"/>
      </w:pPr>
      <w:r>
        <w:t>"It's a hinge." She looked at him over the rim with the chip turned away. "Leave it, Vasryn. Some things I like to keep the trouble of."</w:t>
      </w:r>
    </w:p>
    <w:p>
      <w:pPr>
        <w:spacing w:line="360" w:lineRule="auto" w:after="0"/>
        <w:ind w:firstLine="283"/>
      </w:pPr>
      <w:r>
        <w:t>He left it. He went back up the wall with the heel of Harrel's loaf still in his pocket, stale and warm from his body, and ate it on the way.</w:t>
      </w:r>
    </w:p>
    <w:p>
      <w:pPr>
        <w:ind w:firstLine="0"/>
        <w:jc w:val="center"/>
      </w:pPr>
      <w:r>
        <w:rPr>
          <w:color w:val="AAAAAA"/>
        </w:rPr>
        <w:t>❖</w:t>
      </w:r>
    </w:p>
    <w:p>
      <w:pPr>
        <w:spacing w:before="360" w:after="240"/>
        <w:ind w:firstLine="0"/>
        <w:jc w:val="center"/>
      </w:pPr>
      <w:r>
        <w:rPr>
          <w:b/>
          <w:i/>
          <w:color w:val="333333"/>
          <w:sz w:val="26"/>
        </w:rPr>
        <w:t>Step 3 — The Form (Vasryn)</w:t>
      </w:r>
    </w:p>
    <w:p>
      <w:pPr>
        <w:spacing w:line="360" w:lineRule="auto" w:after="0"/>
        <w:ind w:firstLine="283"/>
      </w:pPr>
      <w:r>
        <w:t>POV: Vasryn. Twenty-one going on twenty-two. The fair, the brawl, the dance.</w:t>
      </w:r>
    </w:p>
    <w:p>
      <w:pPr>
        <w:spacing w:line="360" w:lineRule="auto" w:after="0"/>
        <w:ind w:firstLine="283"/>
      </w:pPr>
      <w:r>
        <w:t>‖ ∧</w:t>
      </w:r>
    </w:p>
    <w:p>
      <w:pPr>
        <w:spacing w:line="360" w:lineRule="auto" w:after="0"/>
        <w:ind w:firstLine="283"/>
      </w:pPr>
      <w:r>
        <w:t>The fair came to Koric twice a year, in spring and at harvest, and the spring fair was the smaller one, the one the hill farms came down for. The town did not prepare for it. The town did not prepare for the hill farms on principle. They came down the east road with carts and goats and the year's culling, and the square took them in, and that was the fair.</w:t>
      </w:r>
    </w:p>
    <w:p>
      <w:pPr>
        <w:spacing w:line="360" w:lineRule="auto" w:after="0"/>
        <w:ind w:firstLine="283"/>
      </w:pPr>
      <w:r>
        <w:t>Vasryn was on the wall because it was Wednesday, and Wednesdays were the wall, and a fair didn't change a Wednesday. Meret sat on his stool. The staff was where the staff went.</w:t>
      </w:r>
    </w:p>
    <w:p>
      <w:pPr>
        <w:spacing w:line="360" w:lineRule="auto" w:after="0"/>
        <w:ind w:firstLine="283"/>
      </w:pPr>
      <w:r>
        <w:t>Below them the square was full the way a cup is full when the pour has stopped and the surface is still holding. The hill farmers had pulled their carts into a row along the chandler's lane. The goats were in a pen Don had lent them, which Don lent every fair, grumbling, because lending the pen was apparently an obligation of the cooperage and not a favor. The smell of it came up the wall on the warm air: goats, bread, hide, dust. The dust was spring's own.</w:t>
      </w:r>
    </w:p>
    <w:p>
      <w:pPr>
        <w:spacing w:line="360" w:lineRule="auto" w:after="0"/>
        <w:ind w:firstLine="283"/>
      </w:pPr>
      <w:r>
        <w:t>The trouble began at the cooper's rack.</w:t>
      </w:r>
    </w:p>
    <w:p>
      <w:pPr>
        <w:spacing w:line="360" w:lineRule="auto" w:after="0"/>
        <w:ind w:firstLine="283"/>
      </w:pPr>
      <w:r>
        <w:t>Vasryn saw it from the parapet, the way he saw most things, by the shape of the going and not the men. Two at the rack, then three, and then the three weren't looking at the rack any more but at each other, with the kind of look that has stopped being about the thing and started being about the looking.</w:t>
      </w:r>
    </w:p>
    <w:p>
      <w:pPr>
        <w:spacing w:line="360" w:lineRule="auto" w:after="0"/>
        <w:ind w:firstLine="283"/>
      </w:pPr>
      <w:r>
        <w:t>"That's Henk's boy," Meret said mildly, naming him the way he named the carters. "And Sal's. The third I don't know."</w:t>
      </w:r>
    </w:p>
    <w:p>
      <w:pPr>
        <w:spacing w:line="360" w:lineRule="auto" w:after="0"/>
        <w:ind w:firstLine="283"/>
      </w:pPr>
      <w:r>
        <w:t>"He's from the hill."</w:t>
      </w:r>
    </w:p>
    <w:p>
      <w:pPr>
        <w:spacing w:line="360" w:lineRule="auto" w:after="0"/>
        <w:ind w:firstLine="283"/>
      </w:pPr>
      <w:r>
        <w:t>"Then the hill has a grievance and the town has a rack, and they're about to meet. It won't be kind."</w:t>
      </w:r>
    </w:p>
    <w:p>
      <w:pPr>
        <w:spacing w:line="360" w:lineRule="auto" w:after="0"/>
        <w:ind w:firstLine="283"/>
      </w:pPr>
      <w:r>
        <w:t>"Should I go down?"</w:t>
      </w:r>
    </w:p>
    <w:p>
      <w:pPr>
        <w:spacing w:line="360" w:lineRule="auto" w:after="0"/>
        <w:ind w:firstLine="283"/>
      </w:pPr>
      <w:r>
        <w:t>Meret didn't unfold his hands from the staff. "Watch."</w:t>
      </w:r>
    </w:p>
    <w:p>
      <w:pPr>
        <w:spacing w:line="360" w:lineRule="auto" w:after="0"/>
        <w:ind w:firstLine="283"/>
      </w:pPr>
      <w:r>
        <w:t>Vasryn watched.</w:t>
      </w:r>
    </w:p>
    <w:p>
      <w:pPr>
        <w:spacing w:line="360" w:lineRule="auto" w:after="0"/>
        <w:ind w:firstLine="283"/>
      </w:pPr>
      <w:r>
        <w:t>Three became six. Two of the new ones had been at the bread stall and had wandered over because that was what men did when a look turned into a stand. They made a loose ring, and the ring was beginning to lean inward.</w:t>
      </w:r>
    </w:p>
    <w:p>
      <w:pPr>
        <w:spacing w:line="360" w:lineRule="auto" w:after="0"/>
        <w:ind w:firstLine="283"/>
      </w:pPr>
      <w:r>
        <w:t>"Has Henk's boy thrown anything?"</w:t>
      </w:r>
    </w:p>
    <w:p>
      <w:pPr>
        <w:spacing w:line="360" w:lineRule="auto" w:after="0"/>
        <w:ind w:firstLine="283"/>
      </w:pPr>
      <w:r>
        <w:t>"Henk's boy is standing. The standing's the throw. The rest comes after. Watch their feet."</w:t>
      </w:r>
    </w:p>
    <w:p>
      <w:pPr>
        <w:spacing w:line="360" w:lineRule="auto" w:after="0"/>
        <w:ind w:firstLine="283"/>
      </w:pPr>
      <w:r>
        <w:t>He watched the feet. The hill farmer's were set, and so were Sal's boy's. Those two had decided. The other four weren't set; they'd come to stand near a deciding, and that nearness was all they were there for.</w:t>
      </w:r>
    </w:p>
    <w:p>
      <w:pPr>
        <w:spacing w:line="360" w:lineRule="auto" w:after="0"/>
        <w:ind w:firstLine="283"/>
      </w:pPr>
      <w:r>
        <w:t>The hill farmer's hand closed.</w:t>
      </w:r>
    </w:p>
    <w:p>
      <w:pPr>
        <w:spacing w:line="360" w:lineRule="auto" w:after="0"/>
        <w:ind w:firstLine="283"/>
      </w:pPr>
      <w:r>
        <w:t>"Go," Meret said.</w:t>
      </w:r>
    </w:p>
    <w:p>
      <w:pPr>
        <w:spacing w:line="360" w:lineRule="auto" w:after="0"/>
        <w:ind w:firstLine="283"/>
      </w:pPr>
      <w:r>
        <w:t>Vasryn took the wall stair at the pace Meret had taught him, not running and not walking, the one between. It said I'm coming, and I'm in no hurry, and the no-hurry is going to part this. He didn't choose it. After four years of the form every morning, his body had it in the stairs.</w:t>
      </w:r>
    </w:p>
    <w:p>
      <w:pPr>
        <w:spacing w:line="360" w:lineRule="auto" w:after="0"/>
        <w:ind w:firstLine="283"/>
      </w:pPr>
      <w:r>
        <w:t>The six were at the rack by the time he turned into the lane. The hill farmer had Sal's boy by the collar. Sal's boy had the farmer's wrist. The two holds were about to turn into a thing the town would have to answer for, and the town did not want to, and Vasryn was the town.</w:t>
      </w:r>
    </w:p>
    <w:p>
      <w:pPr>
        <w:spacing w:line="360" w:lineRule="auto" w:after="0"/>
        <w:ind w:firstLine="283"/>
      </w:pPr>
      <w:r>
        <w:t>He hadn't brought the iron. The iron was for weather. This was only a quarrel on a nice day.</w:t>
      </w:r>
    </w:p>
    <w:p>
      <w:pPr>
        <w:spacing w:line="360" w:lineRule="auto" w:after="0"/>
        <w:ind w:firstLine="283"/>
      </w:pPr>
      <w:r>
        <w:t>He set his feet at the edge of the ring.</w:t>
      </w:r>
    </w:p>
    <w:p>
      <w:pPr>
        <w:spacing w:line="360" w:lineRule="auto" w:after="0"/>
        <w:ind w:firstLine="283"/>
      </w:pPr>
      <w:r>
        <w:t>Feet set. Weight centered. The hand rising to the sternum, the breath going down.</w:t>
      </w:r>
    </w:p>
    <w:p>
      <w:pPr>
        <w:spacing w:line="360" w:lineRule="auto" w:after="0"/>
        <w:ind w:firstLine="283"/>
      </w:pPr>
      <w:r>
        <w:t>None of them saw him. They were all in the looking, and the looking doesn't see the edges. He was the edge.</w:t>
      </w:r>
    </w:p>
    <w:p>
      <w:pPr>
        <w:spacing w:line="360" w:lineRule="auto" w:after="0"/>
        <w:ind w:firstLine="283"/>
      </w:pPr>
      <w:r>
        <w:t>He stepped in.</w:t>
      </w:r>
    </w:p>
    <w:p>
      <w:pPr>
        <w:spacing w:line="360" w:lineRule="auto" w:after="0"/>
        <w:ind w:firstLine="283"/>
      </w:pPr>
      <w:r>
        <w:t>The form was thirty steps. He'd counted them in the first year, and after that the counting turned into the doing and the doing into the body. The body knew the form the way a hinge knows a hasp, by meeting and not by measuring.</w:t>
      </w:r>
    </w:p>
    <w:p>
      <w:pPr>
        <w:spacing w:line="360" w:lineRule="auto" w:after="0"/>
        <w:ind w:firstLine="283"/>
      </w:pPr>
      <w:r>
        <w:t>The first step was the wide one: feet apart, centre dropped, palms low and open toward the earth. It put him between the hill farmer and Sal's boy without a push. It was a being-there. The form placed him the way a river places a stone, by letting the current go round.</w:t>
      </w:r>
    </w:p>
    <w:p>
      <w:pPr>
        <w:spacing w:line="360" w:lineRule="auto" w:after="0"/>
        <w:ind w:firstLine="283"/>
      </w:pPr>
      <w:r>
        <w:t>The farmer's hand was on Sal's collar. Vasryn set his own on the farmer's wrist. It wasn't a grip. It was the way you set a hand on a gate-bar before you lift it.</w:t>
      </w:r>
    </w:p>
    <w:p>
      <w:pPr>
        <w:spacing w:line="360" w:lineRule="auto" w:after="0"/>
        <w:ind w:firstLine="283"/>
      </w:pPr>
      <w:r>
        <w:t>The farmer looked at him. His face had been angry and was now only baffled, which was the form's work.</w:t>
      </w:r>
    </w:p>
    <w:p>
      <w:pPr>
        <w:spacing w:line="360" w:lineRule="auto" w:after="0"/>
        <w:ind w:firstLine="283"/>
      </w:pPr>
      <w:r>
        <w:t>"Hey," the farmer said.</w:t>
      </w:r>
    </w:p>
    <w:p>
      <w:pPr>
        <w:spacing w:line="360" w:lineRule="auto" w:after="0"/>
        <w:ind w:firstLine="283"/>
      </w:pPr>
      <w:r>
        <w:t>"Hey."</w:t>
      </w:r>
    </w:p>
    <w:p>
      <w:pPr>
        <w:spacing w:line="360" w:lineRule="auto" w:after="0"/>
        <w:ind w:firstLine="283"/>
      </w:pPr>
      <w:r>
        <w:t>"This is between me and Sal."</w:t>
      </w:r>
    </w:p>
    <w:p>
      <w:pPr>
        <w:spacing w:line="360" w:lineRule="auto" w:after="0"/>
        <w:ind w:firstLine="283"/>
      </w:pPr>
      <w:r>
        <w:t>"It's between you and the rack. The rack's Don's. Don's at the block. Take it up with him."</w:t>
      </w:r>
    </w:p>
    <w:p>
      <w:pPr>
        <w:spacing w:line="360" w:lineRule="auto" w:after="0"/>
        <w:ind w:firstLine="283"/>
      </w:pPr>
      <w:r>
        <w:t>"Don's not here."</w:t>
      </w:r>
    </w:p>
    <w:p>
      <w:pPr>
        <w:spacing w:line="360" w:lineRule="auto" w:after="0"/>
        <w:ind w:firstLine="283"/>
      </w:pPr>
      <w:r>
        <w:t>"Don's at the block. It's ten paces. I'll walk with you."</w:t>
      </w:r>
    </w:p>
    <w:p>
      <w:pPr>
        <w:spacing w:line="360" w:lineRule="auto" w:after="0"/>
        <w:ind w:firstLine="283"/>
      </w:pPr>
      <w:r>
        <w:t>"I'm not walking with you."</w:t>
      </w:r>
    </w:p>
    <w:p>
      <w:pPr>
        <w:spacing w:line="360" w:lineRule="auto" w:after="0"/>
        <w:ind w:firstLine="283"/>
      </w:pPr>
      <w:r>
        <w:t>"You are, though." He said it quite kindly. "That's what the walking's for. It keeps your hand off Sal's collar and Sal's hand off your wrist, and it keeps those four out of the lane before the lane turns into something the town has to get involved in. And the town would rather not, and that's my job."</w:t>
      </w:r>
    </w:p>
    <w:p>
      <w:pPr>
        <w:spacing w:line="360" w:lineRule="auto" w:after="0"/>
        <w:ind w:firstLine="283"/>
      </w:pPr>
      <w:r>
        <w:t>The farmer stared at him. He had not been told anything with a job in it before a fight. It broke his stride. That was the third step, the pause, the held breath, and in the pause his hand let go. Nobody decided it. Sal's boy's hand came off the wrist. The four unset men took a step back, and the step was theirs, though the form had made it.</w:t>
      </w:r>
    </w:p>
    <w:p>
      <w:pPr>
        <w:spacing w:line="360" w:lineRule="auto" w:after="0"/>
        <w:ind w:firstLine="283"/>
      </w:pPr>
      <w:r>
        <w:t>Not everybody went quietly.</w:t>
      </w:r>
    </w:p>
    <w:p>
      <w:pPr>
        <w:spacing w:line="360" w:lineRule="auto" w:after="0"/>
        <w:ind w:firstLine="283"/>
      </w:pPr>
      <w:r>
        <w:t>The farmer had a friend, one of the four, with a heavy buckle on his belt. He was the kind of man who swings a buckle when he has run out of words. The swing came at Vasryn's side, and he didn't see it. He felt it.</w:t>
      </w:r>
    </w:p>
    <w:p>
      <w:pPr>
        <w:spacing w:line="360" w:lineRule="auto" w:after="0"/>
        <w:ind w:firstLine="283"/>
      </w:pPr>
      <w:r>
        <w:t>The form's eighth step was the turn, hips first, and the turn took the buckle past his ribs. It didn't land. The friend stumbled on the swing's weight. Vasryn hadn't touched him.</w:t>
      </w:r>
    </w:p>
    <w:p>
      <w:pPr>
        <w:spacing w:line="360" w:lineRule="auto" w:after="0"/>
        <w:ind w:firstLine="283"/>
      </w:pPr>
      <w:r>
        <w:t>The friend got up angrier, and now embarrassed too, and the embarrassment was part of it, and the form took no pleasure in it. He came again, slower. Vasryn set his hand on the man's shoulder, not gripping, the way a hand goes on a gate, and it stopped him the way a hasp stops a gate: not by force, only by being there.</w:t>
      </w:r>
    </w:p>
    <w:p>
      <w:pPr>
        <w:spacing w:line="360" w:lineRule="auto" w:after="0"/>
        <w:ind w:firstLine="283"/>
      </w:pPr>
      <w:r>
        <w:t>"Enough."</w:t>
      </w:r>
    </w:p>
    <w:p>
      <w:pPr>
        <w:spacing w:line="360" w:lineRule="auto" w:after="0"/>
        <w:ind w:firstLine="283"/>
      </w:pPr>
      <w:r>
        <w:t>The friend looked at the hand on his shoulder. It wasn't squeezing him. It was only there. He hadn't been ready for that. His shoulders dropped. The dropping was the end of the swinging.</w:t>
      </w:r>
    </w:p>
    <w:p>
      <w:pPr>
        <w:spacing w:line="360" w:lineRule="auto" w:after="0"/>
        <w:ind w:firstLine="283"/>
      </w:pPr>
      <w:r>
        <w:t>"Go on. Take it up with Don. The block's the place for grievances. The lane isn't."</w:t>
      </w:r>
    </w:p>
    <w:p>
      <w:pPr>
        <w:spacing w:line="360" w:lineRule="auto" w:after="0"/>
        <w:ind w:firstLine="283"/>
      </w:pPr>
      <w:r>
        <w:t>They went, all six. It wasn't a rout. They simply walked, the way people do when the thing that was going to happen has been taken out of the afternoon.</w:t>
      </w:r>
    </w:p>
    <w:p>
      <w:pPr>
        <w:spacing w:line="360" w:lineRule="auto" w:after="0"/>
        <w:ind w:firstLine="283"/>
      </w:pPr>
      <w:r>
        <w:t>The lane was empty. The rack was a rack. The goats were goats.</w:t>
      </w:r>
    </w:p>
    <w:p>
      <w:pPr>
        <w:spacing w:line="360" w:lineRule="auto" w:after="0"/>
        <w:ind w:firstLine="283"/>
      </w:pPr>
      <w:r>
        <w:t>Vasryn looked down at his hand.</w:t>
      </w:r>
    </w:p>
    <w:p>
      <w:pPr>
        <w:spacing w:line="360" w:lineRule="auto" w:after="0"/>
        <w:ind w:firstLine="283"/>
      </w:pPr>
      <w:r>
        <w:t>There was a cut across the knuckles of the left, thin as a ring or a buckle's edge. The blood was in no hurry. It wasn't deep. He hadn't felt it, not when it opened, not since.</w:t>
      </w:r>
    </w:p>
    <w:p>
      <w:pPr>
        <w:spacing w:line="360" w:lineRule="auto" w:after="0"/>
        <w:ind w:firstLine="283"/>
      </w:pPr>
      <w:r>
        <w:t>That was the part that stayed with him. The form had taken the feeling the way it took the breath, by being the body, and it hadn't asked permission.</w:t>
      </w:r>
    </w:p>
    <w:p>
      <w:pPr>
        <w:spacing w:line="360" w:lineRule="auto" w:after="0"/>
        <w:ind w:firstLine="283"/>
      </w:pPr>
      <w:r>
        <w:t>He stood in the lane and looked at his own first blood, and what he thought was: it wasn't supposed to cost. The form parted. It was the not-fighting. It was a dance. And the dance had a cut in it, and Meret hadn't said so, and the not-saying had been the lesson, the sort that goes in through the hand.</w:t>
      </w:r>
    </w:p>
    <w:p>
      <w:pPr>
        <w:spacing w:line="360" w:lineRule="auto" w:after="0"/>
        <w:ind w:firstLine="283"/>
      </w:pPr>
      <w:r>
        <w:t>He wrapped it in the hem of his shirt, the rough one. It was filthy and it would be nothing to clean. That wasn't the point either. The point was that the form had taken the feeling and would not give it back.</w:t>
      </w:r>
    </w:p>
    <w:p>
      <w:pPr>
        <w:spacing w:line="360" w:lineRule="auto" w:after="0"/>
        <w:ind w:firstLine="283"/>
      </w:pPr>
      <w:r>
        <w:t>Meret was on the wall when he came up. The stool was where the stool went.</w:t>
      </w:r>
    </w:p>
    <w:p>
      <w:pPr>
        <w:spacing w:line="360" w:lineRule="auto" w:after="0"/>
        <w:ind w:firstLine="283"/>
      </w:pPr>
      <w:r>
        <w:t>Vasryn held out the hand. The wrap was red at the knuckles.</w:t>
      </w:r>
    </w:p>
    <w:p>
      <w:pPr>
        <w:spacing w:line="360" w:lineRule="auto" w:after="0"/>
        <w:ind w:firstLine="283"/>
      </w:pPr>
      <w:r>
        <w:t>Meret looked at it the way he looked at the road, leaving nothing on it. "You danced."</w:t>
      </w:r>
    </w:p>
    <w:p>
      <w:pPr>
        <w:spacing w:line="360" w:lineRule="auto" w:after="0"/>
        <w:ind w:firstLine="283"/>
      </w:pPr>
      <w:r>
        <w:t>"I fought."</w:t>
      </w:r>
    </w:p>
    <w:p>
      <w:pPr>
        <w:spacing w:line="360" w:lineRule="auto" w:after="0"/>
        <w:ind w:firstLine="283"/>
      </w:pPr>
      <w:r>
        <w:t>"You didn't. That's the point. Fighting would have been the sixth man, and then the seventh. The dance is being the one thing in the lane that isn't another man." He shifted the staff. "I've been trying to get that into your feet for four years. They've got it now. It'll keep you alive when the iron isn't enough, and the iron won't always be."</w:t>
      </w:r>
    </w:p>
    <w:p>
      <w:pPr>
        <w:spacing w:line="360" w:lineRule="auto" w:after="0"/>
        <w:ind w:firstLine="283"/>
      </w:pPr>
      <w:r>
        <w:t>"The cut."</w:t>
      </w:r>
    </w:p>
    <w:p>
      <w:pPr>
        <w:spacing w:line="360" w:lineRule="auto" w:after="0"/>
        <w:ind w:firstLine="283"/>
      </w:pPr>
      <w:r>
        <w:t>"The cut is the form's cost. The form costs. Everything does. It costs less than fighting. But you didn't feel it, and that's the first thing it teaches, and the one you'll remember when the second comes. The second is when not feeling turns into not healing." He said it without any weight on it. "I haven't taught you that one yet. It's my job not to, till it's time."</w:t>
      </w:r>
    </w:p>
    <w:p>
      <w:pPr>
        <w:spacing w:line="360" w:lineRule="auto" w:after="0"/>
        <w:ind w:firstLine="283"/>
      </w:pPr>
      <w:r>
        <w:t>Vasryn looked at the cut. It was small, and it would heal, the way the cuts of a twenty-one-year-old do. The shallowness was the cut's only mercy.</w:t>
      </w:r>
    </w:p>
    <w:p>
      <w:pPr>
        <w:spacing w:line="360" w:lineRule="auto" w:after="0"/>
        <w:ind w:firstLine="283"/>
      </w:pPr>
      <w:r>
        <w:t>"Will it scar?"</w:t>
      </w:r>
    </w:p>
    <w:p>
      <w:pPr>
        <w:spacing w:line="360" w:lineRule="auto" w:after="0"/>
        <w:ind w:firstLine="283"/>
      </w:pPr>
      <w:r>
        <w:t>"It will. A small one. The form's first mark on you." Meret closed his eyes against the sun. "The form pays in marks, and you carry them. That's all it is."</w:t>
      </w:r>
    </w:p>
    <w:p>
      <w:pPr>
        <w:spacing w:line="360" w:lineRule="auto" w:after="0"/>
        <w:ind w:firstLine="283"/>
      </w:pPr>
      <w:r>
        <w:t>Vasryn didn't say anything. There wasn't anything to say.</w:t>
      </w:r>
    </w:p>
    <w:p>
      <w:pPr>
        <w:spacing w:line="360" w:lineRule="auto" w:after="0"/>
        <w:ind w:firstLine="283"/>
      </w:pPr>
      <w:r>
        <w:t>He went down for the bread. Harrel had the heel out for him, warm, and he ate it crossing the square, and it kept its heat in his palm all the way to the well.</w:t>
      </w:r>
    </w:p>
    <w:p>
      <w:pPr>
        <w:spacing w:line="360" w:lineRule="auto" w:after="0"/>
        <w:ind w:firstLine="283"/>
      </w:pPr>
      <w:r>
        <w:t>That evening at his grandmother's the gate latch lifted the way it always did. The kitchen window was open. Yeast and smoke and the licorice sting of the apothecary water came out to meet him in the yard.</w:t>
      </w:r>
    </w:p>
    <w:p>
      <w:pPr>
        <w:spacing w:line="360" w:lineRule="auto" w:after="0"/>
        <w:ind w:firstLine="283"/>
      </w:pPr>
      <w:r>
        <w:t>She was at the table with flour to her elbows. The cardamom-coloured bowl. The chipped cup. The dent in the copper pot turned to the wall.</w:t>
      </w:r>
    </w:p>
    <w:p>
      <w:pPr>
        <w:spacing w:line="360" w:lineRule="auto" w:after="0"/>
        <w:ind w:firstLine="283"/>
      </w:pPr>
      <w:r>
        <w:t>He sat. The cut was on the hand that held the cup, and the hand was wrapped, the wrap of a man who has been cut and hasn't said.</w:t>
      </w:r>
    </w:p>
    <w:p>
      <w:pPr>
        <w:spacing w:line="360" w:lineRule="auto" w:after="0"/>
        <w:ind w:firstLine="283"/>
      </w:pPr>
      <w:r>
        <w:t>She didn't look at it. She poured the tea with the hand that shook, and the stream came thin and straight, and the shake never reached it. She'd done it so long the cup knew.</w:t>
      </w:r>
    </w:p>
    <w:p>
      <w:pPr>
        <w:spacing w:line="360" w:lineRule="auto" w:after="0"/>
        <w:ind w:firstLine="283"/>
      </w:pPr>
      <w:r>
        <w:t>"Broth with the bone," she said.</w:t>
      </w:r>
    </w:p>
    <w:p>
      <w:pPr>
        <w:spacing w:line="360" w:lineRule="auto" w:after="0"/>
        <w:ind w:firstLine="283"/>
      </w:pPr>
      <w:r>
        <w:t>"Broth with the bone."</w:t>
      </w:r>
    </w:p>
    <w:p>
      <w:pPr>
        <w:spacing w:line="360" w:lineRule="auto" w:after="0"/>
        <w:ind w:firstLine="283"/>
      </w:pPr>
      <w:r>
        <w:t>"You're hurt."</w:t>
      </w:r>
    </w:p>
    <w:p>
      <w:pPr>
        <w:spacing w:line="360" w:lineRule="auto" w:after="0"/>
        <w:ind w:firstLine="283"/>
      </w:pPr>
      <w:r>
        <w:t>"It's small."</w:t>
      </w:r>
    </w:p>
    <w:p>
      <w:pPr>
        <w:spacing w:line="360" w:lineRule="auto" w:after="0"/>
        <w:ind w:firstLine="283"/>
      </w:pPr>
      <w:r>
        <w:t>"It isn't the size." She put the pot down. "The form costs. Your grandfather knew. His cost him a knee, and the knee cost him the east road, and he went east once anyway, for a horse, and came back thin and said nothing. The silence was what the kitchen took. I held the door for it." She looked at him. "The door's the hinge."</w:t>
      </w:r>
    </w:p>
    <w:p>
      <w:pPr>
        <w:spacing w:line="360" w:lineRule="auto" w:after="0"/>
        <w:ind w:firstLine="283"/>
      </w:pPr>
      <w:r>
        <w:t>She did not ask about the fight, or the six, or the form. She poured the broth into the plain cup, the one without a chip, and set bread beside it, and they ate the way they always ate, without much speaking. The not-speaking was the meal's seasoning.</w:t>
      </w:r>
    </w:p>
    <w:p>
      <w:pPr>
        <w:spacing w:line="360" w:lineRule="auto" w:after="0"/>
        <w:ind w:firstLine="283"/>
      </w:pPr>
      <w:r>
        <w:t>After supper he looked at the cut under the wrap. It was red at the knuckles. It would scar. The scar would be small.</w:t>
      </w:r>
    </w:p>
    <w:p>
      <w:pPr>
        <w:spacing w:line="360" w:lineRule="auto" w:after="0"/>
        <w:ind w:firstLine="283"/>
      </w:pPr>
      <w:r>
        <w:t>Up on the wall the last of the light was going. Meret had gone home. The stool sat empty, the staff leaned against the parapet, and the brazier was banked.</w:t>
      </w:r>
    </w:p>
    <w:p>
      <w:pPr>
        <w:spacing w:line="360" w:lineRule="auto" w:after="0"/>
        <w:ind w:firstLine="283"/>
      </w:pPr>
      <w:r>
        <w:t>He put his right hand on the stone. It was cold, the night's cold, coming up. The cut hand was in the pocket of his wall coat, closed round nothing.</w:t>
      </w:r>
    </w:p>
    <w:p>
      <w:pPr>
        <w:spacing w:line="360" w:lineRule="auto" w:after="0"/>
        <w:ind w:firstLine="283"/>
      </w:pPr>
      <w:r>
        <w:t>The cut healed. The scar stayed.</w:t>
      </w:r>
    </w:p>
    <w:p>
      <w:pPr>
        <w:ind w:firstLine="0"/>
        <w:jc w:val="center"/>
      </w:pPr>
      <w:r>
        <w:rPr>
          <w:color w:val="AAAAAA"/>
        </w:rPr>
        <w:t>❖</w:t>
      </w:r>
    </w:p>
    <w:p>
      <w:pPr>
        <w:spacing w:before="360" w:after="240"/>
        <w:ind w:firstLine="0"/>
        <w:jc w:val="center"/>
      </w:pPr>
      <w:r>
        <w:rPr>
          <w:b/>
          <w:i/>
          <w:color w:val="333333"/>
          <w:sz w:val="26"/>
        </w:rPr>
        <w:t>Step 4 — The Lever (Vasryn)</w:t>
      </w:r>
    </w:p>
    <w:p>
      <w:pPr>
        <w:spacing w:line="360" w:lineRule="auto" w:after="0"/>
        <w:ind w:firstLine="283"/>
      </w:pPr>
      <w:r>
        <w:t>∧</w:t>
      </w:r>
    </w:p>
    <w:p>
      <w:pPr>
        <w:spacing w:line="360" w:lineRule="auto" w:after="0"/>
        <w:ind w:firstLine="283"/>
      </w:pPr>
      <w:r>
        <w:t>The cart went over on the last bend of the east road, in the ruts, with a sound like a branch giving way in a wind.</w:t>
      </w:r>
    </w:p>
    <w:p>
      <w:pPr>
        <w:spacing w:line="360" w:lineRule="auto" w:after="0"/>
        <w:ind w:firstLine="283"/>
      </w:pPr>
      <w:r>
        <w:t>Vasryn was at the arch, and he heard it before the shout. He had come to know, in a year on the wall, the difference between sounds that were nothing and sounds with a person under them. This one had a person under it.</w:t>
      </w:r>
    </w:p>
    <w:p>
      <w:pPr>
        <w:spacing w:line="360" w:lineRule="auto" w:after="0"/>
        <w:ind w:firstLine="283"/>
      </w:pPr>
      <w:r>
        <w:t>It was Tobb Wend's timber wain, with a load of green oak, four long beams on the flat bed, roped. The offside axle had gone. The wain had dropped on its corner and the load had slid, and the end of the biggest beam, thick as a man's body, lay across the road with Tobb's right arm beneath it from the elbow down.</w:t>
      </w:r>
    </w:p>
    <w:p>
      <w:pPr>
        <w:spacing w:line="360" w:lineRule="auto" w:after="0"/>
        <w:ind w:firstLine="283"/>
      </w:pPr>
      <w:r>
        <w:t>He wasn't screaming. He was telling the mule to stand.</w:t>
      </w:r>
    </w:p>
    <w:p>
      <w:pPr>
        <w:spacing w:line="360" w:lineRule="auto" w:after="0"/>
        <w:ind w:firstLine="283"/>
      </w:pPr>
      <w:r>
        <w:t>"Stand, Dolly. Stand, girl. You're all right." He said it over and over in a flat, cheerful voice with his face grey and wet. The mule stood. She was in the traces, up to her hocks in splintered oak, with her ears flat and her whole body shaking. She did not step. She did not move a hoof.</w:t>
      </w:r>
    </w:p>
    <w:p>
      <w:pPr>
        <w:spacing w:line="360" w:lineRule="auto" w:after="0"/>
        <w:ind w:firstLine="283"/>
      </w:pPr>
      <w:r>
        <w:t>Four men were already at the beam, with Don among them, in the leather apron. They heaved, and it moved the thickness of a straw and settled back, and Tobb said, in the same bright voice, "That's it, lads, that's it, again."</w:t>
      </w:r>
    </w:p>
    <w:p>
      <w:pPr>
        <w:spacing w:line="360" w:lineRule="auto" w:after="0"/>
        <w:ind w:firstLine="283"/>
      </w:pPr>
      <w:r>
        <w:t>They heaved again. They were good men. It wasn't enough.</w:t>
      </w:r>
    </w:p>
    <w:p>
      <w:pPr>
        <w:spacing w:line="360" w:lineRule="auto" w:after="0"/>
        <w:ind w:firstLine="283"/>
      </w:pPr>
      <w:r>
        <w:t>"A lever," Don said, without raising his voice. "Anything long."</w:t>
      </w:r>
    </w:p>
    <w:p>
      <w:pPr>
        <w:spacing w:line="360" w:lineRule="auto" w:after="0"/>
        <w:ind w:firstLine="283"/>
      </w:pPr>
      <w:r>
        <w:t>Vasryn was already running.</w:t>
      </w:r>
    </w:p>
    <w:p>
      <w:pPr>
        <w:spacing w:line="360" w:lineRule="auto" w:after="0"/>
        <w:ind w:firstLine="283"/>
      </w:pPr>
      <w:r>
        <w:t>The iron was where it always was, in the corner of the watch-room, between the water barrel and the wall. He had it unwrapped before he'd thought. He took the stair three at a time with the point held well clear of his feet, the way he'd learned to, and came out onto the road at the bend with five feet of ugly blade in both hands and the men's faces turning toward him.</w:t>
      </w:r>
    </w:p>
    <w:p>
      <w:pPr>
        <w:spacing w:line="360" w:lineRule="auto" w:after="0"/>
        <w:ind w:firstLine="283"/>
      </w:pPr>
      <w:r>
        <w:t>Nobody asked what he meant to do with it.</w:t>
      </w:r>
    </w:p>
    <w:p>
      <w:pPr>
        <w:spacing w:line="360" w:lineRule="auto" w:after="0"/>
        <w:ind w:firstLine="283"/>
      </w:pPr>
      <w:r>
        <w:t>He looked at the beam. He looked at the road, at the great fieldstone half-sunk in the verge, a yard from the oak. Then he looked at the iron in his hands and found that his body knew something his mind had not got to yet.</w:t>
      </w:r>
    </w:p>
    <w:p>
      <w:pPr>
        <w:spacing w:line="360" w:lineRule="auto" w:after="0"/>
        <w:ind w:firstLine="283"/>
      </w:pPr>
      <w:r>
        <w:t>He set the stone. He rolled it under with his boot, a flat grey slab the size of a bread-board. He slid the point under the beam's end, flat, where the oak lay a finger above the road. He took the grip in both hands, left hand low, right high, and went to his knees on the verge.</w:t>
      </w:r>
    </w:p>
    <w:p>
      <w:pPr>
        <w:spacing w:line="360" w:lineRule="auto" w:after="0"/>
        <w:ind w:firstLine="283"/>
      </w:pPr>
      <w:r>
        <w:t>It was the hasp. It was the gate-bar jammed in its hooks. You didn't lift it. You leaned on the long end and let the iron carry the weight across the stone, and the weight went where the leverage told it.</w:t>
      </w:r>
    </w:p>
    <w:p>
      <w:pPr>
        <w:spacing w:line="360" w:lineRule="auto" w:after="0"/>
        <w:ind w:firstLine="283"/>
      </w:pPr>
      <w:r>
        <w:t>"When it moves," he said, "pull him."</w:t>
      </w:r>
    </w:p>
    <w:p>
      <w:pPr>
        <w:spacing w:line="360" w:lineRule="auto" w:after="0"/>
        <w:ind w:firstLine="283"/>
      </w:pPr>
      <w:r>
        <w:t>He leaned.</w:t>
      </w:r>
    </w:p>
    <w:p>
      <w:pPr>
        <w:spacing w:line="360" w:lineRule="auto" w:after="0"/>
        <w:ind w:firstLine="283"/>
      </w:pPr>
      <w:r>
        <w:t>For a long moment nothing happened. Then the iron bent, very slightly, with a sound he felt in his teeth. The oak came up one finger. Two. Three. Don had his hands under Tobb's shoulders. Two others had the arm, or what lay where the arm should have been, and Vasryn said "Now," and the weight went out of the world, and Tobb came slithering across the road in the grip of four men, still telling the mule to stand.</w:t>
      </w:r>
    </w:p>
    <w:p>
      <w:pPr>
        <w:spacing w:line="360" w:lineRule="auto" w:after="0"/>
        <w:ind w:firstLine="283"/>
      </w:pPr>
      <w:r>
        <w:t>He let the beam down. It came down with a thud that shook the verge.</w:t>
      </w:r>
    </w:p>
    <w:p>
      <w:pPr>
        <w:spacing w:line="360" w:lineRule="auto" w:after="0"/>
        <w:ind w:firstLine="283"/>
      </w:pPr>
      <w:r>
        <w:t>Hesk came with his bag. He looked at the arm for a long time and did not touch it. Then he looked at Vasryn.</w:t>
      </w:r>
    </w:p>
    <w:p>
      <w:pPr>
        <w:spacing w:line="360" w:lineRule="auto" w:after="0"/>
        <w:ind w:firstLine="283"/>
      </w:pPr>
      <w:r>
        <w:t>"Hold his shoulders."</w:t>
      </w:r>
    </w:p>
    <w:p>
      <w:pPr>
        <w:spacing w:line="360" w:lineRule="auto" w:after="0"/>
        <w:ind w:firstLine="283"/>
      </w:pPr>
      <w:r>
        <w:t>"It's gone," Tobb said. He said it with great interest, as if reading it off a sign. "Hasn't it? It's all gone from the elbow."</w:t>
      </w:r>
    </w:p>
    <w:p>
      <w:pPr>
        <w:spacing w:line="360" w:lineRule="auto" w:after="0"/>
        <w:ind w:firstLine="283"/>
      </w:pPr>
      <w:r>
        <w:t>"It's gone," Hesk said.</w:t>
      </w:r>
    </w:p>
    <w:p>
      <w:pPr>
        <w:spacing w:line="360" w:lineRule="auto" w:after="0"/>
        <w:ind w:firstLine="283"/>
      </w:pPr>
      <w:r>
        <w:t>Vasryn held the shoulders. He talked, because Hesk had told him to talk, and this time there was nothing in him that would come. He said the mule's name. He said it, Dolly, Dolly, like a stupid man saying a prayer. Tobb looked at him, and his eyes were pale and clear and a little amused.</w:t>
      </w:r>
    </w:p>
    <w:p>
      <w:pPr>
        <w:spacing w:line="360" w:lineRule="auto" w:after="0"/>
        <w:ind w:firstLine="283"/>
      </w:pPr>
      <w:r>
        <w:t>"You were quick," Tobb said.</w:t>
      </w:r>
    </w:p>
    <w:p>
      <w:pPr>
        <w:spacing w:line="360" w:lineRule="auto" w:after="0"/>
        <w:ind w:firstLine="283"/>
      </w:pPr>
      <w:r>
        <w:t>"I was late."</w:t>
      </w:r>
    </w:p>
    <w:p>
      <w:pPr>
        <w:spacing w:line="360" w:lineRule="auto" w:after="0"/>
        <w:ind w:firstLine="283"/>
      </w:pPr>
      <w:r>
        <w:t>"You were on time. The beam was early."</w:t>
      </w:r>
    </w:p>
    <w:p>
      <w:pPr>
        <w:spacing w:line="360" w:lineRule="auto" w:after="0"/>
        <w:ind w:firstLine="283"/>
      </w:pPr>
      <w:r>
        <w:t>It was so exactly what Meret would have said that Vasryn nearly looked round for him. Then Hesk bent to his work, and Vasryn watched the road.</w:t>
      </w:r>
    </w:p>
    <w:p>
      <w:pPr>
        <w:spacing w:line="360" w:lineRule="auto" w:after="0"/>
        <w:ind w:firstLine="283"/>
      </w:pPr>
      <w:r>
        <w:t>It took a long time. The mule did not move once. She stood in the wreck of the wain with her ears back and her flanks heaving, and when it was over, and Tobb had gone grey and still and been carried away on a door, somebody remembered to unhitch her. She stepped out of the traces, picked her way between the oak and the road, looked at the roadside for a short, serious moment, and put her nose into Don's apron pocket for the oats.</w:t>
      </w:r>
    </w:p>
    <w:p>
      <w:pPr>
        <w:spacing w:line="360" w:lineRule="auto" w:after="0"/>
        <w:ind w:firstLine="283"/>
      </w:pPr>
      <w:r>
        <w:t>He took the iron back up at lamp-lighting. He wiped the blade with a rag and found, along the underside of the point, a bright scored line where it had bitten the oak. He thought of the grain, and the stone, and the inch. He held it in his hands for a time and it felt, for the first time, like something that had a job.</w:t>
      </w:r>
    </w:p>
    <w:p>
      <w:pPr>
        <w:spacing w:line="360" w:lineRule="auto" w:after="0"/>
        <w:ind w:firstLine="283"/>
      </w:pPr>
      <w:r>
        <w:t>"Sit," Meret said.</w:t>
      </w:r>
    </w:p>
    <w:p>
      <w:pPr>
        <w:spacing w:line="360" w:lineRule="auto" w:after="0"/>
        <w:ind w:firstLine="283"/>
      </w:pPr>
      <w:r>
        <w:t>He sat on the cold parapet.</w:t>
      </w:r>
    </w:p>
    <w:p>
      <w:pPr>
        <w:spacing w:line="360" w:lineRule="auto" w:after="0"/>
        <w:ind w:firstLine="283"/>
      </w:pPr>
      <w:r>
        <w:t>"You used the stone."</w:t>
      </w:r>
    </w:p>
    <w:p>
      <w:pPr>
        <w:spacing w:line="360" w:lineRule="auto" w:after="0"/>
        <w:ind w:firstLine="283"/>
      </w:pPr>
      <w:r>
        <w:t>"It was there."</w:t>
      </w:r>
    </w:p>
    <w:p>
      <w:pPr>
        <w:spacing w:line="360" w:lineRule="auto" w:after="0"/>
        <w:ind w:firstLine="283"/>
      </w:pPr>
      <w:r>
        <w:t>"It was always there. Nobody else used it." The old man did not look round. "Your grandfather would have."</w:t>
      </w:r>
    </w:p>
    <w:p>
      <w:pPr>
        <w:spacing w:line="360" w:lineRule="auto" w:after="0"/>
        <w:ind w:firstLine="283"/>
      </w:pPr>
      <w:r>
        <w:t>"My grandfather?"</w:t>
      </w:r>
    </w:p>
    <w:p>
      <w:pPr>
        <w:spacing w:line="360" w:lineRule="auto" w:after="0"/>
        <w:ind w:firstLine="283"/>
      </w:pPr>
      <w:r>
        <w:t>"You didn't know."</w:t>
      </w:r>
    </w:p>
    <w:p>
      <w:pPr>
        <w:spacing w:line="360" w:lineRule="auto" w:after="0"/>
        <w:ind w:firstLine="283"/>
      </w:pPr>
      <w:r>
        <w:t>He hadn't. He looked at the iron across his knees, plain and ugly in the lamp, and felt something shift in his sense of it, like the moment on a stair when a step isn't where you thought.</w:t>
      </w:r>
    </w:p>
    <w:p>
      <w:pPr>
        <w:spacing w:line="360" w:lineRule="auto" w:after="0"/>
        <w:ind w:firstLine="283"/>
      </w:pPr>
      <w:r>
        <w:t>"It's been in that corner longer than I've sat here," Meret said, "and that's forty years. I was Old Weir's lad, then. Your grandfather came in at the gate one dusk from the east with no horse. He had gone for a horse. He'd talked of nothing else all winter, a big grey, from the fair at the far end of the road. He came back leading nothing and carrying that, wrapped in a horse-blanket. He was thin."</w:t>
      </w:r>
    </w:p>
    <w:p>
      <w:pPr>
        <w:spacing w:line="360" w:lineRule="auto" w:after="0"/>
        <w:ind w:firstLine="283"/>
      </w:pPr>
      <w:r>
        <w:t>"What did he say?"</w:t>
      </w:r>
    </w:p>
    <w:p>
      <w:pPr>
        <w:spacing w:line="360" w:lineRule="auto" w:after="0"/>
        <w:ind w:firstLine="283"/>
      </w:pPr>
      <w:r>
        <w:t>"He said it was what the horse cost."</w:t>
      </w:r>
    </w:p>
    <w:p>
      <w:pPr>
        <w:spacing w:line="360" w:lineRule="auto" w:after="0"/>
        <w:ind w:firstLine="283"/>
      </w:pPr>
      <w:r>
        <w:t>Vasryn waited.</w:t>
      </w:r>
    </w:p>
    <w:p>
      <w:pPr>
        <w:spacing w:line="360" w:lineRule="auto" w:after="0"/>
        <w:ind w:firstLine="283"/>
      </w:pPr>
      <w:r>
        <w:t>"He said it was a tool. That a tool belongs where it's used, and not in a house. He carried it up the stair himself and put it in the corner, and never took it out again. I never saw him lift it." Meret was silent a time. "He said nothing else about it, and he said nothing else about the east, and he lived thirty years and was a good man. That's all I know."</w:t>
      </w:r>
    </w:p>
    <w:p>
      <w:pPr>
        <w:spacing w:line="360" w:lineRule="auto" w:after="0"/>
        <w:ind w:firstLine="283"/>
      </w:pPr>
      <w:r>
        <w:t>"Did you ask him?"</w:t>
      </w:r>
    </w:p>
    <w:p>
      <w:pPr>
        <w:spacing w:line="360" w:lineRule="auto" w:after="0"/>
        <w:ind w:firstLine="283"/>
      </w:pPr>
      <w:r>
        <w:t>"I asked who came back with him." Meret's voice was mild. "He said no one. I didn't ask again."</w:t>
      </w:r>
    </w:p>
    <w:p>
      <w:pPr>
        <w:spacing w:line="360" w:lineRule="auto" w:after="0"/>
        <w:ind w:firstLine="283"/>
      </w:pPr>
      <w:r>
        <w:t>The east road lay white under the first stars, and the salt line ran along it, quarter league by quarter league. Vasryn looked at it for a long time.</w:t>
      </w:r>
    </w:p>
    <w:p>
      <w:pPr>
        <w:spacing w:line="360" w:lineRule="auto" w:after="0"/>
        <w:ind w:firstLine="283"/>
      </w:pPr>
      <w:r>
        <w:t>"It's a tool," he said.</w:t>
      </w:r>
    </w:p>
    <w:p>
      <w:pPr>
        <w:spacing w:line="360" w:lineRule="auto" w:after="0"/>
        <w:ind w:firstLine="283"/>
      </w:pPr>
      <w:r>
        <w:t>"It's a tool," Meret said. "Mind you keep it one."</w:t>
      </w:r>
    </w:p>
    <w:p>
      <w:pPr>
        <w:ind w:firstLine="0"/>
        <w:jc w:val="center"/>
      </w:pPr>
      <w:r>
        <w:rPr>
          <w:color w:val="AAAAAA"/>
        </w:rPr>
        <w:t>❖</w:t>
      </w:r>
    </w:p>
    <w:p>
      <w:pPr>
        <w:spacing w:before="360" w:after="240"/>
        <w:ind w:firstLine="0"/>
        <w:jc w:val="center"/>
      </w:pPr>
      <w:r>
        <w:rPr>
          <w:b/>
          <w:i/>
          <w:color w:val="333333"/>
          <w:sz w:val="26"/>
        </w:rPr>
        <w:t>Step 5 — The Runner (Vasryn)</w:t>
      </w:r>
    </w:p>
    <w:p>
      <w:pPr>
        <w:spacing w:line="360" w:lineRule="auto" w:after="0"/>
        <w:ind w:firstLine="283"/>
      </w:pPr>
      <w:r>
        <w:t>☰</w:t>
      </w:r>
    </w:p>
    <w:p>
      <w:pPr>
        <w:spacing w:line="360" w:lineRule="auto" w:after="0"/>
        <w:ind w:firstLine="283"/>
      </w:pPr>
      <w:r>
        <w:t>The miller's grey went mad at the eighth bell on a market morning, over nothing.</w:t>
      </w:r>
    </w:p>
    <w:p>
      <w:pPr>
        <w:spacing w:line="360" w:lineRule="auto" w:after="0"/>
        <w:ind w:firstLine="283"/>
      </w:pPr>
      <w:r>
        <w:t>It was a wasp. Vasryn learned it afterward from the boy who'd been holding her, who had seen it land on her ear. She went up, she screamed, she tore the halter out of a child's hand and went straight through the egg-stall at the head of the square. The market opened round her like a wound. The cart she was hitched to came after, and the cart was empty, and an empty cart behind a frightened horse is a thing that wants to be somewhere else and takes everything with it.</w:t>
      </w:r>
    </w:p>
    <w:p>
      <w:pPr>
        <w:spacing w:line="360" w:lineRule="auto" w:after="0"/>
        <w:ind w:firstLine="283"/>
      </w:pPr>
      <w:r>
        <w:t>He was on the wall. He saw it all from above, small and clear: the grey, the white cloth of eggs on the cobbles, the cart bouncing, a woman snatching up two children and a basket. And at the bottom of the square, in the mouth of Miller's Lane, a very small girl, four, in a yellow smock, who had walked out into the sun to look at a dog.</w:t>
      </w:r>
    </w:p>
    <w:p>
      <w:pPr>
        <w:spacing w:line="360" w:lineRule="auto" w:after="0"/>
        <w:ind w:firstLine="283"/>
      </w:pPr>
      <w:r>
        <w:t>The horse was going straight down the lane.</w:t>
      </w:r>
    </w:p>
    <w:p>
      <w:pPr>
        <w:spacing w:line="360" w:lineRule="auto" w:after="0"/>
        <w:ind w:firstLine="283"/>
      </w:pPr>
      <w:r>
        <w:t>He did not think. There was a time for the form, and this wasn't it. He knew that the way he knew his name. The form was for standing still while the world went by. This needed the other thing.</w:t>
      </w:r>
    </w:p>
    <w:p>
      <w:pPr>
        <w:spacing w:line="360" w:lineRule="auto" w:after="0"/>
        <w:ind w:firstLine="283"/>
      </w:pPr>
      <w:r>
        <w:t>He went down the wall stair in four bounds.</w:t>
      </w:r>
    </w:p>
    <w:p>
      <w:pPr>
        <w:spacing w:line="360" w:lineRule="auto" w:after="0"/>
        <w:ind w:firstLine="283"/>
      </w:pPr>
      <w:r>
        <w:t>He had never run like it. He ran at the end of the stair, across the square, over the fallen trestle, through the middle of the egg-stall in a flat yellow burst, and it was as if every part of him had been waiting. His legs knew it. They opened out. The long muscles of the thigh, the iron of the calf, the arch that had walked the wall for a year and carried him up its stair nine thousand times, all of it came into one thing, and the wind laid itself against his face like a hand.</w:t>
      </w:r>
    </w:p>
    <w:p>
      <w:pPr>
        <w:spacing w:line="360" w:lineRule="auto" w:after="0"/>
        <w:ind w:firstLine="283"/>
      </w:pPr>
      <w:r>
        <w:t>Miller's Lane was forty yards. The horse was in it. She was fifty feet ahead and gaining, with the cart bucking behind and the child, in the yellow smock, still looking at the dog.</w:t>
      </w:r>
    </w:p>
    <w:p>
      <w:pPr>
        <w:spacing w:line="360" w:lineRule="auto" w:after="0"/>
        <w:ind w:firstLine="283"/>
      </w:pPr>
      <w:r>
        <w:t>For the length of that lane he did not count anything.</w:t>
      </w:r>
    </w:p>
    <w:p>
      <w:pPr>
        <w:spacing w:line="360" w:lineRule="auto" w:after="0"/>
        <w:ind w:firstLine="283"/>
      </w:pPr>
      <w:r>
        <w:t>He didn't count the steps. He didn't count the breath. There was no thirty, no twelve, no pause. There was the cobbled lane and the white of the child's face, which had turned, very slowly, and found the thing coming. There was a door above him with a wooden horse hung over it on two chains, both ears whole, painted brown, a cheerful and stupid thing. He saw it as he ran, and he thought, quite clearly, I'll remember that, and he did.</w:t>
      </w:r>
    </w:p>
    <w:p>
      <w:pPr>
        <w:spacing w:line="360" w:lineRule="auto" w:after="0"/>
        <w:ind w:firstLine="283"/>
      </w:pPr>
      <w:r>
        <w:t>He got there a step ahead of the grey.</w:t>
      </w:r>
    </w:p>
    <w:p>
      <w:pPr>
        <w:spacing w:line="360" w:lineRule="auto" w:after="0"/>
        <w:ind w:firstLine="283"/>
      </w:pPr>
      <w:r>
        <w:t>He didn't stop. He couldn't. He took the child up in both arms without slowing, the way you take a loaf off a rack, and went on, and the flank of the horse took him across the right shoulder.</w:t>
      </w:r>
    </w:p>
    <w:p>
      <w:pPr>
        <w:spacing w:line="360" w:lineRule="auto" w:after="0"/>
        <w:ind w:firstLine="283"/>
      </w:pPr>
      <w:r>
        <w:t>It was like being hit by a door. The whole world turned sideways. He rolled, with the child tucked under his chin, over the stones and into the gutter in a rattle of wheels and spokes. The cart missed his head by the width of a hand and went on down the lane in a roar of iron.</w:t>
      </w:r>
    </w:p>
    <w:p>
      <w:pPr>
        <w:spacing w:line="360" w:lineRule="auto" w:after="0"/>
        <w:ind w:firstLine="283"/>
      </w:pPr>
      <w:r>
        <w:t>Silence. Then the child, with some surprise, laughed.</w:t>
      </w:r>
    </w:p>
    <w:p>
      <w:pPr>
        <w:spacing w:line="360" w:lineRule="auto" w:after="0"/>
        <w:ind w:firstLine="283"/>
      </w:pPr>
      <w:r>
        <w:t>The horse stopped at the well.</w:t>
      </w:r>
    </w:p>
    <w:p>
      <w:pPr>
        <w:spacing w:line="360" w:lineRule="auto" w:after="0"/>
        <w:ind w:firstLine="283"/>
      </w:pPr>
      <w:r>
        <w:t>She was at the bottom of the lane in the south corner of the square, with the cart slewed behind her. She stood there, shaking, wet-flanked, and as Vasryn came slowly down the lane with the child on his hip she put her head into the bucket and drank, noisily, with an air of having run there for the purpose.</w:t>
      </w:r>
    </w:p>
    <w:p>
      <w:pPr>
        <w:spacing w:line="360" w:lineRule="auto" w:after="0"/>
        <w:ind w:firstLine="283"/>
      </w:pPr>
      <w:r>
        <w:t>A crowd had gathered. They were quiet. A woman pushed through, white to the lips, and took the child out of his arms and held her, and said nothing, and put her face down into the yellow smock.</w:t>
      </w:r>
    </w:p>
    <w:p>
      <w:pPr>
        <w:spacing w:line="360" w:lineRule="auto" w:after="0"/>
        <w:ind w:firstLine="283"/>
      </w:pPr>
      <w:r>
        <w:t>"Nell," she said. "Nell. Nell."</w:t>
      </w:r>
    </w:p>
    <w:p>
      <w:pPr>
        <w:spacing w:line="360" w:lineRule="auto" w:after="0"/>
        <w:ind w:firstLine="283"/>
      </w:pPr>
      <w:r>
        <w:t>"There was a dog," said Nell, helpfully.</w:t>
      </w:r>
    </w:p>
    <w:p>
      <w:pPr>
        <w:spacing w:line="360" w:lineRule="auto" w:after="0"/>
        <w:ind w:firstLine="283"/>
      </w:pPr>
      <w:r>
        <w:t>He sat down on the well curb. His right shoulder had begun to speak. It was a low, steady, thorough ache, from the neck to the elbow, and he moved the arm cautiously and found it all there. Nothing broken. A bruise coming, big as a hand.</w:t>
      </w:r>
    </w:p>
    <w:p>
      <w:pPr>
        <w:spacing w:line="360" w:lineRule="auto" w:after="0"/>
        <w:ind w:firstLine="283"/>
      </w:pPr>
      <w:r>
        <w:t>"Mister," Nell said, over her mother's shoulder. "You were fast."</w:t>
      </w:r>
    </w:p>
    <w:p>
      <w:pPr>
        <w:spacing w:line="360" w:lineRule="auto" w:after="0"/>
        <w:ind w:firstLine="283"/>
      </w:pPr>
      <w:r>
        <w:t>"I was," he said, and was surprised to find it was true.</w:t>
      </w:r>
    </w:p>
    <w:p>
      <w:pPr>
        <w:spacing w:line="360" w:lineRule="auto" w:after="0"/>
        <w:ind w:firstLine="283"/>
      </w:pPr>
      <w:r>
        <w:t>"You ran," Meret said.</w:t>
      </w:r>
    </w:p>
    <w:p>
      <w:pPr>
        <w:spacing w:line="360" w:lineRule="auto" w:after="0"/>
        <w:ind w:firstLine="283"/>
      </w:pPr>
      <w:r>
        <w:t>It was lamp-lighting, and the old man was in his place, and the shoulder was a dull fire under Vasryn's shirt.</w:t>
      </w:r>
    </w:p>
    <w:p>
      <w:pPr>
        <w:spacing w:line="360" w:lineRule="auto" w:after="0"/>
        <w:ind w:firstLine="283"/>
      </w:pPr>
      <w:r>
        <w:t>"I did."</w:t>
      </w:r>
    </w:p>
    <w:p>
      <w:pPr>
        <w:spacing w:line="360" w:lineRule="auto" w:after="0"/>
        <w:ind w:firstLine="283"/>
      </w:pPr>
      <w:r>
        <w:t>"No form."</w:t>
      </w:r>
    </w:p>
    <w:p>
      <w:pPr>
        <w:spacing w:line="360" w:lineRule="auto" w:after="0"/>
        <w:ind w:firstLine="283"/>
      </w:pPr>
      <w:r>
        <w:t>"No." He turned the arm. "It never came. I wanted it to. I thought, there's the thing, but it wasn't the thing."</w:t>
      </w:r>
    </w:p>
    <w:p>
      <w:pPr>
        <w:spacing w:line="360" w:lineRule="auto" w:after="0"/>
        <w:ind w:firstLine="283"/>
      </w:pPr>
      <w:r>
        <w:t>"The form's for when running's wrong."</w:t>
      </w:r>
    </w:p>
    <w:p>
      <w:pPr>
        <w:spacing w:line="360" w:lineRule="auto" w:after="0"/>
        <w:ind w:firstLine="283"/>
      </w:pPr>
      <w:r>
        <w:t>"When's that?"</w:t>
      </w:r>
    </w:p>
    <w:p>
      <w:pPr>
        <w:spacing w:line="360" w:lineRule="auto" w:after="0"/>
        <w:ind w:firstLine="283"/>
      </w:pPr>
      <w:r>
        <w:t>"You'll know." Meret watched the road. "A man who has only the one tool will use it on everything. Be glad you've two."</w:t>
      </w:r>
    </w:p>
    <w:p>
      <w:pPr>
        <w:spacing w:line="360" w:lineRule="auto" w:after="0"/>
        <w:ind w:firstLine="283"/>
      </w:pPr>
      <w:r>
        <w:t>Vasryn looked at the square, which was dark now, with a line of lanterns, and a smell of bread and wet stone. He thought of the long yellow burst of the egg-stall, and the wooden horse above the door, and the white face turned. He could still feel it in his legs, a kind of ringing, a thanks.</w:t>
      </w:r>
    </w:p>
    <w:p>
      <w:pPr>
        <w:spacing w:line="360" w:lineRule="auto" w:after="0"/>
        <w:ind w:firstLine="283"/>
      </w:pPr>
      <w:r>
        <w:t>He'd remember that, too. It's the sort of thing you hold on to.</w:t>
      </w:r>
    </w:p>
    <w:p>
      <w:pPr>
        <w:spacing w:line="360" w:lineRule="auto" w:after="0"/>
        <w:ind w:firstLine="283"/>
      </w:pPr>
      <w:r>
        <w:t>"Mind the shoulder," Meret said, mildly.</w:t>
      </w:r>
    </w:p>
    <w:p>
      <w:pPr>
        <w:spacing w:line="360" w:lineRule="auto" w:after="0"/>
        <w:ind w:firstLine="283"/>
      </w:pPr>
      <w:r>
        <w:t>"It's only a bruise."</w:t>
      </w:r>
    </w:p>
    <w:p>
      <w:pPr>
        <w:spacing w:line="360" w:lineRule="auto" w:after="0"/>
        <w:ind w:firstLine="283"/>
      </w:pPr>
      <w:r>
        <w:t>"Aye," said Meret. "It's only a bruise."</w:t>
      </w:r>
    </w:p>
    <w:p>
      <w:pPr>
        <w:ind w:firstLine="0"/>
        <w:jc w:val="center"/>
      </w:pPr>
      <w:r>
        <w:rPr>
          <w:color w:val="AAAAAA"/>
        </w:rPr>
        <w:t>❖</w:t>
      </w:r>
    </w:p>
    <w:p>
      <w:pPr>
        <w:spacing w:before="360" w:after="240"/>
        <w:ind w:firstLine="0"/>
        <w:jc w:val="center"/>
      </w:pPr>
      <w:r>
        <w:rPr>
          <w:b/>
          <w:i/>
          <w:color w:val="333333"/>
          <w:sz w:val="26"/>
        </w:rPr>
        <w:t>Step 6 — The Stranger (Vasryn)</w:t>
      </w:r>
    </w:p>
    <w:p>
      <w:pPr>
        <w:spacing w:line="360" w:lineRule="auto" w:after="0"/>
        <w:ind w:firstLine="283"/>
      </w:pPr>
      <w:r>
        <w:t>‖</w:t>
      </w:r>
    </w:p>
    <w:p>
      <w:pPr>
        <w:spacing w:line="360" w:lineRule="auto" w:after="0"/>
        <w:ind w:firstLine="283"/>
      </w:pPr>
      <w:r>
        <w:t>Vasryn was twenty, and a man came up the east road at noon with his sleeves buttoned to the wrist.</w:t>
      </w:r>
    </w:p>
    <w:p>
      <w:pPr>
        <w:spacing w:line="360" w:lineRule="auto" w:after="0"/>
        <w:ind w:firstLine="283"/>
      </w:pPr>
      <w:r>
        <w:t>It was the buttons he noticed. It was a hot day. Every carter coming in had his cuffs rolled to the elbow and his collar open, and this man had a long grey coat buttoned to the throat and each cuff done up neat. He walked down the middle of the salt line, in the white, with his hands loose.</w:t>
      </w:r>
    </w:p>
    <w:p>
      <w:pPr>
        <w:spacing w:line="360" w:lineRule="auto" w:after="0"/>
        <w:ind w:firstLine="283"/>
      </w:pPr>
      <w:r>
        <w:t>"A man very sure of his road," Meret said, from the stool.</w:t>
      </w:r>
    </w:p>
    <w:p>
      <w:pPr>
        <w:spacing w:line="360" w:lineRule="auto" w:after="0"/>
        <w:ind w:firstLine="283"/>
      </w:pPr>
      <w:r>
        <w:t>"The smith's silver is on that line."</w:t>
      </w:r>
    </w:p>
    <w:p>
      <w:pPr>
        <w:spacing w:line="360" w:lineRule="auto" w:after="0"/>
        <w:ind w:firstLine="283"/>
      </w:pPr>
      <w:r>
        <w:t>"It is." Meret did not unfold his hands. "Go down and meet him. Take no iron."</w:t>
      </w:r>
    </w:p>
    <w:p>
      <w:pPr>
        <w:spacing w:line="360" w:lineRule="auto" w:after="0"/>
        <w:ind w:firstLine="283"/>
      </w:pPr>
      <w:r>
        <w:t>Vasryn went down empty-handed. He had gotten used to it. He stood in the arch with his feet where they liked to be, wide, the weight in the heels, and he did not decide to stand that way.</w:t>
      </w:r>
    </w:p>
    <w:p>
      <w:pPr>
        <w:spacing w:line="360" w:lineRule="auto" w:after="0"/>
        <w:ind w:firstLine="283"/>
      </w:pPr>
      <w:r>
        <w:t>The man stopped a yard off. He had a pleasant, tired face, unlined, with fair lashes. He looked at Vasryn's stance, and then at Brindle, who had come out from under the cart and was standing very still with all four legs braced, and then up at the wall.</w:t>
      </w:r>
    </w:p>
    <w:p>
      <w:pPr>
        <w:spacing w:line="360" w:lineRule="auto" w:after="0"/>
        <w:ind w:firstLine="283"/>
      </w:pPr>
      <w:r>
        <w:t>"The gate-book," Vasryn said. "Anyone from the east after the bell. It's a long form. I'm sorry."</w:t>
      </w:r>
    </w:p>
    <w:p>
      <w:pPr>
        <w:spacing w:line="360" w:lineRule="auto" w:after="0"/>
        <w:ind w:firstLine="283"/>
      </w:pPr>
      <w:r>
        <w:t>"It's noon."</w:t>
      </w:r>
    </w:p>
    <w:p>
      <w:pPr>
        <w:spacing w:line="360" w:lineRule="auto" w:after="0"/>
        <w:ind w:firstLine="283"/>
      </w:pPr>
      <w:r>
        <w:t>"I know. It's a new rule." It was the oldest one in the town. "A name, please."</w:t>
      </w:r>
    </w:p>
    <w:p>
      <w:pPr>
        <w:spacing w:line="360" w:lineRule="auto" w:after="0"/>
        <w:ind w:firstLine="283"/>
      </w:pPr>
      <w:r>
        <w:t>"None you'd keep." The man smiled. His teeth were very even. "Is the old man up there Meret? Tell him I asked after the road. Tell him I asked who comes back."</w:t>
      </w:r>
    </w:p>
    <w:p>
      <w:pPr>
        <w:spacing w:line="360" w:lineRule="auto" w:after="0"/>
        <w:ind w:firstLine="283"/>
      </w:pPr>
      <w:r>
        <w:t>Something went through the air between them, thin and high, a wire pulled taut in the next room. It was not a sound. It came up through the cobbles, into the soles, the shins, and settled in the hinge of his jaw, where it hummed. He closed his teeth against it and it hummed in them. The man's sleeves hadn't moved.</w:t>
      </w:r>
    </w:p>
    <w:p>
      <w:pPr>
        <w:spacing w:line="360" w:lineRule="auto" w:after="0"/>
        <w:ind w:firstLine="283"/>
      </w:pPr>
      <w:r>
        <w:t>"That's an odd question for a gate," Vasryn said.</w:t>
      </w:r>
    </w:p>
    <w:p>
      <w:pPr>
        <w:spacing w:line="360" w:lineRule="auto" w:after="0"/>
        <w:ind w:firstLine="283"/>
      </w:pPr>
      <w:r>
        <w:t>"It's an odd gate." The man was still smiling. "Mind the margin."</w:t>
      </w:r>
    </w:p>
    <w:p>
      <w:pPr>
        <w:spacing w:line="360" w:lineRule="auto" w:after="0"/>
        <w:ind w:firstLine="283"/>
      </w:pPr>
      <w:r>
        <w:t>He walked through the arch, past Vasryn's shoulder, close, and Vasryn smelled him. It was vinegar, and iron, and something sweet underneath, scorched. Then he was in the square, and the hum went with him.</w:t>
      </w:r>
    </w:p>
    <w:p>
      <w:pPr>
        <w:spacing w:line="360" w:lineRule="auto" w:after="0"/>
        <w:ind w:firstLine="283"/>
      </w:pPr>
      <w:r>
        <w:t>He did not stop. That was what Vasryn would tell Meret afterward, and it was hard to say why it mattered. He walked through the square like a man crossing a field. He passed the well and the cooper's row, where Don stopped his mallet in mid-swing and watched him go by, and the bakehouse, where Harrel was at the door with the peel. At the far side, in the shade of the tanner's wall, he put out his right hand and dragged one finger down the whitewash, and walked on.</w:t>
      </w:r>
    </w:p>
    <w:p>
      <w:pPr>
        <w:spacing w:line="360" w:lineRule="auto" w:after="0"/>
        <w:ind w:firstLine="283"/>
      </w:pPr>
      <w:r>
        <w:t>Two lines. Vasryn ran across the square to look at them.</w:t>
      </w:r>
    </w:p>
    <w:p>
      <w:pPr>
        <w:spacing w:line="360" w:lineRule="auto" w:after="0"/>
        <w:ind w:firstLine="283"/>
      </w:pPr>
      <w:r>
        <w:t>They were a hand long and a hand apart, neither straight, drawn in something wet and brown-black that smelled of vinegar and was already drying to a stain. They leaned toward each other slightly. They did not meet. A child at his elbow, not looking at the lines, said, "He was nice," in a puzzled voice, as if reporting a fault in a clock.</w:t>
      </w:r>
    </w:p>
    <w:p>
      <w:pPr>
        <w:spacing w:line="360" w:lineRule="auto" w:after="0"/>
        <w:ind w:firstLine="283"/>
      </w:pPr>
      <w:r>
        <w:t>By the time Vasryn looked up the man was out of the south gate, and gone.</w:t>
      </w:r>
    </w:p>
    <w:p>
      <w:pPr>
        <w:spacing w:line="360" w:lineRule="auto" w:after="0"/>
        <w:ind w:firstLine="283"/>
      </w:pPr>
      <w:r>
        <w:t>"He asked me," Meret said. "Not you."</w:t>
      </w:r>
    </w:p>
    <w:p>
      <w:pPr>
        <w:spacing w:line="360" w:lineRule="auto" w:after="0"/>
        <w:ind w:firstLine="283"/>
      </w:pPr>
      <w:r>
        <w:t>The old man hadn't moved. Staff, stool, folded hands. But his face had gone still in a way that was not rest. It was the stillness of a man holding a full cup across a room.</w:t>
      </w:r>
    </w:p>
    <w:p>
      <w:pPr>
        <w:spacing w:line="360" w:lineRule="auto" w:after="0"/>
        <w:ind w:firstLine="283"/>
      </w:pPr>
      <w:r>
        <w:t>"He said to tell you."</w:t>
      </w:r>
    </w:p>
    <w:p>
      <w:pPr>
        <w:spacing w:line="360" w:lineRule="auto" w:after="0"/>
        <w:ind w:firstLine="283"/>
      </w:pPr>
      <w:r>
        <w:t>"Aye." A long time passed. "Did he give a name?"</w:t>
      </w:r>
    </w:p>
    <w:p>
      <w:pPr>
        <w:spacing w:line="360" w:lineRule="auto" w:after="0"/>
        <w:ind w:firstLine="283"/>
      </w:pPr>
      <w:r>
        <w:t>"None I'd keep."</w:t>
      </w:r>
    </w:p>
    <w:p>
      <w:pPr>
        <w:spacing w:line="360" w:lineRule="auto" w:after="0"/>
        <w:ind w:firstLine="283"/>
      </w:pPr>
      <w:r>
        <w:t>Meret drew the gate-book onto his knee and licked the pen. He wrote slowly, with the whole of his attention, as if setting a stone in a wall.</w:t>
      </w:r>
    </w:p>
    <w:p>
      <w:pPr>
        <w:spacing w:line="360" w:lineRule="auto" w:after="0"/>
        <w:ind w:firstLine="283"/>
      </w:pPr>
      <w:r>
        <w:t>"What are you writing?"</w:t>
      </w:r>
    </w:p>
    <w:p>
      <w:pPr>
        <w:spacing w:line="360" w:lineRule="auto" w:after="0"/>
        <w:ind w:firstLine="283"/>
      </w:pPr>
      <w:r>
        <w:t>"One man. East." The old man blew on the ink. "That's an arrival. It's all the book wants."</w:t>
      </w:r>
    </w:p>
    <w:p>
      <w:pPr>
        <w:spacing w:line="360" w:lineRule="auto" w:after="0"/>
        <w:ind w:firstLine="283"/>
      </w:pPr>
      <w:r>
        <w:t>"Meret. What did he mean?"</w:t>
      </w:r>
    </w:p>
    <w:p>
      <w:pPr>
        <w:spacing w:line="360" w:lineRule="auto" w:after="0"/>
        <w:ind w:firstLine="283"/>
      </w:pPr>
      <w:r>
        <w:t>"I don't know." It was the first time Vasryn had ever heard him say it. He said it quite plainly, as a fact about the road. "I've sat here forty years and I know what the road looks like when it's empty, and I know what it looks like with a cart on it. I've never been asked that by someone who was already home." He closed the book. "Wash the wall."</w:t>
      </w:r>
    </w:p>
    <w:p>
      <w:pPr>
        <w:spacing w:line="360" w:lineRule="auto" w:after="0"/>
        <w:ind w:firstLine="283"/>
      </w:pPr>
      <w:r>
        <w:t>"The lines?"</w:t>
      </w:r>
    </w:p>
    <w:p>
      <w:pPr>
        <w:spacing w:line="360" w:lineRule="auto" w:after="0"/>
        <w:ind w:firstLine="283"/>
      </w:pPr>
      <w:r>
        <w:t>"The tanner will do it. Go and tell him he can have the loan of your arm." He turned his eyes to the east. "Do the form, lad. The sun's high and it's the wrong time, but do it anyway."</w:t>
      </w:r>
    </w:p>
    <w:p>
      <w:pPr>
        <w:spacing w:line="360" w:lineRule="auto" w:after="0"/>
        <w:ind w:firstLine="283"/>
      </w:pPr>
      <w:r>
        <w:t>Vasryn did all thirty on the cold parapet in the white noon. His feet found every step, and under the stone the hum went on in his heels, faint, patient, a note held somewhere a long way off. He did not mention it. He did not drop the twelfth.</w:t>
      </w:r>
    </w:p>
    <w:p>
      <w:pPr>
        <w:ind w:firstLine="0"/>
        <w:jc w:val="center"/>
      </w:pPr>
      <w:r>
        <w:rPr>
          <w:color w:val="AAAAAA"/>
        </w:rPr>
        <w:t>❖</w:t>
      </w:r>
    </w:p>
    <w:p>
      <w:pPr>
        <w:spacing w:before="360" w:after="240"/>
        <w:ind w:firstLine="0"/>
        <w:jc w:val="center"/>
      </w:pPr>
      <w:r>
        <w:rPr>
          <w:b/>
          <w:i/>
          <w:color w:val="333333"/>
          <w:sz w:val="26"/>
        </w:rPr>
        <w:t>Step 7 — The Brother (Vasryn / Elias)</w:t>
      </w:r>
    </w:p>
    <w:p>
      <w:pPr>
        <w:spacing w:line="360" w:lineRule="auto" w:after="0"/>
        <w:ind w:firstLine="283"/>
      </w:pPr>
      <w:r>
        <w:t>∧</w:t>
      </w:r>
    </w:p>
    <w:p>
      <w:pPr>
        <w:spacing w:line="360" w:lineRule="auto" w:after="0"/>
        <w:ind w:firstLine="283"/>
      </w:pPr>
      <w:r>
        <w:t>Elias came in at the bell, on a clerk's horse, with a clean coat and a letter in his hand.</w:t>
      </w:r>
    </w:p>
    <w:p>
      <w:pPr>
        <w:spacing w:line="360" w:lineRule="auto" w:after="0"/>
        <w:ind w:firstLine="283"/>
      </w:pPr>
      <w:r>
        <w:t>Vasryn knew the walk of the horse before he knew the rider. It was a long-bodied bay with the left hind a little short, the one the line-crews' cook rode. He knew the rider by the left hand. It held the reins, and there was a scar along the jaw above it, pale, from a thrown halter when they were boys. Elias was twenty-six. He had been gone two years. He looked older than that, and thinner, and neater, and he had a way now of holding his shoulders that was new, as if somebody had once measured them.</w:t>
      </w:r>
    </w:p>
    <w:p>
      <w:pPr>
        <w:spacing w:line="360" w:lineRule="auto" w:after="0"/>
        <w:ind w:firstLine="283"/>
      </w:pPr>
      <w:r>
        <w:t>"Watchman," he said, from the saddle. "I'll need the book."</w:t>
      </w:r>
    </w:p>
    <w:p>
      <w:pPr>
        <w:spacing w:line="360" w:lineRule="auto" w:after="0"/>
        <w:ind w:firstLine="283"/>
      </w:pPr>
      <w:r>
        <w:t>"Elias."</w:t>
      </w:r>
    </w:p>
    <w:p>
      <w:pPr>
        <w:spacing w:line="360" w:lineRule="auto" w:after="0"/>
        <w:ind w:firstLine="283"/>
      </w:pPr>
      <w:r>
        <w:t>"The book, Vasryn. It's the rule." And he smiled, and it was the old smile, a shade too bright, with the whole of the old Elias behind it like a lamp behind a shutter. He swung down. They stood in the arch and neither of them put out a hand, and then both did.</w:t>
      </w:r>
    </w:p>
    <w:p>
      <w:pPr>
        <w:spacing w:line="360" w:lineRule="auto" w:after="0"/>
        <w:ind w:firstLine="283"/>
      </w:pPr>
      <w:r>
        <w:t>"You've got broader."</w:t>
      </w:r>
    </w:p>
    <w:p>
      <w:pPr>
        <w:spacing w:line="360" w:lineRule="auto" w:after="0"/>
        <w:ind w:firstLine="283"/>
      </w:pPr>
      <w:r>
        <w:t>"You've got tidy."</w:t>
      </w:r>
    </w:p>
    <w:p>
      <w:pPr>
        <w:spacing w:line="360" w:lineRule="auto" w:after="0"/>
        <w:ind w:firstLine="283"/>
      </w:pPr>
      <w:r>
        <w:t>"It's the work." He did not say what work. He took the pen on its string, bent over Meret's thin book, and wrote his name, Elias, left-handed, in a small, level hand that ran a half-degree uphill. Vasryn watched it go down. It looked different on the page than he remembered it on slates.</w:t>
      </w:r>
    </w:p>
    <w:p>
      <w:pPr>
        <w:spacing w:line="360" w:lineRule="auto" w:after="0"/>
        <w:ind w:firstLine="283"/>
      </w:pPr>
      <w:r>
        <w:t>"I had your letter," Elias said. "I came as fast as the horse."</w:t>
      </w:r>
    </w:p>
    <w:p>
      <w:pPr>
        <w:spacing w:line="360" w:lineRule="auto" w:after="0"/>
        <w:ind w:firstLine="283"/>
      </w:pPr>
      <w:r>
        <w:t>"I didn't write you."</w:t>
      </w:r>
    </w:p>
    <w:p>
      <w:pPr>
        <w:spacing w:line="360" w:lineRule="auto" w:after="0"/>
        <w:ind w:firstLine="283"/>
      </w:pPr>
      <w:r>
        <w:t>"Grandmother did. Or had it written." He looked up at the wall. His face changed, very slightly. "How long?"</w:t>
      </w:r>
    </w:p>
    <w:p>
      <w:pPr>
        <w:spacing w:line="360" w:lineRule="auto" w:after="0"/>
        <w:ind w:firstLine="283"/>
      </w:pPr>
      <w:r>
        <w:t>"The cough since spring. She doesn't get up now."</w:t>
      </w:r>
    </w:p>
    <w:p>
      <w:pPr>
        <w:spacing w:line="360" w:lineRule="auto" w:after="0"/>
        <w:ind w:firstLine="283"/>
      </w:pPr>
      <w:r>
        <w:t>"Is she in pain?"</w:t>
      </w:r>
    </w:p>
    <w:p>
      <w:pPr>
        <w:spacing w:line="360" w:lineRule="auto" w:after="0"/>
        <w:ind w:firstLine="283"/>
      </w:pPr>
      <w:r>
        <w:t>"She says not."</w:t>
      </w:r>
    </w:p>
    <w:p>
      <w:pPr>
        <w:spacing w:line="360" w:lineRule="auto" w:after="0"/>
        <w:ind w:firstLine="283"/>
      </w:pPr>
      <w:r>
        <w:t>"Does she lie?"</w:t>
      </w:r>
    </w:p>
    <w:p>
      <w:pPr>
        <w:spacing w:line="360" w:lineRule="auto" w:after="0"/>
        <w:ind w:firstLine="283"/>
      </w:pPr>
      <w:r>
        <w:t>"All the time," Vasryn said, "and badly."</w:t>
      </w:r>
    </w:p>
    <w:p>
      <w:pPr>
        <w:spacing w:line="360" w:lineRule="auto" w:after="0"/>
        <w:ind w:firstLine="283"/>
      </w:pPr>
      <w:r>
        <w:t>The kitchen was the same, and he saw Elias see it. The flour, the cardamom-colored bowl, the kettle on its hob. The dented copper pot, in its place on the shelf, with the rendered fat for the broth. The old coat on its peg, cuffs turned twice. Their grandmother sat at the table with her hands in her lap and no flour on them, and that was the wrongest thing in the room.</w:t>
      </w:r>
    </w:p>
    <w:p>
      <w:pPr>
        <w:spacing w:line="360" w:lineRule="auto" w:after="0"/>
        <w:ind w:firstLine="283"/>
      </w:pPr>
      <w:r>
        <w:t>"You're thin," she said.</w:t>
      </w:r>
    </w:p>
    <w:p>
      <w:pPr>
        <w:spacing w:line="360" w:lineRule="auto" w:after="0"/>
        <w:ind w:firstLine="283"/>
      </w:pPr>
      <w:r>
        <w:t>"I'm clerical."</w:t>
      </w:r>
    </w:p>
    <w:p>
      <w:pPr>
        <w:spacing w:line="360" w:lineRule="auto" w:after="0"/>
        <w:ind w:firstLine="283"/>
      </w:pPr>
      <w:r>
        <w:t>"It's the same thing. Sit."</w:t>
      </w:r>
    </w:p>
    <w:p>
      <w:pPr>
        <w:spacing w:line="360" w:lineRule="auto" w:after="0"/>
        <w:ind w:firstLine="283"/>
      </w:pPr>
      <w:r>
        <w:t>He sat. He did not take off his coat. She poured, and her left knee gave the small private creak of the winter before last, and she set the good cup before him, the pale one, with the thin rim. The chip had been turned to the far side. Elias looked at it for a long moment, and turned it back to face him, so that the bite in the lip sat under his lower lip, and drank.</w:t>
      </w:r>
    </w:p>
    <w:p>
      <w:pPr>
        <w:spacing w:line="360" w:lineRule="auto" w:after="0"/>
        <w:ind w:firstLine="283"/>
      </w:pPr>
      <w:r>
        <w:t>"Don't," she said. "It's for me."</w:t>
      </w:r>
    </w:p>
    <w:p>
      <w:pPr>
        <w:spacing w:line="360" w:lineRule="auto" w:after="0"/>
        <w:ind w:firstLine="283"/>
      </w:pPr>
      <w:r>
        <w:t>"It's only a cup."</w:t>
      </w:r>
    </w:p>
    <w:p>
      <w:pPr>
        <w:spacing w:line="360" w:lineRule="auto" w:after="0"/>
        <w:ind w:firstLine="283"/>
      </w:pPr>
      <w:r>
        <w:t>"It's not." But she let it be.</w:t>
      </w:r>
    </w:p>
    <w:p>
      <w:pPr>
        <w:spacing w:line="360" w:lineRule="auto" w:after="0"/>
        <w:ind w:firstLine="283"/>
      </w:pPr>
      <w:r>
        <w:t>Upstairs, a cough began. It was a dry, patient, regular cough, with a sound at the bottom of it like a latch being tried. All three of them stopped. Nobody spoke until it had ended.</w:t>
      </w:r>
    </w:p>
    <w:p>
      <w:pPr>
        <w:spacing w:line="360" w:lineRule="auto" w:after="0"/>
        <w:ind w:firstLine="283"/>
      </w:pPr>
      <w:r>
        <w:t>"She sleeps," their grandmother said, "in the afternoons."</w:t>
      </w:r>
    </w:p>
    <w:p>
      <w:pPr>
        <w:spacing w:line="360" w:lineRule="auto" w:after="0"/>
        <w:ind w:firstLine="283"/>
      </w:pPr>
      <w:r>
        <w:t>"May I?"</w:t>
      </w:r>
    </w:p>
    <w:p>
      <w:pPr>
        <w:spacing w:line="360" w:lineRule="auto" w:after="0"/>
        <w:ind w:firstLine="283"/>
      </w:pPr>
      <w:r>
        <w:t>"If you're quiet."</w:t>
      </w:r>
    </w:p>
    <w:p>
      <w:pPr>
        <w:spacing w:line="360" w:lineRule="auto" w:after="0"/>
        <w:ind w:firstLine="283"/>
      </w:pPr>
      <w:r>
        <w:t>He went up. Vasryn heard the third stair and the seventh, and the board on the landing that rang a little under the heel, and the door. After a long time Elias came down, and sat, and put one hand flat on the table. It lay there with the fingers spread, and shook very slightly. It was the first time Vasryn had ever seen it shake.</w:t>
      </w:r>
    </w:p>
    <w:p>
      <w:pPr>
        <w:spacing w:line="360" w:lineRule="auto" w:after="0"/>
        <w:ind w:firstLine="283"/>
      </w:pPr>
      <w:r>
        <w:t>"She knew me," he said.</w:t>
      </w:r>
    </w:p>
    <w:p>
      <w:pPr>
        <w:spacing w:line="360" w:lineRule="auto" w:after="0"/>
        <w:ind w:firstLine="283"/>
      </w:pPr>
      <w:r>
        <w:t>"She knows everyone."</w:t>
      </w:r>
    </w:p>
    <w:p>
      <w:pPr>
        <w:spacing w:line="360" w:lineRule="auto" w:after="0"/>
        <w:ind w:firstLine="283"/>
      </w:pPr>
      <w:r>
        <w:t>"She said I'd got thin."</w:t>
      </w:r>
    </w:p>
    <w:p>
      <w:pPr>
        <w:spacing w:line="360" w:lineRule="auto" w:after="0"/>
        <w:ind w:firstLine="283"/>
      </w:pPr>
      <w:r>
        <w:t>"Everyone's said that."</w:t>
      </w:r>
    </w:p>
    <w:p>
      <w:pPr>
        <w:spacing w:line="360" w:lineRule="auto" w:after="0"/>
        <w:ind w:firstLine="283"/>
      </w:pPr>
      <w:r>
        <w:t>"She asked if I was eating." He laughed, once. "I said I was clerical."</w:t>
      </w:r>
    </w:p>
    <w:p>
      <w:pPr>
        <w:spacing w:line="360" w:lineRule="auto" w:after="0"/>
        <w:ind w:firstLine="283"/>
      </w:pPr>
      <w:r>
        <w:t>The wall leaned. It always had.</w:t>
      </w:r>
    </w:p>
    <w:p>
      <w:pPr>
        <w:spacing w:line="360" w:lineRule="auto" w:after="0"/>
        <w:ind w:firstLine="283"/>
      </w:pPr>
      <w:r>
        <w:t>They stood on the parapet in the last light, the two of them, Vasryn with his hands on the cold stone and Elias with his hands behind him, and Meret on his stool twenty yards off, studiously not listening. Below, the town was putting itself to bed. A baby cried in the tanner's lane, and was stopped by a hand.</w:t>
      </w:r>
    </w:p>
    <w:p>
      <w:pPr>
        <w:spacing w:line="360" w:lineRule="auto" w:after="0"/>
        <w:ind w:firstLine="283"/>
      </w:pPr>
      <w:r>
        <w:t>Elias drew a plumb line out of his coat. It was a small brass bob on a length of waxed thread, in a leather case, with a registry stamp on the lid. He held it over the outer face of the parapet, and let it hang.</w:t>
      </w:r>
    </w:p>
    <w:p>
      <w:pPr>
        <w:spacing w:line="360" w:lineRule="auto" w:after="0"/>
        <w:ind w:firstLine="283"/>
      </w:pPr>
      <w:r>
        <w:t>"Two fingers," he said, "out of true. Here. And the next bay, and the one beyond that." He wound the thread. "It wants a buttress."</w:t>
      </w:r>
    </w:p>
    <w:p>
      <w:pPr>
        <w:spacing w:line="360" w:lineRule="auto" w:after="0"/>
        <w:ind w:firstLine="283"/>
      </w:pPr>
      <w:r>
        <w:t>"It's leaned for a hundred years."</w:t>
      </w:r>
    </w:p>
    <w:p>
      <w:pPr>
        <w:spacing w:line="360" w:lineRule="auto" w:after="0"/>
        <w:ind w:firstLine="283"/>
      </w:pPr>
      <w:r>
        <w:t>"Then it's had a hundred years to fall."</w:t>
      </w:r>
    </w:p>
    <w:p>
      <w:pPr>
        <w:spacing w:line="360" w:lineRule="auto" w:after="0"/>
        <w:ind w:firstLine="283"/>
      </w:pPr>
      <w:r>
        <w:t>"It hasn't."</w:t>
      </w:r>
    </w:p>
    <w:p>
      <w:pPr>
        <w:spacing w:line="360" w:lineRule="auto" w:after="0"/>
        <w:ind w:firstLine="283"/>
      </w:pPr>
      <w:r>
        <w:t>"It will." He put the bob away. He did it with the unthinking exactness of a man who has done it ten thousand times, and Vasryn saw, a little coldly, that his brother was happy. Not content. Happy. He had a thing he was good at. "I've seen worse walls shored up with a Registry brace. It takes a week. They'd pay the mason."</w:t>
      </w:r>
    </w:p>
    <w:p>
      <w:pPr>
        <w:spacing w:line="360" w:lineRule="auto" w:after="0"/>
        <w:ind w:firstLine="283"/>
      </w:pPr>
      <w:r>
        <w:t>"Who would?"</w:t>
      </w:r>
    </w:p>
    <w:p>
      <w:pPr>
        <w:spacing w:line="360" w:lineRule="auto" w:after="0"/>
        <w:ind w:firstLine="283"/>
      </w:pPr>
      <w:r>
        <w:t>"The office." Elias said it lightly. "Vasryn. Listen. I've something to tell you, and I want you to hear it to the end before you do the face."</w:t>
      </w:r>
    </w:p>
    <w:p>
      <w:pPr>
        <w:spacing w:line="360" w:lineRule="auto" w:after="0"/>
        <w:ind w:firstLine="283"/>
      </w:pPr>
      <w:r>
        <w:t>"What face?"</w:t>
      </w:r>
    </w:p>
    <w:p>
      <w:pPr>
        <w:spacing w:line="360" w:lineRule="auto" w:after="0"/>
        <w:ind w:firstLine="283"/>
      </w:pPr>
      <w:r>
        <w:t>"The one you're doing."</w:t>
      </w:r>
    </w:p>
    <w:p>
      <w:pPr>
        <w:spacing w:line="360" w:lineRule="auto" w:after="0"/>
        <w:ind w:firstLine="283"/>
      </w:pPr>
      <w:r>
        <w:t>He undid his coat. From an inner pocket he took a paper, folded in four, sealed at the fold with a small flat blue wafer, and held it on his palm, a little out from him, like a man showing a coin.</w:t>
      </w:r>
    </w:p>
    <w:p>
      <w:pPr>
        <w:spacing w:line="360" w:lineRule="auto" w:after="0"/>
        <w:ind w:firstLine="283"/>
      </w:pPr>
      <w:r>
        <w:t>"It's a form," he said. "It's a kindness. I'll tell you what it is, and you may say what you like."</w:t>
      </w:r>
    </w:p>
    <w:p>
      <w:pPr>
        <w:spacing w:line="360" w:lineRule="auto" w:after="0"/>
        <w:ind w:firstLine="283"/>
      </w:pPr>
      <w:r>
        <w:t>He told it well. That was the thing Vasryn would remember, that Elias had always told things well, with his hands, and that nothing he said was a lie. In the east, he said, there was a provision. Not for everyone, not yet, but for those with kin in the service. When a person was dying, and it was likely and slow, a clerk could be sent. The person was entered. Not written out, entered, the whole of them, the voice, the habits, the way they took their tea and the thing they said when startled. The book did not forget. The book held them as they were, on a good day, in good health, kept, for good.</w:t>
      </w:r>
    </w:p>
    <w:p>
      <w:pPr>
        <w:spacing w:line="360" w:lineRule="auto" w:after="0"/>
        <w:ind w:firstLine="283"/>
      </w:pPr>
      <w:r>
        <w:t>"She'd be there," he said. "Not a likeness. Her. Counted and kept."</w:t>
      </w:r>
    </w:p>
    <w:p>
      <w:pPr>
        <w:spacing w:line="360" w:lineRule="auto" w:after="0"/>
        <w:ind w:firstLine="283"/>
      </w:pPr>
      <w:r>
        <w:t>"And the body?"</w:t>
      </w:r>
    </w:p>
    <w:p>
      <w:pPr>
        <w:spacing w:line="360" w:lineRule="auto" w:after="0"/>
        <w:ind w:firstLine="283"/>
      </w:pPr>
      <w:r>
        <w:t>"The body goes on as bodies do." He didn't flinch. "That's the point. She doesn't. She isn't afraid, Vasryn. She wouldn't feel any of it. The cough, the nights, the last bad week. She'd be spared. She'd be held."</w:t>
      </w:r>
    </w:p>
    <w:p>
      <w:pPr>
        <w:spacing w:line="360" w:lineRule="auto" w:after="0"/>
        <w:ind w:firstLine="283"/>
      </w:pPr>
      <w:r>
        <w:t>"Held where?"</w:t>
      </w:r>
    </w:p>
    <w:p>
      <w:pPr>
        <w:spacing w:line="360" w:lineRule="auto" w:after="0"/>
        <w:ind w:firstLine="283"/>
      </w:pPr>
      <w:r>
        <w:t>"Atherin. The Archive."</w:t>
      </w:r>
    </w:p>
    <w:p>
      <w:pPr>
        <w:spacing w:line="360" w:lineRule="auto" w:after="0"/>
        <w:ind w:firstLine="283"/>
      </w:pPr>
      <w:r>
        <w:t>"In a drawer."</w:t>
      </w:r>
    </w:p>
    <w:p>
      <w:pPr>
        <w:spacing w:line="360" w:lineRule="auto" w:after="0"/>
        <w:ind w:firstLine="283"/>
      </w:pPr>
      <w:r>
        <w:t>"In a book." The patience cracked a little. "Do you know how many people I've sat with? I have sat with six hundred. I've watched them go the old way, with nobody to say their names, with the arrangements argued over by the family while they were still breathing. I've sat with a man who didn't know his daughter in the last month, and was afraid, and didn't know why. And I have been to the Archive and read the books, and I tell you there is nothing in them that isn't kind."</w:t>
      </w:r>
    </w:p>
    <w:p>
      <w:pPr>
        <w:spacing w:line="360" w:lineRule="auto" w:after="0"/>
        <w:ind w:firstLine="283"/>
      </w:pPr>
      <w:r>
        <w:t>"Elias."</w:t>
      </w:r>
    </w:p>
    <w:p>
      <w:pPr>
        <w:spacing w:line="360" w:lineRule="auto" w:after="0"/>
        <w:ind w:firstLine="283"/>
      </w:pPr>
      <w:r>
        <w:t>"I'm not asking you to like it."</w:t>
      </w:r>
    </w:p>
    <w:p>
      <w:pPr>
        <w:spacing w:line="360" w:lineRule="auto" w:after="0"/>
        <w:ind w:firstLine="283"/>
      </w:pPr>
      <w:r>
        <w:t>"I know what you're asking." Vasryn looked at the paper. It sat in his brother's palm, small and square, with its small blue seal. "You're asking me to put my name to it."</w:t>
      </w:r>
    </w:p>
    <w:p>
      <w:pPr>
        <w:spacing w:line="360" w:lineRule="auto" w:after="0"/>
        <w:ind w:firstLine="283"/>
      </w:pPr>
      <w:r>
        <w:t>"Both of ours. The form needs two of her kin. Grandmother will not. She hasn't said it, but she will not. That leaves us."</w:t>
      </w:r>
    </w:p>
    <w:p>
      <w:pPr>
        <w:spacing w:line="360" w:lineRule="auto" w:after="0"/>
        <w:ind w:firstLine="283"/>
      </w:pPr>
      <w:r>
        <w:t>He had thought, with a kind of dull animal slowness, that it was all very reasonable. He could find no hole in it, no spot where a man could put his foot and say here. The mercy was real. The kindness was real. He looked up the wall, at the lean of the parapet, and thought, with great clarity, it holds, and then, and so does a stone in a river, and no one asks it.</w:t>
      </w:r>
    </w:p>
    <w:p>
      <w:pPr>
        <w:spacing w:line="360" w:lineRule="auto" w:after="0"/>
        <w:ind w:firstLine="283"/>
      </w:pPr>
      <w:r>
        <w:t>"No," he said.</w:t>
      </w:r>
    </w:p>
    <w:p>
      <w:pPr>
        <w:spacing w:line="360" w:lineRule="auto" w:after="0"/>
        <w:ind w:firstLine="283"/>
      </w:pPr>
      <w:r>
        <w:t>"You haven't thought."</w:t>
      </w:r>
    </w:p>
    <w:p>
      <w:pPr>
        <w:spacing w:line="360" w:lineRule="auto" w:after="0"/>
        <w:ind w:firstLine="283"/>
      </w:pPr>
      <w:r>
        <w:t>"I've thought."</w:t>
      </w:r>
    </w:p>
    <w:p>
      <w:pPr>
        <w:spacing w:line="360" w:lineRule="auto" w:after="0"/>
        <w:ind w:firstLine="283"/>
      </w:pPr>
      <w:r>
        <w:t>"For a minute!"</w:t>
      </w:r>
    </w:p>
    <w:p>
      <w:pPr>
        <w:spacing w:line="360" w:lineRule="auto" w:after="0"/>
        <w:ind w:firstLine="283"/>
      </w:pPr>
      <w:r>
        <w:t>"It's all I've got." He heard his own voice, level, a little hoarse. "I don't know how to say why. I'll try if you want. But it'll be wrong, and you'll find the hole in it."</w:t>
      </w:r>
    </w:p>
    <w:p>
      <w:pPr>
        <w:spacing w:line="360" w:lineRule="auto" w:after="0"/>
        <w:ind w:firstLine="283"/>
      </w:pPr>
      <w:r>
        <w:t>"There's no hole in it, Vasryn."</w:t>
      </w:r>
    </w:p>
    <w:p>
      <w:pPr>
        <w:spacing w:line="360" w:lineRule="auto" w:after="0"/>
        <w:ind w:firstLine="283"/>
      </w:pPr>
      <w:r>
        <w:t>"I know," Vasryn said. "That's what I don't like."</w:t>
      </w:r>
    </w:p>
    <w:p>
      <w:pPr>
        <w:spacing w:line="360" w:lineRule="auto" w:after="0"/>
        <w:ind w:firstLine="283"/>
      </w:pPr>
      <w:r>
        <w:t>They stood in the failing light. After a while Elias folded the paper along its old creases and put it back in his coat, and buttoned the coat, and said, "I'll ask Grandmother."</w:t>
      </w:r>
    </w:p>
    <w:p>
      <w:pPr>
        <w:spacing w:line="360" w:lineRule="auto" w:after="0"/>
        <w:ind w:firstLine="283"/>
      </w:pPr>
      <w:r>
        <w:t>"She'll say no."</w:t>
      </w:r>
    </w:p>
    <w:p>
      <w:pPr>
        <w:spacing w:line="360" w:lineRule="auto" w:after="0"/>
        <w:ind w:firstLine="283"/>
      </w:pPr>
      <w:r>
        <w:t>"Then it's you and me and the bed." He said it quite gently. "And I'm the eldest."</w:t>
      </w:r>
    </w:p>
    <w:p>
      <w:pPr>
        <w:spacing w:line="360" w:lineRule="auto" w:after="0"/>
        <w:ind w:firstLine="283"/>
      </w:pPr>
      <w:r>
        <w:t>Twenty yards away, on his stool, Meret said, to nobody and to the road, "It's getting dark, lads. The wall will still be leaning in the morning." Neither of them laughed.</w:t>
      </w:r>
    </w:p>
    <w:p>
      <w:pPr>
        <w:ind w:firstLine="0"/>
        <w:jc w:val="center"/>
      </w:pPr>
      <w:r>
        <w:rPr>
          <w:color w:val="AAAAAA"/>
        </w:rPr>
        <w:t>❖</w:t>
      </w:r>
    </w:p>
    <w:p>
      <w:pPr>
        <w:spacing w:before="360" w:after="240"/>
        <w:ind w:firstLine="0"/>
        <w:jc w:val="center"/>
      </w:pPr>
      <w:r>
        <w:rPr>
          <w:b/>
          <w:i/>
          <w:color w:val="333333"/>
          <w:sz w:val="26"/>
        </w:rPr>
        <w:t>Step 8 — The Grave (Vasryn / Elias)</w:t>
      </w:r>
    </w:p>
    <w:p>
      <w:pPr>
        <w:spacing w:line="360" w:lineRule="auto" w:after="0"/>
        <w:ind w:firstLine="283"/>
      </w:pPr>
      <w:r>
        <w:t>‖ ∧</w:t>
      </w:r>
    </w:p>
    <w:p>
      <w:pPr>
        <w:spacing w:line="360" w:lineRule="auto" w:after="0"/>
        <w:ind w:firstLine="283"/>
      </w:pPr>
      <w:r>
        <w:t>She died on the fourth night, and the form was signed on the third.</w:t>
      </w:r>
    </w:p>
    <w:p>
      <w:pPr>
        <w:spacing w:line="360" w:lineRule="auto" w:after="0"/>
        <w:ind w:firstLine="283"/>
      </w:pPr>
      <w:r>
        <w:t>It went the way these things go. Elias took the dying seriously, as he took everything. He sat with her. He talked to her about the east, about the line crews and the salt and the cook's bad horse, and she coughed, and listened, and laughed in the wrong places. She was a small woman, flour-colored, even in bed, with a line beside her mouth that had been put there by impatience and had stayed to be kind. She turned on the pillow and said, "Go and eat something," with the same tone she had used on them both at six. It was the last full sentence Vasryn heard her speak.</w:t>
      </w:r>
    </w:p>
    <w:p>
      <w:pPr>
        <w:spacing w:line="360" w:lineRule="auto" w:after="0"/>
        <w:ind w:firstLine="283"/>
      </w:pPr>
      <w:r>
        <w:t>On the second night she stopped speaking. On the third, in the afternoon, the clerk came.</w:t>
      </w:r>
    </w:p>
    <w:p>
      <w:pPr>
        <w:spacing w:line="360" w:lineRule="auto" w:after="0"/>
        <w:ind w:firstLine="283"/>
      </w:pPr>
      <w:r>
        <w:t>He came on foot, in the same grey coat as the stranger, with a leather case and a mild expression. He was a young man. He wiped his boots on the mat. Their grandmother sat at the kitchen table with her hands in her lap and watched him do it, and said, without any particular heat, "You'll not."</w:t>
      </w:r>
    </w:p>
    <w:p>
      <w:pPr>
        <w:spacing w:line="360" w:lineRule="auto" w:after="0"/>
        <w:ind w:firstLine="283"/>
      </w:pPr>
      <w:r>
        <w:t>"Mistress," he said, "it's a kindness."</w:t>
      </w:r>
    </w:p>
    <w:p>
      <w:pPr>
        <w:spacing w:line="360" w:lineRule="auto" w:after="0"/>
        <w:ind w:firstLine="283"/>
      </w:pPr>
      <w:r>
        <w:t>"I know what it is."</w:t>
      </w:r>
    </w:p>
    <w:p>
      <w:pPr>
        <w:spacing w:line="360" w:lineRule="auto" w:after="0"/>
        <w:ind w:firstLine="283"/>
      </w:pPr>
      <w:r>
        <w:t>"Then you know it needs consent."</w:t>
      </w:r>
    </w:p>
    <w:p>
      <w:pPr>
        <w:spacing w:line="360" w:lineRule="auto" w:after="0"/>
        <w:ind w:firstLine="283"/>
      </w:pPr>
      <w:r>
        <w:t>"Mine you'll not have."</w:t>
      </w:r>
    </w:p>
    <w:p>
      <w:pPr>
        <w:spacing w:line="360" w:lineRule="auto" w:after="0"/>
        <w:ind w:firstLine="283"/>
      </w:pPr>
      <w:r>
        <w:t>He inclined his head. It was an entirely respectful movement. "Then I must ask the next of kin."</w:t>
      </w:r>
    </w:p>
    <w:p>
      <w:pPr>
        <w:spacing w:line="360" w:lineRule="auto" w:after="0"/>
        <w:ind w:firstLine="283"/>
      </w:pPr>
      <w:r>
        <w:t>She looked at Vasryn. It was a long look. It had in it, plain as a hearth, every Easter, every hinge, thirty years of an arrangement that neither of them had ever put into words, and a thing that was not an order, because she had never given him one. She said, "Whatever you do, Vasryn, do it with your eyes open."</w:t>
      </w:r>
    </w:p>
    <w:p>
      <w:pPr>
        <w:spacing w:line="360" w:lineRule="auto" w:after="0"/>
        <w:ind w:firstLine="283"/>
      </w:pPr>
      <w:r>
        <w:t>"Grandmother—"</w:t>
      </w:r>
    </w:p>
    <w:p>
      <w:pPr>
        <w:spacing w:line="360" w:lineRule="auto" w:after="0"/>
        <w:ind w:firstLine="283"/>
      </w:pPr>
      <w:r>
        <w:t>"That's all." She turned her face to the window. "I'll not watch."</w:t>
      </w:r>
    </w:p>
    <w:p>
      <w:pPr>
        <w:spacing w:line="360" w:lineRule="auto" w:after="0"/>
        <w:ind w:firstLine="283"/>
      </w:pPr>
      <w:r>
        <w:t>He said no. He said it at the foot of the stairs, standing, in the hearing of the clerk and his brother, and the word went out into the kitchen and sat there, small and plain, and nobody picked it up. The clerk looked at Elias. Elias looked at the floor.</w:t>
      </w:r>
    </w:p>
    <w:p>
      <w:pPr>
        <w:spacing w:line="360" w:lineRule="auto" w:after="0"/>
        <w:ind w:firstLine="283"/>
      </w:pPr>
      <w:r>
        <w:t>"I'm the eldest," Elias said.</w:t>
      </w:r>
    </w:p>
    <w:p>
      <w:pPr>
        <w:spacing w:line="360" w:lineRule="auto" w:after="0"/>
        <w:ind w:firstLine="283"/>
      </w:pPr>
      <w:r>
        <w:t>"I know."</w:t>
      </w:r>
    </w:p>
    <w:p>
      <w:pPr>
        <w:spacing w:line="360" w:lineRule="auto" w:after="0"/>
        <w:ind w:firstLine="283"/>
      </w:pPr>
      <w:r>
        <w:t>"It's within the form. One kin may sign if the other withholds. It's provided for." His voice was very quiet. "I didn't want it this way."</w:t>
      </w:r>
    </w:p>
    <w:p>
      <w:pPr>
        <w:spacing w:line="360" w:lineRule="auto" w:after="0"/>
        <w:ind w:firstLine="283"/>
      </w:pPr>
      <w:r>
        <w:t>"Then don't."</w:t>
      </w:r>
    </w:p>
    <w:p>
      <w:pPr>
        <w:spacing w:line="360" w:lineRule="auto" w:after="0"/>
        <w:ind w:firstLine="283"/>
      </w:pPr>
      <w:r>
        <w:t>"Vasryn." He raised his face. It was white, and wet, and quite calm. "She's up there with a cough like a man sawing a door. I've been a month waiting for her to die and I've learned something. You can't be a coward about this and also be kind. Those are two different men. I've chosen. I'd like you to forgive it, but I'll do it anyway."</w:t>
      </w:r>
    </w:p>
    <w:p>
      <w:pPr>
        <w:spacing w:line="360" w:lineRule="auto" w:after="0"/>
        <w:ind w:firstLine="283"/>
      </w:pPr>
      <w:r>
        <w:t>He took the pen. It was a plain steel pen, on a string, in the clerk's case. He signed with his left hand, bending over the table, and the small level script ran half a degree uphill, and under it, in his own hand, he wrote Elias, and stood, and put the pen down.</w:t>
      </w:r>
    </w:p>
    <w:p>
      <w:pPr>
        <w:spacing w:line="360" w:lineRule="auto" w:after="0"/>
        <w:ind w:firstLine="283"/>
      </w:pPr>
      <w:r>
        <w:t>The clerk took the paper. A thin high note went through the room, wire-fine, in the teeth, the jaw, the hinge of the knee. It held a moment, and was gone, and Vasryn saw his grandmother's hand close on the table's edge and open.</w:t>
      </w:r>
    </w:p>
    <w:p>
      <w:pPr>
        <w:spacing w:line="360" w:lineRule="auto" w:after="0"/>
        <w:ind w:firstLine="283"/>
      </w:pPr>
      <w:r>
        <w:t>"Thank you," the clerk said. He truly meant it. "She'll be kept."</w:t>
      </w:r>
    </w:p>
    <w:p>
      <w:pPr>
        <w:spacing w:line="360" w:lineRule="auto" w:after="0"/>
        <w:ind w:firstLine="283"/>
      </w:pPr>
      <w:r>
        <w:t>He was not in the room when it happened. Neither of them was.</w:t>
      </w:r>
    </w:p>
    <w:p>
      <w:pPr>
        <w:spacing w:line="360" w:lineRule="auto" w:after="0"/>
        <w:ind w:firstLine="283"/>
      </w:pPr>
      <w:r>
        <w:t>They had been sent down. The clerk was upstairs with her a quarter of an hour, with the door closed, and when he came down he had a lock of her hair in a small paper twist, flour-pale, and a flat smooth expression that did not belong to a young man. He said good evening. He put on his boots, and went.</w:t>
      </w:r>
    </w:p>
    <w:p>
      <w:pPr>
        <w:spacing w:line="360" w:lineRule="auto" w:after="0"/>
        <w:ind w:firstLine="283"/>
      </w:pPr>
      <w:r>
        <w:t>She went in the night. Vasryn heard it, or did not, from the settle in the kitchen where he had lain down in his coat. A stair creaked, the third one, the one with the give. It wasn't a step. It was a weight settling, as a house settles. When he got up the cough had stopped and the room was very quiet, the kind of quiet a house has when a held breath has been let go in it.</w:t>
      </w:r>
    </w:p>
    <w:p>
      <w:pPr>
        <w:spacing w:line="360" w:lineRule="auto" w:after="0"/>
        <w:ind w:firstLine="283"/>
      </w:pPr>
      <w:r>
        <w:t>Elias was sitting on the edge of the bed with her hand in both of his. He did not look up. He said, "She was afraid. At the end. I want you to know it wasn't nothing. She was afraid for a while, and then she wasn't."</w:t>
      </w:r>
    </w:p>
    <w:p>
      <w:pPr>
        <w:spacing w:line="360" w:lineRule="auto" w:after="0"/>
        <w:ind w:firstLine="283"/>
      </w:pPr>
      <w:r>
        <w:t>"I know."</w:t>
      </w:r>
    </w:p>
    <w:p>
      <w:pPr>
        <w:spacing w:line="360" w:lineRule="auto" w:after="0"/>
        <w:ind w:firstLine="283"/>
      </w:pPr>
      <w:r>
        <w:t>"Do you?" He turned. There was something in his face Vasryn had never seen. It wasn't grief. It was a kind of terrible earnest hope. "Because it's in the book now. Somewhere in Atherin, she's sitting in a kitchen with the sun on the table, and nothing's wrong. I did that."</w:t>
      </w:r>
    </w:p>
    <w:p>
      <w:pPr>
        <w:spacing w:line="360" w:lineRule="auto" w:after="0"/>
        <w:ind w:firstLine="283"/>
      </w:pPr>
      <w:r>
        <w:t>"Elias."</w:t>
      </w:r>
    </w:p>
    <w:p>
      <w:pPr>
        <w:spacing w:line="360" w:lineRule="auto" w:after="0"/>
        <w:ind w:firstLine="283"/>
      </w:pPr>
      <w:r>
        <w:t>"I did that." His voice cracked straight across. "And you didn't. And one of us is going to have to live with it, and I think it's both of us."</w:t>
      </w:r>
    </w:p>
    <w:p>
      <w:pPr>
        <w:spacing w:line="360" w:lineRule="auto" w:after="0"/>
        <w:ind w:firstLine="283"/>
      </w:pPr>
      <w:r>
        <w:t>Vasryn did not answer. There was nothing in him that would. He went to the bed, and put his own hand over theirs, over hers, which was already cool. It was cool the way a hand is cool when the thing that warmed it has gone somewhere else. And for a moment, very faint, in the pale flat light before the window, he thought he saw her face doing a thing it had never done in life. It was perfectly still. It looked, for no reason he could give, like a person waiting to be asked a question.</w:t>
      </w:r>
    </w:p>
    <w:p>
      <w:pPr>
        <w:spacing w:line="360" w:lineRule="auto" w:after="0"/>
        <w:ind w:firstLine="283"/>
      </w:pPr>
      <w:r>
        <w:t>Then it was only a dead woman, in a bed, with her sons.</w:t>
      </w:r>
    </w:p>
    <w:p>
      <w:pPr>
        <w:spacing w:line="360" w:lineRule="auto" w:after="0"/>
        <w:ind w:firstLine="283"/>
      </w:pPr>
      <w:r>
        <w:t>They buried her in the family ground behind the tanner's lane, on a day of thin rain. It was the old yard, the one with the leaning stones. There was Don, in the apron he'd put on because he didn't own another black thing, and Harrel with a loaf nobody ate, and Meret, who came down off the wall for the first time in Vasryn's memory and stood at the back with his staff. Their grandmother sat on a chair, because her knee wouldn't let her stand. Elias read what was to be read. He read it well.</w:t>
      </w:r>
    </w:p>
    <w:p>
      <w:pPr>
        <w:spacing w:line="360" w:lineRule="auto" w:after="0"/>
        <w:ind w:firstLine="283"/>
      </w:pPr>
      <w:r>
        <w:t>Vasryn dug.</w:t>
      </w:r>
    </w:p>
    <w:p>
      <w:pPr>
        <w:spacing w:line="360" w:lineRule="auto" w:after="0"/>
        <w:ind w:firstLine="283"/>
      </w:pPr>
      <w:r>
        <w:t>He had said he would. Nobody had argued. It's a strange thing, a grave, to dig with your own hands: the soil comes up in a dark clean smell, with worms in it, and the spade has a knack. You find it by the third foot. You stop thinking about the thing, and think only about the edges, to keep them square, and the floor, to keep it level. He did the work with the thorough, even attention he gave a gate, and when he had finished, and the hole was square and the floor was flat and level to the thumb, he stood in it up to his chest and looked up through the rain at the faces round the rim.</w:t>
      </w:r>
    </w:p>
    <w:p>
      <w:pPr>
        <w:spacing w:line="360" w:lineRule="auto" w:after="0"/>
        <w:ind w:firstLine="283"/>
      </w:pPr>
      <w:r>
        <w:t>"It's good," Don said. He did not raise his voice. "It's a good grave."</w:t>
      </w:r>
    </w:p>
    <w:p>
      <w:pPr>
        <w:spacing w:line="360" w:lineRule="auto" w:after="0"/>
        <w:ind w:firstLine="283"/>
      </w:pPr>
      <w:r>
        <w:t>"I know."</w:t>
      </w:r>
    </w:p>
    <w:p>
      <w:pPr>
        <w:spacing w:line="360" w:lineRule="auto" w:after="0"/>
        <w:ind w:firstLine="283"/>
      </w:pPr>
      <w:r>
        <w:t>"I'm only saying."</w:t>
      </w:r>
    </w:p>
    <w:p>
      <w:pPr>
        <w:spacing w:line="360" w:lineRule="auto" w:after="0"/>
        <w:ind w:firstLine="283"/>
      </w:pPr>
      <w:r>
        <w:t>They lowered her in. There was nothing to it. She was a small woman. After a while the soil was back, and the mound, and Elias stood at its head with his hands behind him and his left hand shaking against his coat.</w:t>
      </w:r>
    </w:p>
    <w:p>
      <w:pPr>
        <w:spacing w:line="360" w:lineRule="auto" w:after="0"/>
        <w:ind w:firstLine="283"/>
      </w:pPr>
      <w:r>
        <w:t>Afterward, in the kitchen, nobody could eat. The old woman sat at the table. She did not speak. She had the good cup in her hand, the pale one, with the chip turned to the far side, and she held it in both hands as if it were warm.</w:t>
      </w:r>
    </w:p>
    <w:p>
      <w:pPr>
        <w:spacing w:line="360" w:lineRule="auto" w:after="0"/>
        <w:ind w:firstLine="283"/>
      </w:pPr>
      <w:r>
        <w:t>"She turned it," she said, to nobody. "Before. When she was a girl. I never taught her."</w:t>
      </w:r>
    </w:p>
    <w:p>
      <w:pPr>
        <w:spacing w:line="360" w:lineRule="auto" w:after="0"/>
        <w:ind w:firstLine="283"/>
      </w:pPr>
      <w:r>
        <w:t>It was the only thing she said all day.</w:t>
      </w:r>
    </w:p>
    <w:p>
      <w:pPr>
        <w:spacing w:line="360" w:lineRule="auto" w:after="0"/>
        <w:ind w:firstLine="283"/>
      </w:pPr>
      <w:r>
        <w:t>Elias had sat down across from her. He didn't look at Vasryn. He didn't look at the cup. He sat with his clean left hand flat on the table, and Vasryn, in the doorway, thought with a weariness that was nearly tenderness: He believes he honored her. And he thought, with no less certainty, so do I.</w:t>
      </w:r>
    </w:p>
    <w:p>
      <w:pPr>
        <w:spacing w:line="360" w:lineRule="auto" w:after="0"/>
        <w:ind w:firstLine="283"/>
      </w:pPr>
      <w:r>
        <w:t>The dented copper pot, off the shelf, lay on the floor where it had fallen. Someone had knocked it. Nobody picked it up.</w:t>
      </w:r>
    </w:p>
    <w:p>
      <w:pPr>
        <w:ind w:firstLine="0"/>
        <w:jc w:val="center"/>
      </w:pPr>
      <w:r>
        <w:rPr>
          <w:color w:val="AAAAAA"/>
        </w:rPr>
        <w:t>❖</w:t>
      </w:r>
    </w:p>
    <w:p>
      <w:pPr>
        <w:spacing w:line="360" w:lineRule="auto" w:after="0"/>
        <w:ind w:firstLine="283"/>
      </w:pPr>
      <w:r>
        <w:t>Act I — We Understand Him</w:t>
      </w:r>
    </w:p>
    <w:p>
      <w:pPr>
        <w:spacing w:line="360" w:lineRule="auto" w:after="0"/>
        <w:ind w:firstLine="283"/>
      </w:pPr>
      <w:r>
        <w:t>Elias sat at the third desk from the door. The chair had a short leg. He had fixed it the first week with a fold of old ledger and never looked at it again. The fix held. That was enough.</w:t>
      </w:r>
    </w:p>
    <w:p>
      <w:pPr>
        <w:spacing w:line="360" w:lineRule="auto" w:after="0"/>
        <w:ind w:firstLine="283"/>
      </w:pPr>
      <w:r>
        <w:t>The pen was in his left hand. The left hand had been the mother's — the dough, the board, the cup. Vasryn had taken the wall's right hand. Elias had taken the ink. Both grips held. Only one of them bled.</w:t>
      </w:r>
    </w:p>
    <w:p>
      <w:pPr>
        <w:spacing w:line="360" w:lineRule="auto" w:after="0"/>
        <w:ind w:firstLine="283"/>
      </w:pPr>
      <w:r>
        <w:t>The ink was already in the grain of his finger. He did not wash it. He had stopped trying years ago. The stain was the work. The work was the payment.</w:t>
      </w:r>
    </w:p>
    <w:p>
      <w:pPr>
        <w:spacing w:line="360" w:lineRule="auto" w:after="0"/>
        <w:ind w:firstLine="283"/>
      </w:pPr>
      <w:r>
        <w:t>The ink was on his finger. The ink had been on his finger for years. It had stained the grain of the skin — old, in the grain, the kind that do not wash out.</w:t>
      </w:r>
    </w:p>
    <w:p>
      <w:pPr>
        <w:spacing w:line="360" w:lineRule="auto" w:after="0"/>
        <w:ind w:firstLine="283"/>
      </w:pPr>
      <w:r>
        <w:t>The page was on the desk. The page was a household form. Three columns at the head, a column down the right edge for the authorization. He set the nib to the page. The clerk's nib — cut at the angle, ground at the corner, the kind that holds its line. He wrote the name. He wrote the date. He wrote the household. The three were the entry.</w:t>
      </w:r>
    </w:p>
    <w:p>
      <w:pPr>
        <w:spacing w:line="360" w:lineRule="auto" w:after="0"/>
        <w:ind w:firstLine="283"/>
      </w:pPr>
      <w:r>
        <w:t>He set the page on the stack. He drew the next page from the drawer. He set the nib to the page.</w:t>
      </w:r>
    </w:p>
    <w:p>
      <w:pPr>
        <w:spacing w:line="360" w:lineRule="auto" w:after="0"/>
        <w:ind w:firstLine="283"/>
      </w:pPr>
      <w:r>
        <w:t>The stain on his finger had darkened by the third year. By the fifth year, the stain had gone into the grain. By the seventh year, the hand wrote the form.</w:t>
      </w:r>
    </w:p>
    <w:p>
      <w:pPr>
        <w:spacing w:line="360" w:lineRule="auto" w:after="0"/>
        <w:ind w:firstLine="283"/>
      </w:pPr>
      <w:r>
        <w:t>The scar was on his jaw. The scar was where he had fallen off the scaffold at Koric at fourteen, the year before the mother died. The scaffold had been set against the east wall — the lean, the flood year's lean, the wall that leaned a hand's width. Elias had gone up to look. The plank had given. He had come down on the jaw.</w:t>
      </w:r>
    </w:p>
    <w:p>
      <w:pPr>
        <w:spacing w:line="360" w:lineRule="auto" w:after="0"/>
        <w:ind w:firstLine="283"/>
      </w:pPr>
      <w:r>
        <w:t>The wall still leaned. Vasryn had carried the stone on his own back for a season, one basket at a time, and patched the lean with lime and rubble. Elias had gone north and come back with a Registry man and an offer: record the wall, enter the town's name in the book, and the Core would send the stone. Vasryn had carried the stone. Elias had carried the ink.</w:t>
      </w:r>
    </w:p>
    <w:p>
      <w:pPr>
        <w:spacing w:line="360" w:lineRule="auto" w:after="0"/>
        <w:ind w:firstLine="283"/>
      </w:pPr>
      <w:r>
        <w:t>Paper doesn't bleed, Vasryn had said, on the scaffold, the day they finished. The unforgivable thing. The true one. Elias had stood on the scaffold and looked at his brother and had not said anything.</w:t>
      </w:r>
    </w:p>
    <w:p>
      <w:pPr>
        <w:spacing w:line="360" w:lineRule="auto" w:after="0"/>
        <w:ind w:firstLine="283"/>
      </w:pPr>
      <w:r>
        <w:t>He had walked into the Registry house at Cael a week later. The house was east of the ridge. The house had a clerk at the door, a chair in the back, a stain on the floor. The stain was where the ink had spilled years ago. No one had cleaned it. The stained-hands man was in the back room. The man had old stains — keeper's stains, the kind that do not wash out. The man had looked at Elias and asked him one question.</w:t>
      </w:r>
    </w:p>
    <w:p>
      <w:pPr>
        <w:spacing w:line="360" w:lineRule="auto" w:after="0"/>
        <w:ind w:firstLine="283"/>
      </w:pPr>
      <w:r>
        <w:t>What are you owed?</w:t>
      </w:r>
    </w:p>
    <w:p>
      <w:pPr>
        <w:spacing w:line="360" w:lineRule="auto" w:after="0"/>
        <w:ind w:firstLine="283"/>
      </w:pPr>
      <w:r>
        <w:t>Elias had stood in the back room. The chair was a chair with a short leg. The leg was short by a finger's width. The chair rocked when he sat. The stained-hands man had watched the chair rock.</w:t>
      </w:r>
    </w:p>
    <w:p>
      <w:pPr>
        <w:spacing w:line="360" w:lineRule="auto" w:after="0"/>
        <w:ind w:firstLine="283"/>
      </w:pPr>
      <w:r>
        <w:t>Nothing, Elias had said. I wanted to be the one who pays.</w:t>
      </w:r>
    </w:p>
    <w:p>
      <w:pPr>
        <w:spacing w:line="360" w:lineRule="auto" w:after="0"/>
        <w:ind w:firstLine="283"/>
      </w:pPr>
      <w:r>
        <w:t>The man had written it down. The man had given him the chair.</w:t>
      </w:r>
    </w:p>
    <w:p>
      <w:pPr>
        <w:spacing w:line="360" w:lineRule="auto" w:after="0"/>
        <w:ind w:firstLine="283"/>
      </w:pPr>
      <w:r>
        <w:t>The chair was the chair he sat in now. The fold of paper under the short leg was the fold he had set there the first week. The pen was in his left hand. The page was on the desk.</w:t>
      </w:r>
    </w:p>
    <w:p>
      <w:pPr>
        <w:spacing w:line="360" w:lineRule="auto" w:after="0"/>
        <w:ind w:firstLine="283"/>
      </w:pPr>
      <w:r>
        <w:t>The form on the desk was a household form. He had not asked whose household. The name at the head was the name on the tax rolls. The name the mother had refused all her life — Agnes. Agnes was the name the Registry used. Agnes was the name the mother had not let her sons say. The household form had the name at the head. He had written the date. He had written the household. He had signed the authorization.</w:t>
      </w:r>
    </w:p>
    <w:p>
      <w:pPr>
        <w:spacing w:line="360" w:lineRule="auto" w:after="0"/>
        <w:ind w:firstLine="283"/>
      </w:pPr>
      <w:r>
        <w:t>He had signed the form. The form had gone to the door. The door had gone to the road. The road had gone to the kitchen on Miller's Lane.</w:t>
      </w:r>
    </w:p>
    <w:p>
      <w:pPr>
        <w:spacing w:line="360" w:lineRule="auto" w:after="0"/>
        <w:ind w:firstLine="283"/>
      </w:pPr>
      <w:r>
        <w:t>The kitchen on Miller's Lane. The flour on the board. The copper pot on the hob — the one with the dent. The dent was the year the pot had fallen, the year the mother had been taken. The grandmother had kept the pot. The grandmother had mended nothing else that year. The dent had stayed.</w:t>
      </w:r>
    </w:p>
    <w:p>
      <w:pPr>
        <w:spacing w:line="360" w:lineRule="auto" w:after="0"/>
        <w:ind w:firstLine="283"/>
      </w:pPr>
      <w:r>
        <w:t>The chipped cup was at the mother's place at the table. The chip was turned to the far side. The mother had turned it. The mother had turned it every morning for as long as he could remember. The chip was the chip he had made himself, years back, dropping the cup into the wash basin. The mother had kept the cup. The mother had turned the chip to the far side.</w:t>
      </w:r>
    </w:p>
    <w:p>
      <w:pPr>
        <w:spacing w:line="360" w:lineRule="auto" w:after="0"/>
        <w:ind w:firstLine="283"/>
      </w:pPr>
      <w:r>
        <w:t>The form had the name at the head. He had not asked whose name. He had not read it. He had read the format, not the name. The format was the work. The name was a column.</w:t>
      </w:r>
    </w:p>
    <w:p>
      <w:pPr>
        <w:spacing w:line="360" w:lineRule="auto" w:after="0"/>
        <w:ind w:firstLine="283"/>
      </w:pPr>
      <w:r>
        <w:t>He had not gone back. The stain on his finger had darkened by then. The pen had taught him the ink.</w:t>
      </w:r>
    </w:p>
    <w:p>
      <w:pPr>
        <w:spacing w:line="360" w:lineRule="auto" w:after="0"/>
        <w:ind w:firstLine="283"/>
      </w:pPr>
      <w:r>
        <w:t>The form on the desk now was another household form. The household was not the mother's. The household was another's. There was always another. The pen was in his left hand. The ink was on his finger. The chair had a short leg. The fold of paper held. He set the nib to the page. He wrote the name. He wrote the date. He wrote the household.</w:t>
      </w:r>
    </w:p>
    <w:p>
      <w:pPr>
        <w:spacing w:line="360" w:lineRule="auto" w:after="0"/>
        <w:ind w:firstLine="283"/>
      </w:pPr>
      <w:r>
        <w:t>The page went on the stack. The drawer gave the next page. The nib cut the line. The hand did the hand's work.</w:t>
      </w:r>
    </w:p>
    <w:p>
      <w:pPr>
        <w:spacing w:line="360" w:lineRule="auto" w:after="0"/>
        <w:ind w:firstLine="283"/>
      </w:pPr>
      <w:r>
        <w:t>Down the room, the other clerks wrote. The scratch of the nibs was the room's sound. The form took the names and held them.</w:t>
      </w:r>
    </w:p>
    <w:p>
      <w:pPr>
        <w:spacing w:line="360" w:lineRule="auto" w:after="0"/>
        <w:ind w:firstLine="283"/>
      </w:pPr>
      <w:r>
        <w:t>Elias sat at the desk. The desk was the third from the door.</w:t>
      </w:r>
    </w:p>
    <w:p>
      <w:pPr>
        <w:spacing w:before="360" w:after="240"/>
        <w:ind w:firstLine="0"/>
        <w:jc w:val="center"/>
      </w:pPr>
      <w:r>
        <w:rPr>
          <w:b/>
          <w:i/>
          <w:color w:val="333333"/>
          <w:sz w:val="26"/>
        </w:rPr>
        <w:t>Step 9 — The First Montante (Vasryn)</w:t>
      </w:r>
    </w:p>
    <w:p>
      <w:pPr>
        <w:spacing w:line="360" w:lineRule="auto" w:after="0"/>
        <w:ind w:firstLine="283"/>
      </w:pPr>
      <w:r>
        <w:t>‖ ∧</w:t>
      </w:r>
    </w:p>
    <w:p>
      <w:pPr>
        <w:spacing w:line="360" w:lineRule="auto" w:after="0"/>
        <w:ind w:firstLine="283"/>
      </w:pPr>
      <w:r>
        <w:t>The man came up the east road at lamp-lighting, walking down the middle of the salt line as if someone had laid it for him.</w:t>
      </w:r>
    </w:p>
    <w:p>
      <w:pPr>
        <w:spacing w:line="360" w:lineRule="auto" w:after="0"/>
        <w:ind w:firstLine="283"/>
      </w:pPr>
      <w:r>
        <w:t>Vasryn saw him from the wall and thought, first, the smith will want paying for that. The line was white and the man's heels were not. Every step left a bruise in the salt, grey going to black, spreading a hand's width either side like damp through cloth. A quarter league of fresh silver-work, and he was walking it dirty.</w:t>
      </w:r>
    </w:p>
    <w:p>
      <w:pPr>
        <w:spacing w:line="360" w:lineRule="auto" w:after="0"/>
        <w:ind w:firstLine="283"/>
      </w:pPr>
      <w:r>
        <w:t>"Hm," said Meret, from his stool.</w:t>
      </w:r>
    </w:p>
    <w:p>
      <w:pPr>
        <w:spacing w:line="360" w:lineRule="auto" w:after="0"/>
        <w:ind w:firstLine="283"/>
      </w:pPr>
      <w:r>
        <w:t>"You see him."</w:t>
      </w:r>
    </w:p>
    <w:p>
      <w:pPr>
        <w:spacing w:line="360" w:lineRule="auto" w:after="0"/>
        <w:ind w:firstLine="283"/>
      </w:pPr>
      <w:r>
        <w:t>"I see a man very sure of his road." Meret did not unfold his hands from the staff. "Go down. Ask his business. Don't take the iron."</w:t>
      </w:r>
    </w:p>
    <w:p>
      <w:pPr>
        <w:spacing w:line="360" w:lineRule="auto" w:after="0"/>
        <w:ind w:firstLine="283"/>
      </w:pPr>
      <w:r>
        <w:t>"He's on the line."</w:t>
      </w:r>
    </w:p>
    <w:p>
      <w:pPr>
        <w:spacing w:line="360" w:lineRule="auto" w:after="0"/>
        <w:ind w:firstLine="283"/>
      </w:pPr>
      <w:r>
        <w:t>"I've looked at the line a year, lad. Don't take the iron."</w:t>
      </w:r>
    </w:p>
    <w:p>
      <w:pPr>
        <w:spacing w:line="360" w:lineRule="auto" w:after="0"/>
        <w:ind w:firstLine="283"/>
      </w:pPr>
      <w:r>
        <w:t>Vasryn took the iron.</w:t>
      </w:r>
    </w:p>
    <w:p>
      <w:pPr>
        <w:spacing w:line="360" w:lineRule="auto" w:after="0"/>
        <w:ind w:firstLine="283"/>
      </w:pPr>
      <w:r>
        <w:t>It lived in the watch-room behind the east post, wedged between the water barrel and the wall, where it got in the way of everything. A montante: five feet of blade and grip, the length of a short man and about as useful indoors. In nine years it had broken a shelf, two stools and the patience of the town clerk. Mostly it had been a lever. It had lifted stuck gate-bars, pried wheels out of ruts, and once got Brindle out from under the cooper's rack. He unwrapped it the way he did for those jobs, without looking, and carried it down the wall stair with the point held clear of his own feet, which he had learned the hard way.</w:t>
      </w:r>
    </w:p>
    <w:p>
      <w:pPr>
        <w:spacing w:line="360" w:lineRule="auto" w:after="0"/>
        <w:ind w:firstLine="283"/>
      </w:pPr>
      <w:r>
        <w:t>The man had stopped short of the arch, as if it were a question he was deciding whether to answer.</w:t>
      </w:r>
    </w:p>
    <w:p>
      <w:pPr>
        <w:spacing w:line="360" w:lineRule="auto" w:after="0"/>
        <w:ind w:firstLine="283"/>
      </w:pPr>
      <w:r>
        <w:t>Up close he was Hob Tallis. Vasryn knew him the way you know anyone who's been gone: by the ears. Carter's son. Went east with the line crews three summers back, owing Harrel two loaves and a joke.</w:t>
      </w:r>
    </w:p>
    <w:p>
      <w:pPr>
        <w:spacing w:line="360" w:lineRule="auto" w:after="0"/>
        <w:ind w:firstLine="283"/>
      </w:pPr>
      <w:r>
        <w:t>Hob had lost his hair and half his weight. His arms were inked to the elbow, and not in the Registry's neat iron-gall. This was brown-black and wet, and it moved. It lay on him in rows of small tight script, crowding up through the skin as though the page were too small. On the inside of his left wrist was a short line with a gap in the middle, like a stroke someone had started twice.</w:t>
      </w:r>
    </w:p>
    <w:p>
      <w:pPr>
        <w:spacing w:line="360" w:lineRule="auto" w:after="0"/>
        <w:ind w:firstLine="283"/>
      </w:pPr>
      <w:r>
        <w:t>Brindle, who barked at cats and weather and the idea of Tuesday, lay down flat at the foot of the gate and put his chin on his paws.</w:t>
      </w:r>
    </w:p>
    <w:p>
      <w:pPr>
        <w:spacing w:line="360" w:lineRule="auto" w:after="0"/>
        <w:ind w:firstLine="283"/>
      </w:pPr>
      <w:r>
        <w:t>"Hob," Vasryn said. "You've lost weight."</w:t>
      </w:r>
    </w:p>
    <w:p>
      <w:pPr>
        <w:spacing w:line="360" w:lineRule="auto" w:after="0"/>
        <w:ind w:firstLine="283"/>
      </w:pPr>
      <w:r>
        <w:t>"Vasryn." Same pleasant voice. "You haven't."</w:t>
      </w:r>
    </w:p>
    <w:p>
      <w:pPr>
        <w:spacing w:line="360" w:lineRule="auto" w:after="0"/>
        <w:ind w:firstLine="283"/>
      </w:pPr>
      <w:r>
        <w:t>"I'm told it's the bread."</w:t>
      </w:r>
    </w:p>
    <w:p>
      <w:pPr>
        <w:spacing w:line="360" w:lineRule="auto" w:after="0"/>
        <w:ind w:firstLine="283"/>
      </w:pPr>
      <w:r>
        <w:t>Hob smiled. His teeth were fine. His gums were black. "Mind the margin," he said, kindly, the way you give a man directions, and walked past him into the arch.</w:t>
      </w:r>
    </w:p>
    <w:p>
      <w:pPr>
        <w:spacing w:line="360" w:lineRule="auto" w:after="0"/>
        <w:ind w:firstLine="283"/>
      </w:pPr>
      <w:r>
        <w:t>The lamp over the gate went out. It didn't gutter. It went the way a word goes out of your head between one look and the next.</w:t>
      </w:r>
    </w:p>
    <w:p>
      <w:pPr>
        <w:spacing w:line="360" w:lineRule="auto" w:after="0"/>
        <w:ind w:firstLine="283"/>
      </w:pPr>
      <w:r>
        <w:t>Vasryn stepped across the arch with the blade held low and crosswise, a bar. It was what the gate was for. "There's a gate-book. Anyone from the east gets entered. It's a long form. I'm sorry."</w:t>
      </w:r>
    </w:p>
    <w:p>
      <w:pPr>
        <w:spacing w:line="360" w:lineRule="auto" w:after="0"/>
        <w:ind w:firstLine="283"/>
      </w:pPr>
      <w:r>
        <w:t>"Then enter me."</w:t>
      </w:r>
    </w:p>
    <w:p>
      <w:pPr>
        <w:spacing w:line="360" w:lineRule="auto" w:after="0"/>
        <w:ind w:firstLine="283"/>
      </w:pPr>
      <w:r>
        <w:t>Hob's hand came up, fingers spread, and flicked, like a man shaking a pen. A string of ink went off his fingertips and struck the hoop-rack in the cooper's row.</w:t>
      </w:r>
    </w:p>
    <w:p>
      <w:pPr>
        <w:spacing w:line="360" w:lineRule="auto" w:after="0"/>
        <w:ind w:firstLine="283"/>
      </w:pPr>
      <w:r>
        <w:t>The hoops did not burn. They went soft and dark, and then small tidy letters pushed up through the oak, row on row, and the rack sagged on its pegs like something relieved of a long duty.</w:t>
      </w:r>
    </w:p>
    <w:p>
      <w:pPr>
        <w:spacing w:line="360" w:lineRule="auto" w:after="0"/>
        <w:ind w:firstLine="283"/>
      </w:pPr>
      <w:r>
        <w:t>From the yard came Don's voice, not raised. "Vasryn." Then, since it needed saying: "That was a good rack."</w:t>
      </w:r>
    </w:p>
    <w:p>
      <w:pPr>
        <w:spacing w:line="360" w:lineRule="auto" w:after="0"/>
        <w:ind w:firstLine="283"/>
      </w:pPr>
      <w:r>
        <w:t>"Get inside," Vasryn said, to the yard, to the row, to a lane of shutters with children behind them. They closed one by one. He was grateful to every one.</w:t>
      </w:r>
    </w:p>
    <w:p>
      <w:pPr>
        <w:spacing w:line="360" w:lineRule="auto" w:after="0"/>
        <w:ind w:firstLine="283"/>
      </w:pPr>
      <w:r>
        <w:t>Hob came on.</w:t>
      </w:r>
    </w:p>
    <w:p>
      <w:pPr>
        <w:spacing w:line="360" w:lineRule="auto" w:after="0"/>
        <w:ind w:firstLine="283"/>
      </w:pPr>
      <w:r>
        <w:t>Vasryn cut. A real cut, wide, two hands, the way you swing five feet of iron when you have a street to swing it in.</w:t>
      </w:r>
    </w:p>
    <w:p>
      <w:pPr>
        <w:spacing w:line="360" w:lineRule="auto" w:after="0"/>
        <w:ind w:firstLine="283"/>
      </w:pPr>
      <w:r>
        <w:t>The street was the cooper's row. Nine feet across, with an awning pole at every second door.</w:t>
      </w:r>
    </w:p>
    <w:p>
      <w:pPr>
        <w:spacing w:line="360" w:lineRule="auto" w:after="0"/>
        <w:ind w:firstLine="283"/>
      </w:pPr>
      <w:r>
        <w:t>The blade bit the next hoop-rack and stuck. Rings cascaded over the cobbles like a dropped tray of bells. He had walked this row every day for twenty-seven years. He had never once had to think in it with a sword.</w:t>
      </w:r>
    </w:p>
    <w:p>
      <w:pPr>
        <w:spacing w:line="360" w:lineRule="auto" w:after="0"/>
        <w:ind w:firstLine="283"/>
      </w:pPr>
      <w:r>
        <w:t>Hob's hand closed on his left forearm. Not a blow, a grip, wet and cold as a fish. The sleeve parted where the fingers lay, and the skin beneath, and something went into the cut that was not pain at first. It was being read. Then the pain arrived, late and with apologies.</w:t>
      </w:r>
    </w:p>
    <w:p>
      <w:pPr>
        <w:spacing w:line="360" w:lineRule="auto" w:after="0"/>
        <w:ind w:firstLine="283"/>
      </w:pPr>
      <w:r>
        <w:t>Vasryn tore free. His feet had already begun to move before he decided anything. They set, wide. His right hand wanted his sternum. His weight sank toward the heels. The first step of the form, the whole body leaning into it like a door toward a draught.</w:t>
      </w:r>
    </w:p>
    <w:p>
      <w:pPr>
        <w:spacing w:line="360" w:lineRule="auto" w:after="0"/>
        <w:ind w:firstLine="283"/>
      </w:pPr>
      <w:r>
        <w:t>He knew what it would cost. Not by number. He knew it the way he knew the stairs in the dark.</w:t>
      </w:r>
    </w:p>
    <w:p>
      <w:pPr>
        <w:spacing w:line="360" w:lineRule="auto" w:after="0"/>
        <w:ind w:firstLine="283"/>
      </w:pPr>
      <w:r>
        <w:t>Not in the street. Not for Hob.</w:t>
      </w:r>
    </w:p>
    <w:p>
      <w:pPr>
        <w:spacing w:line="360" w:lineRule="auto" w:after="0"/>
        <w:ind w:firstLine="283"/>
      </w:pPr>
      <w:r>
        <w:t>He killed the step halfway. It left him on one leg like a heron with a grievance, and Hob drove a shoulder into his ribs and put him against the wall of Don's yard with five feet of blade pinned between his body and the stone.</w:t>
      </w:r>
    </w:p>
    <w:p>
      <w:pPr>
        <w:spacing w:line="360" w:lineRule="auto" w:after="0"/>
        <w:ind w:firstLine="283"/>
      </w:pPr>
      <w:r>
        <w:t>A sword in a street is a pole. A sword in a street with your back to a wall is a very long way of saying you're in trouble.</w:t>
      </w:r>
    </w:p>
    <w:p>
      <w:pPr>
        <w:spacing w:line="360" w:lineRule="auto" w:after="0"/>
        <w:ind w:firstLine="283"/>
      </w:pPr>
      <w:r>
        <w:t>Hob's fingers came toward his face, trailing ink.</w:t>
      </w:r>
    </w:p>
    <w:p>
      <w:pPr>
        <w:spacing w:line="360" w:lineRule="auto" w:after="0"/>
        <w:ind w:firstLine="283"/>
      </w:pPr>
      <w:r>
        <w:t>Vasryn did what he did with a stuck gate.</w:t>
      </w:r>
    </w:p>
    <w:p>
      <w:pPr>
        <w:spacing w:line="360" w:lineRule="auto" w:after="0"/>
        <w:ind w:firstLine="283"/>
      </w:pPr>
      <w:r>
        <w:t>He let go with his left hand and slid it up the blade to the blunt stretch above the guard, where the iron had never been sharpened, and the sword stopped being a sword and became a lever eighteen inches long. The crossguard went into the crook of Hob's elbow like a hook into a chain. He turned from the hip, hard, the way you turn a hasp.</w:t>
      </w:r>
    </w:p>
    <w:p>
      <w:pPr>
        <w:spacing w:line="360" w:lineRule="auto" w:after="0"/>
        <w:ind w:firstLine="283"/>
      </w:pPr>
      <w:r>
        <w:t>The arm went the way hasps go: a quarter-inch of resistance, then all at once.</w:t>
      </w:r>
    </w:p>
    <w:p>
      <w:pPr>
        <w:spacing w:line="360" w:lineRule="auto" w:after="0"/>
        <w:ind w:firstLine="283"/>
      </w:pPr>
      <w:r>
        <w:t>Hob made a small noise, like a clerk finding an error.</w:t>
      </w:r>
    </w:p>
    <w:p>
      <w:pPr>
        <w:spacing w:line="360" w:lineRule="auto" w:after="0"/>
        <w:ind w:firstLine="283"/>
      </w:pPr>
      <w:r>
        <w:t>Vasryn brought the point round, short, put it under the breastbone, and leaned.</w:t>
      </w:r>
    </w:p>
    <w:p>
      <w:pPr>
        <w:spacing w:line="360" w:lineRule="auto" w:after="0"/>
        <w:ind w:firstLine="283"/>
      </w:pPr>
      <w:r>
        <w:t>It took less than he'd braced for. That was the worst of it.</w:t>
      </w:r>
    </w:p>
    <w:p>
      <w:pPr>
        <w:spacing w:line="360" w:lineRule="auto" w:after="0"/>
        <w:ind w:firstLine="283"/>
      </w:pPr>
      <w:r>
        <w:t>What came out was not blood. It came slowly, as if reluctant, dark and thick, and it didn't pool. It spread across the cobbles in small tight lines, writing, and the stones drank it.</w:t>
      </w:r>
    </w:p>
    <w:p>
      <w:pPr>
        <w:spacing w:line="360" w:lineRule="auto" w:after="0"/>
        <w:ind w:firstLine="283"/>
      </w:pPr>
      <w:r>
        <w:t>Hob looked down. For a moment the black went out of his eyes, and he was a carter's son with a bad joke.</w:t>
      </w:r>
    </w:p>
    <w:p>
      <w:pPr>
        <w:spacing w:line="360" w:lineRule="auto" w:after="0"/>
        <w:ind w:firstLine="283"/>
      </w:pPr>
      <w:r>
        <w:t>"Is Harrel still sore about the loaves?"</w:t>
      </w:r>
    </w:p>
    <w:p>
      <w:pPr>
        <w:spacing w:line="360" w:lineRule="auto" w:after="0"/>
        <w:ind w:firstLine="283"/>
      </w:pPr>
      <w:r>
        <w:t>"He's sorer."</w:t>
      </w:r>
    </w:p>
    <w:p>
      <w:pPr>
        <w:spacing w:line="360" w:lineRule="auto" w:after="0"/>
        <w:ind w:firstLine="283"/>
      </w:pPr>
      <w:r>
        <w:t>"Tell him I'm good for them."</w:t>
      </w:r>
    </w:p>
    <w:p>
      <w:pPr>
        <w:spacing w:line="360" w:lineRule="auto" w:after="0"/>
        <w:ind w:firstLine="283"/>
      </w:pPr>
      <w:r>
        <w:t>Then he wasn't anything.</w:t>
      </w:r>
    </w:p>
    <w:p>
      <w:pPr>
        <w:spacing w:line="360" w:lineRule="auto" w:after="0"/>
        <w:ind w:firstLine="283"/>
      </w:pPr>
      <w:r>
        <w:t>Nobody came out for a while. Then Don did, carrying a broom because his hands needed a thing to be. He looked at the racks, the letters crawling slow over the cobbles, the man.</w:t>
      </w:r>
    </w:p>
    <w:p>
      <w:pPr>
        <w:spacing w:line="360" w:lineRule="auto" w:after="0"/>
        <w:ind w:firstLine="283"/>
      </w:pPr>
      <w:r>
        <w:t>"Hob Tallis."</w:t>
      </w:r>
    </w:p>
    <w:p>
      <w:pPr>
        <w:spacing w:line="360" w:lineRule="auto" w:after="0"/>
        <w:ind w:firstLine="283"/>
      </w:pPr>
      <w:r>
        <w:t>"Yes."</w:t>
      </w:r>
    </w:p>
    <w:p>
      <w:pPr>
        <w:spacing w:line="360" w:lineRule="auto" w:after="0"/>
        <w:ind w:firstLine="283"/>
      </w:pPr>
      <w:r>
        <w:t>"His mother's still in the tanner's lane."</w:t>
      </w:r>
    </w:p>
    <w:p>
      <w:pPr>
        <w:spacing w:line="360" w:lineRule="auto" w:after="0"/>
        <w:ind w:firstLine="283"/>
      </w:pPr>
      <w:r>
        <w:t>"I know."</w:t>
      </w:r>
    </w:p>
    <w:p>
      <w:pPr>
        <w:spacing w:line="360" w:lineRule="auto" w:after="0"/>
        <w:ind w:firstLine="283"/>
      </w:pPr>
      <w:r>
        <w:t>Don nodded. He leaned the broom against the wall and did not sweep.</w:t>
      </w:r>
    </w:p>
    <w:p>
      <w:pPr>
        <w:spacing w:line="360" w:lineRule="auto" w:after="0"/>
        <w:ind w:firstLine="283"/>
      </w:pPr>
      <w:r>
        <w:t>Up on the wall, Meret had not moved. Staff, stool, folded hands. After a while the old man lifted one hand an inch off the staff, a gesture he'd made for forty years that meant, as far as Vasryn had ever worked out, noted.</w:t>
      </w:r>
    </w:p>
    <w:p>
      <w:pPr>
        <w:spacing w:line="360" w:lineRule="auto" w:after="0"/>
        <w:ind w:firstLine="283"/>
      </w:pPr>
      <w:r>
        <w:t>Vasryn washed the arm at the trough. The cut was shallow and clean. Under it, from wrist toward elbow, ran a grey line the width of a thread. Not a scar, not a vein. A stroke, neat as a clerk's. When he pressed it, it didn't hurt. He closed the hand. The fingers closed a half-beat after he told them to. He told them again. Fine.</w:t>
      </w:r>
    </w:p>
    <w:p>
      <w:pPr>
        <w:spacing w:line="360" w:lineRule="auto" w:after="0"/>
        <w:ind w:firstLine="283"/>
      </w:pPr>
      <w:r>
        <w:t>He wrapped the iron and started up the wall stair, humming the way he always did, his grandfather's tune for the staves, three lines and a turn. He got two bars in and found the third wasn't there. Not forgotten. Not there, the way a stair isn't there when you put your foot down for it.</w:t>
      </w:r>
    </w:p>
    <w:p>
      <w:pPr>
        <w:spacing w:line="360" w:lineRule="auto" w:after="0"/>
        <w:ind w:firstLine="283"/>
      </w:pPr>
      <w:r>
        <w:t>He stood with his foot out. Then he started again from the top and got two bars.</w:t>
      </w:r>
    </w:p>
    <w:p>
      <w:pPr>
        <w:spacing w:line="360" w:lineRule="auto" w:after="0"/>
        <w:ind w:firstLine="283"/>
      </w:pPr>
      <w:r>
        <w:t>A man's allowed to lose a tune after he's killed a neighbour, he decided. He went up.</w:t>
      </w:r>
    </w:p>
    <w:p>
      <w:pPr>
        <w:spacing w:line="360" w:lineRule="auto" w:after="0"/>
        <w:ind w:firstLine="283"/>
      </w:pPr>
      <w:r>
        <w:t>"Fewer than left," Meret said, mildly, when he reached the post. "I did tell you."</w:t>
      </w:r>
    </w:p>
    <w:p>
      <w:pPr>
        <w:spacing w:line="360" w:lineRule="auto" w:after="0"/>
        <w:ind w:firstLine="283"/>
      </w:pPr>
      <w:r>
        <w:t>"You told me to leave the iron."</w:t>
      </w:r>
    </w:p>
    <w:p>
      <w:pPr>
        <w:spacing w:line="360" w:lineRule="auto" w:after="0"/>
        <w:ind w:firstLine="283"/>
      </w:pPr>
      <w:r>
        <w:t>"Aye. That too."</w:t>
      </w:r>
    </w:p>
    <w:p>
      <w:pPr>
        <w:spacing w:line="360" w:lineRule="auto" w:after="0"/>
        <w:ind w:firstLine="283"/>
      </w:pPr>
      <w:r>
        <w:t>The surveyor came at first light in a clean coat, with a form longer than the gate-book. He asked Vasryn to confirm the spelling of Tallis, the cause of death, and whether the deceased had been previously recorded.</w:t>
      </w:r>
    </w:p>
    <w:p>
      <w:pPr>
        <w:spacing w:line="360" w:lineRule="auto" w:after="0"/>
        <w:ind w:firstLine="283"/>
      </w:pPr>
      <w:r>
        <w:t>"He was a carter's son," Vasryn said.</w:t>
      </w:r>
    </w:p>
    <w:p>
      <w:pPr>
        <w:spacing w:line="360" w:lineRule="auto" w:after="0"/>
        <w:ind w:firstLine="283"/>
      </w:pPr>
      <w:r>
        <w:t>"That isn't a field."</w:t>
      </w:r>
    </w:p>
    <w:p>
      <w:pPr>
        <w:spacing w:line="360" w:lineRule="auto" w:after="0"/>
        <w:ind w:firstLine="283"/>
      </w:pPr>
      <w:r>
        <w:t>He told Harrel last, after the bread was out. Harrel went on sliding loaves for a while. Then he wrapped two in a cloth, put them in Vasryn's hands, and said, "Not for me."</w:t>
      </w:r>
    </w:p>
    <w:p>
      <w:pPr>
        <w:spacing w:line="360" w:lineRule="auto" w:after="0"/>
        <w:ind w:firstLine="283"/>
      </w:pPr>
      <w:r>
        <w:t>"No," Vasryn said, and took them to the tanner's lane.</w:t>
      </w:r>
    </w:p>
    <w:p>
      <w:pPr>
        <w:ind w:firstLine="0"/>
        <w:jc w:val="center"/>
      </w:pPr>
      <w:r>
        <w:rPr>
          <w:color w:val="AAAAAA"/>
        </w:rPr>
        <w:t>❖</w:t>
      </w:r>
    </w:p>
    <w:p>
      <w:pPr>
        <w:spacing w:before="360" w:after="240"/>
        <w:ind w:firstLine="0"/>
        <w:jc w:val="center"/>
      </w:pPr>
      <w:r>
        <w:rPr>
          <w:b/>
          <w:i/>
          <w:color w:val="333333"/>
          <w:sz w:val="26"/>
        </w:rPr>
        <w:t>Step 10 — The Last Day (Vasryn)</w:t>
      </w:r>
    </w:p>
    <w:p>
      <w:pPr>
        <w:spacing w:line="360" w:lineRule="auto" w:after="0"/>
        <w:ind w:firstLine="283"/>
      </w:pPr>
      <w:r>
        <w:t>‖ ∧ ☰</w:t>
      </w:r>
    </w:p>
    <w:p>
      <w:pPr>
        <w:spacing w:line="360" w:lineRule="auto" w:after="0"/>
        <w:ind w:firstLine="283"/>
      </w:pPr>
      <w:r>
        <w:t>The evening before, he came down off the wall at the sixth bell, and the town was exactly as it had been.</w:t>
      </w:r>
    </w:p>
    <w:p>
      <w:pPr>
        <w:spacing w:line="360" w:lineRule="auto" w:after="0"/>
        <w:ind w:firstLine="283"/>
      </w:pPr>
      <w:r>
        <w:t>That was the thing he'd have said, if asked. He was not asked. He walked the square in the long gold light with the heel of Harrel's loaf warm in his hand, and it was the same square, with the same trestle by the well that nobody had ever fixed and the same lamp at the same hour in the cooper's row. A dog barked at the wrong cat. Brindle, who had been two years old when he was seventeen and was now, by a fact he did not like to count, eleven, lay in the lane outside the bakehouse door with his chin on his paws, put out of the kitchen every morning for eleven years, and sighed through his nose.</w:t>
      </w:r>
    </w:p>
    <w:p>
      <w:pPr>
        <w:spacing w:line="360" w:lineRule="auto" w:after="0"/>
        <w:ind w:firstLine="283"/>
      </w:pPr>
      <w:r>
        <w:t>"You're late," Harrel said, without greeting.</w:t>
      </w:r>
    </w:p>
    <w:p>
      <w:pPr>
        <w:spacing w:line="360" w:lineRule="auto" w:after="0"/>
        <w:ind w:firstLine="283"/>
      </w:pPr>
      <w:r>
        <w:t>"I'm not late."</w:t>
      </w:r>
    </w:p>
    <w:p>
      <w:pPr>
        <w:spacing w:line="360" w:lineRule="auto" w:after="0"/>
        <w:ind w:firstLine="283"/>
      </w:pPr>
      <w:r>
        <w:t>"The oven door."</w:t>
      </w:r>
    </w:p>
    <w:p>
      <w:pPr>
        <w:spacing w:line="360" w:lineRule="auto" w:after="0"/>
        <w:ind w:firstLine="283"/>
      </w:pPr>
      <w:r>
        <w:t>"The hinge. I know. Tomorrow."</w:t>
      </w:r>
    </w:p>
    <w:p>
      <w:pPr>
        <w:spacing w:line="360" w:lineRule="auto" w:after="0"/>
        <w:ind w:firstLine="283"/>
      </w:pPr>
      <w:r>
        <w:t>"You said that yesterday."</w:t>
      </w:r>
    </w:p>
    <w:p>
      <w:pPr>
        <w:spacing w:line="360" w:lineRule="auto" w:after="0"/>
        <w:ind w:firstLine="283"/>
      </w:pPr>
      <w:r>
        <w:t>"I'll say it again tomorrow." He took the second heel, because Harrel held it out, and Harrel pretended not to. "The damper rod's straighter."</w:t>
      </w:r>
    </w:p>
    <w:p>
      <w:pPr>
        <w:spacing w:line="360" w:lineRule="auto" w:after="0"/>
        <w:ind w:firstLine="283"/>
      </w:pPr>
      <w:r>
        <w:t>"It was straighter before you looked at it."</w:t>
      </w:r>
    </w:p>
    <w:p>
      <w:pPr>
        <w:spacing w:line="360" w:lineRule="auto" w:after="0"/>
        <w:ind w:firstLine="283"/>
      </w:pPr>
      <w:r>
        <w:t>"It was bent."</w:t>
      </w:r>
    </w:p>
    <w:p>
      <w:pPr>
        <w:spacing w:line="360" w:lineRule="auto" w:after="0"/>
        <w:ind w:firstLine="283"/>
      </w:pPr>
      <w:r>
        <w:t>"It was mine." And Harrel, who had been grimly selling bread to the same square for thirty years, looked up at last, and his face did a thing it did perhaps twice a decade. It did not quite smile. It admitted something. "Go and eat. Your grandmother's got the bone on."</w:t>
      </w:r>
    </w:p>
    <w:p>
      <w:pPr>
        <w:spacing w:line="360" w:lineRule="auto" w:after="0"/>
        <w:ind w:firstLine="283"/>
      </w:pPr>
      <w:r>
        <w:t>Don was at the block with Orven Pike and a barrel, and Vasryn stopped to watch because he always did. Knock. Scrape. Knock. Orven said it leaked. Don said it was apple vinegar, and Orven said pears, and Don said, without raising his voice, "Twelve years, Orven." It would go on a while. It went on every week. It was the closest the town had to a liturgy, and nobody had ever once thought of stopping it.</w:t>
      </w:r>
    </w:p>
    <w:p>
      <w:pPr>
        <w:spacing w:line="360" w:lineRule="auto" w:after="0"/>
        <w:ind w:firstLine="283"/>
      </w:pPr>
      <w:r>
        <w:t>At the corner of Miller's Lane a child he did not know was drawing in the dust with a stick, a horse, or a house, or a horse that was a house. The wooden horse over the leather-seller's door hung on its two chains with one ear gone. It had gone in a gale, in the spring of the year he turned thirty-one. He had meant to mend it for sixteen years. He looked at it now with an affection he was a little ashamed of, and thought, as he had thought every evening, tomorrow.</w:t>
      </w:r>
    </w:p>
    <w:p>
      <w:pPr>
        <w:spacing w:line="360" w:lineRule="auto" w:after="0"/>
        <w:ind w:firstLine="283"/>
      </w:pPr>
      <w:r>
        <w:t>He did not mend it. He never did, and it did not occur to him, ever, that this was a way of keeping something.</w:t>
      </w:r>
    </w:p>
    <w:p>
      <w:pPr>
        <w:spacing w:line="360" w:lineRule="auto" w:after="0"/>
        <w:ind w:firstLine="283"/>
      </w:pPr>
      <w:r>
        <w:t>The kitchen was warm. The bone had been in the pot since the morning and the room smelled of it, and of yeast and smoke and the licorice sting of the apothecary water, and under that of flour and old wool. She was at the table. She was always at the table. Her left knee had been out since the frost, and she poured with the hand that shook.</w:t>
      </w:r>
    </w:p>
    <w:p>
      <w:pPr>
        <w:spacing w:line="360" w:lineRule="auto" w:after="0"/>
        <w:ind w:firstLine="283"/>
      </w:pPr>
      <w:r>
        <w:t>"You're late."</w:t>
      </w:r>
    </w:p>
    <w:p>
      <w:pPr>
        <w:spacing w:line="360" w:lineRule="auto" w:after="0"/>
        <w:ind w:firstLine="283"/>
      </w:pPr>
      <w:r>
        <w:t>"I'm the same time I am every day."</w:t>
      </w:r>
    </w:p>
    <w:p>
      <w:pPr>
        <w:spacing w:line="360" w:lineRule="auto" w:after="0"/>
        <w:ind w:firstLine="283"/>
      </w:pPr>
      <w:r>
        <w:t>"Then I'm late. Sit."</w:t>
      </w:r>
    </w:p>
    <w:p>
      <w:pPr>
        <w:spacing w:line="360" w:lineRule="auto" w:after="0"/>
        <w:ind w:firstLine="283"/>
      </w:pPr>
      <w:r>
        <w:t>He sat. The chipped cup, the pale one, stood at her place with the chip to the far side. On the shelf the dented copper pot sat in its place, dented on one side from a day he didn't think about, and he looked at the dent for exactly as long as he had looked at it every evening for twenty-four years, which was no time at all, and did not think about that either.</w:t>
      </w:r>
    </w:p>
    <w:p>
      <w:pPr>
        <w:spacing w:line="360" w:lineRule="auto" w:after="0"/>
        <w:ind w:firstLine="283"/>
      </w:pPr>
      <w:r>
        <w:t>They ate. They did not say much. She told him Harrel's wife had been put out of the church choir for a thing she'd said about the priest, and he told her the east wall had gained a finger's lean, and she said it would be the death of someone, and he said probably, in time. It was a good broth. He had two bowls.</w:t>
      </w:r>
    </w:p>
    <w:p>
      <w:pPr>
        <w:spacing w:line="360" w:lineRule="auto" w:after="0"/>
        <w:ind w:firstLine="283"/>
      </w:pPr>
      <w:r>
        <w:t>"The hinge," she said.</w:t>
      </w:r>
    </w:p>
    <w:p>
      <w:pPr>
        <w:spacing w:line="360" w:lineRule="auto" w:after="0"/>
        <w:ind w:firstLine="283"/>
      </w:pPr>
      <w:r>
        <w:t>"Tomorrow."</w:t>
      </w:r>
    </w:p>
    <w:p>
      <w:pPr>
        <w:spacing w:line="360" w:lineRule="auto" w:after="0"/>
        <w:ind w:firstLine="283"/>
      </w:pPr>
      <w:r>
        <w:t>"Tomorrow." She turned the cup, so the chip lay to the far side, though it was already there. "You say it like a prayer."</w:t>
      </w:r>
    </w:p>
    <w:p>
      <w:pPr>
        <w:spacing w:line="360" w:lineRule="auto" w:after="0"/>
        <w:ind w:firstLine="283"/>
      </w:pPr>
      <w:r>
        <w:t>"Is it a bad one?"</w:t>
      </w:r>
    </w:p>
    <w:p>
      <w:pPr>
        <w:spacing w:line="360" w:lineRule="auto" w:after="0"/>
        <w:ind w:firstLine="283"/>
      </w:pPr>
      <w:r>
        <w:t>"It's a very good one. I'd not stop." She looked at the window, where the lane lay in the last blue light with a lamp coming on in it. Something went across her face that he did not quite see. "I think tomorrow's a fine thing, Vasryn. I think it's the best thing we've got."</w:t>
      </w:r>
    </w:p>
    <w:p>
      <w:pPr>
        <w:spacing w:line="360" w:lineRule="auto" w:after="0"/>
        <w:ind w:firstLine="283"/>
      </w:pPr>
      <w:r>
        <w:t>"I'll do it first."</w:t>
      </w:r>
    </w:p>
    <w:p>
      <w:pPr>
        <w:spacing w:line="360" w:lineRule="auto" w:after="0"/>
        <w:ind w:firstLine="283"/>
      </w:pPr>
      <w:r>
        <w:t>"You'll do it after the wall."</w:t>
      </w:r>
    </w:p>
    <w:p>
      <w:pPr>
        <w:spacing w:line="360" w:lineRule="auto" w:after="0"/>
        <w:ind w:firstLine="283"/>
      </w:pPr>
      <w:r>
        <w:t>"After the wall."</w:t>
      </w:r>
    </w:p>
    <w:p>
      <w:pPr>
        <w:spacing w:line="360" w:lineRule="auto" w:after="0"/>
        <w:ind w:firstLine="283"/>
      </w:pPr>
      <w:r>
        <w:t>She was small in her own kitchen. The steam moved between them. The hearth-slate hung blank on its nail, as it always did, and he looked at it as he left, without thinking, the way you look at a clock.</w:t>
      </w:r>
    </w:p>
    <w:p>
      <w:pPr>
        <w:spacing w:line="360" w:lineRule="auto" w:after="0"/>
        <w:ind w:firstLine="283"/>
      </w:pPr>
      <w:r>
        <w:t>He stood in the doorway a moment longer than he needed to. He did not say anything out of the ordinary. It was an ordinary evening. The lane took his footsteps.</w:t>
      </w:r>
    </w:p>
    <w:p>
      <w:pPr>
        <w:spacing w:line="360" w:lineRule="auto" w:after="0"/>
        <w:ind w:firstLine="283"/>
      </w:pPr>
      <w:r>
        <w:t>Meret was on the wall. It was full dark. The old man's cloak lay round his shoulders and the staff leaned in its place, and the brazier was banked, the coals a dull orange under the ash.</w:t>
      </w:r>
    </w:p>
    <w:p>
      <w:pPr>
        <w:spacing w:line="360" w:lineRule="auto" w:after="0"/>
        <w:ind w:firstLine="283"/>
      </w:pPr>
      <w:r>
        <w:t>"Sit," Meret said. "You stand like a hinge."</w:t>
      </w:r>
    </w:p>
    <w:p>
      <w:pPr>
        <w:spacing w:line="360" w:lineRule="auto" w:after="0"/>
        <w:ind w:firstLine="283"/>
      </w:pPr>
      <w:r>
        <w:t>"Hinges wear."</w:t>
      </w:r>
    </w:p>
    <w:p>
      <w:pPr>
        <w:spacing w:line="360" w:lineRule="auto" w:after="0"/>
        <w:ind w:firstLine="283"/>
      </w:pPr>
      <w:r>
        <w:t>"They do. Sit anyway."</w:t>
      </w:r>
    </w:p>
    <w:p>
      <w:pPr>
        <w:spacing w:line="360" w:lineRule="auto" w:after="0"/>
        <w:ind w:firstLine="283"/>
      </w:pPr>
      <w:r>
        <w:t>He sat on the cold stone. Below them the town was putting itself to bed. A lamp went out in the cooper's row. A baby cried in the tanner's lane, and was stopped by a hand. They watched the road together, without expectation, and it was empty.</w:t>
      </w:r>
    </w:p>
    <w:p>
      <w:pPr>
        <w:spacing w:line="360" w:lineRule="auto" w:after="0"/>
        <w:ind w:firstLine="283"/>
      </w:pPr>
      <w:r>
        <w:t>"I've been meaning to say," Meret said, after a while. He did not turn his head. "It's been a good thirty years."</w:t>
      </w:r>
    </w:p>
    <w:p>
      <w:pPr>
        <w:spacing w:line="360" w:lineRule="auto" w:after="0"/>
        <w:ind w:firstLine="283"/>
      </w:pPr>
      <w:r>
        <w:t>"You're being sentimental."</w:t>
      </w:r>
    </w:p>
    <w:p>
      <w:pPr>
        <w:spacing w:line="360" w:lineRule="auto" w:after="0"/>
        <w:ind w:firstLine="283"/>
      </w:pPr>
      <w:r>
        <w:t>"I'm ninety. It's permitted." The hands stayed folded on the staff. "You'll sit here after me. I wanted you to know I'd not have picked anyone else. You're not clever. You're not quick with a sentence. You've a long arm and an even temper. It's enough."</w:t>
      </w:r>
    </w:p>
    <w:p>
      <w:pPr>
        <w:spacing w:line="360" w:lineRule="auto" w:after="0"/>
        <w:ind w:firstLine="283"/>
      </w:pPr>
      <w:r>
        <w:t>"Meret."</w:t>
      </w:r>
    </w:p>
    <w:p>
      <w:pPr>
        <w:spacing w:line="360" w:lineRule="auto" w:after="0"/>
        <w:ind w:firstLine="283"/>
      </w:pPr>
      <w:r>
        <w:t>"That's all." He closed his eyes against nothing. "Go home. Your grandmother has the lamp lit. She'll want to hear you on the stair."</w:t>
      </w:r>
    </w:p>
    <w:p>
      <w:pPr>
        <w:spacing w:line="360" w:lineRule="auto" w:after="0"/>
        <w:ind w:firstLine="283"/>
      </w:pPr>
      <w:r>
        <w:t>Vasryn went home. Third stair, the small give. Seventh, the creak. The landing board rang a little under his heel. He went into his own room, and lay in the dark with his hands behind his head, and heard her moving below, the kettle, the cup, the small private creak of the knee. It was the sound of a house.</w:t>
      </w:r>
    </w:p>
    <w:p>
      <w:pPr>
        <w:spacing w:line="360" w:lineRule="auto" w:after="0"/>
        <w:ind w:firstLine="283"/>
      </w:pPr>
      <w:r>
        <w:t>He slept at once. He slept like a man who has put down something heavy, though he did not know what.</w:t>
      </w:r>
    </w:p>
    <w:p>
      <w:pPr>
        <w:spacing w:line="360" w:lineRule="auto" w:after="0"/>
        <w:ind w:firstLine="283"/>
      </w:pPr>
      <w:r>
        <w:t>### The Prologue</w:t>
      </w:r>
    </w:p>
    <w:p>
      <w:pPr>
        <w:spacing w:line="360" w:lineRule="auto" w:after="0"/>
        <w:ind w:firstLine="283"/>
      </w:pPr>
      <w:r>
        <w:t>## Prologue — The Watchman  (Vasryn)</w:t>
      </w:r>
    </w:p>
    <w:p>
      <w:pPr>
        <w:spacing w:line="360" w:lineRule="auto" w:after="0"/>
        <w:ind w:firstLine="283"/>
      </w:pPr>
      <w:r>
        <w:t>‖ ∧</w:t>
      </w:r>
    </w:p>
    <w:p>
      <w:pPr>
        <w:spacing w:line="360" w:lineRule="auto" w:after="0"/>
        <w:ind w:firstLine="283"/>
      </w:pPr>
      <w:r>
        <w:t>Morning came to Koric cold at the seams, warm at the roofs, and then ordinary.</w:t>
      </w:r>
    </w:p>
    <w:p>
      <w:pPr>
        <w:spacing w:line="360" w:lineRule="auto" w:after="0"/>
        <w:ind w:firstLine="283"/>
      </w:pPr>
      <w:r>
        <w:t>Vasryn was on the wall before it. He had been on the wall before it for thirty years, and the habit was older than any reason he could have given. He laid his palm on the parapet. The stone gave back the night, a bar of cold across the heel of his hand, the same as every morning since he was seventeen. Then he stepped away and began.</w:t>
      </w:r>
    </w:p>
    <w:p>
      <w:pPr>
        <w:spacing w:line="360" w:lineRule="auto" w:after="0"/>
        <w:ind w:firstLine="283"/>
      </w:pPr>
      <w:r>
        <w:t>Thirty steps. The feet set. The hips turned. The breath held at the third, because that was where the form wanted it held. He had counted them for a year, and then somewhere in the second the counting had turned into doing, and the doing had turned into something like a second spine. By the time the light reached the roofs the stone under his palm had gone warm, and that was how he knew the form was done and the watching could start.</w:t>
      </w:r>
    </w:p>
    <w:p>
      <w:pPr>
        <w:spacing w:line="360" w:lineRule="auto" w:after="0"/>
        <w:ind w:firstLine="283"/>
      </w:pPr>
      <w:r>
        <w:t>Below him the town woke in its usual order. A shutter. A bucket. Brindle barked once at a cat that had the sense not to be there, and was put out of the bakehouse for what Vasryn calculated, vaguely, was the four-thousandth time. Don's yard opened at the quarter-bell. The cooper came out in the apron he had worn since before Vasryn was born, dark at the chest and darker at the thighs, the color of every barrel he had ever made, and set a hoop on the block.</w:t>
      </w:r>
    </w:p>
    <w:p>
      <w:pPr>
        <w:spacing w:line="360" w:lineRule="auto" w:after="0"/>
        <w:ind w:firstLine="283"/>
      </w:pPr>
      <w:r>
        <w:t>"It leaks," said Orven Pike, who had been standing in the yard since before the apron.</w:t>
      </w:r>
    </w:p>
    <w:p>
      <w:pPr>
        <w:spacing w:line="360" w:lineRule="auto" w:after="0"/>
        <w:ind w:firstLine="283"/>
      </w:pPr>
      <w:r>
        <w:t>Don crouched, pressed two fingers to the wet seam, and brought them to his nose. "That's apple vinegar."</w:t>
      </w:r>
    </w:p>
    <w:p>
      <w:pPr>
        <w:spacing w:line="360" w:lineRule="auto" w:after="0"/>
        <w:ind w:firstLine="283"/>
      </w:pPr>
      <w:r>
        <w:t>"Pears."</w:t>
      </w:r>
    </w:p>
    <w:p>
      <w:pPr>
        <w:spacing w:line="360" w:lineRule="auto" w:after="0"/>
        <w:ind w:firstLine="283"/>
      </w:pPr>
      <w:r>
        <w:t>"Apple. Twelve years, Orven. I know what apple smells like."</w:t>
      </w:r>
    </w:p>
    <w:p>
      <w:pPr>
        <w:spacing w:line="360" w:lineRule="auto" w:after="0"/>
        <w:ind w:firstLine="283"/>
      </w:pPr>
      <w:r>
        <w:t>"Then why's it coming out of a pear barrel?"</w:t>
      </w:r>
    </w:p>
    <w:p>
      <w:pPr>
        <w:spacing w:line="360" w:lineRule="auto" w:after="0"/>
        <w:ind w:firstLine="283"/>
      </w:pPr>
      <w:r>
        <w:t>"Because you put apple vinegar in a pear barrel." Don stood and wiped his hand on his trousers. He did not raise his voice. He never raised his voice, which was how Vasryn knew the cooper was furious. "Staves are wrong. Third one this month."</w:t>
      </w:r>
    </w:p>
    <w:p>
      <w:pPr>
        <w:spacing w:line="360" w:lineRule="auto" w:after="0"/>
        <w:ind w:firstLine="283"/>
      </w:pPr>
      <w:r>
        <w:t>Orven kicked the barrel. Don caught the movement from thirty feet and glared up at the wall as though Vasryn had done it. Knock. Scrape. Knock. A pause wide enough for an apology to step into, and none came.</w:t>
      </w:r>
    </w:p>
    <w:p>
      <w:pPr>
        <w:spacing w:line="360" w:lineRule="auto" w:after="0"/>
        <w:ind w:firstLine="283"/>
      </w:pPr>
      <w:r>
        <w:t>It was, Vasryn thought, the closest the town had to a church. Nobody had ever counted it. It was just the air.</w:t>
      </w:r>
    </w:p>
    <w:p>
      <w:pPr>
        <w:spacing w:line="360" w:lineRule="auto" w:after="0"/>
        <w:ind w:firstLine="283"/>
      </w:pPr>
      <w:r>
        <w:t>At sun-high he came down for the heel of Harrel's loaf.</w:t>
      </w:r>
    </w:p>
    <w:p>
      <w:pPr>
        <w:spacing w:line="360" w:lineRule="auto" w:after="0"/>
        <w:ind w:firstLine="283"/>
      </w:pPr>
      <w:r>
        <w:t>"The hinge on the oven door," Harrel said, without greeting, as he had said it every day for a month. "It's catching."</w:t>
      </w:r>
    </w:p>
    <w:p>
      <w:pPr>
        <w:spacing w:line="360" w:lineRule="auto" w:after="0"/>
        <w:ind w:firstLine="283"/>
      </w:pPr>
      <w:r>
        <w:t>"I'll look at it."</w:t>
      </w:r>
    </w:p>
    <w:p>
      <w:pPr>
        <w:spacing w:line="360" w:lineRule="auto" w:after="0"/>
        <w:ind w:firstLine="283"/>
      </w:pPr>
      <w:r>
        <w:t>"Don't break it."</w:t>
      </w:r>
    </w:p>
    <w:p>
      <w:pPr>
        <w:spacing w:line="360" w:lineRule="auto" w:after="0"/>
        <w:ind w:firstLine="283"/>
      </w:pPr>
      <w:r>
        <w:t>"I don't break things, Harrel."</w:t>
      </w:r>
    </w:p>
    <w:p>
      <w:pPr>
        <w:spacing w:line="360" w:lineRule="auto" w:after="0"/>
        <w:ind w:firstLine="283"/>
      </w:pPr>
      <w:r>
        <w:t>"You bent the damper rod last March."</w:t>
      </w:r>
    </w:p>
    <w:p>
      <w:pPr>
        <w:spacing w:line="360" w:lineRule="auto" w:after="0"/>
        <w:ind w:firstLine="283"/>
      </w:pPr>
      <w:r>
        <w:t>"The damper rod was already bent."</w:t>
      </w:r>
    </w:p>
    <w:p>
      <w:pPr>
        <w:spacing w:line="360" w:lineRule="auto" w:after="0"/>
        <w:ind w:firstLine="283"/>
      </w:pPr>
      <w:r>
        <w:t>"It was straighter before you looked at it." The heel came across the counter, still hot enough to hurt. Vasryn ate the soft end first, crossing the square, because his grandmother had taught him that the heel was the part that kept. The well sat in the south corner with its wooden cover flat on the curb. He had planed the warp out of that cover himself in the autumn and it had held through a hard winter, which was the nearest thing to glory his work was ever going to get. He lifted it. The water was there. He put it back and did not think about the water, since it wasn't the kind of thing you thought about when it was there.</w:t>
      </w:r>
    </w:p>
    <w:p>
      <w:pPr>
        <w:spacing w:line="360" w:lineRule="auto" w:after="0"/>
        <w:ind w:firstLine="283"/>
      </w:pPr>
      <w:r>
        <w:t>In Miller's Lane the leather-seller's girl was drawing in the gutter with a stick. Four years old, five. The drawing was a horse, or a house, or a horse that was a house; she hadn't decided. Over her head the wooden horse hung from its two chains above the shop door, with one ear missing. It had gone in a gale, the spring he turned thirty-one. He had meant to mend it every day since. That was sixteen years of tomorrow, and he looked up at the horse with a fondness he was a little ashamed of.</w:t>
      </w:r>
    </w:p>
    <w:p>
      <w:pPr>
        <w:spacing w:line="360" w:lineRule="auto" w:after="0"/>
        <w:ind w:firstLine="283"/>
      </w:pPr>
      <w:r>
        <w:t>"Hey, mister," the girl said, not looking up. "Is today tomorrow?"</w:t>
      </w:r>
    </w:p>
    <w:p>
      <w:pPr>
        <w:spacing w:line="360" w:lineRule="auto" w:after="0"/>
        <w:ind w:firstLine="283"/>
      </w:pPr>
      <w:r>
        <w:t>"No. Today's today."</w:t>
      </w:r>
    </w:p>
    <w:p>
      <w:pPr>
        <w:spacing w:line="360" w:lineRule="auto" w:after="0"/>
        <w:ind w:firstLine="283"/>
      </w:pPr>
      <w:r>
        <w:t>"Then why's it feel like tomorrow?"</w:t>
      </w:r>
    </w:p>
    <w:p>
      <w:pPr>
        <w:spacing w:line="360" w:lineRule="auto" w:after="0"/>
        <w:ind w:firstLine="283"/>
      </w:pPr>
      <w:r>
        <w:t>He opened his mouth. Nothing came. She went on drawing, and the horse went on with its one ear, and after a moment he walked down the lane with a feeling like a word on the tip of his tongue that was, annoyingly, not a word at all.</w:t>
      </w:r>
    </w:p>
    <w:p>
      <w:pPr>
        <w:spacing w:line="360" w:lineRule="auto" w:after="0"/>
        <w:ind w:firstLine="283"/>
      </w:pPr>
      <w:r>
        <w:t>His grandmother's kettle was already on.</w:t>
      </w:r>
    </w:p>
    <w:p>
      <w:pPr>
        <w:spacing w:line="360" w:lineRule="auto" w:after="0"/>
        <w:ind w:firstLine="283"/>
      </w:pPr>
      <w:r>
        <w:t>She hadn't been expecting him. She never expected him. She just always had the kettle on at this hour, in the same way that the sun had the sky. He found the hinge on the kitchen door swollen again and took his knife to the plate, and the blade skated, and the plate came away worse than it had gone on. She watched this from the table with her sleeves floured to the elbow and her mouth held very still.</w:t>
      </w:r>
    </w:p>
    <w:p>
      <w:pPr>
        <w:spacing w:line="360" w:lineRule="auto" w:after="0"/>
        <w:ind w:firstLine="283"/>
      </w:pPr>
      <w:r>
        <w:t>"Don't worry about it," she said. "I'll take it to the smith. The smith can do what the grandson can't."</w:t>
      </w:r>
    </w:p>
    <w:p>
      <w:pPr>
        <w:spacing w:line="360" w:lineRule="auto" w:after="0"/>
        <w:ind w:firstLine="283"/>
      </w:pPr>
      <w:r>
        <w:t>"I could do it."</w:t>
      </w:r>
    </w:p>
    <w:p>
      <w:pPr>
        <w:spacing w:line="360" w:lineRule="auto" w:after="0"/>
        <w:ind w:firstLine="283"/>
      </w:pPr>
      <w:r>
        <w:t>"You could. I'd have to live to see it." She was ninety-two and entitled to it. Her left knee had been out since the frost, and she poured the tea with the hand that shook, because, she said, a hand that shook was still a hand. "Sit."</w:t>
      </w:r>
    </w:p>
    <w:p>
      <w:pPr>
        <w:spacing w:line="360" w:lineRule="auto" w:after="0"/>
        <w:ind w:firstLine="283"/>
      </w:pPr>
      <w:r>
        <w:t>"I'm not late."</w:t>
      </w:r>
    </w:p>
    <w:p>
      <w:pPr>
        <w:spacing w:line="360" w:lineRule="auto" w:after="0"/>
        <w:ind w:firstLine="283"/>
      </w:pPr>
      <w:r>
        <w:t>"I know. You're the same time you are every day. That's what I'm complaining about. Sit."</w:t>
      </w:r>
    </w:p>
    <w:p>
      <w:pPr>
        <w:spacing w:line="360" w:lineRule="auto" w:after="0"/>
        <w:ind w:firstLine="283"/>
      </w:pPr>
      <w:r>
        <w:t>He sat. The cup in front of him was the chipped one, and the chip lay at the far side, away from the mouth. That was his chip. He had made it at nine, dropping the cup in the wash-basin, and she had kept it and never said a word, and for thirty-eight years she had turned the chip to the far side before he drank. It was the only way she knew of saying it's all right, I kept it. He had never asked. He suspected that if he asked, she would stop.</w:t>
      </w:r>
    </w:p>
    <w:p>
      <w:pPr>
        <w:spacing w:line="360" w:lineRule="auto" w:after="0"/>
        <w:ind w:firstLine="283"/>
      </w:pPr>
      <w:r>
        <w:t>The hearth-slate hung on its nail by the fire. Blank, as always. She called it the slate for the words she didn't say. He had asked about it once, at six, and had been satisfied with the answer for forty years.</w:t>
      </w:r>
    </w:p>
    <w:p>
      <w:pPr>
        <w:spacing w:line="360" w:lineRule="auto" w:after="0"/>
        <w:ind w:firstLine="283"/>
      </w:pPr>
      <w:r>
        <w:t>She took her spoonful of the apothecary water after the tea, and complained of it, and looked out of the window as though the window owed her something.</w:t>
      </w:r>
    </w:p>
    <w:p>
      <w:pPr>
        <w:spacing w:line="360" w:lineRule="auto" w:after="0"/>
        <w:ind w:firstLine="283"/>
      </w:pPr>
      <w:r>
        <w:t>"They draw it from the deep wells," she said to nobody, in the voice she used for the kettle and the light. "Under the ridge. The old water. The kind that remembers."</w:t>
      </w:r>
    </w:p>
    <w:p>
      <w:pPr>
        <w:spacing w:line="360" w:lineRule="auto" w:after="0"/>
        <w:ind w:firstLine="283"/>
      </w:pPr>
      <w:r>
        <w:t>He did not ask what it remembered. The deep wells were her business and the hinge was his, and the not-asking was one of the arrangement's small polite doors.</w:t>
      </w:r>
    </w:p>
    <w:p>
      <w:pPr>
        <w:spacing w:line="360" w:lineRule="auto" w:after="0"/>
        <w:ind w:firstLine="283"/>
      </w:pPr>
      <w:r>
        <w:t>"You take the fat," she said, and nudged the little dented copper pot across the table. It had gone off the shelf the year his mother died, and she had mended nothing else that year, and the dent had stayed. "I'll take the hinge. Neither of us tells the other how to grieve."</w:t>
      </w:r>
    </w:p>
    <w:p>
      <w:pPr>
        <w:spacing w:line="360" w:lineRule="auto" w:after="0"/>
        <w:ind w:firstLine="283"/>
      </w:pPr>
      <w:r>
        <w:t>"It's held thirty years."</w:t>
      </w:r>
    </w:p>
    <w:p>
      <w:pPr>
        <w:spacing w:line="360" w:lineRule="auto" w:after="0"/>
        <w:ind w:firstLine="283"/>
      </w:pPr>
      <w:r>
        <w:t>"It'll hold thirty more. The hinge won't. The arrangement will." She waved flour at him. "Go and be useful. Come tonight. I'm doing the bone."</w:t>
      </w:r>
    </w:p>
    <w:p>
      <w:pPr>
        <w:spacing w:line="360" w:lineRule="auto" w:after="0"/>
        <w:ind w:firstLine="283"/>
      </w:pPr>
      <w:r>
        <w:t>"I'll come."</w:t>
      </w:r>
    </w:p>
    <w:p>
      <w:pPr>
        <w:spacing w:line="360" w:lineRule="auto" w:after="0"/>
        <w:ind w:firstLine="283"/>
      </w:pPr>
      <w:r>
        <w:t>He stood in the doorway a moment longer than he needed to. She was small in her own kitchen. The steam moved between them. He did not say anything out of the ordinary. The lane took his footsteps.</w:t>
      </w:r>
    </w:p>
    <w:p>
      <w:pPr>
        <w:spacing w:line="360" w:lineRule="auto" w:after="0"/>
        <w:ind w:firstLine="283"/>
      </w:pPr>
      <w:r>
        <w:t>Meret was on his stool by the east post when he got back up, cloak round his shoulders, hands folded on the head of the staff, watching the road the way he had watched it for forty years: patiently, without expectation, like a man looking at a wife who is asleep.</w:t>
      </w:r>
    </w:p>
    <w:p>
      <w:pPr>
        <w:spacing w:line="360" w:lineRule="auto" w:after="0"/>
        <w:ind w:firstLine="283"/>
      </w:pPr>
      <w:r>
        <w:t>"Sit," he said. "You stand like a hinge. Hinges wear."</w:t>
      </w:r>
    </w:p>
    <w:p>
      <w:pPr>
        <w:spacing w:line="360" w:lineRule="auto" w:after="0"/>
        <w:ind w:firstLine="283"/>
      </w:pPr>
      <w:r>
        <w:t>Vasryn sat on the cold stone. The morning carts came through the gate one at a time and Meret named the drivers without turning his head, the way other men name the verses of a song. Hannen's boy with the grain. The miller's team with the timber. The woman with the herbs, whose husband had died in the autumn, and Meret named her too, very gently, and that gentleness was the only marker that husband was going to get.</w:t>
      </w:r>
    </w:p>
    <w:p>
      <w:pPr>
        <w:spacing w:line="360" w:lineRule="auto" w:after="0"/>
        <w:ind w:firstLine="283"/>
      </w:pPr>
      <w:r>
        <w:t>"You watch the road," Meret said. "I watch the road. Between us the road is watched. That's all it is. A small thing done long enough that the town forgets it's being done, and the forgetting is the thing working."</w:t>
      </w:r>
    </w:p>
    <w:p>
      <w:pPr>
        <w:spacing w:line="360" w:lineRule="auto" w:after="0"/>
        <w:ind w:firstLine="283"/>
      </w:pPr>
      <w:r>
        <w:t>"I know."</w:t>
      </w:r>
    </w:p>
    <w:p>
      <w:pPr>
        <w:spacing w:line="360" w:lineRule="auto" w:after="0"/>
        <w:ind w:firstLine="283"/>
      </w:pPr>
      <w:r>
        <w:t>"You don't. You will, in thirty years." He closed his eyes against the sun. His knees cracked like green wood when he shifted. "My father sat where you're sitting. Before him it was Old Weir. Before Old Weir I don't know. The wall doesn't keep a list. But somebody's always sat here, lad, and somebody will after, and the trick is to be good at it while it's your turn."</w:t>
      </w:r>
    </w:p>
    <w:p>
      <w:pPr>
        <w:spacing w:line="360" w:lineRule="auto" w:after="0"/>
        <w:ind w:firstLine="283"/>
      </w:pPr>
      <w:r>
        <w:t>"You make a wall sound like it wants watching."</w:t>
      </w:r>
    </w:p>
    <w:p>
      <w:pPr>
        <w:spacing w:line="360" w:lineRule="auto" w:after="0"/>
        <w:ind w:firstLine="283"/>
      </w:pPr>
      <w:r>
        <w:t>"Everything wants watching. A town is a thing that forgets itself unless somebody looks at it every day and says: I see you. You're still here."</w:t>
      </w:r>
    </w:p>
    <w:p>
      <w:pPr>
        <w:spacing w:line="360" w:lineRule="auto" w:after="0"/>
        <w:ind w:firstLine="283"/>
      </w:pPr>
      <w:r>
        <w:t>A cart rattled out of the gate. Neither of them looked at it.</w:t>
      </w:r>
    </w:p>
    <w:p>
      <w:pPr>
        <w:spacing w:line="360" w:lineRule="auto" w:after="0"/>
        <w:ind w:firstLine="283"/>
      </w:pPr>
      <w:r>
        <w:t>"The salt men," Meret said, in a different voice.</w:t>
      </w:r>
    </w:p>
    <w:p>
      <w:pPr>
        <w:spacing w:line="360" w:lineRule="auto" w:after="0"/>
        <w:ind w:firstLine="283"/>
      </w:pPr>
      <w:r>
        <w:t>"Merchants."</w:t>
      </w:r>
    </w:p>
    <w:p>
      <w:pPr>
        <w:spacing w:line="360" w:lineRule="auto" w:after="0"/>
        <w:ind w:firstLine="283"/>
      </w:pPr>
      <w:r>
        <w:t>"Salt men." He did not open his eyes. "Last autumn. They laid their white line down the east road, quarter league by quarter league, and paid the smith in silver to keep it fresh. Nobody asked what for. A white line is a mercy, they thought, and went back to their beds. But mercy has a way of becoming a fence, lad. When you see a line drawn across a road, ask who's being kept in. Ask who's being kept out. And then ask the third thing, the one the salt men wouldn't answer me."</w:t>
      </w:r>
    </w:p>
    <w:p>
      <w:pPr>
        <w:spacing w:line="360" w:lineRule="auto" w:after="0"/>
        <w:ind w:firstLine="283"/>
      </w:pPr>
      <w:r>
        <w:t>"What's the third thing?"</w:t>
      </w:r>
    </w:p>
    <w:p>
      <w:pPr>
        <w:spacing w:line="360" w:lineRule="auto" w:after="0"/>
        <w:ind w:firstLine="283"/>
      </w:pPr>
      <w:r>
        <w:t>"Who comes back."</w:t>
      </w:r>
    </w:p>
    <w:p>
      <w:pPr>
        <w:spacing w:line="360" w:lineRule="auto" w:after="0"/>
        <w:ind w:firstLine="283"/>
      </w:pPr>
      <w:r>
        <w:t>He said it as mildly as he named carters. Vasryn laughed, a short surprised sound. "You're in a mood."</w:t>
      </w:r>
    </w:p>
    <w:p>
      <w:pPr>
        <w:spacing w:line="360" w:lineRule="auto" w:after="0"/>
        <w:ind w:firstLine="283"/>
      </w:pPr>
      <w:r>
        <w:t>"I'm ninety. The mood is permanent." One eye opened, the grey of the road in rain. "Everyone goes somewhere. Ask who comes back. The answer is nearly always: fewer than left. That's the arithmetic of roads, and nobody teaches it, because nobody wants to hear it."</w:t>
      </w:r>
    </w:p>
    <w:p>
      <w:pPr>
        <w:spacing w:line="360" w:lineRule="auto" w:after="0"/>
        <w:ind w:firstLine="283"/>
      </w:pPr>
      <w:r>
        <w:t>He closed the eye again. "Go on. Eat. Harrel's heel won't see you to evening."</w:t>
      </w:r>
    </w:p>
    <w:p>
      <w:pPr>
        <w:spacing w:line="360" w:lineRule="auto" w:after="0"/>
        <w:ind w:firstLine="283"/>
      </w:pPr>
      <w:r>
        <w:t>He found a slate come loose over the tanner's lane and wedged it with a chip of wood. The drain at the gate's west corner, which clogged before the rain did, was clear, and he noted its clearness with the faint reproach it deserved. A dog barked at the wrong hour and he went to look, and it was barking at a cat, and the cat was biding its time on a wall, and there was nothing in it.</w:t>
      </w:r>
    </w:p>
    <w:p>
      <w:pPr>
        <w:spacing w:line="360" w:lineRule="auto" w:after="0"/>
        <w:ind w:firstLine="283"/>
      </w:pPr>
      <w:r>
        <w:t>He went by Miller's Lane at the long hour, when the shadow from the tanner's roof reached the middle of the road.</w:t>
      </w:r>
    </w:p>
    <w:p>
      <w:pPr>
        <w:spacing w:line="360" w:lineRule="auto" w:after="0"/>
        <w:ind w:firstLine="283"/>
      </w:pPr>
      <w:r>
        <w:t>The horse was gone.</w:t>
      </w:r>
    </w:p>
    <w:p>
      <w:pPr>
        <w:spacing w:line="360" w:lineRule="auto" w:after="0"/>
        <w:ind w:firstLine="283"/>
      </w:pPr>
      <w:r>
        <w:t>The first thing his mind did was correct itself, kindly, like a man steering a drunk. You've turned the wrong way. It's the next lane. But he knew the corner. He knew the dip in the cobbles where the wet pooled. He knew the lane the way he knew the form.</w:t>
      </w:r>
    </w:p>
    <w:p>
      <w:pPr>
        <w:spacing w:line="360" w:lineRule="auto" w:after="0"/>
        <w:ind w:firstLine="283"/>
      </w:pPr>
      <w:r>
        <w:t>There was a gap in the row of houses. Not a ruin: nothing had burnt, no beam lay fallen. The houses on either side simply leaned a little toward each other, the way people do who've had a third in the middle of them go quiet, with a strip of bare earth between. In the earth, a doorstep's worth of hard-packed dirt where a threshold had worn a hollow. A stick lay on the ground beside it, as if dropped.</w:t>
      </w:r>
    </w:p>
    <w:p>
      <w:pPr>
        <w:spacing w:line="360" w:lineRule="auto" w:after="0"/>
        <w:ind w:firstLine="283"/>
      </w:pPr>
      <w:r>
        <w:t>A woman was standing at the edge with a child by the hand. The child was pointing.</w:t>
      </w:r>
    </w:p>
    <w:p>
      <w:pPr>
        <w:spacing w:line="360" w:lineRule="auto" w:after="0"/>
        <w:ind w:firstLine="283"/>
      </w:pPr>
      <w:r>
        <w:t>"Momma, wasn't there a house here?"</w:t>
      </w:r>
    </w:p>
    <w:p>
      <w:pPr>
        <w:spacing w:line="360" w:lineRule="auto" w:after="0"/>
        <w:ind w:firstLine="283"/>
      </w:pPr>
      <w:r>
        <w:t>"No," the woman said.</w:t>
      </w:r>
    </w:p>
    <w:p>
      <w:pPr>
        <w:spacing w:line="360" w:lineRule="auto" w:after="0"/>
        <w:ind w:firstLine="283"/>
      </w:pPr>
      <w:r>
        <w:t>"There was."</w:t>
      </w:r>
    </w:p>
    <w:p>
      <w:pPr>
        <w:spacing w:line="360" w:lineRule="auto" w:after="0"/>
        <w:ind w:firstLine="283"/>
      </w:pPr>
      <w:r>
        <w:t>"No." The woman's voice came out high and frightened, and Vasryn saw that she was frightened by the sound of her own answer. She pulled the child away down the lane, and the child went, looking back over her shoulder.</w:t>
      </w:r>
    </w:p>
    <w:p>
      <w:pPr>
        <w:spacing w:line="360" w:lineRule="auto" w:after="0"/>
        <w:ind w:firstLine="283"/>
      </w:pPr>
      <w:r>
        <w:t>He stood there a while. He knew the house. He knew the wooden horse that had hung above its door with one ear gone. He knew the smell of leather scraps in a gutter after rain. He tried for the name of the man who had lived in it, a name he must have said a thousand times, and it was like putting his hand in a pocket for a coin that had been there all his life.</w:t>
      </w:r>
    </w:p>
    <w:p>
      <w:pPr>
        <w:spacing w:line="360" w:lineRule="auto" w:after="0"/>
        <w:ind w:firstLine="283"/>
      </w:pPr>
      <w:r>
        <w:t>The stick lay where she had dropped it. He picked it up. It was a hazel twig, peeled, one end chewed. The girl's. He turned it over twice, as if there might be instructions on it, and put it in his belt.</w:t>
      </w:r>
    </w:p>
    <w:p>
      <w:pPr>
        <w:spacing w:line="360" w:lineRule="auto" w:after="0"/>
        <w:ind w:firstLine="283"/>
      </w:pPr>
      <w:r>
        <w:t>In the grass by the lane he found something else, a knife. The handle was worn smooth and dark, with a ring for a lanyard that was no longer there, and the blade was bent at the tip the way a blade bends when it has been used for everything but cutting. His grandmother's. He'd have known it in a heap of a thousand. He could not think when she had left it, or how, or what she'd have been doing here. He would have seen her go.</w:t>
      </w:r>
    </w:p>
    <w:p>
      <w:pPr>
        <w:spacing w:line="360" w:lineRule="auto" w:after="0"/>
        <w:ind w:firstLine="283"/>
      </w:pPr>
      <w:r>
        <w:t>He told himself it had been dropped by someone who had borrowed it. He took it to the gate and gave it to Don, who was knocking down a barrel there. "Don't leave dangerous things about," Vasryn said. "There are children."</w:t>
      </w:r>
    </w:p>
    <w:p>
      <w:pPr>
        <w:spacing w:line="360" w:lineRule="auto" w:after="0"/>
        <w:ind w:firstLine="283"/>
      </w:pPr>
      <w:r>
        <w:t>Don turned the knife over once. He looked at the handle for a long time, the way a man looks at a word in a language he used to speak. Then he put it in the chest pocket of his apron.</w:t>
      </w:r>
    </w:p>
    <w:p>
      <w:pPr>
        <w:spacing w:line="360" w:lineRule="auto" w:after="0"/>
        <w:ind w:firstLine="283"/>
      </w:pPr>
      <w:r>
        <w:t>"Aye," he said. "Children."</w:t>
      </w:r>
    </w:p>
    <w:p>
      <w:pPr>
        <w:spacing w:line="360" w:lineRule="auto" w:after="0"/>
        <w:ind w:firstLine="283"/>
      </w:pPr>
      <w:r>
        <w:t>The bone had been in the pot since morning. The broth was the color of the bone, and she ladled it into the plain bowl and set bread beside it and they ate without much talk, which was the meal's whole seasoning. He told her the east wall had gained another finger's lean. She said it would be the death of someone. He said probably, in time. He did not tell her about Miller's Lane. He told himself that was kindness.</w:t>
      </w:r>
    </w:p>
    <w:p>
      <w:pPr>
        <w:spacing w:line="360" w:lineRule="auto" w:after="0"/>
        <w:ind w:firstLine="283"/>
      </w:pPr>
      <w:r>
        <w:t>"The hinge," she said.</w:t>
      </w:r>
    </w:p>
    <w:p>
      <w:pPr>
        <w:spacing w:line="360" w:lineRule="auto" w:after="0"/>
        <w:ind w:firstLine="283"/>
      </w:pPr>
      <w:r>
        <w:t>"Tomorrow."</w:t>
      </w:r>
    </w:p>
    <w:p>
      <w:pPr>
        <w:spacing w:line="360" w:lineRule="auto" w:after="0"/>
        <w:ind w:firstLine="283"/>
      </w:pPr>
      <w:r>
        <w:t>"Tomorrow." She turned the chipped cup so the chip lay at the far side, though it was in front of nobody. "You'll go east one day."</w:t>
      </w:r>
    </w:p>
    <w:p>
      <w:pPr>
        <w:spacing w:line="360" w:lineRule="auto" w:after="0"/>
        <w:ind w:firstLine="283"/>
      </w:pPr>
      <w:r>
        <w:t>"Nobody says that."</w:t>
      </w:r>
    </w:p>
    <w:p>
      <w:pPr>
        <w:spacing w:line="360" w:lineRule="auto" w:after="0"/>
        <w:ind w:firstLine="283"/>
      </w:pPr>
      <w:r>
        <w:t>"A face says." She did not look up. "Your grandfather went east once, for a horse, and came back thin and said nothing. Your mother went east once, for the reason everybody does, and did not come back thin." She looked at him over the rim. "I'm not warning you. Roads don't listen to old women. I'm telling you the fare. You carry more than you took, and it weighs more, and you put it down nowhere."</w:t>
      </w:r>
    </w:p>
    <w:p>
      <w:pPr>
        <w:spacing w:line="360" w:lineRule="auto" w:after="0"/>
        <w:ind w:firstLine="283"/>
      </w:pPr>
      <w:r>
        <w:t>"That's a terrible bargain."</w:t>
      </w:r>
    </w:p>
    <w:p>
      <w:pPr>
        <w:spacing w:line="360" w:lineRule="auto" w:after="0"/>
        <w:ind w:firstLine="283"/>
      </w:pPr>
      <w:r>
        <w:t>"It's the only one they're offering." She brushed flour from her sleeve, and the flour rose and hung in the lamplight as if it had no plans to settle. "Go on. The gate. Tell the hinge I said mend."</w:t>
      </w:r>
    </w:p>
    <w:p>
      <w:pPr>
        <w:spacing w:line="360" w:lineRule="auto" w:after="0"/>
        <w:ind w:firstLine="283"/>
      </w:pPr>
      <w:r>
        <w:t>He stood in the doorway a moment longer than he needed to. She was small in her own kitchen. The lamp threw her shadow across the hearth-slate, and the slate held it as it held nothing else. He did not say anything out of the ordinary, because it was an ordinary evening, and he left the way he had left ten thousand evenings, and the lane took his footsteps.</w:t>
      </w:r>
    </w:p>
    <w:p>
      <w:pPr>
        <w:spacing w:line="360" w:lineRule="auto" w:after="0"/>
        <w:ind w:firstLine="283"/>
      </w:pPr>
      <w:r>
        <w:t>He walked the wall at last light and Meret was gone home, the stool empty, the staff leaning where it always leaned. The brazier was banked. He set his palm on the stone.</w:t>
      </w:r>
    </w:p>
    <w:p>
      <w:pPr>
        <w:spacing w:line="360" w:lineRule="auto" w:after="0"/>
        <w:ind w:firstLine="283"/>
      </w:pPr>
      <w:r>
        <w:t>It was full dark when the arithmetic caught up with him.</w:t>
      </w:r>
    </w:p>
    <w:p>
      <w:pPr>
        <w:spacing w:line="360" w:lineRule="auto" w:after="0"/>
        <w:ind w:firstLine="283"/>
      </w:pPr>
      <w:r>
        <w:t>It came up through his feet, he thought afterwards, rather than down through his head. A gap in a row of houses. A girl's twig. A knife in the grass. A mother's voice, frightened of its own no. He had put each of them down separately in the course of the afternoon, like a man setting down a bag at every stile, and now he found that his arms were full of them.</w:t>
      </w:r>
    </w:p>
    <w:p>
      <w:pPr>
        <w:spacing w:line="360" w:lineRule="auto" w:after="0"/>
        <w:ind w:firstLine="283"/>
      </w:pPr>
      <w:r>
        <w:t>He ran the lane. He was forty-seven years old and he had not run in a decade, and the knee clicked at every third step and he did not care.</w:t>
      </w:r>
    </w:p>
    <w:p>
      <w:pPr>
        <w:spacing w:line="360" w:lineRule="auto" w:after="0"/>
        <w:ind w:firstLine="283"/>
      </w:pPr>
      <w:r>
        <w:t>The front door gave on the first push. It was never locked. He went through the kitchen calling, not loudly. The kettle was a quarter full and faintly warm. Her chair stood by the hearth with the knitting in its basket and the needles caught in the row, one live stitch on the left needle, waiting for a hand. The cup on the table had cold tea in it, the chip still turned to the far side. Her coat hung from the peg: her father's grey coat, the cuffs turned back twice, as they had always been turned, for a longer arm before hers.</w:t>
      </w:r>
    </w:p>
    <w:p>
      <w:pPr>
        <w:spacing w:line="360" w:lineRule="auto" w:after="0"/>
        <w:ind w:firstLine="283"/>
      </w:pPr>
      <w:r>
        <w:t>She was not there.</w:t>
      </w:r>
    </w:p>
    <w:p>
      <w:pPr>
        <w:spacing w:line="360" w:lineRule="auto" w:after="0"/>
        <w:ind w:firstLine="283"/>
      </w:pPr>
      <w:r>
        <w:t>He went through the house the way a man goes through a house when he has been told to look by someone crueler than himself, not for a thing but for the place a thing wasn't. The bowl he had eaten from lay crumbed on the table, and she would never have left a bowl. In thirty years she had not once left a bowl, and its presence was a small lie the room told, the kind rooms tell: the hand that clears this was here. It is not here. And not here is not the same as gone. The back door was bolted from within, the iron bolt his grandfather had driven into the frame the year he married her, stiff on the first push and easy on the second. In the yard the flagstones were swept and silvered with the first dew, and nothing had walked on them. He stood in the yard and looked at the dew. He wanted, with a hunger he did not recognize, to see one footprint. He could have forgiven the world a footprint.</w:t>
      </w:r>
    </w:p>
    <w:p>
      <w:pPr>
        <w:spacing w:line="360" w:lineRule="auto" w:after="0"/>
        <w:ind w:firstLine="283"/>
      </w:pPr>
      <w:r>
        <w:t>He went upstairs: third stair, small give; seventh, the creak; the landing board that rang under his heel. Her bed was made, the corners squared, the blanket folded at the foot. In the pillow was a shallow dent where a head had lain and risen. Not the dent of one who had lain down and stayed. She had got up. She had come down the stairs. And then —</w:t>
      </w:r>
    </w:p>
    <w:p>
      <w:pPr>
        <w:spacing w:line="360" w:lineRule="auto" w:after="0"/>
        <w:ind w:firstLine="283"/>
      </w:pPr>
      <w:r>
        <w:t>He did not touch the pillow.</w:t>
      </w:r>
    </w:p>
    <w:p>
      <w:pPr>
        <w:spacing w:line="360" w:lineRule="auto" w:after="0"/>
        <w:ind w:firstLine="283"/>
      </w:pPr>
      <w:r>
        <w:t>He stood in the kitchen again with every ordinary thing in its place. The house had been arranged around an absence, by itself, without being asked, the way a hand closes around a cup that is no longer there.</w:t>
      </w:r>
    </w:p>
    <w:p>
      <w:pPr>
        <w:spacing w:line="360" w:lineRule="auto" w:after="0"/>
        <w:ind w:firstLine="283"/>
      </w:pPr>
      <w:r>
        <w:t>The hearth-slate hung on its nail. He had never in his life seen a word on it. The words I don't say, she'd told him when he was six, and he had been small enough to believe a slate could hold what a mouth would not. He looked at it now, and it looked back, blank, and the belief held for one last breath and went out.</w:t>
      </w:r>
    </w:p>
    <w:p>
      <w:pPr>
        <w:spacing w:line="360" w:lineRule="auto" w:after="0"/>
        <w:ind w:firstLine="283"/>
      </w:pPr>
      <w:r>
        <w:t>He went into the yard and called. First what he had called her his whole life, Grandmother, which came out too loud, the voice of a stranger using his mouth. Then the other name, the one no one in Koric had used in thirty years, the one she'd been before she was anybody's grandmother, the one on the tax rolls and nowhere else.</w:t>
      </w:r>
    </w:p>
    <w:p>
      <w:pPr>
        <w:spacing w:line="360" w:lineRule="auto" w:after="0"/>
        <w:ind w:firstLine="283"/>
      </w:pPr>
      <w:r>
        <w:t>It came out wrong. It came out the way a tool does from a hand that has not used it, the grip remembered and the weight forgotten.</w:t>
      </w:r>
    </w:p>
    <w:p>
      <w:pPr>
        <w:spacing w:line="360" w:lineRule="auto" w:after="0"/>
        <w:ind w:firstLine="283"/>
      </w:pPr>
      <w:r>
        <w:t>And the name had weight. He hadn't known. He had thought a name was a small clerical thing the world kept in a drawer. It had the weight of her: the kettle, the cup, the coat with its turned cuffs, the flour on her fingers, the dent in a pillow. It came out of his mouth all at once and went into the dark, and the dark took it the way water takes a stone, without comment and without handing anything back.</w:t>
      </w:r>
    </w:p>
    <w:p>
      <w:pPr>
        <w:spacing w:line="360" w:lineRule="auto" w:after="0"/>
        <w:ind w:firstLine="283"/>
      </w:pPr>
      <w:r>
        <w:t>He called it a second time, quieter. After that the throat stopped, which is the body's first mercy: it knows before the mind does that the truth will not answer to a voice.</w:t>
      </w:r>
    </w:p>
    <w:p>
      <w:pPr>
        <w:spacing w:line="360" w:lineRule="auto" w:after="0"/>
        <w:ind w:firstLine="283"/>
      </w:pPr>
      <w:r>
        <w:t>He went in and sat in her chair.</w:t>
      </w:r>
    </w:p>
    <w:p>
      <w:pPr>
        <w:spacing w:line="360" w:lineRule="auto" w:after="0"/>
        <w:ind w:firstLine="283"/>
      </w:pPr>
      <w:r>
        <w:t>It was too low. His knees came up nearly to the table, and he understood, sitting in it, that she had worn it to her own measure over decades the way feet wear a path, and that he was a trespasser here. The knitting lay within reach. He didn't touch it. He put one finger to her cup instead, to the place on the curve where a palm would rest. The ceramic was faintly warm there, though the tea had gone cold hours ago.</w:t>
      </w:r>
    </w:p>
    <w:p>
      <w:pPr>
        <w:spacing w:line="360" w:lineRule="auto" w:after="0"/>
        <w:ind w:firstLine="283"/>
      </w:pPr>
      <w:r>
        <w:t>He took his finger away and held it against his own palm. He couldn't have said why. He didn't stop for a long while.</w:t>
      </w:r>
    </w:p>
    <w:p>
      <w:pPr>
        <w:spacing w:line="360" w:lineRule="auto" w:after="0"/>
        <w:ind w:firstLine="283"/>
      </w:pPr>
      <w:r>
        <w:t>What he felt then was not what he'd have predicted. Not that she was dead; he could have understood dead. Not even that she would be forgotten. It was that one day he might stand in this room and not be certain she had ever been in it. That the chair would be a chair and the cup a cup and the knitting wool and sticks, and nothing in the world would argue with the emptiness, because he would have no proof, and proof was the only language the world respected.</w:t>
      </w:r>
    </w:p>
    <w:p>
      <w:pPr>
        <w:spacing w:line="360" w:lineRule="auto" w:after="0"/>
        <w:ind w:firstLine="283"/>
      </w:pPr>
      <w:r>
        <w:t>He picked up the pot of rendered fat. He put it down. He picked it up again and carried it back through the dark to the gate.</w:t>
      </w:r>
    </w:p>
    <w:p>
      <w:pPr>
        <w:spacing w:line="360" w:lineRule="auto" w:after="0"/>
        <w:ind w:firstLine="283"/>
      </w:pPr>
      <w:r>
        <w:t>Meret was gone too.</w:t>
      </w:r>
    </w:p>
    <w:p>
      <w:pPr>
        <w:spacing w:line="360" w:lineRule="auto" w:after="0"/>
        <w:ind w:firstLine="283"/>
      </w:pPr>
      <w:r>
        <w:t>The stool stood empty. The staff lay along the parapet, flat, where in forty years it had never once been set, not even to fetch water. The brazier was cold, though he had banked it himself that afternoon and the coals ought to have been warm till morning. Vasryn stood with the pot against his ribs and looked at the road. The white salt lines ran east under the first stars, quarter league after quarter league, and they did not look like a mercy now.</w:t>
      </w:r>
    </w:p>
    <w:p>
      <w:pPr>
        <w:spacing w:line="360" w:lineRule="auto" w:after="0"/>
        <w:ind w:firstLine="283"/>
      </w:pPr>
      <w:r>
        <w:t>Who comes back, said a mild voice in his head.</w:t>
      </w:r>
    </w:p>
    <w:p>
      <w:pPr>
        <w:spacing w:line="360" w:lineRule="auto" w:after="0"/>
        <w:ind w:firstLine="283"/>
      </w:pPr>
      <w:r>
        <w:t>Then the weight came down across his shoulders.</w:t>
      </w:r>
    </w:p>
    <w:p>
      <w:pPr>
        <w:spacing w:line="360" w:lineRule="auto" w:after="0"/>
        <w:ind w:firstLine="283"/>
      </w:pPr>
      <w:r>
        <w:t>It was cloth, or near enough that his hands could not reject the comparison. Dark, heavy, cold. He caught at it and found no seam, no collar, no clasp. It did not grip him. It did not fight. It simply was where it was, and where it was was on him, and his hands went through it and came away holding nothing while the weight stayed exactly the same.</w:t>
      </w:r>
    </w:p>
    <w:p>
      <w:pPr>
        <w:spacing w:line="360" w:lineRule="auto" w:after="0"/>
        <w:ind w:firstLine="283"/>
      </w:pPr>
      <w:r>
        <w:t>The body did what it had been taught. The feet widened, a half-step, no more. The knees gave a quarter-inch, the bend that holds. The spine straightened and the shoulders, which had carried thirty years of the wall, took this too.</w:t>
      </w:r>
    </w:p>
    <w:p>
      <w:pPr>
        <w:spacing w:line="360" w:lineRule="auto" w:after="0"/>
        <w:ind w:firstLine="283"/>
      </w:pPr>
      <w:r>
        <w:t>The form held.</w:t>
      </w:r>
    </w:p>
    <w:p>
      <w:pPr>
        <w:spacing w:line="360" w:lineRule="auto" w:after="0"/>
        <w:ind w:firstLine="283"/>
      </w:pPr>
      <w:r>
        <w:t>The Mantle smelled of wet wood. Then vinegar. Then applewood smoke. Then, for one unbearable instant, of his grandmother's kitchen: yeast, smoke, the licorice sting of the apothecary water. Then of nothing at all, and the nothing was the worst of them.</w:t>
      </w:r>
    </w:p>
    <w:p>
      <w:pPr>
        <w:spacing w:line="360" w:lineRule="auto" w:after="0"/>
        <w:ind w:firstLine="283"/>
      </w:pPr>
      <w:r>
        <w:t>He reached for her face. The line beside her mouth. The impatient kindness. The look she gave him when he swore the hinge was not broken. It came, clearly, and when his mind tried to close on it, it dissolved like sugar in tea. From tonight on, remembering was going to be work. Heavy work, the kind you do with the whole body.</w:t>
      </w:r>
    </w:p>
    <w:p>
      <w:pPr>
        <w:spacing w:line="360" w:lineRule="auto" w:after="0"/>
        <w:ind w:firstLine="283"/>
      </w:pPr>
      <w:r>
        <w:t>He sat on the parapet until dawn.</w:t>
      </w:r>
    </w:p>
    <w:p>
      <w:pPr>
        <w:spacing w:line="360" w:lineRule="auto" w:after="0"/>
        <w:ind w:firstLine="283"/>
      </w:pPr>
      <w:r>
        <w:t>At first light he went down to her kitchen to leave it orderly, because order was all he knew how to do. He washed the bowl. He banked the fire. He took the grey coat from its peg and stood holding it, and then, because the alternative was to leave it hanging there for no one, he put it on. The cuffs came down past his knuckles. He turned them back twice, and it was the strangest thing he had ever done with his hands.</w:t>
      </w:r>
    </w:p>
    <w:p>
      <w:pPr>
        <w:spacing w:line="360" w:lineRule="auto" w:after="0"/>
        <w:ind w:firstLine="283"/>
      </w:pPr>
      <w:r>
        <w:t>The hearth-slate hung on its nail. He took it down. He had a chalk stub in his pocket, a cardamom-colored thing he'd picked up at the well and never found a use for, and he put it to the blank slate and wrote what the whole night had been pressing up into him, a question that was not his, that had come up through the wall and the road and the cold brazier and out of his hand before he could refuse it:</w:t>
      </w:r>
    </w:p>
    <w:p>
      <w:pPr>
        <w:spacing w:line="360" w:lineRule="auto" w:after="0"/>
        <w:ind w:firstLine="283"/>
      </w:pPr>
      <w:r>
        <w:t>Who comes back?</w:t>
      </w:r>
    </w:p>
    <w:p>
      <w:pPr>
        <w:spacing w:line="360" w:lineRule="auto" w:after="0"/>
        <w:ind w:firstLine="283"/>
      </w:pPr>
      <w:r>
        <w:t>He looked at it a long time. It wasn't an answer. It wasn't a prayer. It was the only honest thing he had.</w:t>
      </w:r>
    </w:p>
    <w:p>
      <w:pPr>
        <w:spacing w:line="360" w:lineRule="auto" w:after="0"/>
        <w:ind w:firstLine="283"/>
      </w:pPr>
      <w:r>
        <w:t>He wrapped the slate in cloth. He packed it with the copper pot. He put in the hazel twig with its chewed end, and the heel of Harrel's loaf, hard now at the edge, and his own cup, the dented one from Leth. In the coat pocket with the hole he put the chalk stub next to his knife, the old one, the grandfather's, which she had pressed on him years ago for cutting twine and which he had never been able to give back.</w:t>
      </w:r>
    </w:p>
    <w:p>
      <w:pPr>
        <w:spacing w:line="360" w:lineRule="auto" w:after="0"/>
        <w:ind w:firstLine="283"/>
      </w:pPr>
      <w:r>
        <w:t>In the watch-room the iron stood where it had always stood, between the water barrel and the wall. Five feet of plain, ugly, useful metal, wrapped in its cloth. He had broken a stool with it, once, in his first week. He lifted it out. It was, he noticed, standing a little nearer the door than he remembered.</w:t>
      </w:r>
    </w:p>
    <w:p>
      <w:pPr>
        <w:spacing w:line="360" w:lineRule="auto" w:after="0"/>
        <w:ind w:firstLine="283"/>
      </w:pPr>
      <w:r>
        <w:t>He did not wake anyone to ask permission. There was no one to ask. That was the whole of the morning's lesson.</w:t>
      </w:r>
    </w:p>
    <w:p>
      <w:pPr>
        <w:spacing w:line="360" w:lineRule="auto" w:after="0"/>
        <w:ind w:firstLine="283"/>
      </w:pPr>
      <w:r>
        <w:t>The east gate opened for the morning carts, and Vasryn waited until the first wagon had passed. Then he stepped through, onto the road, under the weight, into the arithmetic of fewer than left.</w:t>
      </w:r>
    </w:p>
    <w:p>
      <w:pPr>
        <w:spacing w:line="360" w:lineRule="auto" w:after="0"/>
        <w:ind w:firstLine="283"/>
      </w:pPr>
      <w:r>
        <w:t>## Interlude — Elias, After</w:t>
      </w:r>
    </w:p>
    <w:p>
      <w:pPr>
        <w:spacing w:line="360" w:lineRule="auto" w:after="0"/>
        <w:ind w:firstLine="283"/>
      </w:pPr>
      <w:r>
        <w:t>POV: Elias</w:t>
      </w:r>
    </w:p>
    <w:p>
      <w:pPr>
        <w:spacing w:line="360" w:lineRule="auto" w:after="0"/>
        <w:ind w:firstLine="283"/>
      </w:pPr>
      <w:r>
        <w:t>‖ ∧</w:t>
      </w:r>
    </w:p>
    <w:p>
      <w:pPr>
        <w:spacing w:line="360" w:lineRule="auto" w:after="0"/>
        <w:ind w:firstLine="283"/>
      </w:pPr>
      <w:r>
        <w:t>The pen went dry before Elias set it down. Iron-gall, steel nib — the split worn wide, the fine-line no longer fine, the hand compensating without the mind knowing. He set the pen down. He picked it up. He wrote the line.</w:t>
      </w:r>
    </w:p>
    <w:p>
      <w:pPr>
        <w:spacing w:line="360" w:lineRule="auto" w:after="0"/>
        <w:ind w:firstLine="283"/>
      </w:pPr>
      <w:r>
        <w:t>The line was in the margin. The report did not ask for it. The form had no space for it — Date, Location, Persons, Business, Disposition. Twelve lines. The four hundred and sixty-eighth report. The line was below the disposition, in the margin the form left for nothing.</w:t>
      </w:r>
    </w:p>
    <w:p>
      <w:pPr>
        <w:spacing w:line="360" w:lineRule="auto" w:after="0"/>
        <w:ind w:firstLine="283"/>
      </w:pPr>
      <w:r>
        <w:t>"The elder male's stride shifted a half-pace to the left at the moment of encounter."</w:t>
      </w:r>
    </w:p>
    <w:p>
      <w:pPr>
        <w:spacing w:line="360" w:lineRule="auto" w:after="0"/>
        <w:ind w:firstLine="283"/>
      </w:pPr>
      <w:r>
        <w:t>He looked at the line.</w:t>
      </w:r>
    </w:p>
    <w:p>
      <w:pPr>
        <w:spacing w:line="360" w:lineRule="auto" w:after="0"/>
        <w:ind w:firstLine="283"/>
      </w:pPr>
      <w:r>
        <w:t>His hand went to his jaw. The seam there — the pale seam from the ear to the chin, the seam the hand had found every morning for eleven years while the razor worked around it. The hand rested. Then came down.</w:t>
      </w:r>
    </w:p>
    <w:p>
      <w:pPr>
        <w:spacing w:line="360" w:lineRule="auto" w:after="0"/>
        <w:ind w:firstLine="283"/>
      </w:pPr>
      <w:r>
        <w:t>He crossed the line out. Left to right, the steel nib drawn through the wet ink.</w:t>
      </w:r>
    </w:p>
    <w:p>
      <w:pPr>
        <w:spacing w:line="360" w:lineRule="auto" w:after="0"/>
        <w:ind w:firstLine="283"/>
      </w:pPr>
      <w:r>
        <w:t>The line was still visible under the stroke. The iron-gall had not dried.</w:t>
      </w:r>
    </w:p>
    <w:p>
      <w:pPr>
        <w:spacing w:line="360" w:lineRule="auto" w:after="0"/>
        <w:ind w:firstLine="283"/>
      </w:pPr>
      <w:r>
        <w:t>He set the pen in the well. He set the report in the tray. He stood.</w:t>
      </w:r>
    </w:p>
    <w:p>
      <w:pPr>
        <w:spacing w:line="360" w:lineRule="auto" w:after="0"/>
        <w:ind w:firstLine="283"/>
      </w:pPr>
      <w:r>
        <w:t>The line was still visible under the stroke.</w:t>
      </w:r>
    </w:p>
    <w:p>
      <w:pPr>
        <w:ind w:firstLine="0"/>
        <w:jc w:val="center"/>
      </w:pPr>
      <w:r>
        <w:rPr>
          <w:color w:val="AAAAAA"/>
        </w:rPr>
        <w:t>❖</w:t>
      </w:r>
    </w:p>
    <w:p>
      <w:pPr>
        <w:spacing w:before="360" w:after="240"/>
        <w:ind w:firstLine="0"/>
        <w:jc w:val="center"/>
      </w:pPr>
      <w:r>
        <w:rPr>
          <w:b/>
          <w:i/>
          <w:color w:val="333333"/>
          <w:sz w:val="26"/>
        </w:rPr>
        <w:t>Step 10b — Bess's Death</w:t>
      </w:r>
    </w:p>
    <w:p>
      <w:pPr>
        <w:spacing w:line="360" w:lineRule="auto" w:after="0"/>
        <w:ind w:firstLine="283"/>
      </w:pPr>
      <w:r>
        <w:t>Vasryn was on the wall. The wall was on the gate. He had been on the wall three weeks. The morning watch was his. Meret had said in the autumn, come spring you'll take the morning watch, and the spring had come, and Vasryn had taken it. The watching was the thing he did with his body now. The body had begun to set to it the way a hinge sets to a hasp.</w:t>
      </w:r>
    </w:p>
    <w:p>
      <w:pPr>
        <w:spacing w:line="360" w:lineRule="auto" w:after="0"/>
        <w:ind w:firstLine="283"/>
      </w:pPr>
      <w:r>
        <w:t>He was seventeen. The wrists had filled out over the winter. The shoulders were coming. The knees knew where to be. The face had lost the softness of fifteen and had not yet taken the lines that would come later — the lines that came from watching. He did not know the lines were coming. He did not know, yet, that the form had not been born.</w:t>
      </w:r>
    </w:p>
    <w:p>
      <w:pPr>
        <w:spacing w:line="360" w:lineRule="auto" w:after="0"/>
        <w:ind w:firstLine="283"/>
      </w:pPr>
      <w:r>
        <w:t>He had drunk his tea before he came up. The grandmother's cup — the chipped one, the chip turned to the far side the way she had always kept it, the way he kept it now that she was gone. The tea was the colour of the pot. The pot was the dented copper one that lived on the back of the hearth. The dent was on the left side. The tea came out of the dent side. He had not been taught this. The body did it. The body was the body of a boy who had drunk tea out of that pot for seventeen years.</w:t>
      </w:r>
    </w:p>
    <w:p>
      <w:pPr>
        <w:spacing w:line="360" w:lineRule="auto" w:after="0"/>
        <w:ind w:firstLine="283"/>
      </w:pPr>
      <w:r>
        <w:t>He counted. The body had begun to count. The feet set. The breath drew. The head turned. The feet set again. The counting was the thing the body did while the eyes did the watching. The watching was the thing the body did while the town forgot it was being watched.</w:t>
      </w:r>
    </w:p>
    <w:p>
      <w:pPr>
        <w:spacing w:line="360" w:lineRule="auto" w:after="0"/>
        <w:ind w:firstLine="283"/>
      </w:pPr>
      <w:r>
        <w:t>He did not know the counting had a name, or a number, or that the form had not been born. He counted the way Meret had told him to count — set the feet, draw the breath, turn the head, set the feet again — and the counting came out of him the way the breath came out of him. He did not know they were thirty. He would not know until the spring.</w:t>
      </w:r>
    </w:p>
    <w:p>
      <w:pPr>
        <w:spacing w:line="360" w:lineRule="auto" w:after="0"/>
        <w:ind w:firstLine="283"/>
      </w:pPr>
      <w:r>
        <w:t>Meret was on the stool below the wall. The staff was where it was. The hands were folded on the head of it. Meret was forty-six. The town had already decided he was old — the way a town decides a thing about a man who watches a road and does not marry. He had the look of forty-six and the look of seventy at once. The shoulders were a man's shoulders. The eyes were an old man's eyes. The eyes had the grey of the road in rain.</w:t>
      </w:r>
    </w:p>
    <w:p>
      <w:pPr>
        <w:spacing w:line="360" w:lineRule="auto" w:after="0"/>
        <w:ind w:firstLine="283"/>
      </w:pPr>
      <w:r>
        <w:t>Below the wall the morning carts came through the gate one at a time. Meret named the drivers without turning his head, the way other men name the verses of a song. The grain cart was Hannen's boy. The timber was the miller's team. The woman with the herbs was the one whose husband had died in the autumn. Meret named her too. The naming was gentle. The gentleness was the only marking of the dying.</w:t>
      </w:r>
    </w:p>
    <w:p>
      <w:pPr>
        <w:spacing w:line="360" w:lineRule="auto" w:after="0"/>
        <w:ind w:firstLine="283"/>
      </w:pPr>
      <w:r>
        <w:t>"You count," Meret said. He did not look up. He was picking at a splinter on the staff with his thumbnail, the way he picked at things when his mind was elsewhere. "You count. The counting is not the thing. The counting is the body's way of staying on the wall. The wall is the thing."</w:t>
      </w:r>
    </w:p>
    <w:p>
      <w:pPr>
        <w:spacing w:line="360" w:lineRule="auto" w:after="0"/>
        <w:ind w:firstLine="283"/>
      </w:pPr>
      <w:r>
        <w:t>Vasryn did not say anything. He stood on the wall. Below him the lane turned down to the river. The river was the Ather. It ran at the foot of the valley where he was born and had not left.</w:t>
      </w:r>
    </w:p>
    <w:p>
      <w:pPr>
        <w:spacing w:line="360" w:lineRule="auto" w:after="0"/>
        <w:ind w:firstLine="283"/>
      </w:pPr>
      <w:r>
        <w:t>Bess came out of the miller's door.</w:t>
      </w:r>
    </w:p>
    <w:p>
      <w:pPr>
        <w:spacing w:line="360" w:lineRule="auto" w:after="0"/>
        <w:ind w:firstLine="283"/>
      </w:pPr>
      <w:r>
        <w:t>The miller's house was at the bend where Miller's Lane turned down to the ford. The door was open. The flour-dust was in the gutter. Bess came out of the door the way she came out of every door — running. She was seven. She had a face the colour of the flour her father ground, and her hair was the colour of the chaff, and the chaff was in the hair the way the flour was in the dress. She had a blue dress. The blue had gone the grey of washing. The hem was flour-dusted from the mill. She had pockets in the dress. The pockets were full of stones.</w:t>
      </w:r>
    </w:p>
    <w:p>
      <w:pPr>
        <w:spacing w:line="360" w:lineRule="auto" w:after="0"/>
        <w:ind w:firstLine="283"/>
      </w:pPr>
      <w:r>
        <w:t>She came down the lane with a heel of bread for Meret because her mother said the man did not eat enough. Meret was forty-six and not yet the old man he would be, but the town had already decided he was. Bess's mother was right. Meret did not eat enough. He took the bread. He gave her the core of a pear. The two of them had a thing between them that was not a name and did not need one. She sat on the stool's edge. He ate the bread. She ate the pear. The staff leaned between them. Neither of them touched it.</w:t>
      </w:r>
    </w:p>
    <w:p>
      <w:pPr>
        <w:spacing w:line="360" w:lineRule="auto" w:after="0"/>
        <w:ind w:firstLine="283"/>
      </w:pPr>
      <w:r>
        <w:t>She went on down the lane. She ran. She ran the way she ran at everything — the gate, the lane, the ford, the river. She had the running and the laugh so close in her you could not say which was which. She threw a stone at the gate-post as she passed and the stone went 'tck' against the post and she was past, laughing.</w:t>
      </w:r>
    </w:p>
    <w:p>
      <w:pPr>
        <w:spacing w:line="360" w:lineRule="auto" w:after="0"/>
        <w:ind w:firstLine="283"/>
      </w:pPr>
      <w:r>
        <w:t>Vasryn watched her go. The watching was the thing his body did. He did not know the watching was a form. He did not know, yet, that the watching was the thing the body would do for thirty years. He watched her go down the lane to the ford. The blue dress was the colour of the morning. The pockets were heavy with the stones.</w:t>
      </w:r>
    </w:p>
    <w:p>
      <w:pPr>
        <w:spacing w:line="360" w:lineRule="auto" w:after="0"/>
        <w:ind w:firstLine="283"/>
      </w:pPr>
      <w:r>
        <w:t>She was going to the river. She was going to throw a stone in. The river was the thing she ran at that she should not have. He did not know this. He knew the river. He had swum in it as a boy. He had crossed the ford a thousand times. He knew the Ather was a spate river. He knew the spate came from the frost letting go. He knew this in the body the way the body knows a thing it has not yet been told. The body knew the river. The body did not say the river to him.</w:t>
      </w:r>
    </w:p>
    <w:p>
      <w:pPr>
        <w:spacing w:line="360" w:lineRule="auto" w:after="0"/>
        <w:ind w:firstLine="283"/>
      </w:pPr>
      <w:r>
        <w:t>He stood on the wall. He watched her go down. The morning was the morning. The river was up. He had not been told the frost had let go up at the head.</w:t>
      </w:r>
    </w:p>
    <w:p>
      <w:pPr>
        <w:spacing w:line="360" w:lineRule="auto" w:after="0"/>
        <w:ind w:firstLine="283"/>
      </w:pPr>
      <w:r>
        <w:t>It was the morning after the first frost.</w:t>
      </w:r>
    </w:p>
    <w:p>
      <w:pPr>
        <w:spacing w:line="360" w:lineRule="auto" w:after="0"/>
        <w:ind w:firstLine="283"/>
      </w:pPr>
      <w:r>
        <w:t>The Ather was a spate river. The spate came from the frost letting go up at the head, two miles up, where the river rose under the ridge. The letting-go came down in a brown wall that did not warn. The brown wall was the cold of the head and the silt of the bed and the broken branches of the willows at the bank, and the wall came down the river the way a hand comes down a table — all in one push, and the things on the table went.</w:t>
      </w:r>
    </w:p>
    <w:p>
      <w:pPr>
        <w:spacing w:line="360" w:lineRule="auto" w:after="0"/>
        <w:ind w:firstLine="283"/>
      </w:pPr>
      <w:r>
        <w:t>Vasryn saw it come. He was on the wall. The wall was the high thing in the valley. From the wall a man could see the river's whole length — the head, the bend, the ford. He saw the brown come down. He saw the willows at the bank go under. He saw the water lift the leaves. The brown wall was a quarter-mile up the river and coming.</w:t>
      </w:r>
    </w:p>
    <w:p>
      <w:pPr>
        <w:spacing w:line="360" w:lineRule="auto" w:after="0"/>
        <w:ind w:firstLine="283"/>
      </w:pPr>
      <w:r>
        <w:t>Bess was at the ford. She was on the last stone. The stones of the ford were the river's grey stones, set in a row, the last one two yards out from the bank. The water was at her ankles. The water was the colour of the bread she carried. The water was up over the stone. The water was moving.</w:t>
      </w:r>
    </w:p>
    <w:p>
      <w:pPr>
        <w:spacing w:line="360" w:lineRule="auto" w:after="0"/>
        <w:ind w:firstLine="283"/>
      </w:pPr>
      <w:r>
        <w:t>She had a stone in her hand. A round grey one the size of a thrush's egg. She was winding her arm back to throw it. The laugh was in her face. The laugh was the last thing she did with the face he knew.</w:t>
      </w:r>
    </w:p>
    <w:p>
      <w:pPr>
        <w:spacing w:line="360" w:lineRule="auto" w:after="0"/>
        <w:ind w:firstLine="283"/>
      </w:pPr>
      <w:r>
        <w:t>He did not call out. The body did not call out. The body went.</w:t>
      </w:r>
    </w:p>
    <w:p>
      <w:pPr>
        <w:spacing w:line="360" w:lineRule="auto" w:after="0"/>
        <w:ind w:firstLine="283"/>
      </w:pPr>
      <w:r>
        <w:t>He ran.</w:t>
      </w:r>
    </w:p>
    <w:p>
      <w:pPr>
        <w:spacing w:line="360" w:lineRule="auto" w:after="0"/>
        <w:ind w:firstLine="283"/>
      </w:pPr>
      <w:r>
        <w:t>He ran the way a boy runs who has not been taught the form, who has not been given the thirty steps, who has only the legs and the breath and the want. The want sent him. The want would not be enough.</w:t>
      </w:r>
    </w:p>
    <w:p>
      <w:pPr>
        <w:spacing w:line="360" w:lineRule="auto" w:after="0"/>
        <w:ind w:firstLine="283"/>
      </w:pPr>
      <w:r>
        <w:t>He ran down off the wall. He ran across the cart-rut. He ran over the verge and onto the stones of the ford. The stones were wet. The wet was the river. The river was up. His boot went sideways on the second stone. He caught himself with a hand. The hand went into the water to the wrist.</w:t>
      </w:r>
    </w:p>
    <w:p>
      <w:pPr>
        <w:spacing w:line="360" w:lineRule="auto" w:after="0"/>
        <w:ind w:firstLine="283"/>
      </w:pPr>
      <w:r>
        <w:t>The water took the hand. The water pulled. The pull was the river's. The river was strong. The river did not care.</w:t>
      </w:r>
    </w:p>
    <w:p>
      <w:pPr>
        <w:spacing w:line="360" w:lineRule="auto" w:after="0"/>
        <w:ind w:firstLine="283"/>
      </w:pPr>
      <w:r>
        <w:t>He got the hand out. He went on. The stones were wet and the stones were broken — the spate had broken them, the broken edges were sharp. The edges took the skin off his palms as he went. He did not feel it. The body went. The body went where the girl was.</w:t>
      </w:r>
    </w:p>
    <w:p>
      <w:pPr>
        <w:spacing w:line="360" w:lineRule="auto" w:after="0"/>
        <w:ind w:firstLine="283"/>
      </w:pPr>
      <w:r>
        <w:t>Bess was on the last stone. The water was at her knees. She had the stone still in her hand, the round grey one. She had not thrown it. The laugh had gone out of her face. The face was the face of a child who has begun to understand that the thing under her is not the thing it was.</w:t>
      </w:r>
    </w:p>
    <w:p>
      <w:pPr>
        <w:spacing w:line="360" w:lineRule="auto" w:after="0"/>
        <w:ind w:firstLine="283"/>
      </w:pPr>
      <w:r>
        <w:t>The stone went. The water took the stone out from under her the way a hand takes a stool out from under a boy. She went down. The round grey stone went. The pear core went. The bread went. The girl went. The river took them.</w:t>
      </w:r>
    </w:p>
    <w:p>
      <w:pPr>
        <w:spacing w:line="360" w:lineRule="auto" w:after="0"/>
        <w:ind w:firstLine="283"/>
      </w:pPr>
      <w:r>
        <w:t>He went in after her.</w:t>
      </w:r>
    </w:p>
    <w:p>
      <w:pPr>
        <w:spacing w:line="360" w:lineRule="auto" w:after="0"/>
        <w:ind w:firstLine="283"/>
      </w:pPr>
      <w:r>
        <w:t>The cold was the first thing. The cold was not the cold of a morning. The cold was not the cold of the parapet at dawn. The cold was the under-river. The cold came from the deep. The cold took the breath the way a hand takes a thing off a shelf — all at once, and the breath was gone, and the body went under, and the body came up, and the body was the thing the river had now.</w:t>
      </w:r>
    </w:p>
    <w:p>
      <w:pPr>
        <w:spacing w:line="360" w:lineRule="auto" w:after="0"/>
        <w:ind w:firstLine="283"/>
      </w:pPr>
      <w:r>
        <w:t>The river-stones were under the water. His hands found them as he went down. The edges of the stones cut his hands. The river had worn the stones round but the spate had broken them and the broken edges were sharp. The sharp edges took the skin off his palms and the backs of his fingers. The blood was in the water now. His. Thin. Going fast in the current. He did not feel it.</w:t>
      </w:r>
    </w:p>
    <w:p>
      <w:pPr>
        <w:spacing w:line="360" w:lineRule="auto" w:after="0"/>
        <w:ind w:firstLine="283"/>
      </w:pPr>
      <w:r>
        <w:t>He got his hand out. He reached. The hand went where she had been. The hand closed on the water. The water came through the fingers. The fingers could not hold it. The hand could not hold it.</w:t>
      </w:r>
    </w:p>
    <w:p>
      <w:pPr>
        <w:spacing w:line="360" w:lineRule="auto" w:after="0"/>
        <w:ind w:firstLine="283"/>
      </w:pPr>
      <w:r>
        <w:t>She was a yard off. She was two yards. The current had her. She was face-up for a moment. The face was the face he knew. The flour-colour. The chaff-hair. The blue dress gone dark with the water. The face was going. The river was taking her. The hand could not reach. The body could not go. The body was in the water and the water was the river's and the river did not give back.</w:t>
      </w:r>
    </w:p>
    <w:p>
      <w:pPr>
        <w:spacing w:line="360" w:lineRule="auto" w:after="0"/>
        <w:ind w:firstLine="283"/>
      </w:pPr>
      <w:r>
        <w:t>He reached again. The hand. The fingers. The water. The hand closed on the water. The water came through. The girl was three yards. The face was under. The bread was gone. The pear core was gone. The round grey stone was gone. The girl was gone. The hand was empty. The river was the colour of the bread. The river did not care.</w:t>
      </w:r>
    </w:p>
    <w:p>
      <w:pPr>
        <w:spacing w:line="360" w:lineRule="auto" w:after="0"/>
        <w:ind w:firstLine="283"/>
      </w:pPr>
      <w:r>
        <w:t>He went under. He came up. The coat took the water. The water took the coat. The coat pulled at the shoulders. The body went under and the body came up, shaking. The body was not the form. The form was not born. The body was a seventeen-year-old's body, and it was not enough. The body reached. The body failed. The river took the girl. The river did not give her back.</w:t>
      </w:r>
    </w:p>
    <w:p>
      <w:pPr>
        <w:spacing w:line="360" w:lineRule="auto" w:after="0"/>
        <w:ind w:firstLine="283"/>
      </w:pPr>
      <w:r>
        <w:t>He came out on the stones. The body was empty. The hand was empty. The hand was cut. The hand was the thing that could not reach.</w:t>
      </w:r>
    </w:p>
    <w:p>
      <w:pPr>
        <w:spacing w:line="360" w:lineRule="auto" w:after="0"/>
        <w:ind w:firstLine="283"/>
      </w:pPr>
      <w:r>
        <w:t>He sat on the stone. The stone was wet. The hands were cut — the palms and the backs of the fingers — and the cuts were the river-stones'. The blood was on the stones now. His. The blood went into the water. The water did not care.</w:t>
      </w:r>
    </w:p>
    <w:p>
      <w:pPr>
        <w:spacing w:line="360" w:lineRule="auto" w:after="0"/>
        <w:ind w:firstLine="283"/>
      </w:pPr>
      <w:r>
        <w:t>The river was going down. The frost had let go and the wall of water had gone through and the river was the river again — the brown, the slow, the colour of the bread. The clothes were heavy. The body was shaking. The cold was in the bones. The cold was the cold that does not leave when the body comes out of the water.</w:t>
      </w:r>
    </w:p>
    <w:p>
      <w:pPr>
        <w:spacing w:line="360" w:lineRule="auto" w:after="0"/>
        <w:ind w:firstLine="283"/>
      </w:pPr>
      <w:r>
        <w:t>Bess was not in the river. Bess was not on the stones. Bess was not anywhere the body could find. The body had looked. The body sat on the stone with the cold and the cut hands and the heavy wet clothes.</w:t>
      </w:r>
    </w:p>
    <w:p>
      <w:pPr>
        <w:spacing w:line="360" w:lineRule="auto" w:after="0"/>
        <w:ind w:firstLine="283"/>
      </w:pPr>
      <w:r>
        <w:t>The morning went on. The body sat.</w:t>
      </w:r>
    </w:p>
    <w:p>
      <w:pPr>
        <w:spacing w:line="360" w:lineRule="auto" w:after="0"/>
        <w:ind w:firstLine="283"/>
      </w:pPr>
      <w:r>
        <w:t>He did not know when he stood up. The body stood. The body went down to the river's edge where the stones were. The round grey stones the Ather had worn. He picked one up. He carried it to the bank. He set it down. He went back. He picked up another. He carried it. He set it down.</w:t>
      </w:r>
    </w:p>
    <w:p>
      <w:pPr>
        <w:spacing w:line="360" w:lineRule="auto" w:after="0"/>
        <w:ind w:firstLine="283"/>
      </w:pPr>
      <w:r>
        <w:t>He did not know why. The carrying was what the body did when it could not do the thing it had been sent to do. The body had been sent to reach the girl. It had not reached her. The body carried the stones.</w:t>
      </w:r>
    </w:p>
    <w:p>
      <w:pPr>
        <w:spacing w:line="360" w:lineRule="auto" w:after="0"/>
        <w:ind w:firstLine="283"/>
      </w:pPr>
      <w:r>
        <w:t>The stones were the size of a child's head, some. The size of a fist, others. Some were the size of a thrush's egg — the round grey ones, the kind Bess had collected. He carried those too. The carrying of the small ones was the thing that broke him. He did not know it was the breaking. The body carried. The body set the stone. The body went back. The body picked up another.</w:t>
      </w:r>
    </w:p>
    <w:p>
      <w:pPr>
        <w:spacing w:line="360" w:lineRule="auto" w:after="0"/>
        <w:ind w:firstLine="283"/>
      </w:pPr>
      <w:r>
        <w:t>The sun moved. The body did not stop. The hands were cut and the cuts were open and the blood was on the stones and the stones took the blood the way the river took the blood — without caring. He set a stone. He went back. He picked up another. He set it.</w:t>
      </w:r>
    </w:p>
    <w:p>
      <w:pPr>
        <w:spacing w:line="360" w:lineRule="auto" w:after="0"/>
        <w:ind w:firstLine="283"/>
      </w:pPr>
      <w:r>
        <w:t>He carried them all that day. The body carried them from the river's edge to the place on the bank where the girl had gone in. The body set them in a line. The line became a row. The row became a low wall — a wall the height of a man's shin, a wall of the round grey stones the river had worn. The wall was at the place where the ford had been and the girl had gone in.</w:t>
      </w:r>
    </w:p>
    <w:p>
      <w:pPr>
        <w:spacing w:line="360" w:lineRule="auto" w:after="0"/>
        <w:ind w:firstLine="283"/>
      </w:pPr>
      <w:r>
        <w:t>Nobody told him to build it. The wall was the boy's. The boy built it the way the boy had carried the stones — one and then one and then one. The wall was the body's answer to the failing.</w:t>
      </w:r>
    </w:p>
    <w:p>
      <w:pPr>
        <w:spacing w:line="360" w:lineRule="auto" w:after="0"/>
        <w:ind w:firstLine="283"/>
      </w:pPr>
      <w:r>
        <w:t>The wall grew. The wall was the height of a man's shin by midday. The wall was the height of a man's knee by the long hour. The wall was the height of a man's thigh by the time the sun went off the bank.</w:t>
      </w:r>
    </w:p>
    <w:p>
      <w:pPr>
        <w:spacing w:line="360" w:lineRule="auto" w:after="0"/>
        <w:ind w:firstLine="283"/>
      </w:pPr>
      <w:r>
        <w:t>He did not look up. He did not look at the river. He did not look at the place where the girl had gone in. He looked at the next stone. He set it. He went back. He picked up another. He set it.</w:t>
      </w:r>
    </w:p>
    <w:p>
      <w:pPr>
        <w:spacing w:line="360" w:lineRule="auto" w:after="0"/>
        <w:ind w:firstLine="283"/>
      </w:pPr>
      <w:r>
        <w:t>Meret came down at evening.</w:t>
      </w:r>
    </w:p>
    <w:p>
      <w:pPr>
        <w:spacing w:line="360" w:lineRule="auto" w:after="0"/>
        <w:ind w:firstLine="283"/>
      </w:pPr>
      <w:r>
        <w:t>He came the way he came down lanes — mildly, without hurry, the staff in his hand and the hands folded on the head of it. He was forty-six. The staff was already his. The watching was already his practice. The body was a man's body in the middle years — strong in the shoulders, the hands not yet stiff, the eyes the grey of the road in rain.</w:t>
      </w:r>
    </w:p>
    <w:p>
      <w:pPr>
        <w:spacing w:line="360" w:lineRule="auto" w:after="0"/>
        <w:ind w:firstLine="283"/>
      </w:pPr>
      <w:r>
        <w:t>He was talking to himself as he came. He did this. The town knew. The town had decided it was the eccentricity of a man who watches a road and does not marry. The talking was not words. The talking was a low sound in the throat, half a song, half a counting, the kind of sound a man makes when he has been alone a long time and the alone has got into the voice. He came around the bend where the lane turned to the ford, still talking, and he stopped.</w:t>
      </w:r>
    </w:p>
    <w:p>
      <w:pPr>
        <w:spacing w:line="360" w:lineRule="auto" w:after="0"/>
        <w:ind w:firstLine="283"/>
      </w:pPr>
      <w:r>
        <w:t>The wall was there.</w:t>
      </w:r>
    </w:p>
    <w:p>
      <w:pPr>
        <w:spacing w:line="360" w:lineRule="auto" w:after="0"/>
        <w:ind w:firstLine="283"/>
      </w:pPr>
      <w:r>
        <w:t>The wall had not been there in the morning. The wall was the round grey stones the river had worn, set in a row, the height of a man's shin, at the place where the ford had been and the girl had gone in. The boy was on his knees at the end of it, setting a stone. The stone was the last of the day's. The boy did not look up.</w:t>
      </w:r>
    </w:p>
    <w:p>
      <w:pPr>
        <w:spacing w:line="360" w:lineRule="auto" w:after="0"/>
        <w:ind w:firstLine="283"/>
      </w:pPr>
      <w:r>
        <w:t>Meret looked at the wall. He did not move for a long time. The staff was in his hand and the hands were folded on the head of it. The hands tightened on the staff. He made a sound — a small sound, the sound he made when something was noted, the sound that was not a word and was not a whistle and was the thing the staff made when he tapped it on a stone. He did not tap the staff. He made the sound in his throat.</w:t>
      </w:r>
    </w:p>
    <w:p>
      <w:pPr>
        <w:spacing w:line="360" w:lineRule="auto" w:after="0"/>
        <w:ind w:firstLine="283"/>
      </w:pPr>
      <w:r>
        <w:t>The man had come down to find the boy. The man had found the wall.</w:t>
      </w:r>
    </w:p>
    <w:p>
      <w:pPr>
        <w:spacing w:line="360" w:lineRule="auto" w:after="0"/>
        <w:ind w:firstLine="283"/>
      </w:pPr>
      <w:r>
        <w:t>He did not go to the boy. He went to the ford.</w:t>
      </w:r>
    </w:p>
    <w:p>
      <w:pPr>
        <w:spacing w:line="360" w:lineRule="auto" w:after="0"/>
        <w:ind w:firstLine="283"/>
      </w:pPr>
      <w:r>
        <w:t>He walked down the bank to the place where the ford had been. The water was down. The stones of the ford were there — the last one, the one that had gone out from under the girl. Meret stood on the bank where the girl had stood. He stood the way he stood at the gate — the staff in his hand, the hands folded on the head of it, the eyes on the water, the body still. The water went past. The girl was not in it. The man knew this. The man had known it before he came down. The man had come down for the boy, not the girl, because the girl was the river's and the river did not give back, and the boy was the thing the man could still find.</w:t>
      </w:r>
    </w:p>
    <w:p>
      <w:pPr>
        <w:spacing w:line="360" w:lineRule="auto" w:after="0"/>
        <w:ind w:firstLine="283"/>
      </w:pPr>
      <w:r>
        <w:t>He stood there the length of a breath. Then he went to the wall.</w:t>
      </w:r>
    </w:p>
    <w:p>
      <w:pPr>
        <w:spacing w:line="360" w:lineRule="auto" w:after="0"/>
        <w:ind w:firstLine="283"/>
      </w:pPr>
      <w:r>
        <w:t>He did not set a stone. He was not the builder. He laid his hand on the wall — flat, the way a man lays a hand on a thing to say I see this, I am here, this is here. His hand was on the stone the boy had set last. The stone was warm from the day. The hand lay on it. He did not grip the stone. He did not add to the wall. The hand was the witness's hand. The boy's hands had built the wall. The man's hand lay on it.</w:t>
      </w:r>
    </w:p>
    <w:p>
      <w:pPr>
        <w:spacing w:line="360" w:lineRule="auto" w:after="0"/>
        <w:ind w:firstLine="283"/>
      </w:pPr>
      <w:r>
        <w:t>He sat on the wall. The wall took him the way a gate takes a man — by being the thing he leaned on. His knees crackled like green wood when he shifted. He sat. The staff leaned. The boy set the last stone. The boy did not look up.</w:t>
      </w:r>
    </w:p>
    <w:p>
      <w:pPr>
        <w:spacing w:line="360" w:lineRule="auto" w:after="0"/>
        <w:ind w:firstLine="283"/>
      </w:pPr>
      <w:r>
        <w:t>Meret raised one hand an inch off the staff. The gesture he had made for twenty years. The gesture that meant, as far as anyone had ever worked out, noted. He raised it. He set it down. The raising was the mark he left. The mark was not a stone. The mark was the witness.</w:t>
      </w:r>
    </w:p>
    <w:p>
      <w:pPr>
        <w:spacing w:line="360" w:lineRule="auto" w:after="0"/>
        <w:ind w:firstLine="283"/>
      </w:pPr>
      <w:r>
        <w:t>He made the sound again — the sound in the throat, the sound that was not a word.</w:t>
      </w:r>
    </w:p>
    <w:p>
      <w:pPr>
        <w:spacing w:line="360" w:lineRule="auto" w:after="0"/>
        <w:ind w:firstLine="283"/>
      </w:pPr>
      <w:r>
        <w:t>Then he said it.</w:t>
      </w:r>
    </w:p>
    <w:p>
      <w:pPr>
        <w:spacing w:line="360" w:lineRule="auto" w:after="0"/>
        <w:ind w:firstLine="283"/>
      </w:pPr>
      <w:r>
        <w:t>"You carried the stones," Meret said.</w:t>
      </w:r>
    </w:p>
    <w:p>
      <w:pPr>
        <w:spacing w:line="360" w:lineRule="auto" w:after="0"/>
        <w:ind w:firstLine="283"/>
      </w:pPr>
      <w:r>
        <w:t>"I carried the stones," Vasryn said.</w:t>
      </w:r>
    </w:p>
    <w:p>
      <w:pPr>
        <w:spacing w:line="360" w:lineRule="auto" w:after="0"/>
        <w:ind w:firstLine="283"/>
      </w:pPr>
      <w:r>
        <w:t>"Aye."</w:t>
      </w:r>
    </w:p>
    <w:p>
      <w:pPr>
        <w:spacing w:line="360" w:lineRule="auto" w:after="0"/>
        <w:ind w:firstLine="283"/>
      </w:pPr>
      <w:r>
        <w:t>He was quiet. The river went past. The wall held.</w:t>
      </w:r>
    </w:p>
    <w:p>
      <w:pPr>
        <w:spacing w:line="360" w:lineRule="auto" w:after="0"/>
        <w:ind w:firstLine="283"/>
      </w:pPr>
      <w:r>
        <w:t>"The form is the watching," Meret said. He said it the way he said the road — mildly, without weight. "You did not know that. You built the wall before I came down. The wall is the watching made stone. I did not make the wall. You made the wall. I am the man who saw you make it."</w:t>
      </w:r>
    </w:p>
    <w:p>
      <w:pPr>
        <w:spacing w:line="360" w:lineRule="auto" w:after="0"/>
        <w:ind w:firstLine="283"/>
      </w:pPr>
      <w:r>
        <w:t>He did not say anything else for a long time. The river went past. The boy knelt at the end of the wall. The man sat on the wall. The staff leaned between them. The hands were folded on the head of it.</w:t>
      </w:r>
    </w:p>
    <w:p>
      <w:pPr>
        <w:spacing w:line="360" w:lineRule="auto" w:after="0"/>
        <w:ind w:firstLine="283"/>
      </w:pPr>
      <w:r>
        <w:t>Then he said: "The steps. Tomorrow."</w:t>
      </w:r>
    </w:p>
    <w:p>
      <w:pPr>
        <w:spacing w:line="360" w:lineRule="auto" w:after="0"/>
        <w:ind w:firstLine="283"/>
      </w:pPr>
      <w:r>
        <w:t>He went back to the gate the next morning. The grandmother's cup was on the table. The chip was turned to the far side. The tea was the colour of the pot. The pot was the dented copper one. He drank. The body drank. The body went up to the wall.</w:t>
      </w:r>
    </w:p>
    <w:p>
      <w:pPr>
        <w:spacing w:line="360" w:lineRule="auto" w:after="0"/>
        <w:ind w:firstLine="283"/>
      </w:pPr>
      <w:r>
        <w:t>Meret was on the stool. The staff was where it was. The man was forty-six. The boy was seventeen. The morning was the morning after the first frost. The river was down. The wall was at the ford. The wall held.</w:t>
      </w:r>
    </w:p>
    <w:p>
      <w:pPr>
        <w:spacing w:line="360" w:lineRule="auto" w:after="0"/>
        <w:ind w:firstLine="283"/>
      </w:pPr>
      <w:r>
        <w:t>"The steps," Meret said.</w:t>
      </w:r>
    </w:p>
    <w:p>
      <w:pPr>
        <w:spacing w:line="360" w:lineRule="auto" w:after="0"/>
        <w:ind w:firstLine="283"/>
      </w:pPr>
      <w:r>
        <w:t>"The steps," Vasryn said.</w:t>
      </w:r>
    </w:p>
    <w:p>
      <w:pPr>
        <w:spacing w:line="360" w:lineRule="auto" w:after="0"/>
        <w:ind w:firstLine="283"/>
      </w:pPr>
      <w:r>
        <w:t>"Begin."</w:t>
      </w:r>
    </w:p>
    <w:p>
      <w:pPr>
        <w:spacing w:line="360" w:lineRule="auto" w:after="0"/>
        <w:ind w:firstLine="283"/>
      </w:pPr>
      <w:r>
        <w:t>He set his feet. The body did the first thing the body did at the gate — the wide step, the weight centered, the turn — and the body did it the way the body had carried the stones: one and then one and then one. The rehearsal of the reaching. The reaching that had failed. The boy counted.</w:t>
      </w:r>
    </w:p>
    <w:p>
      <w:pPr>
        <w:spacing w:line="360" w:lineRule="auto" w:after="0"/>
        <w:ind w:firstLine="283"/>
      </w:pPr>
      <w:r>
        <w:t>He did not find thirty that morning. He found eleven. The body did the eleven and the body stopped. The body knew the eleven was not the thirty. The body would find the thirty. The finding would take the spring. The spring would take the boy to the wall. The wall would give the boy the thirty the way the river gave the stones — one and then one and then one.</w:t>
      </w:r>
    </w:p>
    <w:p>
      <w:pPr>
        <w:spacing w:line="360" w:lineRule="auto" w:after="0"/>
        <w:ind w:firstLine="283"/>
      </w:pPr>
      <w:r>
        <w:t>He did all eleven. The hand rose to the sternum. The hand fell.</w:t>
      </w:r>
    </w:p>
    <w:p>
      <w:pPr>
        <w:spacing w:line="360" w:lineRule="auto" w:after="0"/>
        <w:ind w:firstLine="283"/>
      </w:pPr>
      <w:r>
        <w:t>Meret watched. He did not say anything. The staff was where it was. The hands were folded on the head of it. The eyes were the grey of the road in rain. The man did not say the eleven was good. The man did not say the eleven was not enough. The man watched. The watching was the form.</w:t>
      </w:r>
    </w:p>
    <w:p>
      <w:pPr>
        <w:spacing w:line="360" w:lineRule="auto" w:after="0"/>
        <w:ind w:firstLine="283"/>
      </w:pPr>
      <w:r>
        <w:t>Down at the river, the wall stood. The wall of round grey stones. The wall at the ford. The wall the boy had built because the boy could not reach. The wall was the watching made stone. The form was the watching made body. The thing was born at the river, on the morning the boy failed. The thing would go with the boy to the wall at Koric. The wall would hold the boy for thirty years. The boy would become the man. The man would hold the form. The form would hold the man.</w:t>
      </w:r>
    </w:p>
    <w:p>
      <w:pPr>
        <w:spacing w:line="360" w:lineRule="auto" w:after="0"/>
        <w:ind w:firstLine="283"/>
      </w:pPr>
      <w:r>
        <w:t>The river went past. The wall held. The form was born. The hand was on the stone — the hand that was cut, the hand that had closed on water. The girl was in the river, and the water did not give her back. The man stood where the boy had reached. The form was the cost.</w:t>
      </w:r>
    </w:p>
    <w:p>
      <w:pPr>
        <w:spacing w:line="360" w:lineRule="auto" w:after="0"/>
        <w:ind w:firstLine="283"/>
      </w:pPr>
      <w:r>
        <w:t>He had found eleven of the thirty. He would find the thirty.</w:t>
      </w:r>
    </w:p>
    <w:p>
      <w:pPr>
        <w:spacing w:line="360" w:lineRule="auto" w:after="0"/>
        <w:ind w:firstLine="283"/>
      </w:pPr>
      <w:r>
        <w:t>The Thirty Steps</w:t>
      </w:r>
    </w:p>
    <w:p>
      <w:pPr>
        <w:spacing w:line="360" w:lineRule="auto" w:after="0"/>
        <w:ind w:firstLine="283"/>
      </w:pPr>
      <w:r>
        <w:t>He went back to the gate the next morning. Meret was on the stool. The staff was where it was. The man was forty-six and the boy was seventeen and the morning was the morning after the first frost, and the river was down, and the wall was at the ford, and the wall held.</w:t>
      </w:r>
    </w:p>
    <w:p>
      <w:pPr>
        <w:spacing w:line="360" w:lineRule="auto" w:after="0"/>
        <w:ind w:firstLine="283"/>
      </w:pPr>
      <w:r>
        <w:t>“The steps,” Meret said.</w:t>
      </w:r>
    </w:p>
    <w:p>
      <w:pPr>
        <w:spacing w:line="360" w:lineRule="auto" w:after="0"/>
        <w:ind w:firstLine="283"/>
      </w:pPr>
      <w:r>
        <w:t>“The steps.”</w:t>
      </w:r>
    </w:p>
    <w:p>
      <w:pPr>
        <w:spacing w:line="360" w:lineRule="auto" w:after="0"/>
        <w:ind w:firstLine="283"/>
      </w:pPr>
      <w:r>
        <w:t>“Begin.”</w:t>
      </w:r>
    </w:p>
    <w:p>
      <w:pPr>
        <w:spacing w:line="360" w:lineRule="auto" w:after="0"/>
        <w:ind w:firstLine="283"/>
      </w:pPr>
      <w:r>
        <w:t>He set his feet. The body did the first thing the body did at the gate — the wide step, the weight centered, the turn — and the body did it the way the body had carried the stones, one and then one and then one, the rehearsal of the reaching, the reaching that had failed. The boy had found the first step. The boy counted.</w:t>
      </w:r>
    </w:p>
    <w:p>
      <w:pPr>
        <w:spacing w:line="360" w:lineRule="auto" w:after="0"/>
        <w:ind w:firstLine="283"/>
      </w:pPr>
      <w:r>
        <w:t>He did not find thirty that morning. He found eleven. The body did the eleven and the body stopped. The body knew the eleven was not the thirty. The body would find the thirty. The finding would take the spring, and the spring would take the boy to the wall, and the wall would give the boy the thirty the way the river gave the stones — one and then one and then one. He did all eleven. The hand rose to the sternum. The hand fell.</w:t>
      </w:r>
    </w:p>
    <w:p>
      <w:pPr>
        <w:spacing w:line="360" w:lineRule="auto" w:after="0"/>
        <w:ind w:firstLine="283"/>
      </w:pPr>
      <w:r>
        <w:t>Down at the river, the wall stood. The wall of round grey stones. The wall at the ford. The wall the boy had built because the boy could not reach. The wall was the watching made stone. The form was the watching made body. The two were the same thing, and the thing was born at the river, on the morning the boy failed, and the thing would go with the boy to the wall at Koric and the wall would hold the boy for thirty years and the boy would become the man and the man would hold the form and the form would hold the man and the two would hold each other the way the river holds the stone — by being the thing the weight comes to.</w:t>
      </w:r>
    </w:p>
    <w:p>
      <w:pPr>
        <w:spacing w:line="360" w:lineRule="auto" w:after="0"/>
        <w:ind w:firstLine="283"/>
      </w:pPr>
      <w:r>
        <w:t>The river went past. The wall held. The form was born. The hand was on the stone, the hand that was cut, the hand that had closed on water. The girl was in the river, and the water did not give her back. The man stood where the boy had reached. The form was the cost. He had found eleven of the thirty. He would find the thirty.</w:t>
      </w:r>
    </w:p>
    <w:p>
      <w:pPr>
        <w:ind w:firstLine="0"/>
        <w:jc w:val="center"/>
      </w:pPr>
      <w:r>
        <w:rPr>
          <w:color w:val="AAAAAA"/>
        </w:rPr>
        <w:t>❖</w:t>
      </w:r>
    </w:p>
    <w:p>
      <w:pPr>
        <w:spacing w:before="360" w:after="240"/>
        <w:ind w:firstLine="0"/>
        <w:jc w:val="center"/>
      </w:pPr>
      <w:r>
        <w:rPr>
          <w:b/>
          <w:i/>
          <w:color w:val="333333"/>
          <w:sz w:val="26"/>
        </w:rPr>
        <w:t>Step 12 — The Gull's-Foot (Tansy)</w:t>
      </w:r>
    </w:p>
    <w:p>
      <w:pPr>
        <w:spacing w:line="360" w:lineRule="auto" w:after="0"/>
        <w:ind w:firstLine="283"/>
      </w:pPr>
      <w:r>
        <w:t>‖ ∧</w:t>
      </w:r>
    </w:p>
    <w:p>
      <w:pPr>
        <w:spacing w:line="360" w:lineRule="auto" w:after="0"/>
        <w:ind w:firstLine="283"/>
      </w:pPr>
      <w:r>
        <w:t>Salt collected in the window sills wherever the draft came off the river, gray and fine as slate dust, and it got under your fingernails unless you greased your hands first.</w:t>
      </w:r>
    </w:p>
    <w:p>
      <w:pPr>
        <w:spacing w:line="360" w:lineRule="auto" w:after="0"/>
        <w:ind w:firstLine="283"/>
      </w:pPr>
      <w:r>
        <w:t>Tansy had no lard. She had a scraping of sheep-fat from the bottom of an iron crock that smelled of old cabbage and winter smoke, and she worked it into her knuckles by the tallow-dip with her thumb catching on the second joint. A splinter of seasoned pine had gone in there two years back and left a dark knot under the skin. She could have had it cut out. She had decided, somewhere along the line, to keep it. It was hers. It was the body's one small stubborn argument with the things it had touched.</w:t>
      </w:r>
    </w:p>
    <w:p>
      <w:pPr>
        <w:spacing w:line="360" w:lineRule="auto" w:after="0"/>
        <w:ind w:firstLine="283"/>
      </w:pPr>
      <w:r>
        <w:t>She hadn't tasted salt on her tongue in four months. The Registry had stopped the ration in the spring, and the ward had drawn its own conclusion about who was going to be seasoned and who wasn't. She wanted it anyway. Not for the flavor. She wanted it the way you want a pulled tooth, with the tongue, at odd hours, for no reason.</w:t>
      </w:r>
    </w:p>
    <w:p>
      <w:pPr>
        <w:spacing w:line="360" w:lineRule="auto" w:after="0"/>
        <w:ind w:firstLine="283"/>
      </w:pPr>
      <w:r>
        <w:t>Across the plank table the server pushed a round tin of gray ink toward the edge. She was a woman whose shins were always wrapped in greasy strips of flannel against the damp, and her voice had the flat dry rattle of river reeds in November.</w:t>
      </w:r>
    </w:p>
    <w:p>
      <w:pPr>
        <w:spacing w:line="360" w:lineRule="auto" w:after="0"/>
        <w:ind w:firstLine="283"/>
      </w:pPr>
      <w:r>
        <w:t>"Don't dip deep. The bottom's rusted through. Press and you'll take the wood."</w:t>
      </w:r>
    </w:p>
    <w:p>
      <w:pPr>
        <w:spacing w:line="360" w:lineRule="auto" w:after="0"/>
        <w:ind w:firstLine="283"/>
      </w:pPr>
      <w:r>
        <w:t>Tansy didn't answer. She took a chalk stub from her apron and rolled it between her thumb and forefinger until the tip went gray. The wall beside the flour-bin was already crowded with small crooked marks. Some were no longer than a thumbnail. Others were crossed twice, to show where a family of four had turned south toward the marsh before the first lime-fires were lit on the ridge.</w:t>
      </w:r>
    </w:p>
    <w:p>
      <w:pPr>
        <w:spacing w:line="360" w:lineRule="auto" w:after="0"/>
        <w:ind w:firstLine="283"/>
      </w:pPr>
      <w:r>
        <w:t>She never wrote names. Names wanted ink, and ink dried too black and stayed. What she made was a gull's-foot: three thin strokes and a crossbar. It could mean anything. It could mean fed. It could mean went south. It could mean I was here, and somebody was kind.</w:t>
      </w:r>
    </w:p>
    <w:p>
      <w:pPr>
        <w:spacing w:line="360" w:lineRule="auto" w:after="0"/>
        <w:ind w:firstLine="283"/>
      </w:pPr>
      <w:r>
        <w:t>She notched the timber under the lintel as well, where the door had settled three inches to the left. She had measured it. Three inches in two years, an inch and a half a year. The houses in the lower ward were always moving, with the river eating the clay out from under the foundations, and the walls went down the way old women settle into chairs: slowly, and all at once, and without complaint.</w:t>
      </w:r>
    </w:p>
    <w:p>
      <w:pPr>
        <w:spacing w:line="360" w:lineRule="auto" w:after="0"/>
        <w:ind w:firstLine="283"/>
      </w:pPr>
      <w:r>
        <w:t>Out in the lane the wheels made a thick wet sound through the slush. That would be the third supply wagon from the upper ward, the one with the green tin plates nailed to its box to show it belonged to the Distribution Board. It never stopped at the kitchen. It kept to the middle of the paved lane, where the stones were squared and laid in mortar and the drains kept the horse-droppings from freezing into yellow hummocks. The lower ward got the lane's edges. It had been getting them for years.</w:t>
      </w:r>
    </w:p>
    <w:p>
      <w:pPr>
        <w:spacing w:line="360" w:lineRule="auto" w:after="0"/>
        <w:ind w:firstLine="283"/>
      </w:pPr>
      <w:r>
        <w:t>"They've taken the corner house," the server said. She was scouring the zinc tub with a fistful of river-sand and a square of sacking, and she didn't look up. "The one with the slate shingles. Where the widow kept the pigeons."</w:t>
      </w:r>
    </w:p>
    <w:p>
      <w:pPr>
        <w:spacing w:line="360" w:lineRule="auto" w:after="0"/>
        <w:ind w:firstLine="283"/>
      </w:pPr>
      <w:r>
        <w:t>"Who took it?"</w:t>
      </w:r>
    </w:p>
    <w:p>
      <w:pPr>
        <w:spacing w:line="360" w:lineRule="auto" w:after="0"/>
        <w:ind w:firstLine="283"/>
      </w:pPr>
      <w:r>
        <w:t>"The ones with clean cuffs." The server spat into the gray water between her clogs. "The small ones with the brass rulers in their breast pockets. Didn't even measure the door. Drew a red line across the sill with a grease-pencil and told her she had forty minutes. She left her kettle on. Half a pot of chicory still in it."</w:t>
      </w:r>
    </w:p>
    <w:p>
      <w:pPr>
        <w:spacing w:line="360" w:lineRule="auto" w:after="0"/>
        <w:ind w:firstLine="283"/>
      </w:pPr>
      <w:r>
        <w:t>"Was she on the list?"</w:t>
      </w:r>
    </w:p>
    <w:p>
      <w:pPr>
        <w:spacing w:line="360" w:lineRule="auto" w:after="0"/>
        <w:ind w:firstLine="283"/>
      </w:pPr>
      <w:r>
        <w:t>"Nobody's on the list until they're off it." The rag went into the water and came out with potato peel and soot. "That's what the clerk with the round glasses told me when I asked after the boy from the cooperage. The list is complete, he says. Everything else is drift."</w:t>
      </w:r>
    </w:p>
    <w:p>
      <w:pPr>
        <w:spacing w:line="360" w:lineRule="auto" w:after="0"/>
        <w:ind w:firstLine="283"/>
      </w:pPr>
      <w:r>
        <w:t>Tansy pressed the chalk into a crack in the mortar above the flour-bin and it didn't take. The lime had gone old and crumbly, like a dry biscuit. She blew on it and the dust settled on her sleeve like moth-scale.</w:t>
      </w:r>
    </w:p>
    <w:p>
      <w:pPr>
        <w:spacing w:line="360" w:lineRule="auto" w:after="0"/>
        <w:ind w:firstLine="283"/>
      </w:pPr>
      <w:r>
        <w:t>Down in the lane the wheels had stopped.</w:t>
      </w:r>
    </w:p>
    <w:p>
      <w:pPr>
        <w:spacing w:line="360" w:lineRule="auto" w:after="0"/>
        <w:ind w:firstLine="283"/>
      </w:pPr>
      <w:r>
        <w:t>There was no shouting. There was a tap, tap, tap: an iron-shod walking stick on the paving, three taps for every two paces, the official measure of the survey line. It went past the kitchen door without slowing. Then she heard the duller sound of a boot sinking into wet clay.</w:t>
      </w:r>
    </w:p>
    <w:p>
      <w:pPr>
        <w:spacing w:line="360" w:lineRule="auto" w:after="0"/>
        <w:ind w:firstLine="283"/>
      </w:pPr>
      <w:r>
        <w:t>She wiped her hands on her apron and went to the narrow window above the sink. Through the dust on the glass she could see the square by the fish-market, where two men in slate-gray coats had set up a three-legged stand and a brass-bound measure. One had a book open on his forearm, his thumb clamped on the page against the wind.</w:t>
      </w:r>
    </w:p>
    <w:p>
      <w:pPr>
        <w:spacing w:line="360" w:lineRule="auto" w:after="0"/>
        <w:ind w:firstLine="283"/>
      </w:pPr>
      <w:r>
        <w:t>Behind them stood the old bakery. Its wall was perfectly plumb. Every other wall on the lane had settled, but the bakery's was straight as a rule, which was strange for a building that had been empty three months. A wall that straight had been kept. Somebody had been seeing to it, and she did not like to think who.</w:t>
      </w:r>
    </w:p>
    <w:p>
      <w:pPr>
        <w:spacing w:line="360" w:lineRule="auto" w:after="0"/>
        <w:ind w:firstLine="283"/>
      </w:pPr>
      <w:r>
        <w:t>"Number forty-four," the first man said. His voice carried thin and dry across the square, like corn-shucks rubbing in an empty crib. "Unregistered habitation. No trace in the fourth-quarter rolls."</w:t>
      </w:r>
    </w:p>
    <w:p>
      <w:pPr>
        <w:spacing w:line="360" w:lineRule="auto" w:after="0"/>
        <w:ind w:firstLine="283"/>
      </w:pPr>
      <w:r>
        <w:t>"Mark it," said the second. He had a short brass rod with a flat square foot, and he pressed it into the mud beside the doorframe and left a neat impression the size of a postage stamp.</w:t>
      </w:r>
    </w:p>
    <w:p>
      <w:pPr>
        <w:spacing w:line="360" w:lineRule="auto" w:after="0"/>
        <w:ind w:firstLine="283"/>
      </w:pPr>
      <w:r>
        <w:t>At the edge of the square, where the paving gave out into the raw earth of the ditch, a man had stopped. He was broad across the shoulders and unshaven, in a gray wool coat from which the brass buttons had been cut, leaving little frayed threads of green where the insignia had been. Over one shoulder lay fifteen feet of dark hemp rope, unknotted, trailing in the slush.</w:t>
      </w:r>
    </w:p>
    <w:p>
      <w:pPr>
        <w:spacing w:line="360" w:lineRule="auto" w:after="0"/>
        <w:ind w:firstLine="283"/>
      </w:pPr>
      <w:r>
        <w:t>Tansy knew him. Everyone in the lower ward knew Rook, though nobody called him that to his face. He had been Cadre once, before they disbanded the Cadre, and he still walked as if the ground should have been surveyed under his boots.</w:t>
      </w:r>
    </w:p>
    <w:p>
      <w:pPr>
        <w:spacing w:line="360" w:lineRule="auto" w:after="0"/>
        <w:ind w:firstLine="283"/>
      </w:pPr>
      <w:r>
        <w:t>He stepped forward and put his boot down squarely on the brass-stamped square. He ground it, slowly, until the clean-edged mark was a smear of yellow clay.</w:t>
      </w:r>
    </w:p>
    <w:p>
      <w:pPr>
        <w:spacing w:line="360" w:lineRule="auto" w:after="0"/>
        <w:ind w:firstLine="283"/>
      </w:pPr>
      <w:r>
        <w:t>Tansy couldn't hear what he said. She saw the surveyor with the book raise it a little, the way you hold up a license. Rook didn't move. The surveyor's neck turned with a dry click. Just his neck, not his body. He looked at the place on Rook's coat where the buttons had been, and then at the rope dragging in the mud.</w:t>
      </w:r>
    </w:p>
    <w:p>
      <w:pPr>
        <w:spacing w:line="360" w:lineRule="auto" w:after="0"/>
        <w:ind w:firstLine="283"/>
      </w:pPr>
      <w:r>
        <w:t>Then Rook walked away. The two surveyors looked at the smeared mud, at each other, and at the book. Neither of them followed him.</w:t>
      </w:r>
    </w:p>
    <w:p>
      <w:pPr>
        <w:spacing w:line="360" w:lineRule="auto" w:after="0"/>
        <w:ind w:firstLine="283"/>
      </w:pPr>
      <w:r>
        <w:t>Tansy let the curtain fall. Her hands were shaking and she held them in the apron to stop it.</w:t>
      </w:r>
    </w:p>
    <w:p>
      <w:pPr>
        <w:spacing w:line="360" w:lineRule="auto" w:after="0"/>
        <w:ind w:firstLine="283"/>
      </w:pPr>
      <w:r>
        <w:t>There'd been a time she kept a book. A little linen-bound thing under the counter, with who came through, when, what they ate, what they needed. A hungry man had passed through once, off the rolls, west-district, with his boots tied on with string. She fed him. She wrote his face in the book, because she couldn't bring herself to write his name, and she'd thought a face was safe.</w:t>
      </w:r>
    </w:p>
    <w:p>
      <w:pPr>
        <w:spacing w:line="360" w:lineRule="auto" w:after="0"/>
        <w:ind w:firstLine="283"/>
      </w:pPr>
      <w:r>
        <w:t>The Registry took the book while she slept. In the morning they found the man at the river. They did not say what they had done to him. They didn't need to.</w:t>
      </w:r>
    </w:p>
    <w:p>
      <w:pPr>
        <w:spacing w:line="360" w:lineRule="auto" w:after="0"/>
        <w:ind w:firstLine="283"/>
      </w:pPr>
      <w:r>
        <w:t>She'd burned the book in the stove and swept the ashes out onto the cinders beyond the lintel. She hadn't kept another. She still fed people. She just didn't mark them, and let them come and go. Some nights she saw his face at the edge of the fire, just before she closed the stove door.</w:t>
      </w:r>
    </w:p>
    <w:p>
      <w:pPr>
        <w:spacing w:line="360" w:lineRule="auto" w:after="0"/>
        <w:ind w:firstLine="283"/>
      </w:pPr>
      <w:r>
        <w:t>She took the chalk stub from her apron and pressed it against the lintel, right where the door had rubbed the frame smooth for fifty years and the wood had never been painted. It broke with a dry clean snap. A gray mark stood on the dark wood: a gull's-foot. Three strokes and a crossbar.</w:t>
      </w:r>
    </w:p>
    <w:p>
      <w:pPr>
        <w:spacing w:line="360" w:lineRule="auto" w:after="0"/>
        <w:ind w:firstLine="283"/>
      </w:pPr>
      <w:r>
        <w:t>It was the first mark she'd made in three years.</w:t>
      </w:r>
    </w:p>
    <w:p>
      <w:pPr>
        <w:spacing w:line="360" w:lineRule="auto" w:after="0"/>
        <w:ind w:firstLine="283"/>
      </w:pPr>
      <w:r>
        <w:t>She stood looking at it with her heart going in her ears. The Registry would read it as nothing, if they read it at all. That was the point of it. It was a thing too small to count, too plain to strike, and it said, to anyone who knew the language: there's bread here.</w:t>
      </w:r>
    </w:p>
    <w:p>
      <w:pPr>
        <w:spacing w:line="360" w:lineRule="auto" w:after="0"/>
        <w:ind w:firstLine="283"/>
      </w:pPr>
      <w:r>
        <w:t>Outside, the first flakes of wet snow began to fall, not white but gray with river soot, settling on the ropes and the ledgers and the uncounted mud of the gap without making a sound. The tap of the surveyor's stick came once more past the kitchen door. Then it went away toward the river.</w:t>
      </w:r>
    </w:p>
    <w:p>
      <w:pPr>
        <w:spacing w:line="360" w:lineRule="auto" w:after="0"/>
        <w:ind w:firstLine="283"/>
      </w:pPr>
      <w:r>
        <w:t>The mark stayed on the lintel.</w:t>
      </w:r>
    </w:p>
    <w:p>
      <w:pPr>
        <w:ind w:firstLine="0"/>
        <w:jc w:val="center"/>
      </w:pPr>
      <w:r>
        <w:rPr>
          <w:color w:val="AAAAAA"/>
        </w:rPr>
        <w:t>❖</w:t>
      </w:r>
    </w:p>
    <w:p>
      <w:pPr>
        <w:spacing w:before="360" w:after="240"/>
        <w:ind w:firstLine="0"/>
        <w:jc w:val="center"/>
      </w:pPr>
      <w:r>
        <w:rPr>
          <w:b/>
          <w:i/>
          <w:color w:val="333333"/>
          <w:sz w:val="26"/>
        </w:rPr>
        <w:t>Step 13 — The Festival of the Salt Eaves (Tansy)</w:t>
      </w:r>
    </w:p>
    <w:p>
      <w:pPr>
        <w:spacing w:line="360" w:lineRule="auto" w:after="0"/>
        <w:ind w:firstLine="283"/>
      </w:pPr>
      <w:r>
        <w:t>‖ ∧</w:t>
      </w:r>
    </w:p>
    <w:p>
      <w:pPr>
        <w:spacing w:line="360" w:lineRule="auto" w:after="0"/>
        <w:ind w:firstLine="283"/>
      </w:pPr>
      <w:r>
        <w:t>The festival came on the first night the eaves dripped salt instead of rain.</w:t>
      </w:r>
    </w:p>
    <w:p>
      <w:pPr>
        <w:spacing w:line="360" w:lineRule="auto" w:after="0"/>
        <w:ind w:firstLine="283"/>
      </w:pPr>
      <w:r>
        <w:t>It happened once a year. The wind turned, the sea-fog came up the river, and the salt in it crystallized on the slate eaves and the lead flashing and the iron nails of the lower ward, and then it dripped. The sea was a hundred miles off. But on this one night it came upriver and sat on the roofs and wept, and the ward, having so little else to keep, kept that.</w:t>
      </w:r>
    </w:p>
    <w:p>
      <w:pPr>
        <w:spacing w:line="360" w:lineRule="auto" w:after="0"/>
        <w:ind w:firstLine="283"/>
      </w:pPr>
      <w:r>
        <w:t>Tansy had been at the flatbread since dawn, with the lintel mark still on her mind and her hands doing it without her. The flour wasn't rationed. It came from a miller in Koric who kept a sack behind the second bin for the festival and would not sell it to the Registry, and who had been keeping that second bin for eleven years. He sent it down with a carter who never asked what it was for. The rye was dark, the barley pale, and in it went a handful of fennel the old woman from the third house brought down in her apron every year. Her garden was too small to survey. Her fennel was too little to count. That, as far as Tansy could tell, was the whole secret of how anything good survived.</w:t>
      </w:r>
    </w:p>
    <w:p>
      <w:pPr>
        <w:spacing w:line="360" w:lineRule="auto" w:after="0"/>
        <w:ind w:firstLine="283"/>
      </w:pPr>
      <w:r>
        <w:t>She worked the dough on the deal table. It was the table she'd kneaded on for twenty years, and the grain had worn into shallow hollows where her palms pressed. Nessa had pointed this out three years ago, idly, and Tansy had noticed it every single day since. She put her hands in the hollows now. They fit. It was uncomfortable, somehow, to be so exactly the shape of your own work.</w:t>
      </w:r>
    </w:p>
    <w:p>
      <w:pPr>
        <w:spacing w:line="360" w:lineRule="auto" w:after="0"/>
        <w:ind w:firstLine="283"/>
      </w:pPr>
      <w:r>
        <w:t>Twelve rounds, flat, onto the iron plate. The plate was black with years of bread. The dough hit it and hissed, and that was the sound of the festival beginning, the same hiss as last year and the year before, and she let it go through her like a bell.</w:t>
      </w:r>
    </w:p>
    <w:p>
      <w:pPr>
        <w:spacing w:line="360" w:lineRule="auto" w:after="0"/>
        <w:ind w:firstLine="283"/>
      </w:pPr>
      <w:r>
        <w:t>Nessa came in through the scullery with a bundle of damp reeds and a string of dried herring. The herring came from the southern station, a fishing village three miles down the coast. The fisher-boys caught them in nets that were not on the rolls, and the nets that were on the beach, drying in plain sight, weren't on the rolls either. The Registry's genius was that it saw only what had been written down. Everyone who lived near it had learned to live in the gaps.</w:t>
      </w:r>
    </w:p>
    <w:p>
      <w:pPr>
        <w:spacing w:line="360" w:lineRule="auto" w:after="0"/>
        <w:ind w:firstLine="283"/>
      </w:pPr>
      <w:r>
        <w:t>"The eaves are dripping," Nessa said.</w:t>
      </w:r>
    </w:p>
    <w:p>
      <w:pPr>
        <w:spacing w:line="360" w:lineRule="auto" w:after="0"/>
        <w:ind w:firstLine="283"/>
      </w:pPr>
      <w:r>
        <w:t>"I know."</w:t>
      </w:r>
    </w:p>
    <w:p>
      <w:pPr>
        <w:spacing w:line="360" w:lineRule="auto" w:after="0"/>
        <w:ind w:firstLine="283"/>
      </w:pPr>
      <w:r>
        <w:t>"Salt's thick this year."</w:t>
      </w:r>
    </w:p>
    <w:p>
      <w:pPr>
        <w:spacing w:line="360" w:lineRule="auto" w:after="0"/>
        <w:ind w:firstLine="283"/>
      </w:pPr>
      <w:r>
        <w:t>"I know."</w:t>
      </w:r>
    </w:p>
    <w:p>
      <w:pPr>
        <w:spacing w:line="360" w:lineRule="auto" w:after="0"/>
        <w:ind w:firstLine="283"/>
      </w:pPr>
      <w:r>
        <w:t>"The old woman brought the fennel."</w:t>
      </w:r>
    </w:p>
    <w:p>
      <w:pPr>
        <w:spacing w:line="360" w:lineRule="auto" w:after="0"/>
        <w:ind w:firstLine="283"/>
      </w:pPr>
      <w:r>
        <w:t>"It's in the bread."</w:t>
      </w:r>
    </w:p>
    <w:p>
      <w:pPr>
        <w:spacing w:line="360" w:lineRule="auto" w:after="0"/>
        <w:ind w:firstLine="283"/>
      </w:pPr>
      <w:r>
        <w:t>"Good."</w:t>
      </w:r>
    </w:p>
    <w:p>
      <w:pPr>
        <w:spacing w:line="360" w:lineRule="auto" w:after="0"/>
        <w:ind w:firstLine="283"/>
      </w:pPr>
      <w:r>
        <w:t>It was the same exchange as every year. The words, the order, the pause before good. Neither of them would have dreamed of changing it. A festival is what you say when nothing has changed, and some years that is the only protest you have.</w:t>
      </w:r>
    </w:p>
    <w:p>
      <w:pPr>
        <w:spacing w:line="360" w:lineRule="auto" w:after="0"/>
        <w:ind w:firstLine="283"/>
      </w:pPr>
      <w:r>
        <w:t>The flatbread came off the plate in stacks. She wrapped them in clean cloth and laid them in the willow basket, which was lined with her mother's tea-towel. There was a stain on the towel the shape of a small hand, her own, from the year she was six and had reached for the wine and spilled it. She had tried to wash it out at fifteen and it hadn't moved, and she'd stopped trying. Now it seemed to her it had decided to stay, as she had.</w:t>
      </w:r>
    </w:p>
    <w:p>
      <w:pPr>
        <w:spacing w:line="360" w:lineRule="auto" w:after="0"/>
        <w:ind w:firstLine="283"/>
      </w:pPr>
      <w:r>
        <w:t>The widows came at dusk.</w:t>
      </w:r>
    </w:p>
    <w:p>
      <w:pPr>
        <w:spacing w:line="360" w:lineRule="auto" w:after="0"/>
        <w:ind w:firstLine="283"/>
      </w:pPr>
      <w:r>
        <w:t>There were seven in the lower ward. Margit carried the salt, scraped off the eaves with a knife, white and fine and tasting like the edge of the sea. Betha carried the drum, a sieve with a rabbit-skin stretched across it. She had skinned the rabbit herself the year her husband died and the skin had never come off. It wasn't loud. It was enough. Cora carried nothing and sang. Her voice was low and flat and didn't carry, and the widows said she'd been singing since her husband died twenty years ago and hadn't stopped, not even in her sleep. Nobody had checked. Nobody was going to.</w:t>
      </w:r>
    </w:p>
    <w:p>
      <w:pPr>
        <w:spacing w:line="360" w:lineRule="auto" w:after="0"/>
        <w:ind w:firstLine="283"/>
      </w:pPr>
      <w:r>
        <w:t>The other four brought trestles, benches, tin cups. They set the tables up in the lane between the tannery and the old wall. The wall had been there before the Registry. It was still there. Tansy gave it a pat as she went by, as you would a dog.</w:t>
      </w:r>
    </w:p>
    <w:p>
      <w:pPr>
        <w:spacing w:line="360" w:lineRule="auto" w:after="0"/>
        <w:ind w:firstLine="283"/>
      </w:pPr>
      <w:r>
        <w:t>The children came at dark. They came out of the tenements and the edge-kitchens and the cellar under the chandler's, in threes and fours, the older holding the younger by the hand, the smallest barefoot because boots were for winter and this was a festival, not winter. They sat on the cobbles and waited for the game.</w:t>
      </w:r>
    </w:p>
    <w:p>
      <w:pPr>
        <w:spacing w:line="360" w:lineRule="auto" w:after="0"/>
        <w:ind w:firstLine="283"/>
      </w:pPr>
      <w:r>
        <w:t>The game was called Eaves. Margit said it had been played when she was a girl, and Margit's mother had said the same of hers. The rules were simple. The children lined up at the foot of the wall behind a line of salt on the dark cobbles. One by one they stepped over, and Margit touched a pinch of salt to each forehead. You stepped over the line and you were counted. You were in, for another year, as far as the ward was concerned.</w:t>
      </w:r>
    </w:p>
    <w:p>
      <w:pPr>
        <w:spacing w:line="360" w:lineRule="auto" w:after="0"/>
        <w:ind w:firstLine="283"/>
      </w:pPr>
      <w:r>
        <w:t>The smallest went first, always. This year it was Lira's boy, who was four, and who had been promised the first salt-mark since the autumn. His sister held his hand. He stood at the line with his chin up and his dark eyes very serious. He had been practicing the step in the kitchen for a week.</w:t>
      </w:r>
    </w:p>
    <w:p>
      <w:pPr>
        <w:spacing w:line="360" w:lineRule="auto" w:after="0"/>
        <w:ind w:firstLine="283"/>
      </w:pPr>
      <w:r>
        <w:t>He put his foot on the salt.</w:t>
      </w:r>
    </w:p>
    <w:p>
      <w:pPr>
        <w:spacing w:line="360" w:lineRule="auto" w:after="0"/>
        <w:ind w:firstLine="283"/>
      </w:pPr>
      <w:r>
        <w:t>The salt did not hold him.</w:t>
      </w:r>
    </w:p>
    <w:p>
      <w:pPr>
        <w:spacing w:line="360" w:lineRule="auto" w:after="0"/>
        <w:ind w:firstLine="283"/>
      </w:pPr>
      <w:r>
        <w:t>The cobble beneath it had gone soft, the mortar thin as wet paper, and his foot went through the salt and through the stone and sank to the ankle. He didn't fall. He didn't cry. The lane simply took hold of him there, the way a mouth closes on a word it can't say.</w:t>
      </w:r>
    </w:p>
    <w:p>
      <w:pPr>
        <w:spacing w:line="360" w:lineRule="auto" w:after="0"/>
        <w:ind w:firstLine="283"/>
      </w:pPr>
      <w:r>
        <w:t>The drum stopped. Nessa's reeds stopped. Cora's singing stopped, mid-note, like a cut thread. The whole lane stood absolutely still.</w:t>
      </w:r>
    </w:p>
    <w:p>
      <w:pPr>
        <w:spacing w:line="360" w:lineRule="auto" w:after="0"/>
        <w:ind w:firstLine="283"/>
      </w:pPr>
      <w:r>
        <w:t>Tansy was at the kitchen door with a stack of flatbread in her hands. She could see the boy's face. It was very calm. He didn't understand yet. He looked down at his foot, then at his sister, who was already crying, which frightened him far more than the foot did.</w:t>
      </w:r>
    </w:p>
    <w:p>
      <w:pPr>
        <w:spacing w:line="360" w:lineRule="auto" w:after="0"/>
        <w:ind w:firstLine="283"/>
      </w:pPr>
      <w:r>
        <w:t>The boy had been struck from the rolls in the autumn. Lira had been told in October. Unrecorded dependent, they'd said, as if it were a diagnosis. The boy hadn't changed. He hadn't gone anywhere. He was exactly as there as he'd ever been, and the lane, which took its instructions from the rolls, had begun to let go of him.</w:t>
      </w:r>
    </w:p>
    <w:p>
      <w:pPr>
        <w:spacing w:line="360" w:lineRule="auto" w:after="0"/>
        <w:ind w:firstLine="283"/>
      </w:pPr>
      <w:r>
        <w:t>A man came into the lane from the upper end. His coat was the yellow of dry grease, stiff at the collar. He carried a brass-bound measure on a three-legged stand, a book under one arm and an iron-shod stick in his hand.</w:t>
      </w:r>
    </w:p>
    <w:p>
      <w:pPr>
        <w:spacing w:line="360" w:lineRule="auto" w:after="0"/>
        <w:ind w:firstLine="283"/>
      </w:pPr>
      <w:r>
        <w:t>He did not look at the boy. He looked at the eaves.</w:t>
      </w:r>
    </w:p>
    <w:p>
      <w:pPr>
        <w:spacing w:line="360" w:lineRule="auto" w:after="0"/>
        <w:ind w:firstLine="283"/>
      </w:pPr>
      <w:r>
        <w:t>He set the stand under the third house and opened his book and pressed his thumb on the page, and said in that thin dry voice: "Eaves. Slate. Lead flashing. Iron nails. Twenty-two feet of eave measured along the lane. Eighteen feet of eave unaccounted for at the upper end. The unaccounted eave is struck from the festival roll."</w:t>
      </w:r>
    </w:p>
    <w:p>
      <w:pPr>
        <w:spacing w:line="360" w:lineRule="auto" w:after="0"/>
        <w:ind w:firstLine="283"/>
      </w:pPr>
      <w:r>
        <w:t>The festival roll was a strip of linen the widows kept. It held the names of the widows who had come, the names of the children who had stepped, and the years they'd stepped in. It was not a Registry document. It was a festival.</w:t>
      </w:r>
    </w:p>
    <w:p>
      <w:pPr>
        <w:spacing w:line="360" w:lineRule="auto" w:after="0"/>
        <w:ind w:firstLine="283"/>
      </w:pPr>
      <w:r>
        <w:t>The man looked at it where it hung from Margit's belt. "An unregistered ledger. The names will be cross-referenced against the rolls. Names not on the rolls will be struck."</w:t>
      </w:r>
    </w:p>
    <w:p>
      <w:pPr>
        <w:spacing w:line="360" w:lineRule="auto" w:after="0"/>
        <w:ind w:firstLine="283"/>
      </w:pPr>
      <w:r>
        <w:t>He held out his hand. The widows did not move. They hadn't moved since the boy's foot went through. They were looking at the boy.</w:t>
      </w:r>
    </w:p>
    <w:p>
      <w:pPr>
        <w:spacing w:line="360" w:lineRule="auto" w:after="0"/>
        <w:ind w:firstLine="283"/>
      </w:pPr>
      <w:r>
        <w:t>The man didn't insist. He never insisted. He wrote in his book, closed it, closed the measure, took up the stand, and walked out of the lane the way he'd come. The tap of the stick went with him. It was the most terrible thing Tansy had ever heard, that tap, because it did not hurry.</w:t>
      </w:r>
    </w:p>
    <w:p>
      <w:pPr>
        <w:spacing w:line="360" w:lineRule="auto" w:after="0"/>
        <w:ind w:firstLine="283"/>
      </w:pPr>
      <w:r>
        <w:t>The boy's foot was still in the cobble.</w:t>
      </w:r>
    </w:p>
    <w:p>
      <w:pPr>
        <w:spacing w:line="360" w:lineRule="auto" w:after="0"/>
        <w:ind w:firstLine="283"/>
      </w:pPr>
      <w:r>
        <w:t>A minute after the man had gone, Rook came in through the upper end. The rope was on his shoulder. He was carrying a woman.</w:t>
      </w:r>
    </w:p>
    <w:p>
      <w:pPr>
        <w:spacing w:line="360" w:lineRule="auto" w:after="0"/>
        <w:ind w:firstLine="283"/>
      </w:pPr>
      <w:r>
        <w:t>She was small and light, and her feet were bare, and her feet were not all the way there. They kept going and coming back, the way a reflection goes in water when the wind moves, solid for a breath and then a smear. Her skin was the color of wet rope. Her name had been struck off two days ago, Rook said. She was still here.</w:t>
      </w:r>
    </w:p>
    <w:p>
      <w:pPr>
        <w:spacing w:line="360" w:lineRule="auto" w:after="0"/>
        <w:ind w:firstLine="283"/>
      </w:pPr>
      <w:r>
        <w:t>He set her down by the wall. She didn't speak. She looked at the lane and the festival tables and the salt, with the polite blank face of someone who has stopped expecting the next place to be different from the last.</w:t>
      </w:r>
    </w:p>
    <w:p>
      <w:pPr>
        <w:spacing w:line="360" w:lineRule="auto" w:after="0"/>
        <w:ind w:firstLine="283"/>
      </w:pPr>
      <w:r>
        <w:t>Rook looked at Tansy. "She needs a fire. She needs feeding. She needs not to be marked."</w:t>
      </w:r>
    </w:p>
    <w:p>
      <w:pPr>
        <w:spacing w:line="360" w:lineRule="auto" w:after="0"/>
        <w:ind w:firstLine="283"/>
      </w:pPr>
      <w:r>
        <w:t>Tansy looked at the woman. At the boy in the cobble. At the seven widows, and the strip of linen at Margit's belt, and the wet footprints of the man in the yellow coat already filling with salt-water. She was very tired, suddenly, in the bones. It was three years since she'd done anything dangerous with her hands, and one morning since she'd started again. She reached into her apron pocket.</w:t>
      </w:r>
    </w:p>
    <w:p>
      <w:pPr>
        <w:spacing w:line="360" w:lineRule="auto" w:after="0"/>
        <w:ind w:firstLine="283"/>
      </w:pPr>
      <w:r>
        <w:t>The chalk stub was there. The same one that had made the gull's-foot on the lintel that morning.</w:t>
      </w:r>
    </w:p>
    <w:p>
      <w:pPr>
        <w:spacing w:line="360" w:lineRule="auto" w:after="0"/>
        <w:ind w:firstLine="283"/>
      </w:pPr>
      <w:r>
        <w:t>She pressed it to the wall of the third house, beside the brass measure-mark the man had left, and drew a gull's-foot: three thin strokes and a crossbar, on slate. It wasn't a name. It wasn't on any roll. It said nothing a clerk could read.</w:t>
      </w:r>
    </w:p>
    <w:p>
      <w:pPr>
        <w:spacing w:line="360" w:lineRule="auto" w:after="0"/>
        <w:ind w:firstLine="283"/>
      </w:pPr>
      <w:r>
        <w:t>"Bring her in," she told Rook. "The fire's still hot. There's bread. There's salt."</w:t>
      </w:r>
    </w:p>
    <w:p>
      <w:pPr>
        <w:spacing w:line="360" w:lineRule="auto" w:after="0"/>
        <w:ind w:firstLine="283"/>
      </w:pPr>
      <w:r>
        <w:t>To the widows: "Take the roll home. Burn it. They can't strike what they can't find."</w:t>
      </w:r>
    </w:p>
    <w:p>
      <w:pPr>
        <w:spacing w:line="360" w:lineRule="auto" w:after="0"/>
        <w:ind w:firstLine="283"/>
      </w:pPr>
      <w:r>
        <w:t>To the boy's sister: "Hold him. I'll get his foot out."</w:t>
      </w:r>
    </w:p>
    <w:p>
      <w:pPr>
        <w:spacing w:line="360" w:lineRule="auto" w:after="0"/>
        <w:ind w:firstLine="283"/>
      </w:pPr>
      <w:r>
        <w:t>The widows took the linen. They did not burn it in the lane; that would have been a sort of confession. They took it home, each widow to her own stove, and each cut a seventh of it and fed it to her own fire. Seven fires. The roll would not be one roll anymore. The Registry, for all its brass, could not enter seven fires.</w:t>
      </w:r>
    </w:p>
    <w:p>
      <w:pPr>
        <w:spacing w:line="360" w:lineRule="auto" w:after="0"/>
        <w:ind w:firstLine="283"/>
      </w:pPr>
      <w:r>
        <w:t>Rook carried the woman in. Her feet left damp marks on the threshold, the color of wet rope, and they would still be there in the morning. The Registry wouldn't see them. The Registry didn't look at thresholds. It looked at rolls.</w:t>
      </w:r>
    </w:p>
    <w:p>
      <w:pPr>
        <w:spacing w:line="360" w:lineRule="auto" w:after="0"/>
        <w:ind w:firstLine="283"/>
      </w:pPr>
      <w:r>
        <w:t>Tansy knelt by the boy and put her hand on his ankle. The ankle was warm. It was there. She could feel the small quick knock of his pulse in it.</w:t>
      </w:r>
    </w:p>
    <w:p>
      <w:pPr>
        <w:spacing w:line="360" w:lineRule="auto" w:after="0"/>
        <w:ind w:firstLine="283"/>
      </w:pPr>
      <w:r>
        <w:t>"Pull, sister," she said. "Gently. Like a stuck drawer."</w:t>
      </w:r>
    </w:p>
    <w:p>
      <w:pPr>
        <w:spacing w:line="360" w:lineRule="auto" w:after="0"/>
        <w:ind w:firstLine="283"/>
      </w:pPr>
      <w:r>
        <w:t>The sister pulled. The boy came up out of the lane with a small wet sound, and the cobble closed behind him, whole and gray and unbroken. It had never been broken. It looked, if anything, a little smug.</w:t>
      </w:r>
    </w:p>
    <w:p>
      <w:pPr>
        <w:spacing w:line="360" w:lineRule="auto" w:after="0"/>
        <w:ind w:firstLine="283"/>
      </w:pPr>
      <w:r>
        <w:t>Tansy carried him into the kitchen and sat him by the fire. She gave him bread and salt, a real pinch, on his tongue, and watched his face go through surprise and delight and then the first stirrings of an enormous, delayed crying. She did not write his name. She did not write anything.</w:t>
      </w:r>
    </w:p>
    <w:p>
      <w:pPr>
        <w:spacing w:line="360" w:lineRule="auto" w:after="0"/>
        <w:ind w:firstLine="283"/>
      </w:pPr>
      <w:r>
        <w:t>Outside, the wet snow that had been threatening since morning began to come down in earnest, gray with river soot, on the lane where the festival had been, on the cobble where the boy's foot had gone through, on the brass measure-mark and the gull's-foot beside it. Chalk on slate wouldn't last a night of that. By morning the mark would be gone.</w:t>
      </w:r>
    </w:p>
    <w:p>
      <w:pPr>
        <w:spacing w:line="360" w:lineRule="auto" w:after="0"/>
        <w:ind w:firstLine="283"/>
      </w:pPr>
      <w:r>
        <w:t>She thought that was probably fine. She had made it anyway.</w:t>
      </w:r>
    </w:p>
    <w:p>
      <w:pPr>
        <w:ind w:firstLine="0"/>
        <w:jc w:val="center"/>
      </w:pPr>
      <w:r>
        <w:rPr>
          <w:color w:val="AAAAAA"/>
        </w:rPr>
        <w:t>❖</w:t>
      </w:r>
    </w:p>
    <w:p>
      <w:pPr>
        <w:spacing w:before="360" w:after="240"/>
        <w:ind w:firstLine="0"/>
        <w:jc w:val="center"/>
      </w:pPr>
      <w:r>
        <w:rPr>
          <w:b/>
          <w:i/>
          <w:color w:val="333333"/>
          <w:sz w:val="26"/>
        </w:rPr>
        <w:t>Step 14 — The Arrival of the Ledger (Mira)</w:t>
      </w:r>
    </w:p>
    <w:p>
      <w:pPr>
        <w:spacing w:line="360" w:lineRule="auto" w:after="0"/>
        <w:ind w:firstLine="283"/>
      </w:pPr>
      <w:r>
        <w:t>‖ ∧</w:t>
      </w:r>
    </w:p>
    <w:p>
      <w:pPr>
        <w:spacing w:line="360" w:lineRule="auto" w:after="0"/>
        <w:ind w:firstLine="283"/>
      </w:pPr>
      <w:r>
        <w:t>The ledger came up from the bindery on the morning cart, wrapped in oilcloth and tied with the red cord that meant quarterly intake.</w:t>
      </w:r>
    </w:p>
    <w:p>
      <w:pPr>
        <w:spacing w:line="360" w:lineRule="auto" w:after="0"/>
        <w:ind w:firstLine="283"/>
      </w:pPr>
      <w:r>
        <w:t>Mira signed for it at the receiving window. The clerk on duty was a junior named Pell, who hummed when he was nervous and was always nervous, and who slid it through the slot without once meeting her eye. The oilcloth was damp at one corner. The cord was the red of dried blood. She had never been able to look at that cord without thinking that the Registry could have chosen any color for intake and had chosen that one on purpose.</w:t>
      </w:r>
    </w:p>
    <w:p>
      <w:pPr>
        <w:spacing w:line="360" w:lineRule="auto" w:after="0"/>
        <w:ind w:firstLine="283"/>
      </w:pPr>
      <w:r>
        <w:t>She carried it up to her desk.</w:t>
      </w:r>
    </w:p>
    <w:p>
      <w:pPr>
        <w:spacing w:line="360" w:lineRule="auto" w:after="0"/>
        <w:ind w:firstLine="283"/>
      </w:pPr>
      <w:r>
        <w:t>Her desk was in the east annex of the Archive of Prior Records, second floor, in the row of oak desks that had stood there since before the Registry standardized the furniture. The oak had gone dark with years of ink and elbows, and the grain had worn into hollows where the forearms rested, and she had sat at this desk for eleven years, and the hollows were her forearms now. She didn't think about that. You couldn't think about it and go on sitting there.</w:t>
      </w:r>
    </w:p>
    <w:p>
      <w:pPr>
        <w:spacing w:line="360" w:lineRule="auto" w:after="0"/>
        <w:ind w:firstLine="283"/>
      </w:pPr>
      <w:r>
        <w:t>She cut the cord with the bone knife she kept for the purpose, yellowed with use, and peeled back the oilcloth.</w:t>
      </w:r>
    </w:p>
    <w:p>
      <w:pPr>
        <w:spacing w:line="360" w:lineRule="auto" w:after="0"/>
        <w:ind w:firstLine="283"/>
      </w:pPr>
      <w:r>
        <w:t>It was a handsome thing, she'd give it that. Calfskin, dark, dyed with the iron mordant that left a brown-black edge at the spine. Rag paper, thick, with the deckle edge left rough, because the Registry had decided the deckle was a mark of authenticity. Three-cord linen thread, waxed. A thin line of hide-glue at the spine that smelled of the render-house. It smelled of the render-house and the oak and the iron-gall already ruled into the first twenty pages, and underneath all that, very faintly, of rain. Twelve columns to the page: Name. Trade. Ward. Quarterly Intake. Disposition. The headings in red-brown ink. The entries to come in black.</w:t>
      </w:r>
    </w:p>
    <w:p>
      <w:pPr>
        <w:spacing w:line="360" w:lineRule="auto" w:after="0"/>
        <w:ind w:firstLine="283"/>
      </w:pPr>
      <w:r>
        <w:t>She dipped her quill.</w:t>
      </w:r>
    </w:p>
    <w:p>
      <w:pPr>
        <w:spacing w:line="360" w:lineRule="auto" w:after="0"/>
        <w:ind w:firstLine="283"/>
      </w:pPr>
      <w:r>
        <w:t>It was a crow-quill, cut broad, with a burr on the underside that made a thin double-track in every line. She had kept it seven years. The Registry issued gold-tipped pens to the junior intake clerks, which wrote clean single lines, and Mira had never liked a clean single line. It looked like a thing that had never been through anything. The burr was a small irregularity, and it was hers, and she held on to it the way a person in a long marriage holds on to one particular, impractical habit.</w:t>
      </w:r>
    </w:p>
    <w:p>
      <w:pPr>
        <w:spacing w:line="360" w:lineRule="auto" w:after="0"/>
        <w:ind w:firstLine="283"/>
      </w:pPr>
      <w:r>
        <w:t>The first entry was the miller of the fourth ward. She copied his name from the prior ledger into the new. The hand moved. The burr left its double-track. The miller was on the rolls.</w:t>
      </w:r>
    </w:p>
    <w:p>
      <w:pPr>
        <w:spacing w:line="360" w:lineRule="auto" w:after="0"/>
        <w:ind w:firstLine="283"/>
      </w:pPr>
      <w:r>
        <w:t>The second was the chandler. On the rolls. The seventh was the tanner. On the rolls.</w:t>
      </w:r>
    </w:p>
    <w:p>
      <w:pPr>
        <w:spacing w:line="360" w:lineRule="auto" w:after="0"/>
        <w:ind w:firstLine="283"/>
      </w:pPr>
      <w:r>
        <w:t>The fourteenth was the leather-seller of the third ward.</w:t>
      </w:r>
    </w:p>
    <w:p>
      <w:pPr>
        <w:spacing w:line="360" w:lineRule="auto" w:after="0"/>
        <w:ind w:firstLine="283"/>
      </w:pPr>
      <w:r>
        <w:t>Her hand stopped.</w:t>
      </w:r>
    </w:p>
    <w:p>
      <w:pPr>
        <w:spacing w:line="360" w:lineRule="auto" w:after="0"/>
        <w:ind w:firstLine="283"/>
      </w:pPr>
      <w:r>
        <w:t>She knew him. Not personally; she had never spoken to him. But she'd done an inspection of the third ward two springs back and noted his shop in the report. It was on Miller's Lane, with a wooden horse over the door that was missing an ear. And there had been a child in the gutter outside, drawing in the dust with a stick, a horse, or a house, or a horse that was a house, and Mira had stood watching her for a full minute longer than the inspection required. She hadn't known why. She had thought it was the horse.</w:t>
      </w:r>
    </w:p>
    <w:p>
      <w:pPr>
        <w:spacing w:line="360" w:lineRule="auto" w:after="0"/>
        <w:ind w:firstLine="283"/>
      </w:pPr>
      <w:r>
        <w:t>He was on the rolls. He was in the prior ledger, in black, in a good clerk's hand, exactly where he had always been.</w:t>
      </w:r>
    </w:p>
    <w:p>
      <w:pPr>
        <w:spacing w:line="360" w:lineRule="auto" w:after="0"/>
        <w:ind w:firstLine="283"/>
      </w:pPr>
      <w:r>
        <w:t>She copied the name. The burr left its double-track. She turned the page.</w:t>
      </w:r>
    </w:p>
    <w:p>
      <w:pPr>
        <w:spacing w:line="360" w:lineRule="auto" w:after="0"/>
        <w:ind w:firstLine="283"/>
      </w:pPr>
      <w:r>
        <w:t>The fifteenth was the widow with the slate shingles who kept pigeons. On the rolls. Mira had noted that shop too, and the pigeons, and a small hole in the roof. She copied it.</w:t>
      </w:r>
    </w:p>
    <w:p>
      <w:pPr>
        <w:spacing w:line="360" w:lineRule="auto" w:after="0"/>
        <w:ind w:firstLine="283"/>
      </w:pPr>
      <w:r>
        <w:t>The thirty-first was a family of the fourth ward: a man, a woman, a boy of four. The boy was carried as unrecorded dependent, in the Registry's red-brown, a clerk's phrase for a thing that had stopped being a person on paper. Mira copied the name. The boy was the same boy. The boy was on the rolls.</w:t>
      </w:r>
    </w:p>
    <w:p>
      <w:pPr>
        <w:spacing w:line="360" w:lineRule="auto" w:after="0"/>
        <w:ind w:firstLine="283"/>
      </w:pPr>
      <w:r>
        <w:t>Was he? She had seen unrecorded. She had seen dependent. She wrote them down as written. The hand moved.</w:t>
      </w:r>
    </w:p>
    <w:p>
      <w:pPr>
        <w:spacing w:line="360" w:lineRule="auto" w:after="0"/>
        <w:ind w:firstLine="283"/>
      </w:pPr>
      <w:r>
        <w:t>She did not think about the boy. She did not think about the leather-seller or the widow. She copied the names. They were on the rolls, and as long as they were on the rolls they were all right, and that was the entire theory of her employment, if you had asked her to state it, which no one ever had.</w:t>
      </w:r>
    </w:p>
    <w:p>
      <w:pPr>
        <w:spacing w:line="360" w:lineRule="auto" w:after="0"/>
        <w:ind w:firstLine="283"/>
      </w:pPr>
      <w:r>
        <w:t>The lamp at her elbow was low. The flame threw the shadow of her hand across the page, and she watched it follow the real hand, stroke for stroke, and was irrationally unable to look away from it.</w:t>
      </w:r>
    </w:p>
    <w:p>
      <w:pPr>
        <w:spacing w:line="360" w:lineRule="auto" w:after="0"/>
        <w:ind w:firstLine="283"/>
      </w:pPr>
      <w:r>
        <w:t>The eighteenth entry was a name she did not know.</w:t>
      </w:r>
    </w:p>
    <w:p>
      <w:pPr>
        <w:spacing w:line="360" w:lineRule="auto" w:after="0"/>
        <w:ind w:firstLine="283"/>
      </w:pPr>
      <w:r>
        <w:t>It was in the prior ledger, with a correction beside it in red-brown ink, in a hand that wasn't hers: Struck. October re-indexing. See margin.</w:t>
      </w:r>
    </w:p>
    <w:p>
      <w:pPr>
        <w:spacing w:line="360" w:lineRule="auto" w:after="0"/>
        <w:ind w:firstLine="283"/>
      </w:pPr>
      <w:r>
        <w:t>She looked at the margin. It was narrow, the width of a thumbnail, the strip between the red ruling and the edge of the page. In it, in black, in a small careful hand that slanted a little to the left, as if it didn't want to be seen, someone had written a note.</w:t>
      </w:r>
    </w:p>
    <w:p>
      <w:pPr>
        <w:spacing w:line="360" w:lineRule="auto" w:after="0"/>
        <w:ind w:firstLine="283"/>
      </w:pPr>
      <w:r>
        <w:t>Name uncertain. Person remembered.</w:t>
      </w:r>
    </w:p>
    <w:p>
      <w:pPr>
        <w:spacing w:line="360" w:lineRule="auto" w:after="0"/>
        <w:ind w:firstLine="283"/>
      </w:pPr>
      <w:r>
        <w:t>She read it three times.</w:t>
      </w:r>
    </w:p>
    <w:p>
      <w:pPr>
        <w:spacing w:line="360" w:lineRule="auto" w:after="0"/>
        <w:ind w:firstLine="283"/>
      </w:pPr>
      <w:r>
        <w:t>It was not a Registry phrase. The Registry's words were Struck, and October re-indexing, and See margin. The margin was the one place the form allowed for nothing, and someone had put something in it. It was in the Registry's ink, in the Registry's paper, and it did not belong to the Registry at all.</w:t>
      </w:r>
    </w:p>
    <w:p>
      <w:pPr>
        <w:spacing w:line="360" w:lineRule="auto" w:after="0"/>
        <w:ind w:firstLine="283"/>
      </w:pPr>
      <w:r>
        <w:t>Whoever had written it had looked at a struck name and been unable to let it go, and had left a thumbnail's width of evidence that they had tried.</w:t>
      </w:r>
    </w:p>
    <w:p>
      <w:pPr>
        <w:spacing w:line="360" w:lineRule="auto" w:after="0"/>
        <w:ind w:firstLine="283"/>
      </w:pPr>
      <w:r>
        <w:t>She didn't know who. She didn't know what had been struck, or why. She held the quill over the entry and didn't correct the strike, because that wasn't hers to correct, and didn't erase the note, because it was in the margin, and the margin wasn't the Registry's column. She copied the name into the new ledger. She copied the strike. She did not copy the note. The margin did not copy.</w:t>
      </w:r>
    </w:p>
    <w:p>
      <w:pPr>
        <w:spacing w:line="360" w:lineRule="auto" w:after="0"/>
        <w:ind w:firstLine="283"/>
      </w:pPr>
      <w:r>
        <w:t>Then she set the quill to the new ledger's margin, in the narrow strip beside the struck entry, and wrote two words in her own hand, small, in the black.</w:t>
      </w:r>
    </w:p>
    <w:p>
      <w:pPr>
        <w:spacing w:line="360" w:lineRule="auto" w:after="0"/>
        <w:ind w:firstLine="283"/>
      </w:pPr>
      <w:r>
        <w:t>Not resolved.</w:t>
      </w:r>
    </w:p>
    <w:p>
      <w:pPr>
        <w:spacing w:line="360" w:lineRule="auto" w:after="0"/>
        <w:ind w:firstLine="283"/>
      </w:pPr>
      <w:r>
        <w:t>The form had no place for them. She sat looking at what she'd done with a pulse going in her throat. It was the most insubordinate thing she'd done in eleven years. It was also two words. She set the quill in the jar and the words stayed on the page, in a place where no one was supposed to look, and she felt oddly as though she had put down a heavy bag in a crowded street, and nobody had noticed.</w:t>
      </w:r>
    </w:p>
    <w:p>
      <w:pPr>
        <w:spacing w:line="360" w:lineRule="auto" w:after="0"/>
        <w:ind w:firstLine="283"/>
      </w:pPr>
      <w:r>
        <w:t>At noon Pell brought the tea. He put it on the corner of her desk, on the square of cork she kept for the purpose. The cup was her own, tin, the rim unchipped. She'd brought it from home because it was the one cup she could be sure of.</w:t>
      </w:r>
    </w:p>
    <w:p>
      <w:pPr>
        <w:spacing w:line="360" w:lineRule="auto" w:after="0"/>
        <w:ind w:firstLine="283"/>
      </w:pPr>
      <w:r>
        <w:t>"The new ledger," Pell said, not meeting her eye. His gaze slid to the page, to the entry she had just copied, and slid off it. His humming went on unchanged, a tuneless thread. It was the sound of a man who hummed because the silence was worse.</w:t>
      </w:r>
    </w:p>
    <w:p>
      <w:pPr>
        <w:spacing w:line="360" w:lineRule="auto" w:after="0"/>
        <w:ind w:firstLine="283"/>
      </w:pPr>
      <w:r>
        <w:t>"Quarterly intake," Mira said.</w:t>
      </w:r>
    </w:p>
    <w:p>
      <w:pPr>
        <w:spacing w:line="360" w:lineRule="auto" w:after="0"/>
        <w:ind w:firstLine="283"/>
      </w:pPr>
      <w:r>
        <w:t>"The ink-maker says the iron-gall's different this quarter. Sediment ran thin. She had to add more vinegar. Says it'll hold, but the hold'll be lighter."</w:t>
      </w:r>
    </w:p>
    <w:p>
      <w:pPr>
        <w:spacing w:line="360" w:lineRule="auto" w:after="0"/>
        <w:ind w:firstLine="283"/>
      </w:pPr>
      <w:r>
        <w:t>Mira looked at the black on the page. It looked the way it always looked. She couldn't see the lighter hold. The ink-maker had been making ink for forty years, and her hands were the color of it to the bone, so if she said it, it was so.</w:t>
      </w:r>
    </w:p>
    <w:p>
      <w:pPr>
        <w:spacing w:line="360" w:lineRule="auto" w:after="0"/>
        <w:ind w:firstLine="283"/>
      </w:pPr>
      <w:r>
        <w:t>"Lighter," Mira said. "I'll bear it in mind."</w:t>
      </w:r>
    </w:p>
    <w:p>
      <w:pPr>
        <w:spacing w:line="360" w:lineRule="auto" w:after="0"/>
        <w:ind w:firstLine="283"/>
      </w:pPr>
      <w:r>
        <w:t>Pell went away. The humming went with him, getting thinner on the stairs.</w:t>
      </w:r>
    </w:p>
    <w:p>
      <w:pPr>
        <w:spacing w:line="360" w:lineRule="auto" w:after="0"/>
        <w:ind w:firstLine="283"/>
      </w:pPr>
      <w:r>
        <w:t>She copied. The hand moved. At the twenty-ninth entry her nib caught on a fiber in the rag, a small ridge where the deckle had left a flaw, and threw a spray of ink to the left. It landed in the margin, a small dark spreading star, exactly where no column was.</w:t>
      </w:r>
    </w:p>
    <w:p>
      <w:pPr>
        <w:spacing w:line="360" w:lineRule="auto" w:after="0"/>
        <w:ind w:firstLine="283"/>
      </w:pPr>
      <w:r>
        <w:t>She blotted it. It didn't blot. It had already gone into the paper.</w:t>
      </w:r>
    </w:p>
    <w:p>
      <w:pPr>
        <w:spacing w:line="360" w:lineRule="auto" w:after="0"/>
        <w:ind w:firstLine="283"/>
      </w:pPr>
      <w:r>
        <w:t>It was the same margin as before. She looked at the entry above it, the struck name with its small red-brown verdict, and understood that the spray had landed on the note. Not hers. The other one, the careful slanting hand in the prior ledger: Name uncertain. Person remembered. The spray covered it entirely. It was gone.</w:t>
      </w:r>
    </w:p>
    <w:p>
      <w:pPr>
        <w:spacing w:line="360" w:lineRule="auto" w:after="0"/>
        <w:ind w:firstLine="283"/>
      </w:pPr>
      <w:r>
        <w:t>She sat there with the blotting cloth in her hand.</w:t>
      </w:r>
    </w:p>
    <w:p>
      <w:pPr>
        <w:spacing w:line="360" w:lineRule="auto" w:after="0"/>
        <w:ind w:firstLine="283"/>
      </w:pPr>
      <w:r>
        <w:t>She hadn't known what the note meant. She'd have said so, if asked. But it had been the only thing in the whole ledger that sounded like a person, and now it was a black star, and she hadn't done it on purpose, and that was somehow the worst of it.</w:t>
      </w:r>
    </w:p>
    <w:p>
      <w:pPr>
        <w:spacing w:line="360" w:lineRule="auto" w:after="0"/>
        <w:ind w:firstLine="283"/>
      </w:pPr>
      <w:r>
        <w:t>The lamp guttered and went out. The annex fell into half-dark. The clerestory let in the gray river-light, the color of the river and the ink and the day, and in it the page looked very flat.</w:t>
      </w:r>
    </w:p>
    <w:p>
      <w:pPr>
        <w:spacing w:line="360" w:lineRule="auto" w:after="0"/>
        <w:ind w:firstLine="283"/>
      </w:pPr>
      <w:r>
        <w:t>She did not relight the lamp. She sat a moment. Then she dipped her quill, because it was her job, and the hand moved, and the burr left its double-track, and the page turned.</w:t>
      </w:r>
    </w:p>
    <w:p>
      <w:pPr>
        <w:spacing w:line="360" w:lineRule="auto" w:after="0"/>
        <w:ind w:firstLine="283"/>
      </w:pPr>
      <w:r>
        <w:t>At the evening bell she closed the ledger, set the bone knife beside it, put the quill in the jar and the tin cup on its cork. Her skirt was stiff with eleven years of dust. She took her cloak off the peg and went down the stairs without looking at the margin, and the third stair gave a little and the seventh creaked, and she did not think about the stairs.</w:t>
      </w:r>
    </w:p>
    <w:p>
      <w:pPr>
        <w:spacing w:line="360" w:lineRule="auto" w:after="0"/>
        <w:ind w:firstLine="283"/>
      </w:pPr>
      <w:r>
        <w:t>At the door she stopped.</w:t>
      </w:r>
    </w:p>
    <w:p>
      <w:pPr>
        <w:spacing w:line="360" w:lineRule="auto" w:after="0"/>
        <w:ind w:firstLine="283"/>
      </w:pPr>
      <w:r>
        <w:t>She didn't know why. It wasn't her doing. The body had halted on the threshold on its own, and stood there, with the evening going gray in front of it and the street empty and the door she'd walked through every day for eleven years open on a gray world that looked, for a moment, exactly like a page.</w:t>
      </w:r>
    </w:p>
    <w:p>
      <w:pPr>
        <w:spacing w:line="360" w:lineRule="auto" w:after="0"/>
        <w:ind w:firstLine="283"/>
      </w:pPr>
      <w:r>
        <w:t>The body had stopped before the mind knew why. The mind would not know for a long time.</w:t>
      </w:r>
    </w:p>
    <w:p>
      <w:pPr>
        <w:spacing w:line="360" w:lineRule="auto" w:after="0"/>
        <w:ind w:firstLine="283"/>
      </w:pPr>
      <w:r>
        <w:t>Behind her, upstairs, the ledger lay closed on the desk. In its margin, small and black, a star.</w:t>
      </w:r>
    </w:p>
    <w:p>
      <w:pPr>
        <w:ind w:firstLine="0"/>
        <w:jc w:val="center"/>
      </w:pPr>
      <w:r>
        <w:rPr>
          <w:color w:val="AAAAAA"/>
        </w:rPr>
        <w:t>❖</w:t>
      </w:r>
    </w:p>
    <w:p>
      <w:pPr>
        <w:spacing w:before="360" w:after="240"/>
        <w:ind w:firstLine="0"/>
        <w:jc w:val="center"/>
      </w:pPr>
      <w:r>
        <w:rPr>
          <w:b/>
          <w:i/>
          <w:color w:val="333333"/>
          <w:sz w:val="26"/>
        </w:rPr>
        <w:t>Step 15 — The Crack in the Doorframe (Kael)</w:t>
      </w:r>
    </w:p>
    <w:p>
      <w:pPr>
        <w:spacing w:line="360" w:lineRule="auto" w:after="0"/>
        <w:ind w:firstLine="283"/>
      </w:pPr>
      <w:r>
        <w:t>‖ ∧</w:t>
      </w:r>
    </w:p>
    <w:p>
      <w:pPr>
        <w:spacing w:line="360" w:lineRule="auto" w:after="0"/>
        <w:ind w:firstLine="283"/>
      </w:pPr>
      <w:r>
        <w:t>The plumb cord hung a finger's width off the frame.</w:t>
      </w:r>
    </w:p>
    <w:p>
      <w:pPr>
        <w:spacing w:line="360" w:lineRule="auto" w:after="0"/>
        <w:ind w:firstLine="283"/>
      </w:pPr>
      <w:r>
        <w:t>Kael looked at it for a good while before he let himself believe it. He was twelve, on his knees in the granary doorway with the morning wet soaking through his trousers, and he had set this plumb against this frame a hundred times. The weight was brass, the shape of a small turnip, and had been his father's and his father's father's. The cord was waxed. The weight was true. In two years it had never been anything else.</w:t>
      </w:r>
    </w:p>
    <w:p>
      <w:pPr>
        <w:spacing w:line="360" w:lineRule="auto" w:after="0"/>
        <w:ind w:firstLine="283"/>
      </w:pPr>
      <w:r>
        <w:t>He lifted it, let it settle, and watched it swing and steady. A finger's width. He lifted it again and got the same answer.</w:t>
      </w:r>
    </w:p>
    <w:p>
      <w:pPr>
        <w:spacing w:line="360" w:lineRule="auto" w:after="0"/>
        <w:ind w:firstLine="283"/>
      </w:pPr>
      <w:r>
        <w:t>The granary was his to keep. That was how the town put it, in the careful way people put things to a boy whose father's hands had gone still: the granary is Kael's to keep. He'd been ten. The keeping was the plumb and the level and the mallet and the wedge, all of them his father's, all of them worn to the shape of a bigger grip than his, and every morning he went round the frame and the door and the sills and the roof-line and asked each one the same question. Are you still where you were? Every morning they answered yes. He had come to think of the yes as something between him and the building, a kind of understanding.</w:t>
      </w:r>
    </w:p>
    <w:p>
      <w:pPr>
        <w:spacing w:line="360" w:lineRule="auto" w:after="0"/>
        <w:ind w:firstLine="283"/>
      </w:pPr>
      <w:r>
        <w:t>The frame was oak, older than the granary, cut from a tree that had stood on the ridge before the Registry came, with a grain so tight you could not get a fingernail between the lines. He knew it the way he knew his own hand. He laid his palm flat against it, heel first, shoulder behind, the way his father had taught him to feel a frame for soundness.</w:t>
      </w:r>
    </w:p>
    <w:p>
      <w:pPr>
        <w:spacing w:line="360" w:lineRule="auto" w:after="0"/>
        <w:ind w:firstLine="283"/>
      </w:pPr>
      <w:r>
        <w:t>It was cold.</w:t>
      </w:r>
    </w:p>
    <w:p>
      <w:pPr>
        <w:spacing w:line="360" w:lineRule="auto" w:after="0"/>
        <w:ind w:firstLine="283"/>
      </w:pPr>
      <w:r>
        <w:t>That was wrong. The morning was mild. Oak held warmth the way a loaf does, slowly, from the outside in. This was a deep cold, the cold you get from a flagstone in a cellar, rising from a long way down. It bit into the heel of his hand like an animal.</w:t>
      </w:r>
    </w:p>
    <w:p>
      <w:pPr>
        <w:spacing w:line="360" w:lineRule="auto" w:after="0"/>
        <w:ind w:firstLine="283"/>
      </w:pPr>
      <w:r>
        <w:t>He took his hand off, rubbed it on his trouser leg, and tried the plumb again. A finger's width.</w:t>
      </w:r>
    </w:p>
    <w:p>
      <w:pPr>
        <w:spacing w:line="360" w:lineRule="auto" w:after="0"/>
        <w:ind w:firstLine="283"/>
      </w:pPr>
      <w:r>
        <w:t>He put the level against the frame. It was a plank of straight pine with a lead line sunk in the middle, and the lead hung dead center. No daylight under the plank. The frame hadn't shifted. By every instrument he owned it was plumb and true and exactly where his father had left it.</w:t>
      </w:r>
    </w:p>
    <w:p>
      <w:pPr>
        <w:spacing w:line="360" w:lineRule="auto" w:after="0"/>
        <w:ind w:firstLine="283"/>
      </w:pPr>
      <w:r>
        <w:t>And the cord hung a finger off.</w:t>
      </w:r>
    </w:p>
    <w:p>
      <w:pPr>
        <w:spacing w:line="360" w:lineRule="auto" w:after="0"/>
        <w:ind w:firstLine="283"/>
      </w:pPr>
      <w:r>
        <w:t>He sat back on his heels. He thought, with great clarity, that he should go and fetch somebody. Then he looked around the yard: the well with its wooden cover pushed back, the gray wall running down to the tanner's run, the cobbles steaming faintly where the sun reached them. There was nobody to fetch. There was a boy with a mallet, which was what the town had.</w:t>
      </w:r>
    </w:p>
    <w:p>
      <w:pPr>
        <w:spacing w:line="360" w:lineRule="auto" w:after="0"/>
        <w:ind w:firstLine="283"/>
      </w:pPr>
      <w:r>
        <w:t>He ran his hand down the frame, slowly, hunting the cold. It ended. At the top, where the post met the lintel, it simply stopped, like a line drawn in water. He moved his hand up onto the lintel.</w:t>
      </w:r>
    </w:p>
    <w:p>
      <w:pPr>
        <w:spacing w:line="360" w:lineRule="auto" w:after="0"/>
        <w:ind w:firstLine="283"/>
      </w:pPr>
      <w:r>
        <w:t>The lintel was warm.</w:t>
      </w:r>
    </w:p>
    <w:p>
      <w:pPr>
        <w:spacing w:line="360" w:lineRule="auto" w:after="0"/>
        <w:ind w:firstLine="283"/>
      </w:pPr>
      <w:r>
        <w:t>Not sun-warm. It was the warmth of a living thing. It was the warmth of a forehead after a night's sleep, when his mother had laid her hand there to see if the fever was gone. He had not thought of that in three years. He hadn't meant to think of it now. His hand went still on the oak, and his whole body went still with it, as if somebody had asked him a question in a language he almost spoke.</w:t>
      </w:r>
    </w:p>
    <w:p>
      <w:pPr>
        <w:spacing w:line="360" w:lineRule="auto" w:after="0"/>
        <w:ind w:firstLine="283"/>
      </w:pPr>
      <w:r>
        <w:t>Cold below. Warm above. A hand's width apart in a single piece of wood. Oak did not do that.</w:t>
      </w:r>
    </w:p>
    <w:p>
      <w:pPr>
        <w:spacing w:line="360" w:lineRule="auto" w:after="0"/>
        <w:ind w:firstLine="283"/>
      </w:pPr>
      <w:r>
        <w:t>He moved his fingers down, from warm to cold, slowly, and found the place where one turned into the other. It was a line, fine as a hair. He leaned in, close enough to feel it on his breath, and it was a crack.</w:t>
      </w:r>
    </w:p>
    <w:p>
      <w:pPr>
        <w:spacing w:line="360" w:lineRule="auto" w:after="0"/>
        <w:ind w:firstLine="283"/>
      </w:pPr>
      <w:r>
        <w:t>It ran down from the lintel for the length of his hand, perfectly straight. Old oak cracks, he knew that; the grain opens up with the years and the frame weeps along its lines. This wasn't like those. It ran across the grain. It was clean-edged, with a kind of finality, like a cut. Something had broken here, not aged.</w:t>
      </w:r>
    </w:p>
    <w:p>
      <w:pPr>
        <w:spacing w:line="360" w:lineRule="auto" w:after="0"/>
        <w:ind w:firstLine="283"/>
      </w:pPr>
      <w:r>
        <w:t>He set his thumb on it.</w:t>
      </w:r>
    </w:p>
    <w:p>
      <w:pPr>
        <w:spacing w:line="360" w:lineRule="auto" w:after="0"/>
        <w:ind w:firstLine="283"/>
      </w:pPr>
      <w:r>
        <w:t>It was warmer than the lintel. It was warm the way a wrist is warm. He could have sworn there was a rhythm in it, but that was foolish, and he took his thumb away at once and looked at the whorl of the print left on his skin.</w:t>
      </w:r>
    </w:p>
    <w:p>
      <w:pPr>
        <w:spacing w:line="360" w:lineRule="auto" w:after="0"/>
        <w:ind w:firstLine="283"/>
      </w:pPr>
      <w:r>
        <w:t>Then he took the wedge from his belt.</w:t>
      </w:r>
    </w:p>
    <w:p>
      <w:pPr>
        <w:spacing w:line="360" w:lineRule="auto" w:after="0"/>
        <w:ind w:firstLine="283"/>
      </w:pPr>
      <w:r>
        <w:t>It was ash, the same wood as the mallet, and every apprentice knows what a wedge is for. You set it in a crack and tap, and the crack tells you what it is: grain or break, a thing to be mended or a thing to be left. He set the point to the line and brought the mallet down, a small tap.</w:t>
      </w:r>
    </w:p>
    <w:p>
      <w:pPr>
        <w:spacing w:line="360" w:lineRule="auto" w:after="0"/>
        <w:ind w:firstLine="283"/>
      </w:pPr>
      <w:r>
        <w:t>The wedge did not go in.</w:t>
      </w:r>
    </w:p>
    <w:p>
      <w:pPr>
        <w:spacing w:line="360" w:lineRule="auto" w:after="0"/>
        <w:ind w:firstLine="283"/>
      </w:pPr>
      <w:r>
        <w:t>He tried again, harder. The wedge sat on the crack like a coin on a table. The crack was the width of a hair and the wedge was the width of a fingernail and by any law he knew it should have bitten. Instead the crack held it off, firmly and without any effort at all, as a closed mouth holds a word.</w:t>
      </w:r>
    </w:p>
    <w:p>
      <w:pPr>
        <w:spacing w:line="360" w:lineRule="auto" w:after="0"/>
        <w:ind w:firstLine="283"/>
      </w:pPr>
      <w:r>
        <w:t>He took the wedge away. He swung the plumb against the crack itself, and the cord hung dead true. Dead true against the crack, and a finger off against the frame around it. The crack was the only straight thing in the whole doorway.</w:t>
      </w:r>
    </w:p>
    <w:p>
      <w:pPr>
        <w:spacing w:line="360" w:lineRule="auto" w:after="0"/>
        <w:ind w:firstLine="283"/>
      </w:pPr>
      <w:r>
        <w:t>Kael stood up. His knees were wet through and he'd stopped noticing.</w:t>
      </w:r>
    </w:p>
    <w:p>
      <w:pPr>
        <w:spacing w:line="360" w:lineRule="auto" w:after="0"/>
        <w:ind w:firstLine="283"/>
      </w:pPr>
      <w:r>
        <w:t>He had always known what to do next. That was the whole of the craft, the thing his father had left him: one tool led to the next, each weight settling into the one after. Mallet for the wedge, wedge for the crack, crack for the mending, mending for the keeping. And now he held the mallet and had no next. The chain stopped at his hand, like a rope cut clean.</w:t>
      </w:r>
    </w:p>
    <w:p>
      <w:pPr>
        <w:spacing w:line="360" w:lineRule="auto" w:after="0"/>
        <w:ind w:firstLine="283"/>
      </w:pPr>
      <w:r>
        <w:t>His feet moved.</w:t>
      </w:r>
    </w:p>
    <w:p>
      <w:pPr>
        <w:spacing w:line="360" w:lineRule="auto" w:after="0"/>
        <w:ind w:firstLine="283"/>
      </w:pPr>
      <w:r>
        <w:t>He hadn't told them to. They widened by a half-step, the way a man's will when he's about to lift something heavier than he's ever lifted. His knees gave a quarter-inch. His spine drew straight. His shoulders came down and back, and the weight dropped through his legs into the cobbles like a plumb into a well.</w:t>
      </w:r>
    </w:p>
    <w:p>
      <w:pPr>
        <w:spacing w:line="360" w:lineRule="auto" w:after="0"/>
        <w:ind w:firstLine="283"/>
      </w:pPr>
      <w:r>
        <w:t>Nobody had taught him that. It was not any stance his father had shown him. He stood there with the mallet and was perfectly braced against something that had not yet arrived, and he felt it, with a cold small shock: the body knew something he didn't.</w:t>
      </w:r>
    </w:p>
    <w:p>
      <w:pPr>
        <w:spacing w:line="360" w:lineRule="auto" w:after="0"/>
        <w:ind w:firstLine="283"/>
      </w:pPr>
      <w:r>
        <w:t>He knelt again. He put the plumb down on the stones, and the level, and the mallet, in a row, the way he set them down at night. Then he put his bare hand flat over the crack.</w:t>
      </w:r>
    </w:p>
    <w:p>
      <w:pPr>
        <w:spacing w:line="360" w:lineRule="auto" w:after="0"/>
        <w:ind w:firstLine="283"/>
      </w:pPr>
      <w:r>
        <w:t>It was warm under his palm. It wasn't going anywhere.</w:t>
      </w:r>
    </w:p>
    <w:p>
      <w:pPr>
        <w:spacing w:line="360" w:lineRule="auto" w:after="0"/>
        <w:ind w:firstLine="283"/>
      </w:pPr>
      <w:r>
        <w:t>He did not move his hand. The sun climbed above the tanner's wall and began to dry the cobbles. A hen clucked somewhere. The well sat in the yard with its cover back, patient as a stone. He could not have said why he kept his hand there. Maybe because if he took it away the crack would be his problem again, and while he held it, it was only something happening.</w:t>
      </w:r>
    </w:p>
    <w:p>
      <w:pPr>
        <w:spacing w:line="360" w:lineRule="auto" w:after="0"/>
        <w:ind w:firstLine="283"/>
      </w:pPr>
      <w:r>
        <w:t>On the stones beside him the plumb lay in the sun. The cord was waxed and the weight was brass and had always been true. And the crack was true as well. The two truths did not agree, and the doorframe held them both, and it was his to keep.</w:t>
      </w:r>
    </w:p>
    <w:p>
      <w:pPr>
        <w:ind w:firstLine="0"/>
        <w:jc w:val="center"/>
      </w:pPr>
      <w:r>
        <w:rPr>
          <w:color w:val="AAAAAA"/>
        </w:rPr>
        <w:t>❖</w:t>
      </w:r>
    </w:p>
    <w:p>
      <w:pPr>
        <w:spacing w:before="360" w:after="240"/>
        <w:ind w:firstLine="0"/>
        <w:jc w:val="center"/>
      </w:pPr>
      <w:r>
        <w:rPr>
          <w:b/>
          <w:i/>
          <w:color w:val="333333"/>
          <w:sz w:val="26"/>
        </w:rPr>
        <w:t>Step 16 — The Burning of the Pans (Vasryn / Kael)</w:t>
      </w:r>
    </w:p>
    <w:p>
      <w:pPr>
        <w:spacing w:line="360" w:lineRule="auto" w:after="0"/>
        <w:ind w:firstLine="283"/>
      </w:pPr>
      <w:r>
        <w:t>‖ ∧</w:t>
      </w:r>
    </w:p>
    <w:p>
      <w:pPr>
        <w:spacing w:line="360" w:lineRule="auto" w:after="0"/>
        <w:ind w:firstLine="283"/>
      </w:pPr>
      <w:r>
        <w:t>Vasryn came into the lower ward from the east road in the first light, under the Mantle.</w:t>
      </w:r>
    </w:p>
    <w:p>
      <w:pPr>
        <w:spacing w:line="360" w:lineRule="auto" w:after="0"/>
        <w:ind w:firstLine="283"/>
      </w:pPr>
      <w:r>
        <w:t>It had been heavy since his grandmother's kitchen. He had stopped expecting it to be otherwise, as you stop expecting the wall you've watched for thirty years to turn out to be lower than it looks. The right knee gave its small wet click on every third step. Three weeks of road, and the form applied to distance, one foot and the next. In the pack, wrapped in cloth, rode the slate with its one question. Beside it was the pot of fat and the heel of Harrel's loaf, three weeks old and still bread, which he found obscurely moving.</w:t>
      </w:r>
    </w:p>
    <w:p>
      <w:pPr>
        <w:spacing w:line="360" w:lineRule="auto" w:after="0"/>
        <w:ind w:firstLine="283"/>
      </w:pPr>
      <w:r>
        <w:t>He did not know the name of the town. It was a granary town, that was all: a low stone store against an old limestone wall, the wall far older than the granary and the town and probably the Registry, a yard with a well at its center. He walked in through a gate that stood open for the morning carts. He didn't think about the wall.</w:t>
      </w:r>
    </w:p>
    <w:p>
      <w:pPr>
        <w:spacing w:line="360" w:lineRule="auto" w:after="0"/>
        <w:ind w:firstLine="283"/>
      </w:pPr>
      <w:r>
        <w:t>He stopped at the well and laid his hand on the curb. Cold at the seams, warm at the roofs, then ordinary: the stone said what it always said. It didn't argue. In three weeks he had come to rely on stones for that.</w:t>
      </w:r>
    </w:p>
    <w:p>
      <w:pPr>
        <w:spacing w:line="360" w:lineRule="auto" w:after="0"/>
        <w:ind w:firstLine="283"/>
      </w:pPr>
      <w:r>
        <w:t>Then he heard the mallet.</w:t>
      </w:r>
    </w:p>
    <w:p>
      <w:pPr>
        <w:spacing w:line="360" w:lineRule="auto" w:after="0"/>
        <w:ind w:firstLine="283"/>
      </w:pPr>
      <w:r>
        <w:t>Ash on a wedge, a small tap, and then nothing. Vasryn had heard a thousand wedges driven in his life and knew the sound of one going home, the short sweet note of timber giving. This wasn't that. This was the sound of a wedge sitting on top of something that would not take it. A tap, a pause, a tap.</w:t>
      </w:r>
    </w:p>
    <w:p>
      <w:pPr>
        <w:spacing w:line="360" w:lineRule="auto" w:after="0"/>
        <w:ind w:firstLine="283"/>
      </w:pPr>
      <w:r>
        <w:t>He turned.</w:t>
      </w:r>
    </w:p>
    <w:p>
      <w:pPr>
        <w:spacing w:line="360" w:lineRule="auto" w:after="0"/>
        <w:ind w:firstLine="283"/>
      </w:pPr>
      <w:r>
        <w:t>A boy was on his knees at the granary door, twelve or thirteen, with a mallet in his hands and wet knees and the stricken, careful look of someone who hasn't slept. The wedge was set against the doorframe. The frame was oak, and old.</w:t>
      </w:r>
    </w:p>
    <w:p>
      <w:pPr>
        <w:spacing w:line="360" w:lineRule="auto" w:after="0"/>
        <w:ind w:firstLine="283"/>
      </w:pPr>
      <w:r>
        <w:t>Vasryn crossed the yard. His knee clicked at the third step. He stopped three paces off and set down the pack and the slate and the pot and the bread, one thing at a time, as a man puts down what he carries when he means to pick up something heavier.</w:t>
      </w:r>
    </w:p>
    <w:p>
      <w:pPr>
        <w:spacing w:line="360" w:lineRule="auto" w:after="0"/>
        <w:ind w:firstLine="283"/>
      </w:pPr>
      <w:r>
        <w:t>The boy didn't look round. He tapped. The wedge sat there.</w:t>
      </w:r>
    </w:p>
    <w:p>
      <w:pPr>
        <w:spacing w:line="360" w:lineRule="auto" w:after="0"/>
        <w:ind w:firstLine="283"/>
      </w:pPr>
      <w:r>
        <w:t>"It won't open," the boy said, to the frame.</w:t>
      </w:r>
    </w:p>
    <w:p>
      <w:pPr>
        <w:spacing w:line="360" w:lineRule="auto" w:after="0"/>
        <w:ind w:firstLine="283"/>
      </w:pPr>
      <w:r>
        <w:t>"No," Vasryn said. "It wouldn't."</w:t>
      </w:r>
    </w:p>
    <w:p>
      <w:pPr>
        <w:spacing w:line="360" w:lineRule="auto" w:after="0"/>
        <w:ind w:firstLine="283"/>
      </w:pPr>
      <w:r>
        <w:t>The boy's head came up. He had a plain, startled face and, Vasryn saw, a scar across one knuckle, and his eyes were the eyes of someone at the exact moment before a thing gets a name.</w:t>
      </w:r>
    </w:p>
    <w:p>
      <w:pPr>
        <w:spacing w:line="360" w:lineRule="auto" w:after="0"/>
        <w:ind w:firstLine="283"/>
      </w:pPr>
      <w:r>
        <w:t>Vasryn laid his hand on the frame. Cold at the base, warm higher up, and his fingers found the line of the crack the way they would have found a stair in the dark. It was warm as a living wrist. It was warm as the place on a cup where a palm had rested. His hand came away without his asking it to.</w:t>
      </w:r>
    </w:p>
    <w:p>
      <w:pPr>
        <w:spacing w:line="360" w:lineRule="auto" w:after="0"/>
        <w:ind w:firstLine="283"/>
      </w:pPr>
      <w:r>
        <w:t>He looked at the boy. The feet were set a half-step wide. The knees were bent a quarter-inch, the bend that holds. The spine was straight, the shoulders down, the weight sinking through the legs into the stone.</w:t>
      </w:r>
    </w:p>
    <w:p>
      <w:pPr>
        <w:spacing w:line="360" w:lineRule="auto" w:after="0"/>
        <w:ind w:firstLine="283"/>
      </w:pPr>
      <w:r>
        <w:t>He knew that stance. He had been learning it every morning since he was seventeen, thirty steps on a cold parapet, and it had taken him a year to stop thinking about it.</w:t>
      </w:r>
    </w:p>
    <w:p>
      <w:pPr>
        <w:spacing w:line="360" w:lineRule="auto" w:after="0"/>
        <w:ind w:firstLine="283"/>
      </w:pPr>
      <w:r>
        <w:t>The boy had not been taught. Nobody had shown him a thing. His body had simply heard something, on a morning like any other, and gone to the only place it knew.</w:t>
      </w:r>
    </w:p>
    <w:p>
      <w:pPr>
        <w:spacing w:line="360" w:lineRule="auto" w:after="0"/>
        <w:ind w:firstLine="283"/>
      </w:pPr>
      <w:r>
        <w:t>Vasryn didn't say any of that. The boy didn't ask. They stood on either side of the crack with the sun just reaching the wet cobbles, a man in a Mantle and a boy with his father's mallet, and neither of them said a word, because there was nothing in the language yet to say it with.</w:t>
      </w:r>
    </w:p>
    <w:p>
      <w:pPr>
        <w:spacing w:line="360" w:lineRule="auto" w:after="0"/>
        <w:ind w:firstLine="283"/>
      </w:pPr>
      <w:r>
        <w:t>Then they heard the flannel-wrapped boots on the road.</w:t>
      </w:r>
    </w:p>
    <w:p>
      <w:pPr>
        <w:spacing w:line="360" w:lineRule="auto" w:after="0"/>
        <w:ind w:firstLine="283"/>
      </w:pPr>
      <w:r>
        <w:t>Kael</w:t>
      </w:r>
    </w:p>
    <w:p>
      <w:pPr>
        <w:spacing w:line="360" w:lineRule="auto" w:after="0"/>
        <w:ind w:firstLine="283"/>
      </w:pPr>
      <w:r>
        <w:t>They came from the south, the way the Registry always came, in flannel-bound boots that made no noise on the paving. Three of them in slate-gray coats with brass rulers in the breast pockets. Behind came a handcart of slaked lime in wooden tubs, white as the line.</w:t>
      </w:r>
    </w:p>
    <w:p>
      <w:pPr>
        <w:spacing w:line="360" w:lineRule="auto" w:after="0"/>
        <w:ind w:firstLine="283"/>
      </w:pPr>
      <w:r>
        <w:t>Kael saw them from the doorframe. The old man was beside him, and he turned his head at the same moment, and neither knew that they had seen it at once.</w:t>
      </w:r>
    </w:p>
    <w:p>
      <w:pPr>
        <w:spacing w:line="360" w:lineRule="auto" w:after="0"/>
        <w:ind w:firstLine="283"/>
      </w:pPr>
      <w:r>
        <w:t>The one in front didn't knock. He laid a hand on the frame, a hand's breadth from the crack, and did not touch the crack. He read the frame the way a man reads a menu. "Unrecorded structure," he said, in a voice like dry corn-shucks in an empty crib. "No trace in the quarterly intake. The granary is uncertified."</w:t>
      </w:r>
    </w:p>
    <w:p>
      <w:pPr>
        <w:spacing w:line="360" w:lineRule="auto" w:after="0"/>
        <w:ind w:firstLine="283"/>
      </w:pPr>
      <w:r>
        <w:t>Kael's hands tightened on the mallet. It was ash and iron and his father's and the weight of his whole keeping. "The crack isn't structural," he said. His voice came out higher than he wanted. "It's warm. It's true. The plumb hangs true against it, and the wedge won't — and the crack is —"</w:t>
      </w:r>
    </w:p>
    <w:p>
      <w:pPr>
        <w:spacing w:line="360" w:lineRule="auto" w:after="0"/>
        <w:ind w:firstLine="283"/>
      </w:pPr>
      <w:r>
        <w:t>He stopped.</w:t>
      </w:r>
    </w:p>
    <w:p>
      <w:pPr>
        <w:spacing w:line="360" w:lineRule="auto" w:after="0"/>
        <w:ind w:firstLine="283"/>
      </w:pPr>
      <w:r>
        <w:t>He had the words of the keeping, all of them: plumb, level, wedge. They were good words. They were no use. There was no word in the whole craft for what the crack was, and he stood there with his mouth open on the edge of it, like a boy on the edge of a river.</w:t>
      </w:r>
    </w:p>
    <w:p>
      <w:pPr>
        <w:spacing w:line="360" w:lineRule="auto" w:after="0"/>
        <w:ind w:firstLine="283"/>
      </w:pPr>
      <w:r>
        <w:t>The surveyor did not wait. He turned his head to the two behind him. "Reduce the kitchen first. Cast iron is listed. The rest burns."</w:t>
      </w:r>
    </w:p>
    <w:p>
      <w:pPr>
        <w:spacing w:line="360" w:lineRule="auto" w:after="0"/>
        <w:ind w:firstLine="283"/>
      </w:pPr>
      <w:r>
        <w:t>They went in.</w:t>
      </w:r>
    </w:p>
    <w:p>
      <w:pPr>
        <w:spacing w:line="360" w:lineRule="auto" w:after="0"/>
        <w:ind w:firstLine="283"/>
      </w:pPr>
      <w:r>
        <w:t>Kael heard the kitchen door. He heard the skillet lifted off its hook: his mother's, the one with the hole in the bottom, which could hold neither grease nor oats nor water but had never in his memory been thrown out. He heard the bread board set on the cart. He heard the small copper pot, which had a dent in its side from the year his mother died, and which his father had kept and mended nothing else that year.</w:t>
      </w:r>
    </w:p>
    <w:p>
      <w:pPr>
        <w:spacing w:line="360" w:lineRule="auto" w:after="0"/>
        <w:ind w:firstLine="283"/>
      </w:pPr>
      <w:r>
        <w:t>He heard the lime go down. It slapped on the hearth and the walls and the frame, over the crack, and the warm went under it like a coal under ash. The white lay over everything, and the white was the line, and the line was theirs.</w:t>
      </w:r>
    </w:p>
    <w:p>
      <w:pPr>
        <w:spacing w:line="360" w:lineRule="auto" w:after="0"/>
        <w:ind w:firstLine="283"/>
      </w:pPr>
      <w:r>
        <w:t>Then the fire.</w:t>
      </w:r>
    </w:p>
    <w:p>
      <w:pPr>
        <w:spacing w:line="360" w:lineRule="auto" w:after="0"/>
        <w:ind w:firstLine="283"/>
      </w:pPr>
      <w:r>
        <w:t>It was a small one, a morning fire, the fire that had baked the day's bread since before Kael could remember. They took a torch from it and carried it round the kitchen as though sealing a letter. It took the dry shelf and the hearth-board and the bread-board. It took the flour and the yeast and the fennel seed, and the smell of that, burning, was the smell of every breakfast he had ever eaten.</w:t>
      </w:r>
    </w:p>
    <w:p>
      <w:pPr>
        <w:spacing w:line="360" w:lineRule="auto" w:after="0"/>
        <w:ind w:firstLine="283"/>
      </w:pPr>
      <w:r>
        <w:t>The pans didn't burn. Iron doesn't. They were listed, one by one, in the thin dry voice, and stacked on the cart with the skillet and the copper pot, and they became the Registry's.</w:t>
      </w:r>
    </w:p>
    <w:p>
      <w:pPr>
        <w:spacing w:line="360" w:lineRule="auto" w:after="0"/>
        <w:ind w:firstLine="283"/>
      </w:pPr>
      <w:r>
        <w:t>Kael stood in the doorway with the mallet in both hands. It was for the wedge, and the wedge was for the crack, and the crack was under the lime. He had a tool for every kind of wrong in the world, and he could not think what to do with them.</w:t>
      </w:r>
    </w:p>
    <w:p>
      <w:pPr>
        <w:spacing w:line="360" w:lineRule="auto" w:after="0"/>
        <w:ind w:firstLine="283"/>
      </w:pPr>
      <w:r>
        <w:t>Someone put a hand on his shoulder.</w:t>
      </w:r>
    </w:p>
    <w:p>
      <w:pPr>
        <w:spacing w:line="360" w:lineRule="auto" w:after="0"/>
        <w:ind w:firstLine="283"/>
      </w:pPr>
      <w:r>
        <w:t>It was heavy and dry. The hand of a man who had put it on a good many stones. Kael's knees bent, a quarter-inch, the bend that holds. His spine drew straight. His shoulders came down. And there was a weight on them he could not name and could not see, a great slow dark weight like a cloak, and it was not his, and he was carrying it.</w:t>
      </w:r>
    </w:p>
    <w:p>
      <w:pPr>
        <w:spacing w:line="360" w:lineRule="auto" w:after="0"/>
        <w:ind w:firstLine="283"/>
      </w:pPr>
      <w:r>
        <w:t>He didn't flinch. Something in him said: oh. So that's what it is.</w:t>
      </w:r>
    </w:p>
    <w:p>
      <w:pPr>
        <w:spacing w:line="360" w:lineRule="auto" w:after="0"/>
        <w:ind w:firstLine="283"/>
      </w:pPr>
      <w:r>
        <w:t>The kitchen burned. The lime stayed white. The pans sat in the cart.</w:t>
      </w:r>
    </w:p>
    <w:p>
      <w:pPr>
        <w:spacing w:line="360" w:lineRule="auto" w:after="0"/>
        <w:ind w:firstLine="283"/>
      </w:pPr>
      <w:r>
        <w:t>The old man took his hand away. He gathered up the slate, and the pack, and the heel of bread. Then he put a dented copper pot in Kael's hands.</w:t>
      </w:r>
    </w:p>
    <w:p>
      <w:pPr>
        <w:spacing w:line="360" w:lineRule="auto" w:after="0"/>
        <w:ind w:firstLine="283"/>
      </w:pPr>
      <w:r>
        <w:t>Kael looked down at it. The dent was in the side, on the left, about the size of a thumbprint. It was the same dent. It couldn't be, and it was: a pot that had gone off a shelf the year somebody's mother died, and had never been mended. He had stopped looking at the dent in his own kitchen long ago, because that was what you did with a dent. He looked at this one for a long time.</w:t>
      </w:r>
    </w:p>
    <w:p>
      <w:pPr>
        <w:spacing w:line="360" w:lineRule="auto" w:after="0"/>
        <w:ind w:firstLine="283"/>
      </w:pPr>
      <w:r>
        <w:t>"Two of them," he said. It was all he could think of.</w:t>
      </w:r>
    </w:p>
    <w:p>
      <w:pPr>
        <w:spacing w:line="360" w:lineRule="auto" w:after="0"/>
        <w:ind w:firstLine="283"/>
      </w:pPr>
      <w:r>
        <w:t>"There's always two," the old man said. "It's what keeps it from being one."</w:t>
      </w:r>
    </w:p>
    <w:p>
      <w:pPr>
        <w:spacing w:line="360" w:lineRule="auto" w:after="0"/>
        <w:ind w:firstLine="283"/>
      </w:pPr>
      <w:r>
        <w:t>Kael took the pot. He set the mallet down on the cobbles, and then the plumb and the level and the wedge, all in a row. His father's, and his father's father's. Each one his weight to carry, and he'd carried them since ten. The granary was burning and the tools stayed where they lay, and he understood, with a clean sick drop in his stomach, that the keeping was over, whatever he ended up carrying away.</w:t>
      </w:r>
    </w:p>
    <w:p>
      <w:pPr>
        <w:spacing w:line="360" w:lineRule="auto" w:after="0"/>
        <w:ind w:firstLine="283"/>
      </w:pPr>
      <w:r>
        <w:t>The old man reached into the pocket of his coat. He took out a stub of chalk the color of cardamom, worn smooth on one side where his thumb had sat, and broke it in two with his thumbnail, carefully, like a loaf. He held out one half.</w:t>
      </w:r>
    </w:p>
    <w:p>
      <w:pPr>
        <w:spacing w:line="360" w:lineRule="auto" w:after="0"/>
        <w:ind w:firstLine="283"/>
      </w:pPr>
      <w:r>
        <w:t>Kael took it. It was lighter than it looked. He put it in his pocket beside the pot.</w:t>
      </w:r>
    </w:p>
    <w:p>
      <w:pPr>
        <w:ind w:firstLine="0"/>
        <w:jc w:val="center"/>
      </w:pPr>
      <w:r>
        <w:rPr>
          <w:color w:val="AAAAAA"/>
        </w:rPr>
        <w:t>❖</w:t>
      </w:r>
    </w:p>
    <w:p>
      <w:pPr>
        <w:spacing w:before="360" w:after="240"/>
        <w:ind w:firstLine="0"/>
        <w:jc w:val="center"/>
      </w:pPr>
      <w:r>
        <w:rPr>
          <w:b/>
          <w:i/>
          <w:color w:val="333333"/>
          <w:sz w:val="26"/>
        </w:rPr>
        <w:t>Step 17 — The Footprints (Kael)</w:t>
      </w:r>
    </w:p>
    <w:p>
      <w:pPr>
        <w:spacing w:line="360" w:lineRule="auto" w:after="0"/>
        <w:ind w:firstLine="283"/>
      </w:pPr>
      <w:r>
        <w:t>‖</w:t>
      </w:r>
    </w:p>
    <w:p>
      <w:pPr>
        <w:spacing w:line="360" w:lineRule="auto" w:after="0"/>
        <w:ind w:firstLine="283"/>
      </w:pPr>
      <w:r>
        <w:t>On the sixth day Kael found his own boot-print on the road ahead of him.</w:t>
      </w:r>
    </w:p>
    <w:p>
      <w:pPr>
        <w:spacing w:line="360" w:lineRule="auto" w:after="0"/>
        <w:ind w:firstLine="283"/>
      </w:pPr>
      <w:r>
        <w:t>He had been walking behind Vasryn, as promised, and not talking. He'd learned to match the old man's stride by watching his heels, and he had stopped noticing the weight of the mallet in his belt. He'd gone back for it, in the end, alone, the night the ash was still warm, and Vasryn had not said a word about that either. He carried it because it was his father's and for no other reason. The salt line ran white along the road's left edge. Vasryn walked beside it, never on it. Kael had asked once why. Vasryn had said, "It's the smith's," and Kael had understood this to be the whole answer.</w:t>
      </w:r>
    </w:p>
    <w:p>
      <w:pPr>
        <w:spacing w:line="360" w:lineRule="auto" w:after="0"/>
        <w:ind w:firstLine="283"/>
      </w:pPr>
      <w:r>
        <w:t>They came over a low rise at noon, and the road went down in front of them, pale and straight, to a ford.</w:t>
      </w:r>
    </w:p>
    <w:p>
      <w:pPr>
        <w:spacing w:line="360" w:lineRule="auto" w:after="0"/>
        <w:ind w:firstLine="283"/>
      </w:pPr>
      <w:r>
        <w:t>Halfway down the slope a line of prints crossed the dust.</w:t>
      </w:r>
    </w:p>
    <w:p>
      <w:pPr>
        <w:spacing w:line="360" w:lineRule="auto" w:after="0"/>
        <w:ind w:firstLine="283"/>
      </w:pPr>
      <w:r>
        <w:t>They were small ones. They crossed from verge to verge at a slight angle, a boy's boots, the left heel worn on the outside, the left toe patched. Kael had patched it himself, two nights back, with a strip of granary sacking and Vasryn's knife.</w:t>
      </w:r>
    </w:p>
    <w:p>
      <w:pPr>
        <w:spacing w:line="360" w:lineRule="auto" w:after="0"/>
        <w:ind w:firstLine="283"/>
      </w:pPr>
      <w:r>
        <w:t>He stopped. Vasryn, ten paces ahead, stopped too, without turning.</w:t>
      </w:r>
    </w:p>
    <w:p>
      <w:pPr>
        <w:spacing w:line="360" w:lineRule="auto" w:after="0"/>
        <w:ind w:firstLine="283"/>
      </w:pPr>
      <w:r>
        <w:t>"It's the same print," Kael said.</w:t>
      </w:r>
    </w:p>
    <w:p>
      <w:pPr>
        <w:spacing w:line="360" w:lineRule="auto" w:after="0"/>
        <w:ind w:firstLine="283"/>
      </w:pPr>
      <w:r>
        <w:t>"Aye."</w:t>
      </w:r>
    </w:p>
    <w:p>
      <w:pPr>
        <w:spacing w:line="360" w:lineRule="auto" w:after="0"/>
        <w:ind w:firstLine="283"/>
      </w:pPr>
      <w:r>
        <w:t>"I haven't been down there."</w:t>
      </w:r>
    </w:p>
    <w:p>
      <w:pPr>
        <w:spacing w:line="360" w:lineRule="auto" w:after="0"/>
        <w:ind w:firstLine="283"/>
      </w:pPr>
      <w:r>
        <w:t>"No."</w:t>
      </w:r>
    </w:p>
    <w:p>
      <w:pPr>
        <w:spacing w:line="360" w:lineRule="auto" w:after="0"/>
        <w:ind w:firstLine="283"/>
      </w:pPr>
      <w:r>
        <w:t>He walked forward until he stood over the first print and looked down. It was crisp. A clean sharp edge, the weave of the sacking showing in the toe. Whoever made it had stood a moment, because the heel had sunk deeper than the rest, the way a heel does when a boy stops to look at something. It was a good print. It was better than any he had ever left.</w:t>
      </w:r>
    </w:p>
    <w:p>
      <w:pPr>
        <w:spacing w:line="360" w:lineRule="auto" w:after="0"/>
        <w:ind w:firstLine="283"/>
      </w:pPr>
      <w:r>
        <w:t>The next was a stride beyond it, the same boots, and the next beyond that. They went on across the road and up the far verge and into the long grass, and there was a place in the grass where the stems stood bent in the shape of a walking boy.</w:t>
      </w:r>
    </w:p>
    <w:p>
      <w:pPr>
        <w:spacing w:line="360" w:lineRule="auto" w:after="0"/>
        <w:ind w:firstLine="283"/>
      </w:pPr>
      <w:r>
        <w:t>"They go on east," Kael said.</w:t>
      </w:r>
    </w:p>
    <w:p>
      <w:pPr>
        <w:spacing w:line="360" w:lineRule="auto" w:after="0"/>
        <w:ind w:firstLine="283"/>
      </w:pPr>
      <w:r>
        <w:t>"Mm."</w:t>
      </w:r>
    </w:p>
    <w:p>
      <w:pPr>
        <w:spacing w:line="360" w:lineRule="auto" w:after="0"/>
        <w:ind w:firstLine="283"/>
      </w:pPr>
      <w:r>
        <w:t>"Whose are they?"</w:t>
      </w:r>
    </w:p>
    <w:p>
      <w:pPr>
        <w:spacing w:line="360" w:lineRule="auto" w:after="0"/>
        <w:ind w:firstLine="283"/>
      </w:pPr>
      <w:r>
        <w:t>Vasryn came back up the slope. He looked at the prints for a long time with the same attention he gave the weather. He didn't touch them.</w:t>
      </w:r>
    </w:p>
    <w:p>
      <w:pPr>
        <w:spacing w:line="360" w:lineRule="auto" w:after="0"/>
        <w:ind w:firstLine="283"/>
      </w:pPr>
      <w:r>
        <w:t>"They're yours," he said. "Ahead of where you are."</w:t>
      </w:r>
    </w:p>
    <w:p>
      <w:pPr>
        <w:spacing w:line="360" w:lineRule="auto" w:after="0"/>
        <w:ind w:firstLine="283"/>
      </w:pPr>
      <w:r>
        <w:t>"That's not possible."</w:t>
      </w:r>
    </w:p>
    <w:p>
      <w:pPr>
        <w:spacing w:line="360" w:lineRule="auto" w:after="0"/>
        <w:ind w:firstLine="283"/>
      </w:pPr>
      <w:r>
        <w:t>"It's a road, Kael. It isn't particular."</w:t>
      </w:r>
    </w:p>
    <w:p>
      <w:pPr>
        <w:spacing w:line="360" w:lineRule="auto" w:after="0"/>
        <w:ind w:firstLine="283"/>
      </w:pPr>
      <w:r>
        <w:t>"What do I do?"</w:t>
      </w:r>
    </w:p>
    <w:p>
      <w:pPr>
        <w:spacing w:line="360" w:lineRule="auto" w:after="0"/>
        <w:ind w:firstLine="283"/>
      </w:pPr>
      <w:r>
        <w:t>"Nothing." He straightened. "That's the whole of it. The road's got a pen. It's writing you in a day early so you'll walk where you're written." He looked down the slope. "It's a kindness, if you take it. You don't have to choose. You step where the print is, and it holds you, and you're a person on a road who has always been going this way."</w:t>
      </w:r>
    </w:p>
    <w:p>
      <w:pPr>
        <w:spacing w:line="360" w:lineRule="auto" w:after="0"/>
        <w:ind w:firstLine="283"/>
      </w:pPr>
      <w:r>
        <w:t>Kael stood with his boot an inch above the first print. It would fit. He could see that it would fit exactly, heel in the deep place and toe in the patch. His legs ached. His feet hurt in the way feet hurt on the sixth day. A fine clean impression lay in the dust like a shoe left out by the door, and the whole of him wanted to step in it and be told where to go.</w:t>
      </w:r>
    </w:p>
    <w:p>
      <w:pPr>
        <w:spacing w:line="360" w:lineRule="auto" w:after="0"/>
        <w:ind w:firstLine="283"/>
      </w:pPr>
      <w:r>
        <w:t>He put his foot down beside it.</w:t>
      </w:r>
    </w:p>
    <w:p>
      <w:pPr>
        <w:spacing w:line="360" w:lineRule="auto" w:after="0"/>
        <w:ind w:firstLine="283"/>
      </w:pPr>
      <w:r>
        <w:t>The dust took it. It was a worse print: blurred, with a crooked heel and a smear for a toe. It was recognizably nobody's.</w:t>
      </w:r>
    </w:p>
    <w:p>
      <w:pPr>
        <w:spacing w:line="360" w:lineRule="auto" w:after="0"/>
        <w:ind w:firstLine="283"/>
      </w:pPr>
      <w:r>
        <w:t>"Good," Vasryn said, and went on down the road, and did not look back. But Kael saw his shoulders. They had dropped, just slightly, in a way he hadn't seen them do in six days. It took him a while to work out what it was. The old man had been braced for the other answer.</w:t>
      </w:r>
    </w:p>
    <w:p>
      <w:pPr>
        <w:spacing w:line="360" w:lineRule="auto" w:after="0"/>
        <w:ind w:firstLine="283"/>
      </w:pPr>
      <w:r>
        <w:t>They left the road at the ford. They waded the shallows a hundred yards upstream and climbed out through reeds on the far bank, and found the road again by the sound of a cart that wasn't there. It was a long walk. The ground was rough, and there were midges. At the top of the next rise Kael turned and looked back along the way they'd come, and saw the long pale road going down to the ford, and the prints, a line of small dark dots, coming up out of the water on the far side and going on east.</w:t>
      </w:r>
    </w:p>
    <w:p>
      <w:pPr>
        <w:spacing w:line="360" w:lineRule="auto" w:after="0"/>
        <w:ind w:firstLine="283"/>
      </w:pPr>
      <w:r>
        <w:t>They were still walking. Kael watched them for a time. They didn't hurry. They went on as a person goes who has somewhere to be, steadily, into the afternoon, and the grass stood up behind them as they passed.</w:t>
      </w:r>
    </w:p>
    <w:p>
      <w:pPr>
        <w:spacing w:line="360" w:lineRule="auto" w:after="0"/>
        <w:ind w:firstLine="283"/>
      </w:pPr>
      <w:r>
        <w:t>"Will he get there?" Kael said.</w:t>
      </w:r>
    </w:p>
    <w:p>
      <w:pPr>
        <w:spacing w:line="360" w:lineRule="auto" w:after="0"/>
        <w:ind w:firstLine="283"/>
      </w:pPr>
      <w:r>
        <w:t>"Who?"</w:t>
      </w:r>
    </w:p>
    <w:p>
      <w:pPr>
        <w:spacing w:line="360" w:lineRule="auto" w:after="0"/>
        <w:ind w:firstLine="283"/>
      </w:pPr>
      <w:r>
        <w:t>"Me."</w:t>
      </w:r>
    </w:p>
    <w:p>
      <w:pPr>
        <w:spacing w:line="360" w:lineRule="auto" w:after="0"/>
        <w:ind w:firstLine="283"/>
      </w:pPr>
      <w:r>
        <w:t>Vasryn considered it. He had a way of considering that took the whole of the question in, with its edges, as though the question had a weight and a handle.</w:t>
      </w:r>
    </w:p>
    <w:p>
      <w:pPr>
        <w:spacing w:line="360" w:lineRule="auto" w:after="0"/>
        <w:ind w:firstLine="283"/>
      </w:pPr>
      <w:r>
        <w:t>"I don't know," he said. "I'd rather you didn't ask the road. It's a bad habit. It always answers."</w:t>
      </w:r>
    </w:p>
    <w:p>
      <w:pPr>
        <w:spacing w:line="360" w:lineRule="auto" w:after="0"/>
        <w:ind w:firstLine="283"/>
      </w:pPr>
      <w:r>
        <w:t>He walked on. Kael followed a half-step behind and a half-step wide, in the place where his own heels fell.</w:t>
      </w:r>
    </w:p>
    <w:p>
      <w:pPr>
        <w:ind w:firstLine="0"/>
        <w:jc w:val="center"/>
      </w:pPr>
      <w:r>
        <w:rPr>
          <w:color w:val="AAAAAA"/>
        </w:rPr>
        <w:t>❖</w:t>
      </w:r>
    </w:p>
    <w:p>
      <w:pPr>
        <w:spacing w:before="360" w:after="240"/>
        <w:ind w:firstLine="0"/>
        <w:jc w:val="center"/>
      </w:pPr>
      <w:r>
        <w:rPr>
          <w:b/>
          <w:i/>
          <w:color w:val="333333"/>
          <w:sz w:val="26"/>
        </w:rPr>
        <w:t>Step 18 — The Anatomy of a Crack (Vasryn)</w:t>
      </w:r>
    </w:p>
    <w:p>
      <w:pPr>
        <w:spacing w:line="360" w:lineRule="auto" w:after="0"/>
        <w:ind w:firstLine="283"/>
      </w:pPr>
      <w:r>
        <w:t>∧</w:t>
      </w:r>
    </w:p>
    <w:p>
      <w:pPr>
        <w:spacing w:line="360" w:lineRule="auto" w:after="0"/>
        <w:ind w:firstLine="283"/>
      </w:pPr>
      <w:r>
        <w:t>The crack ran clean across the road, ear to ear, like a smile.</w:t>
      </w:r>
    </w:p>
    <w:p>
      <w:pPr>
        <w:spacing w:line="360" w:lineRule="auto" w:after="0"/>
        <w:ind w:firstLine="283"/>
      </w:pPr>
      <w:r>
        <w:t>It was a hand wide. It cut through the packed gravel from one verge to the other and went on into the ditch and out of it, and on the far side it climbed a bank and vanished into a field of barley, which stood unbroken above it. Vasryn stopped at the edge. The cold coming up from it was not the cold of a hole. He knew the smell. It was under-stone, mineral, very old.</w:t>
      </w:r>
    </w:p>
    <w:p>
      <w:pPr>
        <w:spacing w:line="360" w:lineRule="auto" w:after="0"/>
        <w:ind w:firstLine="283"/>
      </w:pPr>
      <w:r>
        <w:t>Every sixty feet along the verge stood a copper peg. He had been passing them since the ford, thumb-thick, driven flush with the ground, each one stamped on its flat head with a small closed eye. Surveyor's pegs. They stood on both sides of the crack, plumb as nails, and the nearest ones wore a faint green bloom, fresher than the rest.</w:t>
      </w:r>
    </w:p>
    <w:p>
      <w:pPr>
        <w:spacing w:line="360" w:lineRule="auto" w:after="0"/>
        <w:ind w:firstLine="283"/>
      </w:pPr>
      <w:r>
        <w:t>"Don't go near," he said.</w:t>
      </w:r>
    </w:p>
    <w:p>
      <w:pPr>
        <w:spacing w:line="360" w:lineRule="auto" w:after="0"/>
        <w:ind w:firstLine="283"/>
      </w:pPr>
      <w:r>
        <w:t>"I'm not near."</w:t>
      </w:r>
    </w:p>
    <w:p>
      <w:pPr>
        <w:spacing w:line="360" w:lineRule="auto" w:after="0"/>
        <w:ind w:firstLine="283"/>
      </w:pPr>
      <w:r>
        <w:t>"Nearer than that."</w:t>
      </w:r>
    </w:p>
    <w:p>
      <w:pPr>
        <w:spacing w:line="360" w:lineRule="auto" w:after="0"/>
        <w:ind w:firstLine="283"/>
      </w:pPr>
      <w:r>
        <w:t>Kael took a step back. He'd learned quickly, in a week, to take a thing seriously when the old man said it that way.</w:t>
      </w:r>
    </w:p>
    <w:p>
      <w:pPr>
        <w:spacing w:line="360" w:lineRule="auto" w:after="0"/>
        <w:ind w:firstLine="283"/>
      </w:pPr>
      <w:r>
        <w:t>Vasryn knelt. He put the flat of his hand a finger above the gap and held it there.</w:t>
      </w:r>
    </w:p>
    <w:p>
      <w:pPr>
        <w:spacing w:line="360" w:lineRule="auto" w:after="0"/>
        <w:ind w:firstLine="283"/>
      </w:pPr>
      <w:r>
        <w:t>Warm. It rose against his palm, steady, the warmth of a banked stove. Under it he felt the other thing, thin and high, a wire pulled taut a long way off, and the hinge of his jaw tightened. He did not put his hand lower. He had a clear idea, from nowhere, that if he did, the hand would be read.</w:t>
      </w:r>
    </w:p>
    <w:p>
      <w:pPr>
        <w:spacing w:line="360" w:lineRule="auto" w:after="0"/>
        <w:ind w:firstLine="283"/>
      </w:pPr>
      <w:r>
        <w:t>"It was a finger wide at the last peg," he said. "Wasn't it?"</w:t>
      </w:r>
    </w:p>
    <w:p>
      <w:pPr>
        <w:spacing w:line="360" w:lineRule="auto" w:after="0"/>
        <w:ind w:firstLine="283"/>
      </w:pPr>
      <w:r>
        <w:t>"I didn't see."</w:t>
      </w:r>
    </w:p>
    <w:p>
      <w:pPr>
        <w:spacing w:line="360" w:lineRule="auto" w:after="0"/>
        <w:ind w:firstLine="283"/>
      </w:pPr>
      <w:r>
        <w:t>"It was. I looked." He turned his head. "Look at the pegs."</w:t>
      </w:r>
    </w:p>
    <w:p>
      <w:pPr>
        <w:spacing w:line="360" w:lineRule="auto" w:after="0"/>
        <w:ind w:firstLine="283"/>
      </w:pPr>
      <w:r>
        <w:t>The copper heads on the near side stood in a perfectly straight line. On the far side, ten feet away, the matching line began three inches further along the road. The ground between had moved. Not by falling. It had slid, as a page slides on a desk when someone leans on the corner, taking with it the gravel, the verge, the barley in the field, and everything that stood in the way.</w:t>
      </w:r>
    </w:p>
    <w:p>
      <w:pPr>
        <w:spacing w:line="360" w:lineRule="auto" w:after="0"/>
        <w:ind w:firstLine="283"/>
      </w:pPr>
      <w:r>
        <w:t>"The road is moving," Vasryn said.</w:t>
      </w:r>
    </w:p>
    <w:p>
      <w:pPr>
        <w:spacing w:line="360" w:lineRule="auto" w:after="0"/>
        <w:ind w:firstLine="283"/>
      </w:pPr>
      <w:r>
        <w:t>"It can't."</w:t>
      </w:r>
    </w:p>
    <w:p>
      <w:pPr>
        <w:spacing w:line="360" w:lineRule="auto" w:after="0"/>
        <w:ind w:firstLine="283"/>
      </w:pPr>
      <w:r>
        <w:t>"It's not the road. It's whatever the road's written on."</w:t>
      </w:r>
    </w:p>
    <w:p>
      <w:pPr>
        <w:spacing w:line="360" w:lineRule="auto" w:after="0"/>
        <w:ind w:firstLine="283"/>
      </w:pPr>
      <w:r>
        <w:t>He fished the chalk out of his pocket. The stub, the color of cardamom, worn smooth on one side where his thumb sat. It was the other half. Kael had the first. He knelt by the lip and drew a line along the near edge, a hand long, in the gravel. Then another beside it, almost parallel, leaning a little toward the first.</w:t>
      </w:r>
    </w:p>
    <w:p>
      <w:pPr>
        <w:spacing w:line="360" w:lineRule="auto" w:after="0"/>
        <w:ind w:firstLine="283"/>
      </w:pPr>
      <w:r>
        <w:t>The chalk was dry and grudging. The marks sat pale and crooked on the stones. He looked at them, and felt, quite distinctly, the warmth go a little out of the air above the crack, as a room cools when a window is opened somewhere.</w:t>
      </w:r>
    </w:p>
    <w:p>
      <w:pPr>
        <w:spacing w:line="360" w:lineRule="auto" w:after="0"/>
        <w:ind w:firstLine="283"/>
      </w:pPr>
      <w:r>
        <w:t>It didn't close. He hadn't thought it would. But the hum in his jaw dropped a note, like a drawn string eased.</w:t>
      </w:r>
    </w:p>
    <w:p>
      <w:pPr>
        <w:spacing w:line="360" w:lineRule="auto" w:after="0"/>
        <w:ind w:firstLine="283"/>
      </w:pPr>
      <w:r>
        <w:t>"What's that for?" Kael asked.</w:t>
      </w:r>
    </w:p>
    <w:p>
      <w:pPr>
        <w:spacing w:line="360" w:lineRule="auto" w:after="0"/>
        <w:ind w:firstLine="283"/>
      </w:pPr>
      <w:r>
        <w:t>"I don't know." It was the truth. "A man showed me once. I think it says someone was here and didn't make it."</w:t>
      </w:r>
    </w:p>
    <w:p>
      <w:pPr>
        <w:spacing w:line="360" w:lineRule="auto" w:after="0"/>
        <w:ind w:firstLine="283"/>
      </w:pPr>
      <w:r>
        <w:t>"Is that all?"</w:t>
      </w:r>
    </w:p>
    <w:p>
      <w:pPr>
        <w:spacing w:line="360" w:lineRule="auto" w:after="0"/>
        <w:ind w:firstLine="283"/>
      </w:pPr>
      <w:r>
        <w:t>"It's most of it." He stood. His knees cracked, loud in the quiet. "Step wide. Come on."</w:t>
      </w:r>
    </w:p>
    <w:p>
      <w:pPr>
        <w:spacing w:line="360" w:lineRule="auto" w:after="0"/>
        <w:ind w:firstLine="283"/>
      </w:pPr>
      <w:r>
        <w:t>They crossed it by a place where a cart had once forded it, a rough plank bridge laid on stones, long since abandoned. It was four feet across. He sent Kael first and watched him go, small and careful, with his arms out like a boy on a wall, and the plank took him. On the far side Kael turned, white-faced, and made a gesture that said come.</w:t>
      </w:r>
    </w:p>
    <w:p>
      <w:pPr>
        <w:spacing w:line="360" w:lineRule="auto" w:after="0"/>
        <w:ind w:firstLine="283"/>
      </w:pPr>
      <w:r>
        <w:t>Vasryn put his foot on the plank.</w:t>
      </w:r>
    </w:p>
    <w:p>
      <w:pPr>
        <w:spacing w:line="360" w:lineRule="auto" w:after="0"/>
        <w:ind w:firstLine="283"/>
      </w:pPr>
      <w:r>
        <w:t>The warmth came up through the sole, the shin, the knee. The hum rose in his teeth. He stepped, and stepped, and in the middle, over the gap, he felt it all at once: a long slow tilt in the world, the sense of an enormous page being turned, a very great way off, by a very patient hand.</w:t>
      </w:r>
    </w:p>
    <w:p>
      <w:pPr>
        <w:spacing w:line="360" w:lineRule="auto" w:after="0"/>
        <w:ind w:firstLine="283"/>
      </w:pPr>
      <w:r>
        <w:t>He opened his mouth to say the boy's name.</w:t>
      </w:r>
    </w:p>
    <w:p>
      <w:pPr>
        <w:spacing w:line="360" w:lineRule="auto" w:after="0"/>
        <w:ind w:firstLine="283"/>
      </w:pPr>
      <w:r>
        <w:t>It came out cracked. It had no voice in it, only breath, a dry whisper like a leaf scraped over stone. Kael. He heard it go out into the air and not arrive.</w:t>
      </w:r>
    </w:p>
    <w:p>
      <w:pPr>
        <w:spacing w:line="360" w:lineRule="auto" w:after="0"/>
        <w:ind w:firstLine="283"/>
      </w:pPr>
      <w:r>
        <w:t>He took the last step and was across.</w:t>
      </w:r>
    </w:p>
    <w:p>
      <w:pPr>
        <w:spacing w:line="360" w:lineRule="auto" w:after="0"/>
        <w:ind w:firstLine="283"/>
      </w:pPr>
      <w:r>
        <w:t>"I couldn't hear you," Kael said. "You said something."</w:t>
      </w:r>
    </w:p>
    <w:p>
      <w:pPr>
        <w:spacing w:line="360" w:lineRule="auto" w:after="0"/>
        <w:ind w:firstLine="283"/>
      </w:pPr>
      <w:r>
        <w:t>"Your name."</w:t>
      </w:r>
    </w:p>
    <w:p>
      <w:pPr>
        <w:spacing w:line="360" w:lineRule="auto" w:after="0"/>
        <w:ind w:firstLine="283"/>
      </w:pPr>
      <w:r>
        <w:t>"I couldn't hear it."</w:t>
      </w:r>
    </w:p>
    <w:p>
      <w:pPr>
        <w:spacing w:line="360" w:lineRule="auto" w:after="0"/>
        <w:ind w:firstLine="283"/>
      </w:pPr>
      <w:r>
        <w:t>"No." Vasryn cleared his throat. It sounded like his own again. "It's the crack. It takes a word when you cross. A small one. It'll come back."</w:t>
      </w:r>
    </w:p>
    <w:p>
      <w:pPr>
        <w:spacing w:line="360" w:lineRule="auto" w:after="0"/>
        <w:ind w:firstLine="283"/>
      </w:pPr>
      <w:r>
        <w:t>"Will it?"</w:t>
      </w:r>
    </w:p>
    <w:p>
      <w:pPr>
        <w:spacing w:line="360" w:lineRule="auto" w:after="0"/>
        <w:ind w:firstLine="283"/>
      </w:pPr>
      <w:r>
        <w:t>"I think so," he said. He did not say that he had no way of knowing. He put the chalk stub back in his pocket, where it lay against the slate. "Let's walk."</w:t>
      </w:r>
    </w:p>
    <w:p>
      <w:pPr>
        <w:spacing w:line="360" w:lineRule="auto" w:after="0"/>
        <w:ind w:firstLine="283"/>
      </w:pPr>
      <w:r>
        <w:t>They went on east. Behind them, in the gravel, two pale crooked lines marked the lip of a crack that was three fingers wider than it had been at noon, and would be four by night, and by the rains would be a field's width, and no one would ever be able to say when it had begun.</w:t>
      </w:r>
    </w:p>
    <w:p>
      <w:pPr>
        <w:ind w:firstLine="0"/>
        <w:jc w:val="center"/>
      </w:pPr>
      <w:r>
        <w:rPr>
          <w:color w:val="AAAAAA"/>
        </w:rPr>
        <w:t>❖</w:t>
      </w:r>
    </w:p>
    <w:p>
      <w:pPr>
        <w:spacing w:before="360" w:after="240"/>
        <w:ind w:firstLine="0"/>
        <w:jc w:val="center"/>
      </w:pPr>
      <w:r>
        <w:rPr>
          <w:b/>
          <w:i/>
          <w:color w:val="333333"/>
          <w:sz w:val="26"/>
        </w:rPr>
        <w:t>Step 19 — The Walker's Craft (Kael)</w:t>
      </w:r>
    </w:p>
    <w:p>
      <w:pPr>
        <w:spacing w:line="360" w:lineRule="auto" w:after="0"/>
        <w:ind w:firstLine="283"/>
      </w:pPr>
      <w:r>
        <w:t>"You ask it," Vasryn said. "Then you wait for the answer."</w:t>
      </w:r>
    </w:p>
    <w:p>
      <w:pPr>
        <w:spacing w:line="360" w:lineRule="auto" w:after="0"/>
        <w:ind w:firstLine="283"/>
      </w:pPr>
      <w:r>
        <w:t>They were standing at the edge of a marsh. It lay across the road for half a mile, a green and brown level of reed and standing water and black mud, with the old causeway running into it like a finger into a bowl. A heron stood in the shallows. It had been standing there when they arrived and did not seem to think of leaving.</w:t>
      </w:r>
    </w:p>
    <w:p>
      <w:pPr>
        <w:spacing w:line="360" w:lineRule="auto" w:after="0"/>
        <w:ind w:firstLine="283"/>
      </w:pPr>
      <w:r>
        <w:t>"Ask the ground?" Kael said.</w:t>
      </w:r>
    </w:p>
    <w:p>
      <w:pPr>
        <w:spacing w:line="360" w:lineRule="auto" w:after="0"/>
        <w:ind w:firstLine="283"/>
      </w:pPr>
      <w:r>
        <w:t>"Ask it with the toe. Before the weight goes." Vasryn showed him. He put out his left boot, and set the toe on the first plank of the causeway, and pressed, very gently. "You listen with your foot. If it says hollow, you go somewhere else. If it says hold, you go on. If it says nothing, that's the one to be afraid of."</w:t>
      </w:r>
    </w:p>
    <w:p>
      <w:pPr>
        <w:spacing w:line="360" w:lineRule="auto" w:after="0"/>
        <w:ind w:firstLine="283"/>
      </w:pPr>
      <w:r>
        <w:t>"How do I hear it say anything?"</w:t>
      </w:r>
    </w:p>
    <w:p>
      <w:pPr>
        <w:spacing w:line="360" w:lineRule="auto" w:after="0"/>
        <w:ind w:firstLine="283"/>
      </w:pPr>
      <w:r>
        <w:t>"You'll know."</w:t>
      </w:r>
    </w:p>
    <w:p>
      <w:pPr>
        <w:spacing w:line="360" w:lineRule="auto" w:after="0"/>
        <w:ind w:firstLine="283"/>
      </w:pPr>
      <w:r>
        <w:t>Kael tried. He put a toe on the plank and pressed, and felt wood, and a plank, and nothing more. "It doesn't say anything."</w:t>
      </w:r>
    </w:p>
    <w:p>
      <w:pPr>
        <w:spacing w:line="360" w:lineRule="auto" w:after="0"/>
        <w:ind w:firstLine="283"/>
      </w:pPr>
      <w:r>
        <w:t>"It's a plank. It doesn't have to." Vasryn went three steps along it and stopped. "Ask again. Properly. You're not testing it. You're asking."</w:t>
      </w:r>
    </w:p>
    <w:p>
      <w:pPr>
        <w:spacing w:line="360" w:lineRule="auto" w:after="0"/>
        <w:ind w:firstLine="283"/>
      </w:pPr>
      <w:r>
        <w:t>Kael didn't see the difference. He said so.</w:t>
      </w:r>
    </w:p>
    <w:p>
      <w:pPr>
        <w:spacing w:line="360" w:lineRule="auto" w:after="0"/>
        <w:ind w:firstLine="283"/>
      </w:pPr>
      <w:r>
        <w:t>"No," Vasryn said. "You will. It's an attention. Go slow and mean it."</w:t>
      </w:r>
    </w:p>
    <w:p>
      <w:pPr>
        <w:spacing w:line="360" w:lineRule="auto" w:after="0"/>
        <w:ind w:firstLine="283"/>
      </w:pPr>
      <w:r>
        <w:t>Kael meant it. He was twelve and he was tired and he did not, in his heart, believe that mud could tell you anything. He walked out along the plank with his toe going ahead of him, press and lift, press and lift, and for the first hundred yards the plank held, and the mud on either side lay brown and still, and the heron watched him go by.</w:t>
      </w:r>
    </w:p>
    <w:p>
      <w:pPr>
        <w:spacing w:line="360" w:lineRule="auto" w:after="0"/>
        <w:ind w:firstLine="283"/>
      </w:pPr>
      <w:r>
        <w:t>It was the fifth hundred that went wrong.</w:t>
      </w:r>
    </w:p>
    <w:p>
      <w:pPr>
        <w:spacing w:line="360" w:lineRule="auto" w:after="0"/>
        <w:ind w:firstLine="283"/>
      </w:pPr>
      <w:r>
        <w:t>The causeway turned there, round a stand of dead willow, and the plank gave way to a bank of beaten earth. Kael put out his toe and the ground said, quite distinctly, hold. He heard it. It was not a voice. It was the firmness of the thing against the leather, a flat sure answer.</w:t>
      </w:r>
    </w:p>
    <w:p>
      <w:pPr>
        <w:spacing w:line="360" w:lineRule="auto" w:after="0"/>
        <w:ind w:firstLine="283"/>
      </w:pPr>
      <w:r>
        <w:t>He believed it. That was the mistake. He was so pleased to hear it that he did not ask a second time, and put his whole weight on the bank, and the bank went.</w:t>
      </w:r>
    </w:p>
    <w:p>
      <w:pPr>
        <w:spacing w:line="360" w:lineRule="auto" w:after="0"/>
        <w:ind w:firstLine="283"/>
      </w:pPr>
      <w:r>
        <w:t>It went all at once. There was no sound. The beaten earth slid out from under him like a rug pulled off a floor, and he went down through it to the thigh, to the hip, with a long wet suck as the mud took him. It was cold. It was thick. It held him the way a fist holds a stone, evenly, all round. He tried to pull a leg out and the mud pulled back.</w:t>
      </w:r>
    </w:p>
    <w:p>
      <w:pPr>
        <w:spacing w:line="360" w:lineRule="auto" w:after="0"/>
        <w:ind w:firstLine="283"/>
      </w:pPr>
      <w:r>
        <w:t>"Don't," Vasryn said. His voice was very close and perfectly calm. "Don't kick. It wants you to."</w:t>
      </w:r>
    </w:p>
    <w:p>
      <w:pPr>
        <w:spacing w:line="360" w:lineRule="auto" w:after="0"/>
        <w:ind w:firstLine="283"/>
      </w:pPr>
      <w:r>
        <w:t>"It's got me."</w:t>
      </w:r>
    </w:p>
    <w:p>
      <w:pPr>
        <w:spacing w:line="360" w:lineRule="auto" w:after="0"/>
        <w:ind w:firstLine="283"/>
      </w:pPr>
      <w:r>
        <w:t>"I know." He was already on his belly. He had gone flat on the plank, ten feet off, arms spread, and was working himself out along the bank like a man on a frozen pond, slowly, evenly, spreading his weight. "Stop moving. You're in to the waist. You'll be in to the chest if you fight. Breathe out."</w:t>
      </w:r>
    </w:p>
    <w:p>
      <w:pPr>
        <w:spacing w:line="360" w:lineRule="auto" w:after="0"/>
        <w:ind w:firstLine="283"/>
      </w:pPr>
      <w:r>
        <w:t>"I—"</w:t>
      </w:r>
    </w:p>
    <w:p>
      <w:pPr>
        <w:spacing w:line="360" w:lineRule="auto" w:after="0"/>
        <w:ind w:firstLine="283"/>
      </w:pPr>
      <w:r>
        <w:t>"Out, Kael."</w:t>
      </w:r>
    </w:p>
    <w:p>
      <w:pPr>
        <w:spacing w:line="360" w:lineRule="auto" w:after="0"/>
        <w:ind w:firstLine="283"/>
      </w:pPr>
      <w:r>
        <w:t>Kael breathed out. The mud, which had been squeezing, loosened a hair. He felt it as a mercy, a small giving way, and understood, with a kind of dull horror, that this was the lesson. It wasn't about asking. It was about not being afraid of the answer.</w:t>
      </w:r>
    </w:p>
    <w:p>
      <w:pPr>
        <w:spacing w:line="360" w:lineRule="auto" w:after="0"/>
        <w:ind w:firstLine="283"/>
      </w:pPr>
      <w:r>
        <w:t>A hand closed on his collar, big and hard, and a voice said, "Now. Lie back. Like in a bath."</w:t>
      </w:r>
    </w:p>
    <w:p>
      <w:pPr>
        <w:spacing w:line="360" w:lineRule="auto" w:after="0"/>
        <w:ind w:firstLine="283"/>
      </w:pPr>
      <w:r>
        <w:t>He lay back. The mud took his shoulders, and the sky came over him, grey and wide, and the heron sailed over his face with its legs trailing. Vasryn pulled. It was slow. The mud made a sound like a great mouth reluctantly letting go, and Kael came out of it an inch at a time, and then in a rush, with a pop, and lay on the bank in a shapeless heap of wet black filth, and found he had left a boot behind.</w:t>
      </w:r>
    </w:p>
    <w:p>
      <w:pPr>
        <w:spacing w:line="360" w:lineRule="auto" w:after="0"/>
        <w:ind w:firstLine="283"/>
      </w:pPr>
      <w:r>
        <w:t>"It took the boot," he said.</w:t>
      </w:r>
    </w:p>
    <w:p>
      <w:pPr>
        <w:spacing w:line="360" w:lineRule="auto" w:after="0"/>
        <w:ind w:firstLine="283"/>
      </w:pPr>
      <w:r>
        <w:t>"It's welcome to it."</w:t>
      </w:r>
    </w:p>
    <w:p>
      <w:pPr>
        <w:spacing w:line="360" w:lineRule="auto" w:after="0"/>
        <w:ind w:firstLine="283"/>
      </w:pPr>
      <w:r>
        <w:t>"It was a good boot."</w:t>
      </w:r>
    </w:p>
    <w:p>
      <w:pPr>
        <w:spacing w:line="360" w:lineRule="auto" w:after="0"/>
        <w:ind w:firstLine="283"/>
      </w:pPr>
      <w:r>
        <w:t>"It was a bad boot, and you patched it." Vasryn sat back on his heels. He was plastered to the elbows. His face was grey, and he was very nearly smiling. "You were pleased with yourself."</w:t>
      </w:r>
    </w:p>
    <w:p>
      <w:pPr>
        <w:spacing w:line="360" w:lineRule="auto" w:after="0"/>
        <w:ind w:firstLine="283"/>
      </w:pPr>
      <w:r>
        <w:t>"It said hold."</w:t>
      </w:r>
    </w:p>
    <w:p>
      <w:pPr>
        <w:spacing w:line="360" w:lineRule="auto" w:after="0"/>
        <w:ind w:firstLine="283"/>
      </w:pPr>
      <w:r>
        <w:t>"It did." The old man wiped his hands on the grass. "It did say hold. That's the third thing. It's not lying when it does. It means hold, now. It doesn't mean hold." He looked at the black hole in the bank, already filling slowly with water, with a boot's shape in it. "Ground changes its mind. You have to keep asking."</w:t>
      </w:r>
    </w:p>
    <w:p>
      <w:pPr>
        <w:spacing w:line="360" w:lineRule="auto" w:after="0"/>
        <w:ind w:firstLine="283"/>
      </w:pPr>
      <w:r>
        <w:t>They finished the crossing on their bellies, and Kael did it in one boot, with the other foot bound in a strip of his own shirt. By evening they were on the far side, on a bank of dry heather, with a small fire going and nothing in the world but the sound of water ticking in the reeds.</w:t>
      </w:r>
    </w:p>
    <w:p>
      <w:pPr>
        <w:spacing w:line="360" w:lineRule="auto" w:after="0"/>
        <w:ind w:firstLine="283"/>
      </w:pPr>
      <w:r>
        <w:t>He sat with his bare toes toward the flame. He was shaking a little, and did not want it noticed.</w:t>
      </w:r>
    </w:p>
    <w:p>
      <w:pPr>
        <w:spacing w:line="360" w:lineRule="auto" w:after="0"/>
        <w:ind w:firstLine="283"/>
      </w:pPr>
      <w:r>
        <w:t>It wasn't the mud. He could have laughed off the mud by morning. It was that the whole day had been attention, every step a question, and now the questions had stopped and everything else had come up behind them like water into a footprint: the white lime on the doorframe, the smell of the burning bread, the hens that had been in the yard and then weren't. He hadn't cried at the granary. He had been twelve, and busy. Now he took the dented copper pot out of the pack and set it on a stone by the fire, for no reason he could have given, and sat looking at the dent.</w:t>
      </w:r>
    </w:p>
    <w:p>
      <w:pPr>
        <w:spacing w:line="360" w:lineRule="auto" w:after="0"/>
        <w:ind w:firstLine="283"/>
      </w:pPr>
      <w:r>
        <w:t>Vasryn said nothing for a while. Then he reached over, without comment, and scraped a thumb of the rendered fat into the pot and set it near the coals to melt. The smell came up, plain and brown and a little rancid. It was the smell of somebody's kitchen. Kael couldn't have said whose.</w:t>
      </w:r>
    </w:p>
    <w:p>
      <w:pPr>
        <w:spacing w:line="360" w:lineRule="auto" w:after="0"/>
        <w:ind w:firstLine="283"/>
      </w:pPr>
      <w:r>
        <w:t>"Everyone does that," Vasryn said. "The first time. I did it in a ditch in my first year on the wall. Meret fished me out with a rake."</w:t>
      </w:r>
    </w:p>
    <w:p>
      <w:pPr>
        <w:spacing w:line="360" w:lineRule="auto" w:after="0"/>
        <w:ind w:firstLine="283"/>
      </w:pPr>
      <w:r>
        <w:t>"Did he laugh?"</w:t>
      </w:r>
    </w:p>
    <w:p>
      <w:pPr>
        <w:spacing w:line="360" w:lineRule="auto" w:after="0"/>
        <w:ind w:firstLine="283"/>
      </w:pPr>
      <w:r>
        <w:t>"For a week." He fed the fire a stick. "It's the first thing you learn. That you can be sure and wrong in the same breath. After that you ask more slowly."</w:t>
      </w:r>
    </w:p>
    <w:p>
      <w:pPr>
        <w:spacing w:line="360" w:lineRule="auto" w:after="0"/>
        <w:ind w:firstLine="283"/>
      </w:pPr>
      <w:r>
        <w:t>Kael thought about it. Across the marsh the heron stood in its shallows, a dark upright line against a pale sky, as it had stood all afternoon. It had watched him go in, and watched him come out. It had not moved.</w:t>
      </w:r>
    </w:p>
    <w:p>
      <w:pPr>
        <w:spacing w:line="360" w:lineRule="auto" w:after="0"/>
        <w:ind w:firstLine="283"/>
      </w:pPr>
      <w:r>
        <w:t>"Does it ever go in?"</w:t>
      </w:r>
    </w:p>
    <w:p>
      <w:pPr>
        <w:spacing w:line="360" w:lineRule="auto" w:after="0"/>
        <w:ind w:firstLine="283"/>
      </w:pPr>
      <w:r>
        <w:t>"The heron?" Vasryn laughed, a short surprised sound. "No. It asks every time."</w:t>
      </w:r>
    </w:p>
    <w:p>
      <w:pPr>
        <w:ind w:firstLine="0"/>
        <w:jc w:val="center"/>
      </w:pPr>
      <w:r>
        <w:rPr>
          <w:color w:val="AAAAAA"/>
        </w:rPr>
        <w:t>❖</w:t>
      </w:r>
    </w:p>
    <w:p>
      <w:pPr>
        <w:spacing w:before="360" w:after="240"/>
        <w:ind w:firstLine="0"/>
        <w:jc w:val="center"/>
      </w:pPr>
      <w:r>
        <w:rPr>
          <w:b/>
          <w:i/>
          <w:color w:val="333333"/>
          <w:sz w:val="26"/>
        </w:rPr>
        <w:t>Step 20 — The Hollow (Kael)</w:t>
      </w:r>
    </w:p>
    <w:p>
      <w:pPr>
        <w:spacing w:line="360" w:lineRule="auto" w:after="0"/>
        <w:ind w:firstLine="283"/>
      </w:pPr>
      <w:r>
        <w:t>The wall stood across the road where no wall should be.</w:t>
      </w:r>
    </w:p>
    <w:p>
      <w:pPr>
        <w:spacing w:line="360" w:lineRule="auto" w:after="0"/>
        <w:ind w:firstLine="283"/>
      </w:pPr>
      <w:r>
        <w:t>It was dry-stone, waist-high, grey, set with great care, and it ran right across the causeway from the marsh on the left to a bank of gorse on the right. There was no gate. There was no gap. The road came up to it on one side, pale and well-used, and on the other side, thirty yards beyond, came out of it again as pale and well-used as before. In between, someone had built a wall.</w:t>
      </w:r>
    </w:p>
    <w:p>
      <w:pPr>
        <w:spacing w:line="360" w:lineRule="auto" w:after="0"/>
        <w:ind w:firstLine="283"/>
      </w:pPr>
      <w:r>
        <w:t>Kael stood in front of it with one boot and one bandaged foot, and a mallet in his belt, and thought it looked very sure of itself.</w:t>
      </w:r>
    </w:p>
    <w:p>
      <w:pPr>
        <w:spacing w:line="360" w:lineRule="auto" w:after="0"/>
        <w:ind w:firstLine="283"/>
      </w:pPr>
      <w:r>
        <w:t>"It isn't on any map," Vasryn said.</w:t>
      </w:r>
    </w:p>
    <w:p>
      <w:pPr>
        <w:spacing w:line="360" w:lineRule="auto" w:after="0"/>
        <w:ind w:firstLine="283"/>
      </w:pPr>
      <w:r>
        <w:t>"How would you know?"</w:t>
      </w:r>
    </w:p>
    <w:p>
      <w:pPr>
        <w:spacing w:line="360" w:lineRule="auto" w:after="0"/>
        <w:ind w:firstLine="283"/>
      </w:pPr>
      <w:r>
        <w:t>"I wouldn't. I'm guessing." He walked along the face. Not touching. His eyes went over the coursing, the corner-stones, the rhythm of long and short. "Good work. Better than it needs to be. Somebody wanted it to stay."</w:t>
      </w:r>
    </w:p>
    <w:p>
      <w:pPr>
        <w:spacing w:line="360" w:lineRule="auto" w:after="0"/>
        <w:ind w:firstLine="283"/>
      </w:pPr>
      <w:r>
        <w:t>"Can we go round?"</w:t>
      </w:r>
    </w:p>
    <w:p>
      <w:pPr>
        <w:spacing w:line="360" w:lineRule="auto" w:after="0"/>
        <w:ind w:firstLine="283"/>
      </w:pPr>
      <w:r>
        <w:t>"The marsh is on one side and the gorse on the other." He tilted his head. "We could. It would be a day."</w:t>
      </w:r>
    </w:p>
    <w:p>
      <w:pPr>
        <w:spacing w:line="360" w:lineRule="auto" w:after="0"/>
        <w:ind w:firstLine="283"/>
      </w:pPr>
      <w:r>
        <w:t>"I don't want a day."</w:t>
      </w:r>
    </w:p>
    <w:p>
      <w:pPr>
        <w:spacing w:line="360" w:lineRule="auto" w:after="0"/>
        <w:ind w:firstLine="283"/>
      </w:pPr>
      <w:r>
        <w:t>"No." Vasryn had stopped at the middle of the wall. He didn't look at Kael. "Neither do I."</w:t>
      </w:r>
    </w:p>
    <w:p>
      <w:pPr>
        <w:spacing w:line="360" w:lineRule="auto" w:after="0"/>
        <w:ind w:firstLine="283"/>
      </w:pPr>
      <w:r>
        <w:t>He took the montante out of its cloth. Kael had seen him do it only twice before, and both times the old man had had a face like a closed door. He did it now with the same face. The long plain iron came out and lay across his two hands, five feet, ugly, dull. He turned it so the pommel pointed at the wall, and he stood a moment, and then he tapped.</w:t>
      </w:r>
    </w:p>
    <w:p>
      <w:pPr>
        <w:spacing w:line="360" w:lineRule="auto" w:after="0"/>
        <w:ind w:firstLine="283"/>
      </w:pPr>
      <w:r>
        <w:t>Once. A flat dead sound, like a hand on a loaf.</w:t>
      </w:r>
    </w:p>
    <w:p>
      <w:pPr>
        <w:spacing w:line="360" w:lineRule="auto" w:after="0"/>
        <w:ind w:firstLine="283"/>
      </w:pPr>
      <w:r>
        <w:t>Twice. The same.</w:t>
      </w:r>
    </w:p>
    <w:p>
      <w:pPr>
        <w:spacing w:line="360" w:lineRule="auto" w:after="0"/>
        <w:ind w:firstLine="283"/>
      </w:pPr>
      <w:r>
        <w:t>Kael counted. It was what he did when he didn't know what else to do. He counted the third.</w:t>
      </w:r>
    </w:p>
    <w:p>
      <w:pPr>
        <w:spacing w:line="360" w:lineRule="auto" w:after="0"/>
        <w:ind w:firstLine="283"/>
      </w:pPr>
      <w:r>
        <w:t>The third tap rang.</w:t>
      </w:r>
    </w:p>
    <w:p>
      <w:pPr>
        <w:spacing w:line="360" w:lineRule="auto" w:after="0"/>
        <w:ind w:firstLine="283"/>
      </w:pPr>
      <w:r>
        <w:t>It wasn't louder. It was a different sound, with a bottom to it, a deep, drum-like hollow that came up out of the wall and kept on going after the iron had stopped. It rolled along the stones and out across the marsh and came back off the far water, and in the silence after, the heron, a long way off, lifted its head.</w:t>
      </w:r>
    </w:p>
    <w:p>
      <w:pPr>
        <w:spacing w:line="360" w:lineRule="auto" w:after="0"/>
        <w:ind w:firstLine="283"/>
      </w:pPr>
      <w:r>
        <w:t>"Hollow," Vasryn said.</w:t>
      </w:r>
    </w:p>
    <w:p>
      <w:pPr>
        <w:spacing w:line="360" w:lineRule="auto" w:after="0"/>
        <w:ind w:firstLine="283"/>
      </w:pPr>
      <w:r>
        <w:t>"A wall can't be hollow."</w:t>
      </w:r>
    </w:p>
    <w:p>
      <w:pPr>
        <w:spacing w:line="360" w:lineRule="auto" w:after="0"/>
        <w:ind w:firstLine="283"/>
      </w:pPr>
      <w:r>
        <w:t>"A wall can be anything it likes." He tapped again, lower down. Dead. Higher. Dead. He moved a pace along and tapped, and it rang. He went back a pace. "Here. A yard wide. Behind the coping."</w:t>
      </w:r>
    </w:p>
    <w:p>
      <w:pPr>
        <w:spacing w:line="360" w:lineRule="auto" w:after="0"/>
        <w:ind w:firstLine="283"/>
      </w:pPr>
      <w:r>
        <w:t>He found the stone. It was a long flat capstone at the top of the wall, grey, mossed at one end, set a finger proud of its neighbors. It looked as heavy as a man. Vasryn knelt beside it and slid the point of the iron into the joint under its lip, and glanced at Kael.</w:t>
      </w:r>
    </w:p>
    <w:p>
      <w:pPr>
        <w:spacing w:line="360" w:lineRule="auto" w:after="0"/>
        <w:ind w:firstLine="283"/>
      </w:pPr>
      <w:r>
        <w:t>"Find me a rock."</w:t>
      </w:r>
    </w:p>
    <w:p>
      <w:pPr>
        <w:spacing w:line="360" w:lineRule="auto" w:after="0"/>
        <w:ind w:firstLine="283"/>
      </w:pPr>
      <w:r>
        <w:t>Kael found one, a flat grey slab, the size of a bread-board, half sunk in the verge. He dragged it over. Vasryn set it under the iron, as a fulcrum, and nodded, once.</w:t>
      </w:r>
    </w:p>
    <w:p>
      <w:pPr>
        <w:spacing w:line="360" w:lineRule="auto" w:after="0"/>
        <w:ind w:firstLine="283"/>
      </w:pPr>
      <w:r>
        <w:t>"It's the hasp," he said. "You don't lift. You lean."</w:t>
      </w:r>
    </w:p>
    <w:p>
      <w:pPr>
        <w:spacing w:line="360" w:lineRule="auto" w:after="0"/>
        <w:ind w:firstLine="283"/>
      </w:pPr>
      <w:r>
        <w:t>He leaned.</w:t>
      </w:r>
    </w:p>
    <w:p>
      <w:pPr>
        <w:spacing w:line="360" w:lineRule="auto" w:after="0"/>
        <w:ind w:firstLine="283"/>
      </w:pPr>
      <w:r>
        <w:t>For a moment nothing moved. Then the stone, with a long soft grinding, slid. It slid back a hand's width, and another, and a gap opened in the top of the wall, black, with a smell coming up out of it that Kael knew and could not at first place. It was the smell of the Marrin place. Of an old frame, warm in the cold. Of a cellar that had held something for a long time.</w:t>
      </w:r>
    </w:p>
    <w:p>
      <w:pPr>
        <w:spacing w:line="360" w:lineRule="auto" w:after="0"/>
        <w:ind w:firstLine="283"/>
      </w:pPr>
      <w:r>
        <w:t>Vasryn let the iron down and they both looked in.</w:t>
      </w:r>
    </w:p>
    <w:p>
      <w:pPr>
        <w:spacing w:line="360" w:lineRule="auto" w:after="0"/>
        <w:ind w:firstLine="283"/>
      </w:pPr>
      <w:r>
        <w:t>The wall was hollow. Its core was a passage, a yard wide, lined with grey slabs, and it ran under the road, level, into the dark. It was a culvert. Somebody had built an old drain under this causeway, long ago, to carry water from the gorse side to the marsh, and somebody had walled it up where it came out, and then, on top, had built a wall to say that nothing was here.</w:t>
      </w:r>
    </w:p>
    <w:p>
      <w:pPr>
        <w:spacing w:line="360" w:lineRule="auto" w:after="0"/>
        <w:ind w:firstLine="283"/>
      </w:pPr>
      <w:r>
        <w:t>On the inside of the nearest slab, at the height of a child's hand, a row of small scratches ran along the stone. They were tally marks. Dozens of them. A little group of five with a stroke across, and another, and another, a month of days, each one cut with something sharp and patient.</w:t>
      </w:r>
    </w:p>
    <w:p>
      <w:pPr>
        <w:spacing w:line="360" w:lineRule="auto" w:after="0"/>
        <w:ind w:firstLine="283"/>
      </w:pPr>
      <w:r>
        <w:t>"Someone waited here," Kael said.</w:t>
      </w:r>
    </w:p>
    <w:p>
      <w:pPr>
        <w:spacing w:line="360" w:lineRule="auto" w:after="0"/>
        <w:ind w:firstLine="283"/>
      </w:pPr>
      <w:r>
        <w:t>"Aye."</w:t>
      </w:r>
    </w:p>
    <w:p>
      <w:pPr>
        <w:spacing w:line="360" w:lineRule="auto" w:after="0"/>
        <w:ind w:firstLine="283"/>
      </w:pPr>
      <w:r>
        <w:t>"For what?"</w:t>
      </w:r>
    </w:p>
    <w:p>
      <w:pPr>
        <w:spacing w:line="360" w:lineRule="auto" w:after="0"/>
        <w:ind w:firstLine="283"/>
      </w:pPr>
      <w:r>
        <w:t>"I don't know." Vasryn was looking at the marks, and his face had gone still. "To be let through, I think."</w:t>
      </w:r>
    </w:p>
    <w:p>
      <w:pPr>
        <w:spacing w:line="360" w:lineRule="auto" w:after="0"/>
        <w:ind w:firstLine="283"/>
      </w:pPr>
      <w:r>
        <w:t>He knelt at the slab and ran his eyes along the marks, and Kael saw him bend close, the way he bent to read a stone on the wall.</w:t>
      </w:r>
    </w:p>
    <w:p>
      <w:pPr>
        <w:spacing w:line="360" w:lineRule="auto" w:after="0"/>
        <w:ind w:firstLine="283"/>
      </w:pPr>
      <w:r>
        <w:t>"They're not one hand," Vasryn said.</w:t>
      </w:r>
    </w:p>
    <w:p>
      <w:pPr>
        <w:spacing w:line="360" w:lineRule="auto" w:after="0"/>
        <w:ind w:firstLine="283"/>
      </w:pPr>
      <w:r>
        <w:t>"How d'you know?"</w:t>
      </w:r>
    </w:p>
    <w:p>
      <w:pPr>
        <w:spacing w:line="360" w:lineRule="auto" w:after="0"/>
        <w:ind w:firstLine="283"/>
      </w:pPr>
      <w:r>
        <w:t>"The strokes lean different. Here, and here. Somebody left-handed, then these, cut short and hard, like a man using a nail. Three people, four." He touched none of them. "And they're not day-tallies. A man counting his own days cuts one a morning, and the cuts get tired. These are fresh all the way along. Someone was counting other people's days. Whoever came through."</w:t>
      </w:r>
    </w:p>
    <w:p>
      <w:pPr>
        <w:spacing w:line="360" w:lineRule="auto" w:after="0"/>
        <w:ind w:firstLine="283"/>
      </w:pPr>
      <w:r>
        <w:t>"Came through what?"</w:t>
      </w:r>
    </w:p>
    <w:p>
      <w:pPr>
        <w:spacing w:line="360" w:lineRule="auto" w:after="0"/>
        <w:ind w:firstLine="283"/>
      </w:pPr>
      <w:r>
        <w:t>"The gap." He sat back on his heels. "You know what a tally-man is?"</w:t>
      </w:r>
    </w:p>
    <w:p>
      <w:pPr>
        <w:spacing w:line="360" w:lineRule="auto" w:after="0"/>
        <w:ind w:firstLine="283"/>
      </w:pPr>
      <w:r>
        <w:t>Kael had heard the word the way you hear the names of diseases, from a safe distance. "The ones with the brass measure."</w:t>
      </w:r>
    </w:p>
    <w:p>
      <w:pPr>
        <w:spacing w:line="360" w:lineRule="auto" w:after="0"/>
        <w:ind w:firstLine="283"/>
      </w:pPr>
      <w:r>
        <w:t>"The Registry's counters. They walk a ward with a book and count heads, and doors, and pots on the hob. Mostly they count right. When they count wrong, a household drops into a gap, and the book won't have it. Then the Registry has to decide whether to mend the book or the household." He let that sit. "It never mends the book. So the ones who were missed come down a road like this and find somewhere to wait until it's safe, and someone cuts a mark in the wall to say they were here. I'd say that's what we're looking at. A wall, counting them back."</w:t>
      </w:r>
    </w:p>
    <w:p>
      <w:pPr>
        <w:spacing w:line="360" w:lineRule="auto" w:after="0"/>
        <w:ind w:firstLine="283"/>
      </w:pPr>
      <w:r>
        <w:t>"Is that allowed?"</w:t>
      </w:r>
    </w:p>
    <w:p>
      <w:pPr>
        <w:spacing w:line="360" w:lineRule="auto" w:after="0"/>
        <w:ind w:firstLine="283"/>
      </w:pPr>
      <w:r>
        <w:t>"It's the only honest count there is. The Registry reads columns. A wall isn't one."</w:t>
      </w:r>
    </w:p>
    <w:p>
      <w:pPr>
        <w:spacing w:line="360" w:lineRule="auto" w:after="0"/>
        <w:ind w:firstLine="283"/>
      </w:pPr>
      <w:r>
        <w:t>They went in on their hands and knees, one after the other, with the iron dragging, and the tally marks went by at the level of Kael's eyes. There were hundreds. He didn't count them. He found, to his surprise, that he did not want to.</w:t>
      </w:r>
    </w:p>
    <w:p>
      <w:pPr>
        <w:spacing w:line="360" w:lineRule="auto" w:after="0"/>
        <w:ind w:firstLine="283"/>
      </w:pPr>
      <w:r>
        <w:t>At the far end the culvert opened onto a ditch full of nettles. They climbed out into the grey evening, and it was only then, standing up, that Kael noticed his hand. He had been touching the wall without knowing, all the way along, with his palm. It was warm. It had been warm for an hour.</w:t>
      </w:r>
    </w:p>
    <w:p>
      <w:pPr>
        <w:spacing w:line="360" w:lineRule="auto" w:after="0"/>
        <w:ind w:firstLine="283"/>
      </w:pPr>
      <w:r>
        <w:t>Behind them the capstone lay askew. Vasryn looked back at it. He went over, with a long unhappy stoop, and put his shoulder to it, and slid it home. It took longer than the opening. When it was in, there was no sign anywhere that anyone had been.</w:t>
      </w:r>
    </w:p>
    <w:p>
      <w:pPr>
        <w:spacing w:line="360" w:lineRule="auto" w:after="0"/>
        <w:ind w:firstLine="283"/>
      </w:pPr>
      <w:r>
        <w:t>"Why put it back?" Kael said.</w:t>
      </w:r>
    </w:p>
    <w:p>
      <w:pPr>
        <w:spacing w:line="360" w:lineRule="auto" w:after="0"/>
        <w:ind w:firstLine="283"/>
      </w:pPr>
      <w:r>
        <w:t>"So the next one finds it hollow." Vasryn dusted his hands. "Somebody built that so it couldn't be found. I'd rather it was found by the right people than not at all."</w:t>
      </w:r>
    </w:p>
    <w:p>
      <w:pPr>
        <w:spacing w:line="360" w:lineRule="auto" w:after="0"/>
        <w:ind w:firstLine="283"/>
      </w:pPr>
      <w:r>
        <w:t>"What people?"</w:t>
      </w:r>
    </w:p>
    <w:p>
      <w:pPr>
        <w:spacing w:line="360" w:lineRule="auto" w:after="0"/>
        <w:ind w:firstLine="283"/>
      </w:pPr>
      <w:r>
        <w:t>"Whoever's next." He wrapped the iron, tight, and shouldered it. "That's the craft. You leave it as you found it, and a little easier."</w:t>
      </w:r>
    </w:p>
    <w:p>
      <w:pPr>
        <w:spacing w:line="360" w:lineRule="auto" w:after="0"/>
        <w:ind w:firstLine="283"/>
      </w:pPr>
      <w:r>
        <w:t>They went on up the road. The wall stood behind them in the dusk, waist-high and grey, as sure of itself as before. Nobody would know, ever, that a boy and an old man had tapped three times and heard the answer.</w:t>
      </w:r>
    </w:p>
    <w:p>
      <w:pPr>
        <w:ind w:firstLine="0"/>
        <w:jc w:val="center"/>
      </w:pPr>
      <w:r>
        <w:rPr>
          <w:color w:val="AAAAAA"/>
        </w:rPr>
        <w:t>❖</w:t>
      </w:r>
    </w:p>
    <w:p>
      <w:pPr>
        <w:spacing w:before="360" w:after="240"/>
        <w:ind w:firstLine="0"/>
        <w:jc w:val="center"/>
      </w:pPr>
      <w:r>
        <w:rPr>
          <w:b/>
          <w:i/>
          <w:color w:val="333333"/>
          <w:sz w:val="26"/>
        </w:rPr>
        <w:t>Step 21 — The Trembling Hand (Vasryn)</w:t>
      </w:r>
    </w:p>
    <w:p>
      <w:pPr>
        <w:spacing w:line="360" w:lineRule="auto" w:after="0"/>
        <w:ind w:firstLine="283"/>
      </w:pPr>
      <w:r>
        <w:t>☰</w:t>
      </w:r>
    </w:p>
    <w:p>
      <w:pPr>
        <w:spacing w:line="360" w:lineRule="auto" w:after="0"/>
        <w:ind w:firstLine="283"/>
      </w:pPr>
      <w:r>
        <w:t>They were mending a road, and they gave them tea.</w:t>
      </w:r>
    </w:p>
    <w:p>
      <w:pPr>
        <w:spacing w:line="360" w:lineRule="auto" w:after="0"/>
        <w:ind w:firstLine="283"/>
      </w:pPr>
      <w:r>
        <w:t>Vasryn would turn it over for years afterward. It was the thing that did not fit. Two men in grey coats were kneeling at the edge of the causeway with a bucket of mortar and a pail of stones, the older of the two bent to a coping with a trowel and the younger passing him each stone like a surgeon passing a knife. They were Indexers. He had never seen one close. They had the slate coats, the brass rule in the breast pocket, the dry look of men who spent their days indoors. And they looked up as he and Kael came over the rise, and the older one smiled.</w:t>
      </w:r>
    </w:p>
    <w:p>
      <w:pPr>
        <w:spacing w:line="360" w:lineRule="auto" w:after="0"/>
        <w:ind w:firstLine="283"/>
      </w:pPr>
      <w:r>
        <w:t>"Travelers," he said. "You'll be wanting tea."</w:t>
      </w:r>
    </w:p>
    <w:p>
      <w:pPr>
        <w:spacing w:line="360" w:lineRule="auto" w:after="0"/>
        <w:ind w:firstLine="283"/>
      </w:pPr>
      <w:r>
        <w:t>"We don't—"</w:t>
      </w:r>
    </w:p>
    <w:p>
      <w:pPr>
        <w:spacing w:line="360" w:lineRule="auto" w:after="0"/>
        <w:ind w:firstLine="283"/>
      </w:pPr>
      <w:r>
        <w:t>"Nobody does. Sit." He had a clear, tired, pleasant voice. "It's a long road and a short summer. There's a fire. Dess, the kettle."</w:t>
      </w:r>
    </w:p>
    <w:p>
      <w:pPr>
        <w:spacing w:line="360" w:lineRule="auto" w:after="0"/>
        <w:ind w:firstLine="283"/>
      </w:pPr>
      <w:r>
        <w:t>The young one, Dess, a thin boy with a nervous mouth, put down a stone, and went.</w:t>
      </w:r>
    </w:p>
    <w:p>
      <w:pPr>
        <w:spacing w:line="360" w:lineRule="auto" w:after="0"/>
        <w:ind w:firstLine="283"/>
      </w:pPr>
      <w:r>
        <w:t>Kael looked at Vasryn. Vasryn looked at the wall.</w:t>
      </w:r>
    </w:p>
    <w:p>
      <w:pPr>
        <w:spacing w:line="360" w:lineRule="auto" w:after="0"/>
        <w:ind w:firstLine="283"/>
      </w:pPr>
      <w:r>
        <w:t>It was a long low retaining wall, newly built, along the river side of the causeway, grey and square and well finished. It ran forty yards. At the far end it was only half done, the courses ragged, the mortar still dark. In front of it, on the river, lay the Ver, brown and swollen and fast, a hand's breadth from the lip of the road. A mark was scratched in the stone at the level of a flood. It was well above his head.</w:t>
      </w:r>
    </w:p>
    <w:p>
      <w:pPr>
        <w:spacing w:line="360" w:lineRule="auto" w:after="0"/>
        <w:ind w:firstLine="283"/>
      </w:pPr>
      <w:r>
        <w:t>"It holds the river off the causeway," the older man said. He had followed the look. "Come the autumn rains it floods here to the second step of the Salt Eaves church. Three seasons ago a cart went in, with a woman and a boy. No one found them." He said it simply. "It'll be whole by the rains."</w:t>
      </w:r>
    </w:p>
    <w:p>
      <w:pPr>
        <w:spacing w:line="360" w:lineRule="auto" w:after="0"/>
        <w:ind w:firstLine="283"/>
      </w:pPr>
      <w:r>
        <w:t>There was a small fire and a black kettle. The tea was thin, and strong, and hot, and Vasryn drank it from the tin mug they gave him, and could not remember when he had last been given a drink without a price. Kael sat close to the fire, with his bandaged foot out, holding a mug in both hands. The younger man had given him a heel of bread. He ate it like a dog, with great seriousness.</w:t>
      </w:r>
    </w:p>
    <w:p>
      <w:pPr>
        <w:spacing w:line="360" w:lineRule="auto" w:after="0"/>
        <w:ind w:firstLine="283"/>
      </w:pPr>
      <w:r>
        <w:t>"You'll have come through the culvert," the older man said.</w:t>
      </w:r>
    </w:p>
    <w:p>
      <w:pPr>
        <w:spacing w:line="360" w:lineRule="auto" w:after="0"/>
        <w:ind w:firstLine="283"/>
      </w:pPr>
      <w:r>
        <w:t>Vasryn did not answer.</w:t>
      </w:r>
    </w:p>
    <w:p>
      <w:pPr>
        <w:spacing w:line="360" w:lineRule="auto" w:after="0"/>
        <w:ind w:firstLine="283"/>
      </w:pPr>
      <w:r>
        <w:t>"I'm not asking you to say." He smiled again. "It's a good culvert. Old Dunmarrow built it before the road. I'm told they used to hide people in it, in his day, from the tax. We left it be. We built the wall over, because the river would have taken it, and it was easier to leave it hollow than fill it." He turned his tin mug in his fingers. "A hollow's a poor thing to fill. It comes back."</w:t>
      </w:r>
    </w:p>
    <w:p>
      <w:pPr>
        <w:spacing w:line="360" w:lineRule="auto" w:after="0"/>
        <w:ind w:firstLine="283"/>
      </w:pPr>
      <w:r>
        <w:t>"You know it's there."</w:t>
      </w:r>
    </w:p>
    <w:p>
      <w:pPr>
        <w:spacing w:line="360" w:lineRule="auto" w:after="0"/>
        <w:ind w:firstLine="283"/>
      </w:pPr>
      <w:r>
        <w:t>"I know most things that are there. It's the work." He said it without pride. "I'm an Indexer. I find where things are, and write it down, so they can be found. It's a dull trade. I'm told it's no use to anyone." He looked at the wall. "But the river doesn't care. I put that wall where the book told me, and the cart doesn't go in. It's a small thing."</w:t>
      </w:r>
    </w:p>
    <w:p>
      <w:pPr>
        <w:spacing w:line="360" w:lineRule="auto" w:after="0"/>
        <w:ind w:firstLine="283"/>
      </w:pPr>
      <w:r>
        <w:t>"It's not small."</w:t>
      </w:r>
    </w:p>
    <w:p>
      <w:pPr>
        <w:spacing w:line="360" w:lineRule="auto" w:after="0"/>
        <w:ind w:firstLine="283"/>
      </w:pPr>
      <w:r>
        <w:t>"No," the old man said, quite gently. "I don't think it is."</w:t>
      </w:r>
    </w:p>
    <w:p>
      <w:pPr>
        <w:spacing w:line="360" w:lineRule="auto" w:after="0"/>
        <w:ind w:firstLine="283"/>
      </w:pPr>
      <w:r>
        <w:t>He reached for a stone. His right hand shook.</w:t>
      </w:r>
    </w:p>
    <w:p>
      <w:pPr>
        <w:spacing w:line="360" w:lineRule="auto" w:after="0"/>
        <w:ind w:firstLine="283"/>
      </w:pPr>
      <w:r>
        <w:t>It was not much. A fine, steady tremor, a finger, then the whole hand, as if he held something that was too heavy. It was in the wrist, in the knuckles, in the pale tendons on the back. The young man saw it, and without a word reached out and put his own two hands round the old man's, round the trowel, and steadied it, and they set the stone together.</w:t>
      </w:r>
    </w:p>
    <w:p>
      <w:pPr>
        <w:spacing w:line="360" w:lineRule="auto" w:after="0"/>
        <w:ind w:firstLine="283"/>
      </w:pPr>
      <w:r>
        <w:t>"Forty years," the older man said, not to Vasryn. "It's the pen. They say it's a cramp. It'll go in the autumn." He laughed, softly. "It's gone every autumn for ten years."</w:t>
      </w:r>
    </w:p>
    <w:p>
      <w:pPr>
        <w:spacing w:line="360" w:lineRule="auto" w:after="0"/>
        <w:ind w:firstLine="283"/>
      </w:pPr>
      <w:r>
        <w:t>Vasryn watched the hands, one aged, one young, on a single small stone, and had the oddest sense that he was looking at the answer to a question he hadn't asked. The wall was good. The wall was needed. The man was kind. He thought of the white line at the Salt Eaves, creeping across the threshold, and did not know how to put the two in the same world.</w:t>
      </w:r>
    </w:p>
    <w:p>
      <w:pPr>
        <w:spacing w:line="360" w:lineRule="auto" w:after="0"/>
        <w:ind w:firstLine="283"/>
      </w:pPr>
      <w:r>
        <w:t>"What does it cost?" Kael said, from the fire.</w:t>
      </w:r>
    </w:p>
    <w:p>
      <w:pPr>
        <w:spacing w:line="360" w:lineRule="auto" w:after="0"/>
        <w:ind w:firstLine="283"/>
      </w:pPr>
      <w:r>
        <w:t>"What?"</w:t>
      </w:r>
    </w:p>
    <w:p>
      <w:pPr>
        <w:spacing w:line="360" w:lineRule="auto" w:after="0"/>
        <w:ind w:firstLine="283"/>
      </w:pPr>
      <w:r>
        <w:t>"The belief." The boy's voice was flat and clear. "In the book. What does it cost you?"</w:t>
      </w:r>
    </w:p>
    <w:p>
      <w:pPr>
        <w:spacing w:line="360" w:lineRule="auto" w:after="0"/>
        <w:ind w:firstLine="283"/>
      </w:pPr>
      <w:r>
        <w:t>The old man looked at him. For a moment his face was quite blank.</w:t>
      </w:r>
    </w:p>
    <w:p>
      <w:pPr>
        <w:spacing w:line="360" w:lineRule="auto" w:after="0"/>
        <w:ind w:firstLine="283"/>
      </w:pPr>
      <w:r>
        <w:t>"Everything," he said. "A little at a time. And it's worth it." He glanced down at the trembling hand. "I think."</w:t>
      </w:r>
    </w:p>
    <w:p>
      <w:pPr>
        <w:spacing w:line="360" w:lineRule="auto" w:after="0"/>
        <w:ind w:firstLine="283"/>
      </w:pPr>
      <w:r>
        <w:t>They left at dusk. The tea had made them stupid with warmth, and the road stretched ahead pale and quiet under a rising moon. At the top of the rise Vasryn turned and looked back.</w:t>
      </w:r>
    </w:p>
    <w:p>
      <w:pPr>
        <w:spacing w:line="360" w:lineRule="auto" w:after="0"/>
        <w:ind w:firstLine="283"/>
      </w:pPr>
      <w:r>
        <w:t>The two men were still at the wall. They had lit a lantern and hung it from a stake, and in its small light the old man bent to his stone, and the young one passed it to him, and the trowel rang. It was a good sound. A true sound, steady, patient, like the knock of Don's mallet at home. It was the sound of a thing being done properly for the sake of people who would never know.</w:t>
      </w:r>
    </w:p>
    <w:p>
      <w:pPr>
        <w:spacing w:line="360" w:lineRule="auto" w:after="0"/>
        <w:ind w:firstLine="283"/>
      </w:pPr>
      <w:r>
        <w:t>He found that he was grieving, a little, and did not know for whom.</w:t>
      </w:r>
    </w:p>
    <w:p>
      <w:pPr>
        <w:spacing w:line="360" w:lineRule="auto" w:after="0"/>
        <w:ind w:firstLine="283"/>
      </w:pPr>
      <w:r>
        <w:t>"They were kind," Kael said.</w:t>
      </w:r>
    </w:p>
    <w:p>
      <w:pPr>
        <w:spacing w:line="360" w:lineRule="auto" w:after="0"/>
        <w:ind w:firstLine="283"/>
      </w:pPr>
      <w:r>
        <w:t>"Aye."</w:t>
      </w:r>
    </w:p>
    <w:p>
      <w:pPr>
        <w:spacing w:line="360" w:lineRule="auto" w:after="0"/>
        <w:ind w:firstLine="283"/>
      </w:pPr>
      <w:r>
        <w:t>"That's worse."</w:t>
      </w:r>
    </w:p>
    <w:p>
      <w:pPr>
        <w:spacing w:line="360" w:lineRule="auto" w:after="0"/>
        <w:ind w:firstLine="283"/>
      </w:pPr>
      <w:r>
        <w:t>"Aye," Vasryn said. He shouldered the iron, and turned east. "It is."</w:t>
      </w:r>
    </w:p>
    <w:p>
      <w:pPr>
        <w:ind w:firstLine="0"/>
        <w:jc w:val="center"/>
      </w:pPr>
      <w:r>
        <w:rPr>
          <w:color w:val="AAAAAA"/>
        </w:rPr>
        <w:t>❖</w:t>
      </w:r>
    </w:p>
    <w:p>
      <w:pPr>
        <w:spacing w:before="360" w:after="240"/>
        <w:ind w:firstLine="0"/>
        <w:jc w:val="center"/>
      </w:pPr>
      <w:r>
        <w:rPr>
          <w:b/>
          <w:i/>
          <w:color w:val="333333"/>
          <w:sz w:val="26"/>
        </w:rPr>
        <w:t>Step 22 — The Rope (Rook)</w:t>
      </w:r>
    </w:p>
    <w:p>
      <w:pPr>
        <w:spacing w:line="360" w:lineRule="auto" w:after="0"/>
        <w:ind w:firstLine="283"/>
      </w:pPr>
      <w:r>
        <w:t>‖</w:t>
      </w:r>
    </w:p>
    <w:p>
      <w:pPr>
        <w:spacing w:line="360" w:lineRule="auto" w:after="0"/>
        <w:ind w:firstLine="283"/>
      </w:pPr>
      <w:r>
        <w:t>The line at Hallow Ford was a rope, and it was Rook's.</w:t>
      </w:r>
    </w:p>
    <w:p>
      <w:pPr>
        <w:spacing w:line="360" w:lineRule="auto" w:after="0"/>
        <w:ind w:firstLine="283"/>
      </w:pPr>
      <w:r>
        <w:t>He had strung it himself at first light, from the ferry-post on the east bank to a stake driven into the ford-house wall. It was forty feet of hemp, good rope, three-strand, with a long splice near the middle where it had been joined by a man named Breck. Breck had been his sergeant. He had spliced it on a wet night in the border country with his tongue between his teeth, and said, That'll hold a horse. It had held a horse since. It lay across the road at the height of a man's belt, with a grey tag tied to it, and on the tag was one word in the Registry's round hand.</w:t>
      </w:r>
    </w:p>
    <w:p>
      <w:pPr>
        <w:spacing w:line="360" w:lineRule="auto" w:after="0"/>
        <w:ind w:firstLine="283"/>
      </w:pPr>
      <w:r>
        <w:t>HELD.</w:t>
      </w:r>
    </w:p>
    <w:p>
      <w:pPr>
        <w:spacing w:line="360" w:lineRule="auto" w:after="0"/>
        <w:ind w:firstLine="283"/>
      </w:pPr>
      <w:r>
        <w:t>That was all it said. Nobody was to cross from the lower ward to the clear side, by order of the Board of Survey, until the ward had been reviewed. Everyone knew what review meant. The lime-wagons were in the next valley. Rook had passed them on the way down, six white wagons, with the brushes lashed to the sides.</w:t>
      </w:r>
    </w:p>
    <w:p>
      <w:pPr>
        <w:spacing w:line="360" w:lineRule="auto" w:after="0"/>
        <w:ind w:firstLine="283"/>
      </w:pPr>
      <w:r>
        <w:t>There were four on the line. Rook was the oldest by twenty years. The captain, Ferrel, was a smooth young man with a book who had never been asked to do anything difficult and was hoping not to begin. The other two were boys with pikes. They stood on the clear side of the rope and looked at the ward across the water, where smoke went up from supper-fires, and none of them spoke.</w:t>
      </w:r>
    </w:p>
    <w:p>
      <w:pPr>
        <w:spacing w:line="360" w:lineRule="auto" w:after="0"/>
        <w:ind w:firstLine="283"/>
      </w:pPr>
      <w:r>
        <w:t>Rook stood at the post with his hand on the rope. It was a habit. His palm found the splice, a hard swollen place like a knuckle, and rested there.</w:t>
      </w:r>
    </w:p>
    <w:p>
      <w:pPr>
        <w:spacing w:line="360" w:lineRule="auto" w:after="0"/>
        <w:ind w:firstLine="283"/>
      </w:pPr>
      <w:r>
        <w:t>The woman's name was Maren, though Rook did not know that yet, and the Registry did not know it at all. The tally-men had come through the ward in the autumn with their brass measure and their book and counted the number nailed to her door. That number belonged to a household that had left in the spring. They wrote it down, ticked it, and went home. Maren had been living behind the wrong number ever since, in a house the book said was empty, with a boy the book had never been told about. Nobody had done her any harm. She had simply been counted wrong, and the Registry did not like to be wrong, and that was how people ended up on the wrong side of a rope.</w:t>
      </w:r>
    </w:p>
    <w:p>
      <w:pPr>
        <w:spacing w:line="360" w:lineRule="auto" w:after="0"/>
        <w:ind w:firstLine="283"/>
      </w:pPr>
      <w:r>
        <w:t>Rook had the story from the ferryman, who had it from her neighbor. He hadn't asked for it. For three days it had sat in his chest like a swallowed stone.</w:t>
      </w:r>
    </w:p>
    <w:p>
      <w:pPr>
        <w:spacing w:line="360" w:lineRule="auto" w:after="0"/>
        <w:ind w:firstLine="283"/>
      </w:pPr>
      <w:r>
        <w:t>She came at noon, down the ward road with a boy by the hand.</w:t>
      </w:r>
    </w:p>
    <w:p>
      <w:pPr>
        <w:spacing w:line="360" w:lineRule="auto" w:after="0"/>
        <w:ind w:firstLine="283"/>
      </w:pPr>
      <w:r>
        <w:t>She was thirty or so, in a washed-out blue dress, with a bundle on her back. The boy was perhaps seven. He walked the way children do when they have been told to be good and have understood it as an order about their legs. She stopped ten yards from the rope, and set the bundle down, and looked at Rook, and not at Ferrel.</w:t>
      </w:r>
    </w:p>
    <w:p>
      <w:pPr>
        <w:spacing w:line="360" w:lineRule="auto" w:after="0"/>
        <w:ind w:firstLine="283"/>
      </w:pPr>
      <w:r>
        <w:t>"I've papers," she said.</w:t>
      </w:r>
    </w:p>
    <w:p>
      <w:pPr>
        <w:spacing w:line="360" w:lineRule="auto" w:after="0"/>
        <w:ind w:firstLine="283"/>
      </w:pPr>
      <w:r>
        <w:t>"Mistress," Ferrel said, "the line is closed."</w:t>
      </w:r>
    </w:p>
    <w:p>
      <w:pPr>
        <w:spacing w:line="360" w:lineRule="auto" w:after="0"/>
        <w:ind w:firstLine="283"/>
      </w:pPr>
      <w:r>
        <w:t>"I know. I read the tag." She did not look at him. "He's seven. He's not been near the pans. We've been shut in nine days and I'd like to take him out of it."</w:t>
      </w:r>
    </w:p>
    <w:p>
      <w:pPr>
        <w:spacing w:line="360" w:lineRule="auto" w:after="0"/>
        <w:ind w:firstLine="283"/>
      </w:pPr>
      <w:r>
        <w:t>"I can't."</w:t>
      </w:r>
    </w:p>
    <w:p>
      <w:pPr>
        <w:spacing w:line="360" w:lineRule="auto" w:after="0"/>
        <w:ind w:firstLine="283"/>
      </w:pPr>
      <w:r>
        <w:t>"Then ask the old man."</w:t>
      </w:r>
    </w:p>
    <w:p>
      <w:pPr>
        <w:spacing w:line="360" w:lineRule="auto" w:after="0"/>
        <w:ind w:firstLine="283"/>
      </w:pPr>
      <w:r>
        <w:t>Ferrel's mouth thinned. Rook said nothing. He was looking at the boy's right hand.</w:t>
      </w:r>
    </w:p>
    <w:p>
      <w:pPr>
        <w:spacing w:line="360" w:lineRule="auto" w:after="0"/>
        <w:ind w:firstLine="283"/>
      </w:pPr>
      <w:r>
        <w:t>The boy held it a little out from his body, the way you hold something wet. The fingers were the color of ash, and across the back of the wrist, running from the knuckle toward the elbow under the sleeve, was a line. It was thread-fine, dark grey, quite straight. It was not a bruise. It was not a vein. It looked like a stroke made with a very sharp pencil by someone who was just beginning.</w:t>
      </w:r>
    </w:p>
    <w:p>
      <w:pPr>
        <w:spacing w:line="360" w:lineRule="auto" w:after="0"/>
        <w:ind w:firstLine="283"/>
      </w:pPr>
      <w:r>
        <w:t>He had seen it once before, on the forearm of a man in Koric he had never met, a long time ago, and had not liked it.</w:t>
      </w:r>
    </w:p>
    <w:p>
      <w:pPr>
        <w:spacing w:line="360" w:lineRule="auto" w:after="0"/>
        <w:ind w:firstLine="283"/>
      </w:pPr>
      <w:r>
        <w:t>"He's touched," Ferrel said. He had seen it too. His voice had gone quiet and reasonable. "Mistress, I'm sorry. It's the rule. If it's in the water, if it spreads—"</w:t>
      </w:r>
    </w:p>
    <w:p>
      <w:pPr>
        <w:spacing w:line="360" w:lineRule="auto" w:after="0"/>
        <w:ind w:firstLine="283"/>
      </w:pPr>
      <w:r>
        <w:t>"It's not in the water." The woman's voice didn't rise. "It came out of the wall of the house. He put his hand on it in the night. That's all. He's seven."</w:t>
      </w:r>
    </w:p>
    <w:p>
      <w:pPr>
        <w:spacing w:line="360" w:lineRule="auto" w:after="0"/>
        <w:ind w:firstLine="283"/>
      </w:pPr>
      <w:r>
        <w:t>"Then the ward will be reviewed, and—"</w:t>
      </w:r>
    </w:p>
    <w:p>
      <w:pPr>
        <w:spacing w:line="360" w:lineRule="auto" w:after="0"/>
        <w:ind w:firstLine="283"/>
      </w:pPr>
      <w:r>
        <w:t>"And the ward will be limed. I know what a review is." She bent down and picked up the boy, bundle and all, onto her hip. "I'm asking you to let one go. One. You've written a number in that book. It can be one less."</w:t>
      </w:r>
    </w:p>
    <w:p>
      <w:pPr>
        <w:spacing w:line="360" w:lineRule="auto" w:after="0"/>
        <w:ind w:firstLine="283"/>
      </w:pPr>
      <w:r>
        <w:t>Rook thought, with perfect clarity, it can.</w:t>
      </w:r>
    </w:p>
    <w:p>
      <w:pPr>
        <w:spacing w:line="360" w:lineRule="auto" w:after="0"/>
        <w:ind w:firstLine="283"/>
      </w:pPr>
      <w:r>
        <w:t>He did not decide it. He would say that afterward, to nobody, for twenty years, and it would be true and would make no difference. His hand came off the splice. He stepped to the post and unhitched the loop from the iron ring, and the rope fell slack in the dust.</w:t>
      </w:r>
    </w:p>
    <w:p>
      <w:pPr>
        <w:spacing w:line="360" w:lineRule="auto" w:after="0"/>
        <w:ind w:firstLine="283"/>
      </w:pPr>
      <w:r>
        <w:t>"Go," he said.</w:t>
      </w:r>
    </w:p>
    <w:p>
      <w:pPr>
        <w:spacing w:line="360" w:lineRule="auto" w:after="0"/>
        <w:ind w:firstLine="283"/>
      </w:pPr>
      <w:r>
        <w:t>"Rook," Ferrel said.</w:t>
      </w:r>
    </w:p>
    <w:p>
      <w:pPr>
        <w:spacing w:line="360" w:lineRule="auto" w:after="0"/>
        <w:ind w:firstLine="283"/>
      </w:pPr>
      <w:r>
        <w:t>"Go on."</w:t>
      </w:r>
    </w:p>
    <w:p>
      <w:pPr>
        <w:spacing w:line="360" w:lineRule="auto" w:after="0"/>
        <w:ind w:firstLine="283"/>
      </w:pPr>
      <w:r>
        <w:t>She went. She went over the fallen rope at a run, with the boy bouncing on her hip and the bundle banging, and down the bank to the ford, where the stepping-stones ran across the shallows in a long dark line.</w:t>
      </w:r>
    </w:p>
    <w:p>
      <w:pPr>
        <w:spacing w:line="360" w:lineRule="auto" w:after="0"/>
        <w:ind w:firstLine="283"/>
      </w:pPr>
      <w:r>
        <w:t>"You'll answer for this," Ferrel said. He sounded almost relieved, as though something he'd been waiting for had arrived. He raised his voice for the boys. "Stop her. Stop her."</w:t>
      </w:r>
    </w:p>
    <w:p>
      <w:pPr>
        <w:spacing w:line="360" w:lineRule="auto" w:after="0"/>
        <w:ind w:firstLine="283"/>
      </w:pPr>
      <w:r>
        <w:t>The boys moved. They were quick, and they had the pikes, and the nearer one was already on the bank. Rook caught up the slack of the rope in both hands and let the loose end go out underhand, low, along the ground.</w:t>
      </w:r>
    </w:p>
    <w:p>
      <w:pPr>
        <w:spacing w:line="360" w:lineRule="auto" w:after="0"/>
        <w:ind w:firstLine="283"/>
      </w:pPr>
      <w:r>
        <w:t>It was the oldest trick in the service. A rope on a bank, held off the stones, rising at the last instant to the height of a shin. The boy went down on his face with a cry. The second boy tripped on the first. Rook took a turn round the post and a turn round his own wrist, and drew it tight, and the two of them lay tangled in the grass with their pikes in the river, and Ferrel was standing with his mouth open and his book in one hand.</w:t>
      </w:r>
    </w:p>
    <w:p>
      <w:pPr>
        <w:spacing w:line="360" w:lineRule="auto" w:after="0"/>
        <w:ind w:firstLine="283"/>
      </w:pPr>
      <w:r>
        <w:t>Rook looked at him. He did not hit him. It would not have been right. He took the book out of his hand and dropped it in the water.</w:t>
      </w:r>
    </w:p>
    <w:p>
      <w:pPr>
        <w:spacing w:line="360" w:lineRule="auto" w:after="0"/>
        <w:ind w:firstLine="283"/>
      </w:pPr>
      <w:r>
        <w:t>"Run, mistress," he called.</w:t>
      </w:r>
    </w:p>
    <w:p>
      <w:pPr>
        <w:spacing w:line="360" w:lineRule="auto" w:after="0"/>
        <w:ind w:firstLine="283"/>
      </w:pPr>
      <w:r>
        <w:t>She was in the middle of the ford.</w:t>
      </w:r>
    </w:p>
    <w:p>
      <w:pPr>
        <w:spacing w:line="360" w:lineRule="auto" w:after="0"/>
        <w:ind w:firstLine="283"/>
      </w:pPr>
      <w:r>
        <w:t>He saw her go down before he knew what he had seen. The third stone was slick, or the water had risen, or the boy had kicked. It was a small thing. A foot went out from under her, and she twisted to keep the child up, and the boy came out of her arms like a fish.</w:t>
      </w:r>
    </w:p>
    <w:p>
      <w:pPr>
        <w:spacing w:line="360" w:lineRule="auto" w:after="0"/>
        <w:ind w:firstLine="283"/>
      </w:pPr>
      <w:r>
        <w:t>He went into the current. It was not deep. It was fast and brown, a yard of white water between the stones, and it took him at once and swept him down toward the weir.</w:t>
      </w:r>
    </w:p>
    <w:p>
      <w:pPr>
        <w:spacing w:line="360" w:lineRule="auto" w:after="0"/>
        <w:ind w:firstLine="283"/>
      </w:pPr>
      <w:r>
        <w:t>Rook was running. He had the rope in his hands, the loose end coiled over his arm, and he went down the bank in four strides and into the water to the thigh and threw.</w:t>
      </w:r>
    </w:p>
    <w:p>
      <w:pPr>
        <w:spacing w:line="360" w:lineRule="auto" w:after="0"/>
        <w:ind w:firstLine="283"/>
      </w:pPr>
      <w:r>
        <w:t>It was the best cast of his life. It went out low and straight, over the white water, and the end lay across the boy's shoulders. The boy's hand came up, the grey one, and closed on it.</w:t>
      </w:r>
    </w:p>
    <w:p>
      <w:pPr>
        <w:spacing w:line="360" w:lineRule="auto" w:after="0"/>
        <w:ind w:firstLine="283"/>
      </w:pPr>
      <w:r>
        <w:t>It held.</w:t>
      </w:r>
    </w:p>
    <w:p>
      <w:pPr>
        <w:spacing w:line="360" w:lineRule="auto" w:after="0"/>
        <w:ind w:firstLine="283"/>
      </w:pPr>
      <w:r>
        <w:t>The splice was Breck's, and it held. It had held a horse. Rook felt it come tight in his hands, the whole weight of the river and the boy, and the post at the other end took it, and the rope sang. He had him. He had him, a small dark head, one arm crooked round the line, coming in against the current in a long slow arc, as a pendulum swings.</w:t>
      </w:r>
    </w:p>
    <w:p>
      <w:pPr>
        <w:spacing w:line="360" w:lineRule="auto" w:after="0"/>
        <w:ind w:firstLine="283"/>
      </w:pPr>
      <w:r>
        <w:t>The arc took him into the rocks.</w:t>
      </w:r>
    </w:p>
    <w:p>
      <w:pPr>
        <w:spacing w:line="360" w:lineRule="auto" w:after="0"/>
        <w:ind w:firstLine="283"/>
      </w:pPr>
      <w:r>
        <w:t>They stood out of the shallows beside the weir, big, round, black, a yard from the bank. Rook saw the line of the rope and saw where it would go. He saw it a full second before. There was nothing to do about it. The swing came round, and the small body came with it, and met the nearest stone with a sound that was not loud.</w:t>
      </w:r>
    </w:p>
    <w:p>
      <w:pPr>
        <w:spacing w:line="360" w:lineRule="auto" w:after="0"/>
        <w:ind w:firstLine="283"/>
      </w:pPr>
      <w:r>
        <w:t>The rope went slack. Then it came tight again, and went on holding. That was the thing he would never forget. It went on holding, steady, a little bright with water, and there was a weight on the end of it that was not the river's.</w:t>
      </w:r>
    </w:p>
    <w:p>
      <w:pPr>
        <w:spacing w:line="360" w:lineRule="auto" w:after="0"/>
        <w:ind w:firstLine="283"/>
      </w:pPr>
      <w:r>
        <w:t>He carried him up the bank himself. He laid him on the grass. The woman had got out. She was on her knees, soaked to the waist, and she did not make a sound. She put her hand on the boy's chest and held it there. After a time she took the other hand, the right one, and turned it over and looked at the grey line on the wrist.</w:t>
      </w:r>
    </w:p>
    <w:p>
      <w:pPr>
        <w:spacing w:line="360" w:lineRule="auto" w:after="0"/>
        <w:ind w:firstLine="283"/>
      </w:pPr>
      <w:r>
        <w:t>It was not there.</w:t>
      </w:r>
    </w:p>
    <w:p>
      <w:pPr>
        <w:spacing w:line="360" w:lineRule="auto" w:after="0"/>
        <w:ind w:firstLine="283"/>
      </w:pPr>
      <w:r>
        <w:t>The wrist was clean. A seven-year-old's thin pale wrist, with a bruise coming. Rook looked at it for a long time. He didn't know what it meant, and he never would.</w:t>
      </w:r>
    </w:p>
    <w:p>
      <w:pPr>
        <w:spacing w:line="360" w:lineRule="auto" w:after="0"/>
        <w:ind w:firstLine="283"/>
      </w:pPr>
      <w:r>
        <w:t>"He wasn't touched," the woman said, quite quietly, as if concluding an argument.</w:t>
      </w:r>
    </w:p>
    <w:p>
      <w:pPr>
        <w:spacing w:line="360" w:lineRule="auto" w:after="0"/>
        <w:ind w:firstLine="283"/>
      </w:pPr>
      <w:r>
        <w:t>Rook said nothing.</w:t>
      </w:r>
    </w:p>
    <w:p>
      <w:pPr>
        <w:spacing w:line="360" w:lineRule="auto" w:after="0"/>
        <w:ind w:firstLine="283"/>
      </w:pPr>
      <w:r>
        <w:t>"You could have," she said. "You could have let us walk."</w:t>
      </w:r>
    </w:p>
    <w:p>
      <w:pPr>
        <w:spacing w:line="360" w:lineRule="auto" w:after="0"/>
        <w:ind w:firstLine="283"/>
      </w:pPr>
      <w:r>
        <w:t>"I did."</w:t>
      </w:r>
    </w:p>
    <w:p>
      <w:pPr>
        <w:spacing w:line="360" w:lineRule="auto" w:after="0"/>
        <w:ind w:firstLine="283"/>
      </w:pPr>
      <w:r>
        <w:t>"Yes." She looked up. Her eyes were dry and enormous. "You did."</w:t>
      </w:r>
    </w:p>
    <w:p>
      <w:pPr>
        <w:spacing w:line="360" w:lineRule="auto" w:after="0"/>
        <w:ind w:firstLine="283"/>
      </w:pPr>
      <w:r>
        <w:t>She did not say anything else. She took the boy up in her arms, and she walked up the road toward the clear country with the water running off them both. Nobody stopped her. Ferrel, standing in the grass with his empty hand, watched her go. The two boys had gotten free. They did not meet Rook's eyes.</w:t>
      </w:r>
    </w:p>
    <w:p>
      <w:pPr>
        <w:spacing w:line="360" w:lineRule="auto" w:after="0"/>
        <w:ind w:firstLine="283"/>
      </w:pPr>
      <w:r>
        <w:t>He stood at the water's edge with the rope in his hands.</w:t>
      </w:r>
    </w:p>
    <w:p>
      <w:pPr>
        <w:spacing w:line="360" w:lineRule="auto" w:after="0"/>
        <w:ind w:firstLine="283"/>
      </w:pPr>
      <w:r>
        <w:t>It was still wet. The splice sat in the middle like a knuckle, swollen, tight, perfect. He took the end in his teeth, and bit, and tore the tag off, and the word HELD went into the river.</w:t>
      </w:r>
    </w:p>
    <w:p>
      <w:pPr>
        <w:spacing w:line="360" w:lineRule="auto" w:after="0"/>
        <w:ind w:firstLine="283"/>
      </w:pPr>
      <w:r>
        <w:t>Then he took his knife and cut the buttons off his coat, one by one, the brass ones with the Registry's eye. They dropped into the grass. He left them there. He coiled the rope over his arm, forty feet, wet, with Breck's splice in the middle, and went up the road after the woman. He stopped fifty yards behind her and let her go on alone.</w:t>
      </w:r>
    </w:p>
    <w:p>
      <w:pPr>
        <w:spacing w:line="360" w:lineRule="auto" w:after="0"/>
        <w:ind w:firstLine="283"/>
      </w:pPr>
      <w:r>
        <w:t>He did not go back to the line. He did not go anywhere in particular. He walked, for a long while, with the rope on his shoulder, in the direction that happened to be away.</w:t>
      </w:r>
    </w:p>
    <w:p>
      <w:pPr>
        <w:ind w:firstLine="0"/>
        <w:jc w:val="center"/>
      </w:pPr>
      <w:r>
        <w:rPr>
          <w:color w:val="AAAAAA"/>
        </w:rPr>
        <w:t>❖</w:t>
      </w:r>
    </w:p>
    <w:p>
      <w:pPr>
        <w:spacing w:before="360" w:after="240"/>
        <w:ind w:firstLine="0"/>
        <w:jc w:val="center"/>
      </w:pPr>
      <w:r>
        <w:rPr>
          <w:b/>
          <w:i/>
          <w:color w:val="333333"/>
          <w:sz w:val="26"/>
        </w:rPr>
        <w:t>Step 23 — The Band (Kael)</w:t>
      </w:r>
    </w:p>
    <w:p>
      <w:pPr>
        <w:spacing w:line="360" w:lineRule="auto" w:after="0"/>
        <w:ind w:firstLine="283"/>
      </w:pPr>
      <w:r>
        <w:t>∧</w:t>
      </w:r>
    </w:p>
    <w:p>
      <w:pPr>
        <w:spacing w:line="360" w:lineRule="auto" w:after="0"/>
        <w:ind w:firstLine="283"/>
      </w:pPr>
      <w:r>
        <w:t>The culvert was dry, and it was Kael who found it.</w:t>
      </w:r>
    </w:p>
    <w:p>
      <w:pPr>
        <w:spacing w:line="360" w:lineRule="auto" w:after="0"/>
        <w:ind w:firstLine="283"/>
      </w:pPr>
      <w:r>
        <w:t>Rain had come in the afternoon, a hard grey rain with something in it, and they needed a roof. He had spotted the pipe from the road, a brick arch in a bank, half hidden by dock. It ran under the causeway, big enough to crawl, and smelled of old brine and nothing else. Vasryn went in first. Kael followed with the mallet, and sat in the dark with his back against the curve.</w:t>
      </w:r>
    </w:p>
    <w:p>
      <w:pPr>
        <w:spacing w:line="360" w:lineRule="auto" w:after="0"/>
        <w:ind w:firstLine="283"/>
      </w:pPr>
      <w:r>
        <w:t>The rain had a sound on the road above, a long, even hiss. After an hour it changed. It was heavier. It had a grain.</w:t>
      </w:r>
    </w:p>
    <w:p>
      <w:pPr>
        <w:spacing w:line="360" w:lineRule="auto" w:after="0"/>
        <w:ind w:firstLine="283"/>
      </w:pPr>
      <w:r>
        <w:t>"It's not water," Kael said.</w:t>
      </w:r>
    </w:p>
    <w:p>
      <w:pPr>
        <w:spacing w:line="360" w:lineRule="auto" w:after="0"/>
        <w:ind w:firstLine="283"/>
      </w:pPr>
      <w:r>
        <w:t>"No."</w:t>
      </w:r>
    </w:p>
    <w:p>
      <w:pPr>
        <w:spacing w:line="360" w:lineRule="auto" w:after="0"/>
        <w:ind w:firstLine="283"/>
      </w:pPr>
      <w:r>
        <w:t>"What is it?"</w:t>
      </w:r>
    </w:p>
    <w:p>
      <w:pPr>
        <w:spacing w:line="360" w:lineRule="auto" w:after="0"/>
        <w:ind w:firstLine="283"/>
      </w:pPr>
      <w:r>
        <w:t>Vasryn was a shape against the arch. "Something that used to be on a page," he said. "Don't touch it. Don't let it on you."</w:t>
      </w:r>
    </w:p>
    <w:p>
      <w:pPr>
        <w:spacing w:line="360" w:lineRule="auto" w:after="0"/>
        <w:ind w:firstLine="283"/>
      </w:pPr>
      <w:r>
        <w:t>A drop came in at the mouth of the culvert and fell on the brick a yard from Kael's knee. It did not splash. It sat there like a bead of oil on a plate, grey, with a shine on it that was every color and no color. Then it ran, slowly, in a line, along the grain of the mortar, and he watched it go.</w:t>
      </w:r>
    </w:p>
    <w:p>
      <w:pPr>
        <w:spacing w:line="360" w:lineRule="auto" w:after="0"/>
        <w:ind w:firstLine="283"/>
      </w:pPr>
      <w:r>
        <w:t>The smell came with it. It was sweet and burnt, like vinegar and scorched bread.</w:t>
      </w:r>
    </w:p>
    <w:p>
      <w:pPr>
        <w:spacing w:line="360" w:lineRule="auto" w:after="0"/>
        <w:ind w:firstLine="283"/>
      </w:pPr>
      <w:r>
        <w:t>It was the smell that Vasryn reacted to. Kael felt it more than saw it. The old man had been sitting with his knees up. Now his weight went down and back, into the wall, and every muscle in the shape of him settled into stillness.</w:t>
      </w:r>
    </w:p>
    <w:p>
      <w:pPr>
        <w:spacing w:line="360" w:lineRule="auto" w:after="0"/>
        <w:ind w:firstLine="283"/>
      </w:pPr>
      <w:r>
        <w:t>"Kael."</w:t>
      </w:r>
    </w:p>
    <w:p>
      <w:pPr>
        <w:spacing w:line="360" w:lineRule="auto" w:after="0"/>
        <w:ind w:firstLine="283"/>
      </w:pPr>
      <w:r>
        <w:t>"Yes."</w:t>
      </w:r>
    </w:p>
    <w:p>
      <w:pPr>
        <w:spacing w:line="360" w:lineRule="auto" w:after="0"/>
        <w:ind w:firstLine="283"/>
      </w:pPr>
      <w:r>
        <w:t>"Don't say anything. Don't move. When I tell you, don't breathe."</w:t>
      </w:r>
    </w:p>
    <w:p>
      <w:pPr>
        <w:spacing w:line="360" w:lineRule="auto" w:after="0"/>
        <w:ind w:firstLine="283"/>
      </w:pPr>
      <w:r>
        <w:t>Kael did not ask why. He had learned that. He put his mallet down very slowly on the brick, and put his hands flat on his knees.</w:t>
      </w:r>
    </w:p>
    <w:p>
      <w:pPr>
        <w:spacing w:line="360" w:lineRule="auto" w:after="0"/>
        <w:ind w:firstLine="283"/>
      </w:pPr>
      <w:r>
        <w:t>Something was in the culvert.</w:t>
      </w:r>
    </w:p>
    <w:p>
      <w:pPr>
        <w:spacing w:line="360" w:lineRule="auto" w:after="0"/>
        <w:ind w:firstLine="283"/>
      </w:pPr>
      <w:r>
        <w:t>He couldn't have said when it came. It was not at the mouth, and it was not in the dark. It was in the drip. Where the grey drops had been running along the mortar, there was a longer line now, and the line was moving, not as water moves, downhill, but across, along the curve of the arch, toward them. It was a smear, a stain. It had no edges. It did not seem to be a thing that was in the place so much as a thing that the place was being shown.</w:t>
      </w:r>
    </w:p>
    <w:p>
      <w:pPr>
        <w:spacing w:line="360" w:lineRule="auto" w:after="0"/>
        <w:ind w:firstLine="283"/>
      </w:pPr>
      <w:r>
        <w:t>It slid along the wall at the slow pace of a man reading.</w:t>
      </w:r>
    </w:p>
    <w:p>
      <w:pPr>
        <w:spacing w:line="360" w:lineRule="auto" w:after="0"/>
        <w:ind w:firstLine="283"/>
      </w:pPr>
      <w:r>
        <w:t>The light, such as it was, from the mouth of the pipe, caught it, and threw it back in bands. Green. Then black-green. Then nothing. Then green again. They did not flicker. They held. A flicker would have been a trick of the light, and this was the light being told what it was made of.</w:t>
      </w:r>
    </w:p>
    <w:p>
      <w:pPr>
        <w:spacing w:line="360" w:lineRule="auto" w:after="0"/>
        <w:ind w:firstLine="283"/>
      </w:pPr>
      <w:r>
        <w:t>Now, Vasryn's lips said. Without sound.</w:t>
      </w:r>
    </w:p>
    <w:p>
      <w:pPr>
        <w:spacing w:line="360" w:lineRule="auto" w:after="0"/>
        <w:ind w:firstLine="283"/>
      </w:pPr>
      <w:r>
        <w:t>Kael stopped breathing.</w:t>
      </w:r>
    </w:p>
    <w:p>
      <w:pPr>
        <w:spacing w:line="360" w:lineRule="auto" w:after="0"/>
        <w:ind w:firstLine="283"/>
      </w:pPr>
      <w:r>
        <w:t>It was not a decision. The air simply stopped being worth the taking. He sat with his chest full and his throat shut and his eyes on the floor, and his own pulse was loud in his ears, a small wet drum. Beside him Vasryn was stone. Not the stone of a statue, which is a stone pretending to be a man. The stone of a stone.</w:t>
      </w:r>
    </w:p>
    <w:p>
      <w:pPr>
        <w:spacing w:line="360" w:lineRule="auto" w:after="0"/>
        <w:ind w:firstLine="283"/>
      </w:pPr>
      <w:r>
        <w:t>The smear came on. It passed over the brick in front of his knee. The sweet burnt smell filled his nose, his mouth. He thought of nothing. He tried to think of nothing, and it was hard, because the nothing kept turning into his father's face. He let it. He let the face go by without looking at it.</w:t>
      </w:r>
    </w:p>
    <w:p>
      <w:pPr>
        <w:spacing w:line="360" w:lineRule="auto" w:after="0"/>
        <w:ind w:firstLine="283"/>
      </w:pPr>
      <w:r>
        <w:t>It reached his hand.</w:t>
      </w:r>
    </w:p>
    <w:p>
      <w:pPr>
        <w:spacing w:line="360" w:lineRule="auto" w:after="0"/>
        <w:ind w:firstLine="283"/>
      </w:pPr>
      <w:r>
        <w:t>It had been resting on the wall behind him, from the moment he sat. He had not thought to move it. The smear came across the brick and onto the back of his fingers, and lay there, cool and thin, as a breath lies on glass.</w:t>
      </w:r>
    </w:p>
    <w:p>
      <w:pPr>
        <w:spacing w:line="360" w:lineRule="auto" w:after="0"/>
        <w:ind w:firstLine="283"/>
      </w:pPr>
      <w:r>
        <w:t>He did not move the hand.</w:t>
      </w:r>
    </w:p>
    <w:p>
      <w:pPr>
        <w:spacing w:line="360" w:lineRule="auto" w:after="0"/>
        <w:ind w:firstLine="283"/>
      </w:pPr>
      <w:r>
        <w:t>He understood that, even then. To pull it away would be to say this is my hand, and I am moving it. To leave it was to be a part of the wall. He left it. The cold went into the skin. He felt, quite distinctly, something noted.</w:t>
      </w:r>
    </w:p>
    <w:p>
      <w:pPr>
        <w:spacing w:line="360" w:lineRule="auto" w:after="0"/>
        <w:ind w:firstLine="283"/>
      </w:pPr>
      <w:r>
        <w:t>Then the weight lifted.</w:t>
      </w:r>
    </w:p>
    <w:p>
      <w:pPr>
        <w:spacing w:line="360" w:lineRule="auto" w:after="0"/>
        <w:ind w:firstLine="283"/>
      </w:pPr>
      <w:r>
        <w:t>It went the way it had come. It slid on, along the arch and away into the dark at the far end of the pipe, without hurry, and the bands of color went with it. A moment later, from a long way down the culvert, the sweet burnt smell began to thin.</w:t>
      </w:r>
    </w:p>
    <w:p>
      <w:pPr>
        <w:spacing w:line="360" w:lineRule="auto" w:after="0"/>
        <w:ind w:firstLine="283"/>
      </w:pPr>
      <w:r>
        <w:t>"Breathe," Vasryn said. His voice was very quiet.</w:t>
      </w:r>
    </w:p>
    <w:p>
      <w:pPr>
        <w:spacing w:line="360" w:lineRule="auto" w:after="0"/>
        <w:ind w:firstLine="283"/>
      </w:pPr>
      <w:r>
        <w:t>Kael breathed. It was a great ragged tearing, and he put his head down and shook.</w:t>
      </w:r>
    </w:p>
    <w:p>
      <w:pPr>
        <w:spacing w:line="360" w:lineRule="auto" w:after="0"/>
        <w:ind w:firstLine="283"/>
      </w:pPr>
      <w:r>
        <w:t>In the morning the rain had stopped, and the road above was bright and wet. They climbed out of the culvert into a clean sun, and Kael held up his right hand and looked at it.</w:t>
      </w:r>
    </w:p>
    <w:p>
      <w:pPr>
        <w:spacing w:line="360" w:lineRule="auto" w:after="0"/>
        <w:ind w:firstLine="283"/>
      </w:pPr>
      <w:r>
        <w:t>A band ran across the back of the fingers. It was a hand's width, pale, with a sheen on it, like the oil on a puddle. It did not wash off. He rubbed it on his trousers, then in the grass, then with spit. It stayed. It shone a little green, a little purple, according to the angle.</w:t>
      </w:r>
    </w:p>
    <w:p>
      <w:pPr>
        <w:spacing w:line="360" w:lineRule="auto" w:after="0"/>
        <w:ind w:firstLine="283"/>
      </w:pPr>
      <w:r>
        <w:t>"It's a mark," Vasryn said. He did not touch it. "It says you were there."</w:t>
      </w:r>
    </w:p>
    <w:p>
      <w:pPr>
        <w:spacing w:line="360" w:lineRule="auto" w:after="0"/>
        <w:ind w:firstLine="283"/>
      </w:pPr>
      <w:r>
        <w:t>"Will it go?"</w:t>
      </w:r>
    </w:p>
    <w:p>
      <w:pPr>
        <w:spacing w:line="360" w:lineRule="auto" w:after="0"/>
        <w:ind w:firstLine="283"/>
      </w:pPr>
      <w:r>
        <w:t>"No."</w:t>
      </w:r>
    </w:p>
    <w:p>
      <w:pPr>
        <w:spacing w:line="360" w:lineRule="auto" w:after="0"/>
        <w:ind w:firstLine="283"/>
      </w:pPr>
      <w:r>
        <w:t>Kael looked at it. He thought he should be afraid, and he waited, and found that what he felt was nothing so large. It was a small cold clarity, like finding a nail in a board. He had been seen. That was all. Something had read him, and had not understood, and had written him down anyway.</w:t>
      </w:r>
    </w:p>
    <w:p>
      <w:pPr>
        <w:spacing w:line="360" w:lineRule="auto" w:after="0"/>
        <w:ind w:firstLine="283"/>
      </w:pPr>
      <w:r>
        <w:t>"What was it?"</w:t>
      </w:r>
    </w:p>
    <w:p>
      <w:pPr>
        <w:spacing w:line="360" w:lineRule="auto" w:after="0"/>
        <w:ind w:firstLine="283"/>
      </w:pPr>
      <w:r>
        <w:t>"I don't know what to call it." Vasryn was looking at the road. "I've heard it said it's what the record is made of. Walking. I've never seen one."</w:t>
      </w:r>
    </w:p>
    <w:p>
      <w:pPr>
        <w:spacing w:line="360" w:lineRule="auto" w:after="0"/>
        <w:ind w:firstLine="283"/>
      </w:pPr>
      <w:r>
        <w:t>"It didn't hurt."</w:t>
      </w:r>
    </w:p>
    <w:p>
      <w:pPr>
        <w:spacing w:line="360" w:lineRule="auto" w:after="0"/>
        <w:ind w:firstLine="283"/>
      </w:pPr>
      <w:r>
        <w:t>"It wouldn't." The old man shouldered the iron. "That's what it would be, if you wanted a thing to be kind."</w:t>
      </w:r>
    </w:p>
    <w:p>
      <w:pPr>
        <w:spacing w:line="360" w:lineRule="auto" w:after="0"/>
        <w:ind w:firstLine="283"/>
      </w:pPr>
      <w:r>
        <w:t>They went on. Kael walked with the hand in his pocket for an hour, and then, because it was a long day and the sun was warm, took it out. The band shone in the light. A child on a cart going the other way looked at it and then, quickly, at his face, and then away.</w:t>
      </w:r>
    </w:p>
    <w:p>
      <w:pPr>
        <w:spacing w:line="360" w:lineRule="auto" w:after="0"/>
        <w:ind w:firstLine="283"/>
      </w:pPr>
      <w:r>
        <w:t>It was a small thing. It was his, and it would be there for the rest of the walking.</w:t>
      </w:r>
    </w:p>
    <w:p>
      <w:pPr>
        <w:ind w:firstLine="0"/>
        <w:jc w:val="center"/>
      </w:pPr>
      <w:r>
        <w:rPr>
          <w:color w:val="AAAAAA"/>
        </w:rPr>
        <w:t>❖</w:t>
      </w:r>
    </w:p>
    <w:p>
      <w:pPr>
        <w:spacing w:before="360" w:after="240"/>
        <w:ind w:firstLine="0"/>
        <w:jc w:val="center"/>
      </w:pPr>
      <w:r>
        <w:rPr>
          <w:b/>
          <w:i/>
          <w:color w:val="333333"/>
          <w:sz w:val="26"/>
        </w:rPr>
        <w:t>Step 24 — What the Void Sounds Like (Vasryn)</w:t>
      </w:r>
    </w:p>
    <w:p>
      <w:pPr>
        <w:spacing w:line="360" w:lineRule="auto" w:after="0"/>
        <w:ind w:firstLine="283"/>
      </w:pPr>
      <w:r>
        <w:t>☰</w:t>
      </w:r>
    </w:p>
    <w:p>
      <w:pPr>
        <w:spacing w:line="360" w:lineRule="auto" w:after="0"/>
        <w:ind w:firstLine="283"/>
      </w:pPr>
      <w:r>
        <w:t>The town was called Pellow, and what was wrong with it took him an hour to hear.</w:t>
      </w:r>
    </w:p>
    <w:p>
      <w:pPr>
        <w:spacing w:line="360" w:lineRule="auto" w:after="0"/>
        <w:ind w:firstLine="283"/>
      </w:pPr>
      <w:r>
        <w:t>He had walked in at noon. It was a market town of about two hundred, a square, a pump, a long street of narrow houses, doors painted in the local green. Everything was in order. The shutters were open. The washing hung out. A man was mending a net in a doorway and looked up as they passed, and nodded, and went on.</w:t>
      </w:r>
    </w:p>
    <w:p>
      <w:pPr>
        <w:spacing w:line="360" w:lineRule="auto" w:after="0"/>
        <w:ind w:firstLine="283"/>
      </w:pPr>
      <w:r>
        <w:t>"It's very quiet," Kael said.</w:t>
      </w:r>
    </w:p>
    <w:p>
      <w:pPr>
        <w:spacing w:line="360" w:lineRule="auto" w:after="0"/>
        <w:ind w:firstLine="283"/>
      </w:pPr>
      <w:r>
        <w:t>"Aye."</w:t>
      </w:r>
    </w:p>
    <w:p>
      <w:pPr>
        <w:spacing w:line="360" w:lineRule="auto" w:after="0"/>
        <w:ind w:firstLine="283"/>
      </w:pPr>
      <w:r>
        <w:t>"It's not that, though."</w:t>
      </w:r>
    </w:p>
    <w:p>
      <w:pPr>
        <w:spacing w:line="360" w:lineRule="auto" w:after="0"/>
        <w:ind w:firstLine="283"/>
      </w:pPr>
      <w:r>
        <w:t>"No." Vasryn stopped by the pump. He stood and listened the way he listened on the wall, without expectation, letting the town come in.</w:t>
      </w:r>
    </w:p>
    <w:p>
      <w:pPr>
        <w:spacing w:line="360" w:lineRule="auto" w:after="0"/>
        <w:ind w:firstLine="283"/>
      </w:pPr>
      <w:r>
        <w:t>There was a cart in the square, and its wheels turned, and he could see them turn, but there was no creak. A woman beat a rug at a window, and the rug jumped, and the dust rose, and there was no thump. A dog barked at the end of the street. He watched the dog's head go back, and its jaws open. The bark came a half-second late, small and thin, as if it had come a long way.</w:t>
      </w:r>
    </w:p>
    <w:p>
      <w:pPr>
        <w:spacing w:line="360" w:lineRule="auto" w:after="0"/>
        <w:ind w:firstLine="283"/>
      </w:pPr>
      <w:r>
        <w:t>"It's the sounds," he said.</w:t>
      </w:r>
    </w:p>
    <w:p>
      <w:pPr>
        <w:spacing w:line="360" w:lineRule="auto" w:after="0"/>
        <w:ind w:firstLine="283"/>
      </w:pPr>
      <w:r>
        <w:t>"What about them?"</w:t>
      </w:r>
    </w:p>
    <w:p>
      <w:pPr>
        <w:spacing w:line="360" w:lineRule="auto" w:after="0"/>
        <w:ind w:firstLine="283"/>
      </w:pPr>
      <w:r>
        <w:t>"The ones that go with things. The small ones." He turned slowly. "A hinge. A latch. A foot on a step. They're gone. Or going."</w:t>
      </w:r>
    </w:p>
    <w:p>
      <w:pPr>
        <w:spacing w:line="360" w:lineRule="auto" w:after="0"/>
        <w:ind w:firstLine="283"/>
      </w:pPr>
      <w:r>
        <w:t>He tried it. He took a stone from the verge and tossed it onto the cobbles. It bounced and rolled, and where its small bright clack should have been there was a space, a shape in the air like the place a picture has hung. Then, a heartbeat after, the clack arrived, faint and flat, as an echo from the wrong wall.</w:t>
      </w:r>
    </w:p>
    <w:p>
      <w:pPr>
        <w:spacing w:line="360" w:lineRule="auto" w:after="0"/>
        <w:ind w:firstLine="283"/>
      </w:pPr>
      <w:r>
        <w:t>It got worse toward the church.</w:t>
      </w:r>
    </w:p>
    <w:p>
      <w:pPr>
        <w:spacing w:line="360" w:lineRule="auto" w:after="0"/>
        <w:ind w:firstLine="283"/>
      </w:pPr>
      <w:r>
        <w:t>The bell hung in its arch with the rope trailing, and a boy was ringing it. They could see his arms go up and down. They could see the bell swing, a long slow iron pendulum, heavy and golden in the sun, and no sound came. Nobody stood in the square listening for it. It was the hour, and the boy rang. People walked by with baskets, and stopped, and looked up, and walked on. It was the way a man goes through the motion of lifting a cup he has already emptied.</w:t>
      </w:r>
    </w:p>
    <w:p>
      <w:pPr>
        <w:spacing w:line="360" w:lineRule="auto" w:after="0"/>
        <w:ind w:firstLine="283"/>
      </w:pPr>
      <w:r>
        <w:t>"Why's he doing it?" Kael said.</w:t>
      </w:r>
    </w:p>
    <w:p>
      <w:pPr>
        <w:spacing w:line="360" w:lineRule="auto" w:after="0"/>
        <w:ind w:firstLine="283"/>
      </w:pPr>
      <w:r>
        <w:t>"I think he's the bell-ringer."</w:t>
      </w:r>
    </w:p>
    <w:p>
      <w:pPr>
        <w:spacing w:line="360" w:lineRule="auto" w:after="0"/>
        <w:ind w:firstLine="283"/>
      </w:pPr>
      <w:r>
        <w:t>"But there's no—"</w:t>
      </w:r>
    </w:p>
    <w:p>
      <w:pPr>
        <w:spacing w:line="360" w:lineRule="auto" w:after="0"/>
        <w:ind w:firstLine="283"/>
      </w:pPr>
      <w:r>
        <w:t>"I know." Vasryn watched the arms. "He's doing it the same."</w:t>
      </w:r>
    </w:p>
    <w:p>
      <w:pPr>
        <w:spacing w:line="360" w:lineRule="auto" w:after="0"/>
        <w:ind w:firstLine="283"/>
      </w:pPr>
      <w:r>
        <w:t>They found the inn at the end of the street, and a woman who gave them bread. It was good bread. It had a crust you'd have expected to crack, and when Vasryn broke it, it made no sound at all. He ate it. It was warm, and the woman watched him.</w:t>
      </w:r>
    </w:p>
    <w:p>
      <w:pPr>
        <w:spacing w:line="360" w:lineRule="auto" w:after="0"/>
        <w:ind w:firstLine="283"/>
      </w:pPr>
      <w:r>
        <w:t>"You'll have noticed," she said.</w:t>
      </w:r>
    </w:p>
    <w:p>
      <w:pPr>
        <w:spacing w:line="360" w:lineRule="auto" w:after="0"/>
        <w:ind w:firstLine="283"/>
      </w:pPr>
      <w:r>
        <w:t>"I have."</w:t>
      </w:r>
    </w:p>
    <w:p>
      <w:pPr>
        <w:spacing w:line="360" w:lineRule="auto" w:after="0"/>
        <w:ind w:firstLine="283"/>
      </w:pPr>
      <w:r>
        <w:t>"It's been the winter." She said it with an odd flat politeness, as one speaks of a death in the family. "A little more each month. At first it was the doors. Then the footsteps. The children don't mind. They don't remember it was louder." She straightened a spoon, and it made no sound against the plate. "The bell-boy wouldn't stop. We asked him. He says it's his work."</w:t>
      </w:r>
    </w:p>
    <w:p>
      <w:pPr>
        <w:spacing w:line="360" w:lineRule="auto" w:after="0"/>
        <w:ind w:firstLine="283"/>
      </w:pPr>
      <w:r>
        <w:t>"Who took the sounds?"</w:t>
      </w:r>
    </w:p>
    <w:p>
      <w:pPr>
        <w:spacing w:line="360" w:lineRule="auto" w:after="0"/>
        <w:ind w:firstLine="283"/>
      </w:pPr>
      <w:r>
        <w:t>"Nobody took them." She frowned, as if the question was in a language she knew a little. "They were written over. That's what the clerk said. They were put into the book, so that they'd be safe."</w:t>
      </w:r>
    </w:p>
    <w:p>
      <w:pPr>
        <w:spacing w:line="360" w:lineRule="auto" w:after="0"/>
        <w:ind w:firstLine="283"/>
      </w:pPr>
      <w:r>
        <w:t>In the back room of the inn a nib was writing.</w:t>
      </w:r>
    </w:p>
    <w:p>
      <w:pPr>
        <w:spacing w:line="360" w:lineRule="auto" w:after="0"/>
        <w:ind w:firstLine="283"/>
      </w:pPr>
      <w:r>
        <w:t>He heard it first by its absence, which made him look. The room was empty. It was a small, clean, whitewashed room with a table, a chair, and a window onto a yard. On the table lay a sheet of paper, and above the paper, a pen stood on its point in the air with nobody holding it.</w:t>
      </w:r>
    </w:p>
    <w:p>
      <w:pPr>
        <w:spacing w:line="360" w:lineRule="auto" w:after="0"/>
        <w:ind w:firstLine="283"/>
      </w:pPr>
      <w:r>
        <w:t>It was a plain steel nib in a wooden holder. It hung a finger above the page, and moved, in small neat strokes, left to right, with a dry steady scratch. Scritch. Scritch. It was the loudest sound in Pellow. It was the only one that had its whole voice.</w:t>
      </w:r>
    </w:p>
    <w:p>
      <w:pPr>
        <w:spacing w:line="360" w:lineRule="auto" w:after="0"/>
        <w:ind w:firstLine="283"/>
      </w:pPr>
      <w:r>
        <w:t>He stood in the door and watched it. It wrote a line, and paused, and went back and wrote another, and each stroke was quick and sure. It was the writing of a man who has done it all his life.</w:t>
      </w:r>
    </w:p>
    <w:p>
      <w:pPr>
        <w:spacing w:line="360" w:lineRule="auto" w:after="0"/>
        <w:ind w:firstLine="283"/>
      </w:pPr>
      <w:r>
        <w:t>He walked closer. The page was a ledger leaf, ruled in brown. The entries ran down it in a good hand. The pump in the square: a clank when the handle goes down, and a wet thud when it rises. The bell of St. Aldous: the note of a struck pan. Hob Carrel's gate: a long dry squeal, then a click. They went on. There were hundreds. They were all there, kept, every sound the town had made, in order, in a clear and careful hand.</w:t>
      </w:r>
    </w:p>
    <w:p>
      <w:pPr>
        <w:spacing w:line="360" w:lineRule="auto" w:after="0"/>
        <w:ind w:firstLine="283"/>
      </w:pPr>
      <w:r>
        <w:t>It was complete. It was an accurate account.</w:t>
      </w:r>
    </w:p>
    <w:p>
      <w:pPr>
        <w:spacing w:line="360" w:lineRule="auto" w:after="0"/>
        <w:ind w:firstLine="283"/>
      </w:pPr>
      <w:r>
        <w:t>He felt it before he understood it, the feeling in the chest of a man who has gone into a house to find his own coat on a peg. They had been kept. Each of them was true. The gate's squeal was better set down than he could have done it. It was the town's own voice, written down properly, with nothing wrong, and not one word of it was ever going to be heard.</w:t>
      </w:r>
    </w:p>
    <w:p>
      <w:pPr>
        <w:spacing w:line="360" w:lineRule="auto" w:after="0"/>
        <w:ind w:firstLine="283"/>
      </w:pPr>
      <w:r>
        <w:t>"Stop," he said.</w:t>
      </w:r>
    </w:p>
    <w:p>
      <w:pPr>
        <w:spacing w:line="360" w:lineRule="auto" w:after="0"/>
        <w:ind w:firstLine="283"/>
      </w:pPr>
      <w:r>
        <w:t>The pen paused. It hung above the page.</w:t>
      </w:r>
    </w:p>
    <w:p>
      <w:pPr>
        <w:spacing w:line="360" w:lineRule="auto" w:after="0"/>
        <w:ind w:firstLine="283"/>
      </w:pPr>
      <w:r>
        <w:t>He didn't know why he'd said it. He stood with his hand half out, and the nib turned very slightly, as a dog's head turns, and then it wrote another line, and he read it as it came.</w:t>
      </w:r>
    </w:p>
    <w:p>
      <w:pPr>
        <w:spacing w:line="360" w:lineRule="auto" w:after="0"/>
        <w:ind w:firstLine="283"/>
      </w:pPr>
      <w:r>
        <w:t>The footstep of a man in the door of the back room, one pace, a boot on boards.</w:t>
      </w:r>
    </w:p>
    <w:p>
      <w:pPr>
        <w:spacing w:line="360" w:lineRule="auto" w:after="0"/>
        <w:ind w:firstLine="283"/>
      </w:pPr>
      <w:r>
        <w:t>He looked down. He had taken a step. He had not heard it.</w:t>
      </w:r>
    </w:p>
    <w:p>
      <w:pPr>
        <w:spacing w:line="360" w:lineRule="auto" w:after="0"/>
        <w:ind w:firstLine="283"/>
      </w:pPr>
      <w:r>
        <w:t>They left at once. They went out through the kitchen, past the woman, who did not look up, and down the street toward the east gate. In the square the bell-boy was still ringing. He had sweat on his face. His arms went up and down, and the bell swung, golden and silent.</w:t>
      </w:r>
    </w:p>
    <w:p>
      <w:pPr>
        <w:spacing w:line="360" w:lineRule="auto" w:after="0"/>
        <w:ind w:firstLine="283"/>
      </w:pPr>
      <w:r>
        <w:t>Halfway across the square Kael began to run.</w:t>
      </w:r>
    </w:p>
    <w:p>
      <w:pPr>
        <w:spacing w:line="360" w:lineRule="auto" w:after="0"/>
        <w:ind w:firstLine="283"/>
      </w:pPr>
      <w:r>
        <w:t>Vasryn caught him at the gate. The boy had stopped, and stood with his head up, listening, with a look on his face of intense effort.</w:t>
      </w:r>
    </w:p>
    <w:p>
      <w:pPr>
        <w:spacing w:line="360" w:lineRule="auto" w:after="0"/>
        <w:ind w:firstLine="283"/>
      </w:pPr>
      <w:r>
        <w:t>"I can't hear my feet," he said.</w:t>
      </w:r>
    </w:p>
    <w:p>
      <w:pPr>
        <w:spacing w:line="360" w:lineRule="auto" w:after="0"/>
        <w:ind w:firstLine="283"/>
      </w:pPr>
      <w:r>
        <w:t>"You will."</w:t>
      </w:r>
    </w:p>
    <w:p>
      <w:pPr>
        <w:spacing w:line="360" w:lineRule="auto" w:after="0"/>
        <w:ind w:firstLine="283"/>
      </w:pPr>
      <w:r>
        <w:t>"What if I don't?"</w:t>
      </w:r>
    </w:p>
    <w:p>
      <w:pPr>
        <w:spacing w:line="360" w:lineRule="auto" w:after="0"/>
        <w:ind w:firstLine="283"/>
      </w:pPr>
      <w:r>
        <w:t>"You will." Vasryn put a hand on his shoulder, and it was warm, and he felt it as warmth, and heard nothing. "Walk."</w:t>
      </w:r>
    </w:p>
    <w:p>
      <w:pPr>
        <w:spacing w:line="360" w:lineRule="auto" w:after="0"/>
        <w:ind w:firstLine="283"/>
      </w:pPr>
      <w:r>
        <w:t>They walked. A mile out, on the open road, with the wind in the barley, it came back. It came in a rush, the crunch of gravel, the creak of the iron on his back, the clack of the mallet in Kael's belt, the small bright scrape of a boot. It was almost a physical pleasure. Kael laughed, a wild helpless sound, and stamped, and stamped again.</w:t>
      </w:r>
    </w:p>
    <w:p>
      <w:pPr>
        <w:spacing w:line="360" w:lineRule="auto" w:after="0"/>
        <w:ind w:firstLine="283"/>
      </w:pPr>
      <w:r>
        <w:t>Behind them, a long way off, a child was skipping in the lane at the edge of the town, and chanting. It was the sort of rhyme children have, a skipping-song, in four lines, that you do not remember learning. The wind carried it a little way.</w:t>
      </w:r>
    </w:p>
    <w:p>
      <w:pPr>
        <w:spacing w:line="360" w:lineRule="auto" w:after="0"/>
        <w:ind w:firstLine="283"/>
      </w:pPr>
      <w:r>
        <w:t>Vasryn listened to it. He had known it as a boy, in another town, in another voice. One for the wall and two for the gate. A slow cheerful sing-song. Three for the road, and—</w:t>
      </w:r>
    </w:p>
    <w:p>
      <w:pPr>
        <w:spacing w:line="360" w:lineRule="auto" w:after="0"/>
        <w:ind w:firstLine="283"/>
      </w:pPr>
      <w:r>
        <w:t>It stopped there. The child went on skipping. The wind carried the rope's small whip, and the thud of her feet, and no fourth line.</w:t>
      </w:r>
    </w:p>
    <w:p>
      <w:pPr>
        <w:spacing w:line="360" w:lineRule="auto" w:after="0"/>
        <w:ind w:firstLine="283"/>
      </w:pPr>
      <w:r>
        <w:t>He stood a long time in the road. He did not know what the fourth line was. He knew that there had been one, and that it was not now in the world, and that a town two hundred strong would go on skipping to three-quarters of a song and never feel the draught.</w:t>
      </w:r>
    </w:p>
    <w:p>
      <w:pPr>
        <w:spacing w:line="360" w:lineRule="auto" w:after="0"/>
        <w:ind w:firstLine="283"/>
      </w:pPr>
      <w:r>
        <w:t>"Come on," he said.</w:t>
      </w:r>
    </w:p>
    <w:p>
      <w:pPr>
        <w:ind w:firstLine="0"/>
        <w:jc w:val="center"/>
      </w:pPr>
      <w:r>
        <w:rPr>
          <w:color w:val="AAAAAA"/>
        </w:rPr>
        <w:t>❖</w:t>
      </w:r>
    </w:p>
    <w:p>
      <w:pPr>
        <w:spacing w:before="360" w:after="240"/>
        <w:ind w:firstLine="0"/>
        <w:jc w:val="center"/>
      </w:pPr>
      <w:r>
        <w:rPr>
          <w:b/>
          <w:i/>
          <w:color w:val="333333"/>
          <w:sz w:val="26"/>
        </w:rPr>
        <w:t>Step 25 — The Refusals (Vasryn)</w:t>
      </w:r>
    </w:p>
    <w:p>
      <w:pPr>
        <w:spacing w:line="360" w:lineRule="auto" w:after="0"/>
        <w:ind w:firstLine="283"/>
      </w:pPr>
      <w:r>
        <w:t>‖ ∧</w:t>
      </w:r>
    </w:p>
    <w:p>
      <w:pPr>
        <w:spacing w:line="360" w:lineRule="auto" w:after="0"/>
        <w:ind w:firstLine="283"/>
      </w:pPr>
      <w:r>
        <w:t>The fork above the Ver was a stone, and a woman was sitting on it.</w:t>
      </w:r>
    </w:p>
    <w:p>
      <w:pPr>
        <w:spacing w:line="360" w:lineRule="auto" w:after="0"/>
        <w:ind w:firstLine="283"/>
      </w:pPr>
      <w:r>
        <w:t>She looked as if she'd been sitting there since the road was laid. She was perhaps sixty, spare, with grey hair cropped short, a long brown coat with the cuffs rolled, and hands that lay on her knees like two tools put down. Beside her stood a pack, a staff, and a tin cup. When Vasryn came up the left-hand road with Kael behind him, she did not rise. She looked at the iron on his back, and at the boy's marked hand, and said, "You've been told some of it."</w:t>
      </w:r>
    </w:p>
    <w:p>
      <w:pPr>
        <w:spacing w:line="360" w:lineRule="auto" w:after="0"/>
        <w:ind w:firstLine="283"/>
      </w:pPr>
      <w:r>
        <w:t>"Some."</w:t>
      </w:r>
    </w:p>
    <w:p>
      <w:pPr>
        <w:spacing w:line="360" w:lineRule="auto" w:after="0"/>
        <w:ind w:firstLine="283"/>
      </w:pPr>
      <w:r>
        <w:t>"By Vareth."</w:t>
      </w:r>
    </w:p>
    <w:p>
      <w:pPr>
        <w:spacing w:line="360" w:lineRule="auto" w:after="0"/>
        <w:ind w:firstLine="283"/>
      </w:pPr>
      <w:r>
        <w:t>It went through him like a plumb line dropped. "You knew him."</w:t>
      </w:r>
    </w:p>
    <w:p>
      <w:pPr>
        <w:spacing w:line="360" w:lineRule="auto" w:after="0"/>
        <w:ind w:firstLine="283"/>
      </w:pPr>
      <w:r>
        <w:t>"I know what he taught." She patted the stone beside her. "Sit. Vareth gave you half, and he gave it badly, because he was dying and in a hurry. I've been on this road fifteen years waiting for someone to show up with half a lesson. You'd be amazed how many aren't."</w:t>
      </w:r>
    </w:p>
    <w:p>
      <w:pPr>
        <w:spacing w:line="360" w:lineRule="auto" w:after="0"/>
        <w:ind w:firstLine="283"/>
      </w:pPr>
      <w:r>
        <w:t>She asked him to show her.</w:t>
      </w:r>
    </w:p>
    <w:p>
      <w:pPr>
        <w:spacing w:line="360" w:lineRule="auto" w:after="0"/>
        <w:ind w:firstLine="283"/>
      </w:pPr>
      <w:r>
        <w:t>He drew the two lines on a flat rock at the stone's foot. He had drawn them a dozen times, and they came out as always, crooked, a hand long, leaning a little toward each other. She watched with a face like a closed book.</w:t>
      </w:r>
    </w:p>
    <w:p>
      <w:pPr>
        <w:spacing w:line="360" w:lineRule="auto" w:after="0"/>
        <w:ind w:firstLine="283"/>
      </w:pPr>
      <w:r>
        <w:t>"Why two?"</w:t>
      </w:r>
    </w:p>
    <w:p>
      <w:pPr>
        <w:spacing w:line="360" w:lineRule="auto" w:after="0"/>
        <w:ind w:firstLine="283"/>
      </w:pPr>
      <w:r>
        <w:t>"I don't know."</w:t>
      </w:r>
    </w:p>
    <w:p>
      <w:pPr>
        <w:spacing w:line="360" w:lineRule="auto" w:after="0"/>
        <w:ind w:firstLine="283"/>
      </w:pPr>
      <w:r>
        <w:t>"Why not one?"</w:t>
      </w:r>
    </w:p>
    <w:p>
      <w:pPr>
        <w:spacing w:line="360" w:lineRule="auto" w:after="0"/>
        <w:ind w:firstLine="283"/>
      </w:pPr>
      <w:r>
        <w:t>"One is a line." It came out before he had thought. "It says this is how it is."</w:t>
      </w:r>
    </w:p>
    <w:p>
      <w:pPr>
        <w:spacing w:line="360" w:lineRule="auto" w:after="0"/>
        <w:ind w:firstLine="283"/>
      </w:pPr>
      <w:r>
        <w:t>"Good." Something moved in her face. "And two?"</w:t>
      </w:r>
    </w:p>
    <w:p>
      <w:pPr>
        <w:spacing w:line="360" w:lineRule="auto" w:after="0"/>
        <w:ind w:firstLine="283"/>
      </w:pPr>
      <w:r>
        <w:t>"It says it might be otherwise."</w:t>
      </w:r>
    </w:p>
    <w:p>
      <w:pPr>
        <w:spacing w:line="360" w:lineRule="auto" w:after="0"/>
        <w:ind w:firstLine="283"/>
      </w:pPr>
      <w:r>
        <w:t>"Better." She took the chalk out of his hand, without asking. She turned it in her fingers. "You hold it like a man who has used it for a purpose. It's not a pen. You don't write with it. You leave it where you've been."</w:t>
      </w:r>
    </w:p>
    <w:p>
      <w:pPr>
        <w:spacing w:line="360" w:lineRule="auto" w:after="0"/>
        <w:ind w:firstLine="283"/>
      </w:pPr>
      <w:r>
        <w:t>"Aye."</w:t>
      </w:r>
    </w:p>
    <w:p>
      <w:pPr>
        <w:spacing w:line="360" w:lineRule="auto" w:after="0"/>
        <w:ind w:firstLine="283"/>
      </w:pPr>
      <w:r>
        <w:t>"What's it for?"</w:t>
      </w:r>
    </w:p>
    <w:p>
      <w:pPr>
        <w:spacing w:line="360" w:lineRule="auto" w:after="0"/>
        <w:ind w:firstLine="283"/>
      </w:pPr>
      <w:r>
        <w:t>"I said. It says someone was here and didn't make it."</w:t>
      </w:r>
    </w:p>
    <w:p>
      <w:pPr>
        <w:spacing w:line="360" w:lineRule="auto" w:after="0"/>
        <w:ind w:firstLine="283"/>
      </w:pPr>
      <w:r>
        <w:t>"No." She said it without heat. "That's what Vareth said, and he was wrong. It doesn't say who. The chalk doesn't know who. It says here was a thing, and I saw it, and I did not make it, and I did not unmake it. I marked it." She put the chalk back in his palm and closed his fingers over it. "That's all. It's not a memorial. It's a witness."</w:t>
      </w:r>
    </w:p>
    <w:p>
      <w:pPr>
        <w:spacing w:line="360" w:lineRule="auto" w:after="0"/>
        <w:ind w:firstLine="283"/>
      </w:pPr>
      <w:r>
        <w:t>She took a stick from the verge and, beside his two lines, scratched a small mark in the dust. A caret, a little roof, like the clerks make to show where something has been put in.</w:t>
      </w:r>
    </w:p>
    <w:p>
      <w:pPr>
        <w:spacing w:line="360" w:lineRule="auto" w:after="0"/>
        <w:ind w:firstLine="283"/>
      </w:pPr>
      <w:r>
        <w:t>"The third thing," she said. "The one Vareth never got to. Whoever draws the lines didn't make them. Somebody did, before. You copied them. You put this under them, to say so."</w:t>
      </w:r>
    </w:p>
    <w:p>
      <w:pPr>
        <w:spacing w:line="360" w:lineRule="auto" w:after="0"/>
        <w:ind w:firstLine="283"/>
      </w:pPr>
      <w:r>
        <w:t>"A clerk's mark."</w:t>
      </w:r>
    </w:p>
    <w:p>
      <w:pPr>
        <w:spacing w:line="360" w:lineRule="auto" w:after="0"/>
        <w:ind w:firstLine="283"/>
      </w:pPr>
      <w:r>
        <w:t>"They stole it. It was ours first." She almost smiled. "It means: added by another hand. It's the whole of the craft, if you want one sentence. You are not the first, and you do not own it. You're carrying."</w:t>
      </w:r>
    </w:p>
    <w:p>
      <w:pPr>
        <w:spacing w:line="360" w:lineRule="auto" w:after="0"/>
        <w:ind w:firstLine="283"/>
      </w:pPr>
      <w:r>
        <w:t>Kael had been quiet. He sat on the grass with his bad boot off and his marked hand on his knee, and he watched the woman. When she had finished he said, "Can I do it?"</w:t>
      </w:r>
    </w:p>
    <w:p>
      <w:pPr>
        <w:spacing w:line="360" w:lineRule="auto" w:after="0"/>
        <w:ind w:firstLine="283"/>
      </w:pPr>
      <w:r>
        <w:t>"If he'll lend you the chalk."</w:t>
      </w:r>
    </w:p>
    <w:p>
      <w:pPr>
        <w:spacing w:line="360" w:lineRule="auto" w:after="0"/>
        <w:ind w:firstLine="283"/>
      </w:pPr>
      <w:r>
        <w:t>Vasryn gave it. Kael knelt at the stone and looked at the lines for a long moment, and then, slowly, drew his own. They were not the same. The first leaned the wrong way. The second ran too long, with a tail on it. He looked at it with a flat self-critical eye, and made to wipe it with his sleeve.</w:t>
      </w:r>
    </w:p>
    <w:p>
      <w:pPr>
        <w:spacing w:line="360" w:lineRule="auto" w:after="0"/>
        <w:ind w:firstLine="283"/>
      </w:pPr>
      <w:r>
        <w:t>"Leave it," she said.</w:t>
      </w:r>
    </w:p>
    <w:p>
      <w:pPr>
        <w:spacing w:line="360" w:lineRule="auto" w:after="0"/>
        <w:ind w:firstLine="283"/>
      </w:pPr>
      <w:r>
        <w:t>"It's wrong."</w:t>
      </w:r>
    </w:p>
    <w:p>
      <w:pPr>
        <w:spacing w:line="360" w:lineRule="auto" w:after="0"/>
        <w:ind w:firstLine="283"/>
      </w:pPr>
      <w:r>
        <w:t>"It's yours." She tilted her head. "Look. Both of them are wrong. His are wrong, and yours are wrong, and they're not wrong in the same way. That's why it works. If they were the same, you'd have a rule. You'd have a column. They'd have found it by now."</w:t>
      </w:r>
    </w:p>
    <w:p>
      <w:pPr>
        <w:spacing w:line="360" w:lineRule="auto" w:after="0"/>
        <w:ind w:firstLine="283"/>
      </w:pPr>
      <w:r>
        <w:t>Kael looked at the four lines side by side, and the little roof under them.</w:t>
      </w:r>
    </w:p>
    <w:p>
      <w:pPr>
        <w:spacing w:line="360" w:lineRule="auto" w:after="0"/>
        <w:ind w:firstLine="283"/>
      </w:pPr>
      <w:r>
        <w:t>"I think I understand," he said.</w:t>
      </w:r>
    </w:p>
    <w:p>
      <w:pPr>
        <w:spacing w:line="360" w:lineRule="auto" w:after="0"/>
        <w:ind w:firstLine="283"/>
      </w:pPr>
      <w:r>
        <w:t>"You don't. You will. Go and get some water."</w:t>
      </w:r>
    </w:p>
    <w:p>
      <w:pPr>
        <w:spacing w:line="360" w:lineRule="auto" w:after="0"/>
        <w:ind w:firstLine="283"/>
      </w:pPr>
      <w:r>
        <w:t>He went. She waited until he was out of earshot, down the slope toward the river with a tin cup, and then she said, to the road, "He's going to be better than you."</w:t>
      </w:r>
    </w:p>
    <w:p>
      <w:pPr>
        <w:spacing w:line="360" w:lineRule="auto" w:after="0"/>
        <w:ind w:firstLine="283"/>
      </w:pPr>
      <w:r>
        <w:t>"I know."</w:t>
      </w:r>
    </w:p>
    <w:p>
      <w:pPr>
        <w:spacing w:line="360" w:lineRule="auto" w:after="0"/>
        <w:ind w:firstLine="283"/>
      </w:pPr>
      <w:r>
        <w:t>"Does it trouble you?"</w:t>
      </w:r>
    </w:p>
    <w:p>
      <w:pPr>
        <w:spacing w:line="360" w:lineRule="auto" w:after="0"/>
        <w:ind w:firstLine="283"/>
      </w:pPr>
      <w:r>
        <w:t>"No." He found that it was true. "It's what it's for."</w:t>
      </w:r>
    </w:p>
    <w:p>
      <w:pPr>
        <w:spacing w:line="360" w:lineRule="auto" w:after="0"/>
        <w:ind w:firstLine="283"/>
      </w:pPr>
      <w:r>
        <w:t>Her brother was called Oren, and she told it as she packed.</w:t>
      </w:r>
    </w:p>
    <w:p>
      <w:pPr>
        <w:spacing w:line="360" w:lineRule="auto" w:after="0"/>
        <w:ind w:firstLine="283"/>
      </w:pPr>
      <w:r>
        <w:t>It was a plain story. A brother, older, a clerk in the east, who had written to say he'd been regularized. The word had come in a letter. She had gone to see. She found him in a long grey room with eleven hundred others, sitting at a bench, in a clean coat, with a number on a tin tag at his neck. He knew her. He was perfectly civil. He asked after the road.</w:t>
      </w:r>
    </w:p>
    <w:p>
      <w:pPr>
        <w:spacing w:line="360" w:lineRule="auto" w:after="0"/>
        <w:ind w:firstLine="283"/>
      </w:pPr>
      <w:r>
        <w:t>"They offered him back," she said. "A clerk came, a clean one, with a table. He said it was possible. A release. A line in a book. It would cost me a small thing. He wanted a list."</w:t>
      </w:r>
    </w:p>
    <w:p>
      <w:pPr>
        <w:spacing w:line="360" w:lineRule="auto" w:after="0"/>
        <w:ind w:firstLine="283"/>
      </w:pPr>
      <w:r>
        <w:t>"Of what?"</w:t>
      </w:r>
    </w:p>
    <w:p>
      <w:pPr>
        <w:spacing w:line="360" w:lineRule="auto" w:after="0"/>
        <w:ind w:firstLine="283"/>
      </w:pPr>
      <w:r>
        <w:t>"The places I've drawn." She buckled the pack. "Fifteen years of them. Every wall, every well, every stone like this. He said it was a courtesy to them, no more, a map for the survey. He said they'd be kept." She pulled the strap tight. "He had a lovely voice. I'd have given it to him in an hour if Oren hadn't been in the room."</w:t>
      </w:r>
    </w:p>
    <w:p>
      <w:pPr>
        <w:spacing w:line="360" w:lineRule="auto" w:after="0"/>
        <w:ind w:firstLine="283"/>
      </w:pPr>
      <w:r>
        <w:t>"Why not?"</w:t>
      </w:r>
    </w:p>
    <w:p>
      <w:pPr>
        <w:spacing w:line="360" w:lineRule="auto" w:after="0"/>
        <w:ind w:firstLine="283"/>
      </w:pPr>
      <w:r>
        <w:t>"Because he looked at me." She stood and put her staff in her hand. "He looked across the room, with his tag at his neck. He's a man who would not, in the old days, have looked at anything he couldn't help. He looked at me, and I knew what he was saying. He was saying, don't."</w:t>
      </w:r>
    </w:p>
    <w:p>
      <w:pPr>
        <w:spacing w:line="360" w:lineRule="auto" w:after="0"/>
        <w:ind w:firstLine="283"/>
      </w:pPr>
      <w:r>
        <w:t>Vasryn said nothing.</w:t>
      </w:r>
    </w:p>
    <w:p>
      <w:pPr>
        <w:spacing w:line="360" w:lineRule="auto" w:after="0"/>
        <w:ind w:firstLine="283"/>
      </w:pPr>
      <w:r>
        <w:t>"I said no." The words fell flat. "That was four years ago. He's still under the number. I get a letter. It says he is well." She lifted her pack to her shoulder. "I don't write the name. I don't speak it on the road, where the book might hear. I say my brother. If I said Oren in a place where it was kept, they'd have the whole of it."</w:t>
      </w:r>
    </w:p>
    <w:p>
      <w:pPr>
        <w:spacing w:line="360" w:lineRule="auto" w:after="0"/>
        <w:ind w:firstLine="283"/>
      </w:pPr>
      <w:r>
        <w:t>"Do you regret it?"</w:t>
      </w:r>
    </w:p>
    <w:p>
      <w:pPr>
        <w:spacing w:line="360" w:lineRule="auto" w:after="0"/>
        <w:ind w:firstLine="283"/>
      </w:pPr>
      <w:r>
        <w:t>She considered. The wind lifted the grey hair at her temple and laid it down.</w:t>
      </w:r>
    </w:p>
    <w:p>
      <w:pPr>
        <w:spacing w:line="360" w:lineRule="auto" w:after="0"/>
        <w:ind w:firstLine="283"/>
      </w:pPr>
      <w:r>
        <w:t>"Every day. And I'd do it again." She looked at the fork, the two roads, the stone. "That's what it is. A refusal costs somebody. It's never you. They don't tell you that. They let you think it's a matter of your own courage."</w:t>
      </w:r>
    </w:p>
    <w:p>
      <w:pPr>
        <w:spacing w:line="360" w:lineRule="auto" w:after="0"/>
        <w:ind w:firstLine="283"/>
      </w:pPr>
      <w:r>
        <w:t>She left at evening. She shook his hand, once, hard, as a man does after a bargain, and then, to his surprise, Kael's, with the marked hand, and held it a moment longer.</w:t>
      </w:r>
    </w:p>
    <w:p>
      <w:pPr>
        <w:spacing w:line="360" w:lineRule="auto" w:after="0"/>
        <w:ind w:firstLine="283"/>
      </w:pPr>
      <w:r>
        <w:t>"That's a good one," she said. "Don't hide it."</w:t>
      </w:r>
    </w:p>
    <w:p>
      <w:pPr>
        <w:spacing w:line="360" w:lineRule="auto" w:after="0"/>
        <w:ind w:firstLine="283"/>
      </w:pPr>
      <w:r>
        <w:t>"It doesn't go."</w:t>
      </w:r>
    </w:p>
    <w:p>
      <w:pPr>
        <w:spacing w:line="360" w:lineRule="auto" w:after="0"/>
        <w:ind w:firstLine="283"/>
      </w:pPr>
      <w:r>
        <w:t>"No. It's not meant to." She turned, and went down the right-hand road, the east one, under the long light, with the staff swinging, a small upright figure on a wide pale road.</w:t>
      </w:r>
    </w:p>
    <w:p>
      <w:pPr>
        <w:spacing w:line="360" w:lineRule="auto" w:after="0"/>
        <w:ind w:firstLine="283"/>
      </w:pPr>
      <w:r>
        <w:t>Neither of them said anything for a time.</w:t>
      </w:r>
    </w:p>
    <w:p>
      <w:pPr>
        <w:spacing w:line="360" w:lineRule="auto" w:after="0"/>
        <w:ind w:firstLine="283"/>
      </w:pPr>
      <w:r>
        <w:t>On the flat rock the two sets of lines were drying in the dusk, his and Kael's, and the little roof under them. Vasryn crouched and looked at them. The light was low. They were unmistakably wrong, all four, and they lay side by side, leaning, not meeting.</w:t>
      </w:r>
    </w:p>
    <w:p>
      <w:pPr>
        <w:spacing w:line="360" w:lineRule="auto" w:after="0"/>
        <w:ind w:firstLine="283"/>
      </w:pPr>
      <w:r>
        <w:t>"She never said her name," Kael said.</w:t>
      </w:r>
    </w:p>
    <w:p>
      <w:pPr>
        <w:spacing w:line="360" w:lineRule="auto" w:after="0"/>
        <w:ind w:firstLine="283"/>
      </w:pPr>
      <w:r>
        <w:t>"She did."</w:t>
      </w:r>
    </w:p>
    <w:p>
      <w:pPr>
        <w:spacing w:line="360" w:lineRule="auto" w:after="0"/>
        <w:ind w:firstLine="283"/>
      </w:pPr>
      <w:r>
        <w:t>"She said Lyris. You'd have said it. I mean, she never said his."</w:t>
      </w:r>
    </w:p>
    <w:p>
      <w:pPr>
        <w:spacing w:line="360" w:lineRule="auto" w:after="0"/>
        <w:ind w:firstLine="283"/>
      </w:pPr>
      <w:r>
        <w:t>"No," Vasryn said. He stood. "That's the whole of what she told us."</w:t>
      </w:r>
    </w:p>
    <w:p>
      <w:pPr>
        <w:ind w:firstLine="0"/>
        <w:jc w:val="center"/>
      </w:pPr>
      <w:r>
        <w:rPr>
          <w:color w:val="AAAAAA"/>
        </w:rPr>
        <w:t>❖</w:t>
      </w:r>
    </w:p>
    <w:p>
      <w:pPr>
        <w:spacing w:before="360" w:after="240"/>
        <w:ind w:firstLine="0"/>
        <w:jc w:val="center"/>
      </w:pPr>
      <w:r>
        <w:rPr>
          <w:b/>
          <w:i/>
          <w:color w:val="333333"/>
          <w:sz w:val="26"/>
        </w:rPr>
        <w:t>Step 26 — Node 3 (Kael)</w:t>
      </w:r>
    </w:p>
    <w:p>
      <w:pPr>
        <w:spacing w:line="360" w:lineRule="auto" w:after="0"/>
        <w:ind w:firstLine="283"/>
      </w:pPr>
      <w:r>
        <w:t>The station stood where the road crossed a stream, and the door shut behind them.</w:t>
      </w:r>
    </w:p>
    <w:p>
      <w:pPr>
        <w:spacing w:line="360" w:lineRule="auto" w:after="0"/>
        <w:ind w:firstLine="283"/>
      </w:pPr>
      <w:r>
        <w:t>It had no sign. Stenciled on the lintel in black was NODE 3, and under it a small closed eye. It was a squat brick building with a slate roof, long windows, a chimney. The door stood open. Rain was coming, a hard cold evening rain, and Kael's boot was bound in rags, and Vasryn looked at the sky and said nothing and went in.</w:t>
      </w:r>
    </w:p>
    <w:p>
      <w:pPr>
        <w:spacing w:line="360" w:lineRule="auto" w:after="0"/>
        <w:ind w:firstLine="283"/>
      </w:pPr>
      <w:r>
        <w:t>It was a clean room. There was a long table, six chairs, a stove with a basket of coke beside it, shelves of ledgers in plain covers. A map hung on one wall. Everything was square.</w:t>
      </w:r>
    </w:p>
    <w:p>
      <w:pPr>
        <w:spacing w:line="360" w:lineRule="auto" w:after="0"/>
        <w:ind w:firstLine="283"/>
      </w:pPr>
      <w:r>
        <w:t>The door closed.</w:t>
      </w:r>
    </w:p>
    <w:p>
      <w:pPr>
        <w:spacing w:line="360" w:lineRule="auto" w:after="0"/>
        <w:ind w:firstLine="283"/>
      </w:pPr>
      <w:r>
        <w:t>It did not slam. It swung, quietly and completely, the whole way round on its hinges, and the latch dropped with a small neat click. Kael turned.</w:t>
      </w:r>
    </w:p>
    <w:p>
      <w:pPr>
        <w:spacing w:line="360" w:lineRule="auto" w:after="0"/>
        <w:ind w:firstLine="283"/>
      </w:pPr>
      <w:r>
        <w:t>He put his hand where the handle should have been.</w:t>
      </w:r>
    </w:p>
    <w:p>
      <w:pPr>
        <w:spacing w:line="360" w:lineRule="auto" w:after="0"/>
        <w:ind w:firstLine="283"/>
      </w:pPr>
      <w:r>
        <w:t>There was a plain flat plate of iron, with a keyhole. Nothing else. He felt round the edge of the door, and the frame, and the jamb. He looked at the whole inside face of it, floor to head, and there was no knob, no pull, no ring, no bar. A door can be built that way, he knew. It's what a cell is. It was built to be entered, and not to be left.</w:t>
      </w:r>
    </w:p>
    <w:p>
      <w:pPr>
        <w:spacing w:line="360" w:lineRule="auto" w:after="0"/>
        <w:ind w:firstLine="283"/>
      </w:pPr>
      <w:r>
        <w:t>"Vasryn."</w:t>
      </w:r>
    </w:p>
    <w:p>
      <w:pPr>
        <w:spacing w:line="360" w:lineRule="auto" w:after="0"/>
        <w:ind w:firstLine="283"/>
      </w:pPr>
      <w:r>
        <w:t>"I see it."</w:t>
      </w:r>
    </w:p>
    <w:p>
      <w:pPr>
        <w:spacing w:line="360" w:lineRule="auto" w:after="0"/>
        <w:ind w:firstLine="283"/>
      </w:pPr>
      <w:r>
        <w:t>The old man had put the iron down. He tried the door with his shoulder, once, and with the flat of his hand. It gave a dull heavy sound, an oak sound, set in a frame of oak.</w:t>
      </w:r>
    </w:p>
    <w:p>
      <w:pPr>
        <w:spacing w:line="360" w:lineRule="auto" w:after="0"/>
        <w:ind w:firstLine="283"/>
      </w:pPr>
      <w:r>
        <w:t>"I could cut it," he said, doubtfully.</w:t>
      </w:r>
    </w:p>
    <w:p>
      <w:pPr>
        <w:spacing w:line="360" w:lineRule="auto" w:after="0"/>
        <w:ind w:firstLine="283"/>
      </w:pPr>
      <w:r>
        <w:t>"It's three inches."</w:t>
      </w:r>
    </w:p>
    <w:p>
      <w:pPr>
        <w:spacing w:line="360" w:lineRule="auto" w:after="0"/>
        <w:ind w:firstLine="283"/>
      </w:pPr>
      <w:r>
        <w:t>"Aye."</w:t>
      </w:r>
    </w:p>
    <w:p>
      <w:pPr>
        <w:spacing w:line="360" w:lineRule="auto" w:after="0"/>
        <w:ind w:firstLine="283"/>
      </w:pPr>
      <w:r>
        <w:t>Kael stood looking at the door.</w:t>
      </w:r>
    </w:p>
    <w:p>
      <w:pPr>
        <w:spacing w:line="360" w:lineRule="auto" w:after="0"/>
        <w:ind w:firstLine="283"/>
      </w:pPr>
      <w:r>
        <w:t>The room, meanwhile, was telling them things.</w:t>
      </w:r>
    </w:p>
    <w:p>
      <w:pPr>
        <w:spacing w:line="360" w:lineRule="auto" w:after="0"/>
        <w:ind w:firstLine="283"/>
      </w:pPr>
      <w:r>
        <w:t>He noticed it as he sat, heavily, on a chair, and let the tiredness come. Everything was labeled. A tin on the shelf said TEA (1 LB). The stove said STOVE. A paper tag tied to a chair-back said CHAIR 4. OCCUPIED: YES. It was an entirely friendly kind of thoroughness.</w:t>
      </w:r>
    </w:p>
    <w:p>
      <w:pPr>
        <w:spacing w:line="360" w:lineRule="auto" w:after="0"/>
        <w:ind w:firstLine="283"/>
      </w:pPr>
      <w:r>
        <w:t>On the table lay a long form, ruled, half-filled. Name: ___. Origin: ___. Purpose of Travel: ___. He read it through. There were forty fields. Every one ended in a full stop.</w:t>
      </w:r>
    </w:p>
    <w:p>
      <w:pPr>
        <w:spacing w:line="360" w:lineRule="auto" w:after="0"/>
        <w:ind w:firstLine="283"/>
      </w:pPr>
      <w:r>
        <w:t>He read the second form. Then the third. He went along the shelf, taking out a ledger here and there, and turned its leaves, and it was a long moment before he saw what it was.</w:t>
      </w:r>
    </w:p>
    <w:p>
      <w:pPr>
        <w:spacing w:line="360" w:lineRule="auto" w:after="0"/>
        <w:ind w:firstLine="283"/>
      </w:pPr>
      <w:r>
        <w:t>"There aren't any questions."</w:t>
      </w:r>
    </w:p>
    <w:p>
      <w:pPr>
        <w:spacing w:line="360" w:lineRule="auto" w:after="0"/>
        <w:ind w:firstLine="283"/>
      </w:pPr>
      <w:r>
        <w:t>"What?"</w:t>
      </w:r>
    </w:p>
    <w:p>
      <w:pPr>
        <w:spacing w:line="360" w:lineRule="auto" w:after="0"/>
        <w:ind w:firstLine="283"/>
      </w:pPr>
      <w:r>
        <w:t>"On the forms. Look." He held one out. "It says Name. It says Origin. There's no what is your name? It's all labels. Nobody's asking anything. It just says what it is and leaves a space." He turned a page. "The ledgers are the same. It's all is. It's all full stops."</w:t>
      </w:r>
    </w:p>
    <w:p>
      <w:pPr>
        <w:spacing w:line="360" w:lineRule="auto" w:after="0"/>
        <w:ind w:firstLine="283"/>
      </w:pPr>
      <w:r>
        <w:t>Vasryn looked at it a long time.</w:t>
      </w:r>
    </w:p>
    <w:p>
      <w:pPr>
        <w:spacing w:line="360" w:lineRule="auto" w:after="0"/>
        <w:ind w:firstLine="283"/>
      </w:pPr>
      <w:r>
        <w:t>"They don't ask," he said at last. "They fill."</w:t>
      </w:r>
    </w:p>
    <w:p>
      <w:pPr>
        <w:spacing w:line="360" w:lineRule="auto" w:after="0"/>
        <w:ind w:firstLine="283"/>
      </w:pPr>
      <w:r>
        <w:t>"That's a horrible thing to build a room out of."</w:t>
      </w:r>
    </w:p>
    <w:p>
      <w:pPr>
        <w:spacing w:line="360" w:lineRule="auto" w:after="0"/>
        <w:ind w:firstLine="283"/>
      </w:pPr>
      <w:r>
        <w:t>"It's a very good one." The old man's voice was flat. "Nobody's ever afraid in it."</w:t>
      </w:r>
    </w:p>
    <w:p>
      <w:pPr>
        <w:spacing w:line="360" w:lineRule="auto" w:after="0"/>
        <w:ind w:firstLine="283"/>
      </w:pPr>
      <w:r>
        <w:t>It was on the table, under the forms, in the grey dust that had gathered on the wood.</w:t>
      </w:r>
    </w:p>
    <w:p>
      <w:pPr>
        <w:spacing w:line="360" w:lineRule="auto" w:after="0"/>
        <w:ind w:firstLine="283"/>
      </w:pPr>
      <w:r>
        <w:t>Kael almost didn't see it. He had leaned his elbows on the table, and the dust came up, and in it, at the edge, below the lamp, someone had drawn a line with a finger. It was a word, two or three inches high, quite clear. The letters were clumsy. They had been made by someone who wasn't used to writing.</w:t>
      </w:r>
    </w:p>
    <w:p>
      <w:pPr>
        <w:spacing w:line="360" w:lineRule="auto" w:after="0"/>
        <w:ind w:firstLine="283"/>
      </w:pPr>
      <w:r>
        <w:t>Who.</w:t>
      </w:r>
    </w:p>
    <w:p>
      <w:pPr>
        <w:spacing w:line="360" w:lineRule="auto" w:after="0"/>
        <w:ind w:firstLine="283"/>
      </w:pPr>
      <w:r>
        <w:t>And then a full stop.</w:t>
      </w:r>
    </w:p>
    <w:p>
      <w:pPr>
        <w:spacing w:line="360" w:lineRule="auto" w:after="0"/>
        <w:ind w:firstLine="283"/>
      </w:pPr>
      <w:r>
        <w:t>He looked at it for a long while. Whoever had written it had meant something longer. A finger in dust runs out. They had begun, and been interrupted, or lost heart, or been taken. The dot was the last mark, a small deep hole where the finger had pressed down and stayed.</w:t>
      </w:r>
    </w:p>
    <w:p>
      <w:pPr>
        <w:spacing w:line="360" w:lineRule="auto" w:after="0"/>
        <w:ind w:firstLine="283"/>
      </w:pPr>
      <w:r>
        <w:t>But the Registry's grammar had done the rest. It was a label now. Who. A thing in the room. A noun. The question had been left on the table by someone who had meant it, and the room had filed it.</w:t>
      </w:r>
    </w:p>
    <w:p>
      <w:pPr>
        <w:spacing w:line="360" w:lineRule="auto" w:after="0"/>
        <w:ind w:firstLine="283"/>
      </w:pPr>
      <w:r>
        <w:t>Kael took out the chalk. It was Vasryn's stub, which he had been carrying since the fork, with the old man's leave. He did not write on the table. He leaned, with the tip, and touched the dot, and drew out of it a long slow curve, up and round and back, like the hook of a shepherd's crook, and under it, a little apart, a second dot.</w:t>
      </w:r>
    </w:p>
    <w:p>
      <w:pPr>
        <w:spacing w:line="360" w:lineRule="auto" w:after="0"/>
        <w:ind w:firstLine="283"/>
      </w:pPr>
      <w:r>
        <w:t>It was not a good question mark. It was wrong. The hook leaned, and the dot was blurred.</w:t>
      </w:r>
    </w:p>
    <w:p>
      <w:pPr>
        <w:spacing w:line="360" w:lineRule="auto" w:after="0"/>
        <w:ind w:firstLine="283"/>
      </w:pPr>
      <w:r>
        <w:t>He looked at it. Behind him, Vasryn said nothing. Then there was a small noise, a breath let go.</w:t>
      </w:r>
    </w:p>
    <w:p>
      <w:pPr>
        <w:spacing w:line="360" w:lineRule="auto" w:after="0"/>
        <w:ind w:firstLine="283"/>
      </w:pPr>
      <w:r>
        <w:t>"That's the one," the old man said.</w:t>
      </w:r>
    </w:p>
    <w:p>
      <w:pPr>
        <w:spacing w:line="360" w:lineRule="auto" w:after="0"/>
        <w:ind w:firstLine="283"/>
      </w:pPr>
      <w:r>
        <w:t>The door was the problem.</w:t>
      </w:r>
    </w:p>
    <w:p>
      <w:pPr>
        <w:spacing w:line="360" w:lineRule="auto" w:after="0"/>
        <w:ind w:firstLine="283"/>
      </w:pPr>
      <w:r>
        <w:t>Kael sat down on the floor in front of it, with the mallet across his knee, and looked at it the way his father had looked at things. Not at the plate. At the hang.</w:t>
      </w:r>
    </w:p>
    <w:p>
      <w:pPr>
        <w:spacing w:line="360" w:lineRule="auto" w:after="0"/>
        <w:ind w:firstLine="283"/>
      </w:pPr>
      <w:r>
        <w:t>His father had said a door told you where the house leaned. He had said you hang it plumb, and the gap shows you. Kael got on his hands and knees and looked at the gap. At the top it was a straw wide. At the bottom, a finger. Along the hinge side there was none at all, a seam of black shadow, close and clean. It was a good job.</w:t>
      </w:r>
    </w:p>
    <w:p>
      <w:pPr>
        <w:spacing w:line="360" w:lineRule="auto" w:after="0"/>
        <w:ind w:firstLine="283"/>
      </w:pPr>
      <w:r>
        <w:t>The hinges were on the inside.</w:t>
      </w:r>
    </w:p>
    <w:p>
      <w:pPr>
        <w:spacing w:line="360" w:lineRule="auto" w:after="0"/>
        <w:ind w:firstLine="283"/>
      </w:pPr>
      <w:r>
        <w:t>He saw it, and sat back on his heels. The door opened inward. The latch was out of reach. But the hinges were three long brass-knuckled butts, set into the jamb on the room's side, and each one was held by a pin. A plain pin, with a round head, sitting a finger proud of the knuckle. Nobody had thought of it, because nobody had thought a person might be in here wanting out.</w:t>
      </w:r>
    </w:p>
    <w:p>
      <w:pPr>
        <w:spacing w:line="360" w:lineRule="auto" w:after="0"/>
        <w:ind w:firstLine="283"/>
      </w:pPr>
      <w:r>
        <w:t>"Vasryn. A nail."</w:t>
      </w:r>
    </w:p>
    <w:p>
      <w:pPr>
        <w:spacing w:line="360" w:lineRule="auto" w:after="0"/>
        <w:ind w:firstLine="283"/>
      </w:pPr>
      <w:r>
        <w:t>"A nail."</w:t>
      </w:r>
    </w:p>
    <w:p>
      <w:pPr>
        <w:spacing w:line="360" w:lineRule="auto" w:after="0"/>
        <w:ind w:firstLine="283"/>
      </w:pPr>
      <w:r>
        <w:t>"Or a spike. Anything that goes in a thing and comes out the other side."</w:t>
      </w:r>
    </w:p>
    <w:p>
      <w:pPr>
        <w:spacing w:line="360" w:lineRule="auto" w:after="0"/>
        <w:ind w:firstLine="283"/>
      </w:pPr>
      <w:r>
        <w:t>The old man looked at him. Then he went to the stove, and rummaged in the coke, and came back with a long iron poker, with a point.</w:t>
      </w:r>
    </w:p>
    <w:p>
      <w:pPr>
        <w:spacing w:line="360" w:lineRule="auto" w:after="0"/>
        <w:ind w:firstLine="283"/>
      </w:pPr>
      <w:r>
        <w:t>Kael set it against the bottom pin, under the head. He raised the mallet. He thought of his father's iron wedge, bent, in a coat. It's only a tool. He tapped, upward, once, and the pin went up a quarter-inch with a screech. He tapped again. It rose, and stood out, bright and greasy, and he took it between his fingers and drew it clean.</w:t>
      </w:r>
    </w:p>
    <w:p>
      <w:pPr>
        <w:spacing w:line="360" w:lineRule="auto" w:after="0"/>
        <w:ind w:firstLine="283"/>
      </w:pPr>
      <w:r>
        <w:t>The middle hinge came easier. The top took three blows, and a curse.</w:t>
      </w:r>
    </w:p>
    <w:p>
      <w:pPr>
        <w:spacing w:line="360" w:lineRule="auto" w:after="0"/>
        <w:ind w:firstLine="283"/>
      </w:pPr>
      <w:r>
        <w:t>The door did not fall. It leaned, held only by the latch, a three-inch slab of oak in a frame, and Vasryn put his shoulder to the hinge edge and lifted, and the whole door swung out of its frame on the latch side like a drawbridge and came away from the jamb, and the rain came in.</w:t>
      </w:r>
    </w:p>
    <w:p>
      <w:pPr>
        <w:spacing w:line="360" w:lineRule="auto" w:after="0"/>
        <w:ind w:firstLine="283"/>
      </w:pPr>
      <w:r>
        <w:t>They stood in the opening, with the evening on their faces.</w:t>
      </w:r>
    </w:p>
    <w:p>
      <w:pPr>
        <w:spacing w:line="360" w:lineRule="auto" w:after="0"/>
        <w:ind w:firstLine="283"/>
      </w:pPr>
      <w:r>
        <w:t>"A door tells the truth," Kael said. His voice shook.</w:t>
      </w:r>
    </w:p>
    <w:p>
      <w:pPr>
        <w:spacing w:line="360" w:lineRule="auto" w:after="0"/>
        <w:ind w:firstLine="283"/>
      </w:pPr>
      <w:r>
        <w:t>"Does it?"</w:t>
      </w:r>
    </w:p>
    <w:p>
      <w:pPr>
        <w:spacing w:line="360" w:lineRule="auto" w:after="0"/>
        <w:ind w:firstLine="283"/>
      </w:pPr>
      <w:r>
        <w:t>"If you look at it right."</w:t>
      </w:r>
    </w:p>
    <w:p>
      <w:pPr>
        <w:spacing w:line="360" w:lineRule="auto" w:after="0"/>
        <w:ind w:firstLine="283"/>
      </w:pPr>
      <w:r>
        <w:t>The old man laid a hand on his shoulder. It was a long time before either of them said anything, and then it was Vasryn, who looked back at the room and the label on the chair and the question in the dust, and said, "Leave it. Let them find it."</w:t>
      </w:r>
    </w:p>
    <w:p>
      <w:pPr>
        <w:spacing w:line="360" w:lineRule="auto" w:after="0"/>
        <w:ind w:firstLine="283"/>
      </w:pPr>
      <w:r>
        <w:t>"Which?"</w:t>
      </w:r>
    </w:p>
    <w:p>
      <w:pPr>
        <w:spacing w:line="360" w:lineRule="auto" w:after="0"/>
        <w:ind w:firstLine="283"/>
      </w:pPr>
      <w:r>
        <w:t>"All of it." He bent, and picked up the iron. "Let it be found."</w:t>
      </w:r>
    </w:p>
    <w:p>
      <w:pPr>
        <w:spacing w:line="360" w:lineRule="auto" w:after="0"/>
        <w:ind w:firstLine="283"/>
      </w:pPr>
      <w:r>
        <w:t>They went out into the rain and left the door on the floor, and the hinges in the grass, and on the table, in a small clumsy hand, the hook of a question that did not end.</w:t>
      </w:r>
    </w:p>
    <w:p>
      <w:pPr>
        <w:ind w:firstLine="0"/>
        <w:jc w:val="center"/>
      </w:pPr>
      <w:r>
        <w:rPr>
          <w:color w:val="AAAAAA"/>
        </w:rPr>
        <w:t>❖</w:t>
      </w:r>
    </w:p>
    <w:p>
      <w:pPr>
        <w:spacing w:before="360" w:after="240"/>
        <w:ind w:firstLine="0"/>
        <w:jc w:val="center"/>
      </w:pPr>
      <w:r>
        <w:rPr>
          <w:b/>
          <w:i/>
          <w:color w:val="333333"/>
          <w:sz w:val="26"/>
        </w:rPr>
        <w:t>Step 27 — The Ribbon on the Salt (Kael)</w:t>
      </w:r>
    </w:p>
    <w:p>
      <w:pPr>
        <w:spacing w:line="360" w:lineRule="auto" w:after="0"/>
        <w:ind w:firstLine="283"/>
      </w:pPr>
      <w:r>
        <w:t>‖ ∧</w:t>
      </w:r>
    </w:p>
    <w:p>
      <w:pPr>
        <w:spacing w:line="360" w:lineRule="auto" w:after="0"/>
        <w:ind w:firstLine="283"/>
      </w:pPr>
      <w:r>
        <w:t>At the twelfth town there was a map nailed to the wall of the inn.</w:t>
      </w:r>
    </w:p>
    <w:p>
      <w:pPr>
        <w:spacing w:line="360" w:lineRule="auto" w:after="0"/>
        <w:ind w:firstLine="283"/>
      </w:pPr>
      <w:r>
        <w:t>Kael watched Vasryn read it. The old man stood close but didn't touch, hands at his sides, in the way he stood in front of anything he didn't want to disturb. It was parchment, and it hadn't been drawn so much as copied, from some source nobody named. The towns were on it, and the roads and rivers, and at every town a small chalk caret with a number beside it.</w:t>
      </w:r>
    </w:p>
    <w:p>
      <w:pPr>
        <w:spacing w:line="360" w:lineRule="auto" w:after="0"/>
        <w:ind w:firstLine="283"/>
      </w:pPr>
      <w:r>
        <w:t>Vasryn looked at the numbers the way he looked at cracks, patiently, waiting for them to argue.</w:t>
      </w:r>
    </w:p>
    <w:p>
      <w:pPr>
        <w:spacing w:line="360" w:lineRule="auto" w:after="0"/>
        <w:ind w:firstLine="283"/>
      </w:pPr>
      <w:r>
        <w:t>"Don't touch it," said the innkeeper from behind the bar. He had a rag in one hand and a glass he'd been polishing since they came in. "It knows."</w:t>
      </w:r>
    </w:p>
    <w:p>
      <w:pPr>
        <w:spacing w:line="360" w:lineRule="auto" w:after="0"/>
        <w:ind w:firstLine="283"/>
      </w:pPr>
      <w:r>
        <w:t>"Knows what?"</w:t>
      </w:r>
    </w:p>
    <w:p>
      <w:pPr>
        <w:spacing w:line="360" w:lineRule="auto" w:after="0"/>
        <w:ind w:firstLine="283"/>
      </w:pPr>
      <w:r>
        <w:t>"Who's been. Who's gone."</w:t>
      </w:r>
    </w:p>
    <w:p>
      <w:pPr>
        <w:spacing w:line="360" w:lineRule="auto" w:after="0"/>
        <w:ind w:firstLine="283"/>
      </w:pPr>
      <w:r>
        <w:t>Kael stood by the door, where the light was. On the map the twelfth town sat right where they were standing, and beside it was a number. It was a 2.</w:t>
      </w:r>
    </w:p>
    <w:p>
      <w:pPr>
        <w:spacing w:line="360" w:lineRule="auto" w:after="0"/>
        <w:ind w:firstLine="283"/>
      </w:pPr>
      <w:r>
        <w:t>He was nearly sure it hadn't been there when they came in. He was entirely sure that if he went back out and came in again, it would say 4.</w:t>
      </w:r>
    </w:p>
    <w:p>
      <w:pPr>
        <w:spacing w:line="360" w:lineRule="auto" w:after="0"/>
        <w:ind w:firstLine="283"/>
      </w:pPr>
      <w:r>
        <w:t>The Registry's roads ran north and south, salted and tidy. The east road ran to the ridge and stopped. It didn't fade. The ink simply sat where the ridge sat and would not go over, and past it, where a valley ought to have been, the parchment was bare.</w:t>
      </w:r>
    </w:p>
    <w:p>
      <w:pPr>
        <w:spacing w:line="360" w:lineRule="auto" w:after="0"/>
        <w:ind w:firstLine="283"/>
      </w:pPr>
      <w:r>
        <w:t>Vasryn's hand went to his pocket and came out with the chalk. He held it a moment in front of the blank. Then he put it back.</w:t>
      </w:r>
    </w:p>
    <w:p>
      <w:pPr>
        <w:spacing w:line="360" w:lineRule="auto" w:after="0"/>
        <w:ind w:firstLine="283"/>
      </w:pPr>
      <w:r>
        <w:t>In the bottom corner, where the parchment had curled away from its nail, someone had made a small crooked mark. It wasn't a caret and it wasn't a number. It looked like a want. A line that didn't belong to the map's grammar at all, in chalk, in a hand that was not the map's, and the chalk was the same color as Vasryn's.</w:t>
      </w:r>
    </w:p>
    <w:p>
      <w:pPr>
        <w:spacing w:line="360" w:lineRule="auto" w:after="0"/>
        <w:ind w:firstLine="283"/>
      </w:pPr>
      <w:r>
        <w:t>The old man looked at it the way he had looked at the word in the dust at Node 3. He didn't touch it. He didn't copy it. His face did the thing it did, the held breath, and Kael, who had learned to read that face the way you learn a language by living in it, couldn't tell what he saw. Only that it was something.</w:t>
      </w:r>
    </w:p>
    <w:p>
      <w:pPr>
        <w:spacing w:line="360" w:lineRule="auto" w:after="0"/>
        <w:ind w:firstLine="283"/>
      </w:pPr>
      <w:r>
        <w:t>They left. The thirteenth town was half a day east.</w:t>
      </w:r>
    </w:p>
    <w:p>
      <w:pPr>
        <w:spacing w:line="360" w:lineRule="auto" w:after="0"/>
        <w:ind w:firstLine="283"/>
      </w:pPr>
      <w:r>
        <w:t>The girl was six. She had a red ribbon in her hair. She was gone by noon.</w:t>
      </w:r>
    </w:p>
    <w:p>
      <w:pPr>
        <w:spacing w:line="360" w:lineRule="auto" w:after="0"/>
        <w:ind w:firstLine="283"/>
      </w:pPr>
      <w:r>
        <w:t>Kael heard the mother first. It wasn't a word. It was the sound a person makes when a thing they were about to say has been lifted out of their mouth before they could say it: the shape of a name, with the name missing. He had heard it once before, in the town where the sounds had been taken, and it had been bad enough there. This was closer. This was a throat, and the throat was her mother's.</w:t>
      </w:r>
    </w:p>
    <w:p>
      <w:pPr>
        <w:spacing w:line="360" w:lineRule="auto" w:after="0"/>
        <w:ind w:firstLine="283"/>
      </w:pPr>
      <w:r>
        <w:t>The town searched. The men walked the fields in lines, ten paces apart, beating the barley with sticks. The women went door to door, and they asked the same question at every door and got the same answer, and asked it again anyway. Vasryn walked with the men, and Kael walked behind Vasryn, and the old man read the ground the way he read everything, with his hands. A fence post. A wall. The stones at the edge of a field. He was looking for something, and Kael did not know what.</w:t>
      </w:r>
    </w:p>
    <w:p>
      <w:pPr>
        <w:spacing w:line="360" w:lineRule="auto" w:after="0"/>
        <w:ind w:firstLine="283"/>
      </w:pPr>
      <w:r>
        <w:t>The girl was not in the fields. Not in the houses. Not by the river. Not anywhere a six-year-old could go.</w:t>
      </w:r>
    </w:p>
    <w:p>
      <w:pPr>
        <w:spacing w:line="360" w:lineRule="auto" w:after="0"/>
        <w:ind w:firstLine="283"/>
      </w:pPr>
      <w:r>
        <w:t>At the edge of town, where the Registry's clean white line began, Vasryn stopped and crouched.</w:t>
      </w:r>
    </w:p>
    <w:p>
      <w:pPr>
        <w:spacing w:line="360" w:lineRule="auto" w:after="0"/>
        <w:ind w:firstLine="283"/>
      </w:pPr>
      <w:r>
        <w:t>Out on the salt, a quarter mile along, something small and red lay on the crust.</w:t>
      </w:r>
    </w:p>
    <w:p>
      <w:pPr>
        <w:spacing w:line="360" w:lineRule="auto" w:after="0"/>
        <w:ind w:firstLine="283"/>
      </w:pPr>
      <w:r>
        <w:t>He walked all that way without hurrying. Kael went after him. It was a ribbon, the red gone brown along its fold, and the loop of it was still knotted, tied in the quick tight bow a mother ties in the morning. It had not come undone. It lay on the salt as though the head it belonged to had simply slipped out of it.</w:t>
      </w:r>
    </w:p>
    <w:p>
      <w:pPr>
        <w:spacing w:line="360" w:lineRule="auto" w:after="0"/>
        <w:ind w:firstLine="283"/>
      </w:pPr>
      <w:r>
        <w:t>Vasryn picked it up and held it. He folded it once, the brown fold hiding against itself, and put it in the pocket over his heart.</w:t>
      </w:r>
    </w:p>
    <w:p>
      <w:pPr>
        <w:spacing w:line="360" w:lineRule="auto" w:after="0"/>
        <w:ind w:firstLine="283"/>
      </w:pPr>
      <w:r>
        <w:t>His hand stayed there a breath longer than a pocket needs. Then it came away. Kael didn't ask. He knew a kept thing when he saw one.</w:t>
      </w:r>
    </w:p>
    <w:p>
      <w:pPr>
        <w:spacing w:line="360" w:lineRule="auto" w:after="0"/>
        <w:ind w:firstLine="283"/>
      </w:pPr>
      <w:r>
        <w:t>They walked back to the town. The mother was sitting on the well-curb with her apron in both fists, balled up, as if it might be taken too. She wasn't calling and she wasn't crying. She was just sitting on the warm stone in the sun, and the apron was the color of every morning she'd ever had.</w:t>
      </w:r>
    </w:p>
    <w:p>
      <w:pPr>
        <w:spacing w:line="360" w:lineRule="auto" w:after="0"/>
        <w:ind w:firstLine="283"/>
      </w:pPr>
      <w:r>
        <w:t>Vasryn went to the well. He set his hand on the curb a hand's width from hers. He didn't speak. Neither of them moved. After a while the father came, the face of a man who has walked every field and come home with nothing, and stood behind her without touching her. His mouth opened. What came out was the same sound she'd made. The shape of the name, and no name.</w:t>
      </w:r>
    </w:p>
    <w:p>
      <w:pPr>
        <w:spacing w:line="360" w:lineRule="auto" w:after="0"/>
        <w:ind w:firstLine="283"/>
      </w:pPr>
      <w:r>
        <w:t>Nobody said it. Nobody could. That was the whole thing. A whole town stood round a well and could not say a six-year-old's name, and not one of them could have told you why they were so sure it was the right name to say.</w:t>
      </w:r>
    </w:p>
    <w:p>
      <w:pPr>
        <w:spacing w:line="360" w:lineRule="auto" w:after="0"/>
        <w:ind w:firstLine="283"/>
      </w:pPr>
      <w:r>
        <w:t>Vasryn took his hand from the stone. There was nothing in the world he could do for her, and he stood there anyway, long enough that it counted for something. Then he walked to the road.</w:t>
      </w:r>
    </w:p>
    <w:p>
      <w:pPr>
        <w:spacing w:line="360" w:lineRule="auto" w:after="0"/>
        <w:ind w:firstLine="283"/>
      </w:pPr>
      <w:r>
        <w:t>Kael looked back from the gate. The mother hadn't moved. The well was warm and the apron was in her lap and she sat very straight, like somebody waiting to be called.</w:t>
      </w:r>
    </w:p>
    <w:p>
      <w:pPr>
        <w:spacing w:line="360" w:lineRule="auto" w:after="0"/>
        <w:ind w:firstLine="283"/>
      </w:pPr>
      <w:r>
        <w:t>He caught up with the old man. The pocket held the ribbon. They walked east, and for a long time neither of them said a word.</w:t>
      </w:r>
    </w:p>
    <w:p>
      <w:pPr>
        <w:ind w:firstLine="0"/>
        <w:jc w:val="center"/>
      </w:pPr>
      <w:r>
        <w:rPr>
          <w:color w:val="AAAAAA"/>
        </w:rPr>
        <w:t>❖</w:t>
      </w:r>
    </w:p>
    <w:p>
      <w:pPr>
        <w:spacing w:before="360" w:after="240"/>
        <w:ind w:firstLine="0"/>
        <w:jc w:val="center"/>
      </w:pPr>
      <w:r>
        <w:rPr>
          <w:b/>
          <w:i/>
          <w:color w:val="333333"/>
          <w:sz w:val="26"/>
        </w:rPr>
        <w:t>Step 28 — The Chair That Was Too Low (Mira)</w:t>
      </w:r>
    </w:p>
    <w:p>
      <w:pPr>
        <w:spacing w:line="360" w:lineRule="auto" w:after="0"/>
        <w:ind w:firstLine="283"/>
      </w:pPr>
      <w:r>
        <w:t>‖ ∧</w:t>
      </w:r>
    </w:p>
    <w:p>
      <w:pPr>
        <w:spacing w:line="360" w:lineRule="auto" w:after="0"/>
        <w:ind w:firstLine="283"/>
      </w:pPr>
      <w:r>
        <w:t>The chair was three inches too low.</w:t>
      </w:r>
    </w:p>
    <w:p>
      <w:pPr>
        <w:spacing w:line="360" w:lineRule="auto" w:after="0"/>
        <w:ind w:firstLine="283"/>
      </w:pPr>
      <w:r>
        <w:t>Mira's knees came up level with the desk's edge. Her forearms lay across the oak at the wrong angle, the wrist bent, the nib having to reach down to the page instead of across it. Her right shoulder rode lower than her left, the working shoulder, the one that carried the weight of the hand. After eleven years she no longer noticed any of it, which was exactly the problem. The body had made its peace with a thing the mind had never agreed to.</w:t>
      </w:r>
    </w:p>
    <w:p>
      <w:pPr>
        <w:spacing w:line="360" w:lineRule="auto" w:after="0"/>
        <w:ind w:firstLine="283"/>
      </w:pPr>
      <w:r>
        <w:t>She had a callus on the middle finger where the quill rode, a small hard ridge that never softened. She had a place in the small of her back, just above the pelvis, where the spine curved the wrong way to match the chair. It ached when she sat down. It ached when she stood up. It was not, she supposed, anything you could put in a column.</w:t>
      </w:r>
    </w:p>
    <w:p>
      <w:pPr>
        <w:spacing w:line="360" w:lineRule="auto" w:after="0"/>
        <w:ind w:firstLine="283"/>
      </w:pPr>
      <w:r>
        <w:t>She had looked at the chair once, in her first month, and wondered about it. The legs had been cut down. The cut was clean and old, the grain pale where the lathe-work stopped and the raw wood began. There was no stamp on it. Everything the Registry owned carried a stamp, a small burned circle, so that nobody could mistake what belonged to whom. This chair had none. The front rung was worn smooth, but not the way a desk-chair wears, where feet rest and shift and tap. It was worn the way a kitchen chair wears, by people who sat down at the end of a long day and put their feet toward a fire.</w:t>
      </w:r>
    </w:p>
    <w:p>
      <w:pPr>
        <w:spacing w:line="360" w:lineRule="auto" w:after="0"/>
        <w:ind w:firstLine="283"/>
      </w:pPr>
      <w:r>
        <w:t>She'd never found out whose it was. She'd stopped asking in the second year. The chair was where she sat, as the cup was her cup and the quill her quill, and a person can live a long time inside a small mystery as long as it stays small.</w:t>
      </w:r>
    </w:p>
    <w:p>
      <w:pPr>
        <w:spacing w:line="360" w:lineRule="auto" w:after="0"/>
        <w:ind w:firstLine="283"/>
      </w:pPr>
      <w:r>
        <w:t>The mass list lay on the desk beside the quarterly ledger.</w:t>
      </w:r>
    </w:p>
    <w:p>
      <w:pPr>
        <w:spacing w:line="360" w:lineRule="auto" w:after="0"/>
        <w:ind w:firstLine="283"/>
      </w:pPr>
      <w:r>
        <w:t>It was loose sheets, not bound, ruled in red-brown. Household. Head. Members. Ward. Street. District. Intake. Disposition. The entries were to go in black. She had been given it that morning by a clerk who didn't look at her, and she had not asked what the word disposition would come to mean on this list, because she was a competent clerk and competent clerks do not need to ask.</w:t>
      </w:r>
    </w:p>
    <w:p>
      <w:pPr>
        <w:spacing w:line="360" w:lineRule="auto" w:after="0"/>
        <w:ind w:firstLine="283"/>
      </w:pPr>
      <w:r>
        <w:t>She dipped her pen. The hand moved down the first column.</w:t>
      </w:r>
    </w:p>
    <w:p>
      <w:pPr>
        <w:spacing w:line="360" w:lineRule="auto" w:after="0"/>
        <w:ind w:firstLine="283"/>
      </w:pPr>
      <w:r>
        <w:t>The cooper of the second ward. The sail-maker of the first. A man and a woman in the third, no children. The chandler. The widow who kept the pigeons. A household of the third ward, a man, a woman, a daughter. The smith on Iron Street, whose forge she'd noted in a report once for its remarkable chimney. She copied each disposition as written. The burr in the nib left its double-track down the page. The work was the work. Her hand knew it so well that it could have gone on without her.</w:t>
      </w:r>
    </w:p>
    <w:p>
      <w:pPr>
        <w:spacing w:line="360" w:lineRule="auto" w:after="0"/>
        <w:ind w:firstLine="283"/>
      </w:pPr>
      <w:r>
        <w:t>The eighth household was in the fourth ward.</w:t>
      </w:r>
    </w:p>
    <w:p>
      <w:pPr>
        <w:spacing w:line="360" w:lineRule="auto" w:after="0"/>
        <w:ind w:firstLine="283"/>
      </w:pPr>
      <w:r>
        <w:t>Head: the mother. Members: the mother, the father, one child. The child was four.</w:t>
      </w:r>
    </w:p>
    <w:p>
      <w:pPr>
        <w:spacing w:line="360" w:lineRule="auto" w:after="0"/>
        <w:ind w:firstLine="283"/>
      </w:pPr>
      <w:r>
        <w:t>The hand stopped.</w:t>
      </w:r>
    </w:p>
    <w:p>
      <w:pPr>
        <w:spacing w:line="360" w:lineRule="auto" w:after="0"/>
        <w:ind w:firstLine="283"/>
      </w:pPr>
      <w:r>
        <w:t>She knew the child. She had walked the fourth ward at the spring inspection, and he'd been standing in the door of that house, solemn, in a shirt too big for him, holding the doorframe as though it were holding him. She remembered thinking that he looked as though he were being very careful with something. He had been four then. He was four now, according to a column that had no way of knowing otherwise. His name was under her nib.</w:t>
      </w:r>
    </w:p>
    <w:p>
      <w:pPr>
        <w:spacing w:line="360" w:lineRule="auto" w:after="0"/>
        <w:ind w:firstLine="283"/>
      </w:pPr>
      <w:r>
        <w:t>She held there.</w:t>
      </w:r>
    </w:p>
    <w:p>
      <w:pPr>
        <w:spacing w:line="360" w:lineRule="auto" w:after="0"/>
        <w:ind w:firstLine="283"/>
      </w:pPr>
      <w:r>
        <w:t>The lamp was low. It threw the shadow of her hand across the page, and the shadow didn't move either. The iron-gall dried slowly on the tip. Across the aisle Pell was humming his three nervous notes, which had been the sound of the room for so long that she'd have noticed their absence before their presence.</w:t>
      </w:r>
    </w:p>
    <w:p>
      <w:pPr>
        <w:spacing w:line="360" w:lineRule="auto" w:after="0"/>
        <w:ind w:firstLine="283"/>
      </w:pPr>
      <w:r>
        <w:t>She thought, with the extreme clarity that arrives at the edge of something: I could stop here. Nobody would know. I could say the nib broke. And then, immediately behind it, the thought she liked less: And the next clerk would write it.</w:t>
      </w:r>
    </w:p>
    <w:p>
      <w:pPr>
        <w:spacing w:line="360" w:lineRule="auto" w:after="0"/>
        <w:ind w:firstLine="283"/>
      </w:pPr>
      <w:r>
        <w:t>Her hand moved.</w:t>
      </w:r>
    </w:p>
    <w:p>
      <w:pPr>
        <w:spacing w:line="360" w:lineRule="auto" w:after="0"/>
        <w:ind w:firstLine="283"/>
      </w:pPr>
      <w:r>
        <w:t>It drew a thin line through the household, a single stroke, in black. It did not touch the child's name. Above the struck line she wrote a new one, in her neatest hand. A household name that the record did not hold. A ward that was on none of the Registry's maps. A street the city had never laid. A district number nobody had assigned. The nib laid down its double-track and the false address stood in the column, perfect, neat and impossible, with the child's real name still sitting underneath it in the red-brown, like a stone under snow.</w:t>
      </w:r>
    </w:p>
    <w:p>
      <w:pPr>
        <w:spacing w:line="360" w:lineRule="auto" w:after="0"/>
        <w:ind w:firstLine="283"/>
      </w:pPr>
      <w:r>
        <w:t>If anyone came with a lime-cart looking for that household, they'd find a street that wasn't there.</w:t>
      </w:r>
    </w:p>
    <w:p>
      <w:pPr>
        <w:spacing w:line="360" w:lineRule="auto" w:after="0"/>
        <w:ind w:firstLine="283"/>
      </w:pPr>
      <w:r>
        <w:t>It had taken about nine seconds. She was aware that she had not known she was a person who could do that. It was a useful thing to learn, and she'd have preferred to learn it somewhere else.</w:t>
      </w:r>
    </w:p>
    <w:p>
      <w:pPr>
        <w:spacing w:line="360" w:lineRule="auto" w:after="0"/>
        <w:ind w:firstLine="283"/>
      </w:pPr>
      <w:r>
        <w:t>She put down the pen, nib up. She folded the mass list once, sharp, along the paper's grain, and opened the clerk's drawer at her right hand, the drawer for finished sheets, already thick with the morning's work. She laid the list in. She shut the drawer. The wood met the frame with the soft sound of wood meeting wood where it had met for years. Not a click. Not a knock.</w:t>
      </w:r>
    </w:p>
    <w:p>
      <w:pPr>
        <w:spacing w:line="360" w:lineRule="auto" w:after="0"/>
        <w:ind w:firstLine="283"/>
      </w:pPr>
      <w:r>
        <w:t>She left her hand flat on top of it. The oak was cool and the grain was worn smooth, and under her palm it felt exactly like any other drawer.</w:t>
      </w:r>
    </w:p>
    <w:p>
      <w:pPr>
        <w:spacing w:line="360" w:lineRule="auto" w:after="0"/>
        <w:ind w:firstLine="283"/>
      </w:pPr>
      <w:r>
        <w:t>It was a very long time before she took her hand away. The chair was too low. The ink on the nib had begun to dry.</w:t>
      </w:r>
    </w:p>
    <w:p>
      <w:pPr>
        <w:ind w:firstLine="0"/>
        <w:jc w:val="center"/>
      </w:pPr>
      <w:r>
        <w:rPr>
          <w:color w:val="AAAAAA"/>
        </w:rPr>
        <w:t>❖</w:t>
      </w:r>
    </w:p>
    <w:p>
      <w:pPr>
        <w:spacing w:before="360" w:after="240"/>
        <w:ind w:firstLine="0"/>
        <w:jc w:val="center"/>
      </w:pPr>
      <w:r>
        <w:rPr>
          <w:b/>
          <w:i/>
          <w:color w:val="333333"/>
          <w:sz w:val="26"/>
        </w:rPr>
        <w:t>Step 29 — The Word Safe (Vasryn)</w:t>
      </w:r>
    </w:p>
    <w:p>
      <w:pPr>
        <w:spacing w:line="360" w:lineRule="auto" w:after="0"/>
        <w:ind w:firstLine="283"/>
      </w:pPr>
      <w:r>
        <w:t>‖ ∧</w:t>
      </w:r>
    </w:p>
    <w:p>
      <w:pPr>
        <w:spacing w:line="360" w:lineRule="auto" w:after="0"/>
        <w:ind w:firstLine="283"/>
      </w:pPr>
      <w:r>
        <w:t>The fourteenth town had an inn with its door open, and the light from the door fell across a table and the man sitting at it.</w:t>
      </w:r>
    </w:p>
    <w:p>
      <w:pPr>
        <w:spacing w:line="360" w:lineRule="auto" w:after="0"/>
        <w:ind w:firstLine="283"/>
      </w:pPr>
      <w:r>
        <w:t>The room was low-ceilinged and the hearth threw more shadow than light. The man wore the grey of the Registry. A book lay on the table in front of him, the size of a small door, and his hands were flat on its cover, still, the way clerks' hands are still. His eyes were the slate-grey of the indexers. They didn't see Vasryn at first. They saw the room as columns, as entries, as the spaces between entries.</w:t>
      </w:r>
    </w:p>
    <w:p>
      <w:pPr>
        <w:spacing w:line="360" w:lineRule="auto" w:after="0"/>
        <w:ind w:firstLine="283"/>
      </w:pPr>
      <w:r>
        <w:t>Vasryn stood in the doorway under the Mantle. The coat was on his back with the cuffs turned back twice. His knee clicked on the third step.</w:t>
      </w:r>
    </w:p>
    <w:p>
      <w:pPr>
        <w:spacing w:line="360" w:lineRule="auto" w:after="0"/>
        <w:ind w:firstLine="283"/>
      </w:pPr>
      <w:r>
        <w:t>The man looked up.</w:t>
      </w:r>
    </w:p>
    <w:p>
      <w:pPr>
        <w:spacing w:line="360" w:lineRule="auto" w:after="0"/>
        <w:ind w:firstLine="283"/>
      </w:pPr>
      <w:r>
        <w:t>The slate-grey went out of his eyes. For one breath, behind it, they belonged to a boy on a scaffold, eating the heel of a loaf and picking mortar from under his thumbnail. A boy who had shared a kitchen table with another boy, in a house where the kettle had gone cold and a father who sat at the gate sat there one day and then didn't. A boy who had gone north one morning with a pack on his back and come back with the grey on his shoulders and a book under his arm. Who had stood on the scaffold at Koric and said something about fixing every town, and been answered with the one thing you do not say to a brother.</w:t>
      </w:r>
    </w:p>
    <w:p>
      <w:pPr>
        <w:spacing w:line="360" w:lineRule="auto" w:after="0"/>
        <w:ind w:firstLine="283"/>
      </w:pPr>
      <w:r>
        <w:t>The breath ended. The slate-grey came back. But Vasryn had seen it.</w:t>
      </w:r>
    </w:p>
    <w:p>
      <w:pPr>
        <w:spacing w:line="360" w:lineRule="auto" w:after="0"/>
        <w:ind w:firstLine="283"/>
      </w:pPr>
      <w:r>
        <w:t>"Vasryn," the man said.</w:t>
      </w:r>
    </w:p>
    <w:p>
      <w:pPr>
        <w:spacing w:line="360" w:lineRule="auto" w:after="0"/>
        <w:ind w:firstLine="283"/>
      </w:pPr>
      <w:r>
        <w:t>"Elias."</w:t>
      </w:r>
    </w:p>
    <w:p>
      <w:pPr>
        <w:spacing w:line="360" w:lineRule="auto" w:after="0"/>
        <w:ind w:firstLine="283"/>
      </w:pPr>
      <w:r>
        <w:t>They did not embrace.</w:t>
      </w:r>
    </w:p>
    <w:p>
      <w:pPr>
        <w:spacing w:line="360" w:lineRule="auto" w:after="0"/>
        <w:ind w:firstLine="283"/>
      </w:pPr>
      <w:r>
        <w:t>Elias's hand came across the table. His fingers found the cuff of Vasryn's coat, turned back twice, the grandmother's father's turnings, older than both of them. He held the fold between two fingers for one breath: cloth, and bone, and the years. Then he let it go. The cuff dropped against the wrist. The turnings held.</w:t>
      </w:r>
    </w:p>
    <w:p>
      <w:pPr>
        <w:spacing w:line="360" w:lineRule="auto" w:after="0"/>
        <w:ind w:firstLine="283"/>
      </w:pPr>
      <w:r>
        <w:t>"Sit," Elias said.</w:t>
      </w:r>
    </w:p>
    <w:p>
      <w:pPr>
        <w:spacing w:line="360" w:lineRule="auto" w:after="0"/>
        <w:ind w:firstLine="283"/>
      </w:pPr>
      <w:r>
        <w:t>Vasryn sat. Kael had gone to the fire and was drying his feet, and he watched the room the way he'd learned to, doors first, then windows, then hands. He hadn't spoken since they came in. He didn't speak now.</w:t>
      </w:r>
    </w:p>
    <w:p>
      <w:pPr>
        <w:spacing w:line="360" w:lineRule="auto" w:after="0"/>
        <w:ind w:firstLine="283"/>
      </w:pPr>
      <w:r>
        <w:t>"You're carrying the Mantle," Elias said.</w:t>
      </w:r>
    </w:p>
    <w:p>
      <w:pPr>
        <w:spacing w:line="360" w:lineRule="auto" w:after="0"/>
        <w:ind w:firstLine="283"/>
      </w:pPr>
      <w:r>
        <w:t>"You can see it."</w:t>
      </w:r>
    </w:p>
    <w:p>
      <w:pPr>
        <w:spacing w:line="360" w:lineRule="auto" w:after="0"/>
        <w:ind w:firstLine="283"/>
      </w:pPr>
      <w:r>
        <w:t>"The road told me. The map told me. You've been written into thirty slates since the bridge." He turned the book on the table so that the spine faced Vasryn, the courtesy of men who don't touch. "Come with me."</w:t>
      </w:r>
    </w:p>
    <w:p>
      <w:pPr>
        <w:spacing w:line="360" w:lineRule="auto" w:after="0"/>
        <w:ind w:firstLine="283"/>
      </w:pPr>
      <w:r>
        <w:t>"Where."</w:t>
      </w:r>
    </w:p>
    <w:p>
      <w:pPr>
        <w:spacing w:line="360" w:lineRule="auto" w:after="0"/>
        <w:ind w:firstLine="283"/>
      </w:pPr>
      <w:r>
        <w:t>"Into the Registry. We can take it off you. We can enter you, give you a number and a name that won't change with the day. The Mantle will lift. The ringing will stop." His hands went flat on the book again. They were a clerk's hands, nails short, ink in the cuticle, the callus on the middle finger. "You would be safe."</w:t>
      </w:r>
    </w:p>
    <w:p>
      <w:pPr>
        <w:spacing w:line="360" w:lineRule="auto" w:after="0"/>
        <w:ind w:firstLine="283"/>
      </w:pPr>
      <w:r>
        <w:t>The word sat on the table between them. Safe. It looked small and clean there, like something that had been washed.</w:t>
      </w:r>
    </w:p>
    <w:p>
      <w:pPr>
        <w:spacing w:line="360" w:lineRule="auto" w:after="0"/>
        <w:ind w:firstLine="283"/>
      </w:pPr>
      <w:r>
        <w:t>"The book holds names," Elias said, more quietly. "It holds hers. Your grandmother's. I could put her in myself."</w:t>
      </w:r>
    </w:p>
    <w:p>
      <w:pPr>
        <w:spacing w:line="360" w:lineRule="auto" w:after="0"/>
        <w:ind w:firstLine="283"/>
      </w:pPr>
      <w:r>
        <w:t>Vasryn looked at the book. He thought of the chair by the hearth with the knitting still in its basket, one live stitch on the needle, waiting for a hand.</w:t>
      </w:r>
    </w:p>
    <w:p>
      <w:pPr>
        <w:spacing w:line="360" w:lineRule="auto" w:after="0"/>
        <w:ind w:firstLine="283"/>
      </w:pPr>
      <w:r>
        <w:t>"There's a house," Elias said. "East of the ridge. I've been there. I've seen the source."</w:t>
      </w:r>
    </w:p>
    <w:p>
      <w:pPr>
        <w:spacing w:line="360" w:lineRule="auto" w:after="0"/>
        <w:ind w:firstLine="283"/>
      </w:pPr>
      <w:r>
        <w:t>He talked about it the way a man talks about a room he has stood in. A cup on a table, full, and had been full before he came and was full after. A chair by a hearth, and the hearth lit, and the hearth needing no tending. A window with no draft that needed no hand to shut it. A garden outside, weeded, that did not need weeding. And the people in the house were finished. You could see it in their faces, he said. Nothing in them was about to happen.</w:t>
      </w:r>
    </w:p>
    <w:p>
      <w:pPr>
        <w:spacing w:line="360" w:lineRule="auto" w:after="0"/>
        <w:ind w:firstLine="283"/>
      </w:pPr>
      <w:r>
        <w:t>"A house where nothing can be lost," Elias said. "A world where nothing needs a hinge, because nothing ever swings."</w:t>
      </w:r>
    </w:p>
    <w:p>
      <w:pPr>
        <w:spacing w:line="360" w:lineRule="auto" w:after="0"/>
        <w:ind w:firstLine="283"/>
      </w:pPr>
      <w:r>
        <w:t>"The book doesn't hold." Vasryn heard his own voice come out level, with a roughness at the bottom of it. "It replaces. You put a thing in the book and the road forgets the thing, so that the book can be all there is."</w:t>
      </w:r>
    </w:p>
    <w:p>
      <w:pPr>
        <w:spacing w:line="360" w:lineRule="auto" w:after="0"/>
        <w:ind w:firstLine="283"/>
      </w:pPr>
      <w:r>
        <w:t>"The forgetting is the price of the keeping."</w:t>
      </w:r>
    </w:p>
    <w:p>
      <w:pPr>
        <w:spacing w:line="360" w:lineRule="auto" w:after="0"/>
        <w:ind w:firstLine="283"/>
      </w:pPr>
      <w:r>
        <w:t>"It's not a price. It's the whole transaction. You don't keep her. You make a paper thing and you let the real one go."</w:t>
      </w:r>
    </w:p>
    <w:p>
      <w:pPr>
        <w:spacing w:line="360" w:lineRule="auto" w:after="0"/>
        <w:ind w:firstLine="283"/>
      </w:pPr>
      <w:r>
        <w:t>Elias's jaw worked. The old scar along it moved with the muscle.</w:t>
      </w:r>
    </w:p>
    <w:p>
      <w:pPr>
        <w:spacing w:line="360" w:lineRule="auto" w:after="0"/>
        <w:ind w:firstLine="283"/>
      </w:pPr>
      <w:r>
        <w:t>"I wanted to fix it," he said. "For every town."</w:t>
      </w:r>
    </w:p>
    <w:p>
      <w:pPr>
        <w:spacing w:line="360" w:lineRule="auto" w:after="0"/>
        <w:ind w:firstLine="283"/>
      </w:pPr>
      <w:r>
        <w:t>"You wanted it fixed on paper." Vasryn did not raise his voice. "Because paper doesn't bleed."</w:t>
      </w:r>
    </w:p>
    <w:p>
      <w:pPr>
        <w:spacing w:line="360" w:lineRule="auto" w:after="0"/>
        <w:ind w:firstLine="283"/>
      </w:pPr>
      <w:r>
        <w:t>The two words lay on the table, safe and bleed, one beside the other. Neither of them reached for his.</w:t>
      </w:r>
    </w:p>
    <w:p>
      <w:pPr>
        <w:spacing w:line="360" w:lineRule="auto" w:after="0"/>
        <w:ind w:firstLine="283"/>
      </w:pPr>
      <w:r>
        <w:t>The fire popped. The boy at the hearth did not turn his head.</w:t>
      </w:r>
    </w:p>
    <w:p>
      <w:pPr>
        <w:spacing w:line="360" w:lineRule="auto" w:after="0"/>
        <w:ind w:firstLine="283"/>
      </w:pPr>
      <w:r>
        <w:t>Elias stood. He closed the book and squared it on his palms and walked to the door, and there he stopped with his back to the room. The grey coat hung from his shoulders with the weight of the book in its drape. His free hand had found the doorframe, not leaning, not gripping, just there, the way a hand is somewhere when the body has forgotten what it came for. Old oak. He stood with it a long moment. The hearth popped once. The whole room held its breath between the question and the answer.</w:t>
      </w:r>
    </w:p>
    <w:p>
      <w:pPr>
        <w:spacing w:line="360" w:lineRule="auto" w:after="0"/>
        <w:ind w:firstLine="283"/>
      </w:pPr>
      <w:r>
        <w:t>When he spoke it was in the voice from before the grey.</w:t>
      </w:r>
    </w:p>
    <w:p>
      <w:pPr>
        <w:spacing w:line="360" w:lineRule="auto" w:after="0"/>
        <w:ind w:firstLine="283"/>
      </w:pPr>
      <w:r>
        <w:t>"The wall still leans?"</w:t>
      </w:r>
    </w:p>
    <w:p>
      <w:pPr>
        <w:spacing w:line="360" w:lineRule="auto" w:after="0"/>
        <w:ind w:firstLine="283"/>
      </w:pPr>
      <w:r>
        <w:t>"A hand's width."</w:t>
      </w:r>
    </w:p>
    <w:p>
      <w:pPr>
        <w:spacing w:line="360" w:lineRule="auto" w:after="0"/>
        <w:ind w:firstLine="283"/>
      </w:pPr>
      <w:r>
        <w:t>"Good."</w:t>
      </w:r>
    </w:p>
    <w:p>
      <w:pPr>
        <w:spacing w:line="360" w:lineRule="auto" w:after="0"/>
        <w:ind w:firstLine="283"/>
      </w:pPr>
      <w:r>
        <w:t>He went out. The grey took him back, one step at a time. Vasryn did not watch him go.</w:t>
      </w:r>
    </w:p>
    <w:p>
      <w:pPr>
        <w:spacing w:line="360" w:lineRule="auto" w:after="0"/>
        <w:ind w:firstLine="283"/>
      </w:pPr>
      <w:r>
        <w:t>The boy came from the fire and sat down beside him. He laid his hand, without a word, on Vasryn's sleeve, where Elias's fingers had been. His hand was small. The wool was warm from the arm beneath it, and the cuff's fold was rougher than the weave around it, worn where it had been turned back and turned back again across the years. The boy's fingers found the fold and rested in it.</w:t>
      </w:r>
    </w:p>
    <w:p>
      <w:pPr>
        <w:spacing w:line="360" w:lineRule="auto" w:after="0"/>
        <w:ind w:firstLine="283"/>
      </w:pPr>
      <w:r>
        <w:t>The Mantle did not lift. It did not grow. It stayed exactly the weight it was.</w:t>
      </w:r>
    </w:p>
    <w:p>
      <w:pPr>
        <w:spacing w:line="360" w:lineRule="auto" w:after="0"/>
        <w:ind w:firstLine="283"/>
      </w:pPr>
      <w:r>
        <w:t>The cuff was turned back twice. It was still turned.</w:t>
      </w:r>
    </w:p>
    <w:p>
      <w:pPr>
        <w:ind w:firstLine="0"/>
        <w:jc w:val="center"/>
      </w:pPr>
      <w:r>
        <w:rPr>
          <w:color w:val="AAAAAA"/>
        </w:rPr>
        <w:t>❖</w:t>
      </w:r>
    </w:p>
    <w:p>
      <w:pPr>
        <w:spacing w:before="360" w:after="240"/>
        <w:ind w:firstLine="0"/>
        <w:jc w:val="center"/>
      </w:pPr>
      <w:r>
        <w:rPr>
          <w:b/>
          <w:i/>
          <w:color w:val="333333"/>
          <w:sz w:val="26"/>
        </w:rPr>
        <w:t>Step 30 — The Verification Office (Mira)</w:t>
      </w:r>
    </w:p>
    <w:p>
      <w:pPr>
        <w:spacing w:line="360" w:lineRule="auto" w:after="0"/>
        <w:ind w:firstLine="283"/>
      </w:pPr>
      <w:r>
        <w:t>‖ ∧</w:t>
      </w:r>
    </w:p>
    <w:p>
      <w:pPr>
        <w:spacing w:line="360" w:lineRule="auto" w:after="0"/>
        <w:ind w:firstLine="283"/>
      </w:pPr>
      <w:r>
        <w:t>The evening bell had gone, and Pell had gone with it, and his humming had gone with him.</w:t>
      </w:r>
    </w:p>
    <w:p>
      <w:pPr>
        <w:spacing w:line="360" w:lineRule="auto" w:after="0"/>
        <w:ind w:firstLine="283"/>
      </w:pPr>
      <w:r>
        <w:t>The archive at evening was a different animal. The clerestory went grey, then darker grey. The oak desks stood in their rows with the hollows in them where forearms had rested for a hundred years. The cup of tin sat on its square of cork with the tea cold in it. In the drawer at Mira's right hand, a folded list sat where she had put it, and she was trying very hard not to know that.</w:t>
      </w:r>
    </w:p>
    <w:p>
      <w:pPr>
        <w:spacing w:line="360" w:lineRule="auto" w:after="0"/>
        <w:ind w:firstLine="283"/>
      </w:pPr>
      <w:r>
        <w:t>Her back ached. The chair was three inches too low.</w:t>
      </w:r>
    </w:p>
    <w:p>
      <w:pPr>
        <w:spacing w:line="360" w:lineRule="auto" w:after="0"/>
        <w:ind w:firstLine="283"/>
      </w:pPr>
      <w:r>
        <w:t>On the stairs, the seventh step creaked.</w:t>
      </w:r>
    </w:p>
    <w:p>
      <w:pPr>
        <w:spacing w:line="360" w:lineRule="auto" w:after="0"/>
        <w:ind w:firstLine="283"/>
      </w:pPr>
      <w:r>
        <w:t>She did not look up. It could be Pell, back for the cup he always forgot. Or the cleaner, after the hearth-ash. Or the building, settling. The step came again.</w:t>
      </w:r>
    </w:p>
    <w:p>
      <w:pPr>
        <w:spacing w:line="360" w:lineRule="auto" w:after="0"/>
        <w:ind w:firstLine="283"/>
      </w:pPr>
      <w:r>
        <w:t>It wasn't Pell's. Pell's step was a scuff, the heel loose, the leather soft. This was a heel set down flat, measured, the way a clerk sets a heel on a stair. A clerk's step.</w:t>
      </w:r>
    </w:p>
    <w:p>
      <w:pPr>
        <w:spacing w:line="360" w:lineRule="auto" w:after="0"/>
        <w:ind w:firstLine="283"/>
      </w:pPr>
      <w:r>
        <w:t>She looked up.</w:t>
      </w:r>
    </w:p>
    <w:p>
      <w:pPr>
        <w:spacing w:line="360" w:lineRule="auto" w:after="0"/>
        <w:ind w:firstLine="283"/>
      </w:pPr>
      <w:r>
        <w:t>The man in the doorway wore the dark grey of the Registry's indexers, and under one arm he carried a book the size of a small door, bound in dark leather, banded in brass, the clasp a little brass tongue in a brass socket. His nails were trimmed short and there was ink at the cuticle and the callus on the middle finger that she had too. Old scar along the jaw. His eyes were slate-grey, and they went over the room as columns, as entries, as spaces between entries.</w:t>
      </w:r>
    </w:p>
    <w:p>
      <w:pPr>
        <w:spacing w:line="360" w:lineRule="auto" w:after="0"/>
        <w:ind w:firstLine="283"/>
      </w:pPr>
      <w:r>
        <w:t>They found her. For one breath the grey went out of them, and what was underneath looked like a man seeing something he had not expected. Then it was back.</w:t>
      </w:r>
    </w:p>
    <w:p>
      <w:pPr>
        <w:spacing w:line="360" w:lineRule="auto" w:after="0"/>
        <w:ind w:firstLine="283"/>
      </w:pPr>
      <w:r>
        <w:t>Mira catalogued him. It was a habit, and in the circumstances she was grateful for it. The grey. The book. The hands. The ink. The scar. A clerk. The Registry's. In her archive, at evening, with the lamp low and the cup cold and the drawer closed. She noted, as one notes the weather, that her heart was going very fast.</w:t>
      </w:r>
    </w:p>
    <w:p>
      <w:pPr>
        <w:spacing w:line="360" w:lineRule="auto" w:after="0"/>
        <w:ind w:firstLine="283"/>
      </w:pPr>
      <w:r>
        <w:t>He crossed to the desk and set the book down beside the quill-jar. He did not sit. He stood, the way a clerk stands when the business is official.</w:t>
      </w:r>
    </w:p>
    <w:p>
      <w:pPr>
        <w:spacing w:line="360" w:lineRule="auto" w:after="0"/>
        <w:ind w:firstLine="283"/>
      </w:pPr>
      <w:r>
        <w:t>"Your work is the Registry's work," he said.</w:t>
      </w:r>
    </w:p>
    <w:p>
      <w:pPr>
        <w:spacing w:line="360" w:lineRule="auto" w:after="0"/>
        <w:ind w:firstLine="283"/>
      </w:pPr>
      <w:r>
        <w:t>It was the voice of a man who had been speaking evenly for years, with the same weight on every word.</w:t>
      </w:r>
    </w:p>
    <w:p>
      <w:pPr>
        <w:spacing w:line="360" w:lineRule="auto" w:after="0"/>
        <w:ind w:firstLine="283"/>
      </w:pPr>
      <w:r>
        <w:t>"Your hand is already in the book. The burr on your quill is in the margins. The columns are your columns. You're inside, Mistress. You've been inside eleven years."</w:t>
      </w:r>
    </w:p>
    <w:p>
      <w:pPr>
        <w:spacing w:line="360" w:lineRule="auto" w:after="0"/>
        <w:ind w:firstLine="283"/>
      </w:pPr>
      <w:r>
        <w:t>She said nothing.</w:t>
      </w:r>
    </w:p>
    <w:p>
      <w:pPr>
        <w:spacing w:line="360" w:lineRule="auto" w:after="0"/>
        <w:ind w:firstLine="283"/>
      </w:pPr>
      <w:r>
        <w:t>"Let me enter you. Properly. A number, and a name that doesn't change with the day. The record will hold you. You won't have to hold the chair. You won't have to hold the desk." He paused. "You'd be held."</w:t>
      </w:r>
    </w:p>
    <w:p>
      <w:pPr>
        <w:spacing w:line="360" w:lineRule="auto" w:after="0"/>
        <w:ind w:firstLine="283"/>
      </w:pPr>
      <w:r>
        <w:t>The word sat on the desk between them, beside the cup. Held. It was a good word. It had been chosen with care.</w:t>
      </w:r>
    </w:p>
    <w:p>
      <w:pPr>
        <w:spacing w:line="360" w:lineRule="auto" w:after="0"/>
        <w:ind w:firstLine="283"/>
      </w:pPr>
      <w:r>
        <w:t>Her hand had gone to the drawer. It lay flat on the wood, cool under the palm, the way it had lain the day the list went in. He saw it. His eyes went to the hand, and then, with something very like courtesy, away. He didn't ask about the drawer.</w:t>
      </w:r>
    </w:p>
    <w:p>
      <w:pPr>
        <w:spacing w:line="360" w:lineRule="auto" w:after="0"/>
        <w:ind w:firstLine="283"/>
      </w:pPr>
      <w:r>
        <w:t>He opened the book.</w:t>
      </w:r>
    </w:p>
    <w:p>
      <w:pPr>
        <w:spacing w:line="360" w:lineRule="auto" w:after="0"/>
        <w:ind w:firstLine="283"/>
      </w:pPr>
      <w:r>
        <w:t>It fell open at a page ruled in red-brown, headed Name. Trade. Ward. Quarterly Intake. Disposition. The names were in black, in a hundred clerks' hands, some of them in hers. A page full to the margin. He turned it.</w:t>
      </w:r>
    </w:p>
    <w:p>
      <w:pPr>
        <w:spacing w:line="360" w:lineRule="auto" w:after="0"/>
        <w:ind w:firstLine="283"/>
      </w:pPr>
      <w:r>
        <w:t>On the next page there was a column, and in the column a space.</w:t>
      </w:r>
    </w:p>
    <w:p>
      <w:pPr>
        <w:spacing w:line="360" w:lineRule="auto" w:after="0"/>
        <w:ind w:firstLine="283"/>
      </w:pPr>
      <w:r>
        <w:t>It was the width of a name and the height of a name and the shape of a name, and it was empty.</w:t>
      </w:r>
    </w:p>
    <w:p>
      <w:pPr>
        <w:spacing w:line="360" w:lineRule="auto" w:after="0"/>
        <w:ind w:firstLine="283"/>
      </w:pPr>
      <w:r>
        <w:t>"I can enter you here."</w:t>
      </w:r>
    </w:p>
    <w:p>
      <w:pPr>
        <w:spacing w:line="360" w:lineRule="auto" w:after="0"/>
        <w:ind w:firstLine="283"/>
      </w:pPr>
      <w:r>
        <w:t>His finger went to the space. It didn't write. It didn't press. It rested there the way a hand rests on a door that someone else is holding open, on the frame, not pushing, not pulling. He said the rest of it: the number, the name, the holding. His voice was a clerk's voice. His finger stayed where it was.</w:t>
      </w:r>
    </w:p>
    <w:p>
      <w:pPr>
        <w:spacing w:line="360" w:lineRule="auto" w:after="0"/>
        <w:ind w:firstLine="283"/>
      </w:pPr>
      <w:r>
        <w:t>He did not fill in the space.</w:t>
      </w:r>
    </w:p>
    <w:p>
      <w:pPr>
        <w:spacing w:line="360" w:lineRule="auto" w:after="0"/>
        <w:ind w:firstLine="283"/>
      </w:pPr>
      <w:r>
        <w:t>Mira looked at the finger. She looked at the scar on his jaw, and the grey eyes fixed on the page, a man making an offer and, with great care, not completing it. She was a clerk, and she knew exactly what it cost a clerk to leave a space unfilled.</w:t>
      </w:r>
    </w:p>
    <w:p>
      <w:pPr>
        <w:spacing w:line="360" w:lineRule="auto" w:after="0"/>
        <w:ind w:firstLine="283"/>
      </w:pPr>
      <w:r>
        <w:t>"No," she said.</w:t>
      </w:r>
    </w:p>
    <w:p>
      <w:pPr>
        <w:spacing w:line="360" w:lineRule="auto" w:after="0"/>
        <w:ind w:firstLine="283"/>
      </w:pPr>
      <w:r>
        <w:t>He did not argue. He was a clerk.</w:t>
      </w:r>
    </w:p>
    <w:p>
      <w:pPr>
        <w:spacing w:line="360" w:lineRule="auto" w:after="0"/>
        <w:ind w:firstLine="283"/>
      </w:pPr>
      <w:r>
        <w:t>He closed the book. Then, as though a second thought had occurred to him, he opened it again at the page with the space. He took the page between finger and thumb, and tore the space out of it.</w:t>
      </w:r>
    </w:p>
    <w:p>
      <w:pPr>
        <w:spacing w:line="360" w:lineRule="auto" w:after="0"/>
        <w:ind w:firstLine="283"/>
      </w:pPr>
      <w:r>
        <w:t>The tear was clean. It ran down the red-brown ruling, the column's own edge. The slip came away in his hand, the width of a name, the height of a name. Blank. He laid it on the desk beside her cup. He closed the book, whole again but for a slot that had once been going to hold her, and squared it on his palms.</w:t>
      </w:r>
    </w:p>
    <w:p>
      <w:pPr>
        <w:spacing w:line="360" w:lineRule="auto" w:after="0"/>
        <w:ind w:firstLine="283"/>
      </w:pPr>
      <w:r>
        <w:t>He went to the door. He did not look back. He went down the stairs, and on the seventh a clerk's creak sounded, and then there was nothing.</w:t>
      </w:r>
    </w:p>
    <w:p>
      <w:pPr>
        <w:spacing w:line="360" w:lineRule="auto" w:after="0"/>
        <w:ind w:firstLine="283"/>
      </w:pPr>
      <w:r>
        <w:t>The lamp burned at her elbow. The tallow was low. The cup stood on its cork, and beside it lay a small blank slip of paper, ruled on one edge in red-brown.</w:t>
      </w:r>
    </w:p>
    <w:p>
      <w:pPr>
        <w:spacing w:line="360" w:lineRule="auto" w:after="0"/>
        <w:ind w:firstLine="283"/>
      </w:pPr>
      <w:r>
        <w:t>It was blank where her name would go.</w:t>
      </w:r>
    </w:p>
    <w:p>
      <w:pPr>
        <w:ind w:firstLine="0"/>
        <w:jc w:val="center"/>
      </w:pPr>
      <w:r>
        <w:rPr>
          <w:color w:val="AAAAAA"/>
        </w:rPr>
        <w:t>❖</w:t>
      </w:r>
    </w:p>
    <w:p>
      <w:pPr>
        <w:spacing w:before="360" w:after="240"/>
        <w:ind w:firstLine="0"/>
        <w:jc w:val="center"/>
      </w:pPr>
      <w:r>
        <w:rPr>
          <w:b/>
          <w:i/>
          <w:color w:val="333333"/>
          <w:sz w:val="26"/>
        </w:rPr>
        <w:t>Step 31 — The Wrong Girl (Coda)</w:t>
      </w:r>
    </w:p>
    <w:p>
      <w:pPr>
        <w:spacing w:line="360" w:lineRule="auto" w:after="0"/>
        <w:ind w:firstLine="283"/>
      </w:pPr>
      <w:r>
        <w:t>‖ ∧</w:t>
      </w:r>
    </w:p>
    <w:p>
      <w:pPr>
        <w:spacing w:line="360" w:lineRule="auto" w:after="0"/>
        <w:ind w:firstLine="283"/>
      </w:pPr>
      <w:r>
        <w:t>She counted the room before she sat down.</w:t>
      </w:r>
    </w:p>
    <w:p>
      <w:pPr>
        <w:spacing w:line="360" w:lineRule="auto" w:after="0"/>
        <w:ind w:firstLine="283"/>
      </w:pPr>
      <w:r>
        <w:t>Four walls. One door, behind her. No windows. One table, two clerks, one slate, one stick of grey chalk. She counted the door twice, because it was behind her, and she did not like it behind her. She moved the chair so that she could see it, and nobody objected. That told her something too.</w:t>
      </w:r>
    </w:p>
    <w:p>
      <w:pPr>
        <w:spacing w:line="360" w:lineRule="auto" w:after="0"/>
        <w:ind w:firstLine="283"/>
      </w:pPr>
      <w:r>
        <w:t>The elder clerk sat at the table and didn't look at her. He looked at the slate. It was blank. The chalk in his hand wasn't the cardamom of the keepers; it was the Registry's grey, the color of an eye that has stopped looking. The younger clerk stood by the door with his hands tucked behind him. He was afraid of her. She had counted that too, and she kept it, the way you keep a coin in a shoe.</w:t>
      </w:r>
    </w:p>
    <w:p>
      <w:pPr>
        <w:spacing w:line="360" w:lineRule="auto" w:after="0"/>
        <w:ind w:firstLine="283"/>
      </w:pPr>
      <w:r>
        <w:t>"Name," said the elder clerk.</w:t>
      </w:r>
    </w:p>
    <w:p>
      <w:pPr>
        <w:spacing w:line="360" w:lineRule="auto" w:after="0"/>
        <w:ind w:firstLine="283"/>
      </w:pPr>
      <w:r>
        <w:t>"No."</w:t>
      </w:r>
    </w:p>
    <w:p>
      <w:pPr>
        <w:spacing w:line="360" w:lineRule="auto" w:after="0"/>
        <w:ind w:firstLine="283"/>
      </w:pPr>
      <w:r>
        <w:t>"Place of origin."</w:t>
      </w:r>
    </w:p>
    <w:p>
      <w:pPr>
        <w:spacing w:line="360" w:lineRule="auto" w:after="0"/>
        <w:ind w:firstLine="283"/>
      </w:pPr>
      <w:r>
        <w:t>"No."</w:t>
      </w:r>
    </w:p>
    <w:p>
      <w:pPr>
        <w:spacing w:line="360" w:lineRule="auto" w:after="0"/>
        <w:ind w:firstLine="283"/>
      </w:pPr>
      <w:r>
        <w:t>"You've been counted at every gate from the sixteenth town to this one." He still hadn't looked up. "You've given the number of a girl called Renn. The number was issued the year you were twelve. You aren't her. We know you aren't. What interests us is why you've carried another girl's number across six hundred miles when you could have given us your own."</w:t>
      </w:r>
    </w:p>
    <w:p>
      <w:pPr>
        <w:spacing w:line="360" w:lineRule="auto" w:after="0"/>
        <w:ind w:firstLine="283"/>
      </w:pPr>
      <w:r>
        <w:t>Coda said nothing. The cord was around her neck, with nothing on it. The chit had been taken at the twentieth town, in the night, by a hand she hadn't counted. That was the part she couldn't forgive herself. She counted everything, and she'd slept.</w:t>
      </w:r>
    </w:p>
    <w:p>
      <w:pPr>
        <w:spacing w:line="360" w:lineRule="auto" w:after="0"/>
        <w:ind w:firstLine="283"/>
      </w:pPr>
      <w:r>
        <w:t>She had given the name at twelve because she was afraid. It had been the first gate, and a clerk, and a question, and the name had come out of her mouth before she'd known she had it. It was the name of a girl who had stood in the line ahead of her that week and then, the next, hadn't been in any line. Coda had not wanted to be taken. So she'd said Renn, and it had worked, and she had said it at every gate since. The mistake wasn't the first time. Anybody can say a wrong word once, in a fright. The mistake was the keeping.</w:t>
      </w:r>
    </w:p>
    <w:p>
      <w:pPr>
        <w:spacing w:line="360" w:lineRule="auto" w:after="0"/>
        <w:ind w:firstLine="283"/>
      </w:pPr>
      <w:r>
        <w:t>"I'll give you a name," she said.</w:t>
      </w:r>
    </w:p>
    <w:p>
      <w:pPr>
        <w:spacing w:line="360" w:lineRule="auto" w:after="0"/>
        <w:ind w:firstLine="283"/>
      </w:pPr>
      <w:r>
        <w:t>The clerk looked up. His eyes were slate-grey, and they did not see her. They saw a slate with something to be written on it.</w:t>
      </w:r>
    </w:p>
    <w:p>
      <w:pPr>
        <w:spacing w:line="360" w:lineRule="auto" w:after="0"/>
        <w:ind w:firstLine="283"/>
      </w:pPr>
      <w:r>
        <w:t>"Renn."</w:t>
      </w:r>
    </w:p>
    <w:p>
      <w:pPr>
        <w:spacing w:line="360" w:lineRule="auto" w:after="0"/>
        <w:ind w:firstLine="283"/>
      </w:pPr>
      <w:r>
        <w:t>He waited.</w:t>
      </w:r>
    </w:p>
    <w:p>
      <w:pPr>
        <w:spacing w:line="360" w:lineRule="auto" w:after="0"/>
        <w:ind w:firstLine="283"/>
      </w:pPr>
      <w:r>
        <w:t>"That's my name. The number's mine. The name is mine."</w:t>
      </w:r>
    </w:p>
    <w:p>
      <w:pPr>
        <w:spacing w:line="360" w:lineRule="auto" w:after="0"/>
        <w:ind w:firstLine="283"/>
      </w:pPr>
      <w:r>
        <w:t>It was the oddest sensation she had ever had, and she would think about it for years. She had not just said it. She had picked it up, the thing she'd been dragging for eight years, and turned it round in her hands, and put it on. The way you take a stolen coat and wear it until it fits, and then it is no longer stolen. It's just yours, and the girl who owned it first is a stranger you owe something to.</w:t>
      </w:r>
    </w:p>
    <w:p>
      <w:pPr>
        <w:spacing w:line="360" w:lineRule="auto" w:after="0"/>
        <w:ind w:firstLine="283"/>
      </w:pPr>
      <w:r>
        <w:t>The elder clerk bent to the slate and wrote it in grey chalk. He didn't draw the caret. He didn't copy. He wrote, the way you write a thing you've decided to believe.</w:t>
      </w:r>
    </w:p>
    <w:p>
      <w:pPr>
        <w:spacing w:line="360" w:lineRule="auto" w:after="0"/>
        <w:ind w:firstLine="283"/>
      </w:pPr>
      <w:r>
        <w:t>"You are entered," he said. "As Renn."</w:t>
      </w:r>
    </w:p>
    <w:p>
      <w:pPr>
        <w:spacing w:line="360" w:lineRule="auto" w:after="0"/>
        <w:ind w:firstLine="283"/>
      </w:pPr>
      <w:r>
        <w:t>She didn't answer. On the slate the name was clean and plain.</w:t>
      </w:r>
    </w:p>
    <w:p>
      <w:pPr>
        <w:spacing w:line="360" w:lineRule="auto" w:after="0"/>
        <w:ind w:firstLine="283"/>
      </w:pPr>
      <w:r>
        <w:t>The younger clerk stepped aside, and she counted his feet: one, two. The way out was clear. She stood. The door wasn't locked, which she had known before she sat down, because she had counted the lock, and the lock was on the outside and the door opened in. In a room like this the real lock was never on the door.</w:t>
      </w:r>
    </w:p>
    <w:p>
      <w:pPr>
        <w:spacing w:line="360" w:lineRule="auto" w:after="0"/>
        <w:ind w:firstLine="283"/>
      </w:pPr>
      <w:r>
        <w:t>She went through. The hall had three doors. The third was open. She didn't look back at the slate. The slate was in the room, and the name was in the room, and she was in the hall with her hand at her throat on a cord with nothing on it.</w:t>
      </w:r>
    </w:p>
    <w:p>
      <w:pPr>
        <w:spacing w:line="360" w:lineRule="auto" w:after="0"/>
        <w:ind w:firstLine="283"/>
      </w:pPr>
      <w:r>
        <w:t>Renn.</w:t>
      </w:r>
    </w:p>
    <w:p>
      <w:pPr>
        <w:spacing w:line="360" w:lineRule="auto" w:after="0"/>
        <w:ind w:firstLine="283"/>
      </w:pPr>
      <w:r>
        <w:t>She said it once under her breath, to see how it sat in her mouth. It sat badly. It would take a while.</w:t>
      </w:r>
    </w:p>
    <w:p>
      <w:pPr>
        <w:ind w:firstLine="0"/>
        <w:jc w:val="center"/>
      </w:pPr>
      <w:r>
        <w:rPr>
          <w:color w:val="AAAAAA"/>
        </w:rPr>
        <w:t>❖</w:t>
      </w:r>
    </w:p>
    <w:p>
      <w:pPr>
        <w:spacing w:before="360" w:after="240"/>
        <w:ind w:firstLine="0"/>
        <w:jc w:val="center"/>
      </w:pPr>
      <w:r>
        <w:rPr>
          <w:b/>
          <w:i/>
          <w:color w:val="333333"/>
          <w:sz w:val="26"/>
        </w:rPr>
        <w:t>Step 32 — Vareth's Last Demonstration (Vasryn)</w:t>
      </w:r>
    </w:p>
    <w:p>
      <w:pPr>
        <w:spacing w:line="360" w:lineRule="auto" w:after="0"/>
        <w:ind w:firstLine="283"/>
      </w:pPr>
      <w:r>
        <w:t>‖ ∧</w:t>
      </w:r>
    </w:p>
    <w:p>
      <w:pPr>
        <w:spacing w:line="360" w:lineRule="auto" w:after="0"/>
        <w:ind w:firstLine="283"/>
      </w:pPr>
      <w:r>
        <w:t>The eighteenth town had a well, and an old man sat on the curb.</w:t>
      </w:r>
    </w:p>
    <w:p>
      <w:pPr>
        <w:spacing w:line="360" w:lineRule="auto" w:after="0"/>
        <w:ind w:firstLine="283"/>
      </w:pPr>
      <w:r>
        <w:t>Vareth's hands lay on his knees. They were stained cardamom, the color of the chalk, thirty years deep, the stain that does not wash out and so becomes the hand. They were older than the boy. They were older than the girl. He didn't stand when Vasryn came.</w:t>
      </w:r>
    </w:p>
    <w:p>
      <w:pPr>
        <w:spacing w:line="360" w:lineRule="auto" w:after="0"/>
        <w:ind w:firstLine="283"/>
      </w:pPr>
      <w:r>
        <w:t>Vasryn sat across from him. The curb was worn to a dip where generations of hands had rested a bucket, and it was warm from the day. The boy and the girl had stayed at the road, because they could feel, in the way children can, that the well was for the two of them. A dog barked at a wall. A hammer started and stopped somewhere behind the houses. The Mantle sat on his shoulders as it always did. His knee clicked.</w:t>
      </w:r>
    </w:p>
    <w:p>
      <w:pPr>
        <w:spacing w:line="360" w:lineRule="auto" w:after="0"/>
        <w:ind w:firstLine="283"/>
      </w:pPr>
      <w:r>
        <w:t>Vareth looked at the Mantle, then at the coat, with its cuffs turned back twice. He did not look at the children.</w:t>
      </w:r>
    </w:p>
    <w:p>
      <w:pPr>
        <w:spacing w:line="360" w:lineRule="auto" w:after="0"/>
        <w:ind w:firstLine="283"/>
      </w:pPr>
      <w:r>
        <w:t>"I walked this road before there was a Registry on it," he said. "Before the salt. Before the chairs. You could go east then and the road would take you at its own pace, and nobody asked your name. Asking names wasn't a trade yet."</w:t>
      </w:r>
    </w:p>
    <w:p>
      <w:pPr>
        <w:spacing w:line="360" w:lineRule="auto" w:after="0"/>
        <w:ind w:firstLine="283"/>
      </w:pPr>
      <w:r>
        <w:t>He rubbed one stained thumb across the other, an old, slow motion, like a man warming flint.</w:t>
      </w:r>
    </w:p>
    <w:p>
      <w:pPr>
        <w:spacing w:line="360" w:lineRule="auto" w:after="0"/>
        <w:ind w:firstLine="283"/>
      </w:pPr>
      <w:r>
        <w:t>"The woman who taught me has been gone sixty years. I won't say her name. She said the road was a sentence still being written, and that the work was to keep it from being finished by somebody in a hurry." He looked up. "You're being followed by somebody in a hurry. I've been reading it off the road since you crossed the Ver. The girl with you will be taken. You'll fail to stop it. The failing will be the making of you." His mouth moved. "None of that is a comfort. I'm sorry for all of it."</w:t>
      </w:r>
    </w:p>
    <w:p>
      <w:pPr>
        <w:spacing w:line="360" w:lineRule="auto" w:after="0"/>
        <w:ind w:firstLine="283"/>
      </w:pPr>
      <w:r>
        <w:t>Vasryn did not speak. There was nothing in him to speak with.</w:t>
      </w:r>
    </w:p>
    <w:p>
      <w:pPr>
        <w:spacing w:line="360" w:lineRule="auto" w:after="0"/>
        <w:ind w:firstLine="283"/>
      </w:pPr>
      <w:r>
        <w:t>"Show me the chalk."</w:t>
      </w:r>
    </w:p>
    <w:p>
      <w:pPr>
        <w:spacing w:line="360" w:lineRule="auto" w:after="0"/>
        <w:ind w:firstLine="283"/>
      </w:pPr>
      <w:r>
        <w:t>He held it out, the cardamom stub, worn to a curve by his own thumb. It had marked his grandmother's kitchen. It had marked a doorframe, a stone in the rain.</w:t>
      </w:r>
    </w:p>
    <w:p>
      <w:pPr>
        <w:spacing w:line="360" w:lineRule="auto" w:after="0"/>
        <w:ind w:firstLine="283"/>
      </w:pPr>
      <w:r>
        <w:t>Vareth took it. He set it to the well-curb and drew a line.</w:t>
      </w:r>
    </w:p>
    <w:p>
      <w:pPr>
        <w:spacing w:line="360" w:lineRule="auto" w:after="0"/>
        <w:ind w:firstLine="283"/>
      </w:pPr>
      <w:r>
        <w:t>It was not straight. He didn't correct it. He didn't draw a second line, and no caret. He put the chalk down and gave it back.</w:t>
      </w:r>
    </w:p>
    <w:p>
      <w:pPr>
        <w:spacing w:line="360" w:lineRule="auto" w:after="0"/>
        <w:ind w:firstLine="283"/>
      </w:pPr>
      <w:r>
        <w:t>"That's my last demonstration," he said. "One line. When you teach the boy, give him the second."</w:t>
      </w:r>
    </w:p>
    <w:p>
      <w:pPr>
        <w:spacing w:line="360" w:lineRule="auto" w:after="0"/>
        <w:ind w:firstLine="283"/>
      </w:pPr>
      <w:r>
        <w:t>Then he was silent. He didn't close his eyes. He sat on the curb in the evening with his hands on his knees and looked at what he'd made.</w:t>
      </w:r>
    </w:p>
    <w:p>
      <w:pPr>
        <w:spacing w:line="360" w:lineRule="auto" w:after="0"/>
        <w:ind w:firstLine="283"/>
      </w:pPr>
      <w:r>
        <w:t>The dog barked twice and stopped. The hammer stopped. The light went amber, then gray, and the line sat on the stone alone, leaning a little, as if it were listening.</w:t>
      </w:r>
    </w:p>
    <w:p>
      <w:pPr>
        <w:spacing w:line="360" w:lineRule="auto" w:after="0"/>
        <w:ind w:firstLine="283"/>
      </w:pPr>
      <w:r>
        <w:t>"Who comes back, watchman?"</w:t>
      </w:r>
    </w:p>
    <w:p>
      <w:pPr>
        <w:spacing w:line="360" w:lineRule="auto" w:after="0"/>
        <w:ind w:firstLine="283"/>
      </w:pPr>
      <w:r>
        <w:t>He said it in the mild voice of a man asking after the weather. It went into Vasryn like a nail through soft wood. He had never said that question aloud to anyone. It had been on the slate, in the pack, in cloth. The question was in the air now, and the dog had stopped, and the hammer, and the evening itself.</w:t>
      </w:r>
    </w:p>
    <w:p>
      <w:pPr>
        <w:spacing w:line="360" w:lineRule="auto" w:after="0"/>
        <w:ind w:firstLine="283"/>
      </w:pPr>
      <w:r>
        <w:t>"I don't know."</w:t>
      </w:r>
    </w:p>
    <w:p>
      <w:pPr>
        <w:spacing w:line="360" w:lineRule="auto" w:after="0"/>
        <w:ind w:firstLine="283"/>
      </w:pPr>
      <w:r>
        <w:t>"Mm." The corner of Vareth's mouth moved, which was as near as his face came to a smile. "That's the whole of the road, then. You'll walk it anyway."</w:t>
      </w:r>
    </w:p>
    <w:p>
      <w:pPr>
        <w:spacing w:line="360" w:lineRule="auto" w:after="0"/>
        <w:ind w:firstLine="283"/>
      </w:pPr>
      <w:r>
        <w:t>He closed his eyes.</w:t>
      </w:r>
    </w:p>
    <w:p>
      <w:pPr>
        <w:spacing w:line="360" w:lineRule="auto" w:after="0"/>
        <w:ind w:firstLine="283"/>
      </w:pPr>
      <w:r>
        <w:t>Vasryn sat with him a long while. When he was sure, he took the chalk. It was warm from the old man's hand. The stone where the line ran was cool under his fingers, though the curb around it was still warm from the sun, and he thought: that's what it feels like. When something has been witnessed.</w:t>
      </w:r>
    </w:p>
    <w:p>
      <w:pPr>
        <w:spacing w:line="360" w:lineRule="auto" w:after="0"/>
        <w:ind w:firstLine="283"/>
      </w:pPr>
      <w:r>
        <w:t>He drew a second line beside it. It wasn't straight either. He didn't correct it. He did not draw the caret. The caret was Vareth's, the little roof that says I only copied this, and Vasryn had not copied. He had drawn. The cardamom mark lay on the stone, and it would fade, and it would have to be renewed, and he thought that probably was the point.</w:t>
      </w:r>
    </w:p>
    <w:p>
      <w:pPr>
        <w:spacing w:line="360" w:lineRule="auto" w:after="0"/>
        <w:ind w:firstLine="283"/>
      </w:pPr>
      <w:r>
        <w:t>Two lines on the curb. Neither straight. They did not meet.</w:t>
      </w:r>
    </w:p>
    <w:p>
      <w:pPr>
        <w:spacing w:line="360" w:lineRule="auto" w:after="0"/>
        <w:ind w:firstLine="283"/>
      </w:pPr>
      <w:r>
        <w:t>Vareth's eyes were closed and his hands lay on his knees, stained to the wrist, and the two lines sat beside him in the last of the light.</w:t>
      </w:r>
    </w:p>
    <w:p>
      <w:pPr>
        <w:ind w:firstLine="0"/>
        <w:jc w:val="center"/>
      </w:pPr>
      <w:r>
        <w:rPr>
          <w:color w:val="AAAAAA"/>
        </w:rPr>
        <w:t>❖</w:t>
      </w:r>
    </w:p>
    <w:p>
      <w:pPr>
        <w:spacing w:before="360" w:after="240"/>
        <w:ind w:firstLine="0"/>
        <w:jc w:val="center"/>
      </w:pPr>
      <w:r>
        <w:rPr>
          <w:b/>
          <w:i/>
          <w:color w:val="333333"/>
          <w:sz w:val="26"/>
        </w:rPr>
        <w:t>Step 33 — The Eaten Name (Elias)</w:t>
      </w:r>
    </w:p>
    <w:p>
      <w:pPr>
        <w:spacing w:line="360" w:lineRule="auto" w:after="0"/>
        <w:ind w:firstLine="283"/>
      </w:pPr>
      <w:r>
        <w:t>‖ ∧</w:t>
      </w:r>
    </w:p>
    <w:p>
      <w:pPr>
        <w:spacing w:line="360" w:lineRule="auto" w:after="0"/>
        <w:ind w:firstLine="283"/>
      </w:pPr>
      <w:r>
        <w:t>Elias woke before the light and did not go to the wall.</w:t>
      </w:r>
    </w:p>
    <w:p>
      <w:pPr>
        <w:spacing w:line="360" w:lineRule="auto" w:after="0"/>
        <w:ind w:firstLine="283"/>
      </w:pPr>
      <w:r>
        <w:t>His body wanted to. That was the humiliation of it. His feet were already feeling for the floor in the dark, his hand already reaching for a coat that wasn't there, because for years he had gotten up in the black and gone to the east parapet in Koric and laid his palm on cold stone. The habit had outlived the man who owned it. He lay with his heart going and made it lie still.</w:t>
      </w:r>
    </w:p>
    <w:p>
      <w:pPr>
        <w:spacing w:line="360" w:lineRule="auto" w:after="0"/>
        <w:ind w:firstLine="283"/>
      </w:pPr>
      <w:r>
        <w:t>The room was above the archive: narrow bed, grey blanket, one window facing west, away from the road. Registry issue, every item of it. He dressed. The grey coat had the weight of the book in its drape, the book he had carried yesterday and would carry today. He did not turn the cuffs back. A turned cuff was a keeper's habit. He had put down the chalk, and with it the habits.</w:t>
      </w:r>
    </w:p>
    <w:p>
      <w:pPr>
        <w:spacing w:line="360" w:lineRule="auto" w:after="0"/>
        <w:ind w:firstLine="283"/>
      </w:pPr>
      <w:r>
        <w:t>He went down the stair. On the third step the stone had worn to a dip, a hollow where a hundred clerks had rested their feet on the way down. His foot went into it as into a shoe. The hollow held him. He went on.</w:t>
      </w:r>
    </w:p>
    <w:p>
      <w:pPr>
        <w:spacing w:line="360" w:lineRule="auto" w:after="0"/>
        <w:ind w:firstLine="283"/>
      </w:pPr>
      <w:r>
        <w:t>The office at morning had no lamp yet, only the grey clerestory and the desks in their rows. His chair was the right height. That was another thing. It was exactly right, and his knees didn't ride up against the desk, and the wrist didn't bend, and the nib didn't have to reach. Somewhere on the second floor, in the east annex, there was a woman who sat in a chair three inches too low and wrote, he'd read, with a burr in her quill. He had envied her. He had not known it until just then.</w:t>
      </w:r>
    </w:p>
    <w:p>
      <w:pPr>
        <w:spacing w:line="360" w:lineRule="auto" w:after="0"/>
        <w:ind w:firstLine="283"/>
      </w:pPr>
      <w:r>
        <w:t>The book lay on the desk. He opened the clasp and it fell open where it always fell open, at the space.</w:t>
      </w:r>
    </w:p>
    <w:p>
      <w:pPr>
        <w:spacing w:line="360" w:lineRule="auto" w:after="0"/>
        <w:ind w:firstLine="283"/>
      </w:pPr>
      <w:r>
        <w:t>It was still there: a column, a ruling, the width and height of a name that wasn't there. Beside it, where the facing page should have been, there was a ragged edge. The page had been torn out along the red-brown ruling, and he knew whose hand had done it. He did not name the hand. The book held the tear as a cup holds cold. Two absences now, the space and the page, and neither of them his.</w:t>
      </w:r>
    </w:p>
    <w:p>
      <w:pPr>
        <w:spacing w:line="360" w:lineRule="auto" w:after="0"/>
        <w:ind w:firstLine="283"/>
      </w:pPr>
      <w:r>
        <w:t>He did not restore the page. He did not report it. He closed the book and opened it again and closed it, and the book kept its gap.</w:t>
      </w:r>
    </w:p>
    <w:p>
      <w:pPr>
        <w:spacing w:line="360" w:lineRule="auto" w:after="0"/>
        <w:ind w:firstLine="283"/>
      </w:pPr>
      <w:r>
        <w:t>Then, because he'd been avoiding it, he pulled his own file.</w:t>
      </w:r>
    </w:p>
    <w:p>
      <w:pPr>
        <w:spacing w:line="360" w:lineRule="auto" w:after="0"/>
        <w:ind w:firstLine="283"/>
      </w:pPr>
      <w:r>
        <w:t>It was in the cabinet, with the others. It held one sheet. One entry, in black.</w:t>
      </w:r>
    </w:p>
    <w:p>
      <w:pPr>
        <w:spacing w:line="360" w:lineRule="auto" w:after="0"/>
        <w:ind w:firstLine="283"/>
      </w:pPr>
      <w:r>
        <w:t>Returned.</w:t>
      </w:r>
    </w:p>
    <w:p>
      <w:pPr>
        <w:spacing w:line="360" w:lineRule="auto" w:after="0"/>
        <w:ind w:firstLine="283"/>
      </w:pPr>
      <w:r>
        <w:t>That was all. No name. Not Elias, not the clerk's number, not the date. The Registry's word for him was Returned, and it had been since the day he came back, and it would be tomorrow, and the day after, and it didn't change. A man could survive almost any description. He'd known men who survived worse. But there was something about a word that had no verb after it. Returned to where. Returned what. A parcel was returned. A library book.</w:t>
      </w:r>
    </w:p>
    <w:p>
      <w:pPr>
        <w:spacing w:line="360" w:lineRule="auto" w:after="0"/>
        <w:ind w:firstLine="283"/>
      </w:pPr>
      <w:r>
        <w:t>He put the file back. He shut the cabinet. The cabinet held the file, and the word held him.</w:t>
      </w:r>
    </w:p>
    <w:p>
      <w:pPr>
        <w:spacing w:line="360" w:lineRule="auto" w:after="0"/>
        <w:ind w:firstLine="283"/>
      </w:pPr>
      <w:r>
        <w:t>By the time the lamp was lit and the clerestory bright, he was at his desk with the pen in his hand. It was a good pen. The shaft had a ridge worn into it where his fingers rode, year on year, so that it was the shape of his hand and nobody else's.</w:t>
      </w:r>
    </w:p>
    <w:p>
      <w:pPr>
        <w:spacing w:line="360" w:lineRule="auto" w:after="0"/>
        <w:ind w:firstLine="283"/>
      </w:pPr>
      <w:r>
        <w:t>It was warm.</w:t>
      </w:r>
    </w:p>
    <w:p>
      <w:pPr>
        <w:spacing w:line="360" w:lineRule="auto" w:after="0"/>
        <w:ind w:firstLine="283"/>
      </w:pPr>
      <w:r>
        <w:t>He noticed that and decided not to. It had been warm since he'd picked it up, and not with the warmth of a pen held in the hand. It was the other kind. The warmth an iron keeps an hour after the fire, deep in the metal, a warmth that comes from having been held by someone else. But it had been in the jar since yesterday. Nobody had held it.</w:t>
      </w:r>
    </w:p>
    <w:p>
      <w:pPr>
        <w:spacing w:line="360" w:lineRule="auto" w:after="0"/>
        <w:ind w:firstLine="283"/>
      </w:pPr>
      <w:r>
        <w:t>He did not look at the pen. He held it.</w:t>
      </w:r>
    </w:p>
    <w:p>
      <w:pPr>
        <w:spacing w:line="360" w:lineRule="auto" w:after="0"/>
        <w:ind w:firstLine="283"/>
      </w:pPr>
      <w:r>
        <w:t>The report was due at the fourth bell. He opened the book and turned to the page with the space, past the ragged edge. He did not write in the space. He set the nib beside it, and wrote the report, in a good black hand: the not-done, the filed. The ink held.</w:t>
      </w:r>
    </w:p>
    <w:p>
      <w:pPr>
        <w:spacing w:line="360" w:lineRule="auto" w:after="0"/>
        <w:ind w:firstLine="283"/>
      </w:pPr>
      <w:r>
        <w:t>Elias woke before the light. He did not go to the wall. He went to the office. He filed.</w:t>
      </w:r>
    </w:p>
    <w:p>
      <w:pPr>
        <w:ind w:firstLine="0"/>
        <w:jc w:val="center"/>
      </w:pPr>
      <w:r>
        <w:rPr>
          <w:color w:val="AAAAAA"/>
        </w:rPr>
        <w:t>❖</w:t>
      </w:r>
    </w:p>
    <w:p>
      <w:pPr>
        <w:spacing w:before="360" w:after="240"/>
        <w:ind w:firstLine="0"/>
        <w:jc w:val="center"/>
      </w:pPr>
      <w:r>
        <w:rPr>
          <w:b/>
          <w:i/>
          <w:color w:val="333333"/>
          <w:sz w:val="26"/>
        </w:rPr>
        <w:t>Step 34 — The Road That Remains (Kael)</w:t>
      </w:r>
    </w:p>
    <w:p>
      <w:pPr>
        <w:spacing w:line="360" w:lineRule="auto" w:after="0"/>
        <w:ind w:firstLine="283"/>
      </w:pPr>
      <w:r>
        <w:t>‖ ∧</w:t>
      </w:r>
    </w:p>
    <w:p>
      <w:pPr>
        <w:spacing w:line="360" w:lineRule="auto" w:after="0"/>
        <w:ind w:firstLine="283"/>
      </w:pPr>
      <w:r>
        <w:t>The road stopped.</w:t>
      </w:r>
    </w:p>
    <w:p>
      <w:pPr>
        <w:spacing w:line="360" w:lineRule="auto" w:after="0"/>
        <w:ind w:firstLine="283"/>
      </w:pPr>
      <w:r>
        <w:t>It didn't fade or break. The salted stones ran up to a line and ended, and past the line the ground was bare brown dirt with no ruts in it, and no cart-marks, and no road at all. The Registry's road had come to its edge.</w:t>
      </w:r>
    </w:p>
    <w:p>
      <w:pPr>
        <w:spacing w:line="360" w:lineRule="auto" w:after="0"/>
        <w:ind w:firstLine="283"/>
      </w:pPr>
      <w:r>
        <w:t>Kael had been walking the salt since dawn, a long way ahead of the others. Vasryn and Coda had stopped at a low drystone wall a quarter mile back, the old man to doze against it with the Mantle on his shoulders and his face to the sun, the girl to count the stones with one finger, lips moving. Kael had gone on alone. He didn't know why. He had wanted, for the length of a morning, to be a boy by himself on a road.</w:t>
      </w:r>
    </w:p>
    <w:p>
      <w:pPr>
        <w:spacing w:line="360" w:lineRule="auto" w:after="0"/>
        <w:ind w:firstLine="283"/>
      </w:pPr>
      <w:r>
        <w:t>The last salted mile had been quiet in a way he hadn't liked. Salt takes the sound out of a place the way it takes the sound out of a wound, not by covering it but by being something sound can't cross. His boots on the stones made no sound. The staff made none. The cold morning breath went up white and silent in front of him, and the road ran east, six hundred miles of it behind him now, caret at every waystone, chalk at every gate. It had been legible. It had held the names and the numbers and the things people refused to give, the way a page holds ink, by being flat and still and the thing the writing is on.</w:t>
      </w:r>
    </w:p>
    <w:p>
      <w:pPr>
        <w:spacing w:line="360" w:lineRule="auto" w:after="0"/>
        <w:ind w:firstLine="283"/>
      </w:pPr>
      <w:r>
        <w:t>Now it ended at a mark: a caret cut into the last stone, the Registry's last word. After it, the color of the ground changed. It was brown. It was the brown of ground that had not been salted or chalked or ruled or entered, the color of before.</w:t>
      </w:r>
    </w:p>
    <w:p>
      <w:pPr>
        <w:spacing w:line="360" w:lineRule="auto" w:after="0"/>
        <w:ind w:firstLine="283"/>
      </w:pPr>
      <w:r>
        <w:t>He stood at the line with the last salted stone under his right boot, and the dirt in front of his left.</w:t>
      </w:r>
    </w:p>
    <w:p>
      <w:pPr>
        <w:spacing w:line="360" w:lineRule="auto" w:after="0"/>
        <w:ind w:firstLine="283"/>
      </w:pPr>
      <w:r>
        <w:t>He stepped over.</w:t>
      </w:r>
    </w:p>
    <w:p>
      <w:pPr>
        <w:spacing w:line="360" w:lineRule="auto" w:after="0"/>
        <w:ind w:firstLine="283"/>
      </w:pPr>
      <w:r>
        <w:t>The dirt was soft. It took the boot and held it, and when he lifted his foot there was a print behind him. Just a boot, the toe patched, the heel crooked. It wasn't a ruling or a caret. It was the first mark on this ground, and nobody had said it could be there. He looked at it for a long time with an odd feeling in his chest, like a drink of cold water on an empty stomach.</w:t>
      </w:r>
    </w:p>
    <w:p>
      <w:pPr>
        <w:spacing w:line="360" w:lineRule="auto" w:after="0"/>
        <w:ind w:firstLine="283"/>
      </w:pPr>
      <w:r>
        <w:t>The sky was wide. It was the grey of a morning that doesn't know yet what it's for, but not the Registry's grey. That was the grey of the coat and the slate and the clerks' eyes. This was the grey of weather, of a sky that had no clerk in it.</w:t>
      </w:r>
    </w:p>
    <w:p>
      <w:pPr>
        <w:spacing w:line="360" w:lineRule="auto" w:after="0"/>
        <w:ind w:firstLine="283"/>
      </w:pPr>
      <w:r>
        <w:t>There was a stone in the path.</w:t>
      </w:r>
    </w:p>
    <w:p>
      <w:pPr>
        <w:spacing w:line="360" w:lineRule="auto" w:after="0"/>
        <w:ind w:firstLine="283"/>
      </w:pPr>
      <w:r>
        <w:t>He saw it from twenty yards, flat and a different color from the dirt, a thing that was not dirt. He walked to it and crouched. It was about the size of his hand. It had no mark on it. Every stone behind the line had carried the Registry's caret or ruling or word; this one carried nothing. It lay past the line, in the country no one had entered, and it belonged to nobody.</w:t>
      </w:r>
    </w:p>
    <w:p>
      <w:pPr>
        <w:spacing w:line="360" w:lineRule="auto" w:after="0"/>
        <w:ind w:firstLine="283"/>
      </w:pPr>
      <w:r>
        <w:t>He didn't touch it. He bent closer.</w:t>
      </w:r>
    </w:p>
    <w:p>
      <w:pPr>
        <w:spacing w:line="360" w:lineRule="auto" w:after="0"/>
        <w:ind w:firstLine="283"/>
      </w:pPr>
      <w:r>
        <w:t>It smelled of bread.</w:t>
      </w:r>
    </w:p>
    <w:p>
      <w:pPr>
        <w:spacing w:line="360" w:lineRule="auto" w:after="0"/>
        <w:ind w:firstLine="283"/>
      </w:pPr>
      <w:r>
        <w:t>Not the dirt, not the morning. Bread, as if a hearth had just been raked and a loaf taken out to cool on a sill, and the sill were in a house, and the house were in a town, and the town were somewhere that wasn't here. It was the smell of the morning before the surveyors came. He knew it as you know the sound of your own name from the next room.</w:t>
      </w:r>
    </w:p>
    <w:p>
      <w:pPr>
        <w:spacing w:line="360" w:lineRule="auto" w:after="0"/>
        <w:ind w:firstLine="283"/>
      </w:pPr>
      <w:r>
        <w:t>The stone had never been near an oven. It sat in the dirt, in a path nobody had made, and smelled of somebody's kitchen.</w:t>
      </w:r>
    </w:p>
    <w:p>
      <w:pPr>
        <w:spacing w:line="360" w:lineRule="auto" w:after="0"/>
        <w:ind w:firstLine="283"/>
      </w:pPr>
      <w:r>
        <w:t>Kael knelt there a long time. The chalk was in his pocket, the cardamom stub, the old man's, which had marked a doorframe and a flat stone in the rain and the rope at the quarantine line. His fingers found it and rested on it. He didn't take it out.</w:t>
      </w:r>
    </w:p>
    <w:p>
      <w:pPr>
        <w:spacing w:line="360" w:lineRule="auto" w:after="0"/>
        <w:ind w:firstLine="283"/>
      </w:pPr>
      <w:r>
        <w:t>The stone was no one's. It seemed to him that it deserved to stay that way.</w:t>
      </w:r>
    </w:p>
    <w:p>
      <w:pPr>
        <w:spacing w:line="360" w:lineRule="auto" w:after="0"/>
        <w:ind w:firstLine="283"/>
      </w:pPr>
      <w:r>
        <w:t>He stood. Behind him the old man was a speck against the wall, the Mantle the shape of the speck, and the girl a smaller speck beside him with her finger still on the stones. Ahead the dirt went east under a wide sky.</w:t>
      </w:r>
    </w:p>
    <w:p>
      <w:pPr>
        <w:spacing w:line="360" w:lineRule="auto" w:after="0"/>
        <w:ind w:firstLine="283"/>
      </w:pPr>
      <w:r>
        <w:t>He did not mark the stone. He went on.</w:t>
      </w:r>
    </w:p>
    <w:p>
      <w:pPr>
        <w:ind w:firstLine="0"/>
        <w:jc w:val="center"/>
      </w:pPr>
      <w:r>
        <w:rPr>
          <w:color w:val="AAAAAA"/>
        </w:rPr>
        <w:t>❖</w:t>
      </w:r>
    </w:p>
    <w:p>
      <w:pPr>
        <w:spacing w:before="360" w:after="240"/>
        <w:ind w:firstLine="0"/>
        <w:jc w:val="center"/>
      </w:pPr>
      <w:r>
        <w:rPr>
          <w:b/>
          <w:i/>
          <w:color w:val="333333"/>
          <w:sz w:val="26"/>
        </w:rPr>
        <w:t>Step 35 — The Quarantine Line (Kael)</w:t>
      </w:r>
    </w:p>
    <w:p>
      <w:pPr>
        <w:spacing w:line="360" w:lineRule="auto" w:after="0"/>
        <w:ind w:firstLine="283"/>
      </w:pPr>
      <w:r>
        <w:t>‖ ∧</w:t>
      </w:r>
    </w:p>
    <w:p>
      <w:pPr>
        <w:spacing w:line="360" w:lineRule="auto" w:after="0"/>
        <w:ind w:firstLine="283"/>
      </w:pPr>
      <w:r>
        <w:t>They saw the rope from half a mile out.</w:t>
      </w:r>
    </w:p>
    <w:p>
      <w:pPr>
        <w:spacing w:line="360" w:lineRule="auto" w:after="0"/>
        <w:ind w:firstLine="283"/>
      </w:pPr>
      <w:r>
        <w:t>The road was straight and the morning was clear, and across it lay a dark thread, thin as a hair, which should have been invisible at that distance and wasn't. Vasryn saw it first. He stopped, set the staff in the dirt, and stood with the Mantle on his shoulders, looking.</w:t>
      </w:r>
    </w:p>
    <w:p>
      <w:pPr>
        <w:spacing w:line="360" w:lineRule="auto" w:after="0"/>
        <w:ind w:firstLine="283"/>
      </w:pPr>
      <w:r>
        <w:t>The girl saw it second. She had been counting fenceposts since the last town, her lips moving. She stopped. She turned her head toward the road and did not count the rope, and Kael, who had walked beside her for weeks, watched her not count it. That was the thing. Coda counted everything.</w:t>
      </w:r>
    </w:p>
    <w:p>
      <w:pPr>
        <w:spacing w:line="360" w:lineRule="auto" w:after="0"/>
        <w:ind w:firstLine="283"/>
      </w:pPr>
      <w:r>
        <w:t>Kael saw it third. It was a rope across a road. It was a quarantine.</w:t>
      </w:r>
    </w:p>
    <w:p>
      <w:pPr>
        <w:spacing w:line="360" w:lineRule="auto" w:after="0"/>
        <w:ind w:firstLine="283"/>
      </w:pPr>
      <w:r>
        <w:t>The town lay behind it: a street, an inn, a well, a chandler's window, a baker's with a slate sign. The kind of town they had walked through for six hundred miles. The rope ran between two new posts, the wood still pale, the bark still on. The rope itself was old hemp, frayed, the color of something that has been used and used. It had hung on a well once, or a cart, or a gate. Someone had taken it down and found it another job.</w:t>
      </w:r>
    </w:p>
    <w:p>
      <w:pPr>
        <w:spacing w:line="360" w:lineRule="auto" w:after="0"/>
        <w:ind w:firstLine="283"/>
      </w:pPr>
      <w:r>
        <w:t>A slate hung from it by a knotted twine at the height of a man's chest. On the slate, in chalk, was one word.</w:t>
      </w:r>
    </w:p>
    <w:p>
      <w:pPr>
        <w:spacing w:line="360" w:lineRule="auto" w:after="0"/>
        <w:ind w:firstLine="283"/>
      </w:pPr>
      <w:r>
        <w:t>Held.</w:t>
      </w:r>
    </w:p>
    <w:p>
      <w:pPr>
        <w:spacing w:line="360" w:lineRule="auto" w:after="0"/>
        <w:ind w:firstLine="283"/>
      </w:pPr>
      <w:r>
        <w:t>Under the word, small, was a caret. It was the copyist's mark: I did not make this. I only wrote it down. Kael had learned what that little roof meant on the stone at the fork, and he knew, looking at it, that it was true. The town hadn't made this word. The town had been given it.</w:t>
      </w:r>
    </w:p>
    <w:p>
      <w:pPr>
        <w:spacing w:line="360" w:lineRule="auto" w:after="0"/>
        <w:ind w:firstLine="283"/>
      </w:pPr>
      <w:r>
        <w:t>A woman stood at the rope with a broom. She wasn't sweeping. She held it upright, the handle on the ground, one hand at the middle, the way you hold a thing when you've stopped being sure what it's for. She wore a grey apron, not the Registry's grey but the grey of cloth that has been washed a thousand times, and a scarf over her hair. She had the face of someone who'd been standing at a rope for days.</w:t>
      </w:r>
    </w:p>
    <w:p>
      <w:pPr>
        <w:spacing w:line="360" w:lineRule="auto" w:after="0"/>
        <w:ind w:firstLine="283"/>
      </w:pPr>
      <w:r>
        <w:t>"Held," she said. "The line says. We've had the sickness. You can't come in."</w:t>
      </w:r>
    </w:p>
    <w:p>
      <w:pPr>
        <w:spacing w:line="360" w:lineRule="auto" w:after="0"/>
        <w:ind w:firstLine="283"/>
      </w:pPr>
      <w:r>
        <w:t>"We don't want in," said Vasryn. "We want to go east."</w:t>
      </w:r>
    </w:p>
    <w:p>
      <w:pPr>
        <w:spacing w:line="360" w:lineRule="auto" w:after="0"/>
        <w:ind w:firstLine="283"/>
      </w:pPr>
      <w:r>
        <w:t>"East is held."</w:t>
      </w:r>
    </w:p>
    <w:p>
      <w:pPr>
        <w:spacing w:line="360" w:lineRule="auto" w:after="0"/>
        <w:ind w:firstLine="283"/>
      </w:pPr>
      <w:r>
        <w:t>"Since when?"</w:t>
      </w:r>
    </w:p>
    <w:p>
      <w:pPr>
        <w:spacing w:line="360" w:lineRule="auto" w:after="0"/>
        <w:ind w:firstLine="283"/>
      </w:pPr>
      <w:r>
        <w:t>"Since the Registry held it. Since the road was closed. Since the valley was—"</w:t>
      </w:r>
    </w:p>
    <w:p>
      <w:pPr>
        <w:spacing w:line="360" w:lineRule="auto" w:after="0"/>
        <w:ind w:firstLine="283"/>
      </w:pPr>
      <w:r>
        <w:t>She stopped.</w:t>
      </w:r>
    </w:p>
    <w:p>
      <w:pPr>
        <w:spacing w:line="360" w:lineRule="auto" w:after="0"/>
        <w:ind w:firstLine="283"/>
      </w:pPr>
      <w:r>
        <w:t>Kael watched it happen. Her mouth stayed open. Her fingers went white on the broom handle. The word was in her mouth, he could see it there, and then it wasn't. She blinked. She looked at the broom, and the rope, and Vasryn, with the bewildered face of a woman who has opened a drawer and found it empty.</w:t>
      </w:r>
    </w:p>
    <w:p>
      <w:pPr>
        <w:spacing w:line="360" w:lineRule="auto" w:after="0"/>
        <w:ind w:firstLine="283"/>
      </w:pPr>
      <w:r>
        <w:t>"Since the valley was what?" Vasryn said, very gently.</w:t>
      </w:r>
    </w:p>
    <w:p>
      <w:pPr>
        <w:spacing w:line="360" w:lineRule="auto" w:after="0"/>
        <w:ind w:firstLine="283"/>
      </w:pPr>
      <w:r>
        <w:t>"I don't know. I knew it a moment ago." Her voice had gone thin. "I don't know it now."</w:t>
      </w:r>
    </w:p>
    <w:p>
      <w:pPr>
        <w:spacing w:line="360" w:lineRule="auto" w:after="0"/>
        <w:ind w:firstLine="283"/>
      </w:pPr>
      <w:r>
        <w:t>It was gone, Kael thought. Not faded. Taken, the way the sound had been taken from the salt road. And he could feel the place where it had been, a hollow in the air between her and Vasryn, in the exact shape of a word. His ears rang with it. The ringing was the word's absence.</w:t>
      </w:r>
    </w:p>
    <w:p>
      <w:pPr>
        <w:spacing w:line="360" w:lineRule="auto" w:after="0"/>
        <w:ind w:firstLine="283"/>
      </w:pPr>
      <w:r>
        <w:t>He took the chalk from his pocket.</w:t>
      </w:r>
    </w:p>
    <w:p>
      <w:pPr>
        <w:spacing w:line="360" w:lineRule="auto" w:after="0"/>
        <w:ind w:firstLine="283"/>
      </w:pPr>
      <w:r>
        <w:t>It was the cardamom stub, the old man's, which had marked a doorframe and a flat stone in the rain and a well-curb in the eighteenth town. Vasryn had given him half of it a long time ago, on a morning when the kitchen was burning, and he'd carried it ever since.</w:t>
      </w:r>
    </w:p>
    <w:p>
      <w:pPr>
        <w:spacing w:line="360" w:lineRule="auto" w:after="0"/>
        <w:ind w:firstLine="283"/>
      </w:pPr>
      <w:r>
        <w:t>He drew one line on the post, at the height of his hand, not straight and not corrected. The woman watched him do it, and looked straight through the line, the way she had looked through the broom.</w:t>
      </w:r>
    </w:p>
    <w:p>
      <w:pPr>
        <w:spacing w:line="360" w:lineRule="auto" w:after="0"/>
        <w:ind w:firstLine="283"/>
      </w:pPr>
      <w:r>
        <w:t>Then he lifted the slate off its twine. The rope didn't swing. It stayed in the loop where the weight had been, hung in the shape of a slate that wasn't there. He wiped the word with his sleeve and the chalk came away in a grey smear, and beneath it the slate was clean. He set the chalk to it, low, at the height a walker's eye would find, and wrote in his own crooked hand:</w:t>
      </w:r>
    </w:p>
    <w:p>
      <w:pPr>
        <w:spacing w:line="360" w:lineRule="auto" w:after="0"/>
        <w:ind w:firstLine="283"/>
      </w:pPr>
      <w:r>
        <w:t>Who comes back?</w:t>
      </w:r>
    </w:p>
    <w:p>
      <w:pPr>
        <w:spacing w:line="360" w:lineRule="auto" w:after="0"/>
        <w:ind w:firstLine="283"/>
      </w:pPr>
      <w:r>
        <w:t>He drew the caret underneath. The letters came out the way the old man's did, leaning, uncorrected. It wasn't the old man's hand. It was the old man's chalk. The letters were the same letters.</w:t>
      </w:r>
    </w:p>
    <w:p>
      <w:pPr>
        <w:spacing w:line="360" w:lineRule="auto" w:after="0"/>
        <w:ind w:firstLine="283"/>
      </w:pPr>
      <w:r>
        <w:t>The woman took the slate from him. She hadn't meant to. It was just there, in her hands, and her eyes went over the three words, and something went through her face. Not a change. A passing through, like wind through a field.</w:t>
      </w:r>
    </w:p>
    <w:p>
      <w:pPr>
        <w:spacing w:line="360" w:lineRule="auto" w:after="0"/>
        <w:ind w:firstLine="283"/>
      </w:pPr>
      <w:r>
        <w:t>"My boy went east in the spring," she said, to the slate. "For grazing money. Everyone goes east for grazing money." Her hand had come off the broom, and the broom stood on its bristles and did not fall. "He wore his father's coat. It was too big in the shoulders. He said the shoulders would fill." She looked up. "They asked me at the rope when he left. Who comes back. I gave them his uncle."</w:t>
      </w:r>
    </w:p>
    <w:p>
      <w:pPr>
        <w:spacing w:line="360" w:lineRule="auto" w:after="0"/>
        <w:ind w:firstLine="283"/>
      </w:pPr>
      <w:r>
        <w:t>She looked at Vasryn.</w:t>
      </w:r>
    </w:p>
    <w:p>
      <w:pPr>
        <w:spacing w:line="360" w:lineRule="auto" w:after="0"/>
        <w:ind w:firstLine="283"/>
      </w:pPr>
      <w:r>
        <w:t>"His uncle's been dead nine years. I gave them a dead man. You have to give them someone. I couldn't think of anyone alive who—"</w:t>
      </w:r>
    </w:p>
    <w:p>
      <w:pPr>
        <w:spacing w:line="360" w:lineRule="auto" w:after="0"/>
        <w:ind w:firstLine="283"/>
      </w:pPr>
      <w:r>
        <w:t>She stopped. She looked at the broom, still standing, as if it had asked her something.</w:t>
      </w:r>
    </w:p>
    <w:p>
      <w:pPr>
        <w:spacing w:line="360" w:lineRule="auto" w:after="0"/>
        <w:ind w:firstLine="283"/>
      </w:pPr>
      <w:r>
        <w:t>"Why am I telling you this?"</w:t>
      </w:r>
    </w:p>
    <w:p>
      <w:pPr>
        <w:spacing w:line="360" w:lineRule="auto" w:after="0"/>
        <w:ind w:firstLine="283"/>
      </w:pPr>
      <w:r>
        <w:t>"Because the slate asked," Kael said.</w:t>
      </w:r>
    </w:p>
    <w:p>
      <w:pPr>
        <w:spacing w:line="360" w:lineRule="auto" w:after="0"/>
        <w:ind w:firstLine="283"/>
      </w:pPr>
      <w:r>
        <w:t>Vasryn lifted the rope. It rose in his hand, stiff and old, and he and the boy went under. The girl followed, counting her steps. The woman did not stop them. She was still reading, the slate in both hands, the broom upright at her side. The question was in her hands now, and she couldn't put it down.</w:t>
      </w:r>
    </w:p>
    <w:p>
      <w:pPr>
        <w:spacing w:line="360" w:lineRule="auto" w:after="0"/>
        <w:ind w:firstLine="283"/>
      </w:pPr>
      <w:r>
        <w:t>On the far side of the line the road east was empty.</w:t>
      </w:r>
    </w:p>
    <w:p>
      <w:pPr>
        <w:spacing w:line="360" w:lineRule="auto" w:after="0"/>
        <w:ind w:firstLine="283"/>
      </w:pPr>
      <w:r>
        <w:t>The cracks were gone. The chalk was gone. The salt was gone. The road was clean to the hedge, to the ditch, to the verge where the weeds ought to have been and weren't. It was clean the way a page is clean before the writing, flat and patient. Somebody had scrubbed it, and it hadn't been the town.</w:t>
      </w:r>
    </w:p>
    <w:p>
      <w:pPr>
        <w:spacing w:line="360" w:lineRule="auto" w:after="0"/>
        <w:ind w:firstLine="283"/>
      </w:pPr>
      <w:r>
        <w:t>The boots made no sound. The salt had taken it, on the salted road, and the clean road simply gave nothing back. The boot went down and the stone didn't push up to meet it. It was like walking on the lid of something.</w:t>
      </w:r>
    </w:p>
    <w:p>
      <w:pPr>
        <w:spacing w:line="360" w:lineRule="auto" w:after="0"/>
        <w:ind w:firstLine="283"/>
      </w:pPr>
      <w:r>
        <w:t>The Mantle was louder here. Not heavier. Louder. It had nothing else to sound against, and Vasryn walked under it with his shoulders level and his face closed, and Kael, a half-step behind him, could hear it, a low steady note under everything, like a bell rung a long way off and never allowed to stop.</w:t>
      </w:r>
    </w:p>
    <w:p>
      <w:pPr>
        <w:spacing w:line="360" w:lineRule="auto" w:after="0"/>
        <w:ind w:firstLine="283"/>
      </w:pPr>
      <w:r>
        <w:t>Behind them the woman was still at the rope, reading. The rope hung beside her in the shape of the slate it no longer held.</w:t>
      </w:r>
    </w:p>
    <w:p>
      <w:pPr>
        <w:ind w:firstLine="0"/>
        <w:jc w:val="center"/>
      </w:pPr>
      <w:r>
        <w:rPr>
          <w:color w:val="AAAAAA"/>
        </w:rPr>
        <w:t>❖</w:t>
      </w:r>
    </w:p>
    <w:p>
      <w:pPr>
        <w:spacing w:before="360" w:after="240"/>
        <w:ind w:firstLine="0"/>
        <w:jc w:val="center"/>
      </w:pPr>
      <w:r>
        <w:rPr>
          <w:b/>
          <w:i/>
          <w:color w:val="333333"/>
          <w:sz w:val="26"/>
        </w:rPr>
        <w:t>Step 36 — Sael (Vasryn)</w:t>
      </w:r>
    </w:p>
    <w:p>
      <w:pPr>
        <w:spacing w:line="360" w:lineRule="auto" w:after="0"/>
        <w:ind w:firstLine="283"/>
      </w:pPr>
      <w:r>
        <w:t>‖ ∧</w:t>
      </w:r>
    </w:p>
    <w:p>
      <w:pPr>
        <w:spacing w:line="360" w:lineRule="auto" w:after="0"/>
        <w:ind w:firstLine="283"/>
      </w:pPr>
      <w:r>
        <w:t>The twenty-third town was called Vass, and it sat at the bottom of a long slope under a grey afternoon that smelled of rain it hadn't got round to yet.</w:t>
      </w:r>
    </w:p>
    <w:p>
      <w:pPr>
        <w:spacing w:line="360" w:lineRule="auto" w:after="0"/>
        <w:ind w:firstLine="283"/>
      </w:pPr>
      <w:r>
        <w:t>They came down the hill in a line. Vasryn first, with the staff, which left a small caret in the salt every third step, the keepers' mark. Behind him the marks ran back up the slope like a sentence going the wrong way. The boy was at his elbow. The girl lagged behind, counting.</w:t>
      </w:r>
    </w:p>
    <w:p>
      <w:pPr>
        <w:spacing w:line="360" w:lineRule="auto" w:after="0"/>
        <w:ind w:firstLine="283"/>
      </w:pPr>
      <w:r>
        <w:t>The road came down from the west, turned at the well, and went east past the inn and the chandler's and a baker's with a slate sign. The well had a stone curb worn to a dip by bucket-rope, warm even in the grey light.</w:t>
      </w:r>
    </w:p>
    <w:p>
      <w:pPr>
        <w:spacing w:line="360" w:lineRule="auto" w:after="0"/>
        <w:ind w:firstLine="283"/>
      </w:pPr>
      <w:r>
        <w:t>There was no woman at the well. There was no bucket, no stool. Vasryn had been told, a long way back, in a different town, that there would be a woman here. He'd carried that sentence for three weeks, the way you carry a stone in a pocket for the pleasure of its weight. He stood at the curb and laid his hand on it. It was warm. His hand stayed a breath longer than the stone required. Then he took it away.</w:t>
      </w:r>
    </w:p>
    <w:p>
      <w:pPr>
        <w:spacing w:line="360" w:lineRule="auto" w:after="0"/>
        <w:ind w:firstLine="283"/>
      </w:pPr>
      <w:r>
        <w:t>"She's gone," someone said.</w:t>
      </w:r>
    </w:p>
    <w:p>
      <w:pPr>
        <w:spacing w:line="360" w:lineRule="auto" w:after="0"/>
        <w:ind w:firstLine="283"/>
      </w:pPr>
      <w:r>
        <w:t>A man sat at a table by the inn door with an empty cup. He turned it on the wood, one slow turn, the rim between finger and thumb, the way a man turns a cup when the cup is not the point.</w:t>
      </w:r>
    </w:p>
    <w:p>
      <w:pPr>
        <w:spacing w:line="360" w:lineRule="auto" w:after="0"/>
        <w:ind w:firstLine="283"/>
      </w:pPr>
      <w:r>
        <w:t>"Sael," he said. "The broth-for-salt woman. Three days."</w:t>
      </w:r>
    </w:p>
    <w:p>
      <w:pPr>
        <w:spacing w:line="360" w:lineRule="auto" w:after="0"/>
        <w:ind w:firstLine="283"/>
      </w:pPr>
      <w:r>
        <w:t>Vasryn sat down across from him. Kael took the stool at his elbow. Coda hung in the doorway counting the hinges, and half the tables behind them stood empty, and the hearth was cold, and the innkeeper leaned on his bar with his arms folded and stared at the wall.</w:t>
      </w:r>
    </w:p>
    <w:p>
      <w:pPr>
        <w:spacing w:line="360" w:lineRule="auto" w:after="0"/>
        <w:ind w:firstLine="283"/>
      </w:pPr>
      <w:r>
        <w:t>"Where?" Vasryn said.</w:t>
      </w:r>
    </w:p>
    <w:p>
      <w:pPr>
        <w:spacing w:line="360" w:lineRule="auto" w:after="0"/>
        <w:ind w:firstLine="283"/>
      </w:pPr>
      <w:r>
        <w:t>"Not where. How." The cup turned again. "The Registry came through. They didn't take her body. They took her name. She was Sael at breakfast and nobody by noon. She walked out of her own door and she didn't know it for hers. Then she went east."</w:t>
      </w:r>
    </w:p>
    <w:p>
      <w:pPr>
        <w:spacing w:line="360" w:lineRule="auto" w:after="0"/>
        <w:ind w:firstLine="283"/>
      </w:pPr>
      <w:r>
        <w:t>"Entered?"</w:t>
      </w:r>
    </w:p>
    <w:p>
      <w:pPr>
        <w:spacing w:line="360" w:lineRule="auto" w:after="0"/>
        <w:ind w:firstLine="283"/>
      </w:pPr>
      <w:r>
        <w:t>"That's what's strange. They said no. Never entered her. Only took it." The man looked at the cup. "She walks without a name, and she doesn't know her own door. We haven't seen her since."</w:t>
      </w:r>
    </w:p>
    <w:p>
      <w:pPr>
        <w:spacing w:line="360" w:lineRule="auto" w:after="0"/>
        <w:ind w:firstLine="283"/>
      </w:pPr>
      <w:r>
        <w:t>"Did she say anything?"</w:t>
      </w:r>
    </w:p>
    <w:p>
      <w:pPr>
        <w:spacing w:line="360" w:lineRule="auto" w:after="0"/>
        <w:ind w:firstLine="283"/>
      </w:pPr>
      <w:r>
        <w:t>The cup stopped. The man's eyes came up, and they were the eyes of someone who'd been laughed at by a woman who was not mad.</w:t>
      </w:r>
    </w:p>
    <w:p>
      <w:pPr>
        <w:spacing w:line="360" w:lineRule="auto" w:after="0"/>
        <w:ind w:firstLine="283"/>
      </w:pPr>
      <w:r>
        <w:t>"The last morning she went door to door, inn to inn. Asking one thing. None of us knew what she meant. She laughed at us." He wet his lip. "She said, Who comes back. And then she walked out of her own door without knowing it."</w:t>
      </w:r>
    </w:p>
    <w:p>
      <w:pPr>
        <w:spacing w:line="360" w:lineRule="auto" w:after="0"/>
        <w:ind w:firstLine="283"/>
      </w:pPr>
      <w:r>
        <w:t>The cottage stood at the edge of town, the last one on the east road, with its door facing the morning.</w:t>
      </w:r>
    </w:p>
    <w:p>
      <w:pPr>
        <w:spacing w:line="360" w:lineRule="auto" w:after="0"/>
        <w:ind w:firstLine="283"/>
      </w:pPr>
      <w:r>
        <w:t>The door was open. It had been open three days, and the wind hadn't touched it. It hung a hand's width from the frame, the latch uncaught, the hinge holding its angle like a held breath.</w:t>
      </w:r>
    </w:p>
    <w:p>
      <w:pPr>
        <w:spacing w:line="360" w:lineRule="auto" w:after="0"/>
        <w:ind w:firstLine="283"/>
      </w:pPr>
      <w:r>
        <w:t>Vasryn stood on the threshold. The broth pot sat cold on the hearth. The bed was made, the blanket folded. The shutters were drawn and latched from inside, and light came through the cracks in the boards in thin pale bars. Kindling in its box. Wood stacked by the fire. A broom in the corner. A stool by the table, and on the stool a clay cup with a chipped rim, set down where she had set it, with the chip turned to the far side.</w:t>
      </w:r>
    </w:p>
    <w:p>
      <w:pPr>
        <w:spacing w:line="360" w:lineRule="auto" w:after="0"/>
        <w:ind w:firstLine="283"/>
      </w:pPr>
      <w:r>
        <w:t>He saw that, and for a moment the room stopped being a room.</w:t>
      </w:r>
    </w:p>
    <w:p>
      <w:pPr>
        <w:spacing w:line="360" w:lineRule="auto" w:after="0"/>
        <w:ind w:firstLine="283"/>
      </w:pPr>
      <w:r>
        <w:t>He took one step toward it. His hand went out for the cup, to turn it. To see if it would turn. Then he took his hand back and put it in his pocket, and did not touch anything.</w:t>
      </w:r>
    </w:p>
    <w:p>
      <w:pPr>
        <w:spacing w:line="360" w:lineRule="auto" w:after="0"/>
        <w:ind w:firstLine="283"/>
      </w:pPr>
      <w:r>
        <w:t>Everything was where Sael had left it. Everything was where Sael would never put it again.</w:t>
      </w:r>
    </w:p>
    <w:p>
      <w:pPr>
        <w:spacing w:line="360" w:lineRule="auto" w:after="0"/>
        <w:ind w:firstLine="283"/>
      </w:pPr>
      <w:r>
        <w:t>There was a crack in the doorframe at the height of a woman's shoulder, and he knew what it was before he looked. Thirty years of mornings, leaning there while the broth warmed and the light came through the shutters and the day got ready to be a day. The wood had worn to the bone of her. The crack held the contour of a shoulder, a slope and a hollow, the exact depth of a woman leaning. It was the only shape of her left in the world.</w:t>
      </w:r>
    </w:p>
    <w:p>
      <w:pPr>
        <w:spacing w:line="360" w:lineRule="auto" w:after="0"/>
        <w:ind w:firstLine="283"/>
      </w:pPr>
      <w:r>
        <w:t>He took the chalk from his pocket and set it to the wood beside the worn place. The line he drew leaned left at the top, as his hand always did.</w:t>
      </w:r>
    </w:p>
    <w:p>
      <w:pPr>
        <w:spacing w:line="360" w:lineRule="auto" w:after="0"/>
        <w:ind w:firstLine="283"/>
      </w:pPr>
      <w:r>
        <w:t>The boy came and stood beside him. He took out his own piece, and drew a line next to the old man's. It leaned the other way. Two lines on the doorframe in cardamom, beside the contour of a shoulder. No caret beneath.</w:t>
      </w:r>
    </w:p>
    <w:p>
      <w:pPr>
        <w:spacing w:line="360" w:lineRule="auto" w:after="0"/>
        <w:ind w:firstLine="283"/>
      </w:pPr>
      <w:r>
        <w:t>They stood in the doorway a while. The door did not swing. The broth was cold. The cup sat on the stool with its chip turned away from anyone who might come to drink from it.</w:t>
      </w:r>
    </w:p>
    <w:p>
      <w:pPr>
        <w:spacing w:line="360" w:lineRule="auto" w:after="0"/>
        <w:ind w:firstLine="283"/>
      </w:pPr>
      <w:r>
        <w:t>Somewhere on the road to the east, a woman with no name was walking, and she was asking the question as she went, and the question was walking with her.</w:t>
      </w:r>
    </w:p>
    <w:p>
      <w:pPr>
        <w:ind w:firstLine="0"/>
        <w:jc w:val="center"/>
      </w:pPr>
      <w:r>
        <w:rPr>
          <w:color w:val="AAAAAA"/>
        </w:rPr>
        <w:t>❖</w:t>
      </w:r>
    </w:p>
    <w:p>
      <w:pPr>
        <w:spacing w:before="360" w:after="240"/>
        <w:ind w:firstLine="0"/>
        <w:jc w:val="center"/>
      </w:pPr>
      <w:r>
        <w:rPr>
          <w:b/>
          <w:i/>
          <w:color w:val="333333"/>
          <w:sz w:val="26"/>
        </w:rPr>
        <w:t>Step 37 — The Color in the Air (Kael)</w:t>
      </w:r>
    </w:p>
    <w:p>
      <w:pPr>
        <w:spacing w:line="360" w:lineRule="auto" w:after="0"/>
        <w:ind w:firstLine="283"/>
      </w:pPr>
      <w:r>
        <w:t>‖ ∧</w:t>
      </w:r>
    </w:p>
    <w:p>
      <w:pPr>
        <w:spacing w:line="360" w:lineRule="auto" w:after="0"/>
        <w:ind w:firstLine="283"/>
      </w:pPr>
      <w:r>
        <w:t>The ink came in the night.</w:t>
      </w:r>
    </w:p>
    <w:p>
      <w:pPr>
        <w:spacing w:line="360" w:lineRule="auto" w:after="0"/>
        <w:ind w:firstLine="283"/>
      </w:pPr>
      <w:r>
        <w:t>Not the thing in the pipe at the culvert, not the cold band on his hand. This was ink as weather. The thing that falls when there is no rain.</w:t>
      </w:r>
    </w:p>
    <w:p>
      <w:pPr>
        <w:spacing w:line="360" w:lineRule="auto" w:after="0"/>
        <w:ind w:firstLine="283"/>
      </w:pPr>
      <w:r>
        <w:t>Kael woke to it on the inn's shutter. It wasn't the tap of rain, which is a dozen small separate sounds. It was a hiss, steady and wet, the sound of a liquid finding the grain of the wood and going in. The shutter was drinking it, as a dry cloth drinks water. Nothing ran off. Nothing beaded.</w:t>
      </w:r>
    </w:p>
    <w:p>
      <w:pPr>
        <w:spacing w:line="360" w:lineRule="auto" w:after="0"/>
        <w:ind w:firstLine="283"/>
      </w:pPr>
      <w:r>
        <w:t>He opened it.</w:t>
      </w:r>
    </w:p>
    <w:p>
      <w:pPr>
        <w:spacing w:line="360" w:lineRule="auto" w:after="0"/>
        <w:ind w:firstLine="283"/>
      </w:pPr>
      <w:r>
        <w:t>The air was the color of ink. Not dark, the way night is dark. This was the ink when it isn't in a pot or on a page or in a well but hanging in the air itself, a color near the Registry's black and not the Registry's black, a color the eye could see and the mind could not name. It lay in the morning the way dust lies on a road. Not something in the air. The air's own substance.</w:t>
      </w:r>
    </w:p>
    <w:p>
      <w:pPr>
        <w:spacing w:line="360" w:lineRule="auto" w:after="0"/>
        <w:ind w:firstLine="283"/>
      </w:pPr>
      <w:r>
        <w:t>The sky was the color, and the rooftops, and there was no line where one ended and the other began. The cobbles shone as though wet, not with water but with the dull slick of something the stone had drunk. Across the lane the baker's sign hung on its bracket, a loaf painted white. The loaf had gone the color too. It looked as though it had been baked twice.</w:t>
      </w:r>
    </w:p>
    <w:p>
      <w:pPr>
        <w:spacing w:line="360" w:lineRule="auto" w:after="0"/>
        <w:ind w:firstLine="283"/>
      </w:pPr>
      <w:r>
        <w:t>Vasryn was at his shutter across the lane, his face a pale shape at the crack, the jaw set, the held breath. The coat was the color. His turned-back cuffs were the color.</w:t>
      </w:r>
    </w:p>
    <w:p>
      <w:pPr>
        <w:spacing w:line="360" w:lineRule="auto" w:after="0"/>
        <w:ind w:firstLine="283"/>
      </w:pPr>
      <w:r>
        <w:t>The Mantle was not. It sat on his shoulders in the same dull grey of the keepers' road, the grey of salt and old chalk, the only thing in the whole lane the morning had not got into.</w:t>
      </w:r>
    </w:p>
    <w:p>
      <w:pPr>
        <w:spacing w:line="360" w:lineRule="auto" w:after="0"/>
        <w:ind w:firstLine="283"/>
      </w:pPr>
      <w:r>
        <w:t>The girl's door at the back of the inn stood open. Her bed was empty.</w:t>
      </w:r>
    </w:p>
    <w:p>
      <w:pPr>
        <w:spacing w:line="360" w:lineRule="auto" w:after="0"/>
        <w:ind w:firstLine="283"/>
      </w:pPr>
      <w:r>
        <w:t>He went down. The banister was the color, wet-looking, and when he took it, the color was on his hand. It wasn't on the skin like paint, a coat to be scraped off. It was in it, in the grain of the palm. Across the back of his fingers the band the culvert had left lay beneath it like a coin under water, and he had the unpleasant impression that it was pleased.</w:t>
      </w:r>
    </w:p>
    <w:p>
      <w:pPr>
        <w:spacing w:line="360" w:lineRule="auto" w:after="0"/>
        <w:ind w:firstLine="283"/>
      </w:pPr>
      <w:r>
        <w:t>The common room was the color. The innkeeper was behind the bar, wiping it with a cloth, steadily, his face the color. The wiping didn't clean the bar. It passed the color from the cloth to the wood and back, and each was the same as the other, and the man went on wiping.</w:t>
      </w:r>
    </w:p>
    <w:p>
      <w:pPr>
        <w:spacing w:line="360" w:lineRule="auto" w:after="0"/>
        <w:ind w:firstLine="283"/>
      </w:pPr>
      <w:r>
        <w:t>"The girl," Kael said.</w:t>
      </w:r>
    </w:p>
    <w:p>
      <w:pPr>
        <w:spacing w:line="360" w:lineRule="auto" w:after="0"/>
        <w:ind w:firstLine="283"/>
      </w:pPr>
      <w:r>
        <w:t>"Went out at first light." He did not look up. "She was counting."</w:t>
      </w:r>
    </w:p>
    <w:p>
      <w:pPr>
        <w:spacing w:line="360" w:lineRule="auto" w:after="0"/>
        <w:ind w:firstLine="283"/>
      </w:pPr>
      <w:r>
        <w:t>The street was the color, and his boots left no marks in it. The color flowed back over each print the way water closes behind a drawn hand. Step, and the track closed. Step, and it closed.</w:t>
      </w:r>
    </w:p>
    <w:p>
      <w:pPr>
        <w:spacing w:line="360" w:lineRule="auto" w:after="0"/>
        <w:ind w:firstLine="283"/>
      </w:pPr>
      <w:r>
        <w:t>She was at the well.</w:t>
      </w:r>
    </w:p>
    <w:p>
      <w:pPr>
        <w:spacing w:line="360" w:lineRule="auto" w:after="0"/>
        <w:ind w:firstLine="283"/>
      </w:pPr>
      <w:r>
        <w:t>She was counting the curb's stones with one finger, her lips going, the way she counted everything: not the stones, really, but the exits. How a person gets out. The well was an exit, and she was counting it.</w:t>
      </w:r>
    </w:p>
    <w:p>
      <w:pPr>
        <w:spacing w:line="360" w:lineRule="auto" w:after="0"/>
        <w:ind w:firstLine="283"/>
      </w:pPr>
      <w:r>
        <w:t>Her hair was darker. It had been dark yesterday, and was darker now, and heavier, hanging the way hair hangs when wet. It wasn't wet. The color had settled in the strands. Her coat was the color, and her hands, and her cheek. She had been out in it an hour. It had gone into her as it had gone into the cobbles, quietly, into the grain.</w:t>
      </w:r>
    </w:p>
    <w:p>
      <w:pPr>
        <w:spacing w:line="360" w:lineRule="auto" w:after="0"/>
        <w:ind w:firstLine="283"/>
      </w:pPr>
      <w:r>
        <w:t>Kael took her sleeve. She let him, without stopping the count.</w:t>
      </w:r>
    </w:p>
    <w:p>
      <w:pPr>
        <w:spacing w:line="360" w:lineRule="auto" w:after="0"/>
        <w:ind w:firstLine="283"/>
      </w:pPr>
      <w:r>
        <w:t>He looked into the well.</w:t>
      </w:r>
    </w:p>
    <w:p>
      <w:pPr>
        <w:spacing w:line="360" w:lineRule="auto" w:after="0"/>
        <w:ind w:firstLine="283"/>
      </w:pPr>
      <w:r>
        <w:t>The water didn't reflect the sky. Yesterday it had: the grey cloud, the ring of stone, his own face. Today there was nothing to reflect, because the sky and the water were the same color and there was no difference for either to show the other. It lay in its stone ring as still as a thing painted there. The bucket hung at the curb on a rope the color of the air, and the wood of the bucket had taken the color into its grain the way the shutter had.</w:t>
      </w:r>
    </w:p>
    <w:p>
      <w:pPr>
        <w:spacing w:line="360" w:lineRule="auto" w:after="0"/>
        <w:ind w:firstLine="283"/>
      </w:pPr>
      <w:r>
        <w:t>He didn't touch the water. Coda didn't touch it. It was one of the things they both knew, in the same instant, without anyone's having to say.</w:t>
      </w:r>
    </w:p>
    <w:p>
      <w:pPr>
        <w:spacing w:line="360" w:lineRule="auto" w:after="0"/>
        <w:ind w:firstLine="283"/>
      </w:pPr>
      <w:r>
        <w:t>Vasryn came across the square with the coat the color and the Mantle not. He looked at the water. He looked at the girl, and the boy, and the girl's hair.</w:t>
      </w:r>
    </w:p>
    <w:p>
      <w:pPr>
        <w:spacing w:line="360" w:lineRule="auto" w:after="0"/>
        <w:ind w:firstLine="283"/>
      </w:pPr>
      <w:r>
        <w:t>"We go," he said.</w:t>
      </w:r>
    </w:p>
    <w:p>
      <w:pPr>
        <w:spacing w:line="360" w:lineRule="auto" w:after="0"/>
        <w:ind w:firstLine="283"/>
      </w:pPr>
      <w:r>
        <w:t>He took out the chalk, the cardamom stub, which was not the color, and set it to the well's curb and drew a line. It wavered at the wrist. An old man's line. And the line held. The color didn't creep over it, didn't take it. The cardamom lay on the ink like oil on water, two colors on one stone, not mixing.</w:t>
      </w:r>
    </w:p>
    <w:p>
      <w:pPr>
        <w:spacing w:line="360" w:lineRule="auto" w:after="0"/>
        <w:ind w:firstLine="283"/>
      </w:pPr>
      <w:r>
        <w:t>Kael drew his own beside it. It leaned the way a young hand leans, not yet steady. Two lines on the curb, neither straight, and the color lapped at the edges of them and could not get in.</w:t>
      </w:r>
    </w:p>
    <w:p>
      <w:pPr>
        <w:spacing w:line="360" w:lineRule="auto" w:after="0"/>
        <w:ind w:firstLine="283"/>
      </w:pPr>
      <w:r>
        <w:t>They went east.</w:t>
      </w:r>
    </w:p>
    <w:p>
      <w:pPr>
        <w:spacing w:line="360" w:lineRule="auto" w:after="0"/>
        <w:ind w:firstLine="283"/>
      </w:pPr>
      <w:r>
        <w:t>The road was the color. It was not the clean road of the quarantine line, which had been emptied. This one had been filled, to the rim, like a cup, until the road's own surface was the color and nothing else. Their boots left nothing. The track closed behind every step.</w:t>
      </w:r>
    </w:p>
    <w:p>
      <w:pPr>
        <w:spacing w:line="360" w:lineRule="auto" w:after="0"/>
        <w:ind w:firstLine="283"/>
      </w:pPr>
      <w:r>
        <w:t>Coda walked behind, counting. One. Two. Three. The fenceposts were the color, slick and wet-looking, and she counted them anyway. It was the same counting she had always done. The color had not taken the counting.</w:t>
      </w:r>
    </w:p>
    <w:p>
      <w:pPr>
        <w:spacing w:line="360" w:lineRule="auto" w:after="0"/>
        <w:ind w:firstLine="283"/>
      </w:pPr>
      <w:r>
        <w:t>Vasryn walked ahead under the Mantle, with the Mantle's grey going down the road like a thing that had been told to keep going. It was the one thing in the town the color had not got.</w:t>
      </w:r>
    </w:p>
    <w:p>
      <w:pPr>
        <w:spacing w:line="360" w:lineRule="auto" w:after="0"/>
        <w:ind w:firstLine="283"/>
      </w:pPr>
      <w:r>
        <w:t>Behind them the ink settled on the road, on the girl's tracks, on the cobbles, on the shutter and the baker's sign and the water in the well. It settled on the two lines on the curb, and the cardamom held, and the color didn't mix. It didn't settle on the Mantle at all.</w:t>
      </w:r>
    </w:p>
    <w:p>
      <w:pPr>
        <w:spacing w:line="360" w:lineRule="auto" w:after="0"/>
        <w:ind w:firstLine="283"/>
      </w:pPr>
      <w:r>
        <w:t>The grey went east. The color stayed on the road.</w:t>
      </w:r>
    </w:p>
    <w:p>
      <w:pPr>
        <w:spacing w:line="360" w:lineRule="auto" w:after="0"/>
        <w:ind w:firstLine="283"/>
      </w:pPr>
      <w:r>
        <w:t>Two lines on a well-curb in a town the ink had taken. The cardamom, on the black.</w:t>
      </w:r>
    </w:p>
    <w:p>
      <w:pPr>
        <w:ind w:firstLine="0"/>
        <w:jc w:val="center"/>
      </w:pPr>
      <w:r>
        <w:rPr>
          <w:color w:val="AAAAAA"/>
        </w:rPr>
        <w:t>❖</w:t>
      </w:r>
    </w:p>
    <w:p>
      <w:pPr>
        <w:spacing w:before="360" w:after="240"/>
        <w:ind w:firstLine="0"/>
        <w:jc w:val="center"/>
      </w:pPr>
      <w:r>
        <w:rPr>
          <w:b/>
          <w:i/>
          <w:color w:val="333333"/>
          <w:sz w:val="26"/>
        </w:rPr>
        <w:t>Step 38 — The Standing (Mira)</w:t>
      </w:r>
    </w:p>
    <w:p>
      <w:pPr>
        <w:spacing w:line="360" w:lineRule="auto" w:after="0"/>
        <w:ind w:firstLine="283"/>
      </w:pPr>
      <w:r>
        <w:t>‖ ∧</w:t>
      </w:r>
    </w:p>
    <w:p>
      <w:pPr>
        <w:spacing w:line="360" w:lineRule="auto" w:after="0"/>
        <w:ind w:firstLine="283"/>
      </w:pPr>
      <w:r>
        <w:t>The morning bell went, and Pell brought the tea.</w:t>
      </w:r>
    </w:p>
    <w:p>
      <w:pPr>
        <w:spacing w:line="360" w:lineRule="auto" w:after="0"/>
        <w:ind w:firstLine="283"/>
      </w:pPr>
      <w:r>
        <w:t>He set it on its square of cork: the tin cup, the rim without a chip, the tea still hot. He hummed his three nervous notes and went away, and the humming went with him, and Mira stood at her desk and did not sit down.</w:t>
      </w:r>
    </w:p>
    <w:p>
      <w:pPr>
        <w:spacing w:line="360" w:lineRule="auto" w:after="0"/>
        <w:ind w:firstLine="283"/>
      </w:pPr>
      <w:r>
        <w:t>The chair was where it had been for eleven years, pushed in under the oak, the seat worn to its dip, the front rung worn smooth where her feet had rested, the legs cut three inches short. Quill in the jar. Ink-pot at the south corner. Bone knife beside the ledger. Lamp at the elbow. She catalogued them, as she always did, because it was easier than thinking, and then she did the thing she had been not-doing since the evening before.</w:t>
      </w:r>
    </w:p>
    <w:p>
      <w:pPr>
        <w:spacing w:line="360" w:lineRule="auto" w:after="0"/>
        <w:ind w:firstLine="283"/>
      </w:pPr>
      <w:r>
        <w:t>She stayed on her feet.</w:t>
      </w:r>
    </w:p>
    <w:p>
      <w:pPr>
        <w:spacing w:line="360" w:lineRule="auto" w:after="0"/>
        <w:ind w:firstLine="283"/>
      </w:pPr>
      <w:r>
        <w:t>The morning's work had come up from the bindery on the cart and lay in front of her on the oilcloth, with the red cord beside it. The next quarter's mass list. Single sheets, ruled in red-brown. The cooper of the second ward. The sail-maker of the first. The family of the third. She read the first three lines and her chest did something she didn't have a word for.</w:t>
      </w:r>
    </w:p>
    <w:p>
      <w:pPr>
        <w:spacing w:line="360" w:lineRule="auto" w:after="0"/>
        <w:ind w:firstLine="283"/>
      </w:pPr>
      <w:r>
        <w:t>She had not decided to stand. That was the truth of it. It had come on overnight, in her sleep or just before it, as a sort of conclusion the body had reached without consulting her: no more of that chair. A man in grey had stood at this desk and said you won't have to hold the chair, and she had lain awake until three understanding that it was the kindest, most terrible sentence anyone had said to her in eleven years.</w:t>
      </w:r>
    </w:p>
    <w:p>
      <w:pPr>
        <w:spacing w:line="360" w:lineRule="auto" w:after="0"/>
        <w:ind w:firstLine="283"/>
      </w:pPr>
      <w:r>
        <w:t>She took the quill from the jar.</w:t>
      </w:r>
    </w:p>
    <w:p>
      <w:pPr>
        <w:spacing w:line="360" w:lineRule="auto" w:after="0"/>
        <w:ind w:firstLine="283"/>
      </w:pPr>
      <w:r>
        <w:t>Standing changed everything. Her wrists were straight. For eleven years they had been bent, and now they lay flat along the oak as they were meant to, and it hurt, in a strange loosening way, like an arm coming back to life. Her knees were free. The hollows in the desk, worn into the shape of her forearms, sat three inches too low for the arms she had now. They didn't fit. They had been made for someone who sat.</w:t>
      </w:r>
    </w:p>
    <w:p>
      <w:pPr>
        <w:spacing w:line="360" w:lineRule="auto" w:after="0"/>
        <w:ind w:firstLine="283"/>
      </w:pPr>
      <w:r>
        <w:t>She dipped the pen and wrote the cooper's disposition. The burr left its double-track. But the letters leaned. A standing hand wrote at a different angle, and the whole line sloped forward like a person walking into wind. She looked at it with something between horror and delight. It was her handwriting, and it was not the handwriting of the person who'd sat there.</w:t>
      </w:r>
    </w:p>
    <w:p>
      <w:pPr>
        <w:spacing w:line="360" w:lineRule="auto" w:after="0"/>
        <w:ind w:firstLine="283"/>
      </w:pPr>
      <w:r>
        <w:t>She wrote the second line. The third. The page filled. The hand moved. The letters leaned.</w:t>
      </w:r>
    </w:p>
    <w:p>
      <w:pPr>
        <w:spacing w:line="360" w:lineRule="auto" w:after="0"/>
        <w:ind w:firstLine="283"/>
      </w:pPr>
      <w:r>
        <w:t>The chair was in the way.</w:t>
      </w:r>
    </w:p>
    <w:p>
      <w:pPr>
        <w:spacing w:line="360" w:lineRule="auto" w:after="0"/>
        <w:ind w:firstLine="283"/>
      </w:pPr>
      <w:r>
        <w:t>It stood between her and the desk, its back at her hip, and her feet were where its front rung would have been, on the cold stone of the archive floor with the chill coming up through the soles of her boots. She put one hand on the chair-back and pushed.</w:t>
      </w:r>
    </w:p>
    <w:p>
      <w:pPr>
        <w:spacing w:line="360" w:lineRule="auto" w:after="0"/>
        <w:ind w:firstLine="283"/>
      </w:pPr>
      <w:r>
        <w:t>It had always moved a hand's width when she shoved it in or out. It went now across an arm's length of floor, skidded, struck the desk behind her with a bang that made Pell's humming stop in the next row, and stood there rocking.</w:t>
      </w:r>
    </w:p>
    <w:p>
      <w:pPr>
        <w:spacing w:line="360" w:lineRule="auto" w:after="0"/>
        <w:ind w:firstLine="283"/>
      </w:pPr>
      <w:r>
        <w:t>It was light. It weighed almost nothing. She stared at it. For eleven years she had thought of that chair as something with weight, a presence, a thing that held her to the desk. It was a small plain kitchen chair with a worn rung, and a child could have lifted it.</w:t>
      </w:r>
    </w:p>
    <w:p>
      <w:pPr>
        <w:spacing w:line="360" w:lineRule="auto" w:after="0"/>
        <w:ind w:firstLine="283"/>
      </w:pPr>
      <w:r>
        <w:t>At noon Pell brought the tea. He set it down. He looked at the chair. He looked at Mira.</w:t>
      </w:r>
    </w:p>
    <w:p>
      <w:pPr>
        <w:spacing w:line="360" w:lineRule="auto" w:after="0"/>
        <w:ind w:firstLine="283"/>
      </w:pPr>
      <w:r>
        <w:t>"You're standing," he said.</w:t>
      </w:r>
    </w:p>
    <w:p>
      <w:pPr>
        <w:spacing w:line="360" w:lineRule="auto" w:after="0"/>
        <w:ind w:firstLine="283"/>
      </w:pPr>
      <w:r>
        <w:t>"Yes."</w:t>
      </w:r>
    </w:p>
    <w:p>
      <w:pPr>
        <w:spacing w:line="360" w:lineRule="auto" w:after="0"/>
        <w:ind w:firstLine="283"/>
      </w:pPr>
      <w:r>
        <w:t>"The chair—"</w:t>
      </w:r>
    </w:p>
    <w:p>
      <w:pPr>
        <w:spacing w:line="360" w:lineRule="auto" w:after="0"/>
        <w:ind w:firstLine="283"/>
      </w:pPr>
      <w:r>
        <w:t>"Isn't at the desk."</w:t>
      </w:r>
    </w:p>
    <w:p>
      <w:pPr>
        <w:spacing w:line="360" w:lineRule="auto" w:after="0"/>
        <w:ind w:firstLine="283"/>
      </w:pPr>
      <w:r>
        <w:t>Pell opened his mouth and shut it. His humming went up half a note and stayed there. He was a nervous young man in a profession that rewarded it, and she watched him decide, quickly, with his whole face, that he had not seen what he'd seen. He went away. The humming went with him.</w:t>
      </w:r>
    </w:p>
    <w:p>
      <w:pPr>
        <w:spacing w:line="360" w:lineRule="auto" w:after="0"/>
        <w:ind w:firstLine="283"/>
      </w:pPr>
      <w:r>
        <w:t>The afternoon crossed the floor. The clerestory light came down in its long grey bars, slid up the side of the desk, and went across the page. The cooper, the sail-maker, the family, the smith, the widow, the household in the third ward. The hand moved. The writing leaned. At some point her feet began to ache and she let them. At some point her back began, for the first time in eleven years, not to.</w:t>
      </w:r>
    </w:p>
    <w:p>
      <w:pPr>
        <w:spacing w:line="360" w:lineRule="auto" w:after="0"/>
        <w:ind w:firstLine="283"/>
      </w:pPr>
      <w:r>
        <w:t>She did not sit down. She did not move the chair back.</w:t>
      </w:r>
    </w:p>
    <w:p>
      <w:pPr>
        <w:spacing w:line="360" w:lineRule="auto" w:after="0"/>
        <w:ind w:firstLine="283"/>
      </w:pPr>
      <w:r>
        <w:t>At the evening bell she put the quill in its jar, the bone knife beside the ledger, the cup on its cork with the tea gone cold. She straightened up, slowly, in the way of someone who has set down something heavy.</w:t>
      </w:r>
    </w:p>
    <w:p>
      <w:pPr>
        <w:spacing w:line="360" w:lineRule="auto" w:after="0"/>
        <w:ind w:firstLine="283"/>
      </w:pPr>
      <w:r>
        <w:t>The chair stood across the floor, leaning against the desk behind her, small and plain, a thing that had once belonged to somebody who sat by a fire. She looked at it for a long time.</w:t>
      </w:r>
    </w:p>
    <w:p>
      <w:pPr>
        <w:spacing w:line="360" w:lineRule="auto" w:after="0"/>
        <w:ind w:firstLine="283"/>
      </w:pPr>
      <w:r>
        <w:t>She had meant to push it away. She had not meant to push it so far.</w:t>
      </w:r>
    </w:p>
    <w:p>
      <w:pPr>
        <w:ind w:firstLine="0"/>
        <w:jc w:val="center"/>
      </w:pPr>
      <w:r>
        <w:rPr>
          <w:color w:val="AAAAAA"/>
        </w:rPr>
        <w:t>❖</w:t>
      </w:r>
    </w:p>
    <w:p>
      <w:pPr>
        <w:spacing w:before="360" w:after="240"/>
        <w:ind w:firstLine="0"/>
        <w:jc w:val="center"/>
      </w:pPr>
      <w:r>
        <w:rPr>
          <w:b/>
          <w:i/>
          <w:color w:val="333333"/>
          <w:sz w:val="26"/>
        </w:rPr>
        <w:t>Step 39 — Renn, Entered (Coda)</w:t>
      </w:r>
    </w:p>
    <w:p>
      <w:pPr>
        <w:spacing w:line="360" w:lineRule="auto" w:after="0"/>
        <w:ind w:firstLine="283"/>
      </w:pPr>
      <w:r>
        <w:t>‖ ∧</w:t>
      </w:r>
    </w:p>
    <w:p>
      <w:pPr>
        <w:spacing w:line="360" w:lineRule="auto" w:after="0"/>
        <w:ind w:firstLine="283"/>
      </w:pPr>
      <w:r>
        <w:t>The twenty-fourth town had a gate, and the gate had a booth, and the booth had a clerk.</w:t>
      </w:r>
    </w:p>
    <w:p>
      <w:pPr>
        <w:spacing w:line="360" w:lineRule="auto" w:after="0"/>
        <w:ind w:firstLine="283"/>
      </w:pPr>
      <w:r>
        <w:t>Coda counted the gate first. One gate, two posts, oak with the bark stripped and the wood gone dark from twenty years of rain. The hinge on the left post was rusted at the pin and had stopped swinging years ago. The hinge on the right was new, the iron bright, oiled that week. The way in was the left. The way out was the right. She noted which.</w:t>
      </w:r>
    </w:p>
    <w:p>
      <w:pPr>
        <w:spacing w:line="360" w:lineRule="auto" w:after="0"/>
        <w:ind w:firstLine="283"/>
      </w:pPr>
      <w:r>
        <w:t>She counted the booth. New pine, pale, still smelling of the saw. The shelf had no drawer and no lock. The stool was light enough to lift. A slate hung from a nail on a cord that could be cut. The ink-pot was clay and would break. One clerk, one pair of hands, one pair of eyes, and the eyes hadn't yet looked at the road behind her or the wall beside her. They were on the slate.</w:t>
      </w:r>
    </w:p>
    <w:p>
      <w:pPr>
        <w:spacing w:line="360" w:lineRule="auto" w:after="0"/>
        <w:ind w:firstLine="283"/>
      </w:pPr>
      <w:r>
        <w:t>The clerk wore the grey, faded at the elbows where a season of leaning on the booth's shelf had worn the wool thin. His nails were short. There was ink in the cuticle, black ink, the Registry's, not the cardamom stain of the keepers. He had been writing names a long time.</w:t>
      </w:r>
    </w:p>
    <w:p>
      <w:pPr>
        <w:spacing w:line="360" w:lineRule="auto" w:after="0"/>
        <w:ind w:firstLine="283"/>
      </w:pPr>
      <w:r>
        <w:t>"Name," he said.</w:t>
      </w:r>
    </w:p>
    <w:p>
      <w:pPr>
        <w:spacing w:line="360" w:lineRule="auto" w:after="0"/>
        <w:ind w:firstLine="283"/>
      </w:pPr>
      <w:r>
        <w:t>The count was in her mouth: one gate, one door, the baker's flour-door in the wall, an iron latch, no windows. Two exits.</w:t>
      </w:r>
    </w:p>
    <w:p>
      <w:pPr>
        <w:spacing w:line="360" w:lineRule="auto" w:after="0"/>
        <w:ind w:firstLine="283"/>
      </w:pPr>
      <w:r>
        <w:t>"Renn," Coda said.</w:t>
      </w:r>
    </w:p>
    <w:p>
      <w:pPr>
        <w:spacing w:line="360" w:lineRule="auto" w:after="0"/>
        <w:ind w:firstLine="283"/>
      </w:pPr>
      <w:r>
        <w:t>The clerk dipped, wrote, and the name went down on the slate. He wiped his nib on a cloth, twice, the second wipe lighter than the first, and turned the slate round to show her.</w:t>
      </w:r>
    </w:p>
    <w:p>
      <w:pPr>
        <w:spacing w:line="360" w:lineRule="auto" w:after="0"/>
        <w:ind w:firstLine="283"/>
      </w:pPr>
      <w:r>
        <w:t>She had been shown a thousand slates. She knew how to look at them: the date, the hand, the wet. She was already looking at the wet, which was good, because the name at the bottom was wet. It had just been written.</w:t>
      </w:r>
    </w:p>
    <w:p>
      <w:pPr>
        <w:spacing w:line="360" w:lineRule="auto" w:after="0"/>
        <w:ind w:firstLine="283"/>
      </w:pPr>
      <w:r>
        <w:t>It was also above itself.</w:t>
      </w:r>
    </w:p>
    <w:p>
      <w:pPr>
        <w:spacing w:line="360" w:lineRule="auto" w:after="0"/>
        <w:ind w:firstLine="283"/>
      </w:pPr>
      <w:r>
        <w:t>The slate was old, older than the booth. It had hung at the old gate for years, and its surface was scratched and furred with names written and wiped and written again. The frame was worn smooth from hands. The cord that held it to the nail had been knotted three times, hemp, then twine, then the red cord of the Registry's binding, and she understood from the cords that three clerks had stood in this booth and left it. The slate had held their names and let them go.</w:t>
      </w:r>
    </w:p>
    <w:p>
      <w:pPr>
        <w:spacing w:line="360" w:lineRule="auto" w:after="0"/>
        <w:ind w:firstLine="283"/>
      </w:pPr>
      <w:r>
        <w:t>On it, the second line from the bottom, was Renn.</w:t>
      </w:r>
    </w:p>
    <w:p>
      <w:pPr>
        <w:spacing w:line="360" w:lineRule="auto" w:after="0"/>
        <w:ind w:firstLine="283"/>
      </w:pPr>
      <w:r>
        <w:t>It was dry. It had been dry for days. The ink had sunk into the grain and lay flat, not glossy. The hand was narrower than the clerk's. The downstroke of the R was cut short. Whoever wrote it had lifted the quill before the stroke was done, the way a hand lifts when it's in a hurry, or when it's been told to write a name and doesn't know why.</w:t>
      </w:r>
    </w:p>
    <w:p>
      <w:pPr>
        <w:spacing w:line="360" w:lineRule="auto" w:after="0"/>
        <w:ind w:firstLine="283"/>
      </w:pPr>
      <w:r>
        <w:t>Her lips stopped.</w:t>
      </w:r>
    </w:p>
    <w:p>
      <w:pPr>
        <w:spacing w:line="360" w:lineRule="auto" w:after="0"/>
        <w:ind w:firstLine="283"/>
      </w:pPr>
      <w:r>
        <w:t>The count had been in her mouth all morning, and now it wasn't. Her mouth stood open on nothing. She was looking at a name she had said every day for eight years, written on a slate by a stranger, before she had said it.</w:t>
      </w:r>
    </w:p>
    <w:p>
      <w:pPr>
        <w:spacing w:line="360" w:lineRule="auto" w:after="0"/>
        <w:ind w:firstLine="283"/>
      </w:pPr>
      <w:r>
        <w:t>"There are two," she said.</w:t>
      </w:r>
    </w:p>
    <w:p>
      <w:pPr>
        <w:spacing w:line="360" w:lineRule="auto" w:after="0"/>
        <w:ind w:firstLine="283"/>
      </w:pPr>
      <w:r>
        <w:t>The clerk looked at the slate. He looked at the first Renn. His hand went to the cloth in his left hand, stained black with the names of other people, and stopped.</w:t>
      </w:r>
    </w:p>
    <w:p>
      <w:pPr>
        <w:spacing w:line="360" w:lineRule="auto" w:after="0"/>
        <w:ind w:firstLine="283"/>
      </w:pPr>
      <w:r>
        <w:t>"That's not mine," Coda said. "That one was here before me."</w:t>
      </w:r>
    </w:p>
    <w:p>
      <w:pPr>
        <w:spacing w:line="360" w:lineRule="auto" w:after="0"/>
        <w:ind w:firstLine="283"/>
      </w:pPr>
      <w:r>
        <w:t>"It's the same name." He said it carefully, like a man testing ice.</w:t>
      </w:r>
    </w:p>
    <w:p>
      <w:pPr>
        <w:spacing w:line="360" w:lineRule="auto" w:after="0"/>
        <w:ind w:firstLine="283"/>
      </w:pPr>
      <w:r>
        <w:t>Her hand had gone to the cord at her neck. The cord was empty. The chit had gone, taken at the twentieth town by a hand she hadn't counted, and with it the number she'd carried since she was twelve. The cord was hers. The name was hers. And somewhere ahead of her, on this road, there was another girl who answered to it, or a clerk who wrote it ahead of time on slates, in a hurry, for reasons nobody had given him.</w:t>
      </w:r>
    </w:p>
    <w:p>
      <w:pPr>
        <w:spacing w:line="360" w:lineRule="auto" w:after="0"/>
        <w:ind w:firstLine="283"/>
      </w:pPr>
      <w:r>
        <w:t>She did not ask which. She didn't dare.</w:t>
      </w:r>
    </w:p>
    <w:p>
      <w:pPr>
        <w:spacing w:line="360" w:lineRule="auto" w:after="0"/>
        <w:ind w:firstLine="283"/>
      </w:pPr>
      <w:r>
        <w:t>She walked through the gate. She went by the right-hand post, the one with the bright hinge. The road lay east. The count had come back into her mouth the way breath comes back after it's been held: one road, one gate behind. She said it twice to be sure.</w:t>
      </w:r>
    </w:p>
    <w:p>
      <w:pPr>
        <w:spacing w:line="360" w:lineRule="auto" w:after="0"/>
        <w:ind w:firstLine="283"/>
      </w:pPr>
      <w:r>
        <w:t>On the slate behind her there were two names. The first was dry and the second was wet. The second was written over the first.</w:t>
      </w:r>
    </w:p>
    <w:p>
      <w:pPr>
        <w:ind w:firstLine="0"/>
        <w:jc w:val="center"/>
      </w:pPr>
      <w:r>
        <w:rPr>
          <w:color w:val="AAAAAA"/>
        </w:rPr>
        <w:t>❖</w:t>
      </w:r>
    </w:p>
    <w:p>
      <w:pPr>
        <w:spacing w:before="360" w:after="240"/>
        <w:ind w:firstLine="0"/>
        <w:jc w:val="center"/>
      </w:pPr>
      <w:r>
        <w:rPr>
          <w:b/>
          <w:i/>
          <w:color w:val="333333"/>
          <w:sz w:val="26"/>
        </w:rPr>
        <w:t>Step 40 — Renn May Go East (Coda)</w:t>
      </w:r>
    </w:p>
    <w:p>
      <w:pPr>
        <w:spacing w:line="360" w:lineRule="auto" w:after="0"/>
        <w:ind w:firstLine="283"/>
      </w:pPr>
      <w:r>
        <w:t>‖ ∧</w:t>
      </w:r>
    </w:p>
    <w:p>
      <w:pPr>
        <w:spacing w:line="360" w:lineRule="auto" w:after="0"/>
        <w:ind w:firstLine="283"/>
      </w:pPr>
      <w:r>
        <w:t>The twenty-fifth town had two gates.</w:t>
      </w:r>
    </w:p>
    <w:p>
      <w:pPr>
        <w:spacing w:line="360" w:lineRule="auto" w:after="0"/>
        <w:ind w:firstLine="283"/>
      </w:pPr>
      <w:r>
        <w:t>She counted them from the road. The first was the town's own, oak, iron-banded, the hinges oiled. The second was the Registry's, new pine, built beside the first so that the pale wood stood against the old like a bandage. Both gates stood open. Both had a clerk.</w:t>
      </w:r>
    </w:p>
    <w:p>
      <w:pPr>
        <w:spacing w:line="360" w:lineRule="auto" w:after="0"/>
        <w:ind w:firstLine="283"/>
      </w:pPr>
      <w:r>
        <w:t>The Registry's clerk was newer than the last. His grey was dark and unfaded, the elbows unworn. He hadn't been at this gate long. He had a book, not a slate, bound in dark leather and ruled in red-brown, and his finger was moving down a line, looking for a name.</w:t>
      </w:r>
    </w:p>
    <w:p>
      <w:pPr>
        <w:spacing w:line="360" w:lineRule="auto" w:after="0"/>
        <w:ind w:firstLine="283"/>
      </w:pPr>
      <w:r>
        <w:t>She walked up to him. The count ran in her mouth: two gates, two roads behind, one ahead, walls four feet on both sides, no handholds. Exits: the gate, the road behind. The road behind was the twenty-fourth town, and she didn't mean to go back.</w:t>
      </w:r>
    </w:p>
    <w:p>
      <w:pPr>
        <w:spacing w:line="360" w:lineRule="auto" w:after="0"/>
        <w:ind w:firstLine="283"/>
      </w:pPr>
      <w:r>
        <w:t>"Name," the clerk said.</w:t>
      </w:r>
    </w:p>
    <w:p>
      <w:pPr>
        <w:spacing w:line="360" w:lineRule="auto" w:after="0"/>
        <w:ind w:firstLine="283"/>
      </w:pPr>
      <w:r>
        <w:t>She had it before he finished. It had been in her mouth since the twenty-fourth gate. She'd begun to say it before she thought to, and she'd begun, God help her, to think in it.</w:t>
      </w:r>
    </w:p>
    <w:p>
      <w:pPr>
        <w:spacing w:line="360" w:lineRule="auto" w:after="0"/>
        <w:ind w:firstLine="283"/>
      </w:pPr>
      <w:r>
        <w:t>"Renn."</w:t>
      </w:r>
    </w:p>
    <w:p>
      <w:pPr>
        <w:spacing w:line="360" w:lineRule="auto" w:after="0"/>
        <w:ind w:firstLine="283"/>
      </w:pPr>
      <w:r>
        <w:t>He dipped his quill and set it to the book and wrote the name along the ruled line. And then his hand stopped.</w:t>
      </w:r>
    </w:p>
    <w:p>
      <w:pPr>
        <w:spacing w:line="360" w:lineRule="auto" w:after="0"/>
        <w:ind w:firstLine="283"/>
      </w:pPr>
      <w:r>
        <w:t>It stopped on the page with the nib still touching. The name was written. He didn't lift the quill. His wrist shook, very slightly, a tremor that moved the nib a quarter-inch to the right and back, and the ink followed it, so that at the end of the last letter a small hook dragged out of the N. It was not part of the letter. It was a stutter. It was the hand saying something the mouth hadn't.</w:t>
      </w:r>
    </w:p>
    <w:p>
      <w:pPr>
        <w:spacing w:line="360" w:lineRule="auto" w:after="0"/>
        <w:ind w:firstLine="283"/>
      </w:pPr>
      <w:r>
        <w:t>He looked at the hook. His face did not change. He set the quill down and, with a delicacy that made her want to look away, turned to the book's second page.</w:t>
      </w:r>
    </w:p>
    <w:p>
      <w:pPr>
        <w:spacing w:line="360" w:lineRule="auto" w:after="0"/>
        <w:ind w:firstLine="283"/>
      </w:pPr>
      <w:r>
        <w:t>The book had two pages open. On the left lay the day's names, in the black, in the clerk's own hand. The right-hand page was older. The ink was darker, sunk deep into the paper, dry for weeks, and it had a single column, headed Cross-Reference.</w:t>
      </w:r>
    </w:p>
    <w:p>
      <w:pPr>
        <w:spacing w:line="360" w:lineRule="auto" w:after="0"/>
        <w:ind w:firstLine="283"/>
      </w:pPr>
      <w:r>
        <w:t>His finger went down it. It passed names too small for her to read at that distance. It stopped.</w:t>
      </w:r>
    </w:p>
    <w:p>
      <w:pPr>
        <w:spacing w:line="360" w:lineRule="auto" w:after="0"/>
        <w:ind w:firstLine="283"/>
      </w:pPr>
      <w:r>
        <w:t>The name it stopped on was in a hand that wasn't his. It was the Registry's other hand, the one that writes ahead. And it said Renn.</w:t>
      </w:r>
    </w:p>
    <w:p>
      <w:pPr>
        <w:spacing w:line="360" w:lineRule="auto" w:after="0"/>
        <w:ind w:firstLine="283"/>
      </w:pPr>
      <w:r>
        <w:t>The clerk looked at the name on the right. He looked at the name he'd just written on the left, with its hook. He looked at the right again, for a long time. Then he picked up the quill, and beside the name on the left, in the margin, he drew a small mark.</w:t>
      </w:r>
    </w:p>
    <w:p>
      <w:pPr>
        <w:spacing w:line="360" w:lineRule="auto" w:after="0"/>
        <w:ind w:firstLine="283"/>
      </w:pPr>
      <w:r>
        <w:t>It was a caret. A little roof. I did not make this. I only copied it.</w:t>
      </w:r>
    </w:p>
    <w:p>
      <w:pPr>
        <w:spacing w:line="360" w:lineRule="auto" w:after="0"/>
        <w:ind w:firstLine="283"/>
      </w:pPr>
      <w:r>
        <w:t>She knew what it said. She had seen the same mark on a slate at a quarantine line and a map in an inn and a flat rock at a fork in a road. It was not a Registry mark. It was theirs, and he was making it with the Registry's own quill in the Registry's own book, and the hand that made it was steady now.</w:t>
      </w:r>
    </w:p>
    <w:p>
      <w:pPr>
        <w:spacing w:line="360" w:lineRule="auto" w:after="0"/>
        <w:ind w:firstLine="283"/>
      </w:pPr>
      <w:r>
        <w:t>He set the quill down. He picked up a second one and laid it on the page.</w:t>
      </w:r>
    </w:p>
    <w:p>
      <w:pPr>
        <w:spacing w:line="360" w:lineRule="auto" w:after="0"/>
        <w:ind w:firstLine="283"/>
      </w:pPr>
      <w:r>
        <w:t>"Sign," he said.</w:t>
      </w:r>
    </w:p>
    <w:p>
      <w:pPr>
        <w:spacing w:line="360" w:lineRule="auto" w:after="0"/>
        <w:ind w:firstLine="283"/>
      </w:pPr>
      <w:r>
        <w:t>"Sign what?"</w:t>
      </w:r>
    </w:p>
    <w:p>
      <w:pPr>
        <w:spacing w:line="360" w:lineRule="auto" w:after="0"/>
        <w:ind w:firstLine="283"/>
      </w:pPr>
      <w:r>
        <w:t>"Your name. Beneath mine."</w:t>
      </w:r>
    </w:p>
    <w:p>
      <w:pPr>
        <w:spacing w:line="360" w:lineRule="auto" w:after="0"/>
        <w:ind w:firstLine="283"/>
      </w:pPr>
      <w:r>
        <w:t>She looked at the book. Under the clerk's line, with its hook and its caret, there was a second line, ruled in red-brown, the width of a name. It was empty.</w:t>
      </w:r>
    </w:p>
    <w:p>
      <w:pPr>
        <w:spacing w:line="360" w:lineRule="auto" w:after="0"/>
        <w:ind w:firstLine="283"/>
      </w:pPr>
      <w:r>
        <w:t>She took the quill. It was light, and cold, the ink in its pot the temperature of the morning. Her hand was cold. It was the hand of someone who had counted doors for eight years and never once written anything down, and she felt it shake, and felt it stop.</w:t>
      </w:r>
    </w:p>
    <w:p>
      <w:pPr>
        <w:spacing w:line="360" w:lineRule="auto" w:after="0"/>
        <w:ind w:firstLine="283"/>
      </w:pPr>
      <w:r>
        <w:t>She wrote.</w:t>
      </w:r>
    </w:p>
    <w:p>
      <w:pPr>
        <w:spacing w:line="360" w:lineRule="auto" w:after="0"/>
        <w:ind w:firstLine="283"/>
      </w:pPr>
      <w:r>
        <w:t>The letters weren't the clerk's. They leaned. They were round and clumsy, the letters of a hand that had held a cord, not a pen. They were not the Registry's letters. They were hers, and they said Renn, and she looked at them and understood that she could not tell any longer where the borrowed name stopped and she began.</w:t>
      </w:r>
    </w:p>
    <w:p>
      <w:pPr>
        <w:spacing w:line="360" w:lineRule="auto" w:after="0"/>
        <w:ind w:firstLine="283"/>
      </w:pPr>
      <w:r>
        <w:t>He looked at the two names, his own with the caret beside it, hers beneath. He did not draw a caret by the second. That mark was for things copied. This one had been signed.</w:t>
      </w:r>
    </w:p>
    <w:p>
      <w:pPr>
        <w:spacing w:line="360" w:lineRule="auto" w:after="0"/>
        <w:ind w:firstLine="283"/>
      </w:pPr>
      <w:r>
        <w:t>He closed the book. The pages came together, with both names inside. He put it on its shelf. His hand was steady.</w:t>
      </w:r>
    </w:p>
    <w:p>
      <w:pPr>
        <w:spacing w:line="360" w:lineRule="auto" w:after="0"/>
        <w:ind w:firstLine="283"/>
      </w:pPr>
      <w:r>
        <w:t>"Renn," he said, very low, so that only she could hear, "may go east."</w:t>
      </w:r>
    </w:p>
    <w:p>
      <w:pPr>
        <w:spacing w:line="360" w:lineRule="auto" w:after="0"/>
        <w:ind w:firstLine="283"/>
      </w:pPr>
      <w:r>
        <w:t>She walked through the pine gate. The road ran east and the count was in her mouth: two gates behind, one road ahead.</w:t>
      </w:r>
    </w:p>
    <w:p>
      <w:pPr>
        <w:spacing w:line="360" w:lineRule="auto" w:after="0"/>
        <w:ind w:firstLine="283"/>
      </w:pPr>
      <w:r>
        <w:t>There was ink on her fingers. The cord lay empty at her throat. She went on.</w:t>
      </w:r>
    </w:p>
    <w:p>
      <w:pPr>
        <w:ind w:firstLine="0"/>
        <w:jc w:val="center"/>
      </w:pPr>
      <w:r>
        <w:rPr>
          <w:color w:val="AAAAAA"/>
        </w:rPr>
        <w:t>❖</w:t>
      </w:r>
    </w:p>
    <w:p>
      <w:pPr>
        <w:spacing w:before="360" w:after="240"/>
        <w:ind w:firstLine="0"/>
        <w:jc w:val="center"/>
      </w:pPr>
      <w:r>
        <w:rPr>
          <w:b/>
          <w:i/>
          <w:color w:val="333333"/>
          <w:sz w:val="26"/>
        </w:rPr>
        <w:t>Step 41 — The Blank (Vasryn)</w:t>
      </w:r>
    </w:p>
    <w:p>
      <w:pPr>
        <w:spacing w:line="360" w:lineRule="auto" w:after="0"/>
        <w:ind w:firstLine="283"/>
      </w:pPr>
      <w:r>
        <w:t>‖ ∧</w:t>
      </w:r>
    </w:p>
    <w:p>
      <w:pPr>
        <w:spacing w:line="360" w:lineRule="auto" w:after="0"/>
        <w:ind w:firstLine="283"/>
      </w:pPr>
      <w:r>
        <w:t>They came over the rise, and the town was gone.</w:t>
      </w:r>
    </w:p>
    <w:p>
      <w:pPr>
        <w:spacing w:line="360" w:lineRule="auto" w:after="0"/>
        <w:ind w:firstLine="283"/>
      </w:pPr>
      <w:r>
        <w:t>The road had climbed for the last half-mile, salted stones underfoot, scrub at the verge, a wide grey sky with nothing in it. The boy was a pace behind, counting fenceposts under his breath. The staff went into the road at every third step and left its small mark, and the mark held on the salt. Then the road topped the rise and kept going, down the far side, between the cobbles and the lines, into the place where a town should have been.</w:t>
      </w:r>
    </w:p>
    <w:p>
      <w:pPr>
        <w:spacing w:line="360" w:lineRule="auto" w:after="0"/>
        <w:ind w:firstLine="283"/>
      </w:pPr>
      <w:r>
        <w:t>There was nothing there to be in the road's way. There was a square.</w:t>
      </w:r>
    </w:p>
    <w:p>
      <w:pPr>
        <w:spacing w:line="360" w:lineRule="auto" w:after="0"/>
        <w:ind w:firstLine="283"/>
      </w:pPr>
      <w:r>
        <w:t>Vasryn stopped. The boy stopped behind him, and the counting stopped.</w:t>
      </w:r>
    </w:p>
    <w:p>
      <w:pPr>
        <w:spacing w:line="360" w:lineRule="auto" w:after="0"/>
        <w:ind w:firstLine="283"/>
      </w:pPr>
      <w:r>
        <w:t>The square was perfect. That was what he could not get past. Fifty years of hands had set those cobbles, and the lime in the joints hadn't cracked, and no weed had come up between the stones, and there was not one cart-rut. It had been walked on and swept, walked on and swept, so long that the walking had worn itself out and the sweeping had worn itself out and only the stones were left.</w:t>
      </w:r>
    </w:p>
    <w:p>
      <w:pPr>
        <w:spacing w:line="360" w:lineRule="auto" w:after="0"/>
        <w:ind w:firstLine="283"/>
      </w:pPr>
      <w:r>
        <w:t>In the south corner stood the well. The curb had a dip in it, deep, worn by thirty years of the same rope drawing the same bucket across the same stone. There was no rope. There was no bucket. There was no woman with a sore back who'd drawn the water. The dip held what was left of her, which was the exact depth of her patience.</w:t>
      </w:r>
    </w:p>
    <w:p>
      <w:pPr>
        <w:spacing w:line="360" w:lineRule="auto" w:after="0"/>
        <w:ind w:firstLine="283"/>
      </w:pPr>
      <w:r>
        <w:t>On the ground nearby, four chimney-stones sat in a square, their mortar still holding, set too deep to shift. A house had stood on them. They were its roots.</w:t>
      </w:r>
    </w:p>
    <w:p>
      <w:pPr>
        <w:spacing w:line="360" w:lineRule="auto" w:after="0"/>
        <w:ind w:firstLine="283"/>
      </w:pPr>
      <w:r>
        <w:t>On the cobbles lay a hinge. Iron, rusted at the pin. It had held a door. The door was gone, and it had dropped the hinge as it went.</w:t>
      </w:r>
    </w:p>
    <w:p>
      <w:pPr>
        <w:spacing w:line="360" w:lineRule="auto" w:after="0"/>
        <w:ind w:firstLine="283"/>
      </w:pPr>
      <w:r>
        <w:t>Vasryn did not look at it for long.</w:t>
      </w:r>
    </w:p>
    <w:p>
      <w:pPr>
        <w:spacing w:line="360" w:lineRule="auto" w:after="0"/>
        <w:ind w:firstLine="283"/>
      </w:pPr>
      <w:r>
        <w:t>He walked the edge of the square. It had been laid out for a market, a square inside a square, the inner one for the stalls and the outer one for the walking, and all of it was still there in the stone: where the stalls had been, where people had passed. Along the east side were three threshold-stones with the pressed places beside them where doorposts had stood. He counted them. He couldn't help it. It was the first time he had thought of counting as a mercy.</w:t>
      </w:r>
    </w:p>
    <w:p>
      <w:pPr>
        <w:spacing w:line="360" w:lineRule="auto" w:after="0"/>
        <w:ind w:firstLine="283"/>
      </w:pPr>
      <w:r>
        <w:t>His boots made no sound. On the salted road they had given back the click of iron on stone. Here the cobbles took each step and returned nothing.</w:t>
      </w:r>
    </w:p>
    <w:p>
      <w:pPr>
        <w:spacing w:line="360" w:lineRule="auto" w:after="0"/>
        <w:ind w:firstLine="283"/>
      </w:pPr>
      <w:r>
        <w:t>He put his hand on the well-curb and the stone was cool, the cool of a morning that had never reached the sun. His palm lay in the dip. It fit. He was holding the place where the rope had been.</w:t>
      </w:r>
    </w:p>
    <w:p>
      <w:pPr>
        <w:spacing w:line="360" w:lineRule="auto" w:after="0"/>
        <w:ind w:firstLine="283"/>
      </w:pPr>
      <w:r>
        <w:t>Then he heard the cart.</w:t>
      </w:r>
    </w:p>
    <w:p>
      <w:pPr>
        <w:spacing w:line="360" w:lineRule="auto" w:after="0"/>
        <w:ind w:firstLine="283"/>
      </w:pPr>
      <w:r>
        <w:t>It came from behind him, from the road: iron-rimmed wheels on stone, the click as each rim found a joint, the roll across the face of the cobble, the click of the next. A cart coming into a square with a load. He could hear its weight. He could hear the pace of a horse that knew the way.</w:t>
      </w:r>
    </w:p>
    <w:p>
      <w:pPr>
        <w:spacing w:line="360" w:lineRule="auto" w:after="0"/>
        <w:ind w:firstLine="283"/>
      </w:pPr>
      <w:r>
        <w:t>He turned.</w:t>
      </w:r>
    </w:p>
    <w:p>
      <w:pPr>
        <w:spacing w:line="360" w:lineRule="auto" w:after="0"/>
        <w:ind w:firstLine="283"/>
      </w:pPr>
      <w:r>
        <w:t>The road was empty. The cobbles were clean.</w:t>
      </w:r>
    </w:p>
    <w:p>
      <w:pPr>
        <w:spacing w:line="360" w:lineRule="auto" w:after="0"/>
        <w:ind w:firstLine="283"/>
      </w:pPr>
      <w:r>
        <w:t>The sound went on. It came into the square, and he could feel it pass, a thing in the air the way the ink had been in the air at Vass, not a memory but a substance. The cart went by. It went out the far side and down the road, and the sound thinned and was gone.</w:t>
      </w:r>
    </w:p>
    <w:p>
      <w:pPr>
        <w:spacing w:line="360" w:lineRule="auto" w:after="0"/>
        <w:ind w:firstLine="283"/>
      </w:pPr>
      <w:r>
        <w:t>Somewhere by the chimney-stones, a dog barked.</w:t>
      </w:r>
    </w:p>
    <w:p>
      <w:pPr>
        <w:spacing w:line="360" w:lineRule="auto" w:after="0"/>
        <w:ind w:firstLine="283"/>
      </w:pPr>
      <w:r>
        <w:t>One short, sharp bark: the bark of a dog at a stranger on its step. Then nothing. It hadn't faded. It had been cut, and the place where it had been wasn't silence. It was the shape of the bark, hanging in the air, the way the dip held the shape of the rope.</w:t>
      </w:r>
    </w:p>
    <w:p>
      <w:pPr>
        <w:spacing w:line="360" w:lineRule="auto" w:after="0"/>
        <w:ind w:firstLine="283"/>
      </w:pPr>
      <w:r>
        <w:t>The boy came into the square.</w:t>
      </w:r>
    </w:p>
    <w:p>
      <w:pPr>
        <w:spacing w:line="360" w:lineRule="auto" w:after="0"/>
        <w:ind w:firstLine="283"/>
      </w:pPr>
      <w:r>
        <w:t>Kael's boots made no sound either. He looked at the chimney-stones, the hinge and the well. His mouth was open and nothing was coming out of it. He crouched and laid his palm flat on the cobbles and pressed, and waited, the way he had once waited for a doorframe to tell him what it was. The stone gave him nothing.</w:t>
      </w:r>
    </w:p>
    <w:p>
      <w:pPr>
        <w:spacing w:line="360" w:lineRule="auto" w:after="0"/>
        <w:ind w:firstLine="283"/>
      </w:pPr>
      <w:r>
        <w:t>He looked up at Vasryn.</w:t>
      </w:r>
    </w:p>
    <w:p>
      <w:pPr>
        <w:spacing w:line="360" w:lineRule="auto" w:after="0"/>
        <w:ind w:firstLine="283"/>
      </w:pPr>
      <w:r>
        <w:t>It was not a question. Vasryn knew the difference. The boy wasn't asking for an answer. He was asking for there to be one, and Vasryn didn't have it. He had been in the road that stopped. He had been in the town where the sounds were taken. This was neither. This was a town that wasn't here.</w:t>
      </w:r>
    </w:p>
    <w:p>
      <w:pPr>
        <w:spacing w:line="360" w:lineRule="auto" w:after="0"/>
        <w:ind w:firstLine="283"/>
      </w:pPr>
      <w:r>
        <w:t>He said nothing.</w:t>
      </w:r>
    </w:p>
    <w:p>
      <w:pPr>
        <w:spacing w:line="360" w:lineRule="auto" w:after="0"/>
        <w:ind w:firstLine="283"/>
      </w:pPr>
      <w:r>
        <w:t>The boy took the chalk from his pocket and drew a line on the well-curb. The chalk left its mark and the mark faded, and the stone would not take it. He drew another. It faded too. He put the chalk away.</w:t>
      </w:r>
    </w:p>
    <w:p>
      <w:pPr>
        <w:spacing w:line="360" w:lineRule="auto" w:after="0"/>
        <w:ind w:firstLine="283"/>
      </w:pPr>
      <w:r>
        <w:t>Then he stood and set his feet. First step, weight centered. Second step, the turn, the hips leading. And the ground gave under him. Not into mud. Into less. His boot sank a quarter-inch into the cobbles as though they were not entirely there, as though they were a memory of cobbles being politely remembered. He stopped and looked at his foot, and then at Vasryn.</w:t>
      </w:r>
    </w:p>
    <w:p>
      <w:pPr>
        <w:spacing w:line="360" w:lineRule="auto" w:after="0"/>
        <w:ind w:firstLine="283"/>
      </w:pPr>
      <w:r>
        <w:t>His shoulders had come up around his ears. They were the shoulders of a boy who has been taught a form and found it won't hold.</w:t>
      </w:r>
    </w:p>
    <w:p>
      <w:pPr>
        <w:spacing w:line="360" w:lineRule="auto" w:after="0"/>
        <w:ind w:firstLine="283"/>
      </w:pPr>
      <w:r>
        <w:t>Vasryn put a hand on one. It was tight as a drawn rope under the coat. He left the hand there. After a long moment the shoulder came down. He took the hand away, and the shoulder stayed down.</w:t>
      </w:r>
    </w:p>
    <w:p>
      <w:pPr>
        <w:spacing w:line="360" w:lineRule="auto" w:after="0"/>
        <w:ind w:firstLine="283"/>
      </w:pPr>
      <w:r>
        <w:t>He took out his own chalk, the cardamom stub, and set it to the well-curb and drew a line. It wavered at the wrist, the way an old hand does. It was the color of old spice on swept stone.</w:t>
      </w:r>
    </w:p>
    <w:p>
      <w:pPr>
        <w:spacing w:line="360" w:lineRule="auto" w:after="0"/>
        <w:ind w:firstLine="283"/>
      </w:pPr>
      <w:r>
        <w:t>It held.</w:t>
      </w:r>
    </w:p>
    <w:p>
      <w:pPr>
        <w:spacing w:line="360" w:lineRule="auto" w:after="0"/>
        <w:ind w:firstLine="283"/>
      </w:pPr>
      <w:r>
        <w:t>The boy drew his beside it, leaning the way a young hand leans, not yet sure of itself. Two lines on the curb, neither straight. The two of them held. Vasryn looked at them, and at the square, and at the hinge on the cobbles, and the town did not come back. He hadn't expected it to.</w:t>
      </w:r>
    </w:p>
    <w:p>
      <w:pPr>
        <w:spacing w:line="360" w:lineRule="auto" w:after="0"/>
        <w:ind w:firstLine="283"/>
      </w:pPr>
      <w:r>
        <w:t>They went east. The road crossed the square and went out the other side, toward whatever was next, which might be there and might not.</w:t>
      </w:r>
    </w:p>
    <w:p>
      <w:pPr>
        <w:spacing w:line="360" w:lineRule="auto" w:after="0"/>
        <w:ind w:firstLine="283"/>
      </w:pPr>
      <w:r>
        <w:t>Neither of them looked back. On the curb behind them the two lines stood in the empty square, in the light that had no clerk in it.</w:t>
      </w:r>
    </w:p>
    <w:p>
      <w:pPr>
        <w:ind w:firstLine="0"/>
        <w:jc w:val="center"/>
      </w:pPr>
      <w:r>
        <w:rPr>
          <w:color w:val="AAAAAA"/>
        </w:rPr>
        <w:t>❖</w:t>
      </w:r>
    </w:p>
    <w:p>
      <w:pPr>
        <w:spacing w:before="360" w:after="240"/>
        <w:ind w:firstLine="0"/>
        <w:jc w:val="center"/>
      </w:pPr>
      <w:r>
        <w:rPr>
          <w:b/>
          <w:i/>
          <w:color w:val="333333"/>
          <w:sz w:val="26"/>
        </w:rPr>
        <w:t>Step 42 — The Long Gap (Kael)</w:t>
      </w:r>
    </w:p>
    <w:p>
      <w:pPr>
        <w:spacing w:line="360" w:lineRule="auto" w:after="0"/>
        <w:ind w:firstLine="283"/>
      </w:pPr>
      <w:r>
        <w:t>‖ ∧</w:t>
      </w:r>
    </w:p>
    <w:p>
      <w:pPr>
        <w:spacing w:line="360" w:lineRule="auto" w:after="0"/>
        <w:ind w:firstLine="283"/>
      </w:pPr>
      <w:r>
        <w:t>The first town was the same.</w:t>
      </w:r>
    </w:p>
    <w:p>
      <w:pPr>
        <w:spacing w:line="360" w:lineRule="auto" w:after="0"/>
        <w:ind w:firstLine="283"/>
      </w:pPr>
      <w:r>
        <w:t>Kael knew it by his boots, which went on the cobbles and got nothing back. The well-curb was in the south corner. The chimney-stones lay on the ground. A hinge. A crossroads where two roads met and neither went anywhere. The air smelled of borax and salt, the white powder the Registry spread to keep its lines fresh. It was a different town, the next one along, and the same blank.</w:t>
      </w:r>
    </w:p>
    <w:p>
      <w:pPr>
        <w:spacing w:line="360" w:lineRule="auto" w:after="0"/>
        <w:ind w:firstLine="283"/>
      </w:pPr>
      <w:r>
        <w:t>He crouched and set his hand on the cobbles and pressed. They didn't answer. He wasn't surprised.</w:t>
      </w:r>
    </w:p>
    <w:p>
      <w:pPr>
        <w:spacing w:line="360" w:lineRule="auto" w:after="0"/>
        <w:ind w:firstLine="283"/>
      </w:pPr>
      <w:r>
        <w:t>When he stood, Vasryn's hand came down on his shoulder. It was tight. The hand stayed. The shoulder came down. The hand went away, and they walked on.</w:t>
      </w:r>
    </w:p>
    <w:p>
      <w:pPr>
        <w:spacing w:line="360" w:lineRule="auto" w:after="0"/>
        <w:ind w:firstLine="283"/>
      </w:pPr>
      <w:r>
        <w:t>The second town was standing.</w:t>
      </w:r>
    </w:p>
    <w:p>
      <w:pPr>
        <w:spacing w:line="360" w:lineRule="auto" w:after="0"/>
        <w:ind w:firstLine="283"/>
      </w:pPr>
      <w:r>
        <w:t>Kael hadn't expected that, and it was worse. The doors hung on their hinges. The shutters were closed. The thatch had gone grey with a season of rain, the binding-cords fraying at the eaves. There was water in the well, dark and still, with the curb round it.</w:t>
      </w:r>
    </w:p>
    <w:p>
      <w:pPr>
        <w:spacing w:line="360" w:lineRule="auto" w:after="0"/>
        <w:ind w:firstLine="283"/>
      </w:pPr>
      <w:r>
        <w:t>He pushed a door. It opened on a table with a loaf on it, gone green. A bowl of water that had evaporated to a film. A blanket on the bed, folded, dusty. And on the bench by the door, a knife with a wooden handle, and a hand worn into the handle: the grooves of fingers, the dark shine of a palm. The room smelled of yeast. It was in the plaster and the wood, every morning's baking and every evening's cooling soaked into the walls, and the walls still held it. The baker was nowhere in them.</w:t>
      </w:r>
    </w:p>
    <w:p>
      <w:pPr>
        <w:spacing w:line="360" w:lineRule="auto" w:after="0"/>
        <w:ind w:firstLine="283"/>
      </w:pPr>
      <w:r>
        <w:t>He drew a line on the well-curb with his chalk. The stone took it. The town did not.</w:t>
      </w:r>
    </w:p>
    <w:p>
      <w:pPr>
        <w:spacing w:line="360" w:lineRule="auto" w:after="0"/>
        <w:ind w:firstLine="283"/>
      </w:pPr>
      <w:r>
        <w:t>Vasryn's hand came to his shoulder. The shoulder stayed up. The hand stayed, longer than at the first town. The shoulder wouldn't come down. After a while the hand went away and the shoulder was still up, and they walked on.</w:t>
      </w:r>
    </w:p>
    <w:p>
      <w:pPr>
        <w:spacing w:line="360" w:lineRule="auto" w:after="0"/>
        <w:ind w:firstLine="283"/>
      </w:pPr>
      <w:r>
        <w:t>The third town was flat.</w:t>
      </w:r>
    </w:p>
    <w:p>
      <w:pPr>
        <w:spacing w:line="360" w:lineRule="auto" w:after="0"/>
        <w:ind w:firstLine="283"/>
      </w:pPr>
      <w:r>
        <w:t>The cobbles were gone. Something had taken them up and planed the stone beneath, filled the joints, erased the pattern, and left a smooth warm circle of nothing in the sun. No curb. No chimney-stones. No hinge. The air smelled of lime and sand, the mortar's smell, which the stone remembered and the town did not.</w:t>
      </w:r>
    </w:p>
    <w:p>
      <w:pPr>
        <w:spacing w:line="360" w:lineRule="auto" w:after="0"/>
        <w:ind w:firstLine="283"/>
      </w:pPr>
      <w:r>
        <w:t>He set his feet. First step. Second.</w:t>
      </w:r>
    </w:p>
    <w:p>
      <w:pPr>
        <w:spacing w:line="360" w:lineRule="auto" w:after="0"/>
        <w:ind w:firstLine="283"/>
      </w:pPr>
      <w:r>
        <w:t>The ground took him. His boot went into the stone as into water: the surface opened, the boot sank, the stone closed round it. He was in to the ankle. He didn't fall. He stood there with his foot sunk in solid rock and could not lift it.</w:t>
      </w:r>
    </w:p>
    <w:p>
      <w:pPr>
        <w:spacing w:line="360" w:lineRule="auto" w:after="0"/>
        <w:ind w:firstLine="283"/>
      </w:pPr>
      <w:r>
        <w:t>Vasryn's hand closed above his elbow. He pulled, once. The boot came out of the stone and the stone closed behind it, smooth, with no hole. Kael was set down. There were red marks on his arm where the fingers had been, and he watched them fade. The stone held his weight but not his print.</w:t>
      </w:r>
    </w:p>
    <w:p>
      <w:pPr>
        <w:spacing w:line="360" w:lineRule="auto" w:after="0"/>
        <w:ind w:firstLine="283"/>
      </w:pPr>
      <w:r>
        <w:t>The fourth town had people.</w:t>
      </w:r>
    </w:p>
    <w:p>
      <w:pPr>
        <w:spacing w:line="360" w:lineRule="auto" w:after="0"/>
        <w:ind w:firstLine="283"/>
      </w:pPr>
      <w:r>
        <w:t>He saw the baker first, standing in the door of a bakery under a slate sign, wiping floury hands on his apron. Kael walked toward him. The baker's eyes were on the street. They went past Kael. He walked closer, until he stood in front of him, and the baker looked right through the place where Kael's face was and turned and went in. His shoulder passed through Kael's chest. Kael felt nothing. The baker felt nothing. The door closed.</w:t>
      </w:r>
    </w:p>
    <w:p>
      <w:pPr>
        <w:spacing w:line="360" w:lineRule="auto" w:after="0"/>
        <w:ind w:firstLine="283"/>
      </w:pPr>
      <w:r>
        <w:t>The air smelled of soap and woodsmoke: a house where someone had washed that morning, a fire lit that morning. It was this town's morning, going on without him.</w:t>
      </w:r>
    </w:p>
    <w:p>
      <w:pPr>
        <w:spacing w:line="360" w:lineRule="auto" w:after="0"/>
        <w:ind w:firstLine="283"/>
      </w:pPr>
      <w:r>
        <w:t>A child ran down the street, and through him.</w:t>
      </w:r>
    </w:p>
    <w:p>
      <w:pPr>
        <w:spacing w:line="360" w:lineRule="auto" w:after="0"/>
        <w:ind w:firstLine="283"/>
      </w:pPr>
      <w:r>
        <w:t>It was not a collision. It was a going-through, the way light goes through glass, and Kael felt the child's warmth pass the whole length of him and out the other side. A small bright warmth. Gone.</w:t>
      </w:r>
    </w:p>
    <w:p>
      <w:pPr>
        <w:spacing w:line="360" w:lineRule="auto" w:after="0"/>
        <w:ind w:firstLine="283"/>
      </w:pPr>
      <w:r>
        <w:t>The sound that came out of his mouth was small and wet and not a word.</w:t>
      </w:r>
    </w:p>
    <w:p>
      <w:pPr>
        <w:spacing w:line="360" w:lineRule="auto" w:after="0"/>
        <w:ind w:firstLine="283"/>
      </w:pPr>
      <w:r>
        <w:t>He stood in the street and cried. It was not the crying of a child who has been hurt. It was the crying of a boy who has been walked through. His shoulders shook. His hands hung at his sides. The tears fell on the cobbles and the cobbles drank them without a mark.</w:t>
      </w:r>
    </w:p>
    <w:p>
      <w:pPr>
        <w:spacing w:line="360" w:lineRule="auto" w:after="0"/>
        <w:ind w:firstLine="283"/>
      </w:pPr>
      <w:r>
        <w:t>Vasryn's hand came to his shoulder. It didn't comfort. It didn't pat. It was a weight, and it stayed. Kael cried. The hand stayed. Kael stopped. The hand stayed a little longer, and then he walked, and it came away.</w:t>
      </w:r>
    </w:p>
    <w:p>
      <w:pPr>
        <w:spacing w:line="360" w:lineRule="auto" w:after="0"/>
        <w:ind w:firstLine="283"/>
      </w:pPr>
      <w:r>
        <w:t>The fifth town was silent.</w:t>
      </w:r>
    </w:p>
    <w:p>
      <w:pPr>
        <w:spacing w:line="360" w:lineRule="auto" w:after="0"/>
        <w:ind w:firstLine="283"/>
      </w:pPr>
      <w:r>
        <w:t>He stamped, and nothing. He clapped, and nothing. The wind blew on his face and made no sound. The river at the edge of town ran over its stones in total quiet. The air smelled of iron and vinegar, a smithy and a pickling-vat, sharp and sour and alone: the only things in the air.</w:t>
      </w:r>
    </w:p>
    <w:p>
      <w:pPr>
        <w:spacing w:line="360" w:lineRule="auto" w:after="0"/>
        <w:ind w:firstLine="283"/>
      </w:pPr>
      <w:r>
        <w:t>He tried the form. He set his feet. First step, second, and on the third, the pause, the held breath. The form was built on a rhythm, the feet and the breath and the weight and the turn, and the rhythm was sound. He could feel it falling into the air and the air giving back nothing. The fourth step, the turn, the weight shifting. The body moved. In silence, the body moving didn't hold.</w:t>
      </w:r>
    </w:p>
    <w:p>
      <w:pPr>
        <w:spacing w:line="360" w:lineRule="auto" w:after="0"/>
        <w:ind w:firstLine="283"/>
      </w:pPr>
      <w:r>
        <w:t>He stopped in the third position, feet set, breath held, arms half up. The body was in the form. The form was not in the body.</w:t>
      </w:r>
    </w:p>
    <w:p>
      <w:pPr>
        <w:spacing w:line="360" w:lineRule="auto" w:after="0"/>
        <w:ind w:firstLine="283"/>
      </w:pPr>
      <w:r>
        <w:t>Vasryn watched. He did not reach for the shoulder. His hands stayed at his sides, and he stood there while Kael came out of the position, lowered his arms and let go of his breath. They walked on. Kael didn't reach for the hand either.</w:t>
      </w:r>
    </w:p>
    <w:p>
      <w:pPr>
        <w:spacing w:line="360" w:lineRule="auto" w:after="0"/>
        <w:ind w:firstLine="283"/>
      </w:pPr>
      <w:r>
        <w:t>The sixth town was there.</w:t>
      </w:r>
    </w:p>
    <w:p>
      <w:pPr>
        <w:spacing w:line="360" w:lineRule="auto" w:after="0"/>
        <w:ind w:firstLine="283"/>
      </w:pPr>
      <w:r>
        <w:t>He didn't know it until his boot came down on the road and the road pushed back. A click. Iron on stone. He stopped, and stamped, and the stamp gave back the sound, and it was the best thing he had ever heard.</w:t>
      </w:r>
    </w:p>
    <w:p>
      <w:pPr>
        <w:spacing w:line="360" w:lineRule="auto" w:after="0"/>
        <w:ind w:firstLine="283"/>
      </w:pPr>
      <w:r>
        <w:t>Wind in his ears. A river, with water over stones, the small constant sound. A bird in a tree, and the tree had leaves, and the leaves moved the way leaves do. The air smelled of rain on stone, rain that had fallen and was not falling now, the stone holding the shape of it the way a well-curb holds a rope.</w:t>
      </w:r>
    </w:p>
    <w:p>
      <w:pPr>
        <w:spacing w:line="360" w:lineRule="auto" w:after="0"/>
        <w:ind w:firstLine="283"/>
      </w:pPr>
      <w:r>
        <w:t>He looked down. The road was wet dirt, and his boots had left prints in it: the sole's pattern, the depth of the heel. They stayed. He looked behind him, and they went back down the road, two sets, one deeper and one lighter, side by side. They stayed.</w:t>
      </w:r>
    </w:p>
    <w:p>
      <w:pPr>
        <w:spacing w:line="360" w:lineRule="auto" w:after="0"/>
        <w:ind w:firstLine="283"/>
      </w:pPr>
      <w:r>
        <w:t>There were houses with latches on the doors. Smoke went up from a chimney, grey, straight. It was the first smoke he'd seen in six towns.</w:t>
      </w:r>
    </w:p>
    <w:p>
      <w:pPr>
        <w:spacing w:line="360" w:lineRule="auto" w:after="0"/>
        <w:ind w:firstLine="283"/>
      </w:pPr>
      <w:r>
        <w:t>He did not know if it was real. He didn't know if the smoke was, or the prints. He put his hand flat in the dirt and pressed. It was wet. It was there.</w:t>
      </w:r>
    </w:p>
    <w:p>
      <w:pPr>
        <w:spacing w:line="360" w:lineRule="auto" w:after="0"/>
        <w:ind w:firstLine="283"/>
      </w:pPr>
      <w:r>
        <w:t>They went through the town. A woman at a door looked at him, and her eyes did not go through him. They stopped. She saw him, and he saw her see him.</w:t>
      </w:r>
    </w:p>
    <w:p>
      <w:pPr>
        <w:spacing w:line="360" w:lineRule="auto" w:after="0"/>
        <w:ind w:firstLine="283"/>
      </w:pPr>
      <w:r>
        <w:t>His hand went out, not to the shoulder this time. To the sleeve. His fingers closed on the grey wool of the coat, the cuffs turned back twice, and held. Vasryn did not look down. He walked, and the sleeve moved with his arm, and Kael's hand moved with the sleeve.</w:t>
      </w:r>
    </w:p>
    <w:p>
      <w:pPr>
        <w:spacing w:line="360" w:lineRule="auto" w:after="0"/>
        <w:ind w:firstLine="283"/>
      </w:pPr>
      <w:r>
        <w:t>Behind them, the prints stayed in the road. Two sets, one deeper, one lighter.</w:t>
      </w:r>
    </w:p>
    <w:p>
      <w:pPr>
        <w:ind w:firstLine="0"/>
        <w:jc w:val="center"/>
      </w:pPr>
      <w:r>
        <w:rPr>
          <w:color w:val="AAAAAA"/>
        </w:rPr>
        <w:t>❖</w:t>
      </w:r>
    </w:p>
    <w:p>
      <w:pPr>
        <w:spacing w:before="360" w:after="240"/>
        <w:ind w:firstLine="0"/>
        <w:jc w:val="center"/>
      </w:pPr>
      <w:r>
        <w:rPr>
          <w:b/>
          <w:i/>
          <w:color w:val="333333"/>
          <w:sz w:val="26"/>
        </w:rPr>
        <w:t>Step 43 — What Don Kept (Mira)</w:t>
      </w:r>
    </w:p>
    <w:p>
      <w:pPr>
        <w:spacing w:line="360" w:lineRule="auto" w:after="0"/>
        <w:ind w:firstLine="283"/>
      </w:pPr>
      <w:r>
        <w:t>‖ ∧</w:t>
      </w:r>
    </w:p>
    <w:p>
      <w:pPr>
        <w:spacing w:line="360" w:lineRule="auto" w:after="0"/>
        <w:ind w:firstLine="283"/>
      </w:pPr>
      <w:r>
        <w:t>Mira catalogued the thirtieth town from the gate.</w:t>
      </w:r>
    </w:p>
    <w:p>
      <w:pPr>
        <w:spacing w:line="360" w:lineRule="auto" w:after="0"/>
        <w:ind w:firstLine="283"/>
      </w:pPr>
      <w:r>
        <w:t>New pine, bark still on the posts. A dirt road, not cobbled. A square that was really a packing yard, with barrels stacked in rows, the staves pale, the hoops iron. A well at the edge. A bakehouse by the road, a chandler's window, and a man at a bench.</w:t>
      </w:r>
    </w:p>
    <w:p>
      <w:pPr>
        <w:spacing w:line="360" w:lineRule="auto" w:after="0"/>
        <w:ind w:firstLine="283"/>
      </w:pPr>
      <w:r>
        <w:t>The man was a cooper. He wore the leather apron of his trade, the color of every barrel he had ever made, dark at the chest and darker at the thighs, worn to a shine at the belly where he leaned on the bench. He had a mallet in his right hand. It was finding a hoop. Knock. Scrape. Knock. He did not raise his voice. He did not appear to be a man who had ever raised his voice, and she thought, watching the mallet, that that was probably why the mallet was so loud.</w:t>
      </w:r>
    </w:p>
    <w:p>
      <w:pPr>
        <w:spacing w:line="360" w:lineRule="auto" w:after="0"/>
        <w:ind w:firstLine="283"/>
      </w:pPr>
      <w:r>
        <w:t>He had the face of someone who had been angry at the same thing for a long time. It was in his hands. The strike was harder than the work needed. The scrape was longer than the iron asked. It was a specific anger. It was at a barrel.</w:t>
      </w:r>
    </w:p>
    <w:p>
      <w:pPr>
        <w:spacing w:line="360" w:lineRule="auto" w:after="0"/>
        <w:ind w:firstLine="283"/>
      </w:pPr>
      <w:r>
        <w:t>The barrel was leaking at a stave-joint, a dark line where something wet had found a gap. The cooper crouched and pressed two fingers to the seam and brought them to his nose.</w:t>
      </w:r>
    </w:p>
    <w:p>
      <w:pPr>
        <w:spacing w:line="360" w:lineRule="auto" w:after="0"/>
        <w:ind w:firstLine="283"/>
      </w:pPr>
      <w:r>
        <w:t>"That's apple vinegar," he said.</w:t>
      </w:r>
    </w:p>
    <w:p>
      <w:pPr>
        <w:spacing w:line="360" w:lineRule="auto" w:after="0"/>
        <w:ind w:firstLine="283"/>
      </w:pPr>
      <w:r>
        <w:t>He didn't say it to Mira. He said it to the air beside him. And then he stopped, and left a space after it, a little pause, shaped for somebody to answer into.</w:t>
      </w:r>
    </w:p>
    <w:p>
      <w:pPr>
        <w:spacing w:line="360" w:lineRule="auto" w:after="0"/>
        <w:ind w:firstLine="283"/>
      </w:pPr>
      <w:r>
        <w:t>Nobody did.</w:t>
      </w:r>
    </w:p>
    <w:p>
      <w:pPr>
        <w:spacing w:line="360" w:lineRule="auto" w:after="0"/>
        <w:ind w:firstLine="283"/>
      </w:pPr>
      <w:r>
        <w:t>The pause lasted just as long as someone else's turn would have. Mira had spent eleven years among the gaps in other people's records, and she knew what a gap sounded like when it had been left for a person.</w:t>
      </w:r>
    </w:p>
    <w:p>
      <w:pPr>
        <w:spacing w:line="360" w:lineRule="auto" w:after="0"/>
        <w:ind w:firstLine="283"/>
      </w:pPr>
      <w:r>
        <w:t>He went back to the mallet.</w:t>
      </w:r>
    </w:p>
    <w:p>
      <w:pPr>
        <w:spacing w:line="360" w:lineRule="auto" w:after="0"/>
        <w:ind w:firstLine="283"/>
      </w:pPr>
      <w:r>
        <w:t>She walked into the yard. He looked up with the eyes of a man who has been at his bench since before the light and will be there until the dark, and the eyes did not change when they found her. They had never seen her.</w:t>
      </w:r>
    </w:p>
    <w:p>
      <w:pPr>
        <w:spacing w:line="360" w:lineRule="auto" w:after="0"/>
        <w:ind w:firstLine="283"/>
      </w:pPr>
      <w:r>
        <w:t>"You're the clerk."</w:t>
      </w:r>
    </w:p>
    <w:p>
      <w:pPr>
        <w:spacing w:line="360" w:lineRule="auto" w:after="0"/>
        <w:ind w:firstLine="283"/>
      </w:pPr>
      <w:r>
        <w:t>"I'm a clerk."</w:t>
      </w:r>
    </w:p>
    <w:p>
      <w:pPr>
        <w:spacing w:line="360" w:lineRule="auto" w:after="0"/>
        <w:ind w:firstLine="283"/>
      </w:pPr>
      <w:r>
        <w:t>"From the city."</w:t>
      </w:r>
    </w:p>
    <w:p>
      <w:pPr>
        <w:spacing w:line="360" w:lineRule="auto" w:after="0"/>
        <w:ind w:firstLine="283"/>
      </w:pPr>
      <w:r>
        <w:t>"From the city."</w:t>
      </w:r>
    </w:p>
    <w:p>
      <w:pPr>
        <w:spacing w:line="360" w:lineRule="auto" w:after="0"/>
        <w:ind w:firstLine="283"/>
      </w:pPr>
      <w:r>
        <w:t>"You'll want the count."</w:t>
      </w:r>
    </w:p>
    <w:p>
      <w:pPr>
        <w:spacing w:line="360" w:lineRule="auto" w:after="0"/>
        <w:ind w:firstLine="283"/>
      </w:pPr>
      <w:r>
        <w:t>"I'll want the count."</w:t>
      </w:r>
    </w:p>
    <w:p>
      <w:pPr>
        <w:spacing w:line="360" w:lineRule="auto" w:after="0"/>
        <w:ind w:firstLine="283"/>
      </w:pPr>
      <w:r>
        <w:t>He stood and wiped his hands on the apron. Then his right hand went to the chest pocket, the pocket over the heart, and came out with a knife.</w:t>
      </w:r>
    </w:p>
    <w:p>
      <w:pPr>
        <w:spacing w:line="360" w:lineRule="auto" w:after="0"/>
        <w:ind w:firstLine="283"/>
      </w:pPr>
      <w:r>
        <w:t>It was small. It had a wooden handle, dark with years and oil, and the shape of a hand worn into it: four fingers and a palm, the grooves cut by decades of the same grip. The hand that had made them was not the cooper's. His fingers went into the grooves, but they fit the way a foot fits a borrowed shoe. The blade was bent to the left at the base. It had set in the bend, and been used in it for years.</w:t>
      </w:r>
    </w:p>
    <w:p>
      <w:pPr>
        <w:spacing w:line="360" w:lineRule="auto" w:after="0"/>
        <w:ind w:firstLine="283"/>
      </w:pPr>
      <w:r>
        <w:t>He cut the twine on a barrel, folded the knife, and put it back in the pocket. The leather was worn to the knife's shape. He didn't look at it. He held it the way a man holds a thing he doesn't think about.</w:t>
      </w:r>
    </w:p>
    <w:p>
      <w:pPr>
        <w:spacing w:line="360" w:lineRule="auto" w:after="0"/>
        <w:ind w:firstLine="283"/>
      </w:pPr>
      <w:r>
        <w:t>She cataloged it, as she cataloged everything. Handle. Blade. Bend. Pocket.</w:t>
      </w:r>
    </w:p>
    <w:p>
      <w:pPr>
        <w:spacing w:line="360" w:lineRule="auto" w:after="0"/>
        <w:ind w:firstLine="283"/>
      </w:pPr>
      <w:r>
        <w:t>The knife was warm.</w:t>
      </w:r>
    </w:p>
    <w:p>
      <w:pPr>
        <w:spacing w:line="360" w:lineRule="auto" w:after="0"/>
        <w:ind w:firstLine="283"/>
      </w:pPr>
      <w:r>
        <w:t>She felt it from three feet away. The morning was cold. The yard was in shadow. The knife had been in a leather pocket in the cold, and it had been out of the pocket for two breaths, and it was warm the way iron is warm an hour after the fire, from the inside, with a warmth that belonged to the metal and didn't come from any hand she could see.</w:t>
      </w:r>
    </w:p>
    <w:p>
      <w:pPr>
        <w:spacing w:line="360" w:lineRule="auto" w:after="0"/>
        <w:ind w:firstLine="283"/>
      </w:pPr>
      <w:r>
        <w:t>He gave her the count out of his head: barrels made, barrels sold, barrels staved and hooped. He didn't write anything. He said the numbers and she wrote them in the Registry's book, and he never looked at the book.</w:t>
      </w:r>
    </w:p>
    <w:p>
      <w:pPr>
        <w:spacing w:line="360" w:lineRule="auto" w:after="0"/>
        <w:ind w:firstLine="283"/>
      </w:pPr>
      <w:r>
        <w:t>Twice while he talked, his hand drifted up to the chest pocket and touched the knife through the leather. Not to use it. Not to check it. It was how a hand goes to a scar. It went without being sent, and when it arrived, it stopped, and his face did a small private thing and let go.</w:t>
      </w:r>
    </w:p>
    <w:p>
      <w:pPr>
        <w:spacing w:line="360" w:lineRule="auto" w:after="0"/>
        <w:ind w:firstLine="283"/>
      </w:pPr>
      <w:r>
        <w:t>He did not know why.</w:t>
      </w:r>
    </w:p>
    <w:p>
      <w:pPr>
        <w:spacing w:line="360" w:lineRule="auto" w:after="0"/>
        <w:ind w:firstLine="283"/>
      </w:pPr>
      <w:r>
        <w:t>She took the numbers. She noted the barrels, and the hoops, and the wet seam. She did not note the knife. She sat with the nib an inch above the page, and she thought of a margin and a black star, and a space in a column the width of a name, and she did not enter it.</w:t>
      </w:r>
    </w:p>
    <w:p>
      <w:pPr>
        <w:spacing w:line="360" w:lineRule="auto" w:after="0"/>
        <w:ind w:firstLine="283"/>
      </w:pPr>
      <w:r>
        <w:t>It was a small omission. She was getting good at those.</w:t>
      </w:r>
    </w:p>
    <w:p>
      <w:pPr>
        <w:spacing w:line="360" w:lineRule="auto" w:after="0"/>
        <w:ind w:firstLine="283"/>
      </w:pPr>
      <w:r>
        <w:t>She closed the book and set the quill in its jar. The cooper was back at the bench, the mallet in his hand. Knock. Scrape. Knock. The anger in the strike was a plain anger at a plain thing, an old man's argument with a barrel, and a pause was waiting in it like a held chair for someone who wasn't coming.</w:t>
      </w:r>
    </w:p>
    <w:p>
      <w:pPr>
        <w:spacing w:line="360" w:lineRule="auto" w:after="0"/>
        <w:ind w:firstLine="283"/>
      </w:pPr>
      <w:r>
        <w:t>She walked back to the road. She did not look round. Behind her the knife was in the apron, over the heart of a man who didn't know whose it was, and it was warm.</w:t>
      </w:r>
    </w:p>
    <w:p>
      <w:pPr>
        <w:ind w:firstLine="0"/>
        <w:jc w:val="center"/>
      </w:pPr>
      <w:r>
        <w:rPr>
          <w:color w:val="AAAAAA"/>
        </w:rPr>
        <w:t>❖</w:t>
      </w:r>
    </w:p>
    <w:p>
      <w:pPr>
        <w:spacing w:before="360" w:after="240"/>
        <w:ind w:firstLine="0"/>
        <w:jc w:val="center"/>
      </w:pPr>
      <w:r>
        <w:rPr>
          <w:b/>
          <w:i/>
          <w:color w:val="333333"/>
          <w:sz w:val="26"/>
        </w:rPr>
        <w:t>Step 43b — Wren's Granary — Kael's Promise</w:t>
      </w:r>
    </w:p>
    <w:p>
      <w:pPr>
        <w:spacing w:line="360" w:lineRule="auto" w:after="0"/>
        <w:ind w:firstLine="283"/>
      </w:pPr>
      <w:r>
        <w:t>Wren's Granary</w:t>
      </w:r>
    </w:p>
    <w:p>
      <w:pPr>
        <w:spacing w:line="360" w:lineRule="auto" w:after="0"/>
        <w:ind w:firstLine="283"/>
      </w:pPr>
      <w:r>
        <w:t>The granary was Kael's. The town had said so, in the careful way people put things to a boy whose father's hands had gone still: the granary is Kael's to keep. He had been ten. The keeping was the plumb and the level and the mallet and the wedge, all of them his father's, all of them worn to the shape of a bigger grip than his. He had kept the granary for two years. The keeping was the morning round — the frame and the door and the sills and the roof-line — and the asking of each one: are you still where you were? And the granary answered yes.</w:t>
      </w:r>
    </w:p>
    <w:p>
      <w:pPr>
        <w:spacing w:line="360" w:lineRule="auto" w:after="0"/>
        <w:ind w:firstLine="283"/>
      </w:pPr>
      <w:r>
        <w:t>The granary was where Wren slept.</w:t>
      </w:r>
    </w:p>
    <w:p>
      <w:pPr>
        <w:spacing w:line="360" w:lineRule="auto" w:after="0"/>
        <w:ind w:firstLine="283"/>
      </w:pPr>
      <w:r>
        <w:t>Wren was five. She was the child the town had put in the granary when her mother went east and did not come back, the way the town put things in the granary — by the need and the not-having-elsewhere. She had been three when she came. Kael had been ten. The town had said, the boy keeps the granary; the granary keeps the girl, and the keeping had been the same keeping, and the boy had not been asked, and the boy had not refused. Wren slept in the loft, on the straw, with the grain-dust in her hair and the mice in the walls and the boy below her on the floor. The two of them had the granary between them the way two stones have a wall.</w:t>
      </w:r>
    </w:p>
    <w:p>
      <w:pPr>
        <w:spacing w:line="360" w:lineRule="auto" w:after="0"/>
        <w:ind w:firstLine="283"/>
      </w:pPr>
      <w:r>
        <w:t>She was five now. She had the look of five — the wrists like sticks, the knees that did not know where to be, the hair the colour of the grain-dust and the grain-dust in it because the loft was the loft. She had a way of being in a room the way a cat is in a room — entirely. She followed Kael on the morning round. She held the plumb. She held the level. She held the wedge. She did not hold the mallet. The mallet was heavy and the girl was five. The boy carried the heavy. The girl carried the rest.</w:t>
      </w:r>
    </w:p>
    <w:p>
      <w:pPr>
        <w:spacing w:line="360" w:lineRule="auto" w:after="0"/>
        <w:ind w:firstLine="283"/>
      </w:pPr>
      <w:r>
        <w:t>It was the night before Kael walked east. The kitchen had burned two days back. The pans were the Registry's. The coat was on the boy, the grey one, the cuffs turned back twice. The chalk was in the pocket. The copper pot with the dent was in the other hand. The old man was at the inn. The boy was at the granary, because the girl was in the loft, and the boy was not going to leave without seeing the girl, and the boy was going to do the thing he was going to do, and the thing was the promise.</w:t>
      </w:r>
    </w:p>
    <w:p>
      <w:pPr>
        <w:spacing w:line="360" w:lineRule="auto" w:after="0"/>
        <w:ind w:firstLine="283"/>
      </w:pPr>
      <w:r>
        <w:t>He sat on the floor of the granary with the knife and the wood. The knife was his father's — the small one, the carving knife, the one with the handle worn to the shape of the father's grip. The wood was a piece of the doorframe, the piece that had come off when the Registry's lime had eaten the jamb, the piece Kael had kept because the keeping was the thing he did. The wood was oak, old, the grain tight. He had been carving it for a week. He had not known what he was carving. He had known the hands wanted to carve, and the carving was the thing the hands did when the hands did not know what to do, and the hands had been carving, and the wood had been becoming.</w:t>
      </w:r>
    </w:p>
    <w:p>
      <w:pPr>
        <w:spacing w:line="360" w:lineRule="auto" w:after="0"/>
        <w:ind w:firstLine="283"/>
      </w:pPr>
      <w:r>
        <w:t>It was a bird.</w:t>
      </w:r>
    </w:p>
    <w:p>
      <w:pPr>
        <w:spacing w:line="360" w:lineRule="auto" w:after="0"/>
        <w:ind w:firstLine="283"/>
      </w:pPr>
      <w:r>
        <w:t>He had not known it was a bird until the wings came, and the wings came on the third night, and the boy had looked at the wood and the wood had a bird in it, and the boy had not put it there, the boy had only taken the wood that was not the bird away, and the bird was what was left. The bird was half-carved. The wings were there. The head was there, the beak, the turn of the neck. The body was not there. The body was the wood that was still wood, and the wood was the thing the boy had not taken away yet. He did not have time. The morning was the walking.</w:t>
      </w:r>
    </w:p>
    <w:p>
      <w:pPr>
        <w:spacing w:line="360" w:lineRule="auto" w:after="0"/>
        <w:ind w:firstLine="283"/>
      </w:pPr>
      <w:r>
        <w:t>The Promise</w:t>
      </w:r>
    </w:p>
    <w:p>
      <w:pPr>
        <w:spacing w:line="360" w:lineRule="auto" w:after="0"/>
        <w:ind w:firstLine="283"/>
      </w:pPr>
      <w:r>
        <w:t>Wren came down from the loft. She had the straw in her hair. She had the grain-dust on her feet. She sat beside him on the floor. She looked at the bird.</w:t>
      </w:r>
    </w:p>
    <w:p>
      <w:pPr>
        <w:spacing w:line="360" w:lineRule="auto" w:after="0"/>
        <w:ind w:firstLine="283"/>
      </w:pPr>
      <w:r>
        <w:t>“Is it a bird,” she said.</w:t>
      </w:r>
    </w:p>
    <w:p>
      <w:pPr>
        <w:spacing w:line="360" w:lineRule="auto" w:after="0"/>
        <w:ind w:firstLine="283"/>
      </w:pPr>
      <w:r>
        <w:t>“It's a bird.”</w:t>
      </w:r>
    </w:p>
    <w:p>
      <w:pPr>
        <w:spacing w:line="360" w:lineRule="auto" w:after="0"/>
        <w:ind w:firstLine="283"/>
      </w:pPr>
      <w:r>
        <w:t>“It's not done.”</w:t>
      </w:r>
    </w:p>
    <w:p>
      <w:pPr>
        <w:spacing w:line="360" w:lineRule="auto" w:after="0"/>
        <w:ind w:firstLine="283"/>
      </w:pPr>
      <w:r>
        <w:t>“No.”</w:t>
      </w:r>
    </w:p>
    <w:p>
      <w:pPr>
        <w:spacing w:line="360" w:lineRule="auto" w:after="0"/>
        <w:ind w:firstLine="283"/>
      </w:pPr>
      <w:r>
        <w:t>“When will it be done.”</w:t>
      </w:r>
    </w:p>
    <w:p>
      <w:pPr>
        <w:spacing w:line="360" w:lineRule="auto" w:after="0"/>
        <w:ind w:firstLine="283"/>
      </w:pPr>
      <w:r>
        <w:t>Kael did not answer for a moment. He turned the bird in his hands. The bird was half-a-bird. The wings were there. The body was wood. The half was the thing the bird was.</w:t>
      </w:r>
    </w:p>
    <w:p>
      <w:pPr>
        <w:spacing w:line="360" w:lineRule="auto" w:after="0"/>
        <w:ind w:firstLine="283"/>
      </w:pPr>
      <w:r>
        <w:t>“I'll finish it when I come back,” he said.</w:t>
      </w:r>
    </w:p>
    <w:p>
      <w:pPr>
        <w:spacing w:line="360" w:lineRule="auto" w:after="0"/>
        <w:ind w:firstLine="283"/>
      </w:pPr>
      <w:r>
        <w:t>Wren looked at him. She had the look of five — the look that does not know the thing it is looking at.</w:t>
      </w:r>
    </w:p>
    <w:p>
      <w:pPr>
        <w:spacing w:line="360" w:lineRule="auto" w:after="0"/>
        <w:ind w:firstLine="283"/>
      </w:pPr>
      <w:r>
        <w:t>“Where are you going,” she said.</w:t>
      </w:r>
    </w:p>
    <w:p>
      <w:pPr>
        <w:spacing w:line="360" w:lineRule="auto" w:after="0"/>
        <w:ind w:firstLine="283"/>
      </w:pPr>
      <w:r>
        <w:t>“East.”</w:t>
      </w:r>
    </w:p>
    <w:p>
      <w:pPr>
        <w:spacing w:line="360" w:lineRule="auto" w:after="0"/>
        <w:ind w:firstLine="283"/>
      </w:pPr>
      <w:r>
        <w:t>“Why.”</w:t>
      </w:r>
    </w:p>
    <w:p>
      <w:pPr>
        <w:spacing w:line="360" w:lineRule="auto" w:after="0"/>
        <w:ind w:firstLine="283"/>
      </w:pPr>
      <w:r>
        <w:t>“Because the old man is going, and the old man needs a boy to walk with him, and the boy is me.”</w:t>
      </w:r>
    </w:p>
    <w:p>
      <w:pPr>
        <w:spacing w:line="360" w:lineRule="auto" w:after="0"/>
        <w:ind w:firstLine="283"/>
      </w:pPr>
      <w:r>
        <w:t>Wren considered this. She was five. The considering was slow.</w:t>
      </w:r>
    </w:p>
    <w:p>
      <w:pPr>
        <w:spacing w:line="360" w:lineRule="auto" w:after="0"/>
        <w:ind w:firstLine="283"/>
      </w:pPr>
      <w:r>
        <w:t>“Am I going,” she said.</w:t>
      </w:r>
    </w:p>
    <w:p>
      <w:pPr>
        <w:spacing w:line="360" w:lineRule="auto" w:after="0"/>
        <w:ind w:firstLine="283"/>
      </w:pPr>
      <w:r>
        <w:t>“No.”</w:t>
      </w:r>
    </w:p>
    <w:p>
      <w:pPr>
        <w:spacing w:line="360" w:lineRule="auto" w:after="0"/>
        <w:ind w:firstLine="283"/>
      </w:pPr>
      <w:r>
        <w:t>“Why.”</w:t>
      </w:r>
    </w:p>
    <w:p>
      <w:pPr>
        <w:spacing w:line="360" w:lineRule="auto" w:after="0"/>
        <w:ind w:firstLine="283"/>
      </w:pPr>
      <w:r>
        <w:t>“Because the road is not for five. The road is for the old man and the boy. You stay here. The granary keeps you.”</w:t>
      </w:r>
    </w:p>
    <w:p>
      <w:pPr>
        <w:spacing w:line="360" w:lineRule="auto" w:after="0"/>
        <w:ind w:firstLine="283"/>
      </w:pPr>
      <w:r>
        <w:t>“You'll come back.”</w:t>
      </w:r>
    </w:p>
    <w:p>
      <w:pPr>
        <w:spacing w:line="360" w:lineRule="auto" w:after="0"/>
        <w:ind w:firstLine="283"/>
      </w:pPr>
      <w:r>
        <w:t>“Yes.”</w:t>
      </w:r>
    </w:p>
    <w:p>
      <w:pPr>
        <w:spacing w:line="360" w:lineRule="auto" w:after="0"/>
        <w:ind w:firstLine="283"/>
      </w:pPr>
      <w:r>
        <w:t>“Promise.”</w:t>
      </w:r>
    </w:p>
    <w:p>
      <w:pPr>
        <w:spacing w:line="360" w:lineRule="auto" w:after="0"/>
        <w:ind w:firstLine="283"/>
      </w:pPr>
      <w:r>
        <w:t>The word was the thing the girl said. She was five. She said it the way five says a thing — entirely, by the wanting.</w:t>
      </w:r>
    </w:p>
    <w:p>
      <w:pPr>
        <w:spacing w:line="360" w:lineRule="auto" w:after="0"/>
        <w:ind w:firstLine="283"/>
      </w:pPr>
      <w:r>
        <w:t>“Promise,” Kael said.</w:t>
      </w:r>
    </w:p>
    <w:p>
      <w:pPr>
        <w:spacing w:line="360" w:lineRule="auto" w:after="0"/>
        <w:ind w:firstLine="283"/>
      </w:pPr>
      <w:r>
        <w:t>He held out the bird. The bird was half-carved. The wings were there. The body was wood. He held it out and the girl took it and the girl held it the way a child holds a thing — entirely, by the fist, the bird in the fist and the fist around the bird. She held it. She turned it. She looked at the wings and the wood where the body would be.</w:t>
      </w:r>
    </w:p>
    <w:p>
      <w:pPr>
        <w:spacing w:line="360" w:lineRule="auto" w:after="0"/>
        <w:ind w:firstLine="283"/>
      </w:pPr>
      <w:r>
        <w:t>“Finish it when you come back,” she said.</w:t>
      </w:r>
    </w:p>
    <w:p>
      <w:pPr>
        <w:spacing w:line="360" w:lineRule="auto" w:after="0"/>
        <w:ind w:firstLine="283"/>
      </w:pPr>
      <w:r>
        <w:t>“I will.”</w:t>
      </w:r>
    </w:p>
    <w:p>
      <w:pPr>
        <w:spacing w:line="360" w:lineRule="auto" w:after="0"/>
        <w:ind w:firstLine="283"/>
      </w:pPr>
      <w:r>
        <w:t>“Promise.”</w:t>
      </w:r>
    </w:p>
    <w:p>
      <w:pPr>
        <w:spacing w:line="360" w:lineRule="auto" w:after="0"/>
        <w:ind w:firstLine="283"/>
      </w:pPr>
      <w:r>
        <w:t>“Promise.”</w:t>
      </w:r>
    </w:p>
    <w:p>
      <w:pPr>
        <w:spacing w:line="360" w:lineRule="auto" w:after="0"/>
        <w:ind w:firstLine="283"/>
      </w:pPr>
      <w:r>
        <w:t>She gave the bird back. The boy did not understand it. He thought the girl was keeping the bird. She was not keeping it. She was giving it to the boy, because she was five, and five gives the thing it wants to keep to the thing it wants to come back.</w:t>
      </w:r>
    </w:p>
    <w:p>
      <w:pPr>
        <w:spacing w:line="360" w:lineRule="auto" w:after="0"/>
        <w:ind w:firstLine="283"/>
      </w:pPr>
      <w:r>
        <w:t>He took the bird. He put it in the pocket of the coat, with the chalk and the knife. The bird was half-a-bird. The bird was the promise. The bird was the thing the boy carried.</w:t>
      </w:r>
    </w:p>
    <w:p>
      <w:pPr>
        <w:spacing w:line="360" w:lineRule="auto" w:after="0"/>
        <w:ind w:firstLine="283"/>
      </w:pPr>
      <w:r>
        <w:t>She went back up to the loft. The straw rustled. The grain-dust came down. The girl was in the loft. The boy was on the floor. The granary was between them. The keeping was the thing the boy did, and the boy was leaving the keeping, and the leaving was the thing the boy did not want to do, and the boy did it.</w:t>
      </w:r>
    </w:p>
    <w:p>
      <w:pPr>
        <w:spacing w:line="360" w:lineRule="auto" w:after="0"/>
        <w:ind w:firstLine="283"/>
      </w:pPr>
      <w:r>
        <w:t>The Morning</w:t>
      </w:r>
    </w:p>
    <w:p>
      <w:pPr>
        <w:spacing w:line="360" w:lineRule="auto" w:after="0"/>
        <w:ind w:firstLine="283"/>
      </w:pPr>
      <w:r>
        <w:t>The morning came. The boy stood in the door of the granary. The old man was at the gate. The road was east. The boy had the coat on and the chalk in the pocket and the bird in the pocket and the copper pot in his hand.</w:t>
      </w:r>
    </w:p>
    <w:p>
      <w:pPr>
        <w:spacing w:line="360" w:lineRule="auto" w:after="0"/>
        <w:ind w:firstLine="283"/>
      </w:pPr>
      <w:r>
        <w:t>He looked back at the loft. The straw was still. The girl was asleep, or the girl was not asleep, and the boy did not know which, and the boy did not go back up. The walking was what the boy had to do.</w:t>
      </w:r>
    </w:p>
    <w:p>
      <w:pPr>
        <w:spacing w:line="360" w:lineRule="auto" w:after="0"/>
        <w:ind w:firstLine="283"/>
      </w:pPr>
      <w:r>
        <w:t>He walked. The road was east. The bird was in the pocket. The bird was half-a-bird. The wings were there. The body was wood. The half was the promise. The promise was the thing the boy carried.</w:t>
      </w:r>
    </w:p>
    <w:p>
      <w:pPr>
        <w:spacing w:line="360" w:lineRule="auto" w:after="0"/>
        <w:ind w:firstLine="283"/>
      </w:pPr>
      <w:r>
        <w:t>The granary was behind. The girl was in the loft. The road was east. The boy was on it.</w:t>
      </w:r>
    </w:p>
    <w:p>
      <w:pPr>
        <w:ind w:firstLine="0"/>
        <w:jc w:val="center"/>
      </w:pPr>
      <w:r>
        <w:rPr>
          <w:color w:val="AAAAAA"/>
        </w:rPr>
        <w:t>❖</w:t>
      </w:r>
    </w:p>
    <w:p>
      <w:pPr>
        <w:spacing w:before="360" w:after="240"/>
        <w:ind w:firstLine="0"/>
        <w:jc w:val="center"/>
      </w:pPr>
      <w:r>
        <w:rPr>
          <w:b/>
          <w:i/>
          <w:color w:val="333333"/>
          <w:sz w:val="26"/>
        </w:rPr>
        <w:t>Step 44 — The Loaf on the Sill (Kael)</w:t>
      </w:r>
    </w:p>
    <w:p>
      <w:pPr>
        <w:spacing w:line="360" w:lineRule="auto" w:after="0"/>
        <w:ind w:firstLine="283"/>
      </w:pPr>
      <w:r>
        <w:t>‖ ∧</w:t>
      </w:r>
    </w:p>
    <w:p>
      <w:pPr>
        <w:spacing w:line="360" w:lineRule="auto" w:after="0"/>
        <w:ind w:firstLine="283"/>
      </w:pPr>
      <w:r>
        <w:t>The smoke from the bakehouse went up clean and white, not the grey thread of a chimney that had given up, and the smell of it met Kael on the road and walked him the rest of the way into the town.</w:t>
      </w:r>
    </w:p>
    <w:p>
      <w:pPr>
        <w:spacing w:line="360" w:lineRule="auto" w:after="0"/>
        <w:ind w:firstLine="283"/>
      </w:pPr>
      <w:r>
        <w:t>The bakehouse stood on the north side of the square with its door open and its peel leaning in the frame. A man was at the oven with flour to the elbows, sliding loaves out on the long wooden blade: under, lift, turn, set. They came out golden and the size of two cupped hands, and he caught each one and laid it on the cooling-board without once looking up.</w:t>
      </w:r>
    </w:p>
    <w:p>
      <w:pPr>
        <w:spacing w:line="360" w:lineRule="auto" w:after="0"/>
        <w:ind w:firstLine="283"/>
      </w:pPr>
      <w:r>
        <w:t>His apron was white with years of flour pressed into the cloth, the kind that doesn't wash out, and it had taken the shape of him: the curve of the belly where he leaned on the bench, the width of the arms where he reached for the peel.</w:t>
      </w:r>
    </w:p>
    <w:p>
      <w:pPr>
        <w:spacing w:line="360" w:lineRule="auto" w:after="0"/>
        <w:ind w:firstLine="283"/>
      </w:pPr>
      <w:r>
        <w:t>The old man had stopped beside Kael. His face did what it did, the held breath, the stillness.</w:t>
      </w:r>
    </w:p>
    <w:p>
      <w:pPr>
        <w:spacing w:line="360" w:lineRule="auto" w:after="0"/>
        <w:ind w:firstLine="283"/>
      </w:pPr>
      <w:r>
        <w:t>"Harrel," he said.</w:t>
      </w:r>
    </w:p>
    <w:p>
      <w:pPr>
        <w:spacing w:line="360" w:lineRule="auto" w:after="0"/>
        <w:ind w:firstLine="283"/>
      </w:pPr>
      <w:r>
        <w:t>The baker turned. He had the face of someone who has been up since before the light. His eyes found the old man and stopped, and his hands went still on the peel, flour white on every finger, not wiping, not moving, the hands of a man who has heard a name he hasn't heard in years and been stopped by it, mid-motion, like a clock.</w:t>
      </w:r>
    </w:p>
    <w:p>
      <w:pPr>
        <w:spacing w:line="360" w:lineRule="auto" w:after="0"/>
        <w:ind w:firstLine="283"/>
      </w:pPr>
      <w:r>
        <w:t>He set the peel down. He wiped his hands on the apron. It was the same gesture, the same cloth.</w:t>
      </w:r>
    </w:p>
    <w:p>
      <w:pPr>
        <w:spacing w:line="360" w:lineRule="auto" w:after="0"/>
        <w:ind w:firstLine="283"/>
      </w:pPr>
      <w:r>
        <w:t>"Vasryn," he said.</w:t>
      </w:r>
    </w:p>
    <w:p>
      <w:pPr>
        <w:spacing w:line="360" w:lineRule="auto" w:after="0"/>
        <w:ind w:firstLine="283"/>
      </w:pPr>
      <w:r>
        <w:t>It came without a pause. He knew.</w:t>
      </w:r>
    </w:p>
    <w:p>
      <w:pPr>
        <w:spacing w:line="360" w:lineRule="auto" w:after="0"/>
        <w:ind w:firstLine="283"/>
      </w:pPr>
      <w:r>
        <w:t>"You're east."</w:t>
      </w:r>
    </w:p>
    <w:p>
      <w:pPr>
        <w:spacing w:line="360" w:lineRule="auto" w:after="0"/>
        <w:ind w:firstLine="283"/>
      </w:pPr>
      <w:r>
        <w:t>"I'm east."</w:t>
      </w:r>
    </w:p>
    <w:p>
      <w:pPr>
        <w:spacing w:line="360" w:lineRule="auto" w:after="0"/>
        <w:ind w:firstLine="283"/>
      </w:pPr>
      <w:r>
        <w:t>"You bent my damper rod."</w:t>
      </w:r>
    </w:p>
    <w:p>
      <w:pPr>
        <w:spacing w:line="360" w:lineRule="auto" w:after="0"/>
        <w:ind w:firstLine="283"/>
      </w:pPr>
      <w:r>
        <w:t>"The damper rod was already bent."</w:t>
      </w:r>
    </w:p>
    <w:p>
      <w:pPr>
        <w:spacing w:line="360" w:lineRule="auto" w:after="0"/>
        <w:ind w:firstLine="283"/>
      </w:pPr>
      <w:r>
        <w:t>"It was straighter before you looked at it."</w:t>
      </w:r>
    </w:p>
    <w:p>
      <w:pPr>
        <w:spacing w:line="360" w:lineRule="auto" w:after="0"/>
        <w:ind w:firstLine="283"/>
      </w:pPr>
      <w:r>
        <w:t>He said it in the voice of a man saying a thing he'd said many times, to the same person, in a place Kael had never been, when they had both been younger. Kael stood a pace behind and felt like someone watching two people dance a dance he didn't know the steps to.</w:t>
      </w:r>
    </w:p>
    <w:p>
      <w:pPr>
        <w:spacing w:line="360" w:lineRule="auto" w:after="0"/>
        <w:ind w:firstLine="283"/>
      </w:pPr>
      <w:r>
        <w:t>"Come in," Harrel said. "The oven's hot. The bread's out."</w:t>
      </w:r>
    </w:p>
    <w:p>
      <w:pPr>
        <w:spacing w:line="360" w:lineRule="auto" w:after="0"/>
        <w:ind w:firstLine="283"/>
      </w:pPr>
      <w:r>
        <w:t>The bakehouse was small. The oven filled the back wall, the cooling-board ran along one side, and the flour-bin sat in the corner. On the oven's flue there was a damper rod, iron, set at an angle. It had been bent once and bent back. It was straighter than it had been and not as straight as it had been before it was bent. Kael didn't know why that mattered. He looked at it anyway.</w:t>
      </w:r>
    </w:p>
    <w:p>
      <w:pPr>
        <w:spacing w:line="360" w:lineRule="auto" w:after="0"/>
        <w:ind w:firstLine="283"/>
      </w:pPr>
      <w:r>
        <w:t>Harrel took a loaf off the board, warm, and broke it, and held out the heel.</w:t>
      </w:r>
    </w:p>
    <w:p>
      <w:pPr>
        <w:spacing w:line="360" w:lineRule="auto" w:after="0"/>
        <w:ind w:firstLine="283"/>
      </w:pPr>
      <w:r>
        <w:t>The old man took it and ate the soft end first.</w:t>
      </w:r>
    </w:p>
    <w:p>
      <w:pPr>
        <w:spacing w:line="360" w:lineRule="auto" w:after="0"/>
        <w:ind w:firstLine="283"/>
      </w:pPr>
      <w:r>
        <w:t>Kael didn't know why. He didn't know that the heel was the part that kept. He watched the old man eat as he must have eaten in some kitchen Kael hadn't seen, beside a woman Kael had never met, and his chest did something strange.</w:t>
      </w:r>
    </w:p>
    <w:p>
      <w:pPr>
        <w:spacing w:line="360" w:lineRule="auto" w:after="0"/>
        <w:ind w:firstLine="283"/>
      </w:pPr>
      <w:r>
        <w:t>Harrel gave him a piece. It was warm in his hand. He ate. Dark rye, the grind coarse. A taste of the oven's clay under it, the mineral heat of old brick. It tasted of a place he had never been, and of the place the old man had been, and it was the first warm thing in his stomach in six towns.</w:t>
      </w:r>
    </w:p>
    <w:p>
      <w:pPr>
        <w:spacing w:line="360" w:lineRule="auto" w:after="0"/>
        <w:ind w:firstLine="283"/>
      </w:pPr>
      <w:r>
        <w:t>Harrel went back to the oven. His hands were on a second loaf, and he didn't break it. He carried it to the east window and set it on the sill.</w:t>
      </w:r>
    </w:p>
    <w:p>
      <w:pPr>
        <w:spacing w:line="360" w:lineRule="auto" w:after="0"/>
        <w:ind w:firstLine="283"/>
      </w:pPr>
      <w:r>
        <w:t>The sill was oak, worn smooth at the lip where three generations had put the bread down. The window was small and green-glassed, dusty in the corners. The loaf sat on it, warm, and the warmth went into the wood and the wood held it.</w:t>
      </w:r>
    </w:p>
    <w:p>
      <w:pPr>
        <w:spacing w:line="360" w:lineRule="auto" w:after="0"/>
        <w:ind w:firstLine="283"/>
      </w:pPr>
      <w:r>
        <w:t>"I do it every morning now," Harrel said. "I don't know when I started." He wiped his hands. "A loaf on the sill. Facing east. Whoever comes back off that road gets the first warm bread in town." He looked at it. "If nobody comes back, the birds eat it. And the birds don't write it down either."</w:t>
      </w:r>
    </w:p>
    <w:p>
      <w:pPr>
        <w:spacing w:line="360" w:lineRule="auto" w:after="0"/>
        <w:ind w:firstLine="283"/>
      </w:pPr>
      <w:r>
        <w:t>A sparrow sat on the ridge of the chandler's roof across the lane, watching the sill. It didn't move. It had the stillness of something that knows how to wait.</w:t>
      </w:r>
    </w:p>
    <w:p>
      <w:pPr>
        <w:spacing w:line="360" w:lineRule="auto" w:after="0"/>
        <w:ind w:firstLine="283"/>
      </w:pPr>
      <w:r>
        <w:t>Harrel turned back to the oven.</w:t>
      </w:r>
    </w:p>
    <w:p>
      <w:pPr>
        <w:spacing w:line="360" w:lineRule="auto" w:after="0"/>
        <w:ind w:firstLine="283"/>
      </w:pPr>
      <w:r>
        <w:t>The old man was at the door with the heel's crust in his hand. He looked at the loaf on the sill. He did not touch it.</w:t>
      </w:r>
    </w:p>
    <w:p>
      <w:pPr>
        <w:spacing w:line="360" w:lineRule="auto" w:after="0"/>
        <w:ind w:firstLine="283"/>
      </w:pPr>
      <w:r>
        <w:t>Kael stood beside him. The loaf faced the road. The road went east. Whoever came back off it would find the first warm bread in town, and perhaps nobody would, and perhaps the birds would have it. It was an act of faith so plain that it embarrassed him to look at.</w:t>
      </w:r>
    </w:p>
    <w:p>
      <w:pPr>
        <w:spacing w:line="360" w:lineRule="auto" w:after="0"/>
        <w:ind w:firstLine="283"/>
      </w:pPr>
      <w:r>
        <w:t>They went out to the road. The old man's hand hung at his side. Kael's hung at his own. Behind them the loaf sat in the window, facing east, until the morning came and the birds found it.</w:t>
      </w:r>
    </w:p>
    <w:p>
      <w:pPr>
        <w:ind w:firstLine="0"/>
        <w:jc w:val="center"/>
      </w:pPr>
      <w:r>
        <w:rPr>
          <w:color w:val="AAAAAA"/>
        </w:rPr>
        <w:t>❖</w:t>
      </w:r>
    </w:p>
    <w:p>
      <w:pPr>
        <w:spacing w:before="360" w:after="240"/>
        <w:ind w:firstLine="0"/>
        <w:jc w:val="center"/>
      </w:pPr>
      <w:r>
        <w:rPr>
          <w:b/>
          <w:i/>
          <w:color w:val="333333"/>
          <w:sz w:val="26"/>
        </w:rPr>
        <w:t>Step 45 — The Rim-Walk (Kael)</w:t>
      </w:r>
    </w:p>
    <w:p>
      <w:pPr>
        <w:spacing w:line="360" w:lineRule="auto" w:after="0"/>
        <w:ind w:firstLine="283"/>
      </w:pPr>
      <w:r>
        <w:t>‖ ∧</w:t>
      </w:r>
    </w:p>
    <w:p>
      <w:pPr>
        <w:spacing w:line="360" w:lineRule="auto" w:after="0"/>
        <w:ind w:firstLine="283"/>
      </w:pPr>
      <w:r>
        <w:t>The road came down off the ridge and the valley opened.</w:t>
      </w:r>
    </w:p>
    <w:p>
      <w:pPr>
        <w:spacing w:line="360" w:lineRule="auto" w:after="0"/>
        <w:ind w:firstLine="283"/>
      </w:pPr>
      <w:r>
        <w:t>Kael saw the river first, brown and slow at the valley floor, wide at the bend where the village stood. Willows lined the bank, with the small pale leaves of early spring, the leaves that haven't decided to be green. The river went around the village as a river goes around a stone, and the village was the stone.</w:t>
      </w:r>
    </w:p>
    <w:p>
      <w:pPr>
        <w:spacing w:line="360" w:lineRule="auto" w:after="0"/>
        <w:ind w:firstLine="283"/>
      </w:pPr>
      <w:r>
        <w:t>Four chimneys sent up four threads of smoke, white in the still air: bread-smoke, hearth-smoke, and the sharper smoke of a forge where somebody was already at work. The ring of iron on iron came up the slope. A smith was making a hinge. Kael could see it on the anvil, the plate flat, the pin-hole punched, the bend still glowing. The hammer came down and the hinge curled. The smith lifted it with tongs and dropped it in the slack-tub, and the water hissed and the steam went up.</w:t>
      </w:r>
    </w:p>
    <w:p>
      <w:pPr>
        <w:spacing w:line="360" w:lineRule="auto" w:after="0"/>
        <w:ind w:firstLine="283"/>
      </w:pPr>
      <w:r>
        <w:t>The old man was ahead on the road with the Mantle on his shoulders and the staff in his hand. The staff's mark had been going into the road every third step for six towns, and the road had not held it. Now it held. The little caret stayed in the dirt behind him. Kael looked back at his own prints, two sets, going up the ridge: one deeper, one lighter.</w:t>
      </w:r>
    </w:p>
    <w:p>
      <w:pPr>
        <w:spacing w:line="360" w:lineRule="auto" w:after="0"/>
        <w:ind w:firstLine="283"/>
      </w:pPr>
      <w:r>
        <w:t>The village well stood in the square, its curb worn to a deep dip by generations of rope. A wooden bucket hung beside it with a rusted band. A woman was washing linen at a trough at its base, her arms bare to the elbow and red with cold. She did not look up.</w:t>
      </w:r>
    </w:p>
    <w:p>
      <w:pPr>
        <w:spacing w:line="360" w:lineRule="auto" w:after="0"/>
        <w:ind w:firstLine="283"/>
      </w:pPr>
      <w:r>
        <w:t>She was singing.</w:t>
      </w:r>
    </w:p>
    <w:p>
      <w:pPr>
        <w:spacing w:line="360" w:lineRule="auto" w:after="0"/>
        <w:ind w:firstLine="283"/>
      </w:pPr>
      <w:r>
        <w:t>The song was low and in the chest, not the throat. It came up out of her the way a river comes up out of the ground. Three notes: a low one, a rise, a fall. The low one was the chest. The rise was the breath. The fall was the water on the linen. It pressed into Kael's skin, and the skin held the shape of the pressing.</w:t>
      </w:r>
    </w:p>
    <w:p>
      <w:pPr>
        <w:spacing w:line="360" w:lineRule="auto" w:after="0"/>
        <w:ind w:firstLine="283"/>
      </w:pPr>
      <w:r>
        <w:t>The old man spoke to her. She didn't stop singing. She nodded, and pointed to the far house at the village's edge, the one with the closed door. The old man looked at it and did not go.</w:t>
      </w:r>
    </w:p>
    <w:p>
      <w:pPr>
        <w:spacing w:line="360" w:lineRule="auto" w:after="0"/>
        <w:ind w:firstLine="283"/>
      </w:pPr>
      <w:r>
        <w:t>She hauled the linen out of the trough, heavy with water, and wrung it in one twist of two hands so that the water came out in a rope and fell back into the trough. She hung it on the line between two posts. The drips went into the dirt at the posts' feet. The three notes went on.</w:t>
      </w:r>
    </w:p>
    <w:p>
      <w:pPr>
        <w:spacing w:line="360" w:lineRule="auto" w:after="0"/>
        <w:ind w:firstLine="283"/>
      </w:pPr>
      <w:r>
        <w:t>Stone houses, the grey stone of the ridge. A man at the lane's end hanging a gate, the hinge-pin new and green with sap, swinging it open and shut to test it. It was true. A child sat in the lane drawing in the dust with a stick. She was drawing a horse, or a house. She hadn't decided.</w:t>
      </w:r>
    </w:p>
    <w:p>
      <w:pPr>
        <w:spacing w:line="360" w:lineRule="auto" w:after="0"/>
        <w:ind w:firstLine="283"/>
      </w:pPr>
      <w:r>
        <w:t>At evening the village came to the fire.</w:t>
      </w:r>
    </w:p>
    <w:p>
      <w:pPr>
        <w:spacing w:line="360" w:lineRule="auto" w:after="0"/>
        <w:ind w:firstLine="283"/>
      </w:pPr>
      <w:r>
        <w:t>It was in a stone circle by the well, the stones black with soot. A small fire, not for heat but for company. Bread sat on a board at its edge. A pot of mutton and turnip simmered on the coals. A man broke bread and gave a piece to the child beside him.</w:t>
      </w:r>
    </w:p>
    <w:p>
      <w:pPr>
        <w:spacing w:line="360" w:lineRule="auto" w:after="0"/>
        <w:ind w:firstLine="283"/>
      </w:pPr>
      <w:r>
        <w:t>The old ones sat on the stones. The children lay with their chins on their hands. At the edge of the firelight the grandfather's voice went low, the voice of a man who has said the same words so many times they have worn him, as a rope wears a well-curb. He told the story of the valley, and the people who came, and the road that forgot to go on. And the rule that was not a law but a door.</w:t>
      </w:r>
    </w:p>
    <w:p>
      <w:pPr>
        <w:spacing w:line="360" w:lineRule="auto" w:after="0"/>
        <w:ind w:firstLine="283"/>
      </w:pPr>
      <w:r>
        <w:t>You may come in. You may not write it down.</w:t>
      </w:r>
    </w:p>
    <w:p>
      <w:pPr>
        <w:spacing w:line="360" w:lineRule="auto" w:after="0"/>
        <w:ind w:firstLine="283"/>
      </w:pPr>
      <w:r>
        <w:t>The children said the last line with him. All of them, the small ones half a beat late.</w:t>
      </w:r>
    </w:p>
    <w:p>
      <w:pPr>
        <w:spacing w:line="360" w:lineRule="auto" w:after="0"/>
        <w:ind w:firstLine="283"/>
      </w:pPr>
      <w:r>
        <w:t>In the morning Kael walked the rim.</w:t>
      </w:r>
    </w:p>
    <w:p>
      <w:pPr>
        <w:spacing w:line="360" w:lineRule="auto" w:after="0"/>
        <w:ind w:firstLine="283"/>
      </w:pPr>
      <w:r>
        <w:t>The rim was the ridge round the valley's edge, and a path ran along it, pressed flat by generations of feet that had come up here to remember the valley had an edge. Below him lay the river and the village and the smoke, the well and the fire-circle and the lane where the child had drawn her horse. He could see the far house from here, last before the ridge. It had no smoke and no light, and its door was closed.</w:t>
      </w:r>
    </w:p>
    <w:p>
      <w:pPr>
        <w:spacing w:line="360" w:lineRule="auto" w:after="0"/>
        <w:ind w:firstLine="283"/>
      </w:pPr>
      <w:r>
        <w:t>The old man was at the well, sitting on the curb with his hand in the dip. He wasn't walking the rim. He was letting Kael walk it.</w:t>
      </w:r>
    </w:p>
    <w:p>
      <w:pPr>
        <w:spacing w:line="360" w:lineRule="auto" w:after="0"/>
        <w:ind w:firstLine="283"/>
      </w:pPr>
      <w:r>
        <w:t>The path took Kael's weight and kept the print of his boot. It lay among the prints of everyone who had walked the circuit before him. It went all the way round and came back to where he had begun, a circle, with the valley inside.</w:t>
      </w:r>
    </w:p>
    <w:p>
      <w:pPr>
        <w:spacing w:line="360" w:lineRule="auto" w:after="0"/>
        <w:ind w:firstLine="283"/>
      </w:pPr>
      <w:r>
        <w:t>The song was still in his arms.</w:t>
      </w:r>
    </w:p>
    <w:p>
      <w:pPr>
        <w:ind w:firstLine="0"/>
        <w:jc w:val="center"/>
      </w:pPr>
      <w:r>
        <w:rPr>
          <w:color w:val="AAAAAA"/>
        </w:rPr>
        <w:t>❖</w:t>
      </w:r>
    </w:p>
    <w:p>
      <w:pPr>
        <w:spacing w:before="360" w:after="240"/>
        <w:ind w:firstLine="0"/>
        <w:jc w:val="center"/>
      </w:pPr>
      <w:r>
        <w:rPr>
          <w:b/>
          <w:i/>
          <w:color w:val="333333"/>
          <w:sz w:val="26"/>
        </w:rPr>
        <w:t>Step 46 — The Far House (Vasryn)</w:t>
      </w:r>
    </w:p>
    <w:p>
      <w:pPr>
        <w:spacing w:line="360" w:lineRule="auto" w:after="0"/>
        <w:ind w:firstLine="283"/>
      </w:pPr>
      <w:r>
        <w:t>‖ ∧</w:t>
      </w:r>
    </w:p>
    <w:p>
      <w:pPr>
        <w:spacing w:line="360" w:lineRule="auto" w:after="0"/>
        <w:ind w:firstLine="283"/>
      </w:pPr>
      <w:r>
        <w:t>The woman at the river was Maret.</w:t>
      </w:r>
    </w:p>
    <w:p>
      <w:pPr>
        <w:spacing w:line="360" w:lineRule="auto" w:after="0"/>
        <w:ind w:firstLine="283"/>
      </w:pPr>
      <w:r>
        <w:t>She wrung linen at the water's edge with her arms in to the elbow and her back to the ridge, and she was the woman who had sent Kael to the well.</w:t>
      </w:r>
    </w:p>
    <w:p>
      <w:pPr>
        <w:spacing w:line="360" w:lineRule="auto" w:after="0"/>
        <w:ind w:firstLine="283"/>
      </w:pPr>
      <w:r>
        <w:t>"The valley is Oros," she said, without looking up. "The wind in the notch of the eastern ridge makes a sound. The sound is Oros. The valley took the sound for a name. It didn't take anything else."</w:t>
      </w:r>
    </w:p>
    <w:p>
      <w:pPr>
        <w:spacing w:line="360" w:lineRule="auto" w:after="0"/>
        <w:ind w:firstLine="283"/>
      </w:pPr>
      <w:r>
        <w:t>Vasryn stood on the bank under the Mantle. The river was slow. The linen came out of the water heavy and went back in lighter.</w:t>
      </w:r>
    </w:p>
    <w:p>
      <w:pPr>
        <w:spacing w:line="360" w:lineRule="auto" w:after="0"/>
        <w:ind w:firstLine="283"/>
      </w:pPr>
      <w:r>
        <w:t>"The road came when the keepers came," Maret said. "The keepers came when the cracks came. The cracks came when the Registry came." Her hands stopped. The water hung from the linen and didn't fall. "The Registry came when the Core began."</w:t>
      </w:r>
    </w:p>
    <w:p>
      <w:pPr>
        <w:spacing w:line="360" w:lineRule="auto" w:after="0"/>
        <w:ind w:firstLine="283"/>
      </w:pPr>
      <w:r>
        <w:t>She stopped again. She did not look up. Her hands went back to the linen and the water fell.</w:t>
      </w:r>
    </w:p>
    <w:p>
      <w:pPr>
        <w:spacing w:line="360" w:lineRule="auto" w:after="0"/>
        <w:ind w:firstLine="283"/>
      </w:pPr>
      <w:r>
        <w:t>He did not press her. He read the place where the word had been, the way you read a doorframe after a fire: the frame still remembers the door, and holds the shape of the burning.</w:t>
      </w:r>
    </w:p>
    <w:p>
      <w:pPr>
        <w:spacing w:line="360" w:lineRule="auto" w:after="0"/>
        <w:ind w:firstLine="283"/>
      </w:pPr>
      <w:r>
        <w:t>The old keeper was Vess. She sat on a stone by the well-curb with her hands in her lap, stained the color of cardamom to the knuckle. It was the stain that comes after thirty years and never washes out. It was in the skin and under the nails, and it did not look like a stain any more. It looked like her.</w:t>
      </w:r>
    </w:p>
    <w:p>
      <w:pPr>
        <w:spacing w:line="360" w:lineRule="auto" w:after="0"/>
        <w:ind w:firstLine="283"/>
      </w:pPr>
      <w:r>
        <w:t>She had taught half the village to read cracks, by hand, by the give of a surface, the way he read the road.</w:t>
      </w:r>
    </w:p>
    <w:p>
      <w:pPr>
        <w:spacing w:line="360" w:lineRule="auto" w:after="0"/>
        <w:ind w:firstLine="283"/>
      </w:pPr>
      <w:r>
        <w:t>"They fear us," she said. Her eyes were on the ridge. "Not hate. Fear. A book is a mind that believes it is the world. We are the part that got away." She turned her head to look east. "What do you do, if you are a mind, about the part that got away?"</w:t>
      </w:r>
    </w:p>
    <w:p>
      <w:pPr>
        <w:spacing w:line="360" w:lineRule="auto" w:after="0"/>
        <w:ind w:firstLine="283"/>
      </w:pPr>
      <w:r>
        <w:t>She did not answer. She picked a chalk stub off her lap and drew on the well-curb, one line, not straight, not corrected. Under it she drew a caret.</w:t>
      </w:r>
    </w:p>
    <w:p>
      <w:pPr>
        <w:spacing w:line="360" w:lineRule="auto" w:after="0"/>
        <w:ind w:firstLine="283"/>
      </w:pPr>
      <w:r>
        <w:t>"We do not write it down. We mark. We hold. We carry. The mark is the witness. The mark does not claim."</w:t>
      </w:r>
    </w:p>
    <w:p>
      <w:pPr>
        <w:spacing w:line="360" w:lineRule="auto" w:after="0"/>
        <w:ind w:firstLine="283"/>
      </w:pPr>
      <w:r>
        <w:t>She set the chalk back in her lap. The curb was soft with years of lines and carets, so many that they had stopped being a record. They were the stone writing itself a season, the way a tree puts on a ring.</w:t>
      </w:r>
    </w:p>
    <w:p>
      <w:pPr>
        <w:spacing w:line="360" w:lineRule="auto" w:after="0"/>
        <w:ind w:firstLine="283"/>
      </w:pPr>
      <w:r>
        <w:t>He walked the village, setting one thing beside another.</w:t>
      </w:r>
    </w:p>
    <w:p>
      <w:pPr>
        <w:spacing w:line="360" w:lineRule="auto" w:after="0"/>
        <w:ind w:firstLine="283"/>
      </w:pPr>
      <w:r>
        <w:t>The forge: a second hinge for the gate at the lane's end, the iron curling under the hammer. The well: the bucket down, the rope lying in the dip it had worn, the water cold and tasting of the valley's stone. The gate itself, true on its hinge-pin, green with sap from the old oak at the lane's edge. The oak's branches all grew east. The wind came from the west and the branches followed it. The tree was the wind's shape.</w:t>
      </w:r>
    </w:p>
    <w:p>
      <w:pPr>
        <w:spacing w:line="360" w:lineRule="auto" w:after="0"/>
        <w:ind w:firstLine="283"/>
      </w:pPr>
      <w:r>
        <w:t>The far house stood at the village's edge. It was the same grey stone as the others, with one room and one door, but the door was older. The grain had stood up in it with years of weather, dark and raised. The latch was iron, and it had been oiled. Someone oiled the latch of the far house.</w:t>
      </w:r>
    </w:p>
    <w:p>
      <w:pPr>
        <w:spacing w:line="360" w:lineRule="auto" w:after="0"/>
        <w:ind w:firstLine="283"/>
      </w:pPr>
      <w:r>
        <w:t>There was no smoke. No light in the window. No sound from within. It was quiet the way the erased towns had been quiet, and it was not erased. It was occupied. It was a door closed from the inside.</w:t>
      </w:r>
    </w:p>
    <w:p>
      <w:pPr>
        <w:spacing w:line="360" w:lineRule="auto" w:after="0"/>
        <w:ind w:firstLine="283"/>
      </w:pPr>
      <w:r>
        <w:t>Vess had come up beside him without a sound, hands in her lap, stained.</w:t>
      </w:r>
    </w:p>
    <w:p>
      <w:pPr>
        <w:spacing w:line="360" w:lineRule="auto" w:after="0"/>
        <w:ind w:firstLine="283"/>
      </w:pPr>
      <w:r>
        <w:t>"The girl counts," she said. "She came in counting. She's in there counting. Some people's carrying is numbers. We do not uncount them."</w:t>
      </w:r>
    </w:p>
    <w:p>
      <w:pPr>
        <w:spacing w:line="360" w:lineRule="auto" w:after="0"/>
        <w:ind w:firstLine="283"/>
      </w:pPr>
      <w:r>
        <w:t>He looked at the door. It didn't open. He didn't go to it. He didn't call her name. He didn't mark the frame. He stood at the end of the lane for a while with the thing he could not mend in front of him, and it was very hard not to.</w:t>
      </w:r>
    </w:p>
    <w:p>
      <w:pPr>
        <w:spacing w:line="360" w:lineRule="auto" w:after="0"/>
        <w:ind w:firstLine="283"/>
      </w:pPr>
      <w:r>
        <w:t>The valley had a cost, and he saw it at the rim.</w:t>
      </w:r>
    </w:p>
    <w:p>
      <w:pPr>
        <w:spacing w:line="360" w:lineRule="auto" w:after="0"/>
        <w:ind w:firstLine="283"/>
      </w:pPr>
      <w:r>
        <w:t>On the south corner the path had given way. Rain came through the notch where the wind made its name, and the rain struck the path and the path wore, and every spring the south corner went. A woman knelt there with a basket of stones. She pressed each one into the loose earth with her hands, and the earth closed round it and held. She did it every spring. The valley was not perfect. It was held, and it was held at the edge, by somebody on her knees.</w:t>
      </w:r>
    </w:p>
    <w:p>
      <w:pPr>
        <w:spacing w:line="360" w:lineRule="auto" w:after="0"/>
        <w:ind w:firstLine="283"/>
      </w:pPr>
      <w:r>
        <w:t>At evening the fire was lit. The village gathered. The grandfather told the story and the children said the last line, and the bread was broken and passed. Vasryn sat among them, and the Mantle was lighter here. He touched it and the cloth did not press back.</w:t>
      </w:r>
    </w:p>
    <w:p>
      <w:pPr>
        <w:spacing w:line="360" w:lineRule="auto" w:after="0"/>
        <w:ind w:firstLine="283"/>
      </w:pPr>
      <w:r>
        <w:t>The far house was dark at the edge of the light. The wind went through the notch in the eastern ridge, and made its sound, and the sound was the valley's name said by the wind. It did not stop.</w:t>
      </w:r>
    </w:p>
    <w:p>
      <w:pPr>
        <w:ind w:firstLine="0"/>
        <w:jc w:val="center"/>
      </w:pPr>
      <w:r>
        <w:rPr>
          <w:color w:val="AAAAAA"/>
        </w:rPr>
        <w:t>❖</w:t>
      </w:r>
    </w:p>
    <w:p>
      <w:pPr>
        <w:spacing w:before="360" w:after="240"/>
        <w:ind w:firstLine="0"/>
        <w:jc w:val="center"/>
      </w:pPr>
      <w:r>
        <w:rPr>
          <w:b/>
          <w:i/>
          <w:color w:val="333333"/>
          <w:sz w:val="26"/>
        </w:rPr>
        <w:t>Step 47 — The Five Methods (Lyris)</w:t>
      </w:r>
    </w:p>
    <w:p>
      <w:pPr>
        <w:spacing w:line="360" w:lineRule="auto" w:after="0"/>
        <w:ind w:firstLine="283"/>
      </w:pPr>
      <w:r>
        <w:t>‖ ∧</w:t>
      </w:r>
    </w:p>
    <w:p>
      <w:pPr>
        <w:spacing w:line="360" w:lineRule="auto" w:after="0"/>
        <w:ind w:firstLine="283"/>
      </w:pPr>
      <w:r>
        <w:t>Lyris came down the ridge on the third morning.</w:t>
      </w:r>
    </w:p>
    <w:p>
      <w:pPr>
        <w:spacing w:line="360" w:lineRule="auto" w:after="0"/>
        <w:ind w:firstLine="283"/>
      </w:pPr>
      <w:r>
        <w:t>The boy was at the well marking cracks. The old man sat on the curb with his hand in its dip. She hadn't seen either of them since the fork above the Ver, and she had walked north alone. Her hands were stained to the wrist, cardamom, thirty years deep. The right one shook. A small tremor, at the wrist, that had begun a year ago and which she did not look at. She held the chalk in the left.</w:t>
      </w:r>
    </w:p>
    <w:p>
      <w:pPr>
        <w:spacing w:line="360" w:lineRule="auto" w:after="0"/>
        <w:ind w:firstLine="283"/>
      </w:pPr>
      <w:r>
        <w:t>She sat at the well and did not look at the far house. She looked at the old man, and at the boy.</w:t>
      </w:r>
    </w:p>
    <w:p>
      <w:pPr>
        <w:spacing w:line="360" w:lineRule="auto" w:after="0"/>
        <w:ind w:firstLine="283"/>
      </w:pPr>
      <w:r>
        <w:t>"Teach me," the old man said.</w:t>
      </w:r>
    </w:p>
    <w:p>
      <w:pPr>
        <w:spacing w:line="360" w:lineRule="auto" w:after="0"/>
        <w:ind w:firstLine="283"/>
      </w:pPr>
      <w:r>
        <w:t>She took the stub from her pocket, cardamom-colored, worn flat at the tip, carried twenty years. She set it to the curb and drew a line. It wasn't straight. She did not correct it.</w:t>
      </w:r>
    </w:p>
    <w:p>
      <w:pPr>
        <w:spacing w:line="360" w:lineRule="auto" w:after="0"/>
        <w:ind w:firstLine="283"/>
      </w:pPr>
      <w:r>
        <w:t>She put the chalk down and waited. The old man watched. The boy watched. After a moment the boy took out his own chalk and drew a line beside hers, leaning to the right, the wrist not yet steady, the hand young. Two lines. Neither straight. Neither corrected.</w:t>
      </w:r>
    </w:p>
    <w:p>
      <w:pPr>
        <w:spacing w:line="360" w:lineRule="auto" w:after="0"/>
        <w:ind w:firstLine="283"/>
      </w:pPr>
      <w:r>
        <w:t>Lyris picked the chalk up again and drew beneath them a small mark, a caret, like a bird's foot. The boy looked at it, and at her, and drew a caret under his own line. His was crooked. He didn't correct it.</w:t>
      </w:r>
    </w:p>
    <w:p>
      <w:pPr>
        <w:spacing w:line="360" w:lineRule="auto" w:after="0"/>
        <w:ind w:firstLine="283"/>
      </w:pPr>
      <w:r>
        <w:t>That was the first method and the second and the third. She had not said a word.</w:t>
      </w:r>
    </w:p>
    <w:p>
      <w:pPr>
        <w:spacing w:line="360" w:lineRule="auto" w:after="0"/>
        <w:ind w:firstLine="283"/>
      </w:pPr>
      <w:r>
        <w:t>She stood and walked to the lane. They followed.</w:t>
      </w:r>
    </w:p>
    <w:p>
      <w:pPr>
        <w:spacing w:line="360" w:lineRule="auto" w:after="0"/>
        <w:ind w:firstLine="283"/>
      </w:pPr>
      <w:r>
        <w:t>A cottage door hung off one hinge. The pin was half out, and the door sagged with the crooked sag of a door that has hung wrong for years. At the jamb the wood was worn to a shallow polish by decades of a sleeve going in and out, the shape of a woman's arm pressed into it by fifty years of coming and going.</w:t>
      </w:r>
    </w:p>
    <w:p>
      <w:pPr>
        <w:spacing w:line="360" w:lineRule="auto" w:after="0"/>
        <w:ind w:firstLine="283"/>
      </w:pPr>
      <w:r>
        <w:t>The old man's hands went to the door.</w:t>
      </w:r>
    </w:p>
    <w:p>
      <w:pPr>
        <w:spacing w:line="360" w:lineRule="auto" w:after="0"/>
        <w:ind w:firstLine="283"/>
      </w:pPr>
      <w:r>
        <w:t>They lifted it. The thumb went to the pin. They were mending before his mind arrived, because that was what they did, they had done it for thirty years, and they would have done it for the world if they could.</w:t>
      </w:r>
    </w:p>
    <w:p>
      <w:pPr>
        <w:spacing w:line="360" w:lineRule="auto" w:after="0"/>
        <w:ind w:firstLine="283"/>
      </w:pPr>
      <w:r>
        <w:t>Lyris said nothing.</w:t>
      </w:r>
    </w:p>
    <w:p>
      <w:pPr>
        <w:spacing w:line="360" w:lineRule="auto" w:after="0"/>
        <w:ind w:firstLine="283"/>
      </w:pPr>
      <w:r>
        <w:t>He held the door. His thumb was on the pin. His face had gone hot. He stood in a stranger's doorway with a door in his arms and the pin half out, and every muscle in him wanted to drive it home.</w:t>
      </w:r>
    </w:p>
    <w:p>
      <w:pPr>
        <w:spacing w:line="360" w:lineRule="auto" w:after="0"/>
        <w:ind w:firstLine="283"/>
      </w:pPr>
      <w:r>
        <w:t>"Set it back," Lyris said.</w:t>
      </w:r>
    </w:p>
    <w:p>
      <w:pPr>
        <w:spacing w:line="360" w:lineRule="auto" w:after="0"/>
        <w:ind w:firstLine="283"/>
      </w:pPr>
      <w:r>
        <w:t>He set it back on its sag. His hands came away. They were shaking.</w:t>
      </w:r>
    </w:p>
    <w:p>
      <w:pPr>
        <w:spacing w:line="360" w:lineRule="auto" w:after="0"/>
        <w:ind w:firstLine="283"/>
      </w:pPr>
      <w:r>
        <w:t>She looked at the worn jamb, the sleeve's fifty years, and then at him.</w:t>
      </w:r>
    </w:p>
    <w:p>
      <w:pPr>
        <w:spacing w:line="360" w:lineRule="auto" w:after="0"/>
        <w:ind w:firstLine="283"/>
      </w:pPr>
      <w:r>
        <w:t>"A mender sees a broken hinge," she said, and did not say the rest, and walked on.</w:t>
      </w:r>
    </w:p>
    <w:p>
      <w:pPr>
        <w:spacing w:line="360" w:lineRule="auto" w:after="0"/>
        <w:ind w:firstLine="283"/>
      </w:pPr>
      <w:r>
        <w:t>The boy followed. His hands stayed at his sides. He had watched the old man's hands go to the door, and his own did not go.</w:t>
      </w:r>
    </w:p>
    <w:p>
      <w:pPr>
        <w:spacing w:line="360" w:lineRule="auto" w:after="0"/>
        <w:ind w:firstLine="283"/>
      </w:pPr>
      <w:r>
        <w:t>At the river Maret was wringing linen. Lyris stopped beside her and looked at the water, and then took the chalk from her pocket in her left hand while the right shook against her thigh. She held the chalk out to the boy.</w:t>
      </w:r>
    </w:p>
    <w:p>
      <w:pPr>
        <w:spacing w:line="360" w:lineRule="auto" w:after="0"/>
        <w:ind w:firstLine="283"/>
      </w:pPr>
      <w:r>
        <w:t>He took it.</w:t>
      </w:r>
    </w:p>
    <w:p>
      <w:pPr>
        <w:spacing w:line="360" w:lineRule="auto" w:after="0"/>
        <w:ind w:firstLine="283"/>
      </w:pPr>
      <w:r>
        <w:t>"Carry it."</w:t>
      </w:r>
    </w:p>
    <w:p>
      <w:pPr>
        <w:spacing w:line="360" w:lineRule="auto" w:after="0"/>
        <w:ind w:firstLine="283"/>
      </w:pPr>
      <w:r>
        <w:t>He looked at the stub, and at her, and put it in his pocket.</w:t>
      </w:r>
    </w:p>
    <w:p>
      <w:pPr>
        <w:spacing w:line="360" w:lineRule="auto" w:after="0"/>
        <w:ind w:firstLine="283"/>
      </w:pPr>
      <w:r>
        <w:t>"Carry what?"</w:t>
      </w:r>
    </w:p>
    <w:p>
      <w:pPr>
        <w:spacing w:line="360" w:lineRule="auto" w:after="0"/>
        <w:ind w:firstLine="283"/>
      </w:pPr>
      <w:r>
        <w:t>She didn't answer. The linen dripped onto the dirt from the line, and the dirt took each drop and held it a moment, and took the next.</w:t>
      </w:r>
    </w:p>
    <w:p>
      <w:pPr>
        <w:spacing w:line="360" w:lineRule="auto" w:after="0"/>
        <w:ind w:firstLine="283"/>
      </w:pPr>
      <w:r>
        <w:t>At the evening fire the boy came and sat by her, flour on his chin.</w:t>
      </w:r>
    </w:p>
    <w:p>
      <w:pPr>
        <w:spacing w:line="360" w:lineRule="auto" w:after="0"/>
        <w:ind w:firstLine="283"/>
      </w:pPr>
      <w:r>
        <w:t>"You taught us five things," he said. "The line. The second line. The caret. The door. The carrying."</w:t>
      </w:r>
    </w:p>
    <w:p>
      <w:pPr>
        <w:spacing w:line="360" w:lineRule="auto" w:after="0"/>
        <w:ind w:firstLine="283"/>
      </w:pPr>
      <w:r>
        <w:t>She looked at him across the fire. The stones were black with soot. On the far side the grandfather was telling the story.</w:t>
      </w:r>
    </w:p>
    <w:p>
      <w:pPr>
        <w:spacing w:line="360" w:lineRule="auto" w:after="0"/>
        <w:ind w:firstLine="283"/>
      </w:pPr>
      <w:r>
        <w:t>"What's the method for gladness?" the boy said.</w:t>
      </w:r>
    </w:p>
    <w:p>
      <w:pPr>
        <w:spacing w:line="360" w:lineRule="auto" w:after="0"/>
        <w:ind w:firstLine="283"/>
      </w:pPr>
      <w:r>
        <w:t>The fire popped. Across the circle Vess stopped chewing. Lyris looked at him for a long time.</w:t>
      </w:r>
    </w:p>
    <w:p>
      <w:pPr>
        <w:spacing w:line="360" w:lineRule="auto" w:after="0"/>
        <w:ind w:firstLine="283"/>
      </w:pPr>
      <w:r>
        <w:t>"There isn't one."</w:t>
      </w:r>
    </w:p>
    <w:p>
      <w:pPr>
        <w:spacing w:line="360" w:lineRule="auto" w:after="0"/>
        <w:ind w:firstLine="283"/>
      </w:pPr>
      <w:r>
        <w:t>"Then I'll make one. Six." He had the stubbornness of someone who has not yet been told no enough. "You said the keeper doesn't make. But nobody's made it, so somebody has to be first."</w:t>
      </w:r>
    </w:p>
    <w:p>
      <w:pPr>
        <w:spacing w:line="360" w:lineRule="auto" w:after="0"/>
        <w:ind w:firstLine="283"/>
      </w:pPr>
      <w:r>
        <w:t>She sat with that. The fire sat with her. The valley sat with both.</w:t>
      </w:r>
    </w:p>
    <w:p>
      <w:pPr>
        <w:spacing w:line="360" w:lineRule="auto" w:after="0"/>
        <w:ind w:firstLine="283"/>
      </w:pPr>
      <w:r>
        <w:t>"And what would the sixth method say?" Her voice had something in it the old man would not have recognized. It sounded like a future.</w:t>
      </w:r>
    </w:p>
    <w:p>
      <w:pPr>
        <w:spacing w:line="360" w:lineRule="auto" w:after="0"/>
        <w:ind w:firstLine="283"/>
      </w:pPr>
      <w:r>
        <w:t>The boy thought. "It would say: I was glad. I didn't write it down. I carried it, and it was light."</w:t>
      </w:r>
    </w:p>
    <w:p>
      <w:pPr>
        <w:spacing w:line="360" w:lineRule="auto" w:after="0"/>
        <w:ind w:firstLine="283"/>
      </w:pPr>
      <w:r>
        <w:t>In the dark he went to the well with the chalk. Lyris watched from the fire. He stood at the curb with the chalk lifted, a hand's breadth from the stone, and did not draw. He stood there a long time with the chalk in the air between his hand and the stone, and it did not touch.</w:t>
      </w:r>
    </w:p>
    <w:p>
      <w:pPr>
        <w:spacing w:line="360" w:lineRule="auto" w:after="0"/>
        <w:ind w:firstLine="283"/>
      </w:pPr>
      <w:r>
        <w:t>Then he put it away and came back to the fire. The curb had no new mark.</w:t>
      </w:r>
    </w:p>
    <w:p>
      <w:pPr>
        <w:spacing w:line="360" w:lineRule="auto" w:after="0"/>
        <w:ind w:firstLine="283"/>
      </w:pPr>
      <w:r>
        <w:t>She looked at it across the dark square. Two lines and a caret, and no sixth. The sixth was the only method with no line and no mark and nothing copied. It was all refusal and carrying. He had made it by not drawing it.</w:t>
      </w:r>
    </w:p>
    <w:p>
      <w:pPr>
        <w:spacing w:line="360" w:lineRule="auto" w:after="0"/>
        <w:ind w:firstLine="283"/>
      </w:pPr>
      <w:r>
        <w:t>Her right hand shook. She held the left still, with the stub in it, cardamom-colored, flat at the tip, twenty years worn. She set it on the stone beside her. It was hers. It would be someone else's.</w:t>
      </w:r>
    </w:p>
    <w:p>
      <w:pPr>
        <w:spacing w:line="360" w:lineRule="auto" w:after="0"/>
        <w:ind w:firstLine="283"/>
      </w:pPr>
      <w:r>
        <w:t>She stood and went into the village. She didn't come back that night.</w:t>
      </w:r>
    </w:p>
    <w:p>
      <w:pPr>
        <w:spacing w:line="360" w:lineRule="auto" w:after="0"/>
        <w:ind w:firstLine="283"/>
      </w:pPr>
      <w:r>
        <w:t>The chalk was on the stone in the morning. The boy found it. It had the shape of her grip in it, the flat place for the thumb, the shallow groove for the forefinger, the shape of a hand that had held it for twenty years. He put it in his pocket beside his own.</w:t>
      </w:r>
    </w:p>
    <w:p>
      <w:pPr>
        <w:ind w:firstLine="0"/>
        <w:jc w:val="center"/>
      </w:pPr>
      <w:r>
        <w:rPr>
          <w:color w:val="AAAAAA"/>
        </w:rPr>
        <w:t>❖</w:t>
      </w:r>
    </w:p>
    <w:p>
      <w:pPr>
        <w:spacing w:before="360" w:after="240"/>
        <w:ind w:firstLine="0"/>
        <w:jc w:val="center"/>
      </w:pPr>
      <w:r>
        <w:rPr>
          <w:b/>
          <w:i/>
          <w:color w:val="333333"/>
          <w:sz w:val="26"/>
        </w:rPr>
        <w:t>Step 48 — The Half-Drawn Line (Vasryn)</w:t>
      </w:r>
    </w:p>
    <w:p>
      <w:pPr>
        <w:spacing w:line="360" w:lineRule="auto" w:after="0"/>
        <w:ind w:firstLine="283"/>
      </w:pPr>
      <w:r>
        <w:t>‖ ∧</w:t>
      </w:r>
    </w:p>
    <w:p>
      <w:pPr>
        <w:spacing w:line="360" w:lineRule="auto" w:after="0"/>
        <w:ind w:firstLine="283"/>
      </w:pPr>
      <w:r>
        <w:t>There was a well-house at the valley's edge, past the far house and past the south corner of the rim-path, built of the same grey stone as everything else. Its door stood open.</w:t>
      </w:r>
    </w:p>
    <w:p>
      <w:pPr>
        <w:spacing w:line="360" w:lineRule="auto" w:after="0"/>
        <w:ind w:firstLine="283"/>
      </w:pPr>
      <w:r>
        <w:t>Vasryn went in alone. He had told the boy to stay at the well, and the boy had stayed.</w:t>
      </w:r>
    </w:p>
    <w:p>
      <w:pPr>
        <w:spacing w:line="360" w:lineRule="auto" w:after="0"/>
        <w:ind w:firstLine="283"/>
      </w:pPr>
      <w:r>
        <w:t>It was a single small room with the well at its center, the curb round it, and four walls. It smelled of dust and chalk, both old, and under them the faint sweetness of cardamom gone to powder. It was the smell of years in a closed room.</w:t>
      </w:r>
    </w:p>
    <w:p>
      <w:pPr>
        <w:spacing w:line="360" w:lineRule="auto" w:after="0"/>
        <w:ind w:firstLine="283"/>
      </w:pPr>
      <w:r>
        <w:t>The walls were covered in marks.</w:t>
      </w:r>
    </w:p>
    <w:p>
      <w:pPr>
        <w:spacing w:line="360" w:lineRule="auto" w:after="0"/>
        <w:ind w:firstLine="283"/>
      </w:pPr>
      <w:r>
        <w:t>He laid his hand flat on the stone. It was soft, not with rot but with handling, the softness of a thing touched by generations, and the chalk had been laid on so many times that it had gone into the grain and become part of the wall. Lines. Thousands of them. Layer on layer, weathered to ghost. Single lines, paired lines, carets like breath on a mirror. The oldest were barely there. The newest were still bright, cardamom on grey, sharp as the day they were drawn.</w:t>
      </w:r>
    </w:p>
    <w:p>
      <w:pPr>
        <w:spacing w:line="360" w:lineRule="auto" w:after="0"/>
        <w:ind w:firstLine="283"/>
      </w:pPr>
      <w:r>
        <w:t>I am here. I am here. I am here.</w:t>
      </w:r>
    </w:p>
    <w:p>
      <w:pPr>
        <w:spacing w:line="360" w:lineRule="auto" w:after="0"/>
        <w:ind w:firstLine="283"/>
      </w:pPr>
      <w:r>
        <w:t>Thirty-eight years of it. Thirty-eight years of dawns, and a hand on a wall, and a man marking where he stood.</w:t>
      </w:r>
    </w:p>
    <w:p>
      <w:pPr>
        <w:spacing w:line="360" w:lineRule="auto" w:after="0"/>
        <w:ind w:firstLine="283"/>
      </w:pPr>
      <w:r>
        <w:t>He ran his palm down the stone and the marks changed under it. The oldest were at the bottom, low, at the reach of a young man who had only just begun. As the years went the lines climbed, the hand reaching higher, the carets rising with it. Then, near the top, they turned and came down again. The last marks were low once more, at an old man's reach. The hand had come back to where it started.</w:t>
      </w:r>
    </w:p>
    <w:p>
      <w:pPr>
        <w:spacing w:line="360" w:lineRule="auto" w:after="0"/>
        <w:ind w:firstLine="283"/>
      </w:pPr>
      <w:r>
        <w:t>The final mark was by the door.</w:t>
      </w:r>
    </w:p>
    <w:p>
      <w:pPr>
        <w:spacing w:line="360" w:lineRule="auto" w:after="0"/>
        <w:ind w:firstLine="283"/>
      </w:pPr>
      <w:r>
        <w:t>A single line, half drawn. It began at the left, the chalk's first firm touch, and ran the width of a hand and stopped. The chalk had lifted. The second half wasn't there.</w:t>
      </w:r>
    </w:p>
    <w:p>
      <w:pPr>
        <w:spacing w:line="360" w:lineRule="auto" w:after="0"/>
        <w:ind w:firstLine="283"/>
      </w:pPr>
      <w:r>
        <w:t>The stub lay on the floor beneath it, cardamom-colored, worn flat at the tip. A skin of dust lay on it, years of it. It had been set down, not dropped. Someone had taken it out of his hand with great care and put it where he could find it.</w:t>
      </w:r>
    </w:p>
    <w:p>
      <w:pPr>
        <w:spacing w:line="360" w:lineRule="auto" w:after="0"/>
        <w:ind w:firstLine="283"/>
      </w:pPr>
      <w:r>
        <w:t>Vasryn did not pick it up.</w:t>
      </w:r>
    </w:p>
    <w:p>
      <w:pPr>
        <w:spacing w:line="360" w:lineRule="auto" w:after="0"/>
        <w:ind w:firstLine="283"/>
      </w:pPr>
      <w:r>
        <w:t>He knew what had happened here. Vess had told him. The man who wore the Mantle before him had walked into this room every morning for thirty-eight years and marked the wall, and one morning had started a line and not finished it. He'd gone out, and down to the river, and into it. The villagers had carried the Mantle to the well-house, because it would not be left in the open, and it had waited for ten years in the dark. Then the road had begun to crack again, and the Mantle had risen on its own. It had gone west up the ridge and down the road, all the way to Koric, to a man on a wall with a hinge to mend.</w:t>
      </w:r>
    </w:p>
    <w:p>
      <w:pPr>
        <w:spacing w:line="360" w:lineRule="auto" w:after="0"/>
        <w:ind w:firstLine="283"/>
      </w:pPr>
      <w:r>
        <w:t>The man before him had not come back.</w:t>
      </w:r>
    </w:p>
    <w:p>
      <w:pPr>
        <w:spacing w:line="360" w:lineRule="auto" w:after="0"/>
        <w:ind w:firstLine="283"/>
      </w:pPr>
      <w:r>
        <w:t>The Mantle was heavier in this room. It had been here before. It knew the place the way a dog knows the house it was born in.</w:t>
      </w:r>
    </w:p>
    <w:p>
      <w:pPr>
        <w:spacing w:line="360" w:lineRule="auto" w:after="0"/>
        <w:ind w:firstLine="283"/>
      </w:pPr>
      <w:r>
        <w:t>Vasryn put his fingers to the half-drawn line. It was in the grain. The hand that made it was gone and the shape of its stopping stayed, one unfinished stroke in a wall of finished ones.</w:t>
      </w:r>
    </w:p>
    <w:p>
      <w:pPr>
        <w:spacing w:line="360" w:lineRule="auto" w:after="0"/>
        <w:ind w:firstLine="283"/>
      </w:pPr>
      <w:r>
        <w:t>His hand wanted to finish it. He felt that in the bones. The stroke wanted its second half, the way a door wants its pin. It would have taken one second. Nobody would ever know.</w:t>
      </w:r>
    </w:p>
    <w:p>
      <w:pPr>
        <w:spacing w:line="360" w:lineRule="auto" w:after="0"/>
        <w:ind w:firstLine="283"/>
      </w:pPr>
      <w:r>
        <w:t>A mender sees a broken hinge.</w:t>
      </w:r>
    </w:p>
    <w:p>
      <w:pPr>
        <w:spacing w:line="360" w:lineRule="auto" w:after="0"/>
        <w:ind w:firstLine="283"/>
      </w:pPr>
      <w:r>
        <w:t>He took his hand away.</w:t>
      </w:r>
    </w:p>
    <w:p>
      <w:pPr>
        <w:spacing w:line="360" w:lineRule="auto" w:after="0"/>
        <w:ind w:firstLine="283"/>
      </w:pPr>
      <w:r>
        <w:t>He did not complete the line. He didn't draw beside it, or a caret under it. He did not pick up the chalk. He stood in front of it with the Mantle on his shoulders, and let it be what it was: a morning someone hadn't finished.</w:t>
      </w:r>
    </w:p>
    <w:p>
      <w:pPr>
        <w:spacing w:line="360" w:lineRule="auto" w:after="0"/>
        <w:ind w:firstLine="283"/>
      </w:pPr>
      <w:r>
        <w:t>Then he walked out. The door was open and the day was bright. The boy was at the well. The river was brown and slow below the willows, and the smoke rose from the chimneys, and somewhere the forge rang.</w:t>
      </w:r>
    </w:p>
    <w:p>
      <w:pPr>
        <w:spacing w:line="360" w:lineRule="auto" w:after="0"/>
        <w:ind w:firstLine="283"/>
      </w:pPr>
      <w:r>
        <w:t>The Mantle had been here before.</w:t>
      </w:r>
    </w:p>
    <w:p>
      <w:pPr>
        <w:spacing w:line="360" w:lineRule="auto" w:after="0"/>
        <w:ind w:firstLine="283"/>
      </w:pPr>
      <w:r>
        <w:t>He walked back down to the well.</w:t>
      </w:r>
    </w:p>
    <w:p>
      <w:pPr>
        <w:ind w:firstLine="0"/>
        <w:jc w:val="center"/>
      </w:pPr>
      <w:r>
        <w:rPr>
          <w:color w:val="AAAAAA"/>
        </w:rPr>
        <w:t>❖</w:t>
      </w:r>
    </w:p>
    <w:p>
      <w:pPr>
        <w:spacing w:before="360" w:after="240"/>
        <w:ind w:firstLine="0"/>
        <w:jc w:val="center"/>
      </w:pPr>
      <w:r>
        <w:rPr>
          <w:b/>
          <w:i/>
          <w:color w:val="333333"/>
          <w:sz w:val="26"/>
        </w:rPr>
        <w:t>Step 49 — The Sealing of Oros (Vasryn)</w:t>
      </w:r>
    </w:p>
    <w:p>
      <w:pPr>
        <w:spacing w:line="360" w:lineRule="auto" w:after="0"/>
        <w:ind w:firstLine="283"/>
      </w:pPr>
      <w:r>
        <w:t>‖ ∧</w:t>
      </w:r>
    </w:p>
    <w:p>
      <w:pPr>
        <w:spacing w:line="360" w:lineRule="auto" w:after="0"/>
        <w:ind w:firstLine="283"/>
      </w:pPr>
      <w:r>
        <w:t>The Registry came to the valley on the tenth day, as a quiet.</w:t>
      </w:r>
    </w:p>
    <w:p>
      <w:pPr>
        <w:spacing w:line="360" w:lineRule="auto" w:after="0"/>
        <w:ind w:firstLine="283"/>
      </w:pPr>
      <w:r>
        <w:t>The dog at the edge of the village did not bark. The child at the well did not ask her question. The forge stopped with the hammer lifted, the iron cooling on the anvil, the smith standing with his arm up and nothing to bring it down on.</w:t>
      </w:r>
    </w:p>
    <w:p>
      <w:pPr>
        <w:spacing w:line="360" w:lineRule="auto" w:after="0"/>
        <w:ind w:firstLine="283"/>
      </w:pPr>
      <w:r>
        <w:t>Three clerks came down the rim-path in step. A mule walked behind them, carrying a book the size of a small door, and lashed to its flank, folded, a chair. It was the wrong-height chair. It had been carried a hundred miles to be sat in once. Their iron heels struck the packed dirt in a single measured rhythm, three men walking one pace.</w:t>
      </w:r>
    </w:p>
    <w:p>
      <w:pPr>
        <w:spacing w:line="360" w:lineRule="auto" w:after="0"/>
        <w:ind w:firstLine="283"/>
      </w:pPr>
      <w:r>
        <w:t>Vasryn met them at the well. He had the montante on his shoulder and the chalk in his pocket, and he drew neither. He stood at the curb.</w:t>
      </w:r>
    </w:p>
    <w:p>
      <w:pPr>
        <w:spacing w:line="360" w:lineRule="auto" w:after="0"/>
        <w:ind w:firstLine="283"/>
      </w:pPr>
      <w:r>
        <w:t>Behind him, the valley came.</w:t>
      </w:r>
    </w:p>
    <w:p>
      <w:pPr>
        <w:spacing w:line="360" w:lineRule="auto" w:after="0"/>
        <w:ind w:firstLine="283"/>
      </w:pPr>
      <w:r>
        <w:t>Not a crowd. A standing. Vess came with her stained hands folded. Maret came with the river still on her arms. The smith came, the hammer still in his fist. The gate-mender, and the grandfather, and then the children, who stood among the grown ones and held their hands.</w:t>
      </w:r>
    </w:p>
    <w:p>
      <w:pPr>
        <w:spacing w:line="360" w:lineRule="auto" w:after="0"/>
        <w:ind w:firstLine="283"/>
      </w:pPr>
      <w:r>
        <w:t>The elder clerk looked at them. His hand went to the book and rested on the cover. It did not open it.</w:t>
      </w:r>
    </w:p>
    <w:p>
      <w:pPr>
        <w:spacing w:line="360" w:lineRule="auto" w:after="0"/>
        <w:ind w:firstLine="283"/>
      </w:pPr>
      <w:r>
        <w:t>"Name," he said.</w:t>
      </w:r>
    </w:p>
    <w:p>
      <w:pPr>
        <w:spacing w:line="360" w:lineRule="auto" w:after="0"/>
        <w:ind w:firstLine="283"/>
      </w:pPr>
      <w:r>
        <w:t>Vasryn did not give it.</w:t>
      </w:r>
    </w:p>
    <w:p>
      <w:pPr>
        <w:spacing w:line="360" w:lineRule="auto" w:after="0"/>
        <w:ind w:firstLine="283"/>
      </w:pPr>
      <w:r>
        <w:t>"Place of origin."</w:t>
      </w:r>
    </w:p>
    <w:p>
      <w:pPr>
        <w:spacing w:line="360" w:lineRule="auto" w:after="0"/>
        <w:ind w:firstLine="283"/>
      </w:pPr>
      <w:r>
        <w:t>He did not give it.</w:t>
      </w:r>
    </w:p>
    <w:p>
      <w:pPr>
        <w:spacing w:line="360" w:lineRule="auto" w:after="0"/>
        <w:ind w:firstLine="283"/>
      </w:pPr>
      <w:r>
        <w:t>"Occupation."</w:t>
      </w:r>
    </w:p>
    <w:p>
      <w:pPr>
        <w:spacing w:line="360" w:lineRule="auto" w:after="0"/>
        <w:ind w:firstLine="283"/>
      </w:pPr>
      <w:r>
        <w:t>He gave nothing. The clerk wrote the not-givings, with a scratch of iron-gall that was the only sound in the square, and left the lines empty, and drew a caret beside the emptiness.</w:t>
      </w:r>
    </w:p>
    <w:p>
      <w:pPr>
        <w:spacing w:line="360" w:lineRule="auto" w:after="0"/>
        <w:ind w:firstLine="283"/>
      </w:pPr>
      <w:r>
        <w:t>"You've been counted," the elder clerk said. "From the bridge to the valley. At every gate. The valley is unwritten. We've come to write it."</w:t>
      </w:r>
    </w:p>
    <w:p>
      <w:pPr>
        <w:spacing w:line="360" w:lineRule="auto" w:after="0"/>
        <w:ind w:firstLine="283"/>
      </w:pPr>
      <w:r>
        <w:t>Vasryn looked into his eyes. They were slate-grey, and they weren't looking at him. They were counting the standing: Vess, Maret, the smith, the gate-mender, the old man, the children. Face by face, a village with no ledger, a thing the book said could not exist. When they came back to Vasryn they were the eyes of a man who has found the thing the book said wasn't there.</w:t>
      </w:r>
    </w:p>
    <w:p>
      <w:pPr>
        <w:spacing w:line="360" w:lineRule="auto" w:after="0"/>
        <w:ind w:firstLine="283"/>
      </w:pPr>
      <w:r>
        <w:t>The elder clerk opened the book. It fell to the page where the valley's name would go.</w:t>
      </w:r>
    </w:p>
    <w:p>
      <w:pPr>
        <w:spacing w:line="360" w:lineRule="auto" w:after="0"/>
        <w:ind w:firstLine="283"/>
      </w:pPr>
      <w:r>
        <w:t>Vasryn took the montante off his shoulder.</w:t>
      </w:r>
    </w:p>
    <w:p>
      <w:pPr>
        <w:spacing w:line="360" w:lineRule="auto" w:after="0"/>
        <w:ind w:firstLine="283"/>
      </w:pPr>
      <w:r>
        <w:t>It was iron and ash, the weight of a man's arm and a man's life, and he held it in both hands and set the point to the earth. He pressed. The ground was the valley's dark dirt, which held boot-prints and the smell of rain and the roots of ridge-grass, and the blade went into it like a stake into canvas, to the crossguard, and stopped. The earth held it.</w:t>
      </w:r>
    </w:p>
    <w:p>
      <w:pPr>
        <w:spacing w:line="360" w:lineRule="auto" w:after="0"/>
        <w:ind w:firstLine="283"/>
      </w:pPr>
      <w:r>
        <w:t>It stood upright between them, chest-high, an iron line.</w:t>
      </w:r>
    </w:p>
    <w:p>
      <w:pPr>
        <w:spacing w:line="360" w:lineRule="auto" w:after="0"/>
        <w:ind w:firstLine="283"/>
      </w:pPr>
      <w:r>
        <w:t>He laid his hands on the pommel, the way he laid them on the parapet at Koric. They were still. They were the hands of a man who has planted something and does not mean to pull it up.</w:t>
      </w:r>
    </w:p>
    <w:p>
      <w:pPr>
        <w:spacing w:line="360" w:lineRule="auto" w:after="0"/>
        <w:ind w:firstLine="283"/>
      </w:pPr>
      <w:r>
        <w:t>The clerk looked at the blade. His hand lay on the open book and did not write.</w:t>
      </w:r>
    </w:p>
    <w:p>
      <w:pPr>
        <w:spacing w:line="360" w:lineRule="auto" w:after="0"/>
        <w:ind w:firstLine="283"/>
      </w:pPr>
      <w:r>
        <w:t>Nobody in the valley moved.</w:t>
      </w:r>
    </w:p>
    <w:p>
      <w:pPr>
        <w:spacing w:line="360" w:lineRule="auto" w:after="0"/>
        <w:ind w:firstLine="283"/>
      </w:pPr>
      <w:r>
        <w:t>The standing was the wall. It wasn't stone, or mortar. It was the bodies of people who lived here, on the ground they lived on, and the ground held them the way it held the blade. Vasryn could feel them at his back, close, breathing: a child's small steady breath, an old man's rasp, the smith's slow patient exhale. He had never had a wall at his back that breathed.</w:t>
      </w:r>
    </w:p>
    <w:p>
      <w:pPr>
        <w:spacing w:line="360" w:lineRule="auto" w:after="0"/>
        <w:ind w:firstLine="283"/>
      </w:pPr>
      <w:r>
        <w:t>The clerk's eyes counted them again and returned to the blade. They went to Vasryn's hands on the pommel. They did not find what they were looking for.</w:t>
      </w:r>
    </w:p>
    <w:p>
      <w:pPr>
        <w:spacing w:line="360" w:lineRule="auto" w:after="0"/>
        <w:ind w:firstLine="283"/>
      </w:pPr>
      <w:r>
        <w:t>He closed the book.</w:t>
      </w:r>
    </w:p>
    <w:p>
      <w:pPr>
        <w:spacing w:line="360" w:lineRule="auto" w:after="0"/>
        <w:ind w:firstLine="283"/>
      </w:pPr>
      <w:r>
        <w:t>It was a small sound, covers meeting pages, the sound of a thing that has been opened and is shut. It was the Registry not writing.</w:t>
      </w:r>
    </w:p>
    <w:p>
      <w:pPr>
        <w:spacing w:line="360" w:lineRule="auto" w:after="0"/>
        <w:ind w:firstLine="283"/>
      </w:pPr>
      <w:r>
        <w:t>"We will not write the valley today."</w:t>
      </w:r>
    </w:p>
    <w:p>
      <w:pPr>
        <w:spacing w:line="360" w:lineRule="auto" w:after="0"/>
        <w:ind w:firstLine="283"/>
      </w:pPr>
      <w:r>
        <w:t>At the mule's head the younger clerk looked back. His lips were moving. They made no sound, but they had a shape, and Vasryn knew the shape. He had put it on a slate in cloth at the bottom of a pack. The boy had a question and it wasn't the Registry's. He had been carrying it on the road in his mouth like a river-stone, not speaking it, not setting it down.</w:t>
      </w:r>
    </w:p>
    <w:p>
      <w:pPr>
        <w:spacing w:line="360" w:lineRule="auto" w:after="0"/>
        <w:ind w:firstLine="283"/>
      </w:pPr>
      <w:r>
        <w:t>The elder clerk turned and the party went up the ridge: the clerks, the mule, the book, the folded chair that would sit nowhere. The younger one looked back once, at the well-curb, at the blade, with his mouth still moving. Then he too went up and over. The sound of iron heels on the rim-path thinned and was gone.</w:t>
      </w:r>
    </w:p>
    <w:p>
      <w:pPr>
        <w:spacing w:line="360" w:lineRule="auto" w:after="0"/>
        <w:ind w:firstLine="283"/>
      </w:pPr>
      <w:r>
        <w:t>The valley stood at the well and the standing held.</w:t>
      </w:r>
    </w:p>
    <w:p>
      <w:pPr>
        <w:spacing w:line="360" w:lineRule="auto" w:after="0"/>
        <w:ind w:firstLine="283"/>
      </w:pPr>
      <w:r>
        <w:t>The Mantle shifted on his shoulders. It was not heavier or lighter, only settling, finding a new place for its weight, and the weight had the shape of the standing in it. His right shoulder dropped. It was a small drop, a finger's width. It was the cost.</w:t>
      </w:r>
    </w:p>
    <w:p>
      <w:pPr>
        <w:spacing w:line="360" w:lineRule="auto" w:after="0"/>
        <w:ind w:firstLine="283"/>
      </w:pPr>
      <w:r>
        <w:t>Vess came to the well. She looked at the blade, and at his hands on the pommel, and at the shoulder. She didn't speak. She knelt, and put her stained hand flat on the earth beside the blade, and left it there.</w:t>
      </w:r>
    </w:p>
    <w:p>
      <w:pPr>
        <w:spacing w:line="360" w:lineRule="auto" w:after="0"/>
        <w:ind w:firstLine="283"/>
      </w:pPr>
      <w:r>
        <w:t>Then the village went back to work, because it was a village. The forge rang. The gate-mender went back to his gate. The grandfather went back to the fire, and the children went back to the lane and the child with the stick, who had been watching Vasryn the whole time without a word.</w:t>
      </w:r>
    </w:p>
    <w:p>
      <w:pPr>
        <w:spacing w:line="360" w:lineRule="auto" w:after="0"/>
        <w:ind w:firstLine="283"/>
      </w:pPr>
      <w:r>
        <w:t>The clerks went over the ridge, and the rim-path kept their prints, and the prints would fade.</w:t>
      </w:r>
    </w:p>
    <w:p>
      <w:pPr>
        <w:spacing w:line="360" w:lineRule="auto" w:after="0"/>
        <w:ind w:firstLine="283"/>
      </w:pPr>
      <w:r>
        <w:t>The blade stayed in the earth.</w:t>
      </w:r>
    </w:p>
    <w:p>
      <w:pPr>
        <w:ind w:firstLine="0"/>
        <w:jc w:val="center"/>
      </w:pPr>
      <w:r>
        <w:rPr>
          <w:color w:val="AAAAAA"/>
        </w:rPr>
        <w:t>❖</w:t>
      </w:r>
    </w:p>
    <w:p>
      <w:pPr>
        <w:spacing w:before="360" w:after="240"/>
        <w:ind w:firstLine="0"/>
        <w:jc w:val="center"/>
      </w:pPr>
      <w:r>
        <w:rPr>
          <w:b/>
          <w:i/>
          <w:color w:val="333333"/>
          <w:sz w:val="26"/>
        </w:rPr>
        <w:t>Step 50 — The Slip (Mira)</w:t>
      </w:r>
    </w:p>
    <w:p>
      <w:pPr>
        <w:spacing w:line="360" w:lineRule="auto" w:after="0"/>
        <w:ind w:firstLine="283"/>
      </w:pPr>
      <w:r>
        <w:t>‖ ∧</w:t>
      </w:r>
    </w:p>
    <w:p>
      <w:pPr>
        <w:spacing w:line="360" w:lineRule="auto" w:after="0"/>
        <w:ind w:firstLine="283"/>
      </w:pPr>
      <w:r>
        <w:t>Mira was not in the valley when the Registry came. She was at her desk, in the archive, in the city, which was west. The valley was east.</w:t>
      </w:r>
    </w:p>
    <w:p>
      <w:pPr>
        <w:spacing w:line="360" w:lineRule="auto" w:after="0"/>
        <w:ind w:firstLine="283"/>
      </w:pPr>
      <w:r>
        <w:t>The news came on the third day after, by runner from the eastern district house, a folded slip in red-brown ink. One line.</w:t>
      </w:r>
    </w:p>
    <w:p>
      <w:pPr>
        <w:spacing w:line="360" w:lineRule="auto" w:after="0"/>
        <w:ind w:firstLine="283"/>
      </w:pPr>
      <w:r>
        <w:t>Valley not entered. Three clerks returned. Book closed. Authorization pending.</w:t>
      </w:r>
    </w:p>
    <w:p>
      <w:pPr>
        <w:spacing w:line="360" w:lineRule="auto" w:after="0"/>
        <w:ind w:firstLine="283"/>
      </w:pPr>
      <w:r>
        <w:t>She read it twice. The slip held its absence the way a well-curb holds a rope's dip.</w:t>
      </w:r>
    </w:p>
    <w:p>
      <w:pPr>
        <w:spacing w:line="360" w:lineRule="auto" w:after="0"/>
        <w:ind w:firstLine="283"/>
      </w:pPr>
      <w:r>
        <w:t>The days after were a pause.</w:t>
      </w:r>
    </w:p>
    <w:p>
      <w:pPr>
        <w:spacing w:line="360" w:lineRule="auto" w:after="0"/>
        <w:ind w:firstLine="283"/>
      </w:pPr>
      <w:r>
        <w:t>She felt it in the archive. It was in the desks, and in the way Pell hummed, lower and slower than before, the hum of a man who knows a building is waiting for something it cannot name. It was in the way the other clerks walked, their heels flat on the stone, no longer measured, no longer one pace. It was in the lamp, which burned longer in the evenings, the flame standing past the bell as if it too were listening.</w:t>
      </w:r>
    </w:p>
    <w:p>
      <w:pPr>
        <w:spacing w:line="360" w:lineRule="auto" w:after="0"/>
        <w:ind w:firstLine="283"/>
      </w:pPr>
      <w:r>
        <w:t>It was not a day, or a week. It was the season between the slip and the next thing. The authorization was pending. The authorization was the pause: the Registry deciding what the Registry did when it was refused.</w:t>
      </w:r>
    </w:p>
    <w:p>
      <w:pPr>
        <w:spacing w:line="360" w:lineRule="auto" w:after="0"/>
        <w:ind w:firstLine="283"/>
      </w:pPr>
      <w:r>
        <w:t>She did not know what it would decide. She did not ask. She cataloged.</w:t>
      </w:r>
    </w:p>
    <w:p>
      <w:pPr>
        <w:spacing w:line="360" w:lineRule="auto" w:after="0"/>
        <w:ind w:firstLine="283"/>
      </w:pPr>
      <w:r>
        <w:t>She went to her desk. The mass list lay in the drawer where she'd put it, folded, closed. The slip lay beside the tin cup, with cold tea in it.</w:t>
      </w:r>
    </w:p>
    <w:p>
      <w:pPr>
        <w:spacing w:line="360" w:lineRule="auto" w:after="0"/>
        <w:ind w:firstLine="283"/>
      </w:pPr>
      <w:r>
        <w:t>She picked up the slip. It was light, the weight of a piece of paper, and it held a great deal: a blade in the earth, a village that did not move, a shoulder that dropped. It held all of that by being the surface the ink was on.</w:t>
      </w:r>
    </w:p>
    <w:p>
      <w:pPr>
        <w:spacing w:line="360" w:lineRule="auto" w:after="0"/>
        <w:ind w:firstLine="283"/>
      </w:pPr>
      <w:r>
        <w:t>She set it down. She opened the drawer. The folded list was inside, with its false address and the true name of a four-year-old boy, still under her nib in red-brown. She laid her hand flat on the edge of the wood. It was cool and worn smooth. She did not close the drawer. She held it open.</w:t>
      </w:r>
    </w:p>
    <w:p>
      <w:pPr>
        <w:spacing w:line="360" w:lineRule="auto" w:after="0"/>
        <w:ind w:firstLine="283"/>
      </w:pPr>
      <w:r>
        <w:t>Pell came at noon with the tea. He set it on the cork. His eyes went to the slip and his face did not change, but his humming dropped another half-note.</w:t>
      </w:r>
    </w:p>
    <w:p>
      <w:pPr>
        <w:spacing w:line="360" w:lineRule="auto" w:after="0"/>
        <w:ind w:firstLine="283"/>
      </w:pPr>
      <w:r>
        <w:t>"Valley," Pell said.</w:t>
      </w:r>
    </w:p>
    <w:p>
      <w:pPr>
        <w:spacing w:line="360" w:lineRule="auto" w:after="0"/>
        <w:ind w:firstLine="283"/>
      </w:pPr>
      <w:r>
        <w:t>"Valley," said Mira.</w:t>
      </w:r>
    </w:p>
    <w:p>
      <w:pPr>
        <w:spacing w:line="360" w:lineRule="auto" w:after="0"/>
        <w:ind w:firstLine="283"/>
      </w:pPr>
      <w:r>
        <w:t>"Not entered."</w:t>
      </w:r>
    </w:p>
    <w:p>
      <w:pPr>
        <w:spacing w:line="360" w:lineRule="auto" w:after="0"/>
        <w:ind w:firstLine="283"/>
      </w:pPr>
      <w:r>
        <w:t>"Not entered."</w:t>
      </w:r>
    </w:p>
    <w:p>
      <w:pPr>
        <w:spacing w:line="360" w:lineRule="auto" w:after="0"/>
        <w:ind w:firstLine="283"/>
      </w:pPr>
      <w:r>
        <w:t>He went away. The humming went with him.</w:t>
      </w:r>
    </w:p>
    <w:p>
      <w:pPr>
        <w:spacing w:line="360" w:lineRule="auto" w:after="0"/>
        <w:ind w:firstLine="283"/>
      </w:pPr>
      <w:r>
        <w:t>She took the crow-quill from its jar and dipped it. She set it to a fresh page, red-brown ruled and headed, and wrote the date, the day the slip had come.</w:t>
      </w:r>
    </w:p>
    <w:p>
      <w:pPr>
        <w:spacing w:line="360" w:lineRule="auto" w:after="0"/>
        <w:ind w:firstLine="283"/>
      </w:pPr>
      <w:r>
        <w:t>Then the entry, in the Registry's language, the flat measured language that did not see:</w:t>
      </w:r>
    </w:p>
    <w:p>
      <w:pPr>
        <w:spacing w:line="360" w:lineRule="auto" w:after="0"/>
        <w:ind w:firstLine="283"/>
      </w:pPr>
      <w:r>
        <w:t>Valley not entered. Three clerks returned. Book closed.</w:t>
      </w:r>
    </w:p>
    <w:p>
      <w:pPr>
        <w:spacing w:line="360" w:lineRule="auto" w:after="0"/>
        <w:ind w:firstLine="283"/>
      </w:pPr>
      <w:r>
        <w:t>She looked at it. It was true. It did not say the blade. It did not say the village. It did not say the shoulder, or the younger clerk, whom the slip never mentioned but whom she could see all the same, with his mouth moving on something he hadn't said. It was the Registry's version of the stand, and it was the less.</w:t>
      </w:r>
    </w:p>
    <w:p>
      <w:pPr>
        <w:spacing w:line="360" w:lineRule="auto" w:after="0"/>
        <w:ind w:firstLine="283"/>
      </w:pPr>
      <w:r>
        <w:t>She moved the quill to the margin, the thumbnail's width the form left for nothing, and wrote two words, small, in black, in her own hand. The burr left its double-track.</w:t>
      </w:r>
    </w:p>
    <w:p>
      <w:pPr>
        <w:spacing w:line="360" w:lineRule="auto" w:after="0"/>
        <w:ind w:firstLine="283"/>
      </w:pPr>
      <w:r>
        <w:t>Not resolved.</w:t>
      </w:r>
    </w:p>
    <w:p>
      <w:pPr>
        <w:spacing w:line="360" w:lineRule="auto" w:after="0"/>
        <w:ind w:firstLine="283"/>
      </w:pPr>
      <w:r>
        <w:t>She folded the page once, sharply, along the grain. She opened the drawer and laid it beside the mass list: a wrong name in one, two words in the other. The drawer held both. She closed it, and the wood settled against the frame with the small sound of wood meeting wood where it had met for years.</w:t>
      </w:r>
    </w:p>
    <w:p>
      <w:pPr>
        <w:spacing w:line="360" w:lineRule="auto" w:after="0"/>
        <w:ind w:firstLine="283"/>
      </w:pPr>
      <w:r>
        <w:t>Her hand stayed on the drawer. It was cool under her palm. It did not lift.</w:t>
      </w:r>
    </w:p>
    <w:p>
      <w:pPr>
        <w:spacing w:line="360" w:lineRule="auto" w:after="0"/>
        <w:ind w:firstLine="283"/>
      </w:pPr>
      <w:r>
        <w:t>The Registry would decide. The Registry would come back. The drawer held the unfinished.</w:t>
      </w:r>
    </w:p>
    <w:p>
      <w:pPr>
        <w:spacing w:line="360" w:lineRule="auto" w:after="0"/>
        <w:ind w:firstLine="283"/>
      </w:pPr>
      <w:r>
        <w:t>Mira took her hand away, picked up the tin cup, and drank the cold tea.</w:t>
      </w:r>
    </w:p>
    <w:p>
      <w:pPr>
        <w:ind w:firstLine="0"/>
        <w:jc w:val="center"/>
      </w:pPr>
      <w:r>
        <w:rPr>
          <w:color w:val="AAAAAA"/>
        </w:rPr>
        <w:t>❖</w:t>
      </w:r>
    </w:p>
    <w:p>
      <w:pPr>
        <w:spacing w:before="360" w:after="240"/>
        <w:ind w:firstLine="0"/>
        <w:jc w:val="center"/>
      </w:pPr>
      <w:r>
        <w:rPr>
          <w:b/>
          <w:i/>
          <w:color w:val="333333"/>
          <w:sz w:val="26"/>
        </w:rPr>
        <w:t>Step 51 — The Shoulder (Vasryn)</w:t>
      </w:r>
    </w:p>
    <w:p>
      <w:pPr>
        <w:spacing w:line="360" w:lineRule="auto" w:after="0"/>
        <w:ind w:firstLine="283"/>
      </w:pPr>
      <w:r>
        <w:t>‖ ∧</w:t>
      </w:r>
    </w:p>
    <w:p>
      <w:pPr>
        <w:spacing w:line="360" w:lineRule="auto" w:after="0"/>
        <w:ind w:firstLine="283"/>
      </w:pPr>
      <w:r>
        <w:t>The morning after the sealing, Vasryn went up to the ridge before the light.</w:t>
      </w:r>
    </w:p>
    <w:p>
      <w:pPr>
        <w:spacing w:line="360" w:lineRule="auto" w:after="0"/>
        <w:ind w:firstLine="283"/>
      </w:pPr>
      <w:r>
        <w:t>He laid his palm on the stone at the edge, as he had laid it on the parapet at Koric every dawn for thirty years. A bar of cold ran across the heel of his hand. The ridge was not the wall. The hand was the same hand.</w:t>
      </w:r>
    </w:p>
    <w:p>
      <w:pPr>
        <w:spacing w:line="360" w:lineRule="auto" w:after="0"/>
        <w:ind w:firstLine="283"/>
      </w:pPr>
      <w:r>
        <w:t>He stepped back and began the form.</w:t>
      </w:r>
    </w:p>
    <w:p>
      <w:pPr>
        <w:spacing w:line="360" w:lineRule="auto" w:after="0"/>
        <w:ind w:firstLine="283"/>
      </w:pPr>
      <w:r>
        <w:t>Feet set. Weight centered. The hand rising to the sternum. The turn, the hips leading. The third step, the pause, the held breath before the movement. Then the long walk forward and the half-turn, the weight sinking into the back heel, the hands parting and meeting. The wide step on the eleventh, the center dropped, the palms pressed down as though holding something to the earth.</w:t>
      </w:r>
    </w:p>
    <w:p>
      <w:pPr>
        <w:spacing w:line="360" w:lineRule="auto" w:after="0"/>
        <w:ind w:firstLine="283"/>
      </w:pPr>
      <w:r>
        <w:t>On the fourteenth step the right shoulder held. It had held on the fourteenth at Koric too, but that had been the holding of a shoulder never asked for anything. This was the holding of a shoulder that knew it was going to be asked. The form went on around it the way a river goes around a stone that isn't there yet. The Mantle sat on it like a hand, and the shoulder did not drop, and the body knew what that was worth. It went on.</w:t>
      </w:r>
    </w:p>
    <w:p>
      <w:pPr>
        <w:spacing w:line="360" w:lineRule="auto" w:after="0"/>
        <w:ind w:firstLine="283"/>
      </w:pPr>
      <w:r>
        <w:t>By the time the last step brought his hands home, the light was on the valley roofs and the stone was warm under his palm. The watching could begin.</w:t>
      </w:r>
    </w:p>
    <w:p>
      <w:pPr>
        <w:spacing w:line="360" w:lineRule="auto" w:after="0"/>
        <w:ind w:firstLine="283"/>
      </w:pPr>
      <w:r>
        <w:t>Below, the valley was waking.</w:t>
      </w:r>
    </w:p>
    <w:p>
      <w:pPr>
        <w:spacing w:line="360" w:lineRule="auto" w:after="0"/>
        <w:ind w:firstLine="283"/>
      </w:pPr>
      <w:r>
        <w:t>The forge rang first. The smith had lit his fire before the light, and the hammer that had hung in the air when the clerks came now came down on fresh iron. The ordinary was back. It was not the same ordinary as before, and the difference was in the sound, though the sound didn't say so. The bakehouse chimney sent up its clean white thread, and the smell of bread climbed the ridge and met him halfway and walked him down.</w:t>
      </w:r>
    </w:p>
    <w:p>
      <w:pPr>
        <w:spacing w:line="360" w:lineRule="auto" w:after="0"/>
        <w:ind w:firstLine="283"/>
      </w:pPr>
      <w:r>
        <w:t>In the square the montante stood in the earth beside the well, beaded along the flat with morning dew, colder than the air. The women came with their buckets and went round it. The children came with their cups and went round it. It had been there a night and was already a thing the village walked around, the way it walked around the well. The going-round was the village's, not his.</w:t>
      </w:r>
    </w:p>
    <w:p>
      <w:pPr>
        <w:spacing w:line="360" w:lineRule="auto" w:after="0"/>
        <w:ind w:firstLine="283"/>
      </w:pPr>
      <w:r>
        <w:t>The boy was at the crank.</w:t>
      </w:r>
    </w:p>
    <w:p>
      <w:pPr>
        <w:spacing w:line="360" w:lineRule="auto" w:after="0"/>
        <w:ind w:firstLine="283"/>
      </w:pPr>
      <w:r>
        <w:t>He hauled the bucket up, oak and iron, heavy with water, and set it on the curb, and his wrist took the weight and held. He was fourteen. He was the age Vasryn had been when the carrying was set on him. Vasryn did not count the years between. He watched the wrist and the water and the holding.</w:t>
      </w:r>
    </w:p>
    <w:p>
      <w:pPr>
        <w:spacing w:line="360" w:lineRule="auto" w:after="0"/>
        <w:ind w:firstLine="283"/>
      </w:pPr>
      <w:r>
        <w:t>On the curb sat the tin cup. It had been clay once, in another town, in another life, and the smith had beaten a new one out of a pot-lid and called it a kindness. The boy poured. The cup held the water. It weighed what tin weighs, and more than that, and the tin had no idea.</w:t>
      </w:r>
    </w:p>
    <w:p>
      <w:pPr>
        <w:spacing w:line="360" w:lineRule="auto" w:after="0"/>
        <w:ind w:firstLine="283"/>
      </w:pPr>
      <w:r>
        <w:t>Vasryn stood at the well and took the chalk from his pocket.</w:t>
      </w:r>
    </w:p>
    <w:p>
      <w:pPr>
        <w:spacing w:line="360" w:lineRule="auto" w:after="0"/>
        <w:ind w:firstLine="283"/>
      </w:pPr>
      <w:r>
        <w:t>It was a stub the length of the last joint of his thumb, worn pale at the facets where his hand had held it for years: the press of the thumb, the grip of the forefinger. It was light. All the weight was in the wearing. He set it on the curb beside the cup.</w:t>
      </w:r>
    </w:p>
    <w:p>
      <w:pPr>
        <w:spacing w:line="360" w:lineRule="auto" w:after="0"/>
        <w:ind w:firstLine="283"/>
      </w:pPr>
      <w:r>
        <w:t>The boy looked at it. He didn't pick it up.</w:t>
      </w:r>
    </w:p>
    <w:p>
      <w:pPr>
        <w:spacing w:line="360" w:lineRule="auto" w:after="0"/>
        <w:ind w:firstLine="283"/>
      </w:pPr>
      <w:r>
        <w:t>Vess came to the well with a bucket. Her hands were stained to the knuckle. She had put one of them flat on the earth beside the blade the day before, and it showed in the dirt under her nails. She set the bucket down and looked at the blade, and then at his shoulder, and not at his face.</w:t>
      </w:r>
    </w:p>
    <w:p>
      <w:pPr>
        <w:spacing w:line="360" w:lineRule="auto" w:after="0"/>
        <w:ind w:firstLine="283"/>
      </w:pPr>
      <w:r>
        <w:t>"The shoulder."</w:t>
      </w:r>
    </w:p>
    <w:p>
      <w:pPr>
        <w:spacing w:line="360" w:lineRule="auto" w:after="0"/>
        <w:ind w:firstLine="283"/>
      </w:pPr>
      <w:r>
        <w:t>"The shoulder."</w:t>
      </w:r>
    </w:p>
    <w:p>
      <w:pPr>
        <w:spacing w:line="360" w:lineRule="auto" w:after="0"/>
        <w:ind w:firstLine="283"/>
      </w:pPr>
      <w:r>
        <w:t>"It'll go. I saw it at the stand. The weight's in it and hasn't dropped it yet." She said it as one says the price of grain. "You planted the blade and the blade stayed. The weight stayed in you."</w:t>
      </w:r>
    </w:p>
    <w:p>
      <w:pPr>
        <w:spacing w:line="360" w:lineRule="auto" w:after="0"/>
        <w:ind w:firstLine="283"/>
      </w:pPr>
      <w:r>
        <w:t>He said nothing.</w:t>
      </w:r>
    </w:p>
    <w:p>
      <w:pPr>
        <w:spacing w:line="360" w:lineRule="auto" w:after="0"/>
        <w:ind w:firstLine="283"/>
      </w:pPr>
      <w:r>
        <w:t>"My grandmother stood in a doorway once," Vess said, to the ridge. "She was a girl. The Registry came to her village, and her mother stood in the door and would not move. The clerks wrote the not-moving, and went away, and came back, and the mother was still there. They went away again. The third time they came, the doorway was empty." She filled her bucket. "My grandmother kept that doorway. She kept it for sixty years. It held the shape of her mother in the wood, a lean, a worn place. The shape stayed after the woman didn't."</w:t>
      </w:r>
    </w:p>
    <w:p>
      <w:pPr>
        <w:spacing w:line="360" w:lineRule="auto" w:after="0"/>
        <w:ind w:firstLine="283"/>
      </w:pPr>
      <w:r>
        <w:t>"I know what you're telling me."</w:t>
      </w:r>
    </w:p>
    <w:p>
      <w:pPr>
        <w:spacing w:line="360" w:lineRule="auto" w:after="0"/>
        <w:ind w:firstLine="283"/>
      </w:pPr>
      <w:r>
        <w:t>"I'm telling you the Registry will write the blade gone. And somebody will keep the earth it stood in anyway." She nodded toward the crank. "He's the age."</w:t>
      </w:r>
    </w:p>
    <w:p>
      <w:pPr>
        <w:spacing w:line="360" w:lineRule="auto" w:after="0"/>
        <w:ind w:firstLine="283"/>
      </w:pPr>
      <w:r>
        <w:t>"He's the age."</w:t>
      </w:r>
    </w:p>
    <w:p>
      <w:pPr>
        <w:spacing w:line="360" w:lineRule="auto" w:after="0"/>
        <w:ind w:firstLine="283"/>
      </w:pPr>
      <w:r>
        <w:t>"The coat's heavy. Heavier than the coat."</w:t>
      </w:r>
    </w:p>
    <w:p>
      <w:pPr>
        <w:spacing w:line="360" w:lineRule="auto" w:after="0"/>
        <w:ind w:firstLine="283"/>
      </w:pPr>
      <w:r>
        <w:t>"I know."</w:t>
      </w:r>
    </w:p>
    <w:p>
      <w:pPr>
        <w:spacing w:line="360" w:lineRule="auto" w:after="0"/>
        <w:ind w:firstLine="283"/>
      </w:pPr>
      <w:r>
        <w:t>"His wrist holds a bucket. It doesn't hold the coat yet. The coat's the weight that doesn't come off at the door."</w:t>
      </w:r>
    </w:p>
    <w:p>
      <w:pPr>
        <w:spacing w:line="360" w:lineRule="auto" w:after="0"/>
        <w:ind w:firstLine="283"/>
      </w:pPr>
      <w:r>
        <w:t>Vasryn looked at the boy, who was pouring the cup. The water was cold.</w:t>
      </w:r>
    </w:p>
    <w:p>
      <w:pPr>
        <w:spacing w:line="360" w:lineRule="auto" w:after="0"/>
        <w:ind w:firstLine="283"/>
      </w:pPr>
      <w:r>
        <w:t>"The coat comes off my shoulders," he said. "It goes on his."</w:t>
      </w:r>
    </w:p>
    <w:p>
      <w:pPr>
        <w:spacing w:line="360" w:lineRule="auto" w:after="0"/>
        <w:ind w:firstLine="283"/>
      </w:pPr>
      <w:r>
        <w:t>"And the weight under it?"</w:t>
      </w:r>
    </w:p>
    <w:p>
      <w:pPr>
        <w:spacing w:line="360" w:lineRule="auto" w:after="0"/>
        <w:ind w:firstLine="283"/>
      </w:pPr>
      <w:r>
        <w:t>He didn't answer. Vess picked up her bucket and went back to her dye-pots, and the stain went with her.</w:t>
      </w:r>
    </w:p>
    <w:p>
      <w:pPr>
        <w:spacing w:line="360" w:lineRule="auto" w:after="0"/>
        <w:ind w:firstLine="283"/>
      </w:pPr>
      <w:r>
        <w:t>He walked the rim-path in the afternoon. The clerks' boot-prints were still in the dirt, held there. He did not step in them.</w:t>
      </w:r>
    </w:p>
    <w:p>
      <w:pPr>
        <w:spacing w:line="360" w:lineRule="auto" w:after="0"/>
        <w:ind w:firstLine="283"/>
      </w:pPr>
      <w:r>
        <w:t>He walked to the eastern shoulder of the ridge, where the crack ran out of the stone. It wasn't a path or a seam. It was the place where stone had parted from stone, older than the village, with grass growing up to its lip and stopping. The dirt on its floor was a deeper dirt that smelled of under-stone. He stood at the edge and looked east.</w:t>
      </w:r>
    </w:p>
    <w:p>
      <w:pPr>
        <w:spacing w:line="360" w:lineRule="auto" w:after="0"/>
        <w:ind w:firstLine="283"/>
      </w:pPr>
      <w:r>
        <w:t>East of the ridge was the Core.</w:t>
      </w:r>
    </w:p>
    <w:p>
      <w:pPr>
        <w:spacing w:line="360" w:lineRule="auto" w:after="0"/>
        <w:ind w:firstLine="283"/>
      </w:pPr>
      <w:r>
        <w:t>He didn't say the word, not even in his head. The weight sat on his shoulders and in the earth and in the cup and the chalk. It didn't come apart.</w:t>
      </w:r>
    </w:p>
    <w:p>
      <w:pPr>
        <w:spacing w:line="360" w:lineRule="auto" w:after="0"/>
        <w:ind w:firstLine="283"/>
      </w:pPr>
      <w:r>
        <w:t>By evening the valley had learned fear.</w:t>
      </w:r>
    </w:p>
    <w:p>
      <w:pPr>
        <w:spacing w:line="360" w:lineRule="auto" w:after="0"/>
        <w:ind w:firstLine="283"/>
      </w:pPr>
      <w:r>
        <w:t>It didn't show in any one place. The smith's hammer fell a little off its rhythm: knock, scrape, knock, with the gaps between strikes a breath too wide, as if each one were being counted. His eyes went to the ridge every time. The ridge was empty. His eyes came back to the iron. The children had moved their games to the near side of the lane, the side the ridge couldn't see, and none of them knew they'd done it. The grandfather sat by the fire he'd stopped tending. He wasn't looking at it. His hand lay on his knee, still.</w:t>
      </w:r>
    </w:p>
    <w:p>
      <w:pPr>
        <w:spacing w:line="360" w:lineRule="auto" w:after="0"/>
        <w:ind w:firstLine="283"/>
      </w:pPr>
      <w:r>
        <w:t>The lamps were lit late. The late was the fear.</w:t>
      </w:r>
    </w:p>
    <w:p>
      <w:pPr>
        <w:spacing w:line="360" w:lineRule="auto" w:after="0"/>
        <w:ind w:firstLine="283"/>
      </w:pPr>
      <w:r>
        <w:t>Vasryn stood at the well. The blade was the color of the evening, and the boy was at the crank. The cup was tin, and the water was cold, and the boy's wrist held.</w:t>
      </w:r>
    </w:p>
    <w:p>
      <w:pPr>
        <w:spacing w:line="360" w:lineRule="auto" w:after="0"/>
        <w:ind w:firstLine="283"/>
      </w:pPr>
      <w:r>
        <w:t>His own hand went to the coat at his neck and stayed there, in the pause, the third step of the form, the held breath before the movement.</w:t>
      </w:r>
    </w:p>
    <w:p>
      <w:pPr>
        <w:spacing w:line="360" w:lineRule="auto" w:after="0"/>
        <w:ind w:firstLine="283"/>
      </w:pPr>
      <w:r>
        <w:t>Then it moved.</w:t>
      </w:r>
    </w:p>
    <w:p>
      <w:pPr>
        <w:spacing w:line="360" w:lineRule="auto" w:after="0"/>
        <w:ind w:firstLine="283"/>
      </w:pPr>
      <w:r>
        <w:t>He took the coat off.</w:t>
      </w:r>
    </w:p>
    <w:p>
      <w:pPr>
        <w:spacing w:line="360" w:lineRule="auto" w:after="0"/>
        <w:ind w:firstLine="283"/>
      </w:pPr>
      <w:r>
        <w:t>It was her father's coat. The grey wool had been black once, a long time ago, and had gone the grey of weather. It had come with him from Koric, down the east road, through every gate and every night on the ground. It had his shoulders in it, the right side worn a little lower than the left. It had rain at the collar and the dust of six towns in the weave, the kind that does not shake out. The weight was in the way it hung at the back, where the cloth lay between his shoulder-blades and did not move when he did. The wool had kept the shape of the man.</w:t>
      </w:r>
    </w:p>
    <w:p>
      <w:pPr>
        <w:spacing w:line="360" w:lineRule="auto" w:after="0"/>
        <w:ind w:firstLine="283"/>
      </w:pPr>
      <w:r>
        <w:t>The coat came off the way a coat does, sliding at the neck, the arms going back. The Mantle stayed. It was under the coat the way the blade was in the earth: set, and not pulled up.</w:t>
      </w:r>
    </w:p>
    <w:p>
      <w:pPr>
        <w:spacing w:line="360" w:lineRule="auto" w:after="0"/>
        <w:ind w:firstLine="283"/>
      </w:pPr>
      <w:r>
        <w:t>The coat was heavier in his hands than it had been on his back.</w:t>
      </w:r>
    </w:p>
    <w:p>
      <w:pPr>
        <w:spacing w:line="360" w:lineRule="auto" w:after="0"/>
        <w:ind w:firstLine="283"/>
      </w:pPr>
      <w:r>
        <w:t>He held it out.</w:t>
      </w:r>
    </w:p>
    <w:p>
      <w:pPr>
        <w:spacing w:line="360" w:lineRule="auto" w:after="0"/>
        <w:ind w:firstLine="283"/>
      </w:pPr>
      <w:r>
        <w:t>The boy did not ask. He set the cup down on the curb beside the chalk and took the coat, and Vasryn lifted it onto his shoulders and settled the collar. It hung to the boy's knees. The sleeves swallowed his hands. Vasryn took one cuff and turned it back, and turned it back again, twice, the way it had always been worn, and did the other, and the boy's hands came out into the evening, small and square with a scar across one knuckle.</w:t>
      </w:r>
    </w:p>
    <w:p>
      <w:pPr>
        <w:spacing w:line="360" w:lineRule="auto" w:after="0"/>
        <w:ind w:firstLine="283"/>
      </w:pPr>
      <w:r>
        <w:t>The boy stood in the coat. It didn't find the drop. The drop wasn't in him yet. It held the place for it. His wrist did not buckle.</w:t>
      </w:r>
    </w:p>
    <w:p>
      <w:pPr>
        <w:spacing w:line="360" w:lineRule="auto" w:after="0"/>
        <w:ind w:firstLine="283"/>
      </w:pPr>
      <w:r>
        <w:t>He bent and picked up the chalk. It fit his hand the way it had fit the man's, the thumb finding the worn place before he'd looked for it. He drew a line on the well-curb, beside the cup.</w:t>
      </w:r>
    </w:p>
    <w:p>
      <w:pPr>
        <w:spacing w:line="360" w:lineRule="auto" w:after="0"/>
        <w:ind w:firstLine="283"/>
      </w:pPr>
      <w:r>
        <w:t>Vasryn's hand went to his own shoulder. It was bare under the shirt. The Mantle sat there, and the shoulder had not dropped. The cost hadn't come yet. It was in him the way the drop was in the coat: held, and not yet let go.</w:t>
      </w:r>
    </w:p>
    <w:p>
      <w:pPr>
        <w:spacing w:line="360" w:lineRule="auto" w:after="0"/>
        <w:ind w:firstLine="283"/>
      </w:pPr>
      <w:r>
        <w:t>The coat was on the boy. The chalk was in the boy's hand. The blade stood in the earth, and the crack lay in the ridge above them, and the Core was east.</w:t>
      </w:r>
    </w:p>
    <w:p>
      <w:pPr>
        <w:spacing w:line="360" w:lineRule="auto" w:after="0"/>
        <w:ind w:firstLine="283"/>
      </w:pPr>
      <w:r>
        <w:t>The boy wore the coat.</w:t>
      </w:r>
    </w:p>
    <w:p>
      <w:pPr>
        <w:ind w:firstLine="0"/>
        <w:jc w:val="center"/>
      </w:pPr>
      <w:r>
        <w:rPr>
          <w:color w:val="AAAAAA"/>
        </w:rPr>
        <w:t>❖</w:t>
      </w:r>
    </w:p>
    <w:p>
      <w:pPr>
        <w:spacing w:before="360" w:after="240"/>
        <w:ind w:firstLine="0"/>
        <w:jc w:val="center"/>
      </w:pPr>
      <w:r>
        <w:rPr>
          <w:b/>
          <w:i/>
          <w:color w:val="333333"/>
          <w:sz w:val="26"/>
        </w:rPr>
        <w:t>Step 52 — The Two Carets (Vasryn)</w:t>
      </w:r>
    </w:p>
    <w:p>
      <w:pPr>
        <w:spacing w:line="360" w:lineRule="auto" w:after="0"/>
        <w:ind w:firstLine="283"/>
      </w:pPr>
      <w:r>
        <w:t>‖ ∧</w:t>
      </w:r>
    </w:p>
    <w:p>
      <w:pPr>
        <w:spacing w:line="360" w:lineRule="auto" w:after="0"/>
        <w:ind w:firstLine="283"/>
      </w:pPr>
      <w:r>
        <w:t>The Architect came on the morning of the third day after the coat.</w:t>
      </w:r>
    </w:p>
    <w:p>
      <w:pPr>
        <w:spacing w:line="360" w:lineRule="auto" w:after="0"/>
        <w:ind w:firstLine="283"/>
      </w:pPr>
      <w:r>
        <w:t>He came alone and on foot, up the rim-path, the way a man comes up a path he knows: feet finding the ground, hands loose at his sides. No book. No chair. A soft leather satchel, worn at the strap by years of one shoulder.</w:t>
      </w:r>
    </w:p>
    <w:p>
      <w:pPr>
        <w:spacing w:line="360" w:lineRule="auto" w:after="0"/>
        <w:ind w:firstLine="283"/>
      </w:pPr>
      <w:r>
        <w:t>He was not young and not old. He was the age at which the body has settled into its shape and the shape has become the man. His face looked like it had been kind for so long that the kindness had become the face. The lines at his mouth were the lines of a man who has smiled. His eyes were the grey of a river in summer, clear and warm at the banks and cold in the middle.</w:t>
      </w:r>
    </w:p>
    <w:p>
      <w:pPr>
        <w:spacing w:line="360" w:lineRule="auto" w:after="0"/>
        <w:ind w:firstLine="283"/>
      </w:pPr>
      <w:r>
        <w:t>He wore no coat. The morning was cold. He wore no coat, and Vasryn noticed that he did not shiver.</w:t>
      </w:r>
    </w:p>
    <w:p>
      <w:pPr>
        <w:spacing w:line="360" w:lineRule="auto" w:after="0"/>
        <w:ind w:firstLine="283"/>
      </w:pPr>
      <w:r>
        <w:t>Vasryn was at the well, with the boy beside him in the coat. The cup stood on the curb, and the chalk, and the blade stood in the earth.</w:t>
      </w:r>
    </w:p>
    <w:p>
      <w:pPr>
        <w:spacing w:line="360" w:lineRule="auto" w:after="0"/>
        <w:ind w:firstLine="283"/>
      </w:pPr>
      <w:r>
        <w:t>The Architect came into the square the way a man enters a place he has been in before. His eyes went to the well first, then the rooflines, then the people. They found the blade and rested on it, neither widening nor narrowing, the way a hand rests on something it knows.</w:t>
      </w:r>
    </w:p>
    <w:p>
      <w:pPr>
        <w:spacing w:line="360" w:lineRule="auto" w:after="0"/>
        <w:ind w:firstLine="283"/>
      </w:pPr>
      <w:r>
        <w:t>Then they came to Vasryn.</w:t>
      </w:r>
    </w:p>
    <w:p>
      <w:pPr>
        <w:spacing w:line="360" w:lineRule="auto" w:after="0"/>
        <w:ind w:firstLine="283"/>
      </w:pPr>
      <w:r>
        <w:t>They did not count him, or measure. They saw, and the seeing was warm. It was the warmth of a kitchen with a kettle on and flour on the board, a room where someone has been so long the room has taken them in. It came off the Architect the way bread-smell came off the bakehouse, not forced or carried. It was just the air around the man at his work.</w:t>
      </w:r>
    </w:p>
    <w:p>
      <w:pPr>
        <w:spacing w:line="360" w:lineRule="auto" w:after="0"/>
        <w:ind w:firstLine="283"/>
      </w:pPr>
      <w:r>
        <w:t>Vasryn felt it on his face in the cold. His body leaned toward it without his consent, the way a man leans toward a fire.</w:t>
      </w:r>
    </w:p>
    <w:p>
      <w:pPr>
        <w:spacing w:line="360" w:lineRule="auto" w:after="0"/>
        <w:ind w:firstLine="283"/>
      </w:pPr>
      <w:r>
        <w:t>The Architect set his satchel on the curb, beside the cup and the chalk, with the unthinking ease of someone who has always known where things go. He took things out of it one by one. A reed pen, cut clean, the nib the width of a child's little-finger nail. A small clay pot, the lid sealed with wax. A white cup, unchipped, the glaze the color of washed bone. A flat stone, slate-grey, the size of a man's palm, smooth on one face.</w:t>
      </w:r>
    </w:p>
    <w:p>
      <w:pPr>
        <w:spacing w:line="360" w:lineRule="auto" w:after="0"/>
        <w:ind w:firstLine="283"/>
      </w:pPr>
      <w:r>
        <w:t>He set the stone on the curb and broke the wax with his thumbnail. The ink in the pot was black, but not the Registry's iron-gall. It was the color of a thing with no iron in it, the color of deep water under a ridge. He dipped the reed.</w:t>
      </w:r>
    </w:p>
    <w:p>
      <w:pPr>
        <w:spacing w:line="360" w:lineRule="auto" w:after="0"/>
        <w:ind w:firstLine="283"/>
      </w:pPr>
      <w:r>
        <w:t>He drew a caret.</w:t>
      </w:r>
    </w:p>
    <w:p>
      <w:pPr>
        <w:spacing w:line="360" w:lineRule="auto" w:after="0"/>
        <w:ind w:firstLine="283"/>
      </w:pPr>
      <w:r>
        <w:t>It was small, the width of a thumbnail: two lines meeting at a point, the point up. The black lay clean on the grey, the work of a hand that had made ten thousand of them and no longer had to think. He set the reed down and looked at Vasryn.</w:t>
      </w:r>
    </w:p>
    <w:p>
      <w:pPr>
        <w:spacing w:line="360" w:lineRule="auto" w:after="0"/>
        <w:ind w:firstLine="283"/>
      </w:pPr>
      <w:r>
        <w:t>"The valley is not in the book," he said.</w:t>
      </w:r>
    </w:p>
    <w:p>
      <w:pPr>
        <w:spacing w:line="360" w:lineRule="auto" w:after="0"/>
        <w:ind w:firstLine="283"/>
      </w:pPr>
      <w:r>
        <w:t>It was a soft voice, soft because softness was how it spoke. It was not the Registry's voice. The Registry's voice was flat and measured and did not see. This one did. It was the voice of a man who has looked at the valley and been sorry for what it was about to lose.</w:t>
      </w:r>
    </w:p>
    <w:p>
      <w:pPr>
        <w:spacing w:line="360" w:lineRule="auto" w:after="0"/>
        <w:ind w:firstLine="283"/>
      </w:pPr>
      <w:r>
        <w:t>"The Registry came and went. It will come back, and it won't come back as it did. It will come with the book, and the book will hold the valley's name, and the writing of it will be the end of the valley. You know this."</w:t>
      </w:r>
    </w:p>
    <w:p>
      <w:pPr>
        <w:spacing w:line="360" w:lineRule="auto" w:after="0"/>
        <w:ind w:firstLine="283"/>
      </w:pPr>
      <w:r>
        <w:t>Vasryn knew this.</w:t>
      </w:r>
    </w:p>
    <w:p>
      <w:pPr>
        <w:spacing w:line="360" w:lineRule="auto" w:after="0"/>
        <w:ind w:firstLine="283"/>
      </w:pPr>
      <w:r>
        <w:t>"There's another book. Mine. It holds the things that are kept. The valley can be kept in it. Its name can be written there, and it will not be lost, and it will not be ended. It will be held." He looked at the blade, and the coat on the boy, and the chalk, and the cup. "You've carried a long way. I can see it. The coat is the coat of a man who's walked far, and the shoulder is the shoulder of a man who has carried longer than the coat. I'm not here to take the carrying. I'm here to hold it."</w:t>
      </w:r>
    </w:p>
    <w:p>
      <w:pPr>
        <w:spacing w:line="360" w:lineRule="auto" w:after="0"/>
        <w:ind w:firstLine="283"/>
      </w:pPr>
      <w:r>
        <w:t>His hand lay on the stone, an inch from the caret.</w:t>
      </w:r>
    </w:p>
    <w:p>
      <w:pPr>
        <w:spacing w:line="360" w:lineRule="auto" w:after="0"/>
        <w:ind w:firstLine="283"/>
      </w:pPr>
      <w:r>
        <w:t>"Come and see. The way is east, through the ridge. The door is the warmth. The warmth is where your grandmother is."</w:t>
      </w:r>
    </w:p>
    <w:p>
      <w:pPr>
        <w:spacing w:line="360" w:lineRule="auto" w:after="0"/>
        <w:ind w:firstLine="283"/>
      </w:pPr>
      <w:r>
        <w:t>Vasryn did not move.</w:t>
      </w:r>
    </w:p>
    <w:p>
      <w:pPr>
        <w:spacing w:line="360" w:lineRule="auto" w:after="0"/>
        <w:ind w:firstLine="283"/>
      </w:pPr>
      <w:r>
        <w:t>The warmth came off the Architect and filled the morning: the kettle on the hob, the flour on the board, the licorice sting of the apothecary water. It was the thing he had not felt since Koric, the thing the body wanted. His body leaned toward it, not his will.</w:t>
      </w:r>
    </w:p>
    <w:p>
      <w:pPr>
        <w:spacing w:line="360" w:lineRule="auto" w:after="0"/>
        <w:ind w:firstLine="283"/>
      </w:pPr>
      <w:r>
        <w:t>Beside him the boy stood in the coat with his face open. It was the face of a boy who has met the first warm thing in a very long time, and would walk toward it.</w:t>
      </w:r>
    </w:p>
    <w:p>
      <w:pPr>
        <w:spacing w:line="360" w:lineRule="auto" w:after="0"/>
        <w:ind w:firstLine="283"/>
      </w:pPr>
      <w:r>
        <w:t>Vasryn looked at that face. He looked at the Architect's eyes, which were kind, and warm, and giving.</w:t>
      </w:r>
    </w:p>
    <w:p>
      <w:pPr>
        <w:spacing w:line="360" w:lineRule="auto" w:after="0"/>
        <w:ind w:firstLine="283"/>
      </w:pPr>
      <w:r>
        <w:t>His hand went to his pocket and the chalk wasn't there. It was on the curb, beside the Architect's stone and the Architect's caret.</w:t>
      </w:r>
    </w:p>
    <w:p>
      <w:pPr>
        <w:spacing w:line="360" w:lineRule="auto" w:after="0"/>
        <w:ind w:firstLine="283"/>
      </w:pPr>
      <w:r>
        <w:t>He took it from the stone. It was the stub, worn pale at the facets, with his hand in it.</w:t>
      </w:r>
    </w:p>
    <w:p>
      <w:pPr>
        <w:spacing w:line="360" w:lineRule="auto" w:after="0"/>
        <w:ind w:firstLine="283"/>
      </w:pPr>
      <w:r>
        <w:t>He set it to the slate, and drew a caret.</w:t>
      </w:r>
    </w:p>
    <w:p>
      <w:pPr>
        <w:spacing w:line="360" w:lineRule="auto" w:after="0"/>
        <w:ind w:firstLine="283"/>
      </w:pPr>
      <w:r>
        <w:t>It was not as clean as the other. It was the work of a hand that had drawn a thousand of them and knew each, and each was the hand's own. It was white on grey, and slightly crooked, and his. The two carets sat side by side on the stone, one black and one white, and did not touch. The space between them was the width of a man's thumb.</w:t>
      </w:r>
    </w:p>
    <w:p>
      <w:pPr>
        <w:spacing w:line="360" w:lineRule="auto" w:after="0"/>
        <w:ind w:firstLine="283"/>
      </w:pPr>
      <w:r>
        <w:t>The Architect looked at them. His eyes crossed the space from the black to the white. They did not widen or narrow. They were the river in summer. They were warm.</w:t>
      </w:r>
    </w:p>
    <w:p>
      <w:pPr>
        <w:spacing w:line="360" w:lineRule="auto" w:after="0"/>
        <w:ind w:firstLine="283"/>
      </w:pPr>
      <w:r>
        <w:t>"You won't come," he said.</w:t>
      </w:r>
    </w:p>
    <w:p>
      <w:pPr>
        <w:spacing w:line="360" w:lineRule="auto" w:after="0"/>
        <w:ind w:firstLine="283"/>
      </w:pPr>
      <w:r>
        <w:t>Vasryn said nothing.</w:t>
      </w:r>
    </w:p>
    <w:p>
      <w:pPr>
        <w:spacing w:line="360" w:lineRule="auto" w:after="0"/>
        <w:ind w:firstLine="283"/>
      </w:pPr>
      <w:r>
        <w:t>"The valley won't be held. The carrying won't be kept. The shoulder will drop and the boy will carry, and the cost will be paid. You know this."</w:t>
      </w:r>
    </w:p>
    <w:p>
      <w:pPr>
        <w:spacing w:line="360" w:lineRule="auto" w:after="0"/>
        <w:ind w:firstLine="283"/>
      </w:pPr>
      <w:r>
        <w:t>He knew it.</w:t>
      </w:r>
    </w:p>
    <w:p>
      <w:pPr>
        <w:spacing w:line="360" w:lineRule="auto" w:after="0"/>
        <w:ind w:firstLine="283"/>
      </w:pPr>
      <w:r>
        <w:t>"I am sorry."</w:t>
      </w:r>
    </w:p>
    <w:p>
      <w:pPr>
        <w:spacing w:line="360" w:lineRule="auto" w:after="0"/>
        <w:ind w:firstLine="283"/>
      </w:pPr>
      <w:r>
        <w:t>He said it like a man who means it. It was not the Registry's sorry. It was the sorrow of someone who has the warmth and cannot give it, and the sorrow was real. It didn't change the refusal.</w:t>
      </w:r>
    </w:p>
    <w:p>
      <w:pPr>
        <w:spacing w:line="360" w:lineRule="auto" w:after="0"/>
        <w:ind w:firstLine="283"/>
      </w:pPr>
      <w:r>
        <w:t>The Architect closed the pot and did not reseal it. He put the reed in the satchel, and the pot, and the white cup. He picked up the stone with the two carets on it, and did not wipe either, and set it in with the rest. The satchel closed.</w:t>
      </w:r>
    </w:p>
    <w:p>
      <w:pPr>
        <w:spacing w:line="360" w:lineRule="auto" w:after="0"/>
        <w:ind w:firstLine="283"/>
      </w:pPr>
      <w:r>
        <w:t>He stood and looked at the boy, whose face had not yet closed.</w:t>
      </w:r>
    </w:p>
    <w:p>
      <w:pPr>
        <w:spacing w:line="360" w:lineRule="auto" w:after="0"/>
        <w:ind w:firstLine="283"/>
      </w:pPr>
      <w:r>
        <w:t>"He'll carry more than you carried," he said. "The coat will be heavier on him. You know that too."</w:t>
      </w:r>
    </w:p>
    <w:p>
      <w:pPr>
        <w:spacing w:line="360" w:lineRule="auto" w:after="0"/>
        <w:ind w:firstLine="283"/>
      </w:pPr>
      <w:r>
        <w:t>He did.</w:t>
      </w:r>
    </w:p>
    <w:p>
      <w:pPr>
        <w:spacing w:line="360" w:lineRule="auto" w:after="0"/>
        <w:ind w:firstLine="283"/>
      </w:pPr>
      <w:r>
        <w:t>"Be kind to him," said the Architect. "The carrying isn't kind. Being kind to the one who carries is the only mercy it has."</w:t>
      </w:r>
    </w:p>
    <w:p>
      <w:pPr>
        <w:spacing w:line="360" w:lineRule="auto" w:after="0"/>
        <w:ind w:firstLine="283"/>
      </w:pPr>
      <w:r>
        <w:t>The strap went over his shoulder and found the worn place. He turned and went up the rim-path, upright, feet finding the ground, a man who has walked a road before and expects to walk it again. He went over the ridge. The warmth went with him.</w:t>
      </w:r>
    </w:p>
    <w:p>
      <w:pPr>
        <w:spacing w:line="360" w:lineRule="auto" w:after="0"/>
        <w:ind w:firstLine="283"/>
      </w:pPr>
      <w:r>
        <w:t>The morning was cold again.</w:t>
      </w:r>
    </w:p>
    <w:p>
      <w:pPr>
        <w:spacing w:line="360" w:lineRule="auto" w:after="0"/>
        <w:ind w:firstLine="283"/>
      </w:pPr>
      <w:r>
        <w:t>The boy stood at the well with his face still open, the face of someone who has seen a warm thing and watched it leave.</w:t>
      </w:r>
    </w:p>
    <w:p>
      <w:pPr>
        <w:spacing w:line="360" w:lineRule="auto" w:after="0"/>
        <w:ind w:firstLine="283"/>
      </w:pPr>
      <w:r>
        <w:t>Vasryn looked at the curb. The cup was there, and the chalk. The stone was gone, and the carets with it, over the ridge in a satchel. All that was left was the space on the stone where they had been, the width of a man's thumb.</w:t>
      </w:r>
    </w:p>
    <w:p>
      <w:pPr>
        <w:spacing w:line="360" w:lineRule="auto" w:after="0"/>
        <w:ind w:firstLine="283"/>
      </w:pPr>
      <w:r>
        <w:t>He took the chalk and put it in his pocket. It still had the shape of his hand.</w:t>
      </w:r>
    </w:p>
    <w:p>
      <w:pPr>
        <w:spacing w:line="360" w:lineRule="auto" w:after="0"/>
        <w:ind w:firstLine="283"/>
      </w:pPr>
      <w:r>
        <w:t>The boy was in the coat. It was still too large. The drop wasn't in him yet.</w:t>
      </w:r>
    </w:p>
    <w:p>
      <w:pPr>
        <w:spacing w:line="360" w:lineRule="auto" w:after="0"/>
        <w:ind w:firstLine="283"/>
      </w:pPr>
      <w:r>
        <w:t>"Draw the water," Vasryn said.</w:t>
      </w:r>
    </w:p>
    <w:p>
      <w:pPr>
        <w:spacing w:line="360" w:lineRule="auto" w:after="0"/>
        <w:ind w:firstLine="283"/>
      </w:pPr>
      <w:r>
        <w:t>The boy turned to the crank. The bucket came up, and his wrist took the weight, and the wrist held.</w:t>
      </w:r>
    </w:p>
    <w:p>
      <w:pPr>
        <w:spacing w:line="360" w:lineRule="auto" w:after="0"/>
        <w:ind w:firstLine="283"/>
      </w:pPr>
      <w:r>
        <w:t>Above them on the ridge a door stood open on a warm room, and Vasryn did not go in.</w:t>
      </w:r>
    </w:p>
    <w:p>
      <w:pPr>
        <w:ind w:firstLine="0"/>
        <w:jc w:val="center"/>
      </w:pPr>
      <w:r>
        <w:rPr>
          <w:color w:val="AAAAAA"/>
        </w:rPr>
        <w:t>❖</w:t>
      </w:r>
    </w:p>
    <w:p>
      <w:pPr>
        <w:spacing w:before="360" w:after="240"/>
        <w:ind w:firstLine="0"/>
        <w:jc w:val="center"/>
      </w:pPr>
      <w:r>
        <w:rPr>
          <w:b/>
          <w:i/>
          <w:color w:val="333333"/>
          <w:sz w:val="26"/>
        </w:rPr>
        <w:t>Step 53 — The First Danse (Vasryn)</w:t>
      </w:r>
    </w:p>
    <w:p>
      <w:pPr>
        <w:spacing w:line="360" w:lineRule="auto" w:after="0"/>
        <w:ind w:firstLine="283"/>
      </w:pPr>
      <w:r>
        <w:t>‖ ∧</w:t>
      </w:r>
    </w:p>
    <w:p>
      <w:pPr>
        <w:spacing w:line="360" w:lineRule="auto" w:after="0"/>
        <w:ind w:firstLine="283"/>
      </w:pPr>
      <w:r>
        <w:t>The Architect came to the crack before dawn.</w:t>
      </w:r>
    </w:p>
    <w:p>
      <w:pPr>
        <w:spacing w:line="360" w:lineRule="auto" w:after="0"/>
        <w:ind w:firstLine="283"/>
      </w:pPr>
      <w:r>
        <w:t>The crack ran along the ridge from the rim-path to the valley's eastern edge, a seam where the stone had parted from the stone. Grass grew up to its lip and stopped, as if it had been told to. The dirt inside was another dirt, never touched by light, and it smelled of under-stone: cold, mineral, very old.</w:t>
      </w:r>
    </w:p>
    <w:p>
      <w:pPr>
        <w:spacing w:line="360" w:lineRule="auto" w:after="0"/>
        <w:ind w:firstLine="283"/>
      </w:pPr>
      <w:r>
        <w:t>He set his satchel down and unpacked it like a man laying a table. A flat grey stone, smooth on one face. A reed. A pot of wax-black ink, the seal broken with a thumbnail. He set the stone on the lip of the crack, dipped the reed, and drew one line across it, edge to edge. Not a caret. A threshold. The ink lay wet on the grey.</w:t>
      </w:r>
    </w:p>
    <w:p>
      <w:pPr>
        <w:spacing w:line="360" w:lineRule="auto" w:after="0"/>
        <w:ind w:firstLine="283"/>
      </w:pPr>
      <w:r>
        <w:t>He stood back and folded his hands, and the crack opened.</w:t>
      </w:r>
    </w:p>
    <w:p>
      <w:pPr>
        <w:spacing w:line="360" w:lineRule="auto" w:after="0"/>
        <w:ind w:firstLine="283"/>
      </w:pPr>
      <w:r>
        <w:t>It didn't split. It warmed. The air over the lip bent the way air bends over a summer road, and in the bend a doorway stood in the open ridge: not stone, not wood, only the shape of a place where the cold had been told to stop. Heat rolled down the rim-path. It smelled of yeast and smoke and licorice water, and under that of lamp-oil, and the shut-window sourness of a kitchen at night.</w:t>
      </w:r>
    </w:p>
    <w:p>
      <w:pPr>
        <w:spacing w:line="360" w:lineRule="auto" w:after="0"/>
        <w:ind w:firstLine="283"/>
      </w:pPr>
      <w:r>
        <w:t>Vasryn stood forty feet along the ridge with the montante in both hands. The warmth lay on the right side of his face like a hearth he had walked past ten thousand times. Every part of him that had ever come home turned toward it.</w:t>
      </w:r>
    </w:p>
    <w:p>
      <w:pPr>
        <w:spacing w:line="360" w:lineRule="auto" w:after="0"/>
        <w:ind w:firstLine="283"/>
      </w:pPr>
      <w:r>
        <w:t>He had told the boy to stay at the well. He had told him twice. The boy had said all right in the voice he used when he meant I'll see.</w:t>
      </w:r>
    </w:p>
    <w:p>
      <w:pPr>
        <w:spacing w:line="360" w:lineRule="auto" w:after="0"/>
        <w:ind w:firstLine="283"/>
      </w:pPr>
      <w:r>
        <w:t>Below, the valley woke wrong. Doors opened up and down the lane, and nobody hurried through them. They came out the way people walk to market, a little tilted, looking uphill. A man stood on his step in his shirtsleeves with a razor in one hand and half his face still lathered, wearing the look of someone trying to remember where he'd left something. A woman with a bucket stopped halfway to the river and turned around. A goat passed her going uphill, with the air of an animal that had been told something.</w:t>
      </w:r>
    </w:p>
    <w:p>
      <w:pPr>
        <w:spacing w:line="360" w:lineRule="auto" w:after="0"/>
        <w:ind w:firstLine="283"/>
      </w:pPr>
      <w:r>
        <w:t>"It pulls," the Architect said, as if apologizing for weather. "Anyone who has lost something. That's most people. I don't force them. I only stand where they can see the door." He looked at the iron. "I thought no one still kept the Danse. The old name had a skull in it. I always found that showy."</w:t>
      </w:r>
    </w:p>
    <w:p>
      <w:pPr>
        <w:spacing w:line="360" w:lineRule="auto" w:after="0"/>
        <w:ind w:firstLine="283"/>
      </w:pPr>
      <w:r>
        <w:t>"So did I," Vasryn said.</w:t>
      </w:r>
    </w:p>
    <w:p>
      <w:pPr>
        <w:spacing w:line="360" w:lineRule="auto" w:after="0"/>
        <w:ind w:firstLine="283"/>
      </w:pPr>
      <w:r>
        <w:t>He had done the form every morning since he was seventeen: thirty steps, to a stone parapet that never argued. It had cost him nothing, because nothing had been on the other side of it.</w:t>
      </w:r>
    </w:p>
    <w:p>
      <w:pPr>
        <w:spacing w:line="360" w:lineRule="auto" w:after="0"/>
        <w:ind w:firstLine="283"/>
      </w:pPr>
      <w:r>
        <w:t>This was the same thirty steps with something on the other side.</w:t>
      </w:r>
    </w:p>
    <w:p>
      <w:pPr>
        <w:spacing w:line="360" w:lineRule="auto" w:after="0"/>
        <w:ind w:firstLine="283"/>
      </w:pPr>
      <w:r>
        <w:t>Feet set. Weight centered. The hand rising to the sternum.</w:t>
      </w:r>
    </w:p>
    <w:p>
      <w:pPr>
        <w:spacing w:line="360" w:lineRule="auto" w:after="0"/>
        <w:ind w:firstLine="283"/>
      </w:pPr>
      <w:r>
        <w:t>The turn, hips leading, hand following.</w:t>
      </w:r>
    </w:p>
    <w:p>
      <w:pPr>
        <w:spacing w:line="360" w:lineRule="auto" w:after="0"/>
        <w:ind w:firstLine="283"/>
      </w:pPr>
      <w:r>
        <w:t>The pause. The held breath. The moment before movement.</w:t>
      </w:r>
    </w:p>
    <w:p>
      <w:pPr>
        <w:spacing w:line="360" w:lineRule="auto" w:after="0"/>
        <w:ind w:firstLine="283"/>
      </w:pPr>
      <w:r>
        <w:t>The doorway shivered and drew in a hand's width. A gate leans back an inch when you put your weight on the hasp. Hinge, he thought. That was all it had ever been.</w:t>
      </w:r>
    </w:p>
    <w:p>
      <w:pPr>
        <w:spacing w:line="360" w:lineRule="auto" w:after="0"/>
        <w:ind w:firstLine="283"/>
      </w:pPr>
      <w:r>
        <w:t>The fourth step: the foot forward, the weight settling into the back heel. The stone was cold, and the cold came up through the heel into the leg and the hip. Warm on the right, cold on the left. His hands parted and met, the palms finding each other without the eyes, the way they had ten thousand mornings, and the doorway drew in another finger's width.</w:t>
      </w:r>
    </w:p>
    <w:p>
      <w:pPr>
        <w:spacing w:line="360" w:lineRule="auto" w:after="0"/>
        <w:ind w:firstLine="283"/>
      </w:pPr>
      <w:r>
        <w:t>"The hinge is mended, you'll be glad to know," the Architect said. Softly. "The oven door, the one that caught. She noticed on the second morning and said nothing at all."</w:t>
      </w:r>
    </w:p>
    <w:p>
      <w:pPr>
        <w:spacing w:line="360" w:lineRule="auto" w:after="0"/>
        <w:ind w:firstLine="283"/>
      </w:pPr>
      <w:r>
        <w:t>Vasryn kept his breath where it was. The fifth step came, and the sixth. "She'll have been annoyed."</w:t>
      </w:r>
    </w:p>
    <w:p>
      <w:pPr>
        <w:spacing w:line="360" w:lineRule="auto" w:after="0"/>
        <w:ind w:firstLine="283"/>
      </w:pPr>
      <w:r>
        <w:t>"For a week," the Architect said.</w:t>
      </w:r>
    </w:p>
    <w:p>
      <w:pPr>
        <w:spacing w:line="360" w:lineRule="auto" w:after="0"/>
        <w:ind w:firstLine="283"/>
      </w:pPr>
      <w:r>
        <w:t>That was the first thing that frightened him. Not the warmth. How little the man needed to be told.</w:t>
      </w:r>
    </w:p>
    <w:p>
      <w:pPr>
        <w:spacing w:line="360" w:lineRule="auto" w:after="0"/>
        <w:ind w:firstLine="283"/>
      </w:pPr>
      <w:r>
        <w:t>The eighth step was the wide one. Feet apart, body low, the center dropped, palms pressed toward the earth with the fingers spread. The earth held him. He held the earth.</w:t>
      </w:r>
    </w:p>
    <w:p>
      <w:pPr>
        <w:spacing w:line="360" w:lineRule="auto" w:after="0"/>
        <w:ind w:firstLine="283"/>
      </w:pPr>
      <w:r>
        <w:t>The ninth: the legs straightening, the hands coming up from the stone, to the sternum, above the head, the arms reaching.</w:t>
      </w:r>
    </w:p>
    <w:p>
      <w:pPr>
        <w:spacing w:line="360" w:lineRule="auto" w:after="0"/>
        <w:ind w:firstLine="283"/>
      </w:pPr>
      <w:r>
        <w:t>The tenth: the hands coming down. The arms folding. The breath.</w:t>
      </w:r>
    </w:p>
    <w:p>
      <w:pPr>
        <w:spacing w:line="360" w:lineRule="auto" w:after="0"/>
        <w:ind w:firstLine="283"/>
      </w:pPr>
      <w:r>
        <w:t>"You don't have to be the one," the Architect said.</w:t>
      </w:r>
    </w:p>
    <w:p>
      <w:pPr>
        <w:spacing w:line="360" w:lineRule="auto" w:after="0"/>
        <w:ind w:firstLine="283"/>
      </w:pPr>
      <w:r>
        <w:t>"I'm in the middle of something."</w:t>
      </w:r>
    </w:p>
    <w:p>
      <w:pPr>
        <w:spacing w:line="360" w:lineRule="auto" w:after="0"/>
        <w:ind w:firstLine="283"/>
      </w:pPr>
      <w:r>
        <w:t>"I can see that." There was something almost like fondness in it.</w:t>
      </w:r>
    </w:p>
    <w:p>
      <w:pPr>
        <w:spacing w:line="360" w:lineRule="auto" w:after="0"/>
        <w:ind w:firstLine="283"/>
      </w:pPr>
      <w:r>
        <w:t>The eleventh step was a turn, and in the turn he felt it for the first time: not pain but a loosening, as though a button somewhere inside him had been undone and he couldn't yet tell which. He kept turning.</w:t>
      </w:r>
    </w:p>
    <w:p>
      <w:pPr>
        <w:spacing w:line="360" w:lineRule="auto" w:after="0"/>
        <w:ind w:firstLine="283"/>
      </w:pPr>
      <w:r>
        <w:t>On the twelfth he brought the iron up. He did with it what he had done at a hundred stuck gates: set the point in the seam at the lip of the doorway, leaned, and turned from the hip.</w:t>
      </w:r>
    </w:p>
    <w:p>
      <w:pPr>
        <w:spacing w:line="360" w:lineRule="auto" w:after="0"/>
        <w:ind w:firstLine="283"/>
      </w:pPr>
      <w:r>
        <w:t>The doorway gave a quarter-inch, then all at once, the way a hasp does. The hum went out of the air. Down in the lane, two villagers stopped mid-stride and stood swaying, like people woken by a noise they couldn't place. The man on his step looked down at the razor in his hand. He seemed surprised to find it there.</w:t>
      </w:r>
    </w:p>
    <w:p>
      <w:pPr>
        <w:spacing w:line="360" w:lineRule="auto" w:after="0"/>
        <w:ind w:firstLine="283"/>
      </w:pPr>
      <w:r>
        <w:t>"The boy will carry," the Architect said. Then, as if it were a small kindness he had nearly forgotten: "Rest."</w:t>
      </w:r>
    </w:p>
    <w:p>
      <w:pPr>
        <w:spacing w:line="360" w:lineRule="auto" w:after="0"/>
        <w:ind w:firstLine="283"/>
      </w:pPr>
      <w:r>
        <w:t>On the fourteenth step his right shoulder dropped.</w:t>
      </w:r>
    </w:p>
    <w:p>
      <w:pPr>
        <w:spacing w:line="360" w:lineRule="auto" w:after="0"/>
        <w:ind w:firstLine="283"/>
      </w:pPr>
      <w:r>
        <w:t>Two fingers' width. On the wall it never had. The form went on around it the way a river goes around a stone, but his body noticed, and filed it.</w:t>
      </w:r>
    </w:p>
    <w:p>
      <w:pPr>
        <w:spacing w:line="360" w:lineRule="auto" w:after="0"/>
        <w:ind w:firstLine="283"/>
      </w:pPr>
      <w:r>
        <w:t>That was when he saw the boy leave the well.</w:t>
      </w:r>
    </w:p>
    <w:p>
      <w:pPr>
        <w:spacing w:line="360" w:lineRule="auto" w:after="0"/>
        <w:ind w:firstLine="283"/>
      </w:pPr>
      <w:r>
        <w:t>Kael was climbing the rim-path in the coat, the cuffs turned back twice, the tin cup in his left hand. He wasn't running. Kael never ran at anything. He walked up the path at the unhurried pace of a man going to inspect a doorframe, and his face had the look it wore when a plumb line hung a finger's width off: puzzled, and not yet afraid.</w:t>
      </w:r>
    </w:p>
    <w:p>
      <w:pPr>
        <w:spacing w:line="360" w:lineRule="auto" w:after="0"/>
        <w:ind w:firstLine="283"/>
      </w:pPr>
      <w:r>
        <w:t>Vasryn couldn't stop. A broken form is a door left open with a man's back to it. He did what he had never done in his life. He spoke inside the form.</w:t>
      </w:r>
    </w:p>
    <w:p>
      <w:pPr>
        <w:spacing w:line="360" w:lineRule="auto" w:after="0"/>
        <w:ind w:firstLine="283"/>
      </w:pPr>
      <w:r>
        <w:t>"Kael."</w:t>
      </w:r>
    </w:p>
    <w:p>
      <w:pPr>
        <w:spacing w:line="360" w:lineRule="auto" w:after="0"/>
        <w:ind w:firstLine="283"/>
      </w:pPr>
      <w:r>
        <w:t>One word. It took a half-breath out of the step, and his right foot landed late. The lag went through him like a missed stair.</w:t>
      </w:r>
    </w:p>
    <w:p>
      <w:pPr>
        <w:spacing w:line="360" w:lineRule="auto" w:after="0"/>
        <w:ind w:firstLine="283"/>
      </w:pPr>
      <w:r>
        <w:t>The boy didn't stop.</w:t>
      </w:r>
    </w:p>
    <w:p>
      <w:pPr>
        <w:spacing w:line="360" w:lineRule="auto" w:after="0"/>
        <w:ind w:firstLine="283"/>
      </w:pPr>
      <w:r>
        <w:t>Forty feet below the lip he knelt. He took the cardamom chalk from his pocket and drew a line across the path, edge to edge. Then he stood behind it with the toes of his boots exactly on the line, the way he stood to read a frame, and he stayed there.</w:t>
      </w:r>
    </w:p>
    <w:p>
      <w:pPr>
        <w:spacing w:line="360" w:lineRule="auto" w:after="0"/>
        <w:ind w:firstLine="283"/>
      </w:pPr>
      <w:r>
        <w:t>Vasryn had no time to feel anything about it. The form wanted the fifteenth step. He would have a great deal to feel later.</w:t>
      </w:r>
    </w:p>
    <w:p>
      <w:pPr>
        <w:spacing w:line="360" w:lineRule="auto" w:after="0"/>
        <w:ind w:firstLine="283"/>
      </w:pPr>
      <w:r>
        <w:t>The iron moved. Not swung. Placed. It went where the hand put it, and the hand put it where the form put it, low and to the left, an edge's width above the stone. There was a sound, small: the whisper of the edge finding its place. The sixteenth step took him down, the seventeenth up, the iron rising vertical between his body and the door.</w:t>
      </w:r>
    </w:p>
    <w:p>
      <w:pPr>
        <w:spacing w:line="360" w:lineRule="auto" w:after="0"/>
        <w:ind w:firstLine="283"/>
      </w:pPr>
      <w:r>
        <w:t>"Let me hold it," the Architect said. "Just for tonight."</w:t>
      </w:r>
    </w:p>
    <w:p>
      <w:pPr>
        <w:spacing w:line="360" w:lineRule="auto" w:after="0"/>
        <w:ind w:firstLine="283"/>
      </w:pPr>
      <w:r>
        <w:t>It was the voice of a man who has carried something so long he can't tell where the carrying ends and he begins. It didn't argue. It offered the setting-down. Vasryn's arms ached with the iron, which had weighed what it weighed for nine years and weighed more now. The first honest offer anyone's made me, he thought. From the wrong man.</w:t>
      </w:r>
    </w:p>
    <w:p>
      <w:pPr>
        <w:spacing w:line="360" w:lineRule="auto" w:after="0"/>
        <w:ind w:firstLine="283"/>
      </w:pPr>
      <w:r>
        <w:t>The eighteenth step, the turn. The nineteenth, the weight back into the heel. The twentieth, stillness, the held space between steps.</w:t>
      </w:r>
    </w:p>
    <w:p>
      <w:pPr>
        <w:spacing w:line="360" w:lineRule="auto" w:after="0"/>
        <w:ind w:firstLine="283"/>
      </w:pPr>
      <w:r>
        <w:t>"I won't lie to you, Vasryn," the Architect said. "It is the mercy and the cage, and I have lived in it long enough to tell you I've never once found the seam."</w:t>
      </w:r>
    </w:p>
    <w:p>
      <w:pPr>
        <w:spacing w:line="360" w:lineRule="auto" w:after="0"/>
        <w:ind w:firstLine="283"/>
      </w:pPr>
      <w:r>
        <w:t>He didn't say it like a man making a point. He said it like a man reading it off the lid of something.</w:t>
      </w:r>
    </w:p>
    <w:p>
      <w:pPr>
        <w:spacing w:line="360" w:lineRule="auto" w:after="0"/>
        <w:ind w:firstLine="283"/>
      </w:pPr>
      <w:r>
        <w:t>At the twenty-first step the form wants a sentence. It always had. There was a long one, the whole verse, and he knew it the way he knew the stairs in the dark. On the wall he said it under his breath, to a stone that had never once answered. He wasn't going to say it to this. He said the short one, the one underneath.</w:t>
      </w:r>
    </w:p>
    <w:p>
      <w:pPr>
        <w:spacing w:line="360" w:lineRule="auto" w:after="0"/>
        <w:ind w:firstLine="283"/>
      </w:pPr>
      <w:r>
        <w:t>"I am Vasryn. The circle remains open."</w:t>
      </w:r>
    </w:p>
    <w:p>
      <w:pPr>
        <w:spacing w:line="360" w:lineRule="auto" w:after="0"/>
        <w:ind w:firstLine="283"/>
      </w:pPr>
      <w:r>
        <w:t>The warm answered. It thickened to the color of lamplight, and the grandmother was in the doorway.</w:t>
      </w:r>
    </w:p>
    <w:p>
      <w:pPr>
        <w:spacing w:line="360" w:lineRule="auto" w:after="0"/>
        <w:ind w:firstLine="283"/>
      </w:pPr>
      <w:r>
        <w:t>She was small. Small in her own kitchen, the way she had always been, with steam between them and the lamp lit on the table. Flour to the elbows, the yellow powder she ground for Easter bread months early. The apron was white with years of it, pressed so deep into the cloth it kept the shape of her. Behind her stood the cardamom-colored bowl, the chipped cup with the chip turned to the far side, the little dented pot of rendered fat. The hearth-slate hung blank on its nail.</w:t>
      </w:r>
    </w:p>
    <w:p>
      <w:pPr>
        <w:spacing w:line="360" w:lineRule="auto" w:after="0"/>
        <w:ind w:firstLine="283"/>
      </w:pPr>
      <w:r>
        <w:t>She looked up in the unhurried way of a woman who has heard the door and knows which grandson doesn't knock. The line beside her mouth was there. The impatient kindness.</w:t>
      </w:r>
    </w:p>
    <w:p>
      <w:pPr>
        <w:spacing w:line="360" w:lineRule="auto" w:after="0"/>
        <w:ind w:firstLine="283"/>
      </w:pPr>
      <w:r>
        <w:t>"You're late," she said.</w:t>
      </w:r>
    </w:p>
    <w:p>
      <w:pPr>
        <w:spacing w:line="360" w:lineRule="auto" w:after="0"/>
        <w:ind w:firstLine="283"/>
      </w:pPr>
      <w:r>
        <w:t>"I'm not late." His own mouth said it. He hadn't sent it. "I'm the same time I am every day."</w:t>
      </w:r>
    </w:p>
    <w:p>
      <w:pPr>
        <w:spacing w:line="360" w:lineRule="auto" w:after="0"/>
        <w:ind w:firstLine="283"/>
      </w:pPr>
      <w:r>
        <w:t>"Then I'm late." She nodded at the table. "Sit."</w:t>
      </w:r>
    </w:p>
    <w:p>
      <w:pPr>
        <w:spacing w:line="360" w:lineRule="auto" w:after="0"/>
        <w:ind w:firstLine="283"/>
      </w:pPr>
      <w:r>
        <w:t>A chair stood pulled out. His knee bent. Not the will. The body, doing what thirty years of mornings had taught it to do at that sentence. The kitchen was warm. Nothing in it was about to happen.</w:t>
      </w:r>
    </w:p>
    <w:p>
      <w:pPr>
        <w:spacing w:line="360" w:lineRule="auto" w:after="0"/>
        <w:ind w:firstLine="283"/>
      </w:pPr>
      <w:r>
        <w:t>"The kettle has been on for thirty years," the Architect said, beside the door, gently. "She asks for you."</w:t>
      </w:r>
    </w:p>
    <w:p>
      <w:pPr>
        <w:spacing w:line="360" w:lineRule="auto" w:after="0"/>
        <w:ind w:firstLine="283"/>
      </w:pPr>
      <w:r>
        <w:t>Steps twenty-two through twenty-five he did leaning, like a man walking into a wind blowing the wrong way. The chair had the cushion on it, the one with the scorch mark. His whole back remembered that cushion.</w:t>
      </w:r>
    </w:p>
    <w:p>
      <w:pPr>
        <w:spacing w:line="360" w:lineRule="auto" w:after="0"/>
        <w:ind w:firstLine="283"/>
      </w:pPr>
      <w:r>
        <w:t>She lifted the kettle and poured. The stream ran thin and straight into the cup.</w:t>
      </w:r>
    </w:p>
    <w:p>
      <w:pPr>
        <w:spacing w:line="360" w:lineRule="auto" w:after="0"/>
        <w:ind w:firstLine="283"/>
      </w:pPr>
      <w:r>
        <w:t>His right hand began to shake.</w:t>
      </w:r>
    </w:p>
    <w:p>
      <w:pPr>
        <w:spacing w:line="360" w:lineRule="auto" w:after="0"/>
        <w:ind w:firstLine="283"/>
      </w:pPr>
      <w:r>
        <w:t>It was small, a finger that didn't intend to shift. The point of the iron ticked against the stone. Tick. Tick.</w:t>
      </w:r>
    </w:p>
    <w:p>
      <w:pPr>
        <w:spacing w:line="360" w:lineRule="auto" w:after="0"/>
        <w:ind w:firstLine="283"/>
      </w:pPr>
      <w:r>
        <w:t>He looked at the hand on the kettle. The sleeve didn't move. The stream didn't waver.</w:t>
      </w:r>
    </w:p>
    <w:p>
      <w:pPr>
        <w:spacing w:line="360" w:lineRule="auto" w:after="0"/>
        <w:ind w:firstLine="283"/>
      </w:pPr>
      <w:r>
        <w:t>Hers had shaken for ten years. She had poured with it anyway. A hand that shakes is still a hand.</w:t>
      </w:r>
    </w:p>
    <w:p>
      <w:pPr>
        <w:spacing w:line="360" w:lineRule="auto" w:after="0"/>
        <w:ind w:firstLine="283"/>
      </w:pPr>
      <w:r>
        <w:t>Whatever stood in that doorway had been given a better one.</w:t>
      </w:r>
    </w:p>
    <w:p>
      <w:pPr>
        <w:spacing w:line="360" w:lineRule="auto" w:after="0"/>
        <w:ind w:firstLine="283"/>
      </w:pPr>
      <w:r>
        <w:t>The twenty-sixth step is a turn. He took it, and put his back to the kitchen.</w:t>
      </w:r>
    </w:p>
    <w:p>
      <w:pPr>
        <w:spacing w:line="360" w:lineRule="auto" w:after="0"/>
        <w:ind w:firstLine="283"/>
      </w:pPr>
      <w:r>
        <w:t>"She will wait," the Architect said. His eyes were the river in summer, warm and very sorry.</w:t>
      </w:r>
    </w:p>
    <w:p>
      <w:pPr>
        <w:spacing w:line="360" w:lineRule="auto" w:after="0"/>
        <w:ind w:firstLine="283"/>
      </w:pPr>
      <w:r>
        <w:t>She didn't look hurt. The line beside her mouth deepened by the width of a hair, and that was the only marking. She turned back to the kettle. The kettle was her business. Her hand went to the cup and turned the chip to the far side, as it had ten thousand times, and that was the last thing he saw of her.</w:t>
      </w:r>
    </w:p>
    <w:p>
      <w:pPr>
        <w:spacing w:line="360" w:lineRule="auto" w:after="0"/>
        <w:ind w:firstLine="283"/>
      </w:pPr>
      <w:r>
        <w:t>Behind him the kettle began to boil over. The water ran down its side and hissed on the hob. Nobody took it off.</w:t>
      </w:r>
    </w:p>
    <w:p>
      <w:pPr>
        <w:spacing w:line="360" w:lineRule="auto" w:after="0"/>
        <w:ind w:firstLine="283"/>
      </w:pPr>
      <w:r>
        <w:t>The twenty-seventh step. The shoulder: three fingers now. The body paid the way a body pays, in the shoulder, in the breath, in the weight the legs held, and the form held around the cost.</w:t>
      </w:r>
    </w:p>
    <w:p>
      <w:pPr>
        <w:spacing w:line="360" w:lineRule="auto" w:after="0"/>
        <w:ind w:firstLine="283"/>
      </w:pPr>
      <w:r>
        <w:t>The twenty-eighth: the hands coming home. The twenty-ninth: the weight at center, the iron at his side. The breath.</w:t>
      </w:r>
    </w:p>
    <w:p>
      <w:pPr>
        <w:spacing w:line="360" w:lineRule="auto" w:after="0"/>
        <w:ind w:firstLine="283"/>
      </w:pPr>
      <w:r>
        <w:t>The thirtieth is nothing at all. It's staying where you've finished.</w:t>
      </w:r>
    </w:p>
    <w:p>
      <w:pPr>
        <w:spacing w:line="360" w:lineRule="auto" w:after="0"/>
        <w:ind w:firstLine="283"/>
      </w:pPr>
      <w:r>
        <w:t>The doorway had not closed. A hinge held is not a hinge shut. But it had drawn in to the width of a held breath, and the hum was gone from the lane. The man on his step wiped the lather from his face with a sleeve. The woman with the bucket stood looking uphill a while, as if she had come for something and forgotten what. Then she set the bucket down, picked it up again, and went to the river like a woman who had always intended to. The goat had made it as far as the ridge. It stood a moment looking at the narrowed door, shook its head like a dog coming out of water, and went back down past Vasryn with enormous dignity, as if it had only come up to see.</w:t>
      </w:r>
    </w:p>
    <w:p>
      <w:pPr>
        <w:spacing w:line="360" w:lineRule="auto" w:after="0"/>
        <w:ind w:firstLine="283"/>
      </w:pPr>
      <w:r>
        <w:t>The Architect gathered his stone and his satchel. The line on the stone had gone grey. He stepped through the narrowed door sideways, like a man entering his own house, and the warm closed behind him to a seam.</w:t>
      </w:r>
    </w:p>
    <w:p>
      <w:pPr>
        <w:spacing w:line="360" w:lineRule="auto" w:after="0"/>
        <w:ind w:firstLine="283"/>
      </w:pPr>
      <w:r>
        <w:t>"It will be open tomorrow," he said from inside.</w:t>
      </w:r>
    </w:p>
    <w:p>
      <w:pPr>
        <w:spacing w:line="360" w:lineRule="auto" w:after="0"/>
        <w:ind w:firstLine="283"/>
      </w:pPr>
      <w:r>
        <w:t>"I know," Vasryn said.</w:t>
      </w:r>
    </w:p>
    <w:p>
      <w:pPr>
        <w:spacing w:line="360" w:lineRule="auto" w:after="0"/>
        <w:ind w:firstLine="283"/>
      </w:pPr>
      <w:r>
        <w:t>He walked down the rim-path with the point of the iron dragging a line in the dust. His right hand wouldn't unclench from the grip. He had to think about it. His right foot landed a half-breath after his left. He noticed that, and he let it.</w:t>
      </w:r>
    </w:p>
    <w:p>
      <w:pPr>
        <w:spacing w:line="360" w:lineRule="auto" w:after="0"/>
        <w:ind w:firstLine="283"/>
      </w:pPr>
      <w:r>
        <w:t>The boy was still behind the chalk line, with the toes of his boots on it.</w:t>
      </w:r>
    </w:p>
    <w:p>
      <w:pPr>
        <w:spacing w:line="360" w:lineRule="auto" w:after="0"/>
        <w:ind w:firstLine="283"/>
      </w:pPr>
      <w:r>
        <w:t>Vasryn stopped at the chalk. It seemed rude to step over.</w:t>
      </w:r>
    </w:p>
    <w:p>
      <w:pPr>
        <w:spacing w:line="360" w:lineRule="auto" w:after="0"/>
        <w:ind w:firstLine="283"/>
      </w:pPr>
      <w:r>
        <w:t>"You said my name on fourteen," Kael said.</w:t>
      </w:r>
    </w:p>
    <w:p>
      <w:pPr>
        <w:spacing w:line="360" w:lineRule="auto" w:after="0"/>
        <w:ind w:firstLine="283"/>
      </w:pPr>
      <w:r>
        <w:t>"I did."</w:t>
      </w:r>
    </w:p>
    <w:p>
      <w:pPr>
        <w:spacing w:line="360" w:lineRule="auto" w:after="0"/>
        <w:ind w:firstLine="283"/>
      </w:pPr>
      <w:r>
        <w:t>"I'd already drawn it."</w:t>
      </w:r>
    </w:p>
    <w:p>
      <w:pPr>
        <w:spacing w:line="360" w:lineRule="auto" w:after="0"/>
        <w:ind w:firstLine="283"/>
      </w:pPr>
      <w:r>
        <w:t>"I saw."</w:t>
      </w:r>
    </w:p>
    <w:p>
      <w:pPr>
        <w:spacing w:line="360" w:lineRule="auto" w:after="0"/>
        <w:ind w:firstLine="283"/>
      </w:pPr>
      <w:r>
        <w:t>"Then why—"</w:t>
      </w:r>
    </w:p>
    <w:p>
      <w:pPr>
        <w:spacing w:line="360" w:lineRule="auto" w:after="0"/>
        <w:ind w:firstLine="283"/>
      </w:pPr>
      <w:r>
        <w:t>"Habit," Vasryn said. "I wanted to be sure."</w:t>
      </w:r>
    </w:p>
    <w:p>
      <w:pPr>
        <w:spacing w:line="360" w:lineRule="auto" w:after="0"/>
        <w:ind w:firstLine="283"/>
      </w:pPr>
      <w:r>
        <w:t>Kael considered this. "It's not a good habit. You dropped your foot."</w:t>
      </w:r>
    </w:p>
    <w:p>
      <w:pPr>
        <w:spacing w:line="360" w:lineRule="auto" w:after="0"/>
        <w:ind w:firstLine="283"/>
      </w:pPr>
      <w:r>
        <w:t>"I'm aware."</w:t>
      </w:r>
    </w:p>
    <w:p>
      <w:pPr>
        <w:spacing w:line="360" w:lineRule="auto" w:after="0"/>
        <w:ind w:firstLine="283"/>
      </w:pPr>
      <w:r>
        <w:t>Kael held the tin cup out across the line. Vasryn took it in his right hand. Rings ran across the water. He didn't switch hands. He drank with it shaking and spilled half down his chin, and Kael watched him do it and didn't look away, which was either respect or arithmetic.</w:t>
      </w:r>
    </w:p>
    <w:p>
      <w:pPr>
        <w:spacing w:line="360" w:lineRule="auto" w:after="0"/>
        <w:ind w:firstLine="283"/>
      </w:pPr>
      <w:r>
        <w:t>Then the boy's knees went. He sat down all at once, behind the line, the way you sit on the far side of a door you've just got shut, and did not cross it. His hands were shaking too. He looked at them with interest.</w:t>
      </w:r>
    </w:p>
    <w:p>
      <w:pPr>
        <w:spacing w:line="360" w:lineRule="auto" w:after="0"/>
        <w:ind w:firstLine="283"/>
      </w:pPr>
      <w:r>
        <w:t>"I'm fine," Kael said.</w:t>
      </w:r>
    </w:p>
    <w:p>
      <w:pPr>
        <w:spacing w:line="360" w:lineRule="auto" w:after="0"/>
        <w:ind w:firstLine="283"/>
      </w:pPr>
      <w:r>
        <w:t>"I know," Vasryn said.</w:t>
      </w:r>
    </w:p>
    <w:p>
      <w:pPr>
        <w:spacing w:line="360" w:lineRule="auto" w:after="0"/>
        <w:ind w:firstLine="283"/>
      </w:pPr>
      <w:r>
        <w:t>He reached, without meaning to, for the smell. Yeast and smoke and licorice, her kitchen at morning, in his nose all dawn. He reached for it and found a place that was smooth and cool, like a stone someone has wiped. He knew the words. Yeast. Smoke. Licorice. He knew them the way you know the names on a list.</w:t>
      </w:r>
    </w:p>
    <w:p>
      <w:pPr>
        <w:spacing w:line="360" w:lineRule="auto" w:after="0"/>
        <w:ind w:firstLine="283"/>
      </w:pPr>
      <w:r>
        <w:t>He gave the cup back.</w:t>
      </w:r>
    </w:p>
    <w:p>
      <w:pPr>
        <w:spacing w:line="360" w:lineRule="auto" w:after="0"/>
        <w:ind w:firstLine="283"/>
      </w:pPr>
      <w:r>
        <w:t>Up on the ridge the doorway stayed open to the width of a breath. Somewhere inside it a kettle came to the boil, and no one took it off.</w:t>
      </w:r>
    </w:p>
    <w:p>
      <w:pPr>
        <w:ind w:firstLine="0"/>
        <w:jc w:val="center"/>
      </w:pPr>
      <w:r>
        <w:rPr>
          <w:color w:val="AAAAAA"/>
        </w:rPr>
        <w:t>❖</w:t>
      </w:r>
    </w:p>
    <w:p>
      <w:pPr>
        <w:spacing w:before="360" w:after="240"/>
        <w:ind w:firstLine="0"/>
        <w:jc w:val="center"/>
      </w:pPr>
      <w:r>
        <w:rPr>
          <w:b/>
          <w:i/>
          <w:color w:val="333333"/>
          <w:sz w:val="26"/>
        </w:rPr>
        <w:t>Step 54 — The Tremor (Vasryn)</w:t>
      </w:r>
    </w:p>
    <w:p>
      <w:pPr>
        <w:spacing w:line="360" w:lineRule="auto" w:after="0"/>
        <w:ind w:firstLine="283"/>
      </w:pPr>
      <w:r>
        <w:t>‖ ∧</w:t>
      </w:r>
    </w:p>
    <w:p>
      <w:pPr>
        <w:spacing w:line="360" w:lineRule="auto" w:after="0"/>
        <w:ind w:firstLine="283"/>
      </w:pPr>
      <w:r>
        <w:t>The form was still in his feet. That was the odd part. He came down off the ridge in the walk he'd walked on the parapet and on the road and in the valley, the old walk that knew the ground, and the cost was somewhere else.</w:t>
      </w:r>
    </w:p>
    <w:p>
      <w:pPr>
        <w:spacing w:line="360" w:lineRule="auto" w:after="0"/>
        <w:ind w:firstLine="283"/>
      </w:pPr>
      <w:r>
        <w:t>It was in the right hand.</w:t>
      </w:r>
    </w:p>
    <w:p>
      <w:pPr>
        <w:spacing w:line="360" w:lineRule="auto" w:after="0"/>
        <w:ind w:firstLine="283"/>
      </w:pPr>
      <w:r>
        <w:t>The hand had begun to shake on the ridge and had not stopped. It hung at his side, open and empty. The montante was still up there where the doorway was, in the earth, and without the weight of it the hand had nothing to hold. The first finger twitched, and the twitch went through the others like a rumor through a crowd. He told it to be still. It had held iron for thirty years and it did not take instruction.</w:t>
      </w:r>
    </w:p>
    <w:p>
      <w:pPr>
        <w:spacing w:line="360" w:lineRule="auto" w:after="0"/>
        <w:ind w:firstLine="283"/>
      </w:pPr>
      <w:r>
        <w:t>Halfway down, the right foot began to drag. Only a little, the width of a stone, a toe catching on the dirt. It hadn't done that at the top. The shoulder had dropped, and the foot was dragging, and the hand was shaking. All of it on the one side. The right side was where the bill was being paid.</w:t>
      </w:r>
    </w:p>
    <w:p>
      <w:pPr>
        <w:spacing w:line="360" w:lineRule="auto" w:after="0"/>
        <w:ind w:firstLine="283"/>
      </w:pPr>
      <w:r>
        <w:t>Then the breath caught.</w:t>
      </w:r>
    </w:p>
    <w:p>
      <w:pPr>
        <w:spacing w:line="360" w:lineRule="auto" w:after="0"/>
        <w:ind w:firstLine="283"/>
      </w:pPr>
      <w:r>
        <w:t>He stopped on the rim-path. The breath had been the form's for thirty years, counted and held and let go, and the form was finished and the breath was only his now. It went in as far as a place in his chest and met something there, a hitch, a small hard ledge, and stopped. It went round. It went in. When he stood still the foot didn't drag and the hand shook less, but the breath caught, and standing still was worse than walking.</w:t>
      </w:r>
    </w:p>
    <w:p>
      <w:pPr>
        <w:spacing w:line="360" w:lineRule="auto" w:after="0"/>
        <w:ind w:firstLine="283"/>
      </w:pPr>
      <w:r>
        <w:t>Below him the valley sat in the sun. The well was in the square. On the stones beside it lay the tin cup, dropped by somebody running. It hadn't broken. Nobody had picked it up.</w:t>
      </w:r>
    </w:p>
    <w:p>
      <w:pPr>
        <w:spacing w:line="360" w:lineRule="auto" w:after="0"/>
        <w:ind w:firstLine="283"/>
      </w:pPr>
      <w:r>
        <w:t>The boy was at the crank.</w:t>
      </w:r>
    </w:p>
    <w:p>
      <w:pPr>
        <w:spacing w:line="360" w:lineRule="auto" w:after="0"/>
        <w:ind w:firstLine="283"/>
      </w:pPr>
      <w:r>
        <w:t>He'd stopped drawing water. He stood with one hand on the iron and watched Vasryn come down the path in the coat, which was still too big for him, the hem at his knees and the cuffs turned back twice. The coat was holding the place for a drop that wasn't in him yet.</w:t>
      </w:r>
    </w:p>
    <w:p>
      <w:pPr>
        <w:spacing w:line="360" w:lineRule="auto" w:after="0"/>
        <w:ind w:firstLine="283"/>
      </w:pPr>
      <w:r>
        <w:t>He watched the foot. He watched the hand. He watched the shoulder, which was three fingers lower now. He had not noticed it at one or at two, and at three he did, all at once, the way you notice a picture is crooked. And he watched the chest, which moved wrong, the breath hitting its ledge. He didn't know what that was. He only knew that chests didn't do that.</w:t>
      </w:r>
    </w:p>
    <w:p>
      <w:pPr>
        <w:spacing w:line="360" w:lineRule="auto" w:after="0"/>
        <w:ind w:firstLine="283"/>
      </w:pPr>
      <w:r>
        <w:t>He asked nothing. Vasryn was grateful, and sorry about being grateful.</w:t>
      </w:r>
    </w:p>
    <w:p>
      <w:pPr>
        <w:spacing w:line="360" w:lineRule="auto" w:after="0"/>
        <w:ind w:firstLine="283"/>
      </w:pPr>
      <w:r>
        <w:t>He reached the well. The cup lay where it had fallen. He looked at it and didn't bend. It was a small thing, a dropped cup, and the whole afternoon had been laid out in the dropping of it.</w:t>
      </w:r>
    </w:p>
    <w:p>
      <w:pPr>
        <w:spacing w:line="360" w:lineRule="auto" w:after="0"/>
        <w:ind w:firstLine="283"/>
      </w:pPr>
      <w:r>
        <w:t>The boy didn't come to help. His hand stayed on the crank. His eyes stayed on Vasryn's shaking hand, and they held it, the way the well-curb holds a cup, by being the thing it rests on.</w:t>
      </w:r>
    </w:p>
    <w:p>
      <w:pPr>
        <w:spacing w:line="360" w:lineRule="auto" w:after="0"/>
        <w:ind w:firstLine="283"/>
      </w:pPr>
      <w:r>
        <w:t>Then he took off the coat.</w:t>
      </w:r>
    </w:p>
    <w:p>
      <w:pPr>
        <w:spacing w:line="360" w:lineRule="auto" w:after="0"/>
        <w:ind w:firstLine="283"/>
      </w:pPr>
      <w:r>
        <w:t>He did it without hurry. His hands went to the collar, the wool slid at the neck, and the arms went back, the cloth folding down. He held it a moment. It was a man's coat and it kept a man's shape. Then he laid it on the well-curb, beside the cup, and stood there in his shirt. His shoulders were narrow, a boy of fourteen's, and perfectly level.</w:t>
      </w:r>
    </w:p>
    <w:p>
      <w:pPr>
        <w:spacing w:line="360" w:lineRule="auto" w:after="0"/>
        <w:ind w:firstLine="283"/>
      </w:pPr>
      <w:r>
        <w:t>He wasn't refusing. Vasryn knew that. He was waiting to be told whether he still should.</w:t>
      </w:r>
    </w:p>
    <w:p>
      <w:pPr>
        <w:spacing w:line="360" w:lineRule="auto" w:after="0"/>
        <w:ind w:firstLine="283"/>
      </w:pPr>
      <w:r>
        <w:t>Vasryn sat down on the curb. The stone was cold through his trousers. His legs held. His hand shook, and his breath caught, and neither was anyone's fault.</w:t>
      </w:r>
    </w:p>
    <w:p>
      <w:pPr>
        <w:spacing w:line="360" w:lineRule="auto" w:after="0"/>
        <w:ind w:firstLine="283"/>
      </w:pPr>
      <w:r>
        <w:t>The boy bent and picked the cup off the ground. He drew the bucket, and poured, and the water went into the tin as it always had. He set the cup on the curb beside the coat. He didn't hand it over. He put it down where it could be reached and stepped back, to give Vasryn the choice of whether to be helped.</w:t>
      </w:r>
    </w:p>
    <w:p>
      <w:pPr>
        <w:spacing w:line="360" w:lineRule="auto" w:after="0"/>
        <w:ind w:firstLine="283"/>
      </w:pPr>
      <w:r>
        <w:t>Vasryn looked at it. Then he reached.</w:t>
      </w:r>
    </w:p>
    <w:p>
      <w:pPr>
        <w:spacing w:line="360" w:lineRule="auto" w:after="0"/>
        <w:ind w:firstLine="283"/>
      </w:pPr>
      <w:r>
        <w:t>The hand shook all the way there. It took the cup and the shaking went down into it, and the water inside broke into small shifting circles, the light on the surface coming apart. The boy watched the water. He didn't look away.</w:t>
      </w:r>
    </w:p>
    <w:p>
      <w:pPr>
        <w:spacing w:line="360" w:lineRule="auto" w:after="0"/>
        <w:ind w:firstLine="283"/>
      </w:pPr>
      <w:r>
        <w:t>Vasryn drank. It was cold, the valley's water, the kind you do not think about when it's there. It went down past the ledge in his chest, and the cold went in behind it, and for a breath the hitch eased.</w:t>
      </w:r>
    </w:p>
    <w:p>
      <w:pPr>
        <w:spacing w:line="360" w:lineRule="auto" w:after="0"/>
        <w:ind w:firstLine="283"/>
      </w:pPr>
      <w:r>
        <w:t>He set the cup down. It rang, very faintly, against the stone.</w:t>
      </w:r>
    </w:p>
    <w:p>
      <w:pPr>
        <w:spacing w:line="360" w:lineRule="auto" w:after="0"/>
        <w:ind w:firstLine="283"/>
      </w:pPr>
      <w:r>
        <w:t>The afternoon went on without them. The forge rang and the bakehouse smoked and the children played on the near side of the lane, the side away from the ridge, where they had moved the day the Registry came and had not yet moved back.</w:t>
      </w:r>
    </w:p>
    <w:p>
      <w:pPr>
        <w:spacing w:line="360" w:lineRule="auto" w:after="0"/>
        <w:ind w:firstLine="283"/>
      </w:pPr>
      <w:r>
        <w:t>Up on the ridge the crack was doing something it hadn't done before.</w:t>
      </w:r>
    </w:p>
    <w:p>
      <w:pPr>
        <w:spacing w:line="360" w:lineRule="auto" w:after="0"/>
        <w:ind w:firstLine="283"/>
      </w:pPr>
      <w:r>
        <w:t>It had been a line in the stone. Now it was a doorway, and the doorway was open, and the warm that had poured down through it that morning had gone back with the Architect. What was left was the door. It breathed. The air went in, and the air came out, and what came out wasn't what went in. It was the under-stone's own air, cold and mineral and old, from the deeper dirt that hadn't seen light. The breathing was small, the width of a breath. The village, down at its well and forge and oven, did not hear it.</w:t>
      </w:r>
    </w:p>
    <w:p>
      <w:pPr>
        <w:spacing w:line="360" w:lineRule="auto" w:after="0"/>
        <w:ind w:firstLine="283"/>
      </w:pPr>
      <w:r>
        <w:t>The Architect had drawn a line on a stone and the line had opened. He had gone. The threshold remained.</w:t>
      </w:r>
    </w:p>
    <w:p>
      <w:pPr>
        <w:spacing w:line="360" w:lineRule="auto" w:after="0"/>
        <w:ind w:firstLine="283"/>
      </w:pPr>
      <w:r>
        <w:t>By evening the lamps were lit at the right hour, and the night was not one the Registry might come back in. It was a night when the crack was breathing.</w:t>
      </w:r>
    </w:p>
    <w:p>
      <w:pPr>
        <w:spacing w:line="360" w:lineRule="auto" w:after="0"/>
        <w:ind w:firstLine="283"/>
      </w:pPr>
      <w:r>
        <w:t>The coat still lay on the well-curb. The boy had not put it back on.</w:t>
      </w:r>
    </w:p>
    <w:p>
      <w:pPr>
        <w:spacing w:line="360" w:lineRule="auto" w:after="0"/>
        <w:ind w:firstLine="283"/>
      </w:pPr>
      <w:r>
        <w:t>He was looking at the ridge. Vasryn followed his eyes up to the dark seam in the stone and saw it as the boy saw it, not a line anymore but a mouth. The boy didn't know what would come out of it. He only knew that it was being watched, and that the watching was a way of keeping. He watched it the way he'd watched Vasryn's hand, steadily, without looking away.</w:t>
      </w:r>
    </w:p>
    <w:p>
      <w:pPr>
        <w:spacing w:line="360" w:lineRule="auto" w:after="0"/>
        <w:ind w:firstLine="283"/>
      </w:pPr>
      <w:r>
        <w:t>The hand shook in Vasryn's lap. The crack breathed. The coat lay on the stone.</w:t>
      </w:r>
    </w:p>
    <w:p>
      <w:pPr>
        <w:spacing w:line="360" w:lineRule="auto" w:after="0"/>
        <w:ind w:firstLine="283"/>
      </w:pPr>
      <w:r>
        <w:t>The boy stood where the coat had been.</w:t>
      </w:r>
    </w:p>
    <w:p>
      <w:pPr>
        <w:ind w:firstLine="0"/>
        <w:jc w:val="center"/>
      </w:pPr>
      <w:r>
        <w:rPr>
          <w:color w:val="AAAAAA"/>
        </w:rPr>
        <w:t>❖</w:t>
      </w:r>
    </w:p>
    <w:p>
      <w:pPr>
        <w:spacing w:before="360" w:after="240"/>
        <w:ind w:firstLine="0"/>
        <w:jc w:val="center"/>
      </w:pPr>
      <w:r>
        <w:rPr>
          <w:b/>
          <w:i/>
          <w:color w:val="333333"/>
          <w:sz w:val="26"/>
        </w:rPr>
        <w:t>Step 55 — The Torn Page (Elias)</w:t>
      </w:r>
    </w:p>
    <w:p>
      <w:pPr>
        <w:spacing w:line="360" w:lineRule="auto" w:after="0"/>
        <w:ind w:firstLine="283"/>
      </w:pPr>
      <w:r>
        <w:t>‖ ∧</w:t>
      </w:r>
    </w:p>
    <w:p>
      <w:pPr>
        <w:spacing w:line="360" w:lineRule="auto" w:after="0"/>
        <w:ind w:firstLine="283"/>
      </w:pPr>
      <w:r>
        <w:t>Elias came down the east road on foot, with the book on his back.</w:t>
      </w:r>
    </w:p>
    <w:p>
      <w:pPr>
        <w:spacing w:line="360" w:lineRule="auto" w:after="0"/>
        <w:ind w:firstLine="283"/>
      </w:pPr>
      <w:r>
        <w:t>It was the size of a small door, dark leather and brass bands, the clasp shut. It was the Registry's, and it was his. He had carried it so many years that he could no longer have said where the carrying ended and the man began.</w:t>
      </w:r>
    </w:p>
    <w:p>
      <w:pPr>
        <w:spacing w:line="360" w:lineRule="auto" w:after="0"/>
        <w:ind w:firstLine="283"/>
      </w:pPr>
      <w:r>
        <w:t>The grey coat hung on his shoulders. The cuffs were not turned back. They hadn't been in eight years. Turning back was a keeper's habit, and he'd put down the chalk the day he chose the Registry, and he hadn't had a stub of it in a pocket since.</w:t>
      </w:r>
    </w:p>
    <w:p>
      <w:pPr>
        <w:spacing w:line="360" w:lineRule="auto" w:after="0"/>
        <w:ind w:firstLine="283"/>
      </w:pPr>
      <w:r>
        <w:t>He walked the road his brother had walked. It still had the white salt-lines on it, and in the place where a loaf had sat on a sill in a town three days back, it had a smell. He'd stopped. He hadn't meant to. Harrel hadn't known him from the road, but he'd said, take the heel, it keeps, and Elias had stood in a bakehouse door eating it with the book on his back and not been able to speak for some time.</w:t>
      </w:r>
    </w:p>
    <w:p>
      <w:pPr>
        <w:spacing w:line="360" w:lineRule="auto" w:after="0"/>
        <w:ind w:firstLine="283"/>
      </w:pPr>
      <w:r>
        <w:t>At the foot of the ridge he began to climb the rim-path. The clerks' boot-prints were gone from the dirt. His own went in where theirs had been, and the dirt took them the way it had taken the others.</w:t>
      </w:r>
    </w:p>
    <w:p>
      <w:pPr>
        <w:spacing w:line="360" w:lineRule="auto" w:after="0"/>
        <w:ind w:firstLine="283"/>
      </w:pPr>
      <w:r>
        <w:t>At the shoulder of the ridge he came to the crack.</w:t>
      </w:r>
    </w:p>
    <w:p>
      <w:pPr>
        <w:spacing w:line="360" w:lineRule="auto" w:after="0"/>
        <w:ind w:firstLine="283"/>
      </w:pPr>
      <w:r>
        <w:t>It was open. It breathed. He stood in front of it with the grey coat on his back and the book on his coat and felt the air come over his face, cold and old and not the Registry's. He hadn't breathed a breath that wasn't the Registry's in eight years. It went in like water into a dry throat.</w:t>
      </w:r>
    </w:p>
    <w:p>
      <w:pPr>
        <w:spacing w:line="360" w:lineRule="auto" w:after="0"/>
        <w:ind w:firstLine="283"/>
      </w:pPr>
      <w:r>
        <w:t>Vasryn was at the well.</w:t>
      </w:r>
    </w:p>
    <w:p>
      <w:pPr>
        <w:spacing w:line="360" w:lineRule="auto" w:after="0"/>
        <w:ind w:firstLine="283"/>
      </w:pPr>
      <w:r>
        <w:t>His right hand lay in his lap, shaking. The tin cup sat on the curb beside a folded coat. The boy was there in his shirt, and a blade stood in the earth, and there was a man on the curb with a face Elias had known longer than his own.</w:t>
      </w:r>
    </w:p>
    <w:p>
      <w:pPr>
        <w:spacing w:line="360" w:lineRule="auto" w:after="0"/>
        <w:ind w:firstLine="283"/>
      </w:pPr>
      <w:r>
        <w:t>Elias came down off the ridge and stood in front of the well with the book on his back.</w:t>
      </w:r>
    </w:p>
    <w:p>
      <w:pPr>
        <w:spacing w:line="360" w:lineRule="auto" w:after="0"/>
        <w:ind w:firstLine="283"/>
      </w:pPr>
      <w:r>
        <w:t>Neither of them said anything for a while. The boy looked from one to the other and had the sense, like a child watching two dogs meet, that it was best to stay still.</w:t>
      </w:r>
    </w:p>
    <w:p>
      <w:pPr>
        <w:spacing w:line="360" w:lineRule="auto" w:after="0"/>
        <w:ind w:firstLine="283"/>
      </w:pPr>
      <w:r>
        <w:t>"Elias," Vasryn said.</w:t>
      </w:r>
    </w:p>
    <w:p>
      <w:pPr>
        <w:spacing w:line="360" w:lineRule="auto" w:after="0"/>
        <w:ind w:firstLine="283"/>
      </w:pPr>
      <w:r>
        <w:t>It was the first word. It was a hinge. It was the name he had carried for eight years, and it came out of him as lightly as the coat had come off the boy's shoulders.</w:t>
      </w:r>
    </w:p>
    <w:p>
      <w:pPr>
        <w:spacing w:line="360" w:lineRule="auto" w:after="0"/>
        <w:ind w:firstLine="283"/>
      </w:pPr>
      <w:r>
        <w:t>"Vasryn."</w:t>
      </w:r>
    </w:p>
    <w:p>
      <w:pPr>
        <w:spacing w:line="360" w:lineRule="auto" w:after="0"/>
        <w:ind w:firstLine="283"/>
      </w:pPr>
      <w:r>
        <w:t>It was the first time in eight years Elias had said it aloud. It had been in no file. The file said only Returned.</w:t>
      </w:r>
    </w:p>
    <w:p>
      <w:pPr>
        <w:spacing w:line="360" w:lineRule="auto" w:after="0"/>
        <w:ind w:firstLine="283"/>
      </w:pPr>
      <w:r>
        <w:t>"You came," Vasryn said.</w:t>
      </w:r>
    </w:p>
    <w:p>
      <w:pPr>
        <w:spacing w:line="360" w:lineRule="auto" w:after="0"/>
        <w:ind w:firstLine="283"/>
      </w:pPr>
      <w:r>
        <w:t>"I came."</w:t>
      </w:r>
    </w:p>
    <w:p>
      <w:pPr>
        <w:spacing w:line="360" w:lineRule="auto" w:after="0"/>
        <w:ind w:firstLine="283"/>
      </w:pPr>
      <w:r>
        <w:t>"The road's long."</w:t>
      </w:r>
    </w:p>
    <w:p>
      <w:pPr>
        <w:spacing w:line="360" w:lineRule="auto" w:after="0"/>
        <w:ind w:firstLine="283"/>
      </w:pPr>
      <w:r>
        <w:t>"It was eight years." Elias looked at the hand. "It's the hand."</w:t>
      </w:r>
    </w:p>
    <w:p>
      <w:pPr>
        <w:spacing w:line="360" w:lineRule="auto" w:after="0"/>
        <w:ind w:firstLine="283"/>
      </w:pPr>
      <w:r>
        <w:t>"It's the form."</w:t>
      </w:r>
    </w:p>
    <w:p>
      <w:pPr>
        <w:spacing w:line="360" w:lineRule="auto" w:after="0"/>
        <w:ind w:firstLine="283"/>
      </w:pPr>
      <w:r>
        <w:t>"It's a good deal more than the form."</w:t>
      </w:r>
    </w:p>
    <w:p>
      <w:pPr>
        <w:spacing w:line="360" w:lineRule="auto" w:after="0"/>
        <w:ind w:firstLine="283"/>
      </w:pPr>
      <w:r>
        <w:t>Vasryn didn't deny it.</w:t>
      </w:r>
    </w:p>
    <w:p>
      <w:pPr>
        <w:spacing w:line="360" w:lineRule="auto" w:after="0"/>
        <w:ind w:firstLine="283"/>
      </w:pPr>
      <w:r>
        <w:t>Elias took the book off his back and set it on the ground. It struck the dirt with a heavy flat sound, a man's whole life in pages, and the dirt took it as it took everything. His shoulders came up an inch without it, a thing he'd forgotten they could do.</w:t>
      </w:r>
    </w:p>
    <w:p>
      <w:pPr>
        <w:spacing w:line="360" w:lineRule="auto" w:after="0"/>
        <w:ind w:firstLine="283"/>
      </w:pPr>
      <w:r>
        <w:t>"I carried it yesterday," he said. "And the day before. I won't tomorrow."</w:t>
      </w:r>
    </w:p>
    <w:p>
      <w:pPr>
        <w:spacing w:line="360" w:lineRule="auto" w:after="0"/>
        <w:ind w:firstLine="283"/>
      </w:pPr>
      <w:r>
        <w:t>They talked a little. They were brothers, and it was mostly the things they didn't say.</w:t>
      </w:r>
    </w:p>
    <w:p>
      <w:pPr>
        <w:spacing w:line="360" w:lineRule="auto" w:after="0"/>
        <w:ind w:firstLine="283"/>
      </w:pPr>
      <w:r>
        <w:t>"You were on the wall," Elias said. "I was in an office."</w:t>
      </w:r>
    </w:p>
    <w:p>
      <w:pPr>
        <w:spacing w:line="360" w:lineRule="auto" w:after="0"/>
        <w:ind w:firstLine="283"/>
      </w:pPr>
      <w:r>
        <w:t>"It was the same road."</w:t>
      </w:r>
    </w:p>
    <w:p>
      <w:pPr>
        <w:spacing w:line="360" w:lineRule="auto" w:after="0"/>
        <w:ind w:firstLine="283"/>
      </w:pPr>
      <w:r>
        <w:t>"It was the same road." He looked at the ridge. "You opened the crack."</w:t>
      </w:r>
    </w:p>
    <w:p>
      <w:pPr>
        <w:spacing w:line="360" w:lineRule="auto" w:after="0"/>
        <w:ind w:firstLine="283"/>
      </w:pPr>
      <w:r>
        <w:t>"The Architect did."</w:t>
      </w:r>
    </w:p>
    <w:p>
      <w:pPr>
        <w:spacing w:line="360" w:lineRule="auto" w:after="0"/>
        <w:ind w:firstLine="283"/>
      </w:pPr>
      <w:r>
        <w:t>"You let it stay."</w:t>
      </w:r>
    </w:p>
    <w:p>
      <w:pPr>
        <w:spacing w:line="360" w:lineRule="auto" w:after="0"/>
        <w:ind w:firstLine="283"/>
      </w:pPr>
      <w:r>
        <w:t>"I couldn't shut it."</w:t>
      </w:r>
    </w:p>
    <w:p>
      <w:pPr>
        <w:spacing w:line="360" w:lineRule="auto" w:after="0"/>
        <w:ind w:firstLine="283"/>
      </w:pPr>
      <w:r>
        <w:t>"No." Elias's face did something small and private. "Nobody can. That's what I came to say. It isn't a thing to be shut. It's a thing to be taken in."</w:t>
      </w:r>
    </w:p>
    <w:p>
      <w:pPr>
        <w:spacing w:line="360" w:lineRule="auto" w:after="0"/>
        <w:ind w:firstLine="283"/>
      </w:pPr>
      <w:r>
        <w:t>Vasryn looked at him.</w:t>
      </w:r>
    </w:p>
    <w:p>
      <w:pPr>
        <w:spacing w:line="360" w:lineRule="auto" w:after="0"/>
        <w:ind w:firstLine="283"/>
      </w:pPr>
      <w:r>
        <w:t>"The doorway belongs to the Registry, in the end. The Registry is the book, and I've been the book for eight years. If the book takes the doorway into itself, then the doorway is held. By the thing that made the war on it. They can't open what's in their own pages." He said it slowly, the way you set down a load you've rehearsed carrying. "I came to take the crack into myself."</w:t>
      </w:r>
    </w:p>
    <w:p>
      <w:pPr>
        <w:spacing w:line="360" w:lineRule="auto" w:after="0"/>
        <w:ind w:firstLine="283"/>
      </w:pPr>
      <w:r>
        <w:t>"You know what that costs."</w:t>
      </w:r>
    </w:p>
    <w:p>
      <w:pPr>
        <w:spacing w:line="360" w:lineRule="auto" w:after="0"/>
        <w:ind w:firstLine="283"/>
      </w:pPr>
      <w:r>
        <w:t>"The name. It's in the file. It says Returned. After the taking it won't." He tried to smile. "I've been that word for eight years. I won't miss it."</w:t>
      </w:r>
    </w:p>
    <w:p>
      <w:pPr>
        <w:spacing w:line="360" w:lineRule="auto" w:after="0"/>
        <w:ind w:firstLine="283"/>
      </w:pPr>
      <w:r>
        <w:t>Vasryn did not tell him to stop. Neither of them thought he would.</w:t>
      </w:r>
    </w:p>
    <w:p>
      <w:pPr>
        <w:spacing w:line="360" w:lineRule="auto" w:after="0"/>
        <w:ind w:firstLine="283"/>
      </w:pPr>
      <w:r>
        <w:t>They went up the ridge together. The boy stayed at the well and watched them go, two grey figures against the stone, one in a coat and one not.</w:t>
      </w:r>
    </w:p>
    <w:p>
      <w:pPr>
        <w:spacing w:line="360" w:lineRule="auto" w:after="0"/>
        <w:ind w:firstLine="283"/>
      </w:pPr>
      <w:r>
        <w:t>The crack breathed in front of them.</w:t>
      </w:r>
    </w:p>
    <w:p>
      <w:pPr>
        <w:spacing w:line="360" w:lineRule="auto" w:after="0"/>
        <w:ind w:firstLine="283"/>
      </w:pPr>
      <w:r>
        <w:t>Elias opened the book on the ground. The clasp gave. The pages fell open where they always fell, at the file. One entry. One word.</w:t>
      </w:r>
    </w:p>
    <w:p>
      <w:pPr>
        <w:spacing w:line="360" w:lineRule="auto" w:after="0"/>
        <w:ind w:firstLine="283"/>
      </w:pPr>
      <w:r>
        <w:t>He looked at it a while. It had been his word for eight years. His hand went flat on the page, the hand that had held the pen, with the ridge worn into its finger. It was warm. It had been warm since the first morning.</w:t>
      </w:r>
    </w:p>
    <w:p>
      <w:pPr>
        <w:spacing w:line="360" w:lineRule="auto" w:after="0"/>
        <w:ind w:firstLine="283"/>
      </w:pPr>
      <w:r>
        <w:t>He tore the page.</w:t>
      </w:r>
    </w:p>
    <w:p>
      <w:pPr>
        <w:spacing w:line="360" w:lineRule="auto" w:after="0"/>
        <w:ind w:firstLine="283"/>
      </w:pPr>
      <w:r>
        <w:t>It came away along the ruling, clean, down the red-brown line, and it was a small thing in his hand, a leaf of rag paper with a word on it.</w:t>
      </w:r>
    </w:p>
    <w:p>
      <w:pPr>
        <w:spacing w:line="360" w:lineRule="auto" w:after="0"/>
        <w:ind w:firstLine="283"/>
      </w:pPr>
      <w:r>
        <w:t>He put it in his mouth.</w:t>
      </w:r>
    </w:p>
    <w:p>
      <w:pPr>
        <w:spacing w:line="360" w:lineRule="auto" w:after="0"/>
        <w:ind w:firstLine="283"/>
      </w:pPr>
      <w:r>
        <w:t>The paper tasted of iron. The iron-gall had sat in its jar on a desk for eight years and written Returned on a page, and now it was on his tongue, sharp and sour, the taste of a chair at exactly the right height. He chewed. The ink went into his teeth. The page went soft and grey and he swallowed, and it went down into the place where his name had been, and sat there.</w:t>
      </w:r>
    </w:p>
    <w:p>
      <w:pPr>
        <w:spacing w:line="360" w:lineRule="auto" w:after="0"/>
        <w:ind w:firstLine="283"/>
      </w:pPr>
      <w:r>
        <w:t>It was the first thing he'd tasted in eight years. It tasted of every day.</w:t>
      </w:r>
    </w:p>
    <w:p>
      <w:pPr>
        <w:spacing w:line="360" w:lineRule="auto" w:after="0"/>
        <w:ind w:firstLine="283"/>
      </w:pPr>
      <w:r>
        <w:t>He stood a moment with his eyes closed. The book lay open on the ground, with its torn edge, the ruling a clean red-brown line where a page had been. It held the absence. It had held a great many absences. This one was his.</w:t>
      </w:r>
    </w:p>
    <w:p>
      <w:pPr>
        <w:spacing w:line="360" w:lineRule="auto" w:after="0"/>
        <w:ind w:firstLine="283"/>
      </w:pPr>
      <w:r>
        <w:t>He put his hand to the crack.</w:t>
      </w:r>
    </w:p>
    <w:p>
      <w:pPr>
        <w:spacing w:line="360" w:lineRule="auto" w:after="0"/>
        <w:ind w:firstLine="283"/>
      </w:pPr>
      <w:r>
        <w:t>It went in. The air was cold, the under-stone's air, and his hand was warm, and the warm went into the cold and the cold into the warm, and neither of them was sure which was which. His arm went in. His shoulder. He went through the way a man goes into a doorway, shoulders first, then chest, then the long line of his body, and the stone closed round him the way a hand closes round a stone.</w:t>
      </w:r>
    </w:p>
    <w:p>
      <w:pPr>
        <w:spacing w:line="360" w:lineRule="auto" w:after="0"/>
        <w:ind w:firstLine="283"/>
      </w:pPr>
      <w:r>
        <w:t>He didn't look back. He had never in his life been a man who looked back, and that was both the trouble and the gift.</w:t>
      </w:r>
    </w:p>
    <w:p>
      <w:pPr>
        <w:spacing w:line="360" w:lineRule="auto" w:after="0"/>
        <w:ind w:firstLine="283"/>
      </w:pPr>
      <w:r>
        <w:t>Elias walked east.</w:t>
      </w:r>
    </w:p>
    <w:p>
      <w:pPr>
        <w:spacing w:line="360" w:lineRule="auto" w:after="0"/>
        <w:ind w:firstLine="283"/>
      </w:pPr>
      <w:r>
        <w:t>Vasryn stood at the crack. His hand shook. It had shaken since the ridge and would not stop for this. The book lay open at his feet, the torn edge toward the sky, a thing the size of a door that had been a man and now was only a thing.</w:t>
      </w:r>
    </w:p>
    <w:p>
      <w:pPr>
        <w:spacing w:line="360" w:lineRule="auto" w:after="0"/>
        <w:ind w:firstLine="283"/>
      </w:pPr>
      <w:r>
        <w:t>The crack breathed. It was a different breath. It had his brother's name in it.</w:t>
      </w:r>
    </w:p>
    <w:p>
      <w:pPr>
        <w:spacing w:line="360" w:lineRule="auto" w:after="0"/>
        <w:ind w:firstLine="283"/>
      </w:pPr>
      <w:r>
        <w:t>Below him at the well, the boy saw one figure go into the ridge and the other stay. He didn't understand it. He kept the shape of it anyway, the way you keep a coin you can't spend.</w:t>
      </w:r>
    </w:p>
    <w:p>
      <w:pPr>
        <w:spacing w:line="360" w:lineRule="auto" w:after="0"/>
        <w:ind w:firstLine="283"/>
      </w:pPr>
      <w:r>
        <w:t>The deferral had ended. The doing had begun.</w:t>
      </w:r>
    </w:p>
    <w:p>
      <w:pPr>
        <w:ind w:firstLine="0"/>
        <w:jc w:val="center"/>
      </w:pPr>
      <w:r>
        <w:rPr>
          <w:color w:val="AAAAAA"/>
        </w:rPr>
        <w:t>❖</w:t>
      </w:r>
    </w:p>
    <w:p>
      <w:pPr>
        <w:spacing w:before="360" w:after="240"/>
        <w:ind w:firstLine="0"/>
        <w:jc w:val="center"/>
      </w:pPr>
      <w:r>
        <w:rPr>
          <w:b/>
          <w:i/>
          <w:color w:val="333333"/>
          <w:sz w:val="26"/>
        </w:rPr>
        <w:t>Step 56 — The Eleven Marks (Vasryn)</w:t>
      </w:r>
    </w:p>
    <w:p>
      <w:pPr>
        <w:spacing w:line="360" w:lineRule="auto" w:after="0"/>
        <w:ind w:firstLine="283"/>
      </w:pPr>
      <w:r>
        <w:t>‖ ∧</w:t>
      </w:r>
    </w:p>
    <w:p>
      <w:pPr>
        <w:spacing w:line="360" w:lineRule="auto" w:after="0"/>
        <w:ind w:firstLine="283"/>
      </w:pPr>
      <w:r>
        <w:t>The morning after the brother walked east, Vess came to the well.</w:t>
      </w:r>
    </w:p>
    <w:p>
      <w:pPr>
        <w:spacing w:line="360" w:lineRule="auto" w:after="0"/>
        <w:ind w:firstLine="283"/>
      </w:pPr>
      <w:r>
        <w:t>She came the way she came every morning, with a bucket, her hands stained dark to the knuckle from the dye-pots and the earth of the stand still in the creases of them. Vasryn was on the curb. His hand lay at his side, shaking, and it had shaken all night. The boy was at the crank in the coat. It was too large, and the boy drew the water as if he'd been doing it all his life.</w:t>
      </w:r>
    </w:p>
    <w:p>
      <w:pPr>
        <w:spacing w:line="360" w:lineRule="auto" w:after="0"/>
        <w:ind w:firstLine="283"/>
      </w:pPr>
      <w:r>
        <w:t>Vess put her bucket down and looked at the hand. Not at his face.</w:t>
      </w:r>
    </w:p>
    <w:p>
      <w:pPr>
        <w:spacing w:line="360" w:lineRule="auto" w:after="0"/>
        <w:ind w:firstLine="283"/>
      </w:pPr>
      <w:r>
        <w:t>"The Mantle is a line," she said.</w:t>
      </w:r>
    </w:p>
    <w:p>
      <w:pPr>
        <w:spacing w:line="360" w:lineRule="auto" w:after="0"/>
        <w:ind w:firstLine="283"/>
      </w:pPr>
      <w:r>
        <w:t>He waited.</w:t>
      </w:r>
    </w:p>
    <w:p>
      <w:pPr>
        <w:spacing w:line="360" w:lineRule="auto" w:after="0"/>
        <w:ind w:firstLine="283"/>
      </w:pPr>
      <w:r>
        <w:t>"It goes back. Before the wall. Before the road. To the first man who laid his hand on a stone, and the stone held the cold, and he read the cold. It runs through him and the men after him, and it comes to you." She spoke plainly, as one gives the price of grain. "You're the last."</w:t>
      </w:r>
    </w:p>
    <w:p>
      <w:pPr>
        <w:spacing w:line="360" w:lineRule="auto" w:after="0"/>
        <w:ind w:firstLine="283"/>
      </w:pPr>
      <w:r>
        <w:t>It wasn't a question, and it wasn't a warning either. It was a thing she had known and not said.</w:t>
      </w:r>
    </w:p>
    <w:p>
      <w:pPr>
        <w:spacing w:line="360" w:lineRule="auto" w:after="0"/>
        <w:ind w:firstLine="283"/>
      </w:pPr>
      <w:r>
        <w:t>"The line ends with you. The Mantle doesn't go on the boy. It isn't the kind of thing that goes on a boy. It's the weight that ends. You're the stop."</w:t>
      </w:r>
    </w:p>
    <w:p>
      <w:pPr>
        <w:spacing w:line="360" w:lineRule="auto" w:after="0"/>
        <w:ind w:firstLine="283"/>
      </w:pPr>
      <w:r>
        <w:t>He looked at his hand. A small tremor. The width of a breath. It had held an iron blade, and a form, for thirty years.</w:t>
      </w:r>
    </w:p>
    <w:p>
      <w:pPr>
        <w:spacing w:line="360" w:lineRule="auto" w:after="0"/>
        <w:ind w:firstLine="283"/>
      </w:pPr>
      <w:r>
        <w:t>"The boy carries the coat," Vess said. "The boy carries the chalk, and he'll carry the form. He doesn't carry the Mantle. The form is what the line made. The line stops. The form goes on."</w:t>
      </w:r>
    </w:p>
    <w:p>
      <w:pPr>
        <w:spacing w:line="360" w:lineRule="auto" w:after="0"/>
        <w:ind w:firstLine="283"/>
      </w:pPr>
      <w:r>
        <w:t>"I'd thought so," Vasryn said. He hadn't known he had.</w:t>
      </w:r>
    </w:p>
    <w:p>
      <w:pPr>
        <w:spacing w:line="360" w:lineRule="auto" w:after="0"/>
        <w:ind w:firstLine="283"/>
      </w:pPr>
      <w:r>
        <w:t>"The montante?"</w:t>
      </w:r>
    </w:p>
    <w:p>
      <w:pPr>
        <w:spacing w:line="360" w:lineRule="auto" w:after="0"/>
        <w:ind w:firstLine="283"/>
      </w:pPr>
      <w:r>
        <w:t>"Stays on the ridge. It was the line's iron."</w:t>
      </w:r>
    </w:p>
    <w:p>
      <w:pPr>
        <w:spacing w:line="360" w:lineRule="auto" w:after="0"/>
        <w:ind w:firstLine="283"/>
      </w:pPr>
      <w:r>
        <w:t>"Then the line stays with it." She filled her bucket and the water came up dark in the morning. "The cost is coming. You know what it is. The tremor's only the start. It takes the hand, and then the shoulder, and then the breath. Then the name. Then the form. It takes the man." She said it gently. "It doesn't stop."</w:t>
      </w:r>
    </w:p>
    <w:p>
      <w:pPr>
        <w:spacing w:line="360" w:lineRule="auto" w:after="0"/>
        <w:ind w:firstLine="283"/>
      </w:pPr>
      <w:r>
        <w:t>He didn't speak.</w:t>
      </w:r>
    </w:p>
    <w:p>
      <w:pPr>
        <w:spacing w:line="360" w:lineRule="auto" w:after="0"/>
        <w:ind w:firstLine="283"/>
      </w:pPr>
      <w:r>
        <w:t>"The boy will watch it," Vess said. "That's the other cost. Nobody tells you. He'll stand there and watch the hand go and the shoulder and the breath, and he'll carry the form after you can't. Be gentle with him."</w:t>
      </w:r>
    </w:p>
    <w:p>
      <w:pPr>
        <w:spacing w:line="360" w:lineRule="auto" w:after="0"/>
        <w:ind w:firstLine="283"/>
      </w:pPr>
      <w:r>
        <w:t>She took up the bucket and went back to the dye-pots. The stain went with her.</w:t>
      </w:r>
    </w:p>
    <w:p>
      <w:pPr>
        <w:spacing w:line="360" w:lineRule="auto" w:after="0"/>
        <w:ind w:firstLine="283"/>
      </w:pPr>
      <w:r>
        <w:t>The hours went by slowly, as hours do when everyone in a place is waiting for something and no one will say what.</w:t>
      </w:r>
    </w:p>
    <w:p>
      <w:pPr>
        <w:spacing w:line="360" w:lineRule="auto" w:after="0"/>
        <w:ind w:firstLine="283"/>
      </w:pPr>
      <w:r>
        <w:t>The forge rang. The bakehouse smoked. The children played on the near side of the lane. The valley went on with its work, not knowing the Mantle was a line, or that the line was ending in the middle of its square. The noon bell rang. The afternoon was long.</w:t>
      </w:r>
    </w:p>
    <w:p>
      <w:pPr>
        <w:spacing w:line="360" w:lineRule="auto" w:after="0"/>
        <w:ind w:firstLine="283"/>
      </w:pPr>
      <w:r>
        <w:t>The boy's wrist held the crank. It didn't shake. It was a boy's wrist, and fourteen years old, and it had never been asked for anything but water.</w:t>
      </w:r>
    </w:p>
    <w:p>
      <w:pPr>
        <w:spacing w:line="360" w:lineRule="auto" w:after="0"/>
        <w:ind w:firstLine="283"/>
      </w:pPr>
      <w:r>
        <w:t>At evening he came and stood in front of Vasryn with his hand in the coat's pocket, on the chalk.</w:t>
      </w:r>
    </w:p>
    <w:p>
      <w:pPr>
        <w:spacing w:line="360" w:lineRule="auto" w:after="0"/>
        <w:ind w:firstLine="283"/>
      </w:pPr>
      <w:r>
        <w:t>He took it out. The stub was worn pale at the facets, with the shape of a hand in it, and the hand was not his. He looked at it. Then he set it on the well-curb, beside the cup, and took his own hand away, and stepped back.</w:t>
      </w:r>
    </w:p>
    <w:p>
      <w:pPr>
        <w:spacing w:line="360" w:lineRule="auto" w:after="0"/>
        <w:ind w:firstLine="283"/>
      </w:pPr>
      <w:r>
        <w:t>Vasryn watched it lie there. For a moment he thought the boy was giving it back.</w:t>
      </w:r>
    </w:p>
    <w:p>
      <w:pPr>
        <w:spacing w:line="360" w:lineRule="auto" w:after="0"/>
        <w:ind w:firstLine="283"/>
      </w:pPr>
      <w:r>
        <w:t>"It costs this," the boy said. He nodded at Vasryn's hand, and the shoulder, and the chest that moved wrong. "I've seen it. I'm not stupid."</w:t>
      </w:r>
    </w:p>
    <w:p>
      <w:pPr>
        <w:spacing w:line="360" w:lineRule="auto" w:after="0"/>
        <w:ind w:firstLine="283"/>
      </w:pPr>
      <w:r>
        <w:t>"No."</w:t>
      </w:r>
    </w:p>
    <w:p>
      <w:pPr>
        <w:spacing w:line="360" w:lineRule="auto" w:after="0"/>
        <w:ind w:firstLine="283"/>
      </w:pPr>
      <w:r>
        <w:t>"I'll carry it anyway. The form. Not the other thing." He swallowed. His voice was fourteen and trying to be older, and it cracked, and he went on through the crack. "I wanted you to see me put it down first. So you'd know I knew."</w:t>
      </w:r>
    </w:p>
    <w:p>
      <w:pPr>
        <w:spacing w:line="360" w:lineRule="auto" w:after="0"/>
        <w:ind w:firstLine="283"/>
      </w:pPr>
      <w:r>
        <w:t>He left it there. He let it sit on the stone long enough that it was a choice, and not a gesture. Then he picked it up, and put it back in the coat's pocket, and it fit his hand the way it had fit the man's.</w:t>
      </w:r>
    </w:p>
    <w:p>
      <w:pPr>
        <w:spacing w:line="360" w:lineRule="auto" w:after="0"/>
        <w:ind w:firstLine="283"/>
      </w:pPr>
      <w:r>
        <w:t>Vasryn didn't speak. He had no sentence for it. He nodded once, and the boy saw it, and the boy's shoulders, straight and narrow and unburdened, came down a half-inch.</w:t>
      </w:r>
    </w:p>
    <w:p>
      <w:pPr>
        <w:spacing w:line="360" w:lineRule="auto" w:after="0"/>
        <w:ind w:firstLine="283"/>
      </w:pPr>
      <w:r>
        <w:t>The drop was in Vasryn. Three fingers' width. The boy didn't have it. He had the form, and the form would go on.</w:t>
      </w:r>
    </w:p>
    <w:p>
      <w:pPr>
        <w:spacing w:line="360" w:lineRule="auto" w:after="0"/>
        <w:ind w:firstLine="283"/>
      </w:pPr>
      <w:r>
        <w:t>The lamps were lit. Night came.</w:t>
      </w:r>
    </w:p>
    <w:p>
      <w:pPr>
        <w:spacing w:line="360" w:lineRule="auto" w:after="0"/>
        <w:ind w:firstLine="283"/>
      </w:pPr>
      <w:r>
        <w:t>Vasryn walked up to the ridge, along the rim-path, past the place where the clerks' boots had been and the place where his brother's had. The dirt held the memory of all of them.</w:t>
      </w:r>
    </w:p>
    <w:p>
      <w:pPr>
        <w:spacing w:line="360" w:lineRule="auto" w:after="0"/>
        <w:ind w:firstLine="283"/>
      </w:pPr>
      <w:r>
        <w:t>At the shoulder, the crack breathed.</w:t>
      </w:r>
    </w:p>
    <w:p>
      <w:pPr>
        <w:spacing w:line="360" w:lineRule="auto" w:after="0"/>
        <w:ind w:firstLine="283"/>
      </w:pPr>
      <w:r>
        <w:t>The montante stood where he had set it the morning of the First Danse, in the earth, upright, a mark in the ground. It hadn't moved. The iron was cold with the night's chill, the same chill the parapet at Koric had held, a bar of cold across the palm.</w:t>
      </w:r>
    </w:p>
    <w:p>
      <w:pPr>
        <w:spacing w:line="360" w:lineRule="auto" w:after="0"/>
        <w:ind w:firstLine="283"/>
      </w:pPr>
      <w:r>
        <w:t>He did not put his hand to it. The hand shook, and did not go.</w:t>
      </w:r>
    </w:p>
    <w:p>
      <w:pPr>
        <w:spacing w:line="360" w:lineRule="auto" w:after="0"/>
        <w:ind w:firstLine="283"/>
      </w:pPr>
      <w:r>
        <w:t>He looked east.</w:t>
      </w:r>
    </w:p>
    <w:p>
      <w:pPr>
        <w:spacing w:line="360" w:lineRule="auto" w:after="0"/>
        <w:ind w:firstLine="283"/>
      </w:pPr>
      <w:r>
        <w:t>The Core lay on the far horizon, unnamed, a weight with no shape that pulled the way a moon pulls a tide. It was the warm. It was a kitchen where nothing was lost. And in the doorway of the crack, since the First Danse, the grandmother had been standing, patient, with the kettle on. It had been on since then. It would be on tomorrow.</w:t>
      </w:r>
    </w:p>
    <w:p>
      <w:pPr>
        <w:spacing w:line="360" w:lineRule="auto" w:after="0"/>
        <w:ind w:firstLine="283"/>
      </w:pPr>
      <w:r>
        <w:t>He did not go in.</w:t>
      </w:r>
    </w:p>
    <w:p>
      <w:pPr>
        <w:spacing w:line="360" w:lineRule="auto" w:after="0"/>
        <w:ind w:firstLine="283"/>
      </w:pPr>
      <w:r>
        <w:t>The door was open and the warm came through it, and his body leaned toward it, the way the body leans toward a fire. It did not go. The form held it, the one thing the line had made, and the form would go on without him, in a boy with a chalk-stub in a coat. The body stayed.</w:t>
      </w:r>
    </w:p>
    <w:p>
      <w:pPr>
        <w:spacing w:line="360" w:lineRule="auto" w:after="0"/>
        <w:ind w:firstLine="283"/>
      </w:pPr>
      <w:r>
        <w:t>He stood at the crack for a long time with the montante in the earth beside him and his hand shaking. The boy was a small shape at the well far below, looking up, carrying the watching. He did not come up. He did not need to.</w:t>
      </w:r>
    </w:p>
    <w:p>
      <w:pPr>
        <w:spacing w:line="360" w:lineRule="auto" w:after="0"/>
        <w:ind w:firstLine="283"/>
      </w:pPr>
      <w:r>
        <w:t>The line ended here. The form went on. And the crack breathed in the dark.</w:t>
      </w:r>
    </w:p>
    <w:p>
      <w:pPr>
        <w:ind w:firstLine="0"/>
        <w:jc w:val="center"/>
      </w:pPr>
      <w:r>
        <w:rPr>
          <w:color w:val="AAAAAA"/>
        </w:rPr>
        <w:t>❖</w:t>
      </w:r>
    </w:p>
    <w:p>
      <w:pPr>
        <w:spacing w:before="360" w:after="240"/>
        <w:ind w:firstLine="0"/>
        <w:jc w:val="center"/>
      </w:pPr>
      <w:r>
        <w:rPr>
          <w:b/>
          <w:i/>
          <w:color w:val="333333"/>
          <w:sz w:val="26"/>
        </w:rPr>
        <w:t>Step 57 — The Ten-Year Margin (Vasryn)</w:t>
      </w:r>
    </w:p>
    <w:p>
      <w:pPr>
        <w:spacing w:line="360" w:lineRule="auto" w:after="0"/>
        <w:ind w:firstLine="283"/>
      </w:pPr>
      <w:r>
        <w:t>‖ ∧</w:t>
      </w:r>
    </w:p>
    <w:p>
      <w:pPr>
        <w:spacing w:line="360" w:lineRule="auto" w:after="0"/>
        <w:ind w:firstLine="283"/>
      </w:pPr>
      <w:r>
        <w:t>The clerk came on a morning in autumn.</w:t>
      </w:r>
    </w:p>
    <w:p>
      <w:pPr>
        <w:spacing w:line="360" w:lineRule="auto" w:after="0"/>
        <w:ind w:firstLine="283"/>
      </w:pPr>
      <w:r>
        <w:t>He came alone and on foot, up the rim-path with the measured step the Registry's people all had. But he carried no book and no chair. He carried a single sheet of paper, folded, and the ink on it was the Architect's.</w:t>
      </w:r>
    </w:p>
    <w:p>
      <w:pPr>
        <w:spacing w:line="360" w:lineRule="auto" w:after="0"/>
        <w:ind w:firstLine="283"/>
      </w:pPr>
      <w:r>
        <w:t>Vasryn was at the well. His hand lay open at his side, shaking. It had shaken since the First Danse, mornings and evenings and in the long hours between, and he had stopped noticing it the way you stop noticing a clock.</w:t>
      </w:r>
    </w:p>
    <w:p>
      <w:pPr>
        <w:spacing w:line="360" w:lineRule="auto" w:after="0"/>
        <w:ind w:firstLine="283"/>
      </w:pPr>
      <w:r>
        <w:t>The clerk was young, about the boy's age. His cuffs were turned back. That was what Vasryn saw first, before the paper: a keeper's habit, on a Registry clerk. He had a lump in his pocket the shape of a chalk stub. He wasn't the Registry's. He was the Architect's.</w:t>
      </w:r>
    </w:p>
    <w:p>
      <w:pPr>
        <w:spacing w:line="360" w:lineRule="auto" w:after="0"/>
        <w:ind w:firstLine="283"/>
      </w:pPr>
      <w:r>
        <w:t>He set the paper on the curb, beside the cup and the chalk.</w:t>
      </w:r>
    </w:p>
    <w:p>
      <w:pPr>
        <w:spacing w:line="360" w:lineRule="auto" w:after="0"/>
        <w:ind w:firstLine="283"/>
      </w:pPr>
      <w:r>
        <w:t>"From the Architect," he said.</w:t>
      </w:r>
    </w:p>
    <w:p>
      <w:pPr>
        <w:spacing w:line="360" w:lineRule="auto" w:after="0"/>
        <w:ind w:firstLine="283"/>
      </w:pPr>
      <w:r>
        <w:t>Vasryn waited.</w:t>
      </w:r>
    </w:p>
    <w:p>
      <w:pPr>
        <w:spacing w:line="360" w:lineRule="auto" w:after="0"/>
        <w:ind w:firstLine="283"/>
      </w:pPr>
      <w:r>
        <w:t>"He gives you ten years. The margin. The time the Mantle has before it takes the man." The clerk spoke the way people deliver a message they've learned by heart and don't like. "It's a gift, and it's a cage. He says you'll know that. He doesn't lie. The ten years are real, and they will end. The boy isn't in them. Neither is the form. They're outside the ten years. The ten years are yours."</w:t>
      </w:r>
    </w:p>
    <w:p>
      <w:pPr>
        <w:spacing w:line="360" w:lineRule="auto" w:after="0"/>
        <w:ind w:firstLine="283"/>
      </w:pPr>
      <w:r>
        <w:t>Vasryn took the paper. His hand shook, and the shaking went into the sheet, and it whispered against itself, the small dry rasp of a page held by a hand that cannot hold still. The clerk heard it, and did not look away. That, Vasryn thought, was something.</w:t>
      </w:r>
    </w:p>
    <w:p>
      <w:pPr>
        <w:spacing w:line="360" w:lineRule="auto" w:after="0"/>
        <w:ind w:firstLine="283"/>
      </w:pPr>
      <w:r>
        <w:t>"I accept."</w:t>
      </w:r>
    </w:p>
    <w:p>
      <w:pPr>
        <w:spacing w:line="360" w:lineRule="auto" w:after="0"/>
        <w:ind w:firstLine="283"/>
      </w:pPr>
      <w:r>
        <w:t>The clerk went back up the rim-path the way he'd come, and over the ridge, and was gone.</w:t>
      </w:r>
    </w:p>
    <w:p>
      <w:pPr>
        <w:spacing w:line="360" w:lineRule="auto" w:after="0"/>
        <w:ind w:firstLine="283"/>
      </w:pPr>
      <w:r>
        <w:t>The first year was the year of the hand. It shook when he drew water, and when he drew chalk, and when he drew the form on the ridge at dawn, which he did every morning because he couldn't think what else to do with a body that had been trained to it.</w:t>
      </w:r>
    </w:p>
    <w:p>
      <w:pPr>
        <w:spacing w:line="360" w:lineRule="auto" w:after="0"/>
        <w:ind w:firstLine="283"/>
      </w:pPr>
      <w:r>
        <w:t>On the well-house wall, in the grey stone that held the cold, he set the chalk and drew a vertical line the width of a finger.</w:t>
      </w:r>
    </w:p>
    <w:p>
      <w:pPr>
        <w:spacing w:line="360" w:lineRule="auto" w:after="0"/>
        <w:ind w:firstLine="283"/>
      </w:pPr>
      <w:r>
        <w:t>The first mark was the first year.</w:t>
      </w:r>
    </w:p>
    <w:p>
      <w:pPr>
        <w:spacing w:line="360" w:lineRule="auto" w:after="0"/>
        <w:ind w:firstLine="283"/>
      </w:pPr>
      <w:r>
        <w:t>The second year was the year of the shoulder. It had been three fingers down, and it was four. The second mark went beside the first. The boy was a head taller than the crank now. His wrist took the weight of the bucket and gave back nothing. In the evenings he put the cup on the curb and said nothing and went back to the water.</w:t>
      </w:r>
    </w:p>
    <w:p>
      <w:pPr>
        <w:spacing w:line="360" w:lineRule="auto" w:after="0"/>
        <w:ind w:firstLine="283"/>
      </w:pPr>
      <w:r>
        <w:t>The third year was the year of the breath. The ledge in the chest grew, and the breath went round it, and what it left behind was a catch that was now a thing you could hear across a room. The third mark was beside the second. The boy's voice had broken that spring. It was lower and he didn't trust it yet.</w:t>
      </w:r>
    </w:p>
    <w:p>
      <w:pPr>
        <w:spacing w:line="360" w:lineRule="auto" w:after="0"/>
        <w:ind w:firstLine="283"/>
      </w:pPr>
      <w:r>
        <w:t>"The marks," the boy said.</w:t>
      </w:r>
    </w:p>
    <w:p>
      <w:pPr>
        <w:spacing w:line="360" w:lineRule="auto" w:after="0"/>
        <w:ind w:firstLine="283"/>
      </w:pPr>
      <w:r>
        <w:t>"The years."</w:t>
      </w:r>
    </w:p>
    <w:p>
      <w:pPr>
        <w:spacing w:line="360" w:lineRule="auto" w:after="0"/>
        <w:ind w:firstLine="283"/>
      </w:pPr>
      <w:r>
        <w:t>"I'll mark them after you."</w:t>
      </w:r>
    </w:p>
    <w:p>
      <w:pPr>
        <w:spacing w:line="360" w:lineRule="auto" w:after="0"/>
        <w:ind w:firstLine="283"/>
      </w:pPr>
      <w:r>
        <w:t>Vasryn didn't answer. The boy went back to the crank.</w:t>
      </w:r>
    </w:p>
    <w:p>
      <w:pPr>
        <w:spacing w:line="360" w:lineRule="auto" w:after="0"/>
        <w:ind w:firstLine="283"/>
      </w:pPr>
      <w:r>
        <w:t>Four, five, six. The marks went up the wall in a row, vertical, a finger wide, held in the stone as the stone held the cold. The hand shook more. The shoulder sank. The breath caught, and the right foot dragged on every third step. The boy's shoulders broadened year on year, straight and level, with no drop in them. He carried the coat. He carried the chalk. He carried the form.</w:t>
      </w:r>
    </w:p>
    <w:p>
      <w:pPr>
        <w:spacing w:line="360" w:lineRule="auto" w:after="0"/>
        <w:ind w:firstLine="283"/>
      </w:pPr>
      <w:r>
        <w:t>In the eighth year he said, in a man's voice, "The marks end. The form doesn't."</w:t>
      </w:r>
    </w:p>
    <w:p>
      <w:pPr>
        <w:spacing w:line="360" w:lineRule="auto" w:after="0"/>
        <w:ind w:firstLine="283"/>
      </w:pPr>
      <w:r>
        <w:t>"No."</w:t>
      </w:r>
    </w:p>
    <w:p>
      <w:pPr>
        <w:spacing w:line="360" w:lineRule="auto" w:after="0"/>
        <w:ind w:firstLine="283"/>
      </w:pPr>
      <w:r>
        <w:t>"I'll carry it."</w:t>
      </w:r>
    </w:p>
    <w:p>
      <w:pPr>
        <w:spacing w:line="360" w:lineRule="auto" w:after="0"/>
        <w:ind w:firstLine="283"/>
      </w:pPr>
      <w:r>
        <w:t>"I know."</w:t>
      </w:r>
    </w:p>
    <w:p>
      <w:pPr>
        <w:spacing w:line="360" w:lineRule="auto" w:after="0"/>
        <w:ind w:firstLine="283"/>
      </w:pPr>
      <w:r>
        <w:t>By the ninth the tremor was no longer small. It was the width of a hand, and it went up the wrist into the arm. The hand could not hold the cup, or the chalk. The shoulder was a fist's width low. The boy was twenty-three, then twenty-four. He was a man, and he drew the water.</w:t>
      </w:r>
    </w:p>
    <w:p>
      <w:pPr>
        <w:spacing w:line="360" w:lineRule="auto" w:after="0"/>
        <w:ind w:firstLine="283"/>
      </w:pPr>
      <w:r>
        <w:t>On the last night of the ten years, the cold came early.</w:t>
      </w:r>
    </w:p>
    <w:p>
      <w:pPr>
        <w:spacing w:line="360" w:lineRule="auto" w:after="0"/>
        <w:ind w:firstLine="283"/>
      </w:pPr>
      <w:r>
        <w:t>The village slept. The forge was dark and the bakehouse was dark. Nobody knew that the marks on the wall were ten, or that this was the night they stopped.</w:t>
      </w:r>
    </w:p>
    <w:p>
      <w:pPr>
        <w:spacing w:line="360" w:lineRule="auto" w:after="0"/>
        <w:ind w:firstLine="283"/>
      </w:pPr>
      <w:r>
        <w:t>Vasryn sat on the curb. The stone drew the cold up into his legs and the legs held. The hand shook. It was the shake of ten years, of iron and the form and the chalk and the long unwinding of a man.</w:t>
      </w:r>
    </w:p>
    <w:p>
      <w:pPr>
        <w:spacing w:line="360" w:lineRule="auto" w:after="0"/>
        <w:ind w:firstLine="283"/>
      </w:pPr>
      <w:r>
        <w:t>The boy sat beside him. The coat fit him now. It had been too large for so long that Vasryn had forgotten it ever could be anything else. It lay on him as if it had been cut for his shoulders. The old shape was still in it, the dip the other man had pressed into the wool, but the boy filled it from the inside, and the shape was only a memory in the cloth.</w:t>
      </w:r>
    </w:p>
    <w:p>
      <w:pPr>
        <w:spacing w:line="360" w:lineRule="auto" w:after="0"/>
        <w:ind w:firstLine="283"/>
      </w:pPr>
      <w:r>
        <w:t>They didn't speak. There was nothing left that needed it. The hours went round them the way the earth goes round a blade.</w:t>
      </w:r>
    </w:p>
    <w:p>
      <w:pPr>
        <w:spacing w:line="360" w:lineRule="auto" w:after="0"/>
        <w:ind w:firstLine="283"/>
      </w:pPr>
      <w:r>
        <w:t>At some point Vasryn stood. It took a while. He crossed to the wall and found the ten marks in the dark by touch, and took the chalk from the curb. The boy had left it there. Vasryn's hand shook too much to hold it. He wedged it between two fingers and his thumb, the way a man wedges a nail he can't quite grip, and set it to the stone beside the tenth mark.</w:t>
      </w:r>
    </w:p>
    <w:p>
      <w:pPr>
        <w:spacing w:line="360" w:lineRule="auto" w:after="0"/>
        <w:ind w:firstLine="283"/>
      </w:pPr>
      <w:r>
        <w:t>He drew the eleventh.</w:t>
      </w:r>
    </w:p>
    <w:p>
      <w:pPr>
        <w:spacing w:line="360" w:lineRule="auto" w:after="0"/>
        <w:ind w:firstLine="283"/>
      </w:pPr>
      <w:r>
        <w:t>It was not a good line. It wavered, and leaned, and it was the width of a finger, and it stood in the wall beside its ten fellows, the last of them. The chalk went back on the curb, and the boy looked at it, and did not pick it up yet.</w:t>
      </w:r>
    </w:p>
    <w:p>
      <w:pPr>
        <w:spacing w:line="360" w:lineRule="auto" w:after="0"/>
        <w:ind w:firstLine="283"/>
      </w:pPr>
      <w:r>
        <w:t>Vasryn laid his hand flat on the wall. The stone was cold. His hand shook against it, and the stone took the shaking in, as it had taken every mark.</w:t>
      </w:r>
    </w:p>
    <w:p>
      <w:pPr>
        <w:spacing w:line="360" w:lineRule="auto" w:after="0"/>
        <w:ind w:firstLine="283"/>
      </w:pPr>
      <w:r>
        <w:t>The boy watched his hand, and the wall, and the eleven marks, until the lamps went out.</w:t>
      </w:r>
    </w:p>
    <w:p>
      <w:pPr>
        <w:ind w:firstLine="0"/>
        <w:jc w:val="center"/>
      </w:pPr>
      <w:r>
        <w:rPr>
          <w:color w:val="AAAAAA"/>
        </w:rPr>
        <w:t>❖</w:t>
      </w:r>
    </w:p>
    <w:p>
      <w:pPr>
        <w:spacing w:before="360" w:after="240"/>
        <w:ind w:firstLine="0"/>
        <w:jc w:val="center"/>
      </w:pPr>
      <w:r>
        <w:rPr>
          <w:b/>
          <w:i/>
          <w:color w:val="333333"/>
          <w:sz w:val="26"/>
        </w:rPr>
        <w:t>Step 58 — The Figure on the Marsh (Vasryn)</w:t>
      </w:r>
    </w:p>
    <w:p>
      <w:pPr>
        <w:spacing w:line="360" w:lineRule="auto" w:after="0"/>
        <w:ind w:firstLine="283"/>
      </w:pPr>
      <w:r>
        <w:t>‖ ∧</w:t>
      </w:r>
    </w:p>
    <w:p>
      <w:pPr>
        <w:spacing w:line="360" w:lineRule="auto" w:after="0"/>
        <w:ind w:firstLine="283"/>
      </w:pPr>
      <w:r>
        <w:t>In the fourth year the shoulder had dropped to four fingers.</w:t>
      </w:r>
    </w:p>
    <w:p>
      <w:pPr>
        <w:spacing w:line="360" w:lineRule="auto" w:after="0"/>
        <w:ind w:firstLine="283"/>
      </w:pPr>
      <w:r>
        <w:t>The breath caught where the form had lived. The wall-marks were four. The boy was eighteen, broader in the chest, and his wrist did not shake.</w:t>
      </w:r>
    </w:p>
    <w:p>
      <w:pPr>
        <w:spacing w:line="360" w:lineRule="auto" w:after="0"/>
        <w:ind w:firstLine="283"/>
      </w:pPr>
      <w:r>
        <w:t>Lyris had come back to the valley in the third year, down the ridge alone the way she'd come the first time, her hands stained to the wrist and thirty years deep. The right one shook. A small tremor at the wrist, and she held the chalk in the left.</w:t>
      </w:r>
    </w:p>
    <w:p>
      <w:pPr>
        <w:spacing w:line="360" w:lineRule="auto" w:after="0"/>
        <w:ind w:firstLine="283"/>
      </w:pPr>
      <w:r>
        <w:t>She had taught the boy as she taught everything, by doing. She drew the line, drew the caret, set the chalk down. The boy picked it up and drew his own. She watched. She hardly ever spoke. She had slept in the far house at the lane's end, where the window faced east across the marsh. She had eaten the bread at the fire.</w:t>
      </w:r>
    </w:p>
    <w:p>
      <w:pPr>
        <w:spacing w:line="360" w:lineRule="auto" w:after="0"/>
        <w:ind w:firstLine="283"/>
      </w:pPr>
      <w:r>
        <w:t>She had not once mentioned the Mantle, or the line, or what it cost. Vasryn had been grateful, and had not said so.</w:t>
      </w:r>
    </w:p>
    <w:p>
      <w:pPr>
        <w:spacing w:line="360" w:lineRule="auto" w:after="0"/>
        <w:ind w:firstLine="283"/>
      </w:pPr>
      <w:r>
        <w:t>On a cold autumn morning, with yellow in the willows and linen dripping on the line, he went up to the ridge.</w:t>
      </w:r>
    </w:p>
    <w:p>
      <w:pPr>
        <w:spacing w:line="360" w:lineRule="auto" w:after="0"/>
        <w:ind w:firstLine="283"/>
      </w:pPr>
      <w:r>
        <w:t>He walked it every dawn now. The form was in his feet, and the right one dragged. The right hand shook at his side. The montante stood in the earth where he had planted it, and the crack breathed beside it, in and out, the air that came out colder and older than the air that went in.</w:t>
      </w:r>
    </w:p>
    <w:p>
      <w:pPr>
        <w:spacing w:line="360" w:lineRule="auto" w:after="0"/>
        <w:ind w:firstLine="283"/>
      </w:pPr>
      <w:r>
        <w:t>He walked to the ridge's eastern shoulder, where the land fell away and you could see out over the marsh.</w:t>
      </w:r>
    </w:p>
    <w:p>
      <w:pPr>
        <w:spacing w:line="360" w:lineRule="auto" w:after="0"/>
        <w:ind w:firstLine="283"/>
      </w:pPr>
      <w:r>
        <w:t>It lay flat to the sky, brown with autumn reed. The wind came off it from the east, cold. And it was silent, but not with the silence of nothing. It was the silence of a place that has a great many small sounds and keeps them all: reed against dry reed, a whisper that was almost not a sound; the lap of water on water; the wind running across the stalks like a hand over a sleeper's hair.</w:t>
      </w:r>
    </w:p>
    <w:p>
      <w:pPr>
        <w:spacing w:line="360" w:lineRule="auto" w:after="0"/>
        <w:ind w:firstLine="283"/>
      </w:pPr>
      <w:r>
        <w:t>There was a figure on it.</w:t>
      </w:r>
    </w:p>
    <w:p>
      <w:pPr>
        <w:spacing w:line="360" w:lineRule="auto" w:after="0"/>
        <w:ind w:firstLine="283"/>
      </w:pPr>
      <w:r>
        <w:t>A woman, walking east.</w:t>
      </w:r>
    </w:p>
    <w:p>
      <w:pPr>
        <w:spacing w:line="360" w:lineRule="auto" w:after="0"/>
        <w:ind w:firstLine="283"/>
      </w:pPr>
      <w:r>
        <w:t>He knew her by the cloak before he knew her by the walk. Grey, with the road in it, the dust and rain of everywhere she had ever been, worn since the fork above the Ver. The reeds closed behind her as she went. They didn't stay open. They went back to their places, and where she had passed, there was only marsh.</w:t>
      </w:r>
    </w:p>
    <w:p>
      <w:pPr>
        <w:spacing w:line="360" w:lineRule="auto" w:after="0"/>
        <w:ind w:firstLine="283"/>
      </w:pPr>
      <w:r>
        <w:t>She walked at a steady pace, neither hurried nor reluctant. The walk of a woman who has decided.</w:t>
      </w:r>
    </w:p>
    <w:p>
      <w:pPr>
        <w:spacing w:line="360" w:lineRule="auto" w:after="0"/>
        <w:ind w:firstLine="283"/>
      </w:pPr>
      <w:r>
        <w:t>Her hands hung at her sides. The right one shook. The left was still, and empty. The chalk wasn't in it. It wasn't in her pocket. She had left it on the well-curb the night before, a new stub, only four years worn, since the old one was already in the boy's pocket. The boy hadn't touched it yet. He had looked at it on the stone and left it there, the way you leave a thing you know is a message.</w:t>
      </w:r>
    </w:p>
    <w:p>
      <w:pPr>
        <w:spacing w:line="360" w:lineRule="auto" w:after="0"/>
        <w:ind w:firstLine="283"/>
      </w:pPr>
      <w:r>
        <w:t>The wind lifted the hem of her cloak and the walking went on.</w:t>
      </w:r>
    </w:p>
    <w:p>
      <w:pPr>
        <w:spacing w:line="360" w:lineRule="auto" w:after="0"/>
        <w:ind w:firstLine="283"/>
      </w:pPr>
      <w:r>
        <w:t>Vasryn opened his mouth.</w:t>
      </w:r>
    </w:p>
    <w:p>
      <w:pPr>
        <w:spacing w:line="360" w:lineRule="auto" w:after="0"/>
        <w:ind w:firstLine="283"/>
      </w:pPr>
      <w:r>
        <w:t>He felt the breath go in. He felt it begin to go out as a word. The word was her name, and it sat in the back of his throat, and he held it there.</w:t>
      </w:r>
    </w:p>
    <w:p>
      <w:pPr>
        <w:spacing w:line="360" w:lineRule="auto" w:after="0"/>
        <w:ind w:firstLine="283"/>
      </w:pPr>
      <w:r>
        <w:t>He did not call.</w:t>
      </w:r>
    </w:p>
    <w:p>
      <w:pPr>
        <w:spacing w:line="360" w:lineRule="auto" w:after="0"/>
        <w:ind w:firstLine="283"/>
      </w:pPr>
      <w:r>
        <w:t>It was the whole thing, afterward, when he thought about it. It was not that he didn't want to. His mouth was open. His hand had half risen, as though to cup it, and it shook, and he put it back down against his thigh. He knew exactly what calling was. It was asking her to stay. It was the mender's reach, the hand on the pin. He'd been taught the difference by the woman who was now walking away across the reeds, in a doorway, with a half-hung door in his arms.</w:t>
      </w:r>
    </w:p>
    <w:p>
      <w:pPr>
        <w:spacing w:line="360" w:lineRule="auto" w:after="0"/>
        <w:ind w:firstLine="283"/>
      </w:pPr>
      <w:r>
        <w:t>Set it back.</w:t>
      </w:r>
    </w:p>
    <w:p>
      <w:pPr>
        <w:spacing w:line="360" w:lineRule="auto" w:after="0"/>
        <w:ind w:firstLine="283"/>
      </w:pPr>
      <w:r>
        <w:t>He set it back. The name stayed in his throat. His throat held it.</w:t>
      </w:r>
    </w:p>
    <w:p>
      <w:pPr>
        <w:spacing w:line="360" w:lineRule="auto" w:after="0"/>
        <w:ind w:firstLine="283"/>
      </w:pPr>
      <w:r>
        <w:t>She was smaller now. She was a grey shape in the brown, and then a reed among reeds, the same height as they, and the marsh was taking her the way it took everything, without comment. East of her, where the marsh met the sky, there was a line, grey on brown, and she was walking toward it.</w:t>
      </w:r>
    </w:p>
    <w:p>
      <w:pPr>
        <w:spacing w:line="360" w:lineRule="auto" w:after="0"/>
        <w:ind w:firstLine="283"/>
      </w:pPr>
      <w:r>
        <w:t>She was the woman who had said there wasn't a method for gladness. The woman who'd taught the boy the line and the caret and the door and the carrying. The woman who had set a chalk down, and let it be a message.</w:t>
      </w:r>
    </w:p>
    <w:p>
      <w:pPr>
        <w:spacing w:line="360" w:lineRule="auto" w:after="0"/>
        <w:ind w:firstLine="283"/>
      </w:pPr>
      <w:r>
        <w:t>The reeds closed. The water settled. A bird got up from the place where she had been and went away low across the marsh. Where the figure had stood there was only the marsh, and it held the place without holding her.</w:t>
      </w:r>
    </w:p>
    <w:p>
      <w:pPr>
        <w:spacing w:line="360" w:lineRule="auto" w:after="0"/>
        <w:ind w:firstLine="283"/>
      </w:pPr>
      <w:r>
        <w:t>He stood on the ridge a long time.</w:t>
      </w:r>
    </w:p>
    <w:p>
      <w:pPr>
        <w:spacing w:line="360" w:lineRule="auto" w:after="0"/>
        <w:ind w:firstLine="283"/>
      </w:pPr>
      <w:r>
        <w:t>The wind came cold across his face and over the hand that shook. The silence was the marsh's, and it was his, and the two had become the same silence, and it held the small sounds: the reeds, the water, a name not said.</w:t>
      </w:r>
    </w:p>
    <w:p>
      <w:pPr>
        <w:spacing w:line="360" w:lineRule="auto" w:after="0"/>
        <w:ind w:firstLine="283"/>
      </w:pPr>
      <w:r>
        <w:t>Below him, a long way down, the boy was drawing water. He didn't know. He would find the chalk, tonight or tomorrow, and pick it up and put it in his pocket beside the other. He would carry the teacher's stub. Vasryn did not go down to tell him. That too was a letting-go, and he had been given the practice of it.</w:t>
      </w:r>
    </w:p>
    <w:p>
      <w:pPr>
        <w:spacing w:line="360" w:lineRule="auto" w:after="0"/>
        <w:ind w:firstLine="283"/>
      </w:pPr>
      <w:r>
        <w:t>He turned from the marsh.</w:t>
      </w:r>
    </w:p>
    <w:p>
      <w:pPr>
        <w:spacing w:line="360" w:lineRule="auto" w:after="0"/>
        <w:ind w:firstLine="283"/>
      </w:pPr>
      <w:r>
        <w:t>It was a slow turn, and not the will's, but the body's. It turned from the east, and the gone thing, and the grey figure that was no longer there. It turned toward the valley, and the well, and the boy who did not yet know.</w:t>
      </w:r>
    </w:p>
    <w:p>
      <w:pPr>
        <w:spacing w:line="360" w:lineRule="auto" w:after="0"/>
        <w:ind w:firstLine="283"/>
      </w:pPr>
      <w:r>
        <w:t>His back was to the marsh. He walked down the ridge, the right foot dragging, the hand shaking, the form still in his feet.</w:t>
      </w:r>
    </w:p>
    <w:p>
      <w:pPr>
        <w:spacing w:line="360" w:lineRule="auto" w:after="0"/>
        <w:ind w:firstLine="283"/>
      </w:pPr>
      <w:r>
        <w:t>Behind him the marsh kept the silence, and the ridge kept the not-calling, and the reeds closed over every track.</w:t>
      </w:r>
    </w:p>
    <w:p>
      <w:pPr>
        <w:ind w:firstLine="0"/>
        <w:jc w:val="center"/>
      </w:pPr>
      <w:r>
        <w:rPr>
          <w:color w:val="AAAAAA"/>
        </w:rPr>
        <w:t>❖</w:t>
      </w:r>
    </w:p>
    <w:p>
      <w:pPr>
        <w:spacing w:before="360" w:after="240"/>
        <w:ind w:firstLine="0"/>
        <w:jc w:val="center"/>
      </w:pPr>
      <w:r>
        <w:rPr>
          <w:b/>
          <w:i/>
          <w:color w:val="333333"/>
          <w:sz w:val="26"/>
        </w:rPr>
        <w:t>Step 59 — The Turned (Kael)</w:t>
      </w:r>
    </w:p>
    <w:p>
      <w:pPr>
        <w:spacing w:line="360" w:lineRule="auto" w:after="0"/>
        <w:ind w:firstLine="283"/>
      </w:pPr>
      <w:r>
        <w:t>‖ ∧</w:t>
      </w:r>
    </w:p>
    <w:p>
      <w:pPr>
        <w:spacing w:line="360" w:lineRule="auto" w:after="0"/>
        <w:ind w:firstLine="283"/>
      </w:pPr>
      <w:r>
        <w:t>The turned came on a morning in the fifth year.</w:t>
      </w:r>
    </w:p>
    <w:p>
      <w:pPr>
        <w:spacing w:line="360" w:lineRule="auto" w:after="0"/>
        <w:ind w:firstLine="283"/>
      </w:pPr>
      <w:r>
        <w:t>Kael was at the well, hauling the bucket. The crank bit into his palm where it had worn two bright places in the iron. His wrist took the weight and held. He was nineteen, and he had been drawing water for five years, and he carried in his shoulders every one of them.</w:t>
      </w:r>
    </w:p>
    <w:p>
      <w:pPr>
        <w:spacing w:line="360" w:lineRule="auto" w:after="0"/>
        <w:ind w:firstLine="283"/>
      </w:pPr>
      <w:r>
        <w:t>The coat fit him. It hadn't, once. It had hung to his knees and swallowed his hands, and he had grown into it a year at a time, as one grows into a language. The dip of the old man's shoulders was still there in the wool, a shallow hollow in the cloth. Kael didn't fill it. It was a place, and he left it alone.</w:t>
      </w:r>
    </w:p>
    <w:p>
      <w:pPr>
        <w:spacing w:line="360" w:lineRule="auto" w:after="0"/>
        <w:ind w:firstLine="283"/>
      </w:pPr>
      <w:r>
        <w:t>In the pocket, side by side, were two chalks. His own, a white stub with the shape of his grip in it, worn flat where his thumb sat. And Lyris's, cardamom-colored and flat at the tip, thirty years of her hand, and four more of his.</w:t>
      </w:r>
    </w:p>
    <w:p>
      <w:pPr>
        <w:spacing w:line="360" w:lineRule="auto" w:after="0"/>
        <w:ind w:firstLine="283"/>
      </w:pPr>
      <w:r>
        <w:t>He had found her new stub on the curb that morning, three years ago, the day she'd left. He had known what it was, and put it in his pocket beside the old.</w:t>
      </w:r>
    </w:p>
    <w:p>
      <w:pPr>
        <w:spacing w:line="360" w:lineRule="auto" w:after="0"/>
        <w:ind w:firstLine="283"/>
      </w:pPr>
      <w:r>
        <w:t>He saw them at the gate.</w:t>
      </w:r>
    </w:p>
    <w:p>
      <w:pPr>
        <w:spacing w:line="360" w:lineRule="auto" w:after="0"/>
        <w:ind w:firstLine="283"/>
      </w:pPr>
      <w:r>
        <w:t>The east gate stood where the lane met the rim-path, two grey oak posts and a bar, and the bar was down. Three people sat on the ground beside it. They were writing.</w:t>
      </w:r>
    </w:p>
    <w:p>
      <w:pPr>
        <w:spacing w:line="360" w:lineRule="auto" w:after="0"/>
        <w:ind w:firstLine="283"/>
      </w:pPr>
      <w:r>
        <w:t>Kael knew two of them. The first was the tanner's son. He had left the valley two years back, to go east, where everyone eventually went, and hadn't come home. He was home now. He sat with his back against the gatepost and a small book on his knee, and wrote in it with a Registry quill, iron nib, iron-gall. The second was the cooper's daughter. She had gone east a year ago. She sat on the other side with a book of her own. The third was an old man Kael had never seen, a stranger from somewhere else, whose hand moved across his page the way a hand does that has moved across pages for years.</w:t>
      </w:r>
    </w:p>
    <w:p>
      <w:pPr>
        <w:spacing w:line="360" w:lineRule="auto" w:after="0"/>
        <w:ind w:firstLine="283"/>
      </w:pPr>
      <w:r>
        <w:t>Kael went down the lane. The coat lay on his shoulders. The two chalks knocked together in his pocket with a small dry sound.</w:t>
      </w:r>
    </w:p>
    <w:p>
      <w:pPr>
        <w:spacing w:line="360" w:lineRule="auto" w:after="0"/>
        <w:ind w:firstLine="283"/>
      </w:pPr>
      <w:r>
        <w:t>None of them looked up.</w:t>
      </w:r>
    </w:p>
    <w:p>
      <w:pPr>
        <w:spacing w:line="360" w:lineRule="auto" w:after="0"/>
        <w:ind w:firstLine="283"/>
      </w:pPr>
      <w:r>
        <w:t>They wrote. Kael stopped a few feet off and could read what they were writing. It was the Registry's hand, with the red-brown rulings and the columns, and every line was a not-giving, an empty row with a caret beside it. The valley as the Registry would have it. They wrote it steadily. Their hands didn't shake. They held the quills at the right angle, the right height, the wrist straight, the nib never reaching down. They had the Registry's hands.</w:t>
      </w:r>
    </w:p>
    <w:p>
      <w:pPr>
        <w:spacing w:line="360" w:lineRule="auto" w:after="0"/>
        <w:ind w:firstLine="283"/>
      </w:pPr>
      <w:r>
        <w:t>The tanner's son had been Kael's friend. They had drawn water from the same well, and eaten bread at the same fire, and he'd had a laugh like a dropped tray. Kael looked at his face now, and it wasn't gone. It was just not where he was. Where the laugh had been, there was a smooth place, like a stone someone has wiped.</w:t>
      </w:r>
    </w:p>
    <w:p>
      <w:pPr>
        <w:spacing w:line="360" w:lineRule="auto" w:after="0"/>
        <w:ind w:firstLine="283"/>
      </w:pPr>
      <w:r>
        <w:t>The smell reached him before he understood it.</w:t>
      </w:r>
    </w:p>
    <w:p>
      <w:pPr>
        <w:spacing w:line="360" w:lineRule="auto" w:after="0"/>
        <w:ind w:firstLine="283"/>
      </w:pPr>
      <w:r>
        <w:t>It came up the lane the way bread-smell came from the bakehouse. It had road in it, dust and packed earth. It had the marsh, reed and standing water. It had something else under those, a smell Kael knew from some other life, a warmth, but a warmth that had gone cold. It was the smell of a kitchen in the minute after the fire's been put out. The kettle was still on the hob and the hob was still hot to the hand, and the heat was leaving it.</w:t>
      </w:r>
    </w:p>
    <w:p>
      <w:pPr>
        <w:spacing w:line="360" w:lineRule="auto" w:after="0"/>
        <w:ind w:firstLine="283"/>
      </w:pPr>
      <w:r>
        <w:t>It was on the turned. It was on the books and quills and the ground they sat on.</w:t>
      </w:r>
    </w:p>
    <w:p>
      <w:pPr>
        <w:spacing w:line="360" w:lineRule="auto" w:after="0"/>
        <w:ind w:firstLine="283"/>
      </w:pPr>
      <w:r>
        <w:t>He went and found Vasryn at the well. The old man sat on the curb, his hand shaking in his lap. His shoulder was four fingers down, and the right foot lay half out from under him in the dust where he had stopped trying to hold it.</w:t>
      </w:r>
    </w:p>
    <w:p>
      <w:pPr>
        <w:spacing w:line="360" w:lineRule="auto" w:after="0"/>
        <w:ind w:firstLine="283"/>
      </w:pPr>
      <w:r>
        <w:t>"The turned," Kael said.</w:t>
      </w:r>
    </w:p>
    <w:p>
      <w:pPr>
        <w:spacing w:line="360" w:lineRule="auto" w:after="0"/>
        <w:ind w:firstLine="283"/>
      </w:pPr>
      <w:r>
        <w:t>"I saw."</w:t>
      </w:r>
    </w:p>
    <w:p>
      <w:pPr>
        <w:spacing w:line="360" w:lineRule="auto" w:after="0"/>
        <w:ind w:firstLine="283"/>
      </w:pPr>
      <w:r>
        <w:t>"The tanner's son. The cooper's daughter. An old man."</w:t>
      </w:r>
    </w:p>
    <w:p>
      <w:pPr>
        <w:spacing w:line="360" w:lineRule="auto" w:after="0"/>
        <w:ind w:firstLine="283"/>
      </w:pPr>
      <w:r>
        <w:t>"I know the old man." Vasryn did not say from where. "They'll write the not-givings. Let them."</w:t>
      </w:r>
    </w:p>
    <w:p>
      <w:pPr>
        <w:spacing w:line="360" w:lineRule="auto" w:after="0"/>
        <w:ind w:firstLine="283"/>
      </w:pPr>
      <w:r>
        <w:t>"What are they?"</w:t>
      </w:r>
    </w:p>
    <w:p>
      <w:pPr>
        <w:spacing w:line="360" w:lineRule="auto" w:after="0"/>
        <w:ind w:firstLine="283"/>
      </w:pPr>
      <w:r>
        <w:t>It took a long time to be answered. The hand shook. The breath caught on its ledge and went round.</w:t>
      </w:r>
    </w:p>
    <w:p>
      <w:pPr>
        <w:spacing w:line="360" w:lineRule="auto" w:after="0"/>
        <w:ind w:firstLine="283"/>
      </w:pPr>
      <w:r>
        <w:t>"They went to the Core," Vasryn said. "It took them. It gave them the warm. The warm took the name. When the warmth goes cold, that's what's left." He said it the way you set down a thing you've carried a long way. "They're what's left when you're held and then not held anymore. They don't know. They don't see it. They write what the Core wants written."</w:t>
      </w:r>
    </w:p>
    <w:p>
      <w:pPr>
        <w:spacing w:line="360" w:lineRule="auto" w:after="0"/>
        <w:ind w:firstLine="283"/>
      </w:pPr>
      <w:r>
        <w:t>"Can they come back?"</w:t>
      </w:r>
    </w:p>
    <w:p>
      <w:pPr>
        <w:spacing w:line="360" w:lineRule="auto" w:after="0"/>
        <w:ind w:firstLine="283"/>
      </w:pPr>
      <w:r>
        <w:t>"I've seen it once." He didn't say more. "The village won't fight them, and it won't take them in. It'll let them sit. That's the village's mercy, and its weakness. They are not the village's. They're the Core's."</w:t>
      </w:r>
    </w:p>
    <w:p>
      <w:pPr>
        <w:spacing w:line="360" w:lineRule="auto" w:after="0"/>
        <w:ind w:firstLine="283"/>
      </w:pPr>
      <w:r>
        <w:t>Kael looked up the lane at the gate. Three heads bent over three books.</w:t>
      </w:r>
    </w:p>
    <w:p>
      <w:pPr>
        <w:spacing w:line="360" w:lineRule="auto" w:after="0"/>
        <w:ind w:firstLine="283"/>
      </w:pPr>
      <w:r>
        <w:t>"The Core takes and gives in the same breath," Vasryn said. "They gave the name and took the warm, and it was the same bargain. They carry both. They don't know they carry both."</w:t>
      </w:r>
    </w:p>
    <w:p>
      <w:pPr>
        <w:spacing w:line="360" w:lineRule="auto" w:after="0"/>
        <w:ind w:firstLine="283"/>
      </w:pPr>
      <w:r>
        <w:t>Kael didn't say anything. His hand was in his pocket, on the two chalks.</w:t>
      </w:r>
    </w:p>
    <w:p>
      <w:pPr>
        <w:spacing w:line="360" w:lineRule="auto" w:after="0"/>
        <w:ind w:firstLine="283"/>
      </w:pPr>
      <w:r>
        <w:t>He went back up the lane.</w:t>
      </w:r>
    </w:p>
    <w:p>
      <w:pPr>
        <w:spacing w:line="360" w:lineRule="auto" w:after="0"/>
        <w:ind w:firstLine="283"/>
      </w:pPr>
      <w:r>
        <w:t>He took out the white one. It lay in his palm worn smooth to his grip, not Lyris's and not Vasryn's, his own. He stood in front of the gatepost, oak gone grey with weather, and set the chalk to it.</w:t>
      </w:r>
    </w:p>
    <w:p>
      <w:pPr>
        <w:spacing w:line="360" w:lineRule="auto" w:after="0"/>
        <w:ind w:firstLine="283"/>
      </w:pPr>
      <w:r>
        <w:t>He drew a mark.</w:t>
      </w:r>
    </w:p>
    <w:p>
      <w:pPr>
        <w:spacing w:line="360" w:lineRule="auto" w:after="0"/>
        <w:ind w:firstLine="283"/>
      </w:pPr>
      <w:r>
        <w:t>It wasn't a line. It wasn't a caret. It wasn't any of the five things he had been taught, or the sixth he had made by not drawing it. It was a circle, small, the width of a thumbnail, closed. A shape that holds. A shape with no gap, nowhere for a thing to go through.</w:t>
      </w:r>
    </w:p>
    <w:p>
      <w:pPr>
        <w:spacing w:line="360" w:lineRule="auto" w:after="0"/>
        <w:ind w:firstLine="283"/>
      </w:pPr>
      <w:r>
        <w:t>It was his. He had not known he was going to draw it until his hand was done.</w:t>
      </w:r>
    </w:p>
    <w:p>
      <w:pPr>
        <w:spacing w:line="360" w:lineRule="auto" w:after="0"/>
        <w:ind w:firstLine="283"/>
      </w:pPr>
      <w:r>
        <w:t>The white sat on the grey, round and small, at the height of his chest.</w:t>
      </w:r>
    </w:p>
    <w:p>
      <w:pPr>
        <w:spacing w:line="360" w:lineRule="auto" w:after="0"/>
        <w:ind w:firstLine="283"/>
      </w:pPr>
      <w:r>
        <w:t>The turned did not look up. They didn't see the circle. They didn't see him. Three quills moved across three pages, steady, the red-brown columns filling with the valley's not-givings, line after line. Above them the circle held.</w:t>
      </w:r>
    </w:p>
    <w:p>
      <w:pPr>
        <w:spacing w:line="360" w:lineRule="auto" w:after="0"/>
        <w:ind w:firstLine="283"/>
      </w:pPr>
      <w:r>
        <w:t>He put the white chalk back in the pocket beside Lyris's. His hand stayed on them for a moment, one warm in his palm and the other cool, the one that had been worn by a woman who had walked away and the one worn by himself.</w:t>
      </w:r>
    </w:p>
    <w:p>
      <w:pPr>
        <w:spacing w:line="360" w:lineRule="auto" w:after="0"/>
        <w:ind w:firstLine="283"/>
      </w:pPr>
      <w:r>
        <w:t>It wasn't the two lines and the caret. It wasn't the old man's way, or hers. It was a mark that closed. It was what he would carry.</w:t>
      </w:r>
    </w:p>
    <w:p>
      <w:pPr>
        <w:spacing w:line="360" w:lineRule="auto" w:after="0"/>
        <w:ind w:firstLine="283"/>
      </w:pPr>
      <w:r>
        <w:t>The turned wrote. Kael's circle held on the gatepost, white against the grey, over their bent heads, and the morning went on.</w:t>
      </w:r>
    </w:p>
    <w:p>
      <w:pPr>
        <w:ind w:firstLine="0"/>
        <w:jc w:val="center"/>
      </w:pPr>
      <w:r>
        <w:rPr>
          <w:color w:val="AAAAAA"/>
        </w:rPr>
        <w:t>❖</w:t>
      </w:r>
    </w:p>
    <w:p>
      <w:pPr>
        <w:spacing w:before="360" w:after="240"/>
        <w:ind w:firstLine="0"/>
        <w:jc w:val="center"/>
      </w:pPr>
      <w:r>
        <w:rPr>
          <w:b/>
          <w:i/>
          <w:color w:val="333333"/>
          <w:sz w:val="26"/>
        </w:rPr>
        <w:t>Step 60 — What the Quiet Child Wants (Kael)</w:t>
      </w:r>
    </w:p>
    <w:p>
      <w:pPr>
        <w:spacing w:line="360" w:lineRule="auto" w:after="0"/>
        <w:ind w:firstLine="283"/>
      </w:pPr>
      <w:r>
        <w:t>‖ ∧</w:t>
      </w:r>
    </w:p>
    <w:p>
      <w:pPr>
        <w:spacing w:line="360" w:lineRule="auto" w:after="0"/>
        <w:ind w:firstLine="283"/>
      </w:pPr>
      <w:r>
        <w:t>The smith's youngest had been coming to the well for a week before Kael worked out she was coming to see him.</w:t>
      </w:r>
    </w:p>
    <w:p>
      <w:pPr>
        <w:spacing w:line="360" w:lineRule="auto" w:after="0"/>
        <w:ind w:firstLine="283"/>
      </w:pPr>
      <w:r>
        <w:t>She never carried a bucket. She came down the lane at the hour the crank started to squeal, planted herself against the curb with her chin level with the stone, and stayed. Four years old. Dark hair hacked off at the jaw by someone in a hurry. The smith's hands on her, wide and square and absurdly small, grey with forge-ash to the wrist because nobody had ever managed to keep her clean.</w:t>
      </w:r>
    </w:p>
    <w:p>
      <w:pPr>
        <w:spacing w:line="360" w:lineRule="auto" w:after="0"/>
        <w:ind w:firstLine="283"/>
      </w:pPr>
      <w:r>
        <w:t>She didn't ask for water. She didn't ask for anything. She watched.</w:t>
      </w:r>
    </w:p>
    <w:p>
      <w:pPr>
        <w:spacing w:line="360" w:lineRule="auto" w:after="0"/>
        <w:ind w:firstLine="283"/>
      </w:pPr>
      <w:r>
        <w:t>It was the sixth year, a cold morning with the sky the color of dishwater, and Kael had been up since the black part of the night. The crank was iron and had worn two shallow bright places where his palm went. The bucket was oak, iron-banded, forty pounds empty and more than that of anything else once the water was in it. In the first winter it had taken both his hands and a shoulder he'd had to nurse for a month. Now he brought it up one-handed and talked while he did it, which he had never once admitted to being proud of.</w:t>
      </w:r>
    </w:p>
    <w:p>
      <w:pPr>
        <w:spacing w:line="360" w:lineRule="auto" w:after="0"/>
        <w:ind w:firstLine="283"/>
      </w:pPr>
      <w:r>
        <w:t>Vasryn had gone up the rim-path before light, as he did every morning. Kael had stopped saying be careful in the second year, when he realized it was a sentence only he got anything out of. The sound that stayed behind in the lane was the walk: left boot, then right boot a breath behind. That was new this spring. Kael had decided not to have noticed it.</w:t>
      </w:r>
    </w:p>
    <w:p>
      <w:pPr>
        <w:spacing w:line="360" w:lineRule="auto" w:after="0"/>
        <w:ind w:firstLine="283"/>
      </w:pPr>
      <w:r>
        <w:t>He drew the bucket, set it on the curb, and she was still there.</w:t>
      </w:r>
    </w:p>
    <w:p>
      <w:pPr>
        <w:spacing w:line="360" w:lineRule="auto" w:after="0"/>
        <w:ind w:firstLine="283"/>
      </w:pPr>
      <w:r>
        <w:t>"Morning," Kael said.</w:t>
      </w:r>
    </w:p>
    <w:p>
      <w:pPr>
        <w:spacing w:line="360" w:lineRule="auto" w:after="0"/>
        <w:ind w:firstLine="283"/>
      </w:pPr>
      <w:r>
        <w:t>She said nothing. Her eyes went from his face to his wrist, and from his wrist to the crank, and then, with a patience that made the back of his neck go cold, to the pocket of the coat.</w:t>
      </w:r>
    </w:p>
    <w:p>
      <w:pPr>
        <w:spacing w:line="360" w:lineRule="auto" w:after="0"/>
        <w:ind w:firstLine="283"/>
      </w:pPr>
      <w:r>
        <w:t>The coat had been too big for a long time. It had stopped being too big sometime around his sixteenth birthday and he had never been able to say when. He knew the pocket was streaked white at the lip, because that was where the chalk went in and came out, forty times a day. Her eyes sat on the streak. They did not blink much.</w:t>
      </w:r>
    </w:p>
    <w:p>
      <w:pPr>
        <w:spacing w:line="360" w:lineRule="auto" w:after="0"/>
        <w:ind w:firstLine="283"/>
      </w:pPr>
      <w:r>
        <w:t>She's a watcher.</w:t>
      </w:r>
    </w:p>
    <w:p>
      <w:pPr>
        <w:spacing w:line="360" w:lineRule="auto" w:after="0"/>
        <w:ind w:firstLine="283"/>
      </w:pPr>
      <w:r>
        <w:t>He had been one. He knew the look, because it was the one he'd worn at twelve, on his knees at a granary door with a plumb-cord hanging a finger's width wrong and no one to tell him he wasn't mad. It was a look with a hunger in it. Not for being told. For being allowed.</w:t>
      </w:r>
    </w:p>
    <w:p>
      <w:pPr>
        <w:spacing w:line="360" w:lineRule="auto" w:after="0"/>
        <w:ind w:firstLine="283"/>
      </w:pPr>
      <w:r>
        <w:t>He dipped the cup.</w:t>
      </w:r>
    </w:p>
    <w:p>
      <w:pPr>
        <w:spacing w:line="360" w:lineRule="auto" w:after="0"/>
        <w:ind w:firstLine="283"/>
      </w:pPr>
      <w:r>
        <w:t>It was tin. It had been clay once, a fat brown cup that had belonged to the well since before the well had a roof, and he had dropped it in the second winter with fingers too numb to feel it go. He'd stood looking at the pieces for a full minute with his stomach turned over. The smith had come down the next morning with a tin cup beaten out of a pot-lid, still warm at the seam, and set it on the curb without a word. He would not take anything for it. He had said, "It'll dent. Let it."</w:t>
      </w:r>
    </w:p>
    <w:p>
      <w:pPr>
        <w:spacing w:line="360" w:lineRule="auto" w:after="0"/>
        <w:ind w:firstLine="283"/>
      </w:pPr>
      <w:r>
        <w:t>It had dented. Kael filled it, and set it on the stone where she could reach.</w:t>
      </w:r>
    </w:p>
    <w:p>
      <w:pPr>
        <w:spacing w:line="360" w:lineRule="auto" w:after="0"/>
        <w:ind w:firstLine="283"/>
      </w:pPr>
      <w:r>
        <w:t>She looked at it. Her hand came up out of her side, small and grey, and stopped in the air a hand's breadth short of the tin, and stayed there, trembling a little. It wasn't fear. It was the particular shaking of a person who wants something so badly she has forgotten how to move toward it.</w:t>
      </w:r>
    </w:p>
    <w:p>
      <w:pPr>
        <w:spacing w:line="360" w:lineRule="auto" w:after="0"/>
        <w:ind w:firstLine="283"/>
      </w:pPr>
      <w:r>
        <w:t>Kael picked up the cup and lowered it to her height. She took it in both hands, as if it were full of something other than water, and drank. The whole cup, the throat working. A drop ran down her chin and cut a clean line through the ash.</w:t>
      </w:r>
    </w:p>
    <w:p>
      <w:pPr>
        <w:spacing w:line="360" w:lineRule="auto" w:after="0"/>
        <w:ind w:firstLine="283"/>
      </w:pPr>
      <w:r>
        <w:t>She didn't let go afterwards. Her fingers went round the rim, feeling the smith's hammer-marks, the dent, the place where her father's thumb had set the lip. She turned the cup in her hands and looked at the dent with enormous attention, as if it were writing.</w:t>
      </w:r>
    </w:p>
    <w:p>
      <w:pPr>
        <w:spacing w:line="360" w:lineRule="auto" w:after="0"/>
        <w:ind w:firstLine="283"/>
      </w:pPr>
      <w:r>
        <w:t>She knows whose it is. Of course she does.</w:t>
      </w:r>
    </w:p>
    <w:p>
      <w:pPr>
        <w:spacing w:line="360" w:lineRule="auto" w:after="0"/>
        <w:ind w:firstLine="283"/>
      </w:pPr>
      <w:r>
        <w:t>Then she looked at his pocket again.</w:t>
      </w:r>
    </w:p>
    <w:p>
      <w:pPr>
        <w:spacing w:line="360" w:lineRule="auto" w:after="0"/>
        <w:ind w:firstLine="283"/>
      </w:pPr>
      <w:r>
        <w:t>Kael had had this argument in his head for days, and he had been losing it for days.</w:t>
      </w:r>
    </w:p>
    <w:p>
      <w:pPr>
        <w:spacing w:line="360" w:lineRule="auto" w:after="0"/>
        <w:ind w:firstLine="283"/>
      </w:pPr>
      <w:r>
        <w:t>The chalk was not a toy. He knew what the chalk was. He had seen what it cost, up close, every morning for six years, in a form he'd had to learn to look at slowly: a shoulder that sat a half-inch lower than it had in the spring, a tremor that had started in one finger and was now in the hand, a man who used to take the stairs two at a time and now counted them. Every mark on the well-house wall had been paid for in something, and he had watched it being paid.</w:t>
      </w:r>
    </w:p>
    <w:p>
      <w:pPr>
        <w:spacing w:line="360" w:lineRule="auto" w:after="0"/>
        <w:ind w:firstLine="283"/>
      </w:pPr>
      <w:r>
        <w:t>And here she was, four years old, looking at it as if it were bread.</w:t>
      </w:r>
    </w:p>
    <w:p>
      <w:pPr>
        <w:spacing w:line="360" w:lineRule="auto" w:after="0"/>
        <w:ind w:firstLine="283"/>
      </w:pPr>
      <w:r>
        <w:t>He could say no. It would be the kind thing and the safe thing. He could take her home to her mother and tell the smith to keep her away from the well. She would grow up grinding and hammering and married to someone, and keep her hands.</w:t>
      </w:r>
    </w:p>
    <w:p>
      <w:pPr>
        <w:spacing w:line="360" w:lineRule="auto" w:after="0"/>
        <w:ind w:firstLine="283"/>
      </w:pPr>
      <w:r>
        <w:t>And be what, in thirty years? The one who never asked?</w:t>
      </w:r>
    </w:p>
    <w:p>
      <w:pPr>
        <w:spacing w:line="360" w:lineRule="auto" w:after="0"/>
        <w:ind w:firstLine="283"/>
      </w:pPr>
      <w:r>
        <w:t>He thought of Vasryn, saying once and only once, in the dark, with his back turned: Nobody told me it was a choice. I'd have liked to be told.</w:t>
      </w:r>
    </w:p>
    <w:p>
      <w:pPr>
        <w:spacing w:line="360" w:lineRule="auto" w:after="0"/>
        <w:ind w:firstLine="283"/>
      </w:pPr>
      <w:r>
        <w:t>Kael took the chalk out of his pocket. The white one, his own, worn down to a stub that had taken the shape of his grip. He set it on the curb beside the cup.</w:t>
      </w:r>
    </w:p>
    <w:p>
      <w:pPr>
        <w:spacing w:line="360" w:lineRule="auto" w:after="0"/>
        <w:ind w:firstLine="283"/>
      </w:pPr>
      <w:r>
        <w:t>"That's for marking," he said. "It rubs off. Mostly."</w:t>
      </w:r>
    </w:p>
    <w:p>
      <w:pPr>
        <w:spacing w:line="360" w:lineRule="auto" w:after="0"/>
        <w:ind w:firstLine="283"/>
      </w:pPr>
      <w:r>
        <w:t>Her hand went out and took it. The stub filled her whole fist, and her fingers closed round the places his had worn smooth, and she held it the way you hold a bird.</w:t>
      </w:r>
    </w:p>
    <w:p>
      <w:pPr>
        <w:spacing w:line="360" w:lineRule="auto" w:after="0"/>
        <w:ind w:firstLine="283"/>
      </w:pPr>
      <w:r>
        <w:t>She turned to the well-curb and put the chalk to the stone.</w:t>
      </w:r>
    </w:p>
    <w:p>
      <w:pPr>
        <w:spacing w:line="360" w:lineRule="auto" w:after="0"/>
        <w:ind w:firstLine="283"/>
      </w:pPr>
      <w:r>
        <w:t>What she drew was not a line. It wasn't a caret or a circle or any shape he'd have known how to name. It was a scratch: short, hard, slanted, pressed so firmly the chalk squeaked. She looked at it. She did it again beside it, and again.</w:t>
      </w:r>
    </w:p>
    <w:p>
      <w:pPr>
        <w:spacing w:line="360" w:lineRule="auto" w:after="0"/>
        <w:ind w:firstLine="283"/>
      </w:pPr>
      <w:r>
        <w:t>Three white scratches on grey stone.</w:t>
      </w:r>
    </w:p>
    <w:p>
      <w:pPr>
        <w:spacing w:line="360" w:lineRule="auto" w:after="0"/>
        <w:ind w:firstLine="283"/>
      </w:pPr>
      <w:r>
        <w:t>Every instinct he had was shouting. Not like that. Hold it flatter. Draw it down, not across. That's the first line, it goes straight, the whole form begins in that line. He had the sentence in his mouth. He could feel the shape of it.</w:t>
      </w:r>
    </w:p>
    <w:p>
      <w:pPr>
        <w:spacing w:line="360" w:lineRule="auto" w:after="0"/>
        <w:ind w:firstLine="283"/>
      </w:pPr>
      <w:r>
        <w:t>He shut his mouth on it.</w:t>
      </w:r>
    </w:p>
    <w:p>
      <w:pPr>
        <w:spacing w:line="360" w:lineRule="auto" w:after="0"/>
        <w:ind w:firstLine="283"/>
      </w:pPr>
      <w:r>
        <w:t>She put the chalk down and looked at him. Her whole face had changed. It was open now, with something wide and unguarded in it, like a door someone has finally unlatched from the inside.</w:t>
      </w:r>
    </w:p>
    <w:p>
      <w:pPr>
        <w:spacing w:line="360" w:lineRule="auto" w:after="0"/>
        <w:ind w:firstLine="283"/>
      </w:pPr>
      <w:r>
        <w:t>"What is it?" she said.</w:t>
      </w:r>
    </w:p>
    <w:p>
      <w:pPr>
        <w:spacing w:line="360" w:lineRule="auto" w:after="0"/>
        <w:ind w:firstLine="283"/>
      </w:pPr>
      <w:r>
        <w:t>Her voice was a thin, scratchy thing, and it was the first time he had heard it.</w:t>
      </w:r>
    </w:p>
    <w:p>
      <w:pPr>
        <w:spacing w:line="360" w:lineRule="auto" w:after="0"/>
        <w:ind w:firstLine="283"/>
      </w:pPr>
      <w:r>
        <w:t>"What's what?"</w:t>
      </w:r>
    </w:p>
    <w:p>
      <w:pPr>
        <w:spacing w:line="360" w:lineRule="auto" w:after="0"/>
        <w:ind w:firstLine="283"/>
      </w:pPr>
      <w:r>
        <w:t>"This." She flattened her palm over the scratches and then lifted it, as if checking whether they were still there. "What is it for?"</w:t>
      </w:r>
    </w:p>
    <w:p>
      <w:pPr>
        <w:spacing w:line="360" w:lineRule="auto" w:after="0"/>
        <w:ind w:firstLine="283"/>
      </w:pPr>
      <w:r>
        <w:t>He thought of ten answers. Every one was wrong, or true and too large. He crouched down until his eyes were level with hers, took the chalk, and drew his line beside her scratches: vertical, a finger wide, the first line of the form. It was the line Lyris had drawn and Vasryn had drawn, in a tradition older than the wall. It was straight and clean and looked, next to her scratches, like a fence post beside a spill of seed.</w:t>
      </w:r>
    </w:p>
    <w:p>
      <w:pPr>
        <w:spacing w:line="360" w:lineRule="auto" w:after="0"/>
        <w:ind w:firstLine="283"/>
      </w:pPr>
      <w:r>
        <w:t>She considered the two for a long time. He could see her deciding, quite coldly, which she liked better.</w:t>
      </w:r>
    </w:p>
    <w:p>
      <w:pPr>
        <w:spacing w:line="360" w:lineRule="auto" w:after="0"/>
        <w:ind w:firstLine="283"/>
      </w:pPr>
      <w:r>
        <w:t>Then she looked at him with an expression that was entirely, ruinously polite. It said: yours is neater. Mine is mine.</w:t>
      </w:r>
    </w:p>
    <w:p>
      <w:pPr>
        <w:spacing w:line="360" w:lineRule="auto" w:after="0"/>
        <w:ind w:firstLine="283"/>
      </w:pPr>
      <w:r>
        <w:t>He laughed. It came out of him in a short, cracked bark that startled them both.</w:t>
      </w:r>
    </w:p>
    <w:p>
      <w:pPr>
        <w:spacing w:line="360" w:lineRule="auto" w:after="0"/>
        <w:ind w:firstLine="283"/>
      </w:pPr>
      <w:r>
        <w:t>"Come here," he said, and put the chalk back in her hand and folded his own around it. Her hand was warm and sticky and about the size of a walnut inside his. "Hold on. Don't help me."</w:t>
      </w:r>
    </w:p>
    <w:p>
      <w:pPr>
        <w:spacing w:line="360" w:lineRule="auto" w:after="0"/>
        <w:ind w:firstLine="283"/>
      </w:pPr>
      <w:r>
        <w:t>He moved their hands together. The chalk touched stone and drew a line: slow, unsteady, wavering at the bottom where she pulled and he let her. It was not his line, and it wasn't hers. It was a third thing with two hands in it. It stood on the stone between his straight one and her scratches, and the three of them made a ragged little family.</w:t>
      </w:r>
    </w:p>
    <w:p>
      <w:pPr>
        <w:spacing w:line="360" w:lineRule="auto" w:after="0"/>
        <w:ind w:firstLine="283"/>
      </w:pPr>
      <w:r>
        <w:t>He let go.</w:t>
      </w:r>
    </w:p>
    <w:p>
      <w:pPr>
        <w:spacing w:line="360" w:lineRule="auto" w:after="0"/>
        <w:ind w:firstLine="283"/>
      </w:pPr>
      <w:r>
        <w:t>She stayed where she was a moment, hand in the air. Then she reached out and made one more mark by herself, and this one was almost a line, with a hook at the top that no form had taught her. She sat back on her heels and looked at it like a person who has been told a secret.</w:t>
      </w:r>
    </w:p>
    <w:p>
      <w:pPr>
        <w:spacing w:line="360" w:lineRule="auto" w:after="0"/>
        <w:ind w:firstLine="283"/>
      </w:pPr>
      <w:r>
        <w:t>"Right," Kael said. His voice wasn't steady, and he cleared his throat. "That'll do."</w:t>
      </w:r>
    </w:p>
    <w:p>
      <w:pPr>
        <w:spacing w:line="360" w:lineRule="auto" w:after="0"/>
        <w:ind w:firstLine="283"/>
      </w:pPr>
      <w:r>
        <w:t>She put the chalk in her fist, closed the fist around it, stood, and walked back up the lane. She did not say thank you. She did not look back. A child who has finally been given the thing she wanted does not stop to discuss it.</w:t>
      </w:r>
    </w:p>
    <w:p>
      <w:pPr>
        <w:spacing w:line="360" w:lineRule="auto" w:after="0"/>
        <w:ind w:firstLine="283"/>
      </w:pPr>
      <w:r>
        <w:t>Kael sat down on the curb, in the cold, with the three kinds of marks beside him.</w:t>
      </w:r>
    </w:p>
    <w:p>
      <w:pPr>
        <w:spacing w:line="360" w:lineRule="auto" w:after="0"/>
        <w:ind w:firstLine="283"/>
      </w:pPr>
      <w:r>
        <w:t>It was a while before he noticed his right hand. It was lying on his knee, and it was shaking. Not much. Just once, a fine small tremor, there and gone, like a leaf in a draft.</w:t>
      </w:r>
    </w:p>
    <w:p>
      <w:pPr>
        <w:spacing w:line="360" w:lineRule="auto" w:after="0"/>
        <w:ind w:firstLine="283"/>
      </w:pPr>
      <w:r>
        <w:t>He watched it until it stopped. Then he put it in his pocket, where the chalk wasn't anymore, and sat there with the cold coming up through the stone.</w:t>
      </w:r>
    </w:p>
    <w:p>
      <w:pPr>
        <w:ind w:firstLine="0"/>
        <w:jc w:val="center"/>
      </w:pPr>
      <w:r>
        <w:rPr>
          <w:color w:val="AAAAAA"/>
        </w:rPr>
        <w:t>❖</w:t>
      </w:r>
    </w:p>
    <w:p>
      <w:pPr>
        <w:spacing w:before="360" w:after="240"/>
        <w:ind w:firstLine="0"/>
        <w:jc w:val="center"/>
      </w:pPr>
      <w:r>
        <w:rPr>
          <w:b/>
          <w:i/>
          <w:color w:val="333333"/>
          <w:sz w:val="26"/>
        </w:rPr>
        <w:t>Step 61 — The Two Chalk Lines (Kael)</w:t>
      </w:r>
    </w:p>
    <w:p>
      <w:pPr>
        <w:spacing w:line="360" w:lineRule="auto" w:after="0"/>
        <w:ind w:firstLine="283"/>
      </w:pPr>
      <w:r>
        <w:t>‖ ∧</w:t>
      </w:r>
    </w:p>
    <w:p>
      <w:pPr>
        <w:spacing w:line="360" w:lineRule="auto" w:after="0"/>
        <w:ind w:firstLine="283"/>
      </w:pPr>
      <w:r>
        <w:t>The last morning of the ten years began the way every morning had begun: with Kael on his feet in the dark, not knowing why.</w:t>
      </w:r>
    </w:p>
    <w:p>
      <w:pPr>
        <w:spacing w:line="360" w:lineRule="auto" w:after="0"/>
        <w:ind w:firstLine="283"/>
      </w:pPr>
      <w:r>
        <w:t>He lay a moment in the cot with the blanket pulled to his chin. The room smelled of cold ash and wool. Somewhere below, in the other room, a man's feet found the floor with that two-part sound, and a hand went along the wall. Kael had learned that sound the way you learn a house. He did not get up to help. He had been told not to, in the third year, in a tone that had left no room for negotiation.</w:t>
      </w:r>
    </w:p>
    <w:p>
      <w:pPr>
        <w:spacing w:line="360" w:lineRule="auto" w:after="0"/>
        <w:ind w:firstLine="283"/>
      </w:pPr>
      <w:r>
        <w:t>Let him have the stairs.</w:t>
      </w:r>
    </w:p>
    <w:p>
      <w:pPr>
        <w:spacing w:line="360" w:lineRule="auto" w:after="0"/>
        <w:ind w:firstLine="283"/>
      </w:pPr>
      <w:r>
        <w:t>He took the coat from its peg. It was the coat, the grey one, the cuffs turned back twice. He was twenty-four. It fit.</w:t>
      </w:r>
    </w:p>
    <w:p>
      <w:pPr>
        <w:spacing w:line="360" w:lineRule="auto" w:after="0"/>
        <w:ind w:firstLine="283"/>
      </w:pPr>
      <w:r>
        <w:t>By the time he reached the well, the sky behind the ridge had gone the color of weak tea. The crank squealed. The bucket came up heavy and dark, and he stood a moment with the cold of the rope in his palm and the weight of the water in his shoulder. Ten years of mornings. He had tried, on the walk down, to count how many. He had got to three thousand and stopped, because the sum was not the point.</w:t>
      </w:r>
    </w:p>
    <w:p>
      <w:pPr>
        <w:spacing w:line="360" w:lineRule="auto" w:after="0"/>
        <w:ind w:firstLine="283"/>
      </w:pPr>
      <w:r>
        <w:t>Vasryn came down the lane slowly.</w:t>
      </w:r>
    </w:p>
    <w:p>
      <w:pPr>
        <w:spacing w:line="360" w:lineRule="auto" w:after="0"/>
        <w:ind w:firstLine="283"/>
      </w:pPr>
      <w:r>
        <w:t>He was in the old coat, the thin one, and the right sleeve of it hung a little wrong, the shoulder under it dropped a fist's width below the left, as if something had been taken out of the wall of him and the rest had slumped to fill the gap. He no longer fastened the top two buttons. Kael had fastened them for him through two winters and then, one morning, simply hadn't been asked. The right foot did not leave the ground so much as slide, and every third step it caught on a stone. His hand shook against his thigh.</w:t>
      </w:r>
    </w:p>
    <w:p>
      <w:pPr>
        <w:spacing w:line="360" w:lineRule="auto" w:after="0"/>
        <w:ind w:firstLine="283"/>
      </w:pPr>
      <w:r>
        <w:t>He made it to the curb and lowered himself on to it with an old man's care, though he was not old. Kael took up the cup to fill it.</w:t>
      </w:r>
    </w:p>
    <w:p>
      <w:pPr>
        <w:spacing w:line="360" w:lineRule="auto" w:after="0"/>
        <w:ind w:firstLine="283"/>
      </w:pPr>
      <w:r>
        <w:t>"I'm going up," Vasryn said.</w:t>
      </w:r>
    </w:p>
    <w:p>
      <w:pPr>
        <w:spacing w:line="360" w:lineRule="auto" w:after="0"/>
        <w:ind w:firstLine="283"/>
      </w:pPr>
      <w:r>
        <w:t>"I know."</w:t>
      </w:r>
    </w:p>
    <w:p>
      <w:pPr>
        <w:spacing w:line="360" w:lineRule="auto" w:after="0"/>
        <w:ind w:firstLine="283"/>
      </w:pPr>
      <w:r>
        <w:t>"You don't have to come."</w:t>
      </w:r>
    </w:p>
    <w:p>
      <w:pPr>
        <w:spacing w:line="360" w:lineRule="auto" w:after="0"/>
        <w:ind w:firstLine="283"/>
      </w:pPr>
      <w:r>
        <w:t>"I know that too."</w:t>
      </w:r>
    </w:p>
    <w:p>
      <w:pPr>
        <w:spacing w:line="360" w:lineRule="auto" w:after="0"/>
        <w:ind w:firstLine="283"/>
      </w:pPr>
      <w:r>
        <w:t>A pause. The tin cup rang against the iron of the bucket-lip.</w:t>
      </w:r>
    </w:p>
    <w:p>
      <w:pPr>
        <w:spacing w:line="360" w:lineRule="auto" w:after="0"/>
        <w:ind w:firstLine="283"/>
      </w:pPr>
      <w:r>
        <w:t>"Don't watch me walk it," Vasryn said. "It's not good to look at."</w:t>
      </w:r>
    </w:p>
    <w:p>
      <w:pPr>
        <w:spacing w:line="360" w:lineRule="auto" w:after="0"/>
        <w:ind w:firstLine="283"/>
      </w:pPr>
      <w:r>
        <w:t>Kael had watched him walk it every morning for years. He said, "All right."</w:t>
      </w:r>
    </w:p>
    <w:p>
      <w:pPr>
        <w:spacing w:line="360" w:lineRule="auto" w:after="0"/>
        <w:ind w:firstLine="283"/>
      </w:pPr>
      <w:r>
        <w:t>He watched him go anyway, in the corner of his eye, while he pretended to see to the crank. The man went up the rim-path with the form still in his feet, the old thirty steps showing through the ruin of the body the way a good wall shows through ivy. The step set, the hip turned, the breath held, and then the right foot caught on its stone, and the rest of him waited, and went on.</w:t>
      </w:r>
    </w:p>
    <w:p>
      <w:pPr>
        <w:spacing w:line="360" w:lineRule="auto" w:after="0"/>
        <w:ind w:firstLine="283"/>
      </w:pPr>
      <w:r>
        <w:t>Then the lane was empty and Kael stood a long time with the rope cold in his hand.</w:t>
      </w:r>
    </w:p>
    <w:p>
      <w:pPr>
        <w:spacing w:line="360" w:lineRule="auto" w:after="0"/>
        <w:ind w:firstLine="283"/>
      </w:pPr>
      <w:r>
        <w:t>Noon came and he did the work. He mended the fence where the Bell boys had put a cart through it. He carried water to the smith, who looked at his face and said nothing and gave him a hot roll. A woman asked if it was today, and he said yes, and she took his hand in both of hers and held it a moment, and let go, and neither of them said anything more. The child with the dark hair came and stood at the well and showed him a white stub of chalk in her fist, a little worn, with a half-circle of grey ash round her thumb. She didn't speak. She had made a mark on the smith's door and her mother had scrubbed it twice. He solemnly told her to try the underside of the hay-cart.</w:t>
      </w:r>
    </w:p>
    <w:p>
      <w:pPr>
        <w:spacing w:line="360" w:lineRule="auto" w:after="0"/>
        <w:ind w:firstLine="283"/>
      </w:pPr>
      <w:r>
        <w:t>At the sixth hour, he looked up, and the figure was on the ridge.</w:t>
      </w:r>
    </w:p>
    <w:p>
      <w:pPr>
        <w:spacing w:line="360" w:lineRule="auto" w:after="0"/>
        <w:ind w:firstLine="283"/>
      </w:pPr>
      <w:r>
        <w:t>It came down slowly. He didn't go to meet it. It took an hour. The right foot dragged and the hand swung and stopped, and swung, and at the last turn of the path the figure put out its good hand and rested it on the rock, and stood there with its head down, for what felt like years. Kael's hands gripped the rim of the bucket until the knuckles were white. He did not move.</w:t>
      </w:r>
    </w:p>
    <w:p>
      <w:pPr>
        <w:spacing w:line="360" w:lineRule="auto" w:after="0"/>
        <w:ind w:firstLine="283"/>
      </w:pPr>
      <w:r>
        <w:t>Let him have the path.</w:t>
      </w:r>
    </w:p>
    <w:p>
      <w:pPr>
        <w:spacing w:line="360" w:lineRule="auto" w:after="0"/>
        <w:ind w:firstLine="283"/>
      </w:pPr>
      <w:r>
        <w:t>Vasryn came into the square with his face grey and wet. He sat on the curb as if the stone had hit him from behind. Kael filled the cup and held it out, and the hand that went to take it shook so hard the water slopped over the rim and down the grey coat. Vasryn looked at his own hand with detached professional interest, as at a tool that had failed.</w:t>
      </w:r>
    </w:p>
    <w:p>
      <w:pPr>
        <w:spacing w:line="360" w:lineRule="auto" w:after="0"/>
        <w:ind w:firstLine="283"/>
      </w:pPr>
      <w:r>
        <w:t>"Well," he said. "That's that, then."</w:t>
      </w:r>
    </w:p>
    <w:p>
      <w:pPr>
        <w:spacing w:line="360" w:lineRule="auto" w:after="0"/>
        <w:ind w:firstLine="283"/>
      </w:pPr>
      <w:r>
        <w:t>Kael lifted the cup to his mouth.</w:t>
      </w:r>
    </w:p>
    <w:p>
      <w:pPr>
        <w:spacing w:line="360" w:lineRule="auto" w:after="0"/>
        <w:ind w:firstLine="283"/>
      </w:pPr>
      <w:r>
        <w:t>It was a thing he could not have imagined at twelve, or fifteen, or twenty: Vasryn, who had once taken an iron bar to a man twice his weight and a lantern in the same stroke, drinking from a tin cup held by a boy. Water ran down his chin. Kael wiped it away with his thumb. Vasryn let him.</w:t>
      </w:r>
    </w:p>
    <w:p>
      <w:pPr>
        <w:spacing w:line="360" w:lineRule="auto" w:after="0"/>
        <w:ind w:firstLine="283"/>
      </w:pPr>
      <w:r>
        <w:t>"Did you go in?" Kael said, when the cup was empty.</w:t>
      </w:r>
    </w:p>
    <w:p>
      <w:pPr>
        <w:spacing w:line="360" w:lineRule="auto" w:after="0"/>
        <w:ind w:firstLine="283"/>
      </w:pPr>
      <w:r>
        <w:t>"No."</w:t>
      </w:r>
    </w:p>
    <w:p>
      <w:pPr>
        <w:spacing w:line="360" w:lineRule="auto" w:after="0"/>
        <w:ind w:firstLine="283"/>
      </w:pPr>
      <w:r>
        <w:t>"Did you want to?"</w:t>
      </w:r>
    </w:p>
    <w:p>
      <w:pPr>
        <w:spacing w:line="360" w:lineRule="auto" w:after="0"/>
        <w:ind w:firstLine="283"/>
      </w:pPr>
      <w:r>
        <w:t>"I stood at the edge." Vasryn's eyes were on the middle distance. "It's warm. You'd not credit how warm. The air comes up out of it like out of a kitchen, with the bone in the pot and the flour and the apothecary water. I could have put my hand on the latch. I could have told you the third stair gives."</w:t>
      </w:r>
    </w:p>
    <w:p>
      <w:pPr>
        <w:spacing w:line="360" w:lineRule="auto" w:after="0"/>
        <w:ind w:firstLine="283"/>
      </w:pPr>
      <w:r>
        <w:t>Kael said nothing.</w:t>
      </w:r>
    </w:p>
    <w:p>
      <w:pPr>
        <w:spacing w:line="360" w:lineRule="auto" w:after="0"/>
        <w:ind w:firstLine="283"/>
      </w:pPr>
      <w:r>
        <w:t>"I stood there some time," Vasryn said. "Then I told it tomorrow."</w:t>
      </w:r>
    </w:p>
    <w:p>
      <w:pPr>
        <w:spacing w:line="360" w:lineRule="auto" w:after="0"/>
        <w:ind w:firstLine="283"/>
      </w:pPr>
      <w:r>
        <w:t>Kael made a noise that was half a laugh and half something with an edge on it. Vasryn's mouth moved, the corner of it, in the way it used to.</w:t>
      </w:r>
    </w:p>
    <w:p>
      <w:pPr>
        <w:spacing w:line="360" w:lineRule="auto" w:after="0"/>
        <w:ind w:firstLine="283"/>
      </w:pPr>
      <w:r>
        <w:t>"She'd have liked that," he said. "She'd have said it was a very good prayer. She'd have said not to stop."</w:t>
      </w:r>
    </w:p>
    <w:p>
      <w:pPr>
        <w:spacing w:line="360" w:lineRule="auto" w:after="0"/>
        <w:ind w:firstLine="283"/>
      </w:pPr>
      <w:r>
        <w:t>For a while neither of them spoke. A cart went by on the lane. Someone shouted at a dog.</w:t>
      </w:r>
    </w:p>
    <w:p>
      <w:pPr>
        <w:spacing w:line="360" w:lineRule="auto" w:after="0"/>
        <w:ind w:firstLine="283"/>
      </w:pPr>
      <w:r>
        <w:t>Then Vasryn put his left hand, the one that still mostly obeyed, into the inside pocket of the thin coat. It took him three tries to find what he wanted. When he got it out, it shook so hard that Kael could hear the knife rattle faintly against the ring of his fingers.</w:t>
      </w:r>
    </w:p>
    <w:p>
      <w:pPr>
        <w:spacing w:line="360" w:lineRule="auto" w:after="0"/>
        <w:ind w:firstLine="283"/>
      </w:pPr>
      <w:r>
        <w:t>It was a small thing. A short iron blade and a handle of dark wood worn so smooth it shone. It had been on Vasryn's chest for ten years, and the cloth over it had worn thin and polished in the shape of the knife.</w:t>
      </w:r>
    </w:p>
    <w:p>
      <w:pPr>
        <w:spacing w:line="360" w:lineRule="auto" w:after="0"/>
        <w:ind w:firstLine="283"/>
      </w:pPr>
      <w:r>
        <w:t>"The grandfather's," Vasryn said. "Then hers. Then mine. Now yours."</w:t>
      </w:r>
    </w:p>
    <w:p>
      <w:pPr>
        <w:spacing w:line="360" w:lineRule="auto" w:after="0"/>
        <w:ind w:firstLine="283"/>
      </w:pPr>
      <w:r>
        <w:t>He held it out.</w:t>
      </w:r>
    </w:p>
    <w:p>
      <w:pPr>
        <w:spacing w:line="360" w:lineRule="auto" w:after="0"/>
        <w:ind w:firstLine="283"/>
      </w:pPr>
      <w:r>
        <w:t>Kael looked at the knife. He did not want to touch it. He knew exactly what it weighed, which was nothing, and that nothing would be the heaviest thing he'd ever hold.</w:t>
      </w:r>
    </w:p>
    <w:p>
      <w:pPr>
        <w:spacing w:line="360" w:lineRule="auto" w:after="0"/>
        <w:ind w:firstLine="283"/>
      </w:pPr>
      <w:r>
        <w:t>He took it.</w:t>
      </w:r>
    </w:p>
    <w:p>
      <w:pPr>
        <w:spacing w:line="360" w:lineRule="auto" w:after="0"/>
        <w:ind w:firstLine="283"/>
      </w:pPr>
      <w:r>
        <w:t>The handle was warm from the other man's hand. It sat in his palm like something that had been waiting for it. His fingers found the shallow places in the wood without being told, the dip where a thumb had pressed, the little ridge where a forefinger rested. Four hands. He could feel all four.</w:t>
      </w:r>
    </w:p>
    <w:p>
      <w:pPr>
        <w:spacing w:line="360" w:lineRule="auto" w:after="0"/>
        <w:ind w:firstLine="283"/>
      </w:pPr>
      <w:r>
        <w:t>"Carry it," Vasryn said. His voice had dropped, plain and tired, the voice of a man and not a form. "It's no good for anything. It cuts string. It's a terrible weight."</w:t>
      </w:r>
    </w:p>
    <w:p>
      <w:pPr>
        <w:spacing w:line="360" w:lineRule="auto" w:after="0"/>
        <w:ind w:firstLine="283"/>
      </w:pPr>
      <w:r>
        <w:t>"I'll carry it."</w:t>
      </w:r>
    </w:p>
    <w:p>
      <w:pPr>
        <w:spacing w:line="360" w:lineRule="auto" w:after="0"/>
        <w:ind w:firstLine="283"/>
      </w:pPr>
      <w:r>
        <w:t>"Aye." The grey eyes closed briefly. "I know you will. That's the trouble."</w:t>
      </w:r>
    </w:p>
    <w:p>
      <w:pPr>
        <w:spacing w:line="360" w:lineRule="auto" w:after="0"/>
        <w:ind w:firstLine="283"/>
      </w:pPr>
      <w:r>
        <w:t>Kael put the knife in the inside pocket of the coat, against his chest. It lay there as if it had always been there.</w:t>
      </w:r>
    </w:p>
    <w:p>
      <w:pPr>
        <w:spacing w:line="360" w:lineRule="auto" w:after="0"/>
        <w:ind w:firstLine="283"/>
      </w:pPr>
      <w:r>
        <w:t>They sat. The afternoon went the way afternoons went in a valley that didn't know its ten years had run out, with the bell, and the smith's hammer, and a woman beating a rug somewhere out of sight. The light slid from the west side of the well to the east. Neither of them said much. Vasryn leaned a little on Kael's shoulder, and Kael let him, and for the first time in ten years it did not seem to matter who was holding up whom.</w:t>
      </w:r>
    </w:p>
    <w:p>
      <w:pPr>
        <w:spacing w:line="360" w:lineRule="auto" w:after="0"/>
        <w:ind w:firstLine="283"/>
      </w:pPr>
      <w:r>
        <w:t>When the lamps came on, Kael got up.</w:t>
      </w:r>
    </w:p>
    <w:p>
      <w:pPr>
        <w:spacing w:line="360" w:lineRule="auto" w:after="0"/>
        <w:ind w:firstLine="283"/>
      </w:pPr>
      <w:r>
        <w:t>The wall of the well-house was whitewashed once and had weathered to grey. It held the marks, eleven of them in a row, each a finger wide and as tall as his forearm: one for each of the ten years, one for the end. Vasryn's marks. They leaned slightly, a little more every year, like a row of people walking into wind.</w:t>
      </w:r>
    </w:p>
    <w:p>
      <w:pPr>
        <w:spacing w:line="360" w:lineRule="auto" w:after="0"/>
        <w:ind w:firstLine="283"/>
      </w:pPr>
      <w:r>
        <w:t>Kael took the other chalk from his pocket. It was a stub, worn down to a white sliver from the cardamom-colored one he'd started with. His own. It had the shape of his grip.</w:t>
      </w:r>
    </w:p>
    <w:p>
      <w:pPr>
        <w:spacing w:line="360" w:lineRule="auto" w:after="0"/>
        <w:ind w:firstLine="283"/>
      </w:pPr>
      <w:r>
        <w:t>He set it beside the eleventh mark, and drew a line.</w:t>
      </w:r>
    </w:p>
    <w:p>
      <w:pPr>
        <w:spacing w:line="360" w:lineRule="auto" w:after="0"/>
        <w:ind w:firstLine="283"/>
      </w:pPr>
      <w:r>
        <w:t>It was vertical, a finger wide, as tall as his arm. It was straight. Kael stepped back and looked at it. Next to Vasryn's, it was cleaner and quicker and a good deal less sure of itself.</w:t>
      </w:r>
    </w:p>
    <w:p>
      <w:pPr>
        <w:spacing w:line="360" w:lineRule="auto" w:after="0"/>
        <w:ind w:firstLine="283"/>
      </w:pPr>
      <w:r>
        <w:t>"Yours wanders at the bottom," Vasryn said from the curb.</w:t>
      </w:r>
    </w:p>
    <w:p>
      <w:pPr>
        <w:spacing w:line="360" w:lineRule="auto" w:after="0"/>
        <w:ind w:firstLine="283"/>
      </w:pPr>
      <w:r>
        <w:t>"Yours leans."</w:t>
      </w:r>
    </w:p>
    <w:p>
      <w:pPr>
        <w:spacing w:line="360" w:lineRule="auto" w:after="0"/>
        <w:ind w:firstLine="283"/>
      </w:pPr>
      <w:r>
        <w:t>"Mine's had ten years of wind. Yours has had four seconds." But he was looking at the wall, at the two lines side by side, the old and the new, and in the dusk his face had gone strangely young. "It'll do. Leave it."</w:t>
      </w:r>
    </w:p>
    <w:p>
      <w:pPr>
        <w:spacing w:line="360" w:lineRule="auto" w:after="0"/>
        <w:ind w:firstLine="283"/>
      </w:pPr>
      <w:r>
        <w:t>"I wasn't going to fix it."</w:t>
      </w:r>
    </w:p>
    <w:p>
      <w:pPr>
        <w:spacing w:line="360" w:lineRule="auto" w:after="0"/>
        <w:ind w:firstLine="283"/>
      </w:pPr>
      <w:r>
        <w:t>"No." Vasryn stood. It took a long time. He used the curb, and then the air, and then himself. "You wouldn't."</w:t>
      </w:r>
    </w:p>
    <w:p>
      <w:pPr>
        <w:spacing w:line="360" w:lineRule="auto" w:after="0"/>
        <w:ind w:firstLine="283"/>
      </w:pPr>
      <w:r>
        <w:t>He did not look at the ridge. He looked east, past the last roofs, where the marsh lay in the evening like a bruise and the sky came down to meet it.</w:t>
      </w:r>
    </w:p>
    <w:p>
      <w:pPr>
        <w:spacing w:line="360" w:lineRule="auto" w:after="0"/>
        <w:ind w:firstLine="283"/>
      </w:pPr>
      <w:r>
        <w:t>"You're going," Kael said.</w:t>
      </w:r>
    </w:p>
    <w:p>
      <w:pPr>
        <w:spacing w:line="360" w:lineRule="auto" w:after="0"/>
        <w:ind w:firstLine="283"/>
      </w:pPr>
      <w:r>
        <w:t>It wasn't a question, so Vasryn didn't answer it. He shifted the thin coat on his shoulder and stood with the weight on the left foot. The right hand twitched against his thigh.</w:t>
      </w:r>
    </w:p>
    <w:p>
      <w:pPr>
        <w:spacing w:line="360" w:lineRule="auto" w:after="0"/>
        <w:ind w:firstLine="283"/>
      </w:pPr>
      <w:r>
        <w:t>Kael said, because he had to say it to someone, "Who comes back?"</w:t>
      </w:r>
    </w:p>
    <w:p>
      <w:pPr>
        <w:spacing w:line="360" w:lineRule="auto" w:after="0"/>
        <w:ind w:firstLine="283"/>
      </w:pPr>
      <w:r>
        <w:t>Vasryn considered. It was the old arithmetic. A voice in his own head said it for him, in a dry mild tone, from a stool on a wall a long way off.</w:t>
      </w:r>
    </w:p>
    <w:p>
      <w:pPr>
        <w:spacing w:line="360" w:lineRule="auto" w:after="0"/>
        <w:ind w:firstLine="283"/>
      </w:pPr>
      <w:r>
        <w:t>"Fewer than left," he said.</w:t>
      </w:r>
    </w:p>
    <w:p>
      <w:pPr>
        <w:spacing w:line="360" w:lineRule="auto" w:after="0"/>
        <w:ind w:firstLine="283"/>
      </w:pPr>
      <w:r>
        <w:t>Then, more gently, after a moment: "Eat something. You've had nothing since the roll."</w:t>
      </w:r>
    </w:p>
    <w:p>
      <w:pPr>
        <w:spacing w:line="360" w:lineRule="auto" w:after="0"/>
        <w:ind w:firstLine="283"/>
      </w:pPr>
      <w:r>
        <w:t>He turned and walked. The left foot, the right a breath behind. Down the lane, past the bakehouse that was dark and the forge that was dark, past the last gate, where the posts leaned a little with the weight of a long watch. The road ran east into the dusk, and he went along it at an old man's pace, upright, one shoulder low, the form in his feet and the rest of him a stranger to it.</w:t>
      </w:r>
    </w:p>
    <w:p>
      <w:pPr>
        <w:spacing w:line="360" w:lineRule="auto" w:after="0"/>
        <w:ind w:firstLine="283"/>
      </w:pPr>
      <w:r>
        <w:t>Kael didn't follow. He had promised, and he stood where he was, in the coat that fit, with the chalk in one pocket and a living man's knife against his heart, and watched.</w:t>
      </w:r>
    </w:p>
    <w:p>
      <w:pPr>
        <w:spacing w:line="360" w:lineRule="auto" w:after="0"/>
        <w:ind w:firstLine="283"/>
      </w:pPr>
      <w:r>
        <w:t>The figure got smaller. It was a man. It was a post. It was a reed on the edge of the marsh. It was a dot where the sky came down. Then it was a thing he thought he saw, and then it was nothing, and he went on looking.</w:t>
      </w:r>
    </w:p>
    <w:p>
      <w:pPr>
        <w:spacing w:line="360" w:lineRule="auto" w:after="0"/>
        <w:ind w:firstLine="283"/>
      </w:pPr>
      <w:r>
        <w:t>The first star came out. Somewhere behind him, a mother called a child in.</w:t>
      </w:r>
    </w:p>
    <w:p>
      <w:pPr>
        <w:spacing w:line="360" w:lineRule="auto" w:after="0"/>
        <w:ind w:firstLine="283"/>
      </w:pPr>
      <w:r>
        <w:t>He listened for the walk. Left boot, then right. He listened for a long time, though he knew it was over and there was nothing left to hear.</w:t>
      </w:r>
    </w:p>
    <w:p>
      <w:pPr>
        <w:spacing w:line="360" w:lineRule="auto" w:after="0"/>
        <w:ind w:firstLine="283"/>
      </w:pPr>
      <w:r>
        <w:t>Behind him, on the wall of the well-house, the two lines stood in the dusk, not touching, one leaning and one straight, and they did not need to.</w:t>
      </w:r>
    </w:p>
    <w:p>
      <w:pPr>
        <w:ind w:firstLine="0"/>
        <w:jc w:val="center"/>
      </w:pPr>
      <w:r>
        <w:rPr>
          <w:color w:val="AAAAAA"/>
        </w:rPr>
        <w:t>❖</w:t>
      </w:r>
    </w:p>
    <w:p>
      <w:pPr>
        <w:ind w:firstLine="0"/>
        <w:jc w:val="center"/>
      </w:pPr>
      <w:r>
        <w:rPr>
          <w:color w:val="AAAAAA"/>
        </w:rPr>
        <w:t>❖</w:t>
      </w:r>
    </w:p>
    <w:p>
      <w:r>
        <w:br w:type="page"/>
      </w:r>
    </w:p>
    <w:p>
      <w:pPr>
        <w:spacing w:before="480" w:after="480"/>
        <w:ind w:firstLine="0"/>
        <w:jc w:val="center"/>
      </w:pPr>
      <w:r>
        <w:rPr>
          <w:rFonts w:ascii="Garamond" w:hAnsi="Garamond"/>
          <w:b/>
          <w:color w:val="1F365D"/>
          <w:sz w:val="40"/>
        </w:rPr>
        <w:t>ACT II — THE COMPLETED CITY</w:t>
      </w:r>
    </w:p>
    <w:p>
      <w:pPr>
        <w:spacing w:before="360" w:after="240"/>
        <w:ind w:firstLine="0"/>
        <w:jc w:val="center"/>
      </w:pPr>
      <w:r>
        <w:rPr>
          <w:b/>
          <w:i/>
          <w:color w:val="333333"/>
          <w:sz w:val="26"/>
        </w:rPr>
        <w:t>Chapter 1 — Correction</w:t>
      </w:r>
    </w:p>
    <w:p>
      <w:pPr>
        <w:spacing w:line="360" w:lineRule="auto" w:after="0"/>
        <w:ind w:firstLine="283"/>
      </w:pPr>
      <w:r>
        <w:t>‖ •</w:t>
      </w:r>
    </w:p>
    <w:p>
      <w:pPr>
        <w:spacing w:line="360" w:lineRule="auto" w:after="0"/>
        <w:ind w:firstLine="283"/>
      </w:pPr>
      <w:r>
        <w:t>The nib had a burr. Mira found it with her thumbnail before the ink did — a tiny lip of metal on the underside, the kind a careless wipe left behind. She would have to grind it out at lunch or it would catch every downstroke and spit. She set the pen across the inkwell and went to find the stone.</w:t>
      </w:r>
    </w:p>
    <w:p>
      <w:pPr>
        <w:spacing w:line="360" w:lineRule="auto" w:after="0"/>
        <w:ind w:firstLine="283"/>
      </w:pPr>
      <w:r>
        <w:t>The Archive of Prior Records occupied the second floor of the East Annex, above the water court and below the bell foundry, so that on still mornings the room smelled faintly of wet limestone and rang faintly of hammers. Mira had worked there eleven years. She knew which floorboards complained under the heel and which held their peace. She knew the corner where the rain came in during the second month of the wet season, and she had learned to move the Verral ledgers three shelves to the left before the stain reached them. She knew the hands of the clerks the way a baker knows flour — by weight, by feel, by the small habits no one admits to. Old Theric pressed too hard and left grooves. Pell wrote his S’s open at the bottom, like a man in a hurry to be elsewhere.</w:t>
      </w:r>
    </w:p>
    <w:p>
      <w:pPr>
        <w:spacing w:line="360" w:lineRule="auto" w:after="0"/>
        <w:ind w:firstLine="283"/>
      </w:pPr>
      <w:r>
        <w:t>She found the stone in the third drawer of her desk, wrapped in a soft cloth. She unwound it, tested the edge with her thumb, and sat back down.</w:t>
      </w:r>
    </w:p>
    <w:p>
      <w:pPr>
        <w:spacing w:line="360" w:lineRule="auto" w:after="0"/>
        <w:ind w:firstLine="283"/>
      </w:pPr>
      <w:r>
        <w:t>From her desk she could see the slant of the East Quarter’s roofs and, below them, the white edge of the water court. A bread cart was making its second pass — she knew it by the mule’s limp, which the driver would not own to for another week. Across the court the morning school line filed in under the linden, two teachers counting heads, a boy dragging his sister by the sleeve because she had stopped to watch a puddle. The puddle would have a film of chalk on it by noon. Everything in Atherin had a thin skin of chalk on it by noon. She had grown up believing chalk was the color of learning. Here it was the color of being counted.</w:t>
      </w:r>
    </w:p>
    <w:p>
      <w:pPr>
        <w:spacing w:line="360" w:lineRule="auto" w:after="0"/>
        <w:ind w:firstLine="283"/>
      </w:pPr>
      <w:r>
        <w:t>The morning’s work lay in two stacks. The first was the day’s corrections — entries flagged by the cross-checkers overnight, small contradictions of spelling, date, or address that needed a single deliberate line through the wrong and the right written cleanly above. The second was the intake from the western districts, the new names and new houses and new allocations that came in every morning in a canvas bag.</w:t>
      </w:r>
    </w:p>
    <w:p>
      <w:pPr>
        <w:spacing w:line="360" w:lineRule="auto" w:after="0"/>
        <w:ind w:firstLine="283"/>
      </w:pPr>
      <w:r>
        <w:t>She took the corrections first. She liked them before they were finished. A correction was a small mercy. It said: someone noticed. She had said this once to Seret, in the corridor, meaning it as a joke, and Seret had looked at her for a beat too long and said, “Yes,” and walked on, and she had not been certain since whether he had agreed with her or warned her.</w:t>
      </w:r>
    </w:p>
    <w:p>
      <w:pPr>
        <w:spacing w:line="360" w:lineRule="auto" w:after="0"/>
        <w:ind w:firstLine="283"/>
      </w:pPr>
      <w:r>
        <w:t>The first entry was a flour allocation. A household listed as COLN on the intake sheet and COLIN on the ration stamp. She checked the seal. She checked the district mark. She pulled the house ledger — thin, cloth-bound, the pages soft at the corners from a hundred thumbs — and found the name written COLN three times in the same hand, and COLIN once, in a different hand, the ink slightly browner.</w:t>
      </w:r>
    </w:p>
    <w:p>
      <w:pPr>
        <w:spacing w:line="360" w:lineRule="auto" w:after="0"/>
        <w:ind w:firstLine="283"/>
      </w:pPr>
      <w:r>
        <w:t>Two clerks. Two inks. One house.</w:t>
      </w:r>
    </w:p>
    <w:p>
      <w:pPr>
        <w:spacing w:line="360" w:lineRule="auto" w:after="0"/>
        <w:ind w:firstLine="283"/>
      </w:pPr>
      <w:r>
        <w:t>She almost wrote COLN. The three were against the one, and the one was browner, which meant older ink, which often meant the entry had been made first and the later hand had corrected toward the common spelling. But the brown ink was also paler, and pale meant the writer had not pressed, and Theric — who pressed — did not work the western districts. Pell, who wrote his S’s open, had worked the western districts for two seasons. Pell wrote light.</w:t>
      </w:r>
    </w:p>
    <w:p>
      <w:pPr>
        <w:spacing w:line="360" w:lineRule="auto" w:after="0"/>
        <w:ind w:firstLine="283"/>
      </w:pPr>
      <w:r>
        <w:t>She chose COLIN. She drew a single line through the COLN on the intake sheet — clean, no scribble, the line a record-keeper could read through — and wrote COLIN above it in her own hand. She set the pen down. She blew once across the page so the wet ink would not catch the next.</w:t>
      </w:r>
    </w:p>
    <w:p>
      <w:pPr>
        <w:spacing w:line="360" w:lineRule="auto" w:after="0"/>
        <w:ind w:firstLine="283"/>
      </w:pPr>
      <w:r>
        <w:t>For a moment — and this was the thing she did not tell Seret, did not tell Pell, did not tell anyone, because telling would have been the making-it-a-thing — the nib scratched. The line she had drawn was clean. The COLIN she had written above the line was hers — the closed S, the heavy N, the tail on the I that she had learned from Vareth years ago and had never unlearned. The COLIN was hers, and the choosing had been hers, and the choosing had been right. The right was the pleasure. She had this. She had had it for eleven years.</w:t>
      </w:r>
    </w:p>
    <w:p>
      <w:pPr>
        <w:spacing w:line="360" w:lineRule="auto" w:after="0"/>
        <w:ind w:firstLine="283"/>
      </w:pPr>
      <w:r>
        <w:t>Then she reached for the house ledger to amend the three.</w:t>
      </w:r>
    </w:p>
    <w:p>
      <w:pPr>
        <w:spacing w:line="360" w:lineRule="auto" w:after="0"/>
        <w:ind w:firstLine="283"/>
      </w:pPr>
      <w:r>
        <w:t>The three were already COLIN.</w:t>
      </w:r>
    </w:p>
    <w:p>
      <w:pPr>
        <w:spacing w:line="360" w:lineRule="auto" w:after="0"/>
        <w:ind w:firstLine="283"/>
      </w:pPr>
      <w:r>
        <w:t>Mira did not move. The nib of her pen was still wet. She held it an inch above the page and did not set it down because she did not want to set it down where the wrong mark might land.</w:t>
      </w:r>
    </w:p>
    <w:p>
      <w:pPr>
        <w:spacing w:line="360" w:lineRule="auto" w:after="0"/>
        <w:ind w:firstLine="283"/>
      </w:pPr>
      <w:r>
        <w:t>She read the page again. The hand was the same as the COLN hand. The ink was the same brown. The strokes were the same — she could see the little tail on the N where the clerk had lifted the pen too soon, and it was there, now, on all three. She had seen the COLN. She was certain she had seen COLN.</w:t>
      </w:r>
    </w:p>
    <w:p>
      <w:pPr>
        <w:spacing w:line="360" w:lineRule="auto" w:after="0"/>
        <w:ind w:firstLine="283"/>
      </w:pPr>
      <w:r>
        <w:t>She set the pen across the inkwell. She turned the house ledger toward the window. The light came through and lay on the page, and the three COLINs lay in the light. The ink had dried into them. There was no ghost of an N beneath, no ridge where a wrong letter had been scored out. They had been COLIN from the first stroke.</w:t>
      </w:r>
    </w:p>
    <w:p>
      <w:pPr>
        <w:spacing w:line="360" w:lineRule="auto" w:after="0"/>
        <w:ind w:firstLine="283"/>
      </w:pPr>
      <w:r>
        <w:t>She sat back.</w:t>
      </w:r>
    </w:p>
    <w:p>
      <w:pPr>
        <w:spacing w:line="360" w:lineRule="auto" w:after="0"/>
        <w:ind w:firstLine="283"/>
      </w:pPr>
      <w:r>
        <w:t>The archive went on around her. Two desks down, Pell was humming — a tuneless thing he did when he thought no one could hear. Across the aisle, the new intake clerk — a girl from the southern district, strong-armed, shy, who wrote a beautiful A and an execrable R — was arguing in whispers with the binding press. A courier passed the door with a sack of district returns on his shoulder, and the sack left a faint trail of chalk dust on the boards, and Mira watched the dust. The dust was real. The boards were real.</w:t>
      </w:r>
    </w:p>
    <w:p>
      <w:pPr>
        <w:spacing w:line="360" w:lineRule="auto" w:after="0"/>
        <w:ind w:firstLine="283"/>
      </w:pPr>
      <w:r>
        <w:t>She picked up the house ledger and put it back on the shelf in its place, spine out, and the spine was slightly soft at the corner as it always was, and she touched the corner as she always did. The corner did not feel any different.</w:t>
      </w:r>
    </w:p>
    <w:p>
      <w:pPr>
        <w:spacing w:line="360" w:lineRule="auto" w:after="0"/>
        <w:ind w:firstLine="283"/>
      </w:pPr>
      <w:r>
        <w:t>She went back to the next entry. It was a date. A child’s birth recorded on the fourteenth in one ledger and the fifteenth in another. She preferred date corrections to names.</w:t>
      </w:r>
    </w:p>
    <w:p>
      <w:pPr>
        <w:spacing w:line="360" w:lineRule="auto" w:after="0"/>
        <w:ind w:firstLine="283"/>
      </w:pPr>
      <w:r>
        <w:t>She did not finish the thought. She cleared her throat. She took up the pen.</w:t>
      </w:r>
    </w:p>
    <w:p>
      <w:pPr>
        <w:spacing w:line="360" w:lineRule="auto" w:after="0"/>
        <w:ind w:firstLine="283"/>
      </w:pPr>
      <w:r>
        <w:t>Seret passed the door on his way to the verification office. He did not come in. He stood in the frame with one hand on the jamb and watched her draw the line through the fourteenth and write the fifteenth above it, and he did not speak until the ink was dry.</w:t>
      </w:r>
    </w:p>
    <w:p>
      <w:pPr>
        <w:spacing w:line="360" w:lineRule="auto" w:after="0"/>
        <w:ind w:firstLine="283"/>
      </w:pPr>
      <w:r>
        <w:t>“You chose the later date.”</w:t>
      </w:r>
    </w:p>
    <w:p>
      <w:pPr>
        <w:spacing w:line="360" w:lineRule="auto" w:after="0"/>
        <w:ind w:firstLine="283"/>
      </w:pPr>
      <w:r>
        <w:t>“Pell wrote the earlier one. Pell writes light. The mother’s hand was heavier. The mother was there.”</w:t>
      </w:r>
    </w:p>
    <w:p>
      <w:pPr>
        <w:spacing w:line="360" w:lineRule="auto" w:after="0"/>
        <w:ind w:firstLine="283"/>
      </w:pPr>
      <w:r>
        <w:t>“The mother could be wrong.”</w:t>
      </w:r>
    </w:p>
    <w:p>
      <w:pPr>
        <w:spacing w:line="360" w:lineRule="auto" w:after="0"/>
        <w:ind w:firstLine="283"/>
      </w:pPr>
      <w:r>
        <w:t>“The mother was there.”</w:t>
      </w:r>
    </w:p>
    <w:p>
      <w:pPr>
        <w:spacing w:line="360" w:lineRule="auto" w:after="0"/>
        <w:ind w:firstLine="283"/>
      </w:pPr>
      <w:r>
        <w:t>Seret nodded. He had a way of nodding that conceded nothing. “Will you note the contradiction?”</w:t>
      </w:r>
    </w:p>
    <w:p>
      <w:pPr>
        <w:spacing w:line="360" w:lineRule="auto" w:after="0"/>
        <w:ind w:firstLine="283"/>
      </w:pPr>
      <w:r>
        <w:t>“There is no contradiction. There was one. I corrected it.”</w:t>
      </w:r>
    </w:p>
    <w:p>
      <w:pPr>
        <w:spacing w:line="360" w:lineRule="auto" w:after="0"/>
        <w:ind w:firstLine="283"/>
      </w:pPr>
      <w:r>
        <w:t>He watched her. Then he did the thing she had never decided whether to admire or to fear: he accepted it. He took his hand off the jamb and went on toward the verification office, and he did not look back, and the not-looking-back was a kind of permission she had not asked for and did not want.</w:t>
      </w:r>
    </w:p>
    <w:p>
      <w:pPr>
        <w:spacing w:line="360" w:lineRule="auto" w:after="0"/>
        <w:ind w:firstLine="283"/>
      </w:pPr>
      <w:r>
        <w:t>She set her pen down. She did not throw it; she set it down. The setting-down was harder than the throwing would have been. She said, to no one, to the room, to the jamb Seret had just left — Seret, and the name came out with a hatred in it she had not known was there. The hatred was not for the man. The man was courteous; the man was level; the man was doing the work the city had given him. The hatred was for the work, the work that made a man courteous and level. She said the name again, lower. Seret. The name did not feel better for the saying. The hatred did not metabolize into the work. It sat in her chest like a cold coin, and she left it there, and she picked up the pen, and she went on with the date.</w:t>
      </w:r>
    </w:p>
    <w:p>
      <w:pPr>
        <w:spacing w:line="360" w:lineRule="auto" w:after="0"/>
        <w:ind w:firstLine="283"/>
      </w:pPr>
      <w:r>
        <w:t>At the halfway bell Pell looked up. “You eating?”</w:t>
      </w:r>
    </w:p>
    <w:p>
      <w:pPr>
        <w:spacing w:line="360" w:lineRule="auto" w:after="0"/>
        <w:ind w:firstLine="283"/>
      </w:pPr>
      <w:r>
        <w:t>“Later.”</w:t>
      </w:r>
    </w:p>
    <w:p>
      <w:pPr>
        <w:spacing w:line="360" w:lineRule="auto" w:after="0"/>
        <w:ind w:firstLine="283"/>
      </w:pPr>
      <w:r>
        <w:t>“You said later at the first bell.”</w:t>
      </w:r>
    </w:p>
    <w:p>
      <w:pPr>
        <w:spacing w:line="360" w:lineRule="auto" w:after="0"/>
        <w:ind w:firstLine="283"/>
      </w:pPr>
      <w:r>
        <w:t>“I meant later then, too.”</w:t>
      </w:r>
    </w:p>
    <w:p>
      <w:pPr>
        <w:spacing w:line="360" w:lineRule="auto" w:after="0"/>
        <w:ind w:firstLine="283"/>
      </w:pPr>
      <w:r>
        <w:t>Pell shrugged and went out. He left his pen uncapped on the desk. Mira would have capped it. She would have capped it because ink dried in the nib and a dried nib spat, and a spitting nib left a fleck on the page, and a fleck on a page was a small lie about what had been written. She did not cap Pell’s pen. She had stopped capping Pell’s pen in her third year. He would uncap it again the moment he sat down, and the uncapping was the beginning for him. This was one of the small things she had learned to leave alone. There were others. She kept a list of them somewhere behind her sternum, a list she did not write down.</w:t>
      </w:r>
    </w:p>
    <w:p>
      <w:pPr>
        <w:spacing w:line="360" w:lineRule="auto" w:after="0"/>
        <w:ind w:firstLine="283"/>
      </w:pPr>
      <w:r>
        <w:t>She ate the heel of bread she had brought. It was dry. She had forgotten the cheese again. She had forgotten the cheese every day this week. She ate with one hand and turned pages with the other, and the turning was its own kind of reading — a page told you things at the corners.</w:t>
      </w:r>
    </w:p>
    <w:p>
      <w:pPr>
        <w:spacing w:line="360" w:lineRule="auto" w:after="0"/>
        <w:ind w:firstLine="283"/>
      </w:pPr>
      <w:r>
        <w:t>She pulled the next three ledgers herself. The Verral household. The Colun rent. The south-district births. She walked to the stacks. The boards gave the small creak at the third joist, the one that had always creaked. She found the shelf by the spine-color — the Verral was the brown one, the Colun the grey, the births the thin green. She pulled each by the top of the spine and set it on her forearm. Three ledgers weigh what three ledgers weigh. She set them on the desk. She opened the Verral at the marked page. The page was there. She read it. She closed it. She opened the Colun. She read it. She closed it. She opened the births. A courier came to the door for the southern returns. She pointed at the desk by the door without looking up. The courier took them. The door closed. She went back to the births.</w:t>
      </w:r>
    </w:p>
    <w:p>
      <w:pPr>
        <w:spacing w:line="360" w:lineRule="auto" w:after="0"/>
        <w:ind w:firstLine="283"/>
      </w:pPr>
      <w:r>
        <w:t>The new girl came back from the press, flushed. “Maestra.”</w:t>
      </w:r>
    </w:p>
    <w:p>
      <w:pPr>
        <w:spacing w:line="360" w:lineRule="auto" w:after="0"/>
        <w:ind w:firstLine="283"/>
      </w:pPr>
      <w:r>
        <w:t>“Mira.”</w:t>
      </w:r>
    </w:p>
    <w:p>
      <w:pPr>
        <w:spacing w:line="360" w:lineRule="auto" w:after="0"/>
        <w:ind w:firstLine="283"/>
      </w:pPr>
      <w:r>
        <w:t>“Mira. The Verral binding — the spine is cracked. Again.”</w:t>
      </w:r>
    </w:p>
    <w:p>
      <w:pPr>
        <w:spacing w:line="360" w:lineRule="auto" w:after="0"/>
        <w:ind w:firstLine="283"/>
      </w:pPr>
      <w:r>
        <w:t>“Put it on my desk.”</w:t>
      </w:r>
    </w:p>
    <w:p>
      <w:pPr>
        <w:spacing w:line="360" w:lineRule="auto" w:after="0"/>
        <w:ind w:firstLine="283"/>
      </w:pPr>
      <w:r>
        <w:t>“I can mend it.”</w:t>
      </w:r>
    </w:p>
    <w:p>
      <w:pPr>
        <w:spacing w:line="360" w:lineRule="auto" w:after="0"/>
        <w:ind w:firstLine="283"/>
      </w:pPr>
      <w:r>
        <w:t>“You can mend it badly. Put it on my desk.”</w:t>
      </w:r>
    </w:p>
    <w:p>
      <w:pPr>
        <w:spacing w:line="360" w:lineRule="auto" w:after="0"/>
        <w:ind w:firstLine="283"/>
      </w:pPr>
      <w:r>
        <w:t>The girl hesitated. She wanted to mend it. Mira could see the wanting, and it was a good wanting, the wanting of a person who had hands and wished to use them. She also knew the Verral could not afford a crooked spine this month. There were three pending retrievals against it.</w:t>
      </w:r>
    </w:p>
    <w:p>
      <w:pPr>
        <w:spacing w:line="360" w:lineRule="auto" w:after="0"/>
        <w:ind w:firstLine="283"/>
      </w:pPr>
      <w:r>
        <w:t>“Tomorrow,” Mira said, more gently. “Bring me the paste pot and I’ll show you the long stitch. The Verral gets the long stitch. It’s earned it.”</w:t>
      </w:r>
    </w:p>
    <w:p>
      <w:pPr>
        <w:spacing w:line="360" w:lineRule="auto" w:after="0"/>
        <w:ind w:firstLine="283"/>
      </w:pPr>
      <w:r>
        <w:t>The girl almost smiled. She went to fetch the paste.</w:t>
      </w:r>
    </w:p>
    <w:p>
      <w:pPr>
        <w:spacing w:line="360" w:lineRule="auto" w:after="0"/>
        <w:ind w:firstLine="283"/>
      </w:pPr>
      <w:r>
        <w:t>While she was gone, Mira opened the Verral at the cracked spine and saw, between two pages, a pressed leaf. Brown. Veined. A mountain-ash leaf, the kind children put in books to mark the end of summer. It had been there long enough to become part of the page. She did not know who had put it there. The Verral was a hundred and twelve years of household entries. Somewhere in those years a clerk had closed a summer inside it and never come back for the leaf. She left it where it was. She did not note it.</w:t>
      </w:r>
    </w:p>
    <w:p>
      <w:pPr>
        <w:spacing w:line="360" w:lineRule="auto" w:after="0"/>
        <w:ind w:firstLine="283"/>
      </w:pPr>
      <w:r>
        <w:t>The paste pot arrived. Mira showed the girl the long stitch, her hands steady, the needle going in where the needle had always gone in. The girl watched the way the new girl from the southern district watched — with her whole arms, as if learning were a thing the body did. Mira liked her. She liked her the way she liked Pell’s humming — without wanting to change it.</w:t>
      </w:r>
    </w:p>
    <w:p>
      <w:pPr>
        <w:spacing w:line="360" w:lineRule="auto" w:after="0"/>
        <w:ind w:firstLine="283"/>
      </w:pPr>
      <w:r>
        <w:t>The girl’s name was listed on the intake roll as DALYA in one place and DALIA in another. Mira had noticed it her first week. She had not corrected it.</w:t>
      </w:r>
    </w:p>
    <w:p>
      <w:pPr>
        <w:spacing w:line="360" w:lineRule="auto" w:after="0"/>
        <w:ind w:firstLine="283"/>
      </w:pPr>
      <w:r>
        <w:t>By the second bell the corrections were done. Twelve of them. She had drawn twelve clean lines and written twelve clean answers, and the archive had agreed with her twelve times.</w:t>
      </w:r>
    </w:p>
    <w:p>
      <w:pPr>
        <w:spacing w:line="360" w:lineRule="auto" w:after="0"/>
        <w:ind w:firstLine="283"/>
      </w:pPr>
      <w:r>
        <w:t>She took the intake bag last. She tipped the new cards onto the desk. They smelled of chalk and canvas and the faintly metallic smell of fresh-pressed ink. She sorted them by district. She read the names. None of them were COLN or COLIN. None of them were anyone she had corrected. They were new. They were coming into the record now, for the first time, and they would carry whatever spelling the first clerk gave them.</w:t>
      </w:r>
    </w:p>
    <w:p>
      <w:pPr>
        <w:spacing w:line="360" w:lineRule="auto" w:after="0"/>
        <w:ind w:firstLine="283"/>
      </w:pPr>
      <w:r>
        <w:t>She picked up the first card.</w:t>
      </w:r>
    </w:p>
    <w:p>
      <w:pPr>
        <w:spacing w:line="360" w:lineRule="auto" w:after="0"/>
        <w:ind w:firstLine="283"/>
      </w:pPr>
      <w:r>
        <w:t>She did not write.</w:t>
      </w:r>
    </w:p>
    <w:p>
      <w:pPr>
        <w:spacing w:line="360" w:lineRule="auto" w:after="0"/>
        <w:ind w:firstLine="283"/>
      </w:pPr>
      <w:r>
        <w:t>She sat with the pen in her hand and the nib still burred and the ink still wet from the last correction, and she did not write. The room was very quiet for a moment. The bell foundry was not hammering. The water court was not dripping. The new name on the card was a name no one had yet decided the shape of, and she did not yet want to be the one who decided.</w:t>
      </w:r>
    </w:p>
    <w:p>
      <w:pPr>
        <w:spacing w:line="360" w:lineRule="auto" w:after="0"/>
        <w:ind w:firstLine="283"/>
      </w:pPr>
      <w:r>
        <w:t>Then Pell came back, laughing about something, and capped his own pen with a flourish that splattered a fleck onto his cuff, and Mira set down her pen and went to show him how to cap a pen without the fleck, though she knew he would not learn. The card waited on the desk. The nib waited.</w:t>
      </w:r>
    </w:p>
    <w:p>
      <w:pPr>
        <w:spacing w:line="360" w:lineRule="auto" w:after="0"/>
        <w:ind w:firstLine="283"/>
      </w:pPr>
      <w:r>
        <w:t>The correction began with the corner.</w:t>
      </w:r>
    </w:p>
    <w:p>
      <w:pPr>
        <w:spacing w:line="360" w:lineRule="auto" w:after="0"/>
        <w:ind w:firstLine="283"/>
      </w:pPr>
      <w:r>
        <w:t>Mira took the page from the day's intake — a household registration, the western district, the neat hand of the census-clerk — and set it on the felt. She did not read it first. She read the corner. The corner was where the clerks hurried. The corner of this page had a tremor. The tremor was in the descender of the g in the third name down — the descender went a half-degree west of where the clerk's other descenders went.</w:t>
      </w:r>
    </w:p>
    <w:p>
      <w:pPr>
        <w:spacing w:line="360" w:lineRule="auto" w:after="0"/>
        <w:ind w:firstLine="283"/>
      </w:pPr>
      <w:r>
        <w:t>She did not correct the name. She corrected the tremor. The correction was a small mark in the flat pencil — the caret, a small wedge like a roof drawn in one stroke ^, the sign that the words being copied were not the keeper's own — set beside the descender. The caret held the tremor the way a splint holds a bone: not straightening it, marking it.</w:t>
      </w:r>
    </w:p>
    <w:p>
      <w:pPr>
        <w:spacing w:line="360" w:lineRule="auto" w:after="0"/>
        <w:ind w:firstLine="283"/>
      </w:pPr>
      <w:r>
        <w:t>Pell brought the day's second intake. Pell was the archive's runner — a thin man, fifty, who had run for the archive for twenty years and whose knees had begun their own honest disagreement with the stairs. He set the intake on the felt and did not speak. Pell did not speak in the mornings. He spoke at noon — his whole day's ration of words. He had decided it was enough long before Mira came to the archive.</w:t>
      </w:r>
    </w:p>
    <w:p>
      <w:pPr>
        <w:spacing w:line="360" w:lineRule="auto" w:after="0"/>
        <w:ind w:firstLine="283"/>
      </w:pPr>
      <w:r>
        <w:t>"The g," Pell said. Noon. He had been carrying the tremor all morning.</w:t>
      </w:r>
    </w:p>
    <w:p>
      <w:pPr>
        <w:spacing w:line="360" w:lineRule="auto" w:after="0"/>
        <w:ind w:firstLine="283"/>
      </w:pPr>
      <w:r>
        <w:t>"I saw the g."</w:t>
      </w:r>
    </w:p>
    <w:p>
      <w:pPr>
        <w:spacing w:line="360" w:lineRule="auto" w:after="0"/>
        <w:ind w:firstLine="283"/>
      </w:pPr>
      <w:r>
        <w:t>"It's the same clerk. The one with the mother in the south."</w:t>
      </w:r>
    </w:p>
    <w:p>
      <w:pPr>
        <w:spacing w:line="360" w:lineRule="auto" w:after="0"/>
        <w:ind w:firstLine="283"/>
      </w:pPr>
      <w:r>
        <w:t>"The clerk writes the mother in the g."</w:t>
      </w:r>
    </w:p>
    <w:p>
      <w:pPr>
        <w:spacing w:line="360" w:lineRule="auto" w:after="0"/>
        <w:ind w:firstLine="283"/>
      </w:pPr>
      <w:r>
        <w:t>Pell nodded. He went back to the intake shelves, and his knees did their disagreement on the stairs.</w:t>
      </w:r>
    </w:p>
    <w:p>
      <w:pPr>
        <w:spacing w:line="360" w:lineRule="auto" w:after="0"/>
        <w:ind w:firstLine="283"/>
      </w:pPr>
      <w:r>
        <w:t>Pell came back with the southern cross-checks. He set them on the felt. He had sorted them with the Millin folder on top.</w:t>
      </w:r>
    </w:p>
    <w:p>
      <w:pPr>
        <w:spacing w:line="360" w:lineRule="auto" w:after="0"/>
        <w:ind w:firstLine="283"/>
      </w:pPr>
      <w:r>
        <w:t>Mira looked at the folder.</w:t>
      </w:r>
    </w:p>
    <w:p>
      <w:pPr>
        <w:spacing w:line="360" w:lineRule="auto" w:after="0"/>
        <w:ind w:firstLine="283"/>
      </w:pPr>
      <w:r>
        <w:t>"Not the Millin. The Millin's at verification. The Verral."</w:t>
      </w:r>
    </w:p>
    <w:p>
      <w:pPr>
        <w:spacing w:line="360" w:lineRule="auto" w:after="0"/>
        <w:ind w:firstLine="283"/>
      </w:pPr>
      <w:r>
        <w:t>"I thought—"</w:t>
      </w:r>
    </w:p>
    <w:p>
      <w:pPr>
        <w:spacing w:line="360" w:lineRule="auto" w:after="0"/>
        <w:ind w:firstLine="283"/>
      </w:pPr>
      <w:r>
        <w:t>"The Verral."</w:t>
      </w:r>
    </w:p>
    <w:p>
      <w:pPr>
        <w:spacing w:line="360" w:lineRule="auto" w:after="0"/>
        <w:ind w:firstLine="283"/>
      </w:pPr>
      <w:r>
        <w:t>Pell took the Millin folder back. He did not finish the sentence. He went to the shelves, came back with the Verral, set it down, and went to his desk. He did not hum.</w:t>
      </w:r>
    </w:p>
    <w:p>
      <w:pPr>
        <w:spacing w:line="360" w:lineRule="auto" w:after="0"/>
        <w:ind w:firstLine="283"/>
      </w:pPr>
      <w:r>
        <w:t>Mira opened the Verral. She saw, from the corner of her eye, that Pell's hands were flat on his desk, the way they lay when he had been corrected and was holding himself still. She had not meant the voice that had come out. She did not say so. She went on with it.</w:t>
      </w:r>
    </w:p>
    <w:p>
      <w:pPr>
        <w:spacing w:line="360" w:lineRule="auto" w:after="0"/>
        <w:ind w:firstLine="283"/>
      </w:pPr>
      <w:r>
        <w:t>The new girl came at the afternoon. The new girl was sixteen, and her name was not yet the archive's business. She had been in the archive three weeks. She set her day's pages on the felt. The pages were her first solo intake — a market license, a birth record, a death record, a transfer. The four pages were the new girl's whole first day.</w:t>
      </w:r>
    </w:p>
    <w:p>
      <w:pPr>
        <w:spacing w:line="360" w:lineRule="auto" w:after="0"/>
        <w:ind w:firstLine="283"/>
      </w:pPr>
      <w:r>
        <w:t>"The birth record," Mira said.</w:t>
      </w:r>
    </w:p>
    <w:p>
      <w:pPr>
        <w:spacing w:line="360" w:lineRule="auto" w:after="0"/>
        <w:ind w:firstLine="283"/>
      </w:pPr>
      <w:r>
        <w:t>The new girl's hand went to it. "I checked it against the household."</w:t>
      </w:r>
    </w:p>
    <w:p>
      <w:pPr>
        <w:spacing w:line="360" w:lineRule="auto" w:after="0"/>
        <w:ind w:firstLine="283"/>
      </w:pPr>
      <w:r>
        <w:t>"And?"</w:t>
      </w:r>
    </w:p>
    <w:p>
      <w:pPr>
        <w:spacing w:line="360" w:lineRule="auto" w:after="0"/>
        <w:ind w:firstLine="283"/>
      </w:pPr>
      <w:r>
        <w:t>"The household has the child at the third. The birth record has the child at the second."</w:t>
      </w:r>
    </w:p>
    <w:p>
      <w:pPr>
        <w:spacing w:line="360" w:lineRule="auto" w:after="0"/>
        <w:ind w:firstLine="283"/>
      </w:pPr>
      <w:r>
        <w:t>"Which is right?"</w:t>
      </w:r>
    </w:p>
    <w:p>
      <w:pPr>
        <w:spacing w:line="360" w:lineRule="auto" w:after="0"/>
        <w:ind w:firstLine="283"/>
      </w:pPr>
      <w:r>
        <w:t>The new girl hesitated. "I don't know."</w:t>
      </w:r>
    </w:p>
    <w:p>
      <w:pPr>
        <w:spacing w:line="360" w:lineRule="auto" w:after="0"/>
        <w:ind w:firstLine="283"/>
      </w:pPr>
      <w:r>
        <w:t>"Then don't resolve it."</w:t>
      </w:r>
    </w:p>
    <w:p>
      <w:pPr>
        <w:spacing w:line="360" w:lineRule="auto" w:after="0"/>
        <w:ind w:firstLine="283"/>
      </w:pPr>
      <w:r>
        <w:t>"But the record —"</w:t>
      </w:r>
    </w:p>
    <w:p>
      <w:pPr>
        <w:spacing w:line="360" w:lineRule="auto" w:after="0"/>
        <w:ind w:firstLine="283"/>
      </w:pPr>
      <w:r>
        <w:t>"The record does not hold. The record has never held. Your work is not to make the record hold. Your work is to set the two findings side by side and let them stand. The caret beside each. The caret says: I saw both. I did not choose. The not-choosing is the archive's whole office. The choosing is the census-clerk's. The choosing is the city's. The archive does not choose. The archive holds the not-choosing. Do you understand?"</w:t>
      </w:r>
    </w:p>
    <w:p>
      <w:pPr>
        <w:spacing w:line="360" w:lineRule="auto" w:after="0"/>
        <w:ind w:firstLine="283"/>
      </w:pPr>
      <w:r>
        <w:t>"I think so."</w:t>
      </w:r>
    </w:p>
    <w:p>
      <w:pPr>
        <w:spacing w:line="360" w:lineRule="auto" w:after="0"/>
        <w:ind w:firstLine="283"/>
      </w:pPr>
      <w:r>
        <w:t>"No. You'll understand in a year. Set the two findings side by side. The caret beside each. Bring it back to me at the evening, and we'll read them together, and the reading will not resolve them, and the not-resolving will be the page's whole honest work."</w:t>
      </w:r>
    </w:p>
    <w:p>
      <w:pPr>
        <w:spacing w:line="360" w:lineRule="auto" w:after="0"/>
        <w:ind w:firstLine="283"/>
      </w:pPr>
      <w:r>
        <w:t>The new girl took the birth record back. Her hand shook a little, the way the clerk's g had shaken.</w:t>
      </w:r>
    </w:p>
    <w:p>
      <w:pPr>
        <w:spacing w:line="360" w:lineRule="auto" w:after="0"/>
        <w:ind w:firstLine="283"/>
      </w:pPr>
      <w:r>
        <w:t>Theric was at the far table. He was the archive's binder — a big quiet man whose hands were the size of the books he bound and twice as gentle. He did not look up. He sewed the signatures with the long stitch, the waxed thread, the bone needle.</w:t>
      </w:r>
    </w:p>
    <w:p>
      <w:pPr>
        <w:spacing w:line="360" w:lineRule="auto" w:after="0"/>
        <w:ind w:firstLine="283"/>
      </w:pPr>
      <w:r>
        <w:t>The diagram came to the archive in the Western District's intake, the third week of the wet season. It was on a single sheet, folded twice, the creases worn soft — a page carried in a pocket for years, opened and closed so many times the folds had become the page's own grammar. The diagram was drawn in a careful hand, the hand of a man who had drawn it a hundred times.</w:t>
      </w:r>
    </w:p>
    <w:p>
      <w:pPr>
        <w:spacing w:line="360" w:lineRule="auto" w:after="0"/>
        <w:ind w:firstLine="283"/>
      </w:pPr>
      <w:r>
        <w:t>Thirty figures. Each figure in a circle. Each circle marked with lines — the lines of the body, the lines of the blade, the lines of the feet. The figures were numbered. The numbers went to thirty.</w:t>
      </w:r>
    </w:p>
    <w:p>
      <w:pPr>
        <w:spacing w:line="360" w:lineRule="auto" w:after="0"/>
        <w:ind w:firstLine="283"/>
      </w:pPr>
      <w:r>
        <w:t>Mira set the sheet on the felt. She had seen diagrams before. The archive held hundreds — the engineering plates, the water tables, the census charts. The archive did not hold diagrams of the body. The archive did not hold diagrams of movement.</w:t>
      </w:r>
    </w:p>
    <w:p>
      <w:pPr>
        <w:spacing w:line="360" w:lineRule="auto" w:after="0"/>
        <w:ind w:firstLine="283"/>
      </w:pPr>
      <w:r>
        <w:t>She read the sheet the way she read all sheets: for the tremor, for the corner, for the place the hand disagreed with the intention. The tremor was in the fourth figure — the wrist a half-degree off, the line of the blade a hair's width away from true. The fourth figure was the one the hand had drawn most often, and the most-often drawing had worn it wrong.</w:t>
      </w:r>
    </w:p>
    <w:p>
      <w:pPr>
        <w:spacing w:line="360" w:lineRule="auto" w:after="0"/>
        <w:ind w:firstLine="283"/>
      </w:pPr>
      <w:r>
        <w:t>She annotated the corner. Not the correction — the annotation. She wrote, in her own hand, in the margin: figure 4, wrist deviation, half-degree, corrected? She did not correct it. The diagram was not hers. The diagram was the diagram's.</w:t>
      </w:r>
    </w:p>
    <w:p>
      <w:pPr>
        <w:spacing w:line="360" w:lineRule="auto" w:after="0"/>
        <w:ind w:firstLine="283"/>
      </w:pPr>
      <w:r>
        <w:t>She filed the sheet in the chest's intake sleeve. She did not know what the diagram was. She knew what it was not: not a record of a battle, not a wall, not a town. A body moving through a form. A form practiced for years.</w:t>
      </w:r>
    </w:p>
    <w:p>
      <w:pPr>
        <w:spacing w:line="360" w:lineRule="auto" w:after="0"/>
        <w:ind w:firstLine="283"/>
      </w:pPr>
      <w:r>
        <w:t>She would encounter the diagram again — a different version, a different hand, the same thirty figures. The two did not agree. The disagreement was the point.</w:t>
      </w:r>
    </w:p>
    <w:p>
      <w:pPr>
        <w:ind w:firstLine="0"/>
        <w:jc w:val="center"/>
      </w:pPr>
      <w:r>
        <w:rPr>
          <w:color w:val="AAAAAA"/>
        </w:rPr>
        <w:t>❖</w:t>
      </w:r>
    </w:p>
    <w:p>
      <w:pPr>
        <w:spacing w:before="360" w:after="240"/>
        <w:ind w:firstLine="0"/>
        <w:jc w:val="center"/>
      </w:pPr>
      <w:r>
        <w:rPr>
          <w:b/>
          <w:i/>
          <w:color w:val="333333"/>
          <w:sz w:val="26"/>
        </w:rPr>
        <w:t>Chapter 1b — The Hand and the Stair</w:t>
      </w:r>
    </w:p>
    <w:p>
      <w:pPr>
        <w:spacing w:line="360" w:lineRule="auto" w:after="0"/>
        <w:ind w:firstLine="283"/>
      </w:pPr>
      <w:r>
        <w:t>Mira came down the archive stair with the correction in her hand. The COLN had been COLIN all along. She had the page. She had the proof. She wanted the verification office’s seal on it before Pell could lose it.</w:t>
      </w:r>
    </w:p>
    <w:p>
      <w:pPr>
        <w:spacing w:line="360" w:lineRule="auto" w:after="0"/>
        <w:ind w:firstLine="283"/>
      </w:pPr>
      <w:r>
        <w:t>The stair between the archive and the verification office was stone, spiraled, and wet in the afternoon from the roof’s seep. She took it at the pace the stair allowed — one hand on the rail, one hand on the page.</w:t>
      </w:r>
    </w:p>
    <w:p>
      <w:pPr>
        <w:spacing w:line="360" w:lineRule="auto" w:after="0"/>
        <w:ind w:firstLine="283"/>
      </w:pPr>
      <w:r>
        <w:t>Rook was coming up.</w:t>
      </w:r>
    </w:p>
    <w:p>
      <w:pPr>
        <w:spacing w:line="360" w:lineRule="auto" w:after="0"/>
        <w:ind w:firstLine="283"/>
      </w:pPr>
      <w:r>
        <w:t>He had the standing order in his hand — the rotation’s night-clearance, the one Seret signed every afternoon at four. He wanted the archive’s receipt before the rotation left the building.</w:t>
      </w:r>
    </w:p>
    <w:p>
      <w:pPr>
        <w:spacing w:line="360" w:lineRule="auto" w:after="0"/>
        <w:ind w:firstLine="283"/>
      </w:pPr>
      <w:r>
        <w:t>They met on the landing. The stair was wide enough for one person and not quite wide enough for two. Mira pressed the page against her coat. Rook folded the order against his chest. The rail was between them.</w:t>
      </w:r>
    </w:p>
    <w:p>
      <w:pPr>
        <w:spacing w:line="360" w:lineRule="auto" w:after="0"/>
        <w:ind w:firstLine="283"/>
      </w:pPr>
      <w:r>
        <w:t>She looked at his hands. He looked at hers.</w:t>
      </w:r>
    </w:p>
    <w:p>
      <w:pPr>
        <w:spacing w:line="360" w:lineRule="auto" w:after="0"/>
        <w:ind w:firstLine="283"/>
      </w:pPr>
      <w:r>
        <w:t>Her hands had the ink. His hands had the brass. The burr on her nib had left the half-moon of metal on her thumbnail. His buckle had left the worn place on his palm where the brass met the steel.</w:t>
      </w:r>
    </w:p>
    <w:p>
      <w:pPr>
        <w:spacing w:line="360" w:lineRule="auto" w:after="0"/>
        <w:ind w:firstLine="283"/>
      </w:pPr>
      <w:r>
        <w:t>“The COLN,” she said.</w:t>
      </w:r>
    </w:p>
    <w:p>
      <w:pPr>
        <w:spacing w:line="360" w:lineRule="auto" w:after="0"/>
        <w:ind w:firstLine="283"/>
      </w:pPr>
      <w:r>
        <w:t>“I saw it in the clearance,” he said. “I thought it was a spelling.”</w:t>
      </w:r>
    </w:p>
    <w:p>
      <w:pPr>
        <w:spacing w:line="360" w:lineRule="auto" w:after="0"/>
        <w:ind w:firstLine="283"/>
      </w:pPr>
      <w:r>
        <w:t>“It was a hand.”</w:t>
      </w:r>
    </w:p>
    <w:p>
      <w:pPr>
        <w:spacing w:line="360" w:lineRule="auto" w:after="0"/>
        <w:ind w:firstLine="283"/>
      </w:pPr>
      <w:r>
        <w:t>He looked at the page. She let him see it. The three COLINs in the same brown ink, the same tail on the N.</w:t>
      </w:r>
    </w:p>
    <w:p>
      <w:pPr>
        <w:spacing w:line="360" w:lineRule="auto" w:after="0"/>
        <w:ind w:firstLine="283"/>
      </w:pPr>
      <w:r>
        <w:t>“One clerk,” he said.</w:t>
      </w:r>
    </w:p>
    <w:p>
      <w:pPr>
        <w:spacing w:line="360" w:lineRule="auto" w:after="0"/>
        <w:ind w:firstLine="283"/>
      </w:pPr>
      <w:r>
        <w:t>“One clerk who knew.”</w:t>
      </w:r>
    </w:p>
    <w:p>
      <w:pPr>
        <w:spacing w:line="360" w:lineRule="auto" w:after="0"/>
        <w:ind w:firstLine="283"/>
      </w:pPr>
      <w:r>
        <w:t>The stair was wet. The seep had come through the wall at the third turn, and the third turn was where the landing was, and the landing was where they stood. The water was on the stone and on the rail and on the toe of Mira’s boot.</w:t>
      </w:r>
    </w:p>
    <w:p>
      <w:pPr>
        <w:spacing w:line="360" w:lineRule="auto" w:after="0"/>
        <w:ind w:firstLine="283"/>
      </w:pPr>
      <w:r>
        <w:t>She looked at the water on the stone. She looked at the order in his hand. She looked at the page in hers. The correction was right. The order was wrong. The stair was wet.</w:t>
      </w:r>
    </w:p>
    <w:p>
      <w:pPr>
        <w:spacing w:line="360" w:lineRule="auto" w:after="0"/>
        <w:ind w:firstLine="283"/>
      </w:pPr>
      <w:r>
        <w:t>She laughed.</w:t>
      </w:r>
    </w:p>
    <w:p>
      <w:pPr>
        <w:spacing w:line="360" w:lineRule="auto" w:after="0"/>
        <w:ind w:firstLine="283"/>
      </w:pPr>
      <w:r>
        <w:t>It was not a big laugh. It was the laugh that comes when the thing you are holding is right and the thing the other person is holding is wrong and the stair is wet and neither of you can move. Rook looked at her. His face did the thing his face did not do — it opened. He laughed.</w:t>
      </w:r>
    </w:p>
    <w:p>
      <w:pPr>
        <w:spacing w:line="360" w:lineRule="auto" w:after="0"/>
        <w:ind w:firstLine="283"/>
      </w:pPr>
      <w:r>
        <w:t>They stood on the landing and laughed. The laugh was the whole of it. The correction and the order and the wet stair. The two crafts — the margin and the stair — recognized each other in the laugh. The recognition was not named. The laugh named it.</w:t>
      </w:r>
    </w:p>
    <w:p>
      <w:pPr>
        <w:spacing w:line="360" w:lineRule="auto" w:after="0"/>
        <w:ind w:firstLine="283"/>
      </w:pPr>
      <w:r>
        <w:t>Then the stair was the stair again. She gave him the page. He gave her the receipt. They passed each other on the stair — she going down, he going up — and the passing was the work, and the work went on.</w:t>
      </w:r>
    </w:p>
    <w:p>
      <w:pPr>
        <w:spacing w:line="360" w:lineRule="auto" w:after="0"/>
        <w:ind w:firstLine="283"/>
      </w:pPr>
      <w:r>
        <w:t>The laugh stayed. Mira carried it down the stair the way she carried the margin — without the knowing she was carrying it. Rook carried it up. The laugh was the thing between them that was not a name and did not need one.</w:t>
      </w:r>
    </w:p>
    <w:p>
      <w:pPr>
        <w:spacing w:line="360" w:lineRule="auto" w:after="0"/>
        <w:ind w:firstLine="283"/>
      </w:pPr>
      <w:r>
        <w:t>The correction went through. The order did not. The stair dried by evening. The laugh stayed in both of them, and neither of them knew yet what the laugh would cost.</w:t>
      </w:r>
    </w:p>
    <w:p>
      <w:pPr>
        <w:ind w:firstLine="0"/>
        <w:jc w:val="center"/>
      </w:pPr>
      <w:r>
        <w:rPr>
          <w:color w:val="AAAAAA"/>
        </w:rPr>
        <w:t>❖</w:t>
      </w:r>
    </w:p>
    <w:p>
      <w:pPr>
        <w:spacing w:before="360" w:after="240"/>
        <w:ind w:firstLine="0"/>
        <w:jc w:val="center"/>
      </w:pPr>
      <w:r>
        <w:rPr>
          <w:b/>
          <w:i/>
          <w:color w:val="333333"/>
          <w:sz w:val="26"/>
        </w:rPr>
        <w:t>Chapter 2 — Clean Work</w:t>
      </w:r>
    </w:p>
    <w:p>
      <w:pPr>
        <w:spacing w:line="360" w:lineRule="auto" w:after="0"/>
        <w:ind w:firstLine="283"/>
      </w:pPr>
      <w:r>
        <w:t>‖ •</w:t>
      </w:r>
    </w:p>
    <w:p>
      <w:pPr>
        <w:spacing w:line="360" w:lineRule="auto" w:after="0"/>
        <w:ind w:firstLine="283"/>
      </w:pPr>
      <w:r>
        <w:t>The buckle was the color of old honey where the brass had worn through to the steel beneath. Rook polished it with the heel of his hand and a corner of blanket, the way his first captain had taught him — never with oil before a shift, because oiled brass caught the light and light gave away position. He checked the tongue. He checked the keeper. He ran his thumb along the leather where it folded against the clasp, feeling for the crack that would come in another month and need cutting back. The leather was good. It would hold the season.</w:t>
      </w:r>
    </w:p>
    <w:p>
      <w:pPr>
        <w:spacing w:line="360" w:lineRule="auto" w:after="0"/>
        <w:ind w:firstLine="283"/>
      </w:pPr>
      <w:r>
        <w:t>He stood. The barracks floor was cold through his socks. He had not put his boots on yet. He liked the order of dressing: socks, trousers, belt, boots. Boots last, because boots were the commitment. Once the boots were on, you were going somewhere.</w:t>
      </w:r>
    </w:p>
    <w:p>
      <w:pPr>
        <w:spacing w:line="360" w:lineRule="auto" w:after="0"/>
        <w:ind w:firstLine="283"/>
      </w:pPr>
      <w:r>
        <w:t>The barracks was quiet before the bell. Breck was at the far basin washing with the deliberate roughness of a man who believed cleanliness was a kind of armor. Two of the third-section were still in their bunks, eyes open, not speaking. The junior, who had transferred in from the river watch ten days ago — he kept wanting to call her Sef, which was not her name — was sitting on the edge of her bunk lacing her boots with the slowness of someone who had not yet learned that lacing was the last thing you did, not the first.</w:t>
      </w:r>
    </w:p>
    <w:p>
      <w:pPr>
        <w:spacing w:line="360" w:lineRule="auto" w:after="0"/>
        <w:ind w:firstLine="283"/>
      </w:pPr>
      <w:r>
        <w:t>Rook almost told her. He did not. She would learn the order of things, or she would not.</w:t>
      </w:r>
    </w:p>
    <w:p>
      <w:pPr>
        <w:spacing w:line="360" w:lineRule="auto" w:after="0"/>
        <w:ind w:firstLine="283"/>
      </w:pPr>
      <w:r>
        <w:t>He put his boots on. Left first. He had always put the left on first and could not have said why, and had stopped trying to say why.</w:t>
      </w:r>
    </w:p>
    <w:p>
      <w:pPr>
        <w:spacing w:line="360" w:lineRule="auto" w:after="0"/>
        <w:ind w:firstLine="283"/>
      </w:pPr>
      <w:r>
        <w:t>The bell rang. Six pulls for the morning change. Rook counted them out of habit, though the rope had not missed in eleven years. Six. He liked that about Atherin — that the bell did what the bell was supposed to do.</w:t>
      </w:r>
    </w:p>
    <w:p>
      <w:pPr>
        <w:spacing w:line="360" w:lineRule="auto" w:after="0"/>
        <w:ind w:firstLine="283"/>
      </w:pPr>
      <w:r>
        <w:t>The call came before the second bell. A runner from the East Quarter watch, a boy with one boot untied and his tabard crooked, leaning in the doorway with his hands on his knees. Breck looked up from the basin, water running off his elbows.</w:t>
      </w:r>
    </w:p>
    <w:p>
      <w:pPr>
        <w:spacing w:line="360" w:lineRule="auto" w:after="0"/>
        <w:ind w:firstLine="283"/>
      </w:pPr>
      <w:r>
        <w:t>“Stair,” the boy said. “Tanner’s Row. Third floor. Pulled out of the wall.”</w:t>
      </w:r>
    </w:p>
    <w:p>
      <w:pPr>
        <w:spacing w:line="360" w:lineRule="auto" w:after="0"/>
        <w:ind w:firstLine="283"/>
      </w:pPr>
      <w:r>
        <w:t>“How many.”</w:t>
      </w:r>
    </w:p>
    <w:p>
      <w:pPr>
        <w:spacing w:line="360" w:lineRule="auto" w:after="0"/>
        <w:ind w:firstLine="283"/>
      </w:pPr>
      <w:r>
        <w:t>“Three. Woman and two children. The youngest can’t get down.”</w:t>
      </w:r>
    </w:p>
    <w:p>
      <w:pPr>
        <w:spacing w:line="360" w:lineRule="auto" w:after="0"/>
        <w:ind w:firstLine="283"/>
      </w:pPr>
      <w:r>
        <w:t>Rook was already moving. He did not run in the barracks. Running in the barracks was how you tripped over a bunk-stay and tore the ligament that kept you off the wall for a month. He moved at the pace that meant the shift had started, and the shift started the way a millstone starts — slow, and then all at once, and then there is flour.</w:t>
      </w:r>
    </w:p>
    <w:p>
      <w:pPr>
        <w:spacing w:line="360" w:lineRule="auto" w:after="0"/>
        <w:ind w:firstLine="283"/>
      </w:pPr>
      <w:r>
        <w:t>By the door he counted his section. Breck. Torrel. The junior, whose name was Anza, and who had her boots on now, and had laced them right. Four. He did not count himself. He was the count.</w:t>
      </w:r>
    </w:p>
    <w:p>
      <w:pPr>
        <w:spacing w:line="360" w:lineRule="auto" w:after="0"/>
        <w:ind w:firstLine="283"/>
      </w:pPr>
      <w:r>
        <w:t>Tanner’s Row smelled of lye and old hides and, beneath that, the sweetish rot of the vats in the south yard. The stair had pulled free of the wall on the second landing — the old mortar had given where the joist met the stair-stringer, and the whole flight from the second to the third floor hung at an angle that would not hold a cat. Above, on the third floor, a woman was leaning over the railing with a child on her hip, and a second child — older, maybe six — was holding the railing with both hands and looking down at the gap with the fixed attention of a child who has understood the gap and not yet understood what to do about it.</w:t>
      </w:r>
    </w:p>
    <w:p>
      <w:pPr>
        <w:spacing w:line="360" w:lineRule="auto" w:after="0"/>
        <w:ind w:firstLine="283"/>
      </w:pPr>
      <w:r>
        <w:t>Rook looked at the stair. He looked at the wall. He looked at the joist.</w:t>
      </w:r>
    </w:p>
    <w:p>
      <w:pPr>
        <w:spacing w:line="360" w:lineRule="auto" w:after="0"/>
        <w:ind w:firstLine="283"/>
      </w:pPr>
      <w:r>
        <w:t>“Breck. Pit-props. Two, and the long shore. Torrel, line to the third landing — use the window, not the stair. Anza, you’re with me on the floor. Nobody moves until I say moves.”</w:t>
      </w:r>
    </w:p>
    <w:p>
      <w:pPr>
        <w:spacing w:line="360" w:lineRule="auto" w:after="0"/>
        <w:ind w:firstLine="283"/>
      </w:pPr>
      <w:r>
        <w:t>He did not raise his voice. The building was bad and voices carried into bad buildings the way water carried into cracks, and he did not want the stair to know they were coming. This was a superstition. He knew it was a superstition. He kept it anyway.</w:t>
      </w:r>
    </w:p>
    <w:p>
      <w:pPr>
        <w:spacing w:line="360" w:lineRule="auto" w:after="0"/>
        <w:ind w:firstLine="283"/>
      </w:pPr>
      <w:r>
        <w:t>Torrel went up the outside. He was the lightest and the quickest and he had the hands for a window-catch. Breck set the props — the first under the joist where the stair met the wall, the second at the foot of the stringer, the long shore braced against the floor below. The wood complained and then held. Rook put his hand on the prop and felt the weight transfer — the building settling onto the shore as a tired man settles onto a staff — and he nodded.</w:t>
      </w:r>
    </w:p>
    <w:p>
      <w:pPr>
        <w:spacing w:line="360" w:lineRule="auto" w:after="0"/>
        <w:ind w:firstLine="283"/>
      </w:pPr>
      <w:r>
        <w:t>Up. The stair took him. It did not move. He had read it right.</w:t>
      </w:r>
    </w:p>
    <w:p>
      <w:pPr>
        <w:spacing w:line="360" w:lineRule="auto" w:after="0"/>
        <w:ind w:firstLine="283"/>
      </w:pPr>
      <w:r>
        <w:t>The woman on the third floor had not moved either. She was holding the child the way you hold a child when you have been holding them too long — the hip pushed out, the arm locked, the weight carried in the bones because the muscle had given up. The older child was still holding the railing. His knuckles were white.</w:t>
      </w:r>
    </w:p>
    <w:p>
      <w:pPr>
        <w:spacing w:line="360" w:lineRule="auto" w:after="0"/>
        <w:ind w:firstLine="283"/>
      </w:pPr>
      <w:r>
        <w:t>“We’re going down,” Rook said. “One at a time. The boy first.”</w:t>
      </w:r>
    </w:p>
    <w:p>
      <w:pPr>
        <w:spacing w:line="360" w:lineRule="auto" w:after="0"/>
        <w:ind w:firstLine="283"/>
      </w:pPr>
      <w:r>
        <w:t>The woman’s mouth opened. What came out was not a word. It was the sound a person makes when they have been holding a sound in for an hour and the holding is the only thing left that is keeping them upright.</w:t>
      </w:r>
    </w:p>
    <w:p>
      <w:pPr>
        <w:spacing w:line="360" w:lineRule="auto" w:after="0"/>
        <w:ind w:firstLine="283"/>
      </w:pPr>
      <w:r>
        <w:t>Rook crouched in front of the boy. He did not touch him. “What’s your name.”</w:t>
      </w:r>
    </w:p>
    <w:p>
      <w:pPr>
        <w:spacing w:line="360" w:lineRule="auto" w:after="0"/>
        <w:ind w:firstLine="283"/>
      </w:pPr>
      <w:r>
        <w:t>“Edam.”</w:t>
      </w:r>
    </w:p>
    <w:p>
      <w:pPr>
        <w:spacing w:line="360" w:lineRule="auto" w:after="0"/>
        <w:ind w:firstLine="283"/>
      </w:pPr>
      <w:r>
        <w:t>“Edam. You’re going to go down the stairs with Torrel. He’s at the window. You don’t look at the gap. You look at Torrel’s hands. Can you do that.”</w:t>
      </w:r>
    </w:p>
    <w:p>
      <w:pPr>
        <w:spacing w:line="360" w:lineRule="auto" w:after="0"/>
        <w:ind w:firstLine="283"/>
      </w:pPr>
      <w:r>
        <w:t>The boy looked at Torrel’s hands. Torrel had good hands — steady, open, the kind that did not shake. The boy nodded.</w:t>
      </w:r>
    </w:p>
    <w:p>
      <w:pPr>
        <w:spacing w:line="360" w:lineRule="auto" w:after="0"/>
        <w:ind w:firstLine="283"/>
      </w:pPr>
      <w:r>
        <w:t>“Go.”</w:t>
      </w:r>
    </w:p>
    <w:p>
      <w:pPr>
        <w:spacing w:line="360" w:lineRule="auto" w:after="0"/>
        <w:ind w:firstLine="283"/>
      </w:pPr>
      <w:r>
        <w:t>Torrel took him. Rook watched the stair. It did not move. He listened to the prop. It held.</w:t>
      </w:r>
    </w:p>
    <w:p>
      <w:pPr>
        <w:spacing w:line="360" w:lineRule="auto" w:after="0"/>
        <w:ind w:firstLine="283"/>
      </w:pPr>
      <w:r>
        <w:t>The woman next. He took the child from her — the child was light in the way children are light when they have been frightened for an hour, lighter than their weight, as though some of them had gone elsewhere — and he passed the child down to Breck, who took her as Breck took everything, without ceremony and without dropping. Then the woman. She went down the stair holding the railing and the wall and not looking at the gap, and Rook stood at the top and watched the prop and the prop held and the stair held and the woman reached the bottom and sat down on the floor and put her face in her hands.</w:t>
      </w:r>
    </w:p>
    <w:p>
      <w:pPr>
        <w:spacing w:line="360" w:lineRule="auto" w:after="0"/>
        <w:ind w:firstLine="283"/>
      </w:pPr>
      <w:r>
        <w:t>Rook came down last. At the bottom he put his hand on the prop one more time. Still holding. He nodded to Breck.</w:t>
      </w:r>
    </w:p>
    <w:p>
      <w:pPr>
        <w:spacing w:line="360" w:lineRule="auto" w:after="0"/>
        <w:ind w:firstLine="283"/>
      </w:pPr>
      <w:r>
        <w:t>The boy Edam was standing beside Torrel at the opposite wall. He had not let go of Torrel’s hand. Torrel had not taken his hand back. They stood like that, the man and the boy, without speaking.</w:t>
      </w:r>
    </w:p>
    <w:p>
      <w:pPr>
        <w:spacing w:line="360" w:lineRule="auto" w:after="0"/>
        <w:ind w:firstLine="283"/>
      </w:pPr>
      <w:r>
        <w:t>He crouched beside the boy. “Edam. Go to the mason at the corner of Verral Lane. Tell him Tanner’s Row, third stair, stringer and joist. Can you remember that.”</w:t>
      </w:r>
    </w:p>
    <w:p>
      <w:pPr>
        <w:spacing w:line="360" w:lineRule="auto" w:after="0"/>
        <w:ind w:firstLine="283"/>
      </w:pPr>
      <w:r>
        <w:t>“Third stair. Stringer and joist.”</w:t>
      </w:r>
    </w:p>
    <w:p>
      <w:pPr>
        <w:spacing w:line="360" w:lineRule="auto" w:after="0"/>
        <w:ind w:firstLine="283"/>
      </w:pPr>
      <w:r>
        <w:t>“Good. Tell him Rook sent you and he’ll come before the afternoon bell. Then go home. Your mother will find you there.”</w:t>
      </w:r>
    </w:p>
    <w:p>
      <w:pPr>
        <w:spacing w:line="360" w:lineRule="auto" w:after="0"/>
        <w:ind w:firstLine="283"/>
      </w:pPr>
      <w:r>
        <w:t>The boy looked at the stair, then at his mother, then at Rook. “Is it going to fall now.”</w:t>
      </w:r>
    </w:p>
    <w:p>
      <w:pPr>
        <w:spacing w:line="360" w:lineRule="auto" w:after="0"/>
        <w:ind w:firstLine="283"/>
      </w:pPr>
      <w:r>
        <w:t>“No. The prop is holding. But you don’t go up it until the mason says you can. Understand.”</w:t>
      </w:r>
    </w:p>
    <w:p>
      <w:pPr>
        <w:spacing w:line="360" w:lineRule="auto" w:after="0"/>
        <w:ind w:firstLine="283"/>
      </w:pPr>
      <w:r>
        <w:t>“I understand.”</w:t>
      </w:r>
    </w:p>
    <w:p>
      <w:pPr>
        <w:spacing w:line="360" w:lineRule="auto" w:after="0"/>
        <w:ind w:firstLine="283"/>
      </w:pPr>
      <w:r>
        <w:t>He let go of Torrel’s hand then. He walked down Tanner’s Row toward Verral Lane, small in the way of a child who has been brave and is only now discovering that brave has a cost, and the cost is paid on the walk home, not on the stair. Rook watched him until the corner took him.</w:t>
      </w:r>
    </w:p>
    <w:p>
      <w:pPr>
        <w:spacing w:line="360" w:lineRule="auto" w:after="0"/>
        <w:ind w:firstLine="283"/>
      </w:pPr>
      <w:r>
        <w:t>“Cut it,” he said to Breck. “I want the stringer replaced by tomorrow and the joist re-set by the day after. Send to the mason for the mortar. Charge it to the district.”</w:t>
      </w:r>
    </w:p>
    <w:p>
      <w:pPr>
        <w:spacing w:line="360" w:lineRule="auto" w:after="0"/>
        <w:ind w:firstLine="283"/>
      </w:pPr>
      <w:r>
        <w:t>Breck wrote it in the book he carried in his chest-plate — a stub of pencil, a fold of paper, the ink long since given up for graphite because ink froze in winter and graphite did not.</w:t>
      </w:r>
    </w:p>
    <w:p>
      <w:pPr>
        <w:spacing w:line="360" w:lineRule="auto" w:after="0"/>
        <w:ind w:firstLine="283"/>
      </w:pPr>
      <w:r>
        <w:t>The junior — Anza — had done the floor. She had found the second child a blanket and a cup of water and had sat her on the step of the opposite house and had not left her. Rook noted this. He noted it without expression and filed it where he filed the things his people did right, which was a place he did not show them, because praise made Breck slow and made Torrel careless and made the juniors forget the work was not a thing to be admired for.</w:t>
      </w:r>
    </w:p>
    <w:p>
      <w:pPr>
        <w:spacing w:line="360" w:lineRule="auto" w:after="0"/>
        <w:ind w:firstLine="283"/>
      </w:pPr>
      <w:r>
        <w:t>The runner was waiting in the street. He had tied his boot.</w:t>
      </w:r>
    </w:p>
    <w:p>
      <w:pPr>
        <w:spacing w:line="360" w:lineRule="auto" w:after="0"/>
        <w:ind w:firstLine="283"/>
      </w:pPr>
      <w:r>
        <w:t>“Who called us.”</w:t>
      </w:r>
    </w:p>
    <w:p>
      <w:pPr>
        <w:spacing w:line="360" w:lineRule="auto" w:after="0"/>
        <w:ind w:firstLine="283"/>
      </w:pPr>
      <w:r>
        <w:t>“District watch, ser.”</w:t>
      </w:r>
    </w:p>
    <w:p>
      <w:pPr>
        <w:spacing w:line="360" w:lineRule="auto" w:after="0"/>
        <w:ind w:firstLine="283"/>
      </w:pPr>
      <w:r>
        <w:t>“On whose authority.”</w:t>
      </w:r>
    </w:p>
    <w:p>
      <w:pPr>
        <w:spacing w:line="360" w:lineRule="auto" w:after="0"/>
        <w:ind w:firstLine="283"/>
      </w:pPr>
      <w:r>
        <w:t>“The morning’s standing order, ser. Any structural failure above the second floor.”</w:t>
      </w:r>
    </w:p>
    <w:p>
      <w:pPr>
        <w:spacing w:line="360" w:lineRule="auto" w:after="0"/>
        <w:ind w:firstLine="283"/>
      </w:pPr>
      <w:r>
        <w:t>Rook nodded. The standing order was his. He had written it three years ago, after a stair in the dyers’ quarter had given way and taken a grandmother and a child with it. He had written it in his own hand and submitted it through channels and waited six months for it to become standing. It had been allowed. It had saved, by Breck’s count, eleven households since. Rook did not keep the count. Breck kept the count. Rook kept the order.</w:t>
      </w:r>
    </w:p>
    <w:p>
      <w:pPr>
        <w:spacing w:line="360" w:lineRule="auto" w:after="0"/>
        <w:ind w:firstLine="283"/>
      </w:pPr>
      <w:r>
        <w:t>He filed his report at the East Annex before the third bell. The duty clerk read it, initialed it, and passed it back. “Clean work,” she said. She said it the way people said it — not as praise, but as category. Clean work was a category. It meant: no one was hurt who was not already hurt, nothing was broken that was not already broken, and the record would not need to account for anything beyond the structure. Rook had filed clean work for eleven years. He had filed the other kind twice.</w:t>
      </w:r>
    </w:p>
    <w:p>
      <w:pPr>
        <w:spacing w:line="360" w:lineRule="auto" w:after="0"/>
        <w:ind w:firstLine="283"/>
      </w:pPr>
      <w:r>
        <w:t>He accepted the category without expression.</w:t>
      </w:r>
    </w:p>
    <w:p>
      <w:pPr>
        <w:spacing w:line="360" w:lineRule="auto" w:after="0"/>
        <w:ind w:firstLine="283"/>
      </w:pPr>
      <w:r>
        <w:t>The courier was waiting by the barracks when he came back. A man in the central-office gray, not the East Annex brown, which meant the order had not come through the district chain. Rook noted the color. He noted the courier’s hands — steady, ink-stained at the second finger, the kind of hands that carried paper and not rope. The courier held out the folio. The seal was the central seal, unbroken, the wax the deep blue that meant personal assignment rather than section dispatch.</w:t>
      </w:r>
    </w:p>
    <w:p>
      <w:pPr>
        <w:spacing w:line="360" w:lineRule="auto" w:after="0"/>
        <w:ind w:firstLine="283"/>
      </w:pPr>
      <w:r>
        <w:t>Rook took it. The folio was lighter than he expected. He did not break the seal in the street. One did not break a personal seal in the street. One took it to one’s desk, set it down, broke it with the proper tool, read it in the proper light, and acted on it in the proper order.</w:t>
      </w:r>
    </w:p>
    <w:p>
      <w:pPr>
        <w:spacing w:line="360" w:lineRule="auto" w:after="0"/>
        <w:ind w:firstLine="283"/>
      </w:pPr>
      <w:r>
        <w:t>At his desk he broke the seal. The letterhead was the central office. The signature was the duty commander’s. The body was short.</w:t>
      </w:r>
    </w:p>
    <w:p>
      <w:pPr>
        <w:spacing w:line="360" w:lineRule="auto" w:after="0"/>
        <w:ind w:firstLine="283"/>
      </w:pPr>
      <w:r>
        <w:t>Transfer. Effective at the morning’s bell on the following day. Reporting to the Western District verification office, under the authority of the senior administrator there, for the purpose of —</w:t>
      </w:r>
    </w:p>
    <w:p>
      <w:pPr>
        <w:spacing w:line="360" w:lineRule="auto" w:after="0"/>
        <w:ind w:firstLine="283"/>
      </w:pPr>
      <w:r>
        <w:t>He did not read the rest. Not because he did not wish to. The order was structured so that the purpose followed the signature, and the signature was the authority, and the authority was sufficient. Reading the purpose before accepting the authority was the act of a man who did not trust the chain, and Rook trusted the chain. He had built his life on the trust. He could not have said where one ended and the other began. He wanted the chain to hold the way the prop had held the stair.</w:t>
      </w:r>
    </w:p>
    <w:p>
      <w:pPr>
        <w:spacing w:line="360" w:lineRule="auto" w:after="0"/>
        <w:ind w:firstLine="283"/>
      </w:pPr>
      <w:r>
        <w:t>He folded the folio along its creases. He set it in his desk drawer, on top of the buckle-cloth. He closed the drawer. The buckle-cloth was where he put the things that waited. The folio waited. The buckle waited beside it, the brass the color of old honey, the leather good.</w:t>
      </w:r>
    </w:p>
    <w:p>
      <w:pPr>
        <w:spacing w:line="360" w:lineRule="auto" w:after="0"/>
        <w:ind w:firstLine="283"/>
      </w:pPr>
      <w:r>
        <w:t>He went to find Breck.</w:t>
      </w:r>
    </w:p>
    <w:p>
      <w:pPr>
        <w:spacing w:line="360" w:lineRule="auto" w:after="0"/>
        <w:ind w:firstLine="283"/>
      </w:pPr>
      <w:r>
        <w:t>Breck was mending a rope in the gear room, splicing the end where the line had frayed against the window-catch. He did not look up when Rook came in. He could tell it was Rook by the boot.</w:t>
      </w:r>
    </w:p>
    <w:p>
      <w:pPr>
        <w:spacing w:line="360" w:lineRule="auto" w:after="0"/>
        <w:ind w:firstLine="283"/>
      </w:pPr>
      <w:r>
        <w:t>“We’re reassigned,” Rook said. “Western District. Verification. Morning.”</w:t>
      </w:r>
    </w:p>
    <w:p>
      <w:pPr>
        <w:spacing w:line="360" w:lineRule="auto" w:after="0"/>
        <w:ind w:firstLine="283"/>
      </w:pPr>
      <w:r>
        <w:t>Breck’s hands did not stop. The splice went in. He tucked the end. He bit the thread. “All of us.”</w:t>
      </w:r>
    </w:p>
    <w:p>
      <w:pPr>
        <w:spacing w:line="360" w:lineRule="auto" w:after="0"/>
        <w:ind w:firstLine="283"/>
      </w:pPr>
      <w:r>
        <w:t>“Me. The folio didn’t name the section.”</w:t>
      </w:r>
    </w:p>
    <w:p>
      <w:pPr>
        <w:spacing w:line="360" w:lineRule="auto" w:after="0"/>
        <w:ind w:firstLine="283"/>
      </w:pPr>
      <w:r>
        <w:t>“Ah.” Breck looked up then. He had the look he had when he was reading a wall — the look of a man measuring a thing by the way it leaned. “Verification.”</w:t>
      </w:r>
    </w:p>
    <w:p>
      <w:pPr>
        <w:spacing w:line="360" w:lineRule="auto" w:after="0"/>
        <w:ind w:firstLine="283"/>
      </w:pPr>
      <w:r>
        <w:t>“Yes.”</w:t>
      </w:r>
    </w:p>
    <w:p>
      <w:pPr>
        <w:spacing w:line="360" w:lineRule="auto" w:after="0"/>
        <w:ind w:firstLine="283"/>
      </w:pPr>
      <w:r>
        <w:t>“That’s record work.”</w:t>
      </w:r>
    </w:p>
    <w:p>
      <w:pPr>
        <w:spacing w:line="360" w:lineRule="auto" w:after="0"/>
        <w:ind w:firstLine="283"/>
      </w:pPr>
      <w:r>
        <w:t>“Yes.”</w:t>
      </w:r>
    </w:p>
    <w:p>
      <w:pPr>
        <w:spacing w:line="360" w:lineRule="auto" w:after="0"/>
        <w:ind w:firstLine="283"/>
      </w:pPr>
      <w:r>
        <w:t>Breck turned the rope over in his hands. He tested the splice. It held. He set the rope on the rack and wiped his hands on his thighs and did not say what he was thinking, which Rook was grateful for, because what Breck was thinking was written in the set of his shoulders, and the set of his shoulders said: verification is not rescue, and rescue is what we do, and I do not know what we do at verification.</w:t>
      </w:r>
    </w:p>
    <w:p>
      <w:pPr>
        <w:spacing w:line="360" w:lineRule="auto" w:after="0"/>
        <w:ind w:firstLine="283"/>
      </w:pPr>
      <w:r>
        <w:t>Rook did not say it either. He said, “Have the section ready at the sixth bell. Full kit. I want the props sharpened and the rope re-spliced by morning.”</w:t>
      </w:r>
    </w:p>
    <w:p>
      <w:pPr>
        <w:spacing w:line="360" w:lineRule="auto" w:after="0"/>
        <w:ind w:firstLine="283"/>
      </w:pPr>
      <w:r>
        <w:t>“It’s already spliced.”</w:t>
      </w:r>
    </w:p>
    <w:p>
      <w:pPr>
        <w:spacing w:line="360" w:lineRule="auto" w:after="0"/>
        <w:ind w:firstLine="283"/>
      </w:pPr>
      <w:r>
        <w:t>“Splice it again.”</w:t>
      </w:r>
    </w:p>
    <w:p>
      <w:pPr>
        <w:spacing w:line="360" w:lineRule="auto" w:after="0"/>
        <w:ind w:firstLine="283"/>
      </w:pPr>
      <w:r>
        <w:t>Breck almost smiled. He did not smile, because Breck did not smile at orders, but the almost was there. Rook saw it. The almost-smile of a man who knows you are asking for the unnecessary because the necessary is out of your hands. He had earned that almost-smile over three years. The bell rang for the afternoon change. He went to dress. He put the left boot on first.</w:t>
      </w:r>
    </w:p>
    <w:p>
      <w:pPr>
        <w:ind w:firstLine="0"/>
        <w:jc w:val="center"/>
      </w:pPr>
      <w:r>
        <w:rPr>
          <w:color w:val="AAAAAA"/>
        </w:rPr>
        <w:t>❖</w:t>
      </w:r>
    </w:p>
    <w:p>
      <w:pPr>
        <w:spacing w:before="360" w:after="240"/>
        <w:ind w:firstLine="0"/>
        <w:jc w:val="center"/>
      </w:pPr>
      <w:r>
        <w:rPr>
          <w:b/>
          <w:i/>
          <w:color w:val="333333"/>
          <w:sz w:val="26"/>
        </w:rPr>
        <w:t>Chapter 3 — Service Passages</w:t>
      </w:r>
    </w:p>
    <w:p>
      <w:pPr>
        <w:spacing w:line="360" w:lineRule="auto" w:after="0"/>
        <w:ind w:firstLine="283"/>
      </w:pPr>
      <w:r>
        <w:t>‖ •</w:t>
      </w:r>
    </w:p>
    <w:p>
      <w:pPr>
        <w:spacing w:line="360" w:lineRule="auto" w:after="0"/>
        <w:ind w:firstLine="283"/>
      </w:pPr>
      <w:r>
        <w:t>The thread on the door-handle was the color of old cream, tied in the knot that meant come now — do not knock. Nima counted the exits before she touched it. Three: the door, the lane behind her, the grille above the cistern two houses down that opened onto the tile-maker’s yard. She had counted them before she turned the corner. She counted them again now.</w:t>
      </w:r>
    </w:p>
    <w:p>
      <w:pPr>
        <w:spacing w:line="360" w:lineRule="auto" w:after="0"/>
        <w:ind w:firstLine="283"/>
      </w:pPr>
      <w:r>
        <w:t>She untied the knot. She kept the thread. She put it in the inner pocket of her coat, the one she had sewn herself with a double stitch because a single stitch gave way at the wrong time. The thread went in. The pocket closed.</w:t>
      </w:r>
    </w:p>
    <w:p>
      <w:pPr>
        <w:spacing w:line="360" w:lineRule="auto" w:after="0"/>
        <w:ind w:firstLine="283"/>
      </w:pPr>
      <w:r>
        <w:t>The house belonged to a woman Nima called Varas, which was not the woman’s name. The woman’s name was her own, and Nima did not want it. Wanting a person’s name was the first step toward being able to lose it.</w:t>
      </w:r>
    </w:p>
    <w:p>
      <w:pPr>
        <w:spacing w:line="360" w:lineRule="auto" w:after="0"/>
        <w:ind w:firstLine="283"/>
      </w:pPr>
      <w:r>
        <w:t>Varas was in the kitchen with her two children and a man Nima had not seen before. The man was sitting at the table with his hands flat on the wood.</w:t>
      </w:r>
    </w:p>
    <w:p>
      <w:pPr>
        <w:spacing w:line="360" w:lineRule="auto" w:after="0"/>
        <w:ind w:firstLine="283"/>
      </w:pPr>
      <w:r>
        <w:t>“This is my brother,” Varas said.</w:t>
      </w:r>
    </w:p>
    <w:p>
      <w:pPr>
        <w:spacing w:line="360" w:lineRule="auto" w:after="0"/>
        <w:ind w:firstLine="283"/>
      </w:pPr>
      <w:r>
        <w:t>Nima did not say that Varas had no brother. The sentence was not a lie. It was a door, opened just wide enough for Nima to step through if she chose. Nima stepped through it.</w:t>
      </w:r>
    </w:p>
    <w:p>
      <w:pPr>
        <w:spacing w:line="360" w:lineRule="auto" w:after="0"/>
        <w:ind w:firstLine="283"/>
      </w:pPr>
      <w:r>
        <w:t>“Where,” Nima said.</w:t>
      </w:r>
    </w:p>
    <w:p>
      <w:pPr>
        <w:spacing w:line="360" w:lineRule="auto" w:after="0"/>
        <w:ind w:firstLine="283"/>
      </w:pPr>
      <w:r>
        <w:t>“The south wall. The service grille by the tile-maker’s yard. Before the second bell.”</w:t>
      </w:r>
    </w:p>
    <w:p>
      <w:pPr>
        <w:spacing w:line="360" w:lineRule="auto" w:after="0"/>
        <w:ind w:firstLine="283"/>
      </w:pPr>
      <w:r>
        <w:t>“How many.”</w:t>
      </w:r>
    </w:p>
    <w:p>
      <w:pPr>
        <w:spacing w:line="360" w:lineRule="auto" w:after="0"/>
        <w:ind w:firstLine="283"/>
      </w:pPr>
      <w:r>
        <w:t>“Two. Him, and the boy.”</w:t>
      </w:r>
    </w:p>
    <w:p>
      <w:pPr>
        <w:spacing w:line="360" w:lineRule="auto" w:after="0"/>
        <w:ind w:firstLine="283"/>
      </w:pPr>
      <w:r>
        <w:t>“The boy.”</w:t>
      </w:r>
    </w:p>
    <w:p>
      <w:pPr>
        <w:spacing w:line="360" w:lineRule="auto" w:after="0"/>
        <w:ind w:firstLine="283"/>
      </w:pPr>
      <w:r>
        <w:t>“He’s nine. He doesn’t talk much.”</w:t>
      </w:r>
    </w:p>
    <w:p>
      <w:pPr>
        <w:spacing w:line="360" w:lineRule="auto" w:after="0"/>
        <w:ind w:firstLine="283"/>
      </w:pPr>
      <w:r>
        <w:t>“Good.”</w:t>
      </w:r>
    </w:p>
    <w:p>
      <w:pPr>
        <w:spacing w:line="360" w:lineRule="auto" w:after="0"/>
        <w:ind w:firstLine="283"/>
      </w:pPr>
      <w:r>
        <w:t>Varas looked at her. “Is it good.”</w:t>
      </w:r>
    </w:p>
    <w:p>
      <w:pPr>
        <w:spacing w:line="360" w:lineRule="auto" w:after="0"/>
        <w:ind w:firstLine="283"/>
      </w:pPr>
      <w:r>
        <w:t>“It’s good for the passages.”</w:t>
      </w:r>
    </w:p>
    <w:p>
      <w:pPr>
        <w:spacing w:line="360" w:lineRule="auto" w:after="0"/>
        <w:ind w:firstLine="283"/>
      </w:pPr>
      <w:r>
        <w:t>“The boy won’t ask.”</w:t>
      </w:r>
    </w:p>
    <w:p>
      <w:pPr>
        <w:spacing w:line="360" w:lineRule="auto" w:after="0"/>
        <w:ind w:firstLine="283"/>
      </w:pPr>
      <w:r>
        <w:t>“Then it’s good.”</w:t>
      </w:r>
    </w:p>
    <w:p>
      <w:pPr>
        <w:spacing w:line="360" w:lineRule="auto" w:after="0"/>
        <w:ind w:firstLine="283"/>
      </w:pPr>
      <w:r>
        <w:t>She did not say what she was thinking — that a child who did not ask where he was had already learned that where he was could be taken from him. She counted the exits again. The kitchen had two. The cistern yard had the grille.</w:t>
      </w:r>
    </w:p>
    <w:p>
      <w:pPr>
        <w:spacing w:line="360" w:lineRule="auto" w:after="0"/>
        <w:ind w:firstLine="283"/>
      </w:pPr>
      <w:r>
        <w:t>She gave Varas the tallow stub she carried in her coat. Half-burned. Burned in three other houses before this one. She did not ask for it back.</w:t>
      </w:r>
    </w:p>
    <w:p>
      <w:pPr>
        <w:spacing w:line="360" w:lineRule="auto" w:after="0"/>
        <w:ind w:firstLine="283"/>
      </w:pPr>
      <w:r>
        <w:t>“The passages are clear until the second bell,” she said. “After the second bell the tile-maker opens his yard and the grille is watched. We go before. You stay here. I take him and the boy. We come out at the Verral cistern. Someone meets you there.”</w:t>
      </w:r>
    </w:p>
    <w:p>
      <w:pPr>
        <w:spacing w:line="360" w:lineRule="auto" w:after="0"/>
        <w:ind w:firstLine="283"/>
      </w:pPr>
      <w:r>
        <w:t>“Who.”</w:t>
      </w:r>
    </w:p>
    <w:p>
      <w:pPr>
        <w:spacing w:line="360" w:lineRule="auto" w:after="0"/>
        <w:ind w:firstLine="283"/>
      </w:pPr>
      <w:r>
        <w:t>“You’ll know her. She’ll be carrying a cauliflower.”</w:t>
      </w:r>
    </w:p>
    <w:p>
      <w:pPr>
        <w:spacing w:line="360" w:lineRule="auto" w:after="0"/>
        <w:ind w:firstLine="283"/>
      </w:pPr>
      <w:r>
        <w:t>Varas almost smiled. It was an old joke between them — the cauliflower, the absurdity of it, the way a serious thing could be carried inside a ridiculous thing.</w:t>
      </w:r>
    </w:p>
    <w:p>
      <w:pPr>
        <w:spacing w:line="360" w:lineRule="auto" w:after="0"/>
        <w:ind w:firstLine="283"/>
      </w:pPr>
      <w:r>
        <w:t>She took the man and the boy at the quarter-bell. The man walked behind her. The boy walked between them. The boy did not speak. The boy watched the walls of the passage as Nima watched them — with the look of someone for whom a wall was not a wall when you needed it not to be.</w:t>
      </w:r>
    </w:p>
    <w:p>
      <w:pPr>
        <w:spacing w:line="360" w:lineRule="auto" w:after="0"/>
        <w:ind w:firstLine="283"/>
      </w:pPr>
      <w:r>
        <w:t>The service passages ran beneath the East Quarter, between the foundations of the Annex and the old cistern line. They had been built for the water, for the pipes, for the men who kept the pipes, and the men who kept the pipes had been Nima’s people once, before the pipes were closed and the men were retired and the city made the passages into something that did not officially exist. Nima knew the passages the way Mira knew ink — by the small things, by the draught at a grille, by the smell of the cistern water, by the patch of damp that meant the third junction had seeped again and the footing would be slick. She had walked them since she was fourteen, guided the first time by a man whose name she had never asked.</w:t>
      </w:r>
    </w:p>
    <w:p>
      <w:pPr>
        <w:spacing w:line="360" w:lineRule="auto" w:after="0"/>
        <w:ind w:firstLine="283"/>
      </w:pPr>
      <w:r>
        <w:t>The boy’s shoe was untied. Nima stopped. She crouched. She tied the shoe. She did not ask the boy to hold still, because asking would have been a command, and a command was a thing the boy had learned to fear. She tied the shoe the way she would have tied her own, with the double knot.</w:t>
      </w:r>
    </w:p>
    <w:p>
      <w:pPr>
        <w:spacing w:line="360" w:lineRule="auto" w:after="0"/>
        <w:ind w:firstLine="283"/>
      </w:pPr>
      <w:r>
        <w:t>“Thank you,” the boy said. It was the first thing he had said.</w:t>
      </w:r>
    </w:p>
    <w:p>
      <w:pPr>
        <w:spacing w:line="360" w:lineRule="auto" w:after="0"/>
        <w:ind w:firstLine="283"/>
      </w:pPr>
      <w:r>
        <w:t>“Don’t thank me.”</w:t>
      </w:r>
    </w:p>
    <w:p>
      <w:pPr>
        <w:spacing w:line="360" w:lineRule="auto" w:after="0"/>
        <w:ind w:firstLine="283"/>
      </w:pPr>
      <w:r>
        <w:t>“Why.”</w:t>
      </w:r>
    </w:p>
    <w:p>
      <w:pPr>
        <w:spacing w:line="360" w:lineRule="auto" w:after="0"/>
        <w:ind w:firstLine="283"/>
      </w:pPr>
      <w:r>
        <w:t>“Because thanking me makes it a favor. It isn’t a favor. It’s the way the shoe is tied.”</w:t>
      </w:r>
    </w:p>
    <w:p>
      <w:pPr>
        <w:spacing w:line="360" w:lineRule="auto" w:after="0"/>
        <w:ind w:firstLine="283"/>
      </w:pPr>
      <w:r>
        <w:t>The boy considered this. He did not answer. He walked on. The walking was better than the standing.</w:t>
      </w:r>
    </w:p>
    <w:p>
      <w:pPr>
        <w:spacing w:line="360" w:lineRule="auto" w:after="0"/>
        <w:ind w:firstLine="283"/>
      </w:pPr>
      <w:r>
        <w:t>They came out at the Verral cistern. The grille was where it always was. The draught came up cold and mineral, and beneath it something warmer — bread, and the grease of a great pot, the smell of a kitchen somewhere beneath the Annex that fed more mouths than any one house could hold. Nima did not examine the smell.</w:t>
      </w:r>
    </w:p>
    <w:p>
      <w:pPr>
        <w:spacing w:line="360" w:lineRule="auto" w:after="0"/>
        <w:ind w:firstLine="283"/>
      </w:pPr>
      <w:r>
        <w:t>She lifted the boy through the grille first. The man followed. The yard was empty. The tile-maker’s yard was always empty at the quarter-bell, because the tile-maker opened at the second, and the quarter was the time between the closing of the night and the opening of the day. The time between was Nima’s.</w:t>
      </w:r>
    </w:p>
    <w:p>
      <w:pPr>
        <w:spacing w:line="360" w:lineRule="auto" w:after="0"/>
        <w:ind w:firstLine="283"/>
      </w:pPr>
      <w:r>
        <w:t>The man handed her a folded paper. “For Varas.”</w:t>
      </w:r>
    </w:p>
    <w:p>
      <w:pPr>
        <w:spacing w:line="360" w:lineRule="auto" w:after="0"/>
        <w:ind w:firstLine="283"/>
      </w:pPr>
      <w:r>
        <w:t>Nima took it. She did not open it. A folded paper was not hers to open.</w:t>
      </w:r>
    </w:p>
    <w:p>
      <w:pPr>
        <w:spacing w:line="360" w:lineRule="auto" w:after="0"/>
        <w:ind w:firstLine="283"/>
      </w:pPr>
      <w:r>
        <w:t>They went. She watched them go — the man and the boy, down the Verral lane, the boy’s tied shoe catching the first light. She watched until the corner took them, and then she turned back to the grille, and she was alone in the way she was always alone after, which was the aloneness of a person who has just let go of a hand and has not yet taken up the next.</w:t>
      </w:r>
    </w:p>
    <w:p>
      <w:pPr>
        <w:spacing w:line="360" w:lineRule="auto" w:after="0"/>
        <w:ind w:firstLine="283"/>
      </w:pPr>
      <w:r>
        <w:t>She went back the way she had come. Not the same passage — the second passage, the one that ran parallel, the one she used for the return because a passage used twice in a morning was a passage watched.</w:t>
      </w:r>
    </w:p>
    <w:p>
      <w:pPr>
        <w:spacing w:line="360" w:lineRule="auto" w:after="0"/>
        <w:ind w:firstLine="283"/>
      </w:pPr>
      <w:r>
        <w:t>At the fourth junction she stopped.</w:t>
      </w:r>
    </w:p>
    <w:p>
      <w:pPr>
        <w:spacing w:line="360" w:lineRule="auto" w:after="0"/>
        <w:ind w:firstLine="283"/>
      </w:pPr>
      <w:r>
        <w:t>The junction had a door. The door was iron. The door was always locked, and the lock was the kind that could not be picked because it was not a lock that wanted opening — it was a lock that wanted staying. Nima had passed this door two hundred times. She had never tried it. The door was not her business.</w:t>
      </w:r>
    </w:p>
    <w:p>
      <w:pPr>
        <w:spacing w:line="360" w:lineRule="auto" w:after="0"/>
        <w:ind w:firstLine="283"/>
      </w:pPr>
      <w:r>
        <w:t>The door was open.</w:t>
      </w:r>
    </w:p>
    <w:p>
      <w:pPr>
        <w:spacing w:line="360" w:lineRule="auto" w:after="0"/>
        <w:ind w:firstLine="283"/>
      </w:pPr>
      <w:r>
        <w:t>Not unlocked. Open. The iron was swung back against the wall, and the hinges were oiled — she could smell the oil, the sharp mineral oil of the pipe-keepers, and the oil was fresh, and the freshness meant someone had been here this morning.</w:t>
      </w:r>
    </w:p>
    <w:p>
      <w:pPr>
        <w:spacing w:line="360" w:lineRule="auto" w:after="0"/>
        <w:ind w:firstLine="283"/>
      </w:pPr>
      <w:r>
        <w:t>She did not go in.</w:t>
      </w:r>
    </w:p>
    <w:p>
      <w:pPr>
        <w:spacing w:line="360" w:lineRule="auto" w:after="0"/>
        <w:ind w:firstLine="283"/>
      </w:pPr>
      <w:r>
        <w:t>She told herself she did not go in because the door was not her business. Her hand was closed around the chalk through the cloth, and she had not felt it close. The draught came out at her, cold and mineral, the deep-well taste, the same draught that came up at every cistern grille in the East Quarter, and the sameness meant the door opened onto the same water the city drank.</w:t>
      </w:r>
    </w:p>
    <w:p>
      <w:pPr>
        <w:spacing w:line="360" w:lineRule="auto" w:after="0"/>
        <w:ind w:firstLine="283"/>
      </w:pPr>
      <w:r>
        <w:t>She took one step toward it. She stopped. She took the step back. The step back was the harder one, the one she had taught herself to take, because the step toward was the step that ended you.</w:t>
      </w:r>
    </w:p>
    <w:p>
      <w:pPr>
        <w:spacing w:line="360" w:lineRule="auto" w:after="0"/>
        <w:ind w:firstLine="283"/>
      </w:pPr>
      <w:r>
        <w:t>She came out at the cistern two blocks from Varas’s house. She walked to Varas’s house. She let herself in by the lane.</w:t>
      </w:r>
    </w:p>
    <w:p>
      <w:pPr>
        <w:spacing w:line="360" w:lineRule="auto" w:after="0"/>
        <w:ind w:firstLine="283"/>
      </w:pPr>
      <w:r>
        <w:t>Varas was not there.</w:t>
      </w:r>
    </w:p>
    <w:p>
      <w:pPr>
        <w:spacing w:line="360" w:lineRule="auto" w:after="0"/>
        <w:ind w:firstLine="283"/>
      </w:pPr>
      <w:r>
        <w:t>The kitchen was there. The table. The two chairs. The cup was on the table, half-full of cold tea, the rim unchipped. The children's shoes were by the door — two pairs, small, lined up neatly, as a mother lines up shoes when she is leaving and does not know if she is coming back. The lining-up told Nima, before she had finished looking, that Varas was not coming back. It settled into her sternum.</w:t>
      </w:r>
    </w:p>
    <w:p>
      <w:pPr>
        <w:spacing w:line="360" w:lineRule="auto" w:after="0"/>
        <w:ind w:firstLine="283"/>
      </w:pPr>
      <w:r>
        <w:t>She did not call the name. She stood in the kitchen and counted — the exits, the cup, the shoes, the cold tea, the absence. The habit held her upright.</w:t>
      </w:r>
    </w:p>
    <w:p>
      <w:pPr>
        <w:spacing w:line="360" w:lineRule="auto" w:after="0"/>
        <w:ind w:firstLine="283"/>
      </w:pPr>
      <w:r>
        <w:t>She went to the records office on the Verral. She did not go in. She was unlisted. Going in was how an unlisted person became listed. She stood outside and read the board, the public board with the names of the houses on the Verral. The houses were there, all of them, and one of them was not.</w:t>
      </w:r>
    </w:p>
    <w:p>
      <w:pPr>
        <w:spacing w:line="360" w:lineRule="auto" w:after="0"/>
        <w:ind w:firstLine="283"/>
      </w:pPr>
      <w:r>
        <w:t>The house was not gone — the door, the lintel, the step. She had stood on the step an hour ago. She had tied a boy's shoe on the step. The house was there. The name was not on the board. The name had been taken off the list, or the name had never been on the list, and Nima could not tell which.</w:t>
      </w:r>
    </w:p>
    <w:p>
      <w:pPr>
        <w:spacing w:line="360" w:lineRule="auto" w:after="0"/>
        <w:ind w:firstLine="283"/>
      </w:pPr>
      <w:r>
        <w:t>She had chalk in her pocket. She always carried chalk — a stub, wrapped in cloth, the way a clerk carried a pen. The chalk was for marking a route, for leaving a sign, for the small bright word that said I was here when there was no one to say it to. She could write the name. She could write it on the board beside the list, in the margin where the list ended. The clerk would come in the morning and read it.</w:t>
      </w:r>
    </w:p>
    <w:p>
      <w:pPr>
        <w:spacing w:line="360" w:lineRule="auto" w:after="0"/>
        <w:ind w:firstLine="283"/>
      </w:pPr>
      <w:r>
        <w:t>She did not write the name.</w:t>
      </w:r>
    </w:p>
    <w:p>
      <w:pPr>
        <w:spacing w:line="360" w:lineRule="auto" w:after="0"/>
        <w:ind w:firstLine="283"/>
      </w:pPr>
      <w:r>
        <w:t>She put the chalk back in her pocket — carefully, with the double stitch, with the closed pocket, the way she put back the thread.</w:t>
      </w:r>
    </w:p>
    <w:p>
      <w:pPr>
        <w:spacing w:line="360" w:lineRule="auto" w:after="0"/>
        <w:ind w:firstLine="283"/>
      </w:pPr>
      <w:r>
        <w:t>She went back to Varas's kitchen, and she set the weight down beside the cold tea and the lined-up shoes. She took the tallow stub from her pocket. It had been Varas's. It was hers again now, the way things came back when the person you had given them to was gone. She lit it. She set it on the table. She watched the flame. The flame was small. The cup went on cooling. The shoes went on waiting.</w:t>
      </w:r>
    </w:p>
    <w:p>
      <w:pPr>
        <w:ind w:firstLine="0"/>
        <w:jc w:val="center"/>
      </w:pPr>
      <w:r>
        <w:rPr>
          <w:color w:val="AAAAAA"/>
        </w:rPr>
        <w:t>❖</w:t>
      </w:r>
    </w:p>
    <w:p>
      <w:pPr>
        <w:spacing w:before="360" w:after="240"/>
        <w:ind w:firstLine="0"/>
        <w:jc w:val="center"/>
      </w:pPr>
      <w:r>
        <w:rPr>
          <w:b/>
          <w:i/>
          <w:color w:val="333333"/>
          <w:sz w:val="26"/>
        </w:rPr>
        <w:t>Chapter 4 — Variation of a Name</w:t>
      </w:r>
    </w:p>
    <w:p>
      <w:pPr>
        <w:spacing w:line="360" w:lineRule="auto" w:after="0"/>
        <w:ind w:firstLine="283"/>
      </w:pPr>
      <w:r>
        <w:t>‖ •</w:t>
      </w:r>
    </w:p>
    <w:p>
      <w:pPr>
        <w:spacing w:line="360" w:lineRule="auto" w:after="0"/>
        <w:ind w:firstLine="283"/>
      </w:pPr>
      <w:r>
        <w:t>The contradiction came in on the morning's cross-check, the way contradictions did — quietly, in a hand that was not Mira's, flagged with a small chalk mark in the margin that meant look. Pell's chalk mark. Pell had the habit of marking the margins when he was not certain, and Pell was not certain often.</w:t>
      </w:r>
    </w:p>
    <w:p>
      <w:pPr>
        <w:spacing w:line="360" w:lineRule="auto" w:after="0"/>
        <w:ind w:firstLine="283"/>
      </w:pPr>
      <w:r>
        <w:t>The entry was a ration stamp. The Western District allocation office had submitted it for reconciliation — the monthly cross-check, stamps issued against stamps redeemed, redeemed against people fed, fed against people listed. The stamp was for a household in the Verral. The household was COLIN. The name was SENA TORM. The stamp had been redeemed every month for eleven months.</w:t>
      </w:r>
    </w:p>
    <w:p>
      <w:pPr>
        <w:spacing w:line="360" w:lineRule="auto" w:after="0"/>
        <w:ind w:firstLine="283"/>
      </w:pPr>
      <w:r>
        <w:t>Mira did not know she was dead yet. She knew only that Pell had chalked the margin, and Pell's chalk meant look. She pulled the household ledger — the Verral household ledger, the one she had consolidated two weeks ago at Seret's signature, the bound volume that held both the household entries and the allocation entries in a single spine. She had signed the consolidation herself. The bound volume was the one she had mended with the long stitch, the one with the pressed mountain-ash leaf between pages forty-one and forty-two. She opened it.</w:t>
      </w:r>
    </w:p>
    <w:p>
      <w:pPr>
        <w:spacing w:line="360" w:lineRule="auto" w:after="0"/>
        <w:ind w:firstLine="283"/>
      </w:pPr>
      <w:r>
        <w:t>SENA TORM appeared four times. Four entries, four dates, four hands.</w:t>
      </w:r>
    </w:p>
    <w:p>
      <w:pPr>
        <w:spacing w:line="360" w:lineRule="auto" w:after="0"/>
        <w:ind w:firstLine="283"/>
      </w:pPr>
      <w:r>
        <w:t>The first was the household registration, dated nine years prior, in the hand of a clerk Mira did not recognize — the strokes heavy, deliberate, the kind of hand that wrote slowly because it believed the writing mattered. The name was SENA TORM. The S was closed, the way Vareth used to close her S's.</w:t>
      </w:r>
    </w:p>
    <w:p>
      <w:pPr>
        <w:spacing w:line="360" w:lineRule="auto" w:after="0"/>
        <w:ind w:firstLine="283"/>
      </w:pPr>
      <w:r>
        <w:t>The second was a ration allocation, dated seven years prior, in Pell's hand. Pell wrote light. Pell wrote his S's open at the bottom. The name was SENA TARM. The O had become an R. The change was small. A small change in a light hand was a change the eye did not catch.</w:t>
      </w:r>
    </w:p>
    <w:p>
      <w:pPr>
        <w:spacing w:line="360" w:lineRule="auto" w:after="0"/>
        <w:ind w:firstLine="283"/>
      </w:pPr>
      <w:r>
        <w:t>The third was a rent payment, dated three years prior, in the hand of the Western District allocation clerk — a different hand, a hurried hand, the kind of hand that wrote while standing. The name was SENA TORM. The O was back. The hand had not checked the prior entry. The hand had written what the hand heard.</w:t>
      </w:r>
    </w:p>
    <w:p>
      <w:pPr>
        <w:spacing w:line="360" w:lineRule="auto" w:after="0"/>
        <w:ind w:firstLine="283"/>
      </w:pPr>
      <w:r>
        <w:t>The fourth was a medical aid stamp, dated five months prior, in a hand Mira did not recognize at all. The name was SENA TARM. The R was back. The hand was neat, careful. The stamp was for a tincture. The tincture was for a cough.</w:t>
      </w:r>
    </w:p>
    <w:p>
      <w:pPr>
        <w:spacing w:line="360" w:lineRule="auto" w:after="0"/>
        <w:ind w:firstLine="283"/>
      </w:pPr>
      <w:r>
        <w:t>Mira set down the pen. She had not picked it up. She realized she had been reaching for it — the old reflex, the correction reflex. The hand wanted to draw the line. The hand wanted to choose. She set the hand in her lap.</w:t>
      </w:r>
    </w:p>
    <w:p>
      <w:pPr>
        <w:spacing w:line="360" w:lineRule="auto" w:after="0"/>
        <w:ind w:firstLine="283"/>
      </w:pPr>
      <w:r>
        <w:t>She went to find Pell.</w:t>
      </w:r>
    </w:p>
    <w:p>
      <w:pPr>
        <w:spacing w:line="360" w:lineRule="auto" w:after="0"/>
        <w:ind w:firstLine="283"/>
      </w:pPr>
      <w:r>
        <w:t>Pell was at his desk, humming. The humming stopped when she came near, because Pell knew the shape of her approach, and the shape of her approach today was not the shape of a correction.</w:t>
      </w:r>
    </w:p>
    <w:p>
      <w:pPr>
        <w:spacing w:line="360" w:lineRule="auto" w:after="0"/>
        <w:ind w:firstLine="283"/>
      </w:pPr>
      <w:r>
        <w:t>"You chalked the margin," Mira said.</w:t>
      </w:r>
    </w:p>
    <w:p>
      <w:pPr>
        <w:spacing w:line="360" w:lineRule="auto" w:after="0"/>
        <w:ind w:firstLine="283"/>
      </w:pPr>
      <w:r>
        <w:t>"I chalked the margin."</w:t>
      </w:r>
    </w:p>
    <w:p>
      <w:pPr>
        <w:spacing w:line="360" w:lineRule="auto" w:after="0"/>
        <w:ind w:firstLine="283"/>
      </w:pPr>
      <w:r>
        <w:t>"SENA TORM."</w:t>
      </w:r>
    </w:p>
    <w:p>
      <w:pPr>
        <w:spacing w:line="360" w:lineRule="auto" w:after="0"/>
        <w:ind w:firstLine="283"/>
      </w:pPr>
      <w:r>
        <w:t>"Or SENA TARM."</w:t>
      </w:r>
    </w:p>
    <w:p>
      <w:pPr>
        <w:spacing w:line="360" w:lineRule="auto" w:after="0"/>
        <w:ind w:firstLine="283"/>
      </w:pPr>
      <w:r>
        <w:t>"Which is it."</w:t>
      </w:r>
    </w:p>
    <w:p>
      <w:pPr>
        <w:spacing w:line="360" w:lineRule="auto" w:after="0"/>
        <w:ind w:firstLine="283"/>
      </w:pPr>
      <w:r>
        <w:t>Pell looked at his hands. His hands were on the desk, and the hands were the things that had written one of the names.</w:t>
      </w:r>
    </w:p>
    <w:p>
      <w:pPr>
        <w:spacing w:line="360" w:lineRule="auto" w:after="0"/>
        <w:ind w:firstLine="283"/>
      </w:pPr>
      <w:r>
        <w:t>"I wrote TARM," he said. "Seven years ago. The allocation clerk — the one before Tor — he read me the name. He read TARM. I wrote TARM. I did not check the household registration. I should have checked the household registration."</w:t>
      </w:r>
    </w:p>
    <w:p>
      <w:pPr>
        <w:spacing w:line="360" w:lineRule="auto" w:after="0"/>
        <w:ind w:firstLine="283"/>
      </w:pPr>
      <w:r>
        <w:t>"Did you check the household registration."</w:t>
      </w:r>
    </w:p>
    <w:p>
      <w:pPr>
        <w:spacing w:line="360" w:lineRule="auto" w:after="0"/>
        <w:ind w:firstLine="283"/>
      </w:pPr>
      <w:r>
        <w:t>"No."</w:t>
      </w:r>
    </w:p>
    <w:p>
      <w:pPr>
        <w:spacing w:line="360" w:lineRule="auto" w:after="0"/>
        <w:ind w:firstLine="283"/>
      </w:pPr>
      <w:r>
        <w:t>"Why."</w:t>
      </w:r>
    </w:p>
    <w:p>
      <w:pPr>
        <w:spacing w:line="360" w:lineRule="auto" w:after="0"/>
        <w:ind w:firstLine="283"/>
      </w:pPr>
      <w:r>
        <w:t>"Because the allocation clerk read me the name, and the day was seven years ago, and seven years ago I did not check." He stopped.</w:t>
      </w:r>
    </w:p>
    <w:p>
      <w:pPr>
        <w:spacing w:line="360" w:lineRule="auto" w:after="0"/>
        <w:ind w:firstLine="283"/>
      </w:pPr>
      <w:r>
        <w:t>Mira waited.</w:t>
      </w:r>
    </w:p>
    <w:p>
      <w:pPr>
        <w:spacing w:line="360" w:lineRule="auto" w:after="0"/>
        <w:ind w:firstLine="283"/>
      </w:pPr>
      <w:r>
        <w:t>"I don't know if she's alive," Pell said. "I write the stamps. The stamps come to me. I write the names the stamps give me. The stamps have given me TARM for seven years. The household register has TORM. The rent has TORM. The medical aid has TARM. I chalked the margin because I do not know which is the woman and which is the name, and I do not know whether the woman is alive. You are the one who looks. I am the one who chalks."</w:t>
      </w:r>
    </w:p>
    <w:p>
      <w:pPr>
        <w:spacing w:line="360" w:lineRule="auto" w:after="0"/>
        <w:ind w:firstLine="283"/>
      </w:pPr>
      <w:r>
        <w:t>Mira did not correct him. She did not say he should have checked.</w:t>
      </w:r>
    </w:p>
    <w:p>
      <w:pPr>
        <w:spacing w:line="360" w:lineRule="auto" w:after="0"/>
        <w:ind w:firstLine="283"/>
      </w:pPr>
      <w:r>
        <w:t>She stood in the corridor outside the archive. Seret's door was at the end. She did not go to Seret. Not yet. She went to the Western District allocation office instead.</w:t>
      </w:r>
    </w:p>
    <w:p>
      <w:pPr>
        <w:spacing w:line="360" w:lineRule="auto" w:after="0"/>
        <w:ind w:firstLine="283"/>
      </w:pPr>
      <w:r>
        <w:t>The allocation office was on the Verral, two blocks from the cistern, in a building that had been a granary before it was an office and still smelled faintly of the grain. The clerk at the desk was the one Mira did not know — not Tor, who came on the third morning, but the standing clerk, the one whose hand was on the rent entry three years ago. The clerk was a man. He was not old. He had the eyes of a person who had been standing for too long.</w:t>
      </w:r>
    </w:p>
    <w:p>
      <w:pPr>
        <w:spacing w:line="360" w:lineRule="auto" w:after="0"/>
        <w:ind w:firstLine="283"/>
      </w:pPr>
      <w:r>
        <w:t>"I need to see the SENA TORM file," Mira said. "Or SENA TARM. Both."</w:t>
      </w:r>
    </w:p>
    <w:p>
      <w:pPr>
        <w:spacing w:line="360" w:lineRule="auto" w:after="0"/>
        <w:ind w:firstLine="283"/>
      </w:pPr>
      <w:r>
        <w:t>The clerk looked at her. He looked at her badge — the archive badge, the blue, the one that meant she could see things other people could not. He did not ask why. He went to the cabinet. He pulled the file. The file was thin. A household of one. The woman lived alone. Or had lived alone. Or was listed as living alone.</w:t>
      </w:r>
    </w:p>
    <w:p>
      <w:pPr>
        <w:spacing w:line="360" w:lineRule="auto" w:after="0"/>
        <w:ind w:firstLine="283"/>
      </w:pPr>
      <w:r>
        <w:t>"When was the last physical verification," Mira said.</w:t>
      </w:r>
    </w:p>
    <w:p>
      <w:pPr>
        <w:spacing w:line="360" w:lineRule="auto" w:after="0"/>
        <w:ind w:firstLine="283"/>
      </w:pPr>
      <w:r>
        <w:t>The clerk checked. He checked the ledger. He checked the stamps. He checked the cross-file. He looked up.</w:t>
      </w:r>
    </w:p>
    <w:p>
      <w:pPr>
        <w:spacing w:line="360" w:lineRule="auto" w:after="0"/>
        <w:ind w:firstLine="283"/>
      </w:pPr>
      <w:r>
        <w:t>"There has been no physical verification," he said.</w:t>
      </w:r>
    </w:p>
    <w:p>
      <w:pPr>
        <w:spacing w:line="360" w:lineRule="auto" w:after="0"/>
        <w:ind w:firstLine="283"/>
      </w:pPr>
      <w:r>
        <w:t>"Ever."</w:t>
      </w:r>
    </w:p>
    <w:p>
      <w:pPr>
        <w:spacing w:line="360" w:lineRule="auto" w:after="0"/>
        <w:ind w:firstLine="283"/>
      </w:pPr>
      <w:r>
        <w:t>"The file was opened nine years ago. The household registration was the verification. There has been no request for re-verification since."</w:t>
      </w:r>
    </w:p>
    <w:p>
      <w:pPr>
        <w:spacing w:line="360" w:lineRule="auto" w:after="0"/>
        <w:ind w:firstLine="283"/>
      </w:pPr>
      <w:r>
        <w:t>"In nine years."</w:t>
      </w:r>
    </w:p>
    <w:p>
      <w:pPr>
        <w:spacing w:line="360" w:lineRule="auto" w:after="0"/>
        <w:ind w:firstLine="283"/>
      </w:pPr>
      <w:r>
        <w:t>"In nine years."</w:t>
      </w:r>
    </w:p>
    <w:p>
      <w:pPr>
        <w:spacing w:line="360" w:lineRule="auto" w:after="0"/>
        <w:ind w:firstLine="283"/>
      </w:pPr>
      <w:r>
        <w:t>Mira looked at the file.</w:t>
      </w:r>
    </w:p>
    <w:p>
      <w:pPr>
        <w:spacing w:line="360" w:lineRule="auto" w:after="0"/>
        <w:ind w:firstLine="283"/>
      </w:pPr>
      <w:r>
        <w:t>"Has anyone collected the rations," she said.</w:t>
      </w:r>
    </w:p>
    <w:p>
      <w:pPr>
        <w:spacing w:line="360" w:lineRule="auto" w:after="0"/>
        <w:ind w:firstLine="283"/>
      </w:pPr>
      <w:r>
        <w:t>"The stamps are redeemed at the East Quarter distribution point. The redemption requires a badge."</w:t>
      </w:r>
    </w:p>
    <w:p>
      <w:pPr>
        <w:spacing w:line="360" w:lineRule="auto" w:after="0"/>
        <w:ind w:firstLine="283"/>
      </w:pPr>
      <w:r>
        <w:t>"Whose badge."</w:t>
      </w:r>
    </w:p>
    <w:p>
      <w:pPr>
        <w:spacing w:line="360" w:lineRule="auto" w:after="0"/>
        <w:ind w:firstLine="283"/>
      </w:pPr>
      <w:r>
        <w:t>The clerk checked. He checked the redemption log. He looked up. His face did not change.</w:t>
      </w:r>
    </w:p>
    <w:p>
      <w:pPr>
        <w:spacing w:line="360" w:lineRule="auto" w:after="0"/>
        <w:ind w:firstLine="283"/>
      </w:pPr>
      <w:r>
        <w:t>"Whose badge," Mira said again.</w:t>
      </w:r>
    </w:p>
    <w:p>
      <w:pPr>
        <w:spacing w:line="360" w:lineRule="auto" w:after="0"/>
        <w:ind w:firstLine="283"/>
      </w:pPr>
      <w:r>
        <w:t>"The badge is not named in the log. The log records the badge number, not the name."</w:t>
      </w:r>
    </w:p>
    <w:p>
      <w:pPr>
        <w:spacing w:line="360" w:lineRule="auto" w:after="0"/>
        <w:ind w:firstLine="283"/>
      </w:pPr>
      <w:r>
        <w:t>"Show me the number."</w:t>
      </w:r>
    </w:p>
    <w:p>
      <w:pPr>
        <w:spacing w:line="360" w:lineRule="auto" w:after="0"/>
        <w:ind w:firstLine="283"/>
      </w:pPr>
      <w:r>
        <w:t>He showed her the number. The number was a string of digits. The digits meant nothing to Mira. A number was not a hand.</w:t>
      </w:r>
    </w:p>
    <w:p>
      <w:pPr>
        <w:spacing w:line="360" w:lineRule="auto" w:after="0"/>
        <w:ind w:firstLine="283"/>
      </w:pPr>
      <w:r>
        <w:t>She copied the number. She did not copy it in the archive hand. She copied it in her own hand, on a slip of paper she put in the inner pocket of her coat.</w:t>
      </w:r>
    </w:p>
    <w:p>
      <w:pPr>
        <w:spacing w:line="360" w:lineRule="auto" w:after="0"/>
        <w:ind w:firstLine="283"/>
      </w:pPr>
      <w:r>
        <w:t>She did not go back to the archive. She walked to the Verral. She walked to the house — the house on the list, the house that was COLIN, the house whose name she had chosen two weeks ago. The line through the wrong had been hers.</w:t>
      </w:r>
    </w:p>
    <w:p>
      <w:pPr>
        <w:spacing w:line="360" w:lineRule="auto" w:after="0"/>
        <w:ind w:firstLine="283"/>
      </w:pPr>
      <w:r>
        <w:t>The house was there — the door, the step. She had not been here. She did not know this house. She knew the name. She did not know the woman. She stood on the step and did not knock.</w:t>
      </w:r>
    </w:p>
    <w:p>
      <w:pPr>
        <w:spacing w:line="360" w:lineRule="auto" w:after="0"/>
        <w:ind w:firstLine="283"/>
      </w:pPr>
      <w:r>
        <w:t>A woman came to the door of the next house. She had a broom. She held it the way a person holds a thing they are not yet ready to set down.</w:t>
      </w:r>
    </w:p>
    <w:p>
      <w:pPr>
        <w:spacing w:line="360" w:lineRule="auto" w:after="0"/>
        <w:ind w:firstLine="283"/>
      </w:pPr>
      <w:r>
        <w:t>"You're looking for Sena," the woman said.</w:t>
      </w:r>
    </w:p>
    <w:p>
      <w:pPr>
        <w:spacing w:line="360" w:lineRule="auto" w:after="0"/>
        <w:ind w:firstLine="283"/>
      </w:pPr>
      <w:r>
        <w:t>Mira did not say yes. She did not say no.</w:t>
      </w:r>
    </w:p>
    <w:p>
      <w:pPr>
        <w:spacing w:line="360" w:lineRule="auto" w:after="0"/>
        <w:ind w:firstLine="283"/>
      </w:pPr>
      <w:r>
        <w:t>"She hasn't been here in months," the woman said. "Since before the winter. I used to see her at the water court. She had a way of carrying the bucket — two-handed, against her hip. You don't forget a thing like that. You don't see it for months and you notice you haven't seen it."</w:t>
      </w:r>
    </w:p>
    <w:p>
      <w:pPr>
        <w:spacing w:line="360" w:lineRule="auto" w:after="0"/>
        <w:ind w:firstLine="283"/>
      </w:pPr>
      <w:r>
        <w:t>"Did you tell anyone."</w:t>
      </w:r>
    </w:p>
    <w:p>
      <w:pPr>
        <w:spacing w:line="360" w:lineRule="auto" w:after="0"/>
        <w:ind w:firstLine="283"/>
      </w:pPr>
      <w:r>
        <w:t>"Who would I tell."</w:t>
      </w:r>
    </w:p>
    <w:p>
      <w:pPr>
        <w:spacing w:line="360" w:lineRule="auto" w:after="0"/>
        <w:ind w:firstLine="283"/>
      </w:pPr>
      <w:r>
        <w:t>Mira did not answer. There was no one to tell. The system did not ask.</w:t>
      </w:r>
    </w:p>
    <w:p>
      <w:pPr>
        <w:spacing w:line="360" w:lineRule="auto" w:after="0"/>
        <w:ind w:firstLine="283"/>
      </w:pPr>
      <w:r>
        <w:t>"The rations still come," the woman said. She said it without accusation. "I've seen the cart leave the stamp at the door. Every month. I stopped looking. You stop looking."</w:t>
      </w:r>
    </w:p>
    <w:p>
      <w:pPr>
        <w:spacing w:line="360" w:lineRule="auto" w:after="0"/>
        <w:ind w:firstLine="283"/>
      </w:pPr>
      <w:r>
        <w:t>The woman was dead. The stamps were current.</w:t>
      </w:r>
    </w:p>
    <w:p>
      <w:pPr>
        <w:spacing w:line="360" w:lineRule="auto" w:after="0"/>
        <w:ind w:firstLine="283"/>
      </w:pPr>
      <w:r>
        <w:t>Mira nodded. She did not say the badge number in her pocket.</w:t>
      </w:r>
    </w:p>
    <w:p>
      <w:pPr>
        <w:spacing w:line="360" w:lineRule="auto" w:after="0"/>
        <w:ind w:firstLine="283"/>
      </w:pPr>
      <w:r>
        <w:t>The broom-woman called her back at the corner.</w:t>
      </w:r>
    </w:p>
    <w:p>
      <w:pPr>
        <w:spacing w:line="360" w:lineRule="auto" w:after="0"/>
        <w:ind w:firstLine="283"/>
      </w:pPr>
      <w:r>
        <w:t>"You said the name on the file. You said COLIN."</w:t>
      </w:r>
    </w:p>
    <w:p>
      <w:pPr>
        <w:spacing w:line="360" w:lineRule="auto" w:after="0"/>
        <w:ind w:firstLine="283"/>
      </w:pPr>
      <w:r>
        <w:t>"I did."</w:t>
      </w:r>
    </w:p>
    <w:p>
      <w:pPr>
        <w:spacing w:line="360" w:lineRule="auto" w:after="0"/>
        <w:ind w:firstLine="283"/>
      </w:pPr>
      <w:r>
        <w:t>"My sister's house is COLIN. The house two doors down. She married into the name. She took her husband's spelling. She has been COLIN since the year she married."</w:t>
      </w:r>
    </w:p>
    <w:p>
      <w:pPr>
        <w:spacing w:line="360" w:lineRule="auto" w:after="0"/>
        <w:ind w:firstLine="283"/>
      </w:pPr>
      <w:r>
        <w:t>Mira did not speak. Copper found the back of her tongue — the taste that came when the work turned wrong, not blood and not the pen's iron, but the thing her mouth did when the body knew before the mind did.</w:t>
      </w:r>
    </w:p>
    <w:p>
      <w:pPr>
        <w:spacing w:line="360" w:lineRule="auto" w:after="0"/>
        <w:ind w:firstLine="283"/>
      </w:pPr>
      <w:r>
        <w:t>"When they consolidated the household ledger last month," the broom-woman said, "the clerk came to my sister's door. He asked for the proof of name. He asked for the marriage line. My sister had the line. My sister had the proof. The clerk wrote it down. He went away. The next week the cart did not come. My sister went to the office. The office said the name did not match. The name on the household was COLIN, the name on the marriage line was COLYN with a Y, the name on the proof was COLIN. The clerk said the name did not match. My sister is not COLIN now. My sister is unlisted. My sister has not eaten in two weeks. My sister has three children."</w:t>
      </w:r>
    </w:p>
    <w:p>
      <w:pPr>
        <w:spacing w:line="360" w:lineRule="auto" w:after="0"/>
        <w:ind w:firstLine="283"/>
      </w:pPr>
      <w:r>
        <w:t>The broom-woman stopped.</w:t>
      </w:r>
    </w:p>
    <w:p>
      <w:pPr>
        <w:spacing w:line="360" w:lineRule="auto" w:after="0"/>
        <w:ind w:firstLine="283"/>
      </w:pPr>
      <w:r>
        <w:t>Mira stood on the cobbles. The copper was in her mouth. The COLIN had been hers. She had chosen it two weeks ago, at the desk with the burr and the brown ink and the pale ink. The line had gone into the consolidated ledger, and the ledger had gone to the verification office, and the verification office had come to the broom-woman's sister's door.</w:t>
      </w:r>
    </w:p>
    <w:p>
      <w:pPr>
        <w:spacing w:line="360" w:lineRule="auto" w:after="0"/>
        <w:ind w:firstLine="283"/>
      </w:pPr>
      <w:r>
        <w:t>The wrong was the line.</w:t>
      </w:r>
    </w:p>
    <w:p>
      <w:pPr>
        <w:spacing w:line="360" w:lineRule="auto" w:after="0"/>
        <w:ind w:firstLine="283"/>
      </w:pPr>
      <w:r>
        <w:t>She did not say this. She said, "I will look." She said it flat, without the promising.</w:t>
      </w:r>
    </w:p>
    <w:p>
      <w:pPr>
        <w:spacing w:line="360" w:lineRule="auto" w:after="0"/>
        <w:ind w:firstLine="283"/>
      </w:pPr>
      <w:r>
        <w:t>She walked back to the archive. The nib scratched in her memory — the sound of two weeks ago, the sound that had been the pleasure.</w:t>
      </w:r>
    </w:p>
    <w:p>
      <w:pPr>
        <w:spacing w:line="360" w:lineRule="auto" w:after="0"/>
        <w:ind w:firstLine="283"/>
      </w:pPr>
      <w:r>
        <w:t>Not resolved, she thought, but did not write. She had written the two words beside eleven hundred and three small contradictions and had not yet written them beside her own.</w:t>
      </w:r>
    </w:p>
    <w:p>
      <w:pPr>
        <w:spacing w:line="360" w:lineRule="auto" w:after="0"/>
        <w:ind w:firstLine="283"/>
      </w:pPr>
      <w:r>
        <w:t>The copper was still in her mouth.</w:t>
      </w:r>
    </w:p>
    <w:p>
      <w:pPr>
        <w:spacing w:line="360" w:lineRule="auto" w:after="0"/>
        <w:ind w:firstLine="283"/>
      </w:pPr>
      <w:r>
        <w:t>The forty-one were in the back of the chest — the unresolved names, the ones the city had counted and the counting had not held. The margin had carried them for eleven years. Mira had not opened the forty-one's sleeve in a year. She opened it now.</w:t>
      </w:r>
    </w:p>
    <w:p>
      <w:pPr>
        <w:spacing w:line="360" w:lineRule="auto" w:after="0"/>
        <w:ind w:firstLine="283"/>
      </w:pPr>
      <w:r>
        <w:t>The names were in the level hand. Three clerks' hands — the first, the second, the third — and the three had written the forty-one in the same level register, in the same blue. The woman who had walked out of the verification office and not come back. The child whose allocation stamp had been redeemed by a badge no one had named. The man whose household register held two spellings and the two spellings had not been reconciled. The forty-one.</w:t>
      </w:r>
    </w:p>
    <w:p>
      <w:pPr>
        <w:spacing w:line="360" w:lineRule="auto" w:after="0"/>
        <w:ind w:firstLine="283"/>
      </w:pPr>
      <w:r>
        <w:t>Mira read the forty-one names. She knew one of them.</w:t>
      </w:r>
    </w:p>
    <w:p>
      <w:pPr>
        <w:spacing w:line="360" w:lineRule="auto" w:after="0"/>
        <w:ind w:firstLine="283"/>
      </w:pPr>
      <w:r>
        <w:t>The name was in the third clerk's hand. ANNA VERRAL. Anna had been the broom-woman's mother. Mira had known Anna. Anna had been the archive's runner before Pell — the woman who had carried the intake to the chest for nineteen years, the woman who had died in the spring of the second year, at the door of the verification office, in the queue, in the rain. The death had not been entered. The name had been entered. The two entries did not resolve.</w:t>
      </w:r>
    </w:p>
    <w:p>
      <w:pPr>
        <w:spacing w:line="360" w:lineRule="auto" w:after="0"/>
        <w:ind w:firstLine="283"/>
      </w:pPr>
      <w:r>
        <w:t>Mira could mark the name. The mark would be the open hand above the name — the archive's plain office, and the office was hers.</w:t>
      </w:r>
    </w:p>
    <w:p>
      <w:pPr>
        <w:spacing w:line="360" w:lineRule="auto" w:after="0"/>
        <w:ind w:firstLine="283"/>
      </w:pPr>
      <w:r>
        <w:t>Mira could not mark the name. The archive did not choose.</w:t>
      </w:r>
    </w:p>
    <w:p>
      <w:pPr>
        <w:spacing w:line="360" w:lineRule="auto" w:after="0"/>
        <w:ind w:firstLine="283"/>
      </w:pPr>
      <w:r>
        <w:t>Mira did not mark the name. The name stood in the level register. The two entries did not resolve. The chest held the forty-one. The forty-one held Anna.</w:t>
      </w:r>
    </w:p>
    <w:p>
      <w:pPr>
        <w:ind w:firstLine="0"/>
        <w:jc w:val="center"/>
      </w:pPr>
      <w:r>
        <w:rPr>
          <w:color w:val="AAAAAA"/>
        </w:rPr>
        <w:t>❖</w:t>
      </w:r>
    </w:p>
    <w:p>
      <w:pPr>
        <w:spacing w:before="360" w:after="240"/>
        <w:ind w:firstLine="0"/>
        <w:jc w:val="center"/>
      </w:pPr>
      <w:r>
        <w:rPr>
          <w:b/>
          <w:i/>
          <w:color w:val="333333"/>
          <w:sz w:val="26"/>
        </w:rPr>
        <w:t>Chapter 4b — Lira — The Well Curb</w:t>
      </w:r>
    </w:p>
    <w:p>
      <w:pPr>
        <w:spacing w:line="360" w:lineRule="auto" w:after="0"/>
        <w:ind w:firstLine="283"/>
      </w:pPr>
      <w:r>
        <w:t>Lira</w:t>
      </w:r>
    </w:p>
    <w:p>
      <w:pPr>
        <w:spacing w:line="360" w:lineRule="auto" w:after="0"/>
        <w:ind w:firstLine="283"/>
      </w:pPr>
      <w:r>
        <w:t>Kael had come for the twine. The second cuff of the coat had begun to unravel, and Vasryn had said, get twine, and Kael had gone into the market with the brown twine wound around his four fingers, and he was walking back through the second street when he saw the girl.</w:t>
      </w:r>
    </w:p>
    <w:p>
      <w:pPr>
        <w:spacing w:line="360" w:lineRule="auto" w:after="0"/>
        <w:ind w:firstLine="283"/>
      </w:pPr>
      <w:r>
        <w:t>She was sitting on the edge of the well-curb. She was eating an apple. Her feet swung. Her feet swung the way feet swing when a child is sitting on a high place and is not thinking about the height.</w:t>
      </w:r>
    </w:p>
    <w:p>
      <w:pPr>
        <w:spacing w:line="360" w:lineRule="auto" w:after="0"/>
        <w:ind w:firstLine="283"/>
      </w:pPr>
      <w:r>
        <w:t>Kael stopped. He did not know why he stopped. He stopped because she was eating the apple. He stopped because the apple was green and the day was bright and the girl was small and her feet swung. He stopped because there was a thing about her that was not there. He did not know what it was. He stood in the street with the twine wound around his fingers and he watched her eat the apple.</w:t>
      </w:r>
    </w:p>
    <w:p>
      <w:pPr>
        <w:spacing w:line="360" w:lineRule="auto" w:after="0"/>
        <w:ind w:firstLine="283"/>
      </w:pPr>
      <w:r>
        <w:t>The girl looked up. “Are you from the Registry?” she said.</w:t>
      </w:r>
    </w:p>
    <w:p>
      <w:pPr>
        <w:spacing w:line="360" w:lineRule="auto" w:after="0"/>
        <w:ind w:firstLine="283"/>
      </w:pPr>
      <w:r>
        <w:t>“No,” Kael said.</w:t>
      </w:r>
    </w:p>
    <w:p>
      <w:pPr>
        <w:spacing w:line="360" w:lineRule="auto" w:after="0"/>
        <w:ind w:firstLine="283"/>
      </w:pPr>
      <w:r>
        <w:t>“Good.” The girl took another bite. The juice ran down her wrist. She wiped her wrist on the smock. “The Registry came yesterday. They counted us. They counted my mother and my father and my brother and me. My father said they wrote our name wrong. He said our name is Torm but they wrote Tarm. He said a vowel is a threshold. I don’t know what that means. Do you?”</w:t>
      </w:r>
    </w:p>
    <w:p>
      <w:pPr>
        <w:spacing w:line="360" w:lineRule="auto" w:after="0"/>
        <w:ind w:firstLine="283"/>
      </w:pPr>
      <w:r>
        <w:t>“No,” Kael said.</w:t>
      </w:r>
    </w:p>
    <w:p>
      <w:pPr>
        <w:spacing w:line="360" w:lineRule="auto" w:after="0"/>
        <w:ind w:firstLine="283"/>
      </w:pPr>
      <w:r>
        <w:t>“My name is Lira,” the girl said.</w:t>
      </w:r>
    </w:p>
    <w:p>
      <w:pPr>
        <w:spacing w:line="360" w:lineRule="auto" w:after="0"/>
        <w:ind w:firstLine="283"/>
      </w:pPr>
      <w:r>
        <w:t>She said it the way a child says a name — as if the name were a thing she was giving. “Lira Torm. Not Tarm. Torm. My father said. The vowel matters. He said the wrong vowel is a different door. I don’t know what a door is. Is a door a threshold?”</w:t>
      </w:r>
    </w:p>
    <w:p>
      <w:pPr>
        <w:spacing w:line="360" w:lineRule="auto" w:after="0"/>
        <w:ind w:firstLine="283"/>
      </w:pPr>
      <w:r>
        <w:t>“It’s like a door,” Kael said.</w:t>
      </w:r>
    </w:p>
    <w:p>
      <w:pPr>
        <w:spacing w:line="360" w:lineRule="auto" w:after="0"/>
        <w:ind w:firstLine="283"/>
      </w:pPr>
      <w:r>
        <w:t>“Then the vowel is the door. And they wrote the wrong door.” She set the apple core on the curb beside her. “My mother was angry. My mother went to the Registry to tell them. She went yesterday. She hasn’t come back.”</w:t>
      </w:r>
    </w:p>
    <w:p>
      <w:pPr>
        <w:spacing w:line="360" w:lineRule="auto" w:after="0"/>
        <w:ind w:firstLine="283"/>
      </w:pPr>
      <w:r>
        <w:t>Kael sat down on the well-curb. “When did she go.”</w:t>
      </w:r>
    </w:p>
    <w:p>
      <w:pPr>
        <w:spacing w:line="360" w:lineRule="auto" w:after="0"/>
        <w:ind w:firstLine="283"/>
      </w:pPr>
      <w:r>
        <w:t>“Yesterday. Morning. She said she would bring bread. She didn’t bring bread. My father said to wait. My father said the Registry is slow. My father said to eat the apple. So I’m eating the apple.”</w:t>
      </w:r>
    </w:p>
    <w:p>
      <w:pPr>
        <w:spacing w:line="360" w:lineRule="auto" w:after="0"/>
        <w:ind w:firstLine="283"/>
      </w:pPr>
      <w:r>
        <w:t>She took another bite. The juice ran. She wiped her wrist. “Are you hungry?”</w:t>
      </w:r>
    </w:p>
    <w:p>
      <w:pPr>
        <w:spacing w:line="360" w:lineRule="auto" w:after="0"/>
        <w:ind w:firstLine="283"/>
      </w:pPr>
      <w:r>
        <w:t>“No,” Kael said.</w:t>
      </w:r>
    </w:p>
    <w:p>
      <w:pPr>
        <w:spacing w:line="360" w:lineRule="auto" w:after="0"/>
        <w:ind w:firstLine="283"/>
      </w:pPr>
      <w:r>
        <w:t>“You can have some. It’s good. It’s from the tree behind the tanner’s. My father said the tree is too old to be on the rolls.”</w:t>
      </w:r>
    </w:p>
    <w:p>
      <w:pPr>
        <w:spacing w:line="360" w:lineRule="auto" w:after="0"/>
        <w:ind w:firstLine="283"/>
      </w:pPr>
      <w:r>
        <w:t>She held the apple out. The apple was half-eaten. The bite marks were small and crooked — the bite marks of a child whose front teeth were not yet even. The apple was wet where she had bitten it. The sun was on the apple.</w:t>
      </w:r>
    </w:p>
    <w:p>
      <w:pPr>
        <w:spacing w:line="360" w:lineRule="auto" w:after="0"/>
        <w:ind w:firstLine="283"/>
      </w:pPr>
      <w:r>
        <w:t>Kael took the apple. He did not take a bite. He held it. The apple was warm from the sun. The apple was warm from her hand. He held the apple and he felt the warmth of her hand.</w:t>
      </w:r>
    </w:p>
    <w:p>
      <w:pPr>
        <w:spacing w:line="360" w:lineRule="auto" w:after="0"/>
        <w:ind w:firstLine="283"/>
      </w:pPr>
      <w:r>
        <w:t>He gave the apple back. “It’s good,” he said.</w:t>
      </w:r>
    </w:p>
    <w:p>
      <w:pPr>
        <w:spacing w:line="360" w:lineRule="auto" w:after="0"/>
        <w:ind w:firstLine="283"/>
      </w:pPr>
      <w:r>
        <w:t>“I know,” the girl said.</w:t>
      </w:r>
    </w:p>
    <w:p>
      <w:pPr>
        <w:spacing w:line="360" w:lineRule="auto" w:after="0"/>
        <w:ind w:firstLine="283"/>
      </w:pPr>
      <w:r>
        <w:t>She took another bite. She chewed. She swallowed. “My father said the Registry would fix it. He said the Registry isn’t cruel. He said it’s just big. He said it doesn’t see small things. He said it saw our name and wrote it down wrong. He said it would fix it. He said to wait.”</w:t>
      </w:r>
    </w:p>
    <w:p>
      <w:pPr>
        <w:spacing w:line="360" w:lineRule="auto" w:after="0"/>
        <w:ind w:firstLine="283"/>
      </w:pPr>
      <w:r>
        <w:t>She was quiet a moment. “I don’t think the Registry is too big. I think the Registry is too small. I think the columns are too small. The columns don’t have room for my name.”</w:t>
      </w:r>
    </w:p>
    <w:p>
      <w:pPr>
        <w:spacing w:line="360" w:lineRule="auto" w:after="0"/>
        <w:ind w:firstLine="283"/>
      </w:pPr>
      <w:r>
        <w:t>She said: “I’m Lira. L-i-r-a. Lira Torm. T-o-r-m. Not Tarm. Tarm is a name in a column. Torm is a name in a house. I live in the house. I don’t live in the column.”</w:t>
      </w:r>
    </w:p>
    <w:p>
      <w:pPr>
        <w:spacing w:line="360" w:lineRule="auto" w:after="0"/>
        <w:ind w:firstLine="283"/>
      </w:pPr>
      <w:r>
        <w:t>“You live in the house,” Kael said.</w:t>
      </w:r>
    </w:p>
    <w:p>
      <w:pPr>
        <w:spacing w:line="360" w:lineRule="auto" w:after="0"/>
        <w:ind w:firstLine="283"/>
      </w:pPr>
      <w:r>
        <w:t>“I live in the house.” She finished the apple. She set the core on the well-curb beside her. “My father said to wait. So I’m waiting.”</w:t>
      </w:r>
    </w:p>
    <w:p>
      <w:pPr>
        <w:spacing w:line="360" w:lineRule="auto" w:after="0"/>
        <w:ind w:firstLine="283"/>
      </w:pPr>
      <w:r>
        <w:t>“I’ll wait with you,” Kael said.</w:t>
      </w:r>
    </w:p>
    <w:p>
      <w:pPr>
        <w:spacing w:line="360" w:lineRule="auto" w:after="0"/>
        <w:ind w:firstLine="283"/>
      </w:pPr>
      <w:r>
        <w:t>He did not know why he said this. He said it because she was small and her feet swung and she had given him the apple and the apple was warm from her hand. He said it because there was a thing about her that was not there — a thing he had seen when he stopped in the street — and the thing was getting worse. He did not know what the thing was. He knew it was getting worse.</w:t>
      </w:r>
    </w:p>
    <w:p>
      <w:pPr>
        <w:spacing w:line="360" w:lineRule="auto" w:after="0"/>
        <w:ind w:firstLine="283"/>
      </w:pPr>
      <w:r>
        <w:t>He sat on the well-curb. The sun was bright. The twine was beside him, brown, wound around his fingers. The girl sat beside him. Her feet swung. The apple core was on the curb.</w:t>
      </w:r>
    </w:p>
    <w:p>
      <w:pPr>
        <w:spacing w:line="360" w:lineRule="auto" w:after="0"/>
        <w:ind w:firstLine="283"/>
      </w:pPr>
      <w:r>
        <w:t>“What’s your name?” the girl said.</w:t>
      </w:r>
    </w:p>
    <w:p>
      <w:pPr>
        <w:spacing w:line="360" w:lineRule="auto" w:after="0"/>
        <w:ind w:firstLine="283"/>
      </w:pPr>
      <w:r>
        <w:t>“Kael.”</w:t>
      </w:r>
    </w:p>
    <w:p>
      <w:pPr>
        <w:spacing w:line="360" w:lineRule="auto" w:after="0"/>
        <w:ind w:firstLine="283"/>
      </w:pPr>
      <w:r>
        <w:t>“Kael. K-a-e-l. That’s a good name. Your name has room. My name has room too. Lira. L-i-r-a. There’s room in Lira. The column doesn’t have room, but the name does. My mother said. My mother said the name is always bigger than the column. The name is what the mother makes. The mother is bigger than the Registry. My mother said.”</w:t>
      </w:r>
    </w:p>
    <w:p>
      <w:pPr>
        <w:spacing w:line="360" w:lineRule="auto" w:after="0"/>
        <w:ind w:firstLine="283"/>
      </w:pPr>
      <w:r>
        <w:t>She said: “My mother is bigger than the Registry.”</w:t>
      </w:r>
    </w:p>
    <w:p>
      <w:pPr>
        <w:spacing w:line="360" w:lineRule="auto" w:after="0"/>
        <w:ind w:firstLine="283"/>
      </w:pPr>
      <w:r>
        <w:t>She said it the way a child says a thing they have been told and believe completely and do not yet know is not true. She said it, and the sun was bright, and her feet swung.</w:t>
      </w:r>
    </w:p>
    <w:p>
      <w:pPr>
        <w:spacing w:line="360" w:lineRule="auto" w:after="0"/>
        <w:ind w:firstLine="283"/>
      </w:pPr>
      <w:r>
        <w:t>The Dissolution</w:t>
      </w:r>
    </w:p>
    <w:p>
      <w:pPr>
        <w:spacing w:line="360" w:lineRule="auto" w:after="0"/>
        <w:ind w:firstLine="283"/>
      </w:pPr>
      <w:r>
        <w:t>Kael saw it begin.</w:t>
      </w:r>
    </w:p>
    <w:p>
      <w:pPr>
        <w:spacing w:line="360" w:lineRule="auto" w:after="0"/>
        <w:ind w:firstLine="283"/>
      </w:pPr>
      <w:r>
        <w:t>He saw it begin with her hands. Her hands were on the well-curb. Her hands were dirty. Her hands had the apple juice on them, the sticky green film of the apple. Her right hand was on the stone. Her left hand was on the stone. The hands were there. The hands were solid. The hands were dirty and solid and there.</w:t>
      </w:r>
    </w:p>
    <w:p>
      <w:pPr>
        <w:spacing w:line="360" w:lineRule="auto" w:after="0"/>
        <w:ind w:firstLine="283"/>
      </w:pPr>
      <w:r>
        <w:t>Her right hand began to lose the stone.</w:t>
      </w:r>
    </w:p>
    <w:p>
      <w:pPr>
        <w:spacing w:line="360" w:lineRule="auto" w:after="0"/>
        <w:ind w:firstLine="283"/>
      </w:pPr>
      <w:r>
        <w:t>He did not understand at first. He thought she was lifting her hand. The hand was pressing on the stone and the hand was passing through the stone. The stone was solid and the hand was passing through the stone as if the stone were not solid, as if the stone were water, as if the stone were air.</w:t>
      </w:r>
    </w:p>
    <w:p>
      <w:pPr>
        <w:spacing w:line="360" w:lineRule="auto" w:after="0"/>
        <w:ind w:firstLine="283"/>
      </w:pPr>
      <w:r>
        <w:t>“Lira,” Kael said.</w:t>
      </w:r>
    </w:p>
    <w:p>
      <w:pPr>
        <w:spacing w:line="360" w:lineRule="auto" w:after="0"/>
        <w:ind w:firstLine="283"/>
      </w:pPr>
      <w:r>
        <w:t>The girl looked at her hand. She looked at her hand the way a child looks at a thing that has begun to behave strangely.</w:t>
      </w:r>
    </w:p>
    <w:p>
      <w:pPr>
        <w:spacing w:line="360" w:lineRule="auto" w:after="0"/>
        <w:ind w:firstLine="283"/>
      </w:pPr>
      <w:r>
        <w:t>“My hand is being strange,” the girl said.</w:t>
      </w:r>
    </w:p>
    <w:p>
      <w:pPr>
        <w:spacing w:line="360" w:lineRule="auto" w:after="0"/>
        <w:ind w:firstLine="283"/>
      </w:pPr>
      <w:r>
        <w:t>“I see,” Kael said.</w:t>
      </w:r>
    </w:p>
    <w:p>
      <w:pPr>
        <w:spacing w:line="360" w:lineRule="auto" w:after="0"/>
        <w:ind w:firstLine="283"/>
      </w:pPr>
      <w:r>
        <w:t>He reached for her hand. He reached across the curb. He put his hand where her hand was. His hand met the stone. His hand met the stone, and her hand was in the stone, and his hand could not find her hand. Her hand was in the stone. His fingers closed on the stone. Her fingers were not there. Her fingers were in the stone. The stone was solid. Her hand was in the stone.</w:t>
      </w:r>
    </w:p>
    <w:p>
      <w:pPr>
        <w:spacing w:line="360" w:lineRule="auto" w:after="0"/>
        <w:ind w:firstLine="283"/>
      </w:pPr>
      <w:r>
        <w:t>He pulled his hand back. His hand was empty. The sun was bright.</w:t>
      </w:r>
    </w:p>
    <w:p>
      <w:pPr>
        <w:spacing w:line="360" w:lineRule="auto" w:after="0"/>
        <w:ind w:firstLine="283"/>
      </w:pPr>
      <w:r>
        <w:t>The girl looked at her left hand. Her left hand was still on the stone. Her left hand was still there. Her left hand had not gone. She lifted her left hand. She turned it over. The palm was there. The palm was dirty. She put it back. The palm stayed. The left hand was still there.</w:t>
      </w:r>
    </w:p>
    <w:p>
      <w:pPr>
        <w:spacing w:line="360" w:lineRule="auto" w:after="0"/>
        <w:ind w:firstLine="283"/>
      </w:pPr>
      <w:r>
        <w:t>The right hand was not there. The right hand was in the stone. The right hand was gone.</w:t>
      </w:r>
    </w:p>
    <w:p>
      <w:pPr>
        <w:spacing w:line="360" w:lineRule="auto" w:after="0"/>
        <w:ind w:firstLine="283"/>
      </w:pPr>
      <w:r>
        <w:t>“My hand is gone,” the girl said.</w:t>
      </w:r>
    </w:p>
    <w:p>
      <w:pPr>
        <w:spacing w:line="360" w:lineRule="auto" w:after="0"/>
        <w:ind w:firstLine="283"/>
      </w:pPr>
      <w:r>
        <w:t>She said it as a fact. She was not afraid. She was nine, perhaps ten. The hand was gone. The hand was a fact.</w:t>
      </w:r>
    </w:p>
    <w:p>
      <w:pPr>
        <w:spacing w:line="360" w:lineRule="auto" w:after="0"/>
        <w:ind w:firstLine="283"/>
      </w:pPr>
      <w:r>
        <w:t>Kael took her left hand. He took it. He closed his fingers around her left hand. Her left hand was there. Her left hand was solid. Her left hand was dirty and small and warm from the sun. He held her left hand. He held it tight. He held it the way a man holds a rope. He held it the way a man holds a rope when the rope is the only thing and the thing below is the water and the water does not give back.</w:t>
      </w:r>
    </w:p>
    <w:p>
      <w:pPr>
        <w:spacing w:line="360" w:lineRule="auto" w:after="0"/>
        <w:ind w:firstLine="283"/>
      </w:pPr>
      <w:r>
        <w:t>“Lira. Lira Torm. T-o-r-m,” he said.</w:t>
      </w:r>
    </w:p>
    <w:p>
      <w:pPr>
        <w:spacing w:line="360" w:lineRule="auto" w:after="0"/>
        <w:ind w:firstLine="283"/>
      </w:pPr>
      <w:r>
        <w:t>“That’s my name,” the girl said.</w:t>
      </w:r>
    </w:p>
    <w:p>
      <w:pPr>
        <w:spacing w:line="360" w:lineRule="auto" w:after="0"/>
        <w:ind w:firstLine="283"/>
      </w:pPr>
      <w:r>
        <w:t>Her left wrist began to lose the stone. Her left wrist was on the stone, solid, with the pulse in it — the small, fast pulse of a child’s wrist, the pulse that Kael could feel through his fingers. The pulse was there. The girl was alive.</w:t>
      </w:r>
    </w:p>
    <w:p>
      <w:pPr>
        <w:spacing w:line="360" w:lineRule="auto" w:after="0"/>
        <w:ind w:firstLine="283"/>
      </w:pPr>
      <w:r>
        <w:t>The pulse went.</w:t>
      </w:r>
    </w:p>
    <w:p>
      <w:pPr>
        <w:spacing w:line="360" w:lineRule="auto" w:after="0"/>
        <w:ind w:firstLine="283"/>
      </w:pPr>
      <w:r>
        <w:t>The pulse went the way a sound goes. The pulse was there and the pulse was not there. The pulse was fast and the pulse was nothing. Kael felt the pulse go. He felt it go through his fingers. He felt the wrist go through his fingers. The wrist was there and the wrist was not there. The wrist was warm and the wrist was nothing.</w:t>
      </w:r>
    </w:p>
    <w:p>
      <w:pPr>
        <w:spacing w:line="360" w:lineRule="auto" w:after="0"/>
        <w:ind w:firstLine="283"/>
      </w:pPr>
      <w:r>
        <w:t>He held the hand. He held the left hand. The left hand was still there. The left hand was still solid. The left hand was still warm. But the wrist was gone. The wrist was gone.</w:t>
      </w:r>
    </w:p>
    <w:p>
      <w:pPr>
        <w:spacing w:line="360" w:lineRule="auto" w:after="0"/>
        <w:ind w:firstLine="283"/>
      </w:pPr>
      <w:r>
        <w:t>“I can’t feel my hand,” the girl said.</w:t>
      </w:r>
    </w:p>
    <w:p>
      <w:pPr>
        <w:spacing w:line="360" w:lineRule="auto" w:after="0"/>
        <w:ind w:firstLine="283"/>
      </w:pPr>
      <w:r>
        <w:t>She looked at her left hand. Her left hand was in Kael’s hand. Her left hand was there. She could see her left hand. She could not feel her left hand. The hand was there. The feeling was not.</w:t>
      </w:r>
    </w:p>
    <w:p>
      <w:pPr>
        <w:spacing w:line="360" w:lineRule="auto" w:after="0"/>
        <w:ind w:firstLine="283"/>
      </w:pPr>
      <w:r>
        <w:t>“I can see it. I can see it in your hand. I can’t feel it. It’s there but I’m not in it. I’m in the name. I think I’m in the name. Lira. L-i-r-a. I’m in the name. The name is where I am.”</w:t>
      </w:r>
    </w:p>
    <w:p>
      <w:pPr>
        <w:spacing w:line="360" w:lineRule="auto" w:after="0"/>
        <w:ind w:firstLine="283"/>
      </w:pPr>
      <w:r>
        <w:t>“Lira,” Kael said.</w:t>
      </w:r>
    </w:p>
    <w:p>
      <w:pPr>
        <w:spacing w:line="360" w:lineRule="auto" w:after="0"/>
        <w:ind w:firstLine="283"/>
      </w:pPr>
      <w:r>
        <w:t>“I’m here. I’m in the name. I’m here.”</w:t>
      </w:r>
    </w:p>
    <w:p>
      <w:pPr>
        <w:spacing w:line="360" w:lineRule="auto" w:after="0"/>
        <w:ind w:firstLine="283"/>
      </w:pPr>
      <w:r>
        <w:t>Her forearm went. Her forearm was on the stone and the forearm was there and the forearm was solid and the forearm was warm from the sun. The smock was on the stone. The smock was on the stone and the smock was empty and the forearm was gone.</w:t>
      </w:r>
    </w:p>
    <w:p>
      <w:pPr>
        <w:spacing w:line="360" w:lineRule="auto" w:after="0"/>
        <w:ind w:firstLine="283"/>
      </w:pPr>
      <w:r>
        <w:t>Kael held the hand. The hand was still there. The air was warm. The air was warm and the girl’s hand was not in it.</w:t>
      </w:r>
    </w:p>
    <w:p>
      <w:pPr>
        <w:spacing w:line="360" w:lineRule="auto" w:after="0"/>
        <w:ind w:firstLine="283"/>
      </w:pPr>
      <w:r>
        <w:t>He opened his hand. He looked at his hand. His hand was empty. The dirt was gone. The apple juice was gone. The warmth was going the way warmth goes. The warmth was there and the warmth was going and the warmth was gone.</w:t>
      </w:r>
    </w:p>
    <w:p>
      <w:pPr>
        <w:spacing w:line="360" w:lineRule="auto" w:after="0"/>
        <w:ind w:firstLine="283"/>
      </w:pPr>
      <w:r>
        <w:t>He looked at the well-curb. The smock was on the curb. The smock was empty. The smock was the shape of a girl and the smock was empty. The smock was the shape of a girl who was not in it.</w:t>
      </w:r>
    </w:p>
    <w:p>
      <w:pPr>
        <w:spacing w:line="360" w:lineRule="auto" w:after="0"/>
        <w:ind w:firstLine="283"/>
      </w:pPr>
      <w:r>
        <w:t>The strip of different brown was on the curb. The strip was empty. The strip had been in the girl’s hair. The hair was gone. The strip was on the stone.</w:t>
      </w:r>
    </w:p>
    <w:p>
      <w:pPr>
        <w:spacing w:line="360" w:lineRule="auto" w:after="0"/>
        <w:ind w:firstLine="283"/>
      </w:pPr>
      <w:r>
        <w:t>Kael sat on the well-curb. The sun was bright. The gutters were dry. The air smelled of warm dust and thatch.</w:t>
      </w:r>
    </w:p>
    <w:p>
      <w:pPr>
        <w:spacing w:line="360" w:lineRule="auto" w:after="0"/>
        <w:ind w:firstLine="283"/>
      </w:pPr>
      <w:r>
        <w:t>No one had seen. No one had seen the girl go. The market was open and the children were running and the man was selling rope-ends and the woman was selling lard cakes and no one had seen the girl go. The girl had gone in the daylight, in the bright daylight, on the well-curb, in the sun, and no one had seen.</w:t>
      </w:r>
    </w:p>
    <w:p>
      <w:pPr>
        <w:spacing w:line="360" w:lineRule="auto" w:after="0"/>
        <w:ind w:firstLine="283"/>
      </w:pPr>
      <w:r>
        <w:t>Kael sat on the well-curb. He held the twine. He looked at the smock and he looked at the strip and he looked at the apple core. He looked at his hand. His hand was clean. His hand was the hand that had held hers.</w:t>
      </w:r>
    </w:p>
    <w:p>
      <w:pPr>
        <w:spacing w:line="360" w:lineRule="auto" w:after="0"/>
        <w:ind w:firstLine="283"/>
      </w:pPr>
      <w:r>
        <w:t>He held on. That was what he had done. He did not know this. He knew only that the hand was gone and his hand was empty and he had held on and it had not helped.</w:t>
      </w:r>
    </w:p>
    <w:p>
      <w:pPr>
        <w:spacing w:line="360" w:lineRule="auto" w:after="0"/>
        <w:ind w:firstLine="283"/>
      </w:pPr>
      <w:r>
        <w:t>“Lira. L-i-r-a. Torm. T-o-r-m,” he said.</w:t>
      </w:r>
    </w:p>
    <w:p>
      <w:pPr>
        <w:spacing w:line="360" w:lineRule="auto" w:after="0"/>
        <w:ind w:firstLine="283"/>
      </w:pPr>
      <w:r>
        <w:t>He said it into the air where the girl had been. The air did not hold the name. The air was air. The name was a name. The air did not hold it.</w:t>
      </w:r>
    </w:p>
    <w:p>
      <w:pPr>
        <w:spacing w:line="360" w:lineRule="auto" w:after="0"/>
        <w:ind w:firstLine="283"/>
      </w:pPr>
      <w:r>
        <w:t>He said it again. Lira Torm.</w:t>
      </w:r>
    </w:p>
    <w:p>
      <w:pPr>
        <w:spacing w:line="360" w:lineRule="auto" w:after="0"/>
        <w:ind w:firstLine="283"/>
      </w:pPr>
      <w:r>
        <w:t>The air did not hold it. The smock did not hold it. The strip did not hold it. The apple core did not hold it. Nothing held it. The name was a name and nothing held it and the girl was gone and the name was gone and the day was bright and the sun was out and the market was open and no one had seen and Kael was alone.</w:t>
      </w:r>
    </w:p>
    <w:p>
      <w:pPr>
        <w:spacing w:line="360" w:lineRule="auto" w:after="0"/>
        <w:ind w:firstLine="283"/>
      </w:pPr>
      <w:r>
        <w:t>He sat on the well-curb in the bright daylight and he held the twine and the things that stayed — the smock, the strip, the apple core — and the girl did not stay, and the name did not stay, and the day was bright and he was alone.</w:t>
      </w:r>
    </w:p>
    <w:p>
      <w:pPr>
        <w:ind w:firstLine="0"/>
        <w:jc w:val="center"/>
      </w:pPr>
      <w:r>
        <w:rPr>
          <w:color w:val="AAAAAA"/>
        </w:rPr>
        <w:t>❖</w:t>
      </w:r>
    </w:p>
    <w:p>
      <w:pPr>
        <w:spacing w:before="360" w:after="240"/>
        <w:ind w:firstLine="0"/>
        <w:jc w:val="center"/>
      </w:pPr>
      <w:r>
        <w:rPr>
          <w:b/>
          <w:i/>
          <w:color w:val="333333"/>
          <w:sz w:val="26"/>
        </w:rPr>
        <w:t>Chapter 5 — Legally Absent</w:t>
      </w:r>
    </w:p>
    <w:p>
      <w:pPr>
        <w:spacing w:line="360" w:lineRule="auto" w:after="0"/>
        <w:ind w:firstLine="283"/>
      </w:pPr>
      <w:r>
        <w:t>‖ •</w:t>
      </w:r>
    </w:p>
    <w:p>
      <w:pPr>
        <w:spacing w:line="360" w:lineRule="auto" w:after="0"/>
        <w:ind w:firstLine="283"/>
      </w:pPr>
      <w:r>
        <w:t>The verification office smelled of paste and cold iron. Rook had been there four days. The office was on the second floor of the Western District allocation building, above the grain stores, and the grain smell came up through the boards in the afternoon when the sun warmed them. Rook had begun to know it the way he knew a barracks — by the sound of the stairs, by the creak of the third tread, by the way the door stuck in the wet and swung free in the dry. The verification office was not the Cadre. The verification office was a desk and a window and a cabinet and a clerk named Halric who wrote with a pen that leaked and did not apologize for the leaking. The leak had stained the desk’s left edge the color of a bruise, and Halric wrote around the stain without working at it.</w:t>
      </w:r>
    </w:p>
    <w:p>
      <w:pPr>
        <w:spacing w:line="360" w:lineRule="auto" w:after="0"/>
        <w:ind w:firstLine="283"/>
      </w:pPr>
      <w:r>
        <w:t>The order came in the morning’s packet. A slip of paper, stamped with the verification seal, folded once, placed on Rook’s desk by Halric without comment. Rook read it standing, the way he read orders — feet set, weight centered, the paper held at arm’s length.</w:t>
      </w:r>
    </w:p>
    <w:p>
      <w:pPr>
        <w:spacing w:line="360" w:lineRule="auto" w:after="0"/>
        <w:ind w:firstLine="283"/>
      </w:pPr>
      <w:r>
        <w:t>LOCATE. Household Verral 14. Name on register: BRENN HALEN. Status: listed, allocation current. Complaint: not seen. Duration: three months. Authority: verification office, Western District. Action: locate, confirm status, report.</w:t>
      </w:r>
    </w:p>
    <w:p>
      <w:pPr>
        <w:spacing w:line="360" w:lineRule="auto" w:after="0"/>
        <w:ind w:firstLine="283"/>
      </w:pPr>
      <w:r>
        <w:t>He took the order. He did not take Breck. Breck was across the city, on the East Quarter watch, and the taking of Breck would have been a request, and Rook did not make requests, because a request could be refused. He went alone.</w:t>
      </w:r>
    </w:p>
    <w:p>
      <w:pPr>
        <w:spacing w:line="360" w:lineRule="auto" w:after="0"/>
        <w:ind w:firstLine="283"/>
      </w:pPr>
      <w:r>
        <w:t>The Verral was a street of stone houses, three stories, slate roofs, the kind of street that had been built to last and had lasted. The houses had numbers. The numbers were painted on the lintels in the verification blue. Number 14 was between 13 and 15. The being-between should have been unremarkable, and was not.</w:t>
      </w:r>
    </w:p>
    <w:p>
      <w:pPr>
        <w:spacing w:line="360" w:lineRule="auto" w:after="0"/>
        <w:ind w:firstLine="283"/>
      </w:pPr>
      <w:r>
        <w:t>The door was oak, painted the same blue, with the brass knocker and the allocation-slip slot. It was closed. The door had been closed, Rook would learn, for three months.</w:t>
      </w:r>
    </w:p>
    <w:p>
      <w:pPr>
        <w:spacing w:line="360" w:lineRule="auto" w:after="0"/>
        <w:ind w:firstLine="283"/>
      </w:pPr>
      <w:r>
        <w:t>Rook did not knock. He looked at the step first. The step was stone. A step that was used was a step that was worn. The step of Verral 14 was clean. Not scrubbed — clean as a step is clean when no one has walked on it, when the rain has done the walking and the wind has done the sweeping and no boot has touched the stone in a long time.</w:t>
      </w:r>
    </w:p>
    <w:p>
      <w:pPr>
        <w:spacing w:line="360" w:lineRule="auto" w:after="0"/>
        <w:ind w:firstLine="283"/>
      </w:pPr>
      <w:r>
        <w:t>He looked at the hinges. Brass. The hinges were brass, dull at the joint. Not rusted — dull.</w:t>
      </w:r>
    </w:p>
    <w:p>
      <w:pPr>
        <w:spacing w:line="360" w:lineRule="auto" w:after="0"/>
        <w:ind w:firstLine="283"/>
      </w:pPr>
      <w:r>
        <w:t>He looked at the allocation slot. The allocation slot of Verral 14 was full. Not with one slip — with three. Three slips, folded, pressed into the slot by the months that had come and the months that had gone.</w:t>
      </w:r>
    </w:p>
    <w:p>
      <w:pPr>
        <w:spacing w:line="360" w:lineRule="auto" w:after="0"/>
        <w:ind w:firstLine="283"/>
      </w:pPr>
      <w:r>
        <w:t>He knocked. No one answered.</w:t>
      </w:r>
    </w:p>
    <w:p>
      <w:pPr>
        <w:spacing w:line="360" w:lineRule="auto" w:after="0"/>
        <w:ind w:firstLine="283"/>
      </w:pPr>
      <w:r>
        <w:t>He knocked again. The second knock was the last courtesy he gave before the entering.</w:t>
      </w:r>
    </w:p>
    <w:p>
      <w:pPr>
        <w:spacing w:line="360" w:lineRule="auto" w:after="0"/>
        <w:ind w:firstLine="283"/>
      </w:pPr>
      <w:r>
        <w:t>The door was not locked. The door was not latched. The door was closed the way a door is closed when a person has closed it and walked away and has not come back. Rook pushed.</w:t>
      </w:r>
    </w:p>
    <w:p>
      <w:pPr>
        <w:spacing w:line="360" w:lineRule="auto" w:after="0"/>
        <w:ind w:firstLine="283"/>
      </w:pPr>
      <w:r>
        <w:t>The house was there. The house was whole.</w:t>
      </w:r>
    </w:p>
    <w:p>
      <w:pPr>
        <w:spacing w:line="360" w:lineRule="auto" w:after="0"/>
        <w:ind w:firstLine="283"/>
      </w:pPr>
      <w:r>
        <w:t>The kitchen. The table. The two chairs, pushed in — as chairs are pushed in when the sitting is done and the sitters have stood and the standing has been the leaving. The hearth was cold — the cold of a thing that had stopped.</w:t>
      </w:r>
    </w:p>
    <w:p>
      <w:pPr>
        <w:spacing w:line="360" w:lineRule="auto" w:after="0"/>
        <w:ind w:firstLine="283"/>
      </w:pPr>
      <w:r>
        <w:t>There was a cup on the table. The cup was clay. The cup was half-full of a liquid that had been a liquid once and was now a film. Rook did not touch the cup.</w:t>
      </w:r>
    </w:p>
    <w:p>
      <w:pPr>
        <w:spacing w:line="360" w:lineRule="auto" w:after="0"/>
        <w:ind w:firstLine="283"/>
      </w:pPr>
      <w:r>
        <w:t>There were shoes by the door. Two pairs. One pair adult — a woman’s, the leather softened at the heel where the foot had pressed, the press the shape of a life, and the shoe was there and the foot was not. One pair child’s — small, the sole still good, the laces tied the way a child ties laces when a child has been taught and has not yet learned to tie them the way an adult ties them.</w:t>
      </w:r>
    </w:p>
    <w:p>
      <w:pPr>
        <w:spacing w:line="360" w:lineRule="auto" w:after="0"/>
        <w:ind w:firstLine="283"/>
      </w:pPr>
      <w:r>
        <w:t>Rook stood in the kitchen. He did not move. A thing done before it was seen was a thing done wrong. The thing he had been sent to find was a household, and the household was not here.</w:t>
      </w:r>
    </w:p>
    <w:p>
      <w:pPr>
        <w:spacing w:line="360" w:lineRule="auto" w:after="0"/>
        <w:ind w:firstLine="283"/>
      </w:pPr>
      <w:r>
        <w:t>He went upstairs. The stairs were wood. The wood did not creak. There were two rooms. The first was a bedroom. The bed was made the way a bed is made when the making is the last thing.</w:t>
      </w:r>
    </w:p>
    <w:p>
      <w:pPr>
        <w:spacing w:line="360" w:lineRule="auto" w:after="0"/>
        <w:ind w:firstLine="283"/>
      </w:pPr>
      <w:r>
        <w:t>The second room was a child’s room. The child’s room had a blanket on the floor. A planned leaving folded its blankets. The thing that had happened was not a leaving but a taking. Rook did not say it.</w:t>
      </w:r>
    </w:p>
    <w:p>
      <w:pPr>
        <w:spacing w:line="360" w:lineRule="auto" w:after="0"/>
        <w:ind w:firstLine="283"/>
      </w:pPr>
      <w:r>
        <w:t>He went back down. He stood in the kitchen. He looked at the cup. He looked at the shoes. He looked at the hearth. He looked at the allocation slips in the slot — three months of the city’s care, delivered to a house that had no one in it. The care had come and the care had stayed. The slot was full. The city had fed a house and not a person.</w:t>
      </w:r>
    </w:p>
    <w:p>
      <w:pPr>
        <w:spacing w:line="360" w:lineRule="auto" w:after="0"/>
        <w:ind w:firstLine="283"/>
      </w:pPr>
      <w:r>
        <w:t>He went back to the office. Halric was at his desk. The pen was leaking. Halric did not look up.</w:t>
      </w:r>
    </w:p>
    <w:p>
      <w:pPr>
        <w:spacing w:line="360" w:lineRule="auto" w:after="0"/>
        <w:ind w:firstLine="283"/>
      </w:pPr>
      <w:r>
        <w:t>“Verral 14,” Rook said. “Brenn Halen. Not present.”</w:t>
      </w:r>
    </w:p>
    <w:p>
      <w:pPr>
        <w:spacing w:line="360" w:lineRule="auto" w:after="0"/>
        <w:ind w:firstLine="283"/>
      </w:pPr>
      <w:r>
        <w:t>“Not present, or not located.”</w:t>
      </w:r>
    </w:p>
    <w:p>
      <w:pPr>
        <w:spacing w:line="360" w:lineRule="auto" w:after="0"/>
        <w:ind w:firstLine="283"/>
      </w:pPr>
      <w:r>
        <w:t>“Present. The house is present. The household is not.”</w:t>
      </w:r>
    </w:p>
    <w:p>
      <w:pPr>
        <w:spacing w:line="360" w:lineRule="auto" w:after="0"/>
        <w:ind w:firstLine="283"/>
      </w:pPr>
      <w:r>
        <w:t>Halric looked up.</w:t>
      </w:r>
    </w:p>
    <w:p>
      <w:pPr>
        <w:spacing w:line="360" w:lineRule="auto" w:after="0"/>
        <w:ind w:firstLine="283"/>
      </w:pPr>
      <w:r>
        <w:t>“The house is there.”</w:t>
      </w:r>
    </w:p>
    <w:p>
      <w:pPr>
        <w:spacing w:line="360" w:lineRule="auto" w:after="0"/>
        <w:ind w:firstLine="283"/>
      </w:pPr>
      <w:r>
        <w:t>“The house is there.”</w:t>
      </w:r>
    </w:p>
    <w:p>
      <w:pPr>
        <w:spacing w:line="360" w:lineRule="auto" w:after="0"/>
        <w:ind w:firstLine="283"/>
      </w:pPr>
      <w:r>
        <w:t>“And the household.”</w:t>
      </w:r>
    </w:p>
    <w:p>
      <w:pPr>
        <w:spacing w:line="360" w:lineRule="auto" w:after="0"/>
        <w:ind w:firstLine="283"/>
      </w:pPr>
      <w:r>
        <w:t>“The cup is on the table. The hearth is cold. The shoes are by the door. The allocation slips are in the slot. Three months. The bed is made. There is a blanket on the floor in the child’s room.”</w:t>
      </w:r>
    </w:p>
    <w:p>
      <w:pPr>
        <w:spacing w:line="360" w:lineRule="auto" w:after="0"/>
        <w:ind w:firstLine="283"/>
      </w:pPr>
      <w:r>
        <w:t>Halric was still.</w:t>
      </w:r>
    </w:p>
    <w:p>
      <w:pPr>
        <w:spacing w:line="360" w:lineRule="auto" w:after="0"/>
        <w:ind w:firstLine="283"/>
      </w:pPr>
      <w:r>
        <w:t>“The record says they are allocated,” Halric said. “The record says they are current. The record says the household is listed and the listing is active and the allocation has been redeemed.”</w:t>
      </w:r>
    </w:p>
    <w:p>
      <w:pPr>
        <w:spacing w:line="360" w:lineRule="auto" w:after="0"/>
        <w:ind w:firstLine="283"/>
      </w:pPr>
      <w:r>
        <w:t>“The allocation has been redeemed.”</w:t>
      </w:r>
    </w:p>
    <w:p>
      <w:pPr>
        <w:spacing w:line="360" w:lineRule="auto" w:after="0"/>
        <w:ind w:firstLine="283"/>
      </w:pPr>
      <w:r>
        <w:t>“The stamps show redemption. The East Quarter point. Monthly.”</w:t>
      </w:r>
    </w:p>
    <w:p>
      <w:pPr>
        <w:spacing w:line="360" w:lineRule="auto" w:after="0"/>
        <w:ind w:firstLine="283"/>
      </w:pPr>
      <w:r>
        <w:t>Rook did not speak. There was nothing to say that the cup and the shoes had not already said.</w:t>
      </w:r>
    </w:p>
    <w:p>
      <w:pPr>
        <w:spacing w:line="360" w:lineRule="auto" w:after="0"/>
        <w:ind w:firstLine="283"/>
      </w:pPr>
      <w:r>
        <w:t>“Status,” Halric said. “I need a status for the report.”</w:t>
      </w:r>
    </w:p>
    <w:p>
      <w:pPr>
        <w:spacing w:line="360" w:lineRule="auto" w:after="0"/>
        <w:ind w:firstLine="283"/>
      </w:pPr>
      <w:r>
        <w:t>Rook looked at the window. The Verral was out there, the houses numbered in the verification blue. The city held the numbers. The city did not hold Brenn Halen.</w:t>
      </w:r>
    </w:p>
    <w:p>
      <w:pPr>
        <w:spacing w:line="360" w:lineRule="auto" w:after="0"/>
        <w:ind w:firstLine="283"/>
      </w:pPr>
      <w:r>
        <w:t>“Not located,” Rook said.</w:t>
      </w:r>
    </w:p>
    <w:p>
      <w:pPr>
        <w:spacing w:line="360" w:lineRule="auto" w:after="0"/>
        <w:ind w:firstLine="283"/>
      </w:pPr>
      <w:r>
        <w:t>Halric wrote. The pen leaked. The status was NOT LOCATED.</w:t>
      </w:r>
    </w:p>
    <w:p>
      <w:pPr>
        <w:spacing w:line="360" w:lineRule="auto" w:after="0"/>
        <w:ind w:firstLine="283"/>
      </w:pPr>
      <w:r>
        <w:t>Rook went home. He did not go to Breck. He did not go to the East Quarter. He went to the room above the allocation building — the room that was not the barracks, the room that was cold. He sat in the cold with the slot and a household that was not there and a status that said NOT LOCATED.</w:t>
      </w:r>
    </w:p>
    <w:p>
      <w:pPr>
        <w:ind w:firstLine="0"/>
        <w:jc w:val="center"/>
      </w:pPr>
      <w:r>
        <w:rPr>
          <w:color w:val="AAAAAA"/>
        </w:rPr>
        <w:t>❖</w:t>
      </w:r>
    </w:p>
    <w:p>
      <w:pPr>
        <w:spacing w:before="360" w:after="240"/>
        <w:ind w:firstLine="0"/>
        <w:jc w:val="center"/>
      </w:pPr>
      <w:r>
        <w:rPr>
          <w:b/>
          <w:i/>
          <w:color w:val="333333"/>
          <w:sz w:val="26"/>
        </w:rPr>
        <w:t>Chapter 6 — The Keeper Named</w:t>
      </w:r>
    </w:p>
    <w:p>
      <w:pPr>
        <w:spacing w:line="360" w:lineRule="auto" w:after="0"/>
        <w:ind w:firstLine="283"/>
      </w:pPr>
      <w:r>
        <w:t>‖ •</w:t>
      </w:r>
    </w:p>
    <w:p>
      <w:pPr>
        <w:spacing w:line="360" w:lineRule="auto" w:after="0"/>
        <w:ind w:firstLine="283"/>
      </w:pPr>
      <w:r>
        <w:t>Seret signed it on a Tuesday. The signature was the same signature he had put on a thousand orders — the felt pen, the verification blue, the small clean S that began the name and the small clean T that ended it. He signed. The order created the Keeper.</w:t>
      </w:r>
    </w:p>
    <w:p>
      <w:pPr>
        <w:spacing w:line="360" w:lineRule="auto" w:after="0"/>
        <w:ind w:firstLine="283"/>
      </w:pPr>
      <w:r>
        <w:t>The Keeper was a woman. The Keeper had been a woman named Resa Velen before the order, and the order did not un-woman her, but the order did un-name her in the small way the city had of un-naming — the name went into the record as a function, and the function was the Keeper. Resa Velen continued to exist in the western district, in a house with a number, with two children who knew her by another name and a husband who did not live there now. The Keeper existed in the verification office, on a page, in a function. The two were the same woman. The two were not the same record. The Keeper was the name the district would be entered under. The Keeper was the one who would be counted so the others would not.</w:t>
      </w:r>
    </w:p>
    <w:p>
      <w:pPr>
        <w:spacing w:line="360" w:lineRule="auto" w:after="0"/>
        <w:ind w:firstLine="283"/>
      </w:pPr>
      <w:r>
        <w:t>Her hands knew the difference. The Keeper’s hands were dry by the tenth bell and smelled of the verification paste. Resa Velen’s hands had been wet to the elbow on washing days and red at the knuckles in the first cold, and the children had held them crossing the Verral.</w:t>
      </w:r>
    </w:p>
    <w:p>
      <w:pPr>
        <w:spacing w:line="360" w:lineRule="auto" w:after="0"/>
        <w:ind w:firstLine="283"/>
      </w:pPr>
      <w:r>
        <w:t>Seret did not say this. He had not said this in eleven years.</w:t>
      </w:r>
    </w:p>
    <w:p>
      <w:pPr>
        <w:spacing w:line="360" w:lineRule="auto" w:after="0"/>
        <w:ind w:firstLine="283"/>
      </w:pPr>
      <w:r>
        <w:t>The order took him less time than lunch. He signed it between a water schedule and a mortar requisition, and the three signatures came out even.</w:t>
      </w:r>
    </w:p>
    <w:p>
      <w:pPr>
        <w:spacing w:line="360" w:lineRule="auto" w:after="0"/>
        <w:ind w:firstLine="283"/>
      </w:pPr>
      <w:r>
        <w:t>The drawer in his office held the order. The drawer was the second from the top, the one with the brass pull worn smooth at the curve where his thumb had rested for eleven years. The drawer held the authorization. The drawer held the consent that had been manufactured. The drawer held the Counter’s report and the Keeper file and the small slip of paper on which Mira had written, in her own hand, not resolved, in the first year.</w:t>
      </w:r>
    </w:p>
    <w:p>
      <w:pPr>
        <w:spacing w:line="360" w:lineRule="auto" w:after="0"/>
        <w:ind w:firstLine="283"/>
      </w:pPr>
      <w:r>
        <w:t>He did not open the drawer on the Tuesday he signed the order. He opened it on the Wednesday, when the report came back — the western district had not vanished. The stabilization had held. The eleven thousand four hundred and six people who would have gone dry had drunk. The evidence was in the drawer. The drawer closed.</w:t>
      </w:r>
    </w:p>
    <w:p>
      <w:pPr>
        <w:spacing w:line="360" w:lineRule="auto" w:after="0"/>
        <w:ind w:firstLine="283"/>
      </w:pPr>
      <w:r>
        <w:t>The drawer stayed closed for eleven years.</w:t>
      </w:r>
    </w:p>
    <w:p>
      <w:pPr>
        <w:spacing w:line="360" w:lineRule="auto" w:after="0"/>
        <w:ind w:firstLine="283"/>
      </w:pPr>
      <w:r>
        <w:t>Mira did not know about the drawer. She knew about the order — verification orders cross-referenced the archive, and she had filed the cross-reference herself, in her first year. She had seen what the order held — a function where a woman had been — and she had written, in the margin, in her own hand, not resolved. It was the first time she had written the words. She had not yet decided they were hers. They had decided it for themselves.</w:t>
      </w:r>
    </w:p>
    <w:p>
      <w:pPr>
        <w:spacing w:line="360" w:lineRule="auto" w:after="0"/>
        <w:ind w:firstLine="283"/>
      </w:pPr>
      <w:r>
        <w:t>Seret had seen the note in the monthly cross-check, in the habit, and had not corrected it. A marginal note was not the record. It was the archive's — Mira's. The two of them did not walk through it for eleven years.</w:t>
      </w:r>
    </w:p>
    <w:p>
      <w:pPr>
        <w:spacing w:line="360" w:lineRule="auto" w:after="0"/>
        <w:ind w:firstLine="283"/>
      </w:pPr>
      <w:r>
        <w:t>In the eleventh year, the drawer was still closed.</w:t>
      </w:r>
    </w:p>
    <w:p>
      <w:pPr>
        <w:spacing w:line="360" w:lineRule="auto" w:after="0"/>
        <w:ind w:firstLine="283"/>
      </w:pPr>
      <w:r>
        <w:t>Vareth came up the stairs with the verification paste on her cuffs and the look she wore when the office had sent her down with a thing the office did not want to say in its own voice.</w:t>
      </w:r>
    </w:p>
    <w:p>
      <w:pPr>
        <w:spacing w:line="360" w:lineRule="auto" w:after="0"/>
        <w:ind w:firstLine="283"/>
      </w:pPr>
      <w:r>
        <w:t>“The cross-reference,” Vareth said. She set the slip on the felt. The slip was the office’s — verification blue, the small clean S and the small clean T at the foot, Seret’s hand. The slip cross-referenced a household registration to the verification order that had created the Keeper — the function where a woman had been.</w:t>
      </w:r>
    </w:p>
    <w:p>
      <w:pPr>
        <w:spacing w:line="360" w:lineRule="auto" w:after="0"/>
        <w:ind w:firstLine="283"/>
      </w:pPr>
      <w:r>
        <w:t>Mira read the slip. She did not read it once. She read it the way she read the corner — for the tremor, for the place the office’s hand disagreed with the office’s intention. The slip’s tremor was in the word function. The word was verification blue, the same blue as the rest, but the blue sat a half-shade heavier on the f, the way ink sits heavier on a letter the hand has paused over, The pause was Seret's. The office's one honest moment in the whole slip.</w:t>
      </w:r>
    </w:p>
    <w:p>
      <w:pPr>
        <w:spacing w:line="360" w:lineRule="auto" w:after="0"/>
        <w:ind w:firstLine="283"/>
      </w:pPr>
      <w:r>
        <w:t>“The caret,” Mira said.</w:t>
      </w:r>
    </w:p>
    <w:p>
      <w:pPr>
        <w:spacing w:line="360" w:lineRule="auto" w:after="0"/>
        <w:ind w:firstLine="283"/>
      </w:pPr>
      <w:r>
        <w:t>Vareth nodded. She did not ask which caret. She set the caret beside function, the small mark, the sign that the word was not the keeper’s own.</w:t>
      </w:r>
    </w:p>
    <w:p>
      <w:pPr>
        <w:spacing w:line="360" w:lineRule="auto" w:after="0"/>
        <w:ind w:firstLine="283"/>
      </w:pPr>
      <w:r>
        <w:t>“Seret,” Mira said. Not a question. A naming.</w:t>
      </w:r>
    </w:p>
    <w:p>
      <w:pPr>
        <w:spacing w:line="360" w:lineRule="auto" w:after="0"/>
        <w:ind w:firstLine="283"/>
      </w:pPr>
      <w:r>
        <w:t>“He signed it between a water schedule and a mortar requisition,” Vareth said. “The three signatures came out even.”</w:t>
      </w:r>
    </w:p>
    <w:p>
      <w:pPr>
        <w:spacing w:line="360" w:lineRule="auto" w:after="0"/>
        <w:ind w:firstLine="283"/>
      </w:pPr>
      <w:r>
        <w:t>Mira took the flat pencil. In the margin — her own margin, the archive’s, the margin that was not the record — she wrote the two words. Not resolved. She set the slip in the chest’s intake sleeve and did not speak.</w:t>
      </w:r>
    </w:p>
    <w:p>
      <w:pPr>
        <w:spacing w:line="360" w:lineRule="auto" w:after="0"/>
        <w:ind w:firstLine="283"/>
      </w:pPr>
      <w:r>
        <w:t>The second diagram came in the spring, from the coast’s western margins, carried by a trader who had carried it through three ports. The trader did not know what it was. The trader had found it in a dead man’s pack. The trader had kept it because the paper was good.</w:t>
      </w:r>
    </w:p>
    <w:p>
      <w:pPr>
        <w:spacing w:line="360" w:lineRule="auto" w:after="0"/>
        <w:ind w:firstLine="283"/>
      </w:pPr>
      <w:r>
        <w:t>Mira laid the second diagram beside the first. Thirty figures. The same thirty. The same circles. The same lines. But the fourth figure — the figure with the tremor — the fourth figure was different. The wrist was not a half-degree off. The wrist was true. The blade was true. The fourth figure in the second diagram was correct.</w:t>
      </w:r>
    </w:p>
    <w:p>
      <w:pPr>
        <w:spacing w:line="360" w:lineRule="auto" w:after="0"/>
        <w:ind w:firstLine="283"/>
      </w:pPr>
      <w:r>
        <w:t>Mira sat with the two diagrams. The two did not agree. The first figure’s hand had drawn the fourth figure wrong — the deviation, the tremor, the worn. The second figure’s hand had drawn the fourth figure true. The two diagrams were the same form. The two diagrams did not agree. The disagreement was the fourth figure.</w:t>
      </w:r>
    </w:p>
    <w:p>
      <w:pPr>
        <w:spacing w:line="360" w:lineRule="auto" w:after="0"/>
        <w:ind w:firstLine="283"/>
      </w:pPr>
      <w:r>
        <w:t>Mira annotated the second diagram. She wrote, in her own hand, at the margin: two versions, figure 4, one deviation, one true. Both accounts produce the same result. She did not resolve them. She filed them side by side. The two diagrams stood in the chest’s intake sleeve, the two fourth figures disagreeing, the disagreement preserved.</w:t>
      </w:r>
    </w:p>
    <w:p>
      <w:pPr>
        <w:spacing w:line="360" w:lineRule="auto" w:after="0"/>
        <w:ind w:firstLine="283"/>
      </w:pPr>
      <w:r>
        <w:t>The bell foundry rang the six o’clock, and the ringing was the city’s one honest sound at the hour, because the bell did not know what hour it was and did not care.</w:t>
      </w:r>
    </w:p>
    <w:p>
      <w:pPr>
        <w:spacing w:line="360" w:lineRule="auto" w:after="0"/>
        <w:ind w:firstLine="283"/>
      </w:pPr>
      <w:r>
        <w:t>Mira walked home through the East Quarter. The Quarter was the city’s ordinary evening business: the laundries closing, the food-stalls opening, the children coming out of the Scribehouse in their grey smocks with the chalk still on their fingers. She passed the tanner’s bridge. The bridge’s rail was the one her hand found every evening, and the hand found it without her looking, and the memory was the bridge’s, and the bridge held the hand the way the parapet held Meret’s stool — without comment, without returning anything.</w:t>
      </w:r>
    </w:p>
    <w:p>
      <w:pPr>
        <w:spacing w:line="360" w:lineRule="auto" w:after="0"/>
        <w:ind w:firstLine="283"/>
      </w:pPr>
      <w:r>
        <w:t>The old woman was at the cistern. She was always there at the six o’clock. She did not draw water. She sat the way Meret sat on the wall — patiently, without expectation. Mira bought a heel of bread from the stall by the laundry. The bread was not Harrel’s. The East Quarter’s was coarser. She ate it walking, the soft end first, because the heel was the part that kept.</w:t>
      </w:r>
    </w:p>
    <w:p>
      <w:pPr>
        <w:spacing w:line="360" w:lineRule="auto" w:after="0"/>
        <w:ind w:firstLine="283"/>
      </w:pPr>
      <w:r>
        <w:t>The kitchen was dark when she came home. It was always dark, because she lived alone. She lit the lamp. The room held the things the room held: the cup, the table, the bed, the shelf with the felt rolls she brought home to read at the evening. She set the bread on the table. She set the day’s one slip — the verification slip, the function, the pause — on the felt beside the bread. The two sat on the table together, the bread and the slip. The arithmetic did not balance.</w:t>
      </w:r>
    </w:p>
    <w:p>
      <w:pPr>
        <w:spacing w:line="360" w:lineRule="auto" w:after="0"/>
        <w:ind w:firstLine="283"/>
      </w:pPr>
      <w:r>
        <w:t>She did not eat at once. She read the slip once more, by the lamp, the way she would read it eleven years later, in a different city, on a different table, with a different bread — and the reading was the same reading. She ate the bread.</w:t>
      </w:r>
    </w:p>
    <w:p>
      <w:pPr>
        <w:ind w:firstLine="0"/>
        <w:jc w:val="center"/>
      </w:pPr>
      <w:r>
        <w:rPr>
          <w:color w:val="AAAAAA"/>
        </w:rPr>
        <w:t>❖</w:t>
      </w:r>
    </w:p>
    <w:p>
      <w:pPr>
        <w:spacing w:before="360" w:after="240"/>
        <w:ind w:firstLine="0"/>
        <w:jc w:val="center"/>
      </w:pPr>
      <w:r>
        <w:rPr>
          <w:b/>
          <w:i/>
          <w:color w:val="333333"/>
          <w:sz w:val="26"/>
        </w:rPr>
        <w:t>Chapter 7 — The Pot Portioned</w:t>
      </w:r>
    </w:p>
    <w:p>
      <w:pPr>
        <w:spacing w:line="360" w:lineRule="auto" w:after="0"/>
        <w:ind w:firstLine="283"/>
      </w:pPr>
      <w:r>
        <w:t>‖ •</w:t>
      </w:r>
    </w:p>
    <w:p>
      <w:pPr>
        <w:spacing w:line="360" w:lineRule="auto" w:after="0"/>
        <w:ind w:firstLine="283"/>
      </w:pPr>
      <w:r>
        <w:t>The pot was short.</w:t>
      </w:r>
    </w:p>
    <w:p>
      <w:pPr>
        <w:spacing w:line="360" w:lineRule="auto" w:after="0"/>
        <w:ind w:firstLine="283"/>
      </w:pPr>
      <w:r>
        <w:t>Nessa knew before she lifted the lid. She knew by the smell — the smell of a pot that had been asked to do more than the pot could do. She lifted the lid. The broth sat lower than the line where it met the side, and the line was lower than the line yesterday.</w:t>
      </w:r>
    </w:p>
    <w:p>
      <w:pPr>
        <w:spacing w:line="360" w:lineRule="auto" w:after="0"/>
        <w:ind w:firstLine="283"/>
      </w:pPr>
      <w:r>
        <w:t>“Two days,” she said. “Maybe three.”</w:t>
      </w:r>
    </w:p>
    <w:p>
      <w:pPr>
        <w:spacing w:line="360" w:lineRule="auto" w:after="0"/>
        <w:ind w:firstLine="283"/>
      </w:pPr>
      <w:r>
        <w:t>Marsa was at the long table, her hands red from the lye. “How short.”</w:t>
      </w:r>
    </w:p>
    <w:p>
      <w:pPr>
        <w:spacing w:line="360" w:lineRule="auto" w:after="0"/>
        <w:ind w:firstLine="283"/>
      </w:pPr>
      <w:r>
        <w:t>“Two days. Maybe three.”</w:t>
      </w:r>
    </w:p>
    <w:p>
      <w:pPr>
        <w:spacing w:line="360" w:lineRule="auto" w:after="0"/>
        <w:ind w:firstLine="283"/>
      </w:pPr>
      <w:r>
        <w:t>Marsa looked at the casks. Looked at the queue already forming at the door. “The queue’s longer.”</w:t>
      </w:r>
    </w:p>
    <w:p>
      <w:pPr>
        <w:spacing w:line="360" w:lineRule="auto" w:after="0"/>
        <w:ind w:firstLine="283"/>
      </w:pPr>
      <w:r>
        <w:t>“The queue’s always longer.”</w:t>
      </w:r>
    </w:p>
    <w:p>
      <w:pPr>
        <w:spacing w:line="360" w:lineRule="auto" w:after="0"/>
        <w:ind w:firstLine="283"/>
      </w:pPr>
      <w:r>
        <w:t>“Then the pot’s short and the queue’s longer and nobody’s told them.”</w:t>
      </w:r>
    </w:p>
    <w:p>
      <w:pPr>
        <w:spacing w:line="360" w:lineRule="auto" w:after="0"/>
        <w:ind w:firstLine="283"/>
      </w:pPr>
      <w:r>
        <w:t>Nessa wiped her hands on the cloth she kept folded over her shoulder — the same cloth, the same fold, every morning since the second year. The cloth was damp before she started, and drier by noon, and she never remembered to change it. “Somebody’s going to.”</w:t>
      </w:r>
    </w:p>
    <w:p>
      <w:pPr>
        <w:spacing w:line="360" w:lineRule="auto" w:after="0"/>
        <w:ind w:firstLine="283"/>
      </w:pPr>
      <w:r>
        <w:t>“Not you.”</w:t>
      </w:r>
    </w:p>
    <w:p>
      <w:pPr>
        <w:spacing w:line="360" w:lineRule="auto" w:after="0"/>
        <w:ind w:firstLine="283"/>
      </w:pPr>
      <w:r>
        <w:t>“Not me.”</w:t>
      </w:r>
    </w:p>
    <w:p>
      <w:pPr>
        <w:spacing w:line="360" w:lineRule="auto" w:after="0"/>
        <w:ind w:firstLine="283"/>
      </w:pPr>
      <w:r>
        <w:t>The district came in. The cart men and the mason’s apprentice and the laundry women and the old woman from the allotments. The old woman brought a cabbage. Nessa took the cabbage. She set it on the counter beside the flour. She did not use it. The dented copper measure was on the hook. Nessa took it down. The dent was the shape of her own carelessness, from the second year, when she had dropped it on the stone floor and the stone had won. She had kept the dented measure.</w:t>
      </w:r>
    </w:p>
    <w:p>
      <w:pPr>
        <w:spacing w:line="360" w:lineRule="auto" w:after="0"/>
        <w:ind w:firstLine="283"/>
      </w:pPr>
      <w:r>
        <w:t>She measured the flour. She measured the flour — Tor’s, the lighter, the one whose sack had the hole in the back Nessa did not mend.</w:t>
      </w:r>
    </w:p>
    <w:p>
      <w:pPr>
        <w:spacing w:line="360" w:lineRule="auto" w:after="0"/>
        <w:ind w:firstLine="283"/>
      </w:pPr>
      <w:r>
        <w:t>She measured the water. The priority water — the water that came from the deep well, the water the city gave to the kitchen first because the kitchen fed the district.</w:t>
      </w:r>
    </w:p>
    <w:p>
      <w:pPr>
        <w:spacing w:line="360" w:lineRule="auto" w:after="0"/>
        <w:ind w:firstLine="283"/>
      </w:pPr>
      <w:r>
        <w:t>The pot had been short for three mornings. The ladle went around the pot, and the ladle held less than the ladle had held.</w:t>
      </w:r>
    </w:p>
    <w:p>
      <w:pPr>
        <w:spacing w:line="360" w:lineRule="auto" w:after="0"/>
        <w:ind w:firstLine="283"/>
      </w:pPr>
      <w:r>
        <w:t>Devra came in with the news.</w:t>
      </w:r>
    </w:p>
    <w:p>
      <w:pPr>
        <w:spacing w:line="360" w:lineRule="auto" w:after="0"/>
        <w:ind w:firstLine="283"/>
      </w:pPr>
      <w:r>
        <w:t>“They’re forming a council,” Devra said. “At the cistern. A food council. They’re going to vote the pot.”</w:t>
      </w:r>
    </w:p>
    <w:p>
      <w:pPr>
        <w:spacing w:line="360" w:lineRule="auto" w:after="0"/>
        <w:ind w:firstLine="283"/>
      </w:pPr>
      <w:r>
        <w:t>Marsa looked up. “Vote the pot how.”</w:t>
      </w:r>
    </w:p>
    <w:p>
      <w:pPr>
        <w:spacing w:line="360" w:lineRule="auto" w:after="0"/>
        <w:ind w:firstLine="283"/>
      </w:pPr>
      <w:r>
        <w:t>“Vote who eats.”</w:t>
      </w:r>
    </w:p>
    <w:p>
      <w:pPr>
        <w:spacing w:line="360" w:lineRule="auto" w:after="0"/>
        <w:ind w:firstLine="283"/>
      </w:pPr>
      <w:r>
        <w:t>Nessa did not speak. The pot portioned.</w:t>
      </w:r>
    </w:p>
    <w:p>
      <w:pPr>
        <w:spacing w:line="360" w:lineRule="auto" w:after="0"/>
        <w:ind w:firstLine="283"/>
      </w:pPr>
      <w:r>
        <w:t>“The pot’s short,” Nessa said.</w:t>
      </w:r>
    </w:p>
    <w:p>
      <w:pPr>
        <w:spacing w:line="360" w:lineRule="auto" w:after="0"/>
        <w:ind w:firstLine="283"/>
      </w:pPr>
      <w:r>
        <w:t>“The council will say who eats.”</w:t>
      </w:r>
    </w:p>
    <w:p>
      <w:pPr>
        <w:spacing w:line="360" w:lineRule="auto" w:after="0"/>
        <w:ind w:firstLine="283"/>
      </w:pPr>
      <w:r>
        <w:t>“The pot’s short and the council will say who eats.”</w:t>
      </w:r>
    </w:p>
    <w:p>
      <w:pPr>
        <w:spacing w:line="360" w:lineRule="auto" w:after="0"/>
        <w:ind w:firstLine="283"/>
      </w:pPr>
      <w:r>
        <w:t>“Yes.”</w:t>
      </w:r>
    </w:p>
    <w:p>
      <w:pPr>
        <w:spacing w:line="360" w:lineRule="auto" w:after="0"/>
        <w:ind w:firstLine="283"/>
      </w:pPr>
      <w:r>
        <w:t>Nessa looked at the dented copper measure.</w:t>
      </w:r>
    </w:p>
    <w:p>
      <w:pPr>
        <w:spacing w:line="360" w:lineRule="auto" w:after="0"/>
        <w:ind w:firstLine="283"/>
      </w:pPr>
      <w:r>
        <w:t>“The pot portioned,” Nessa said. “The pot does not vote.”</w:t>
      </w:r>
    </w:p>
    <w:p>
      <w:pPr>
        <w:spacing w:line="360" w:lineRule="auto" w:after="0"/>
        <w:ind w:firstLine="283"/>
      </w:pPr>
      <w:r>
        <w:t>“The council will say —“</w:t>
      </w:r>
    </w:p>
    <w:p>
      <w:pPr>
        <w:spacing w:line="360" w:lineRule="auto" w:after="0"/>
        <w:ind w:firstLine="283"/>
      </w:pPr>
      <w:r>
        <w:t>Devra did not argue. Devra did not argue. The kitchen was Nessa’s. The council met at the cistern. The council voted the pot. The vote said the old woman from the allotments would not eat, and the woman with the broom would not eat, and the children would eat.</w:t>
      </w:r>
    </w:p>
    <w:p>
      <w:pPr>
        <w:spacing w:line="360" w:lineRule="auto" w:after="0"/>
        <w:ind w:firstLine="283"/>
      </w:pPr>
      <w:r>
        <w:t>Nessa fed the old woman from the allotments. She fed her at the back, where the council did not look. The pot was short. The kitchen held.</w:t>
      </w:r>
    </w:p>
    <w:p>
      <w:pPr>
        <w:spacing w:line="360" w:lineRule="auto" w:after="0"/>
        <w:ind w:firstLine="283"/>
      </w:pPr>
      <w:r>
        <w:t>The council met again the next morning. The council said the children were the eating and the women without children were the not-eating. Nessa fed the women without children. She fed them at the back.</w:t>
      </w:r>
    </w:p>
    <w:p>
      <w:pPr>
        <w:spacing w:line="360" w:lineRule="auto" w:after="0"/>
        <w:ind w:firstLine="283"/>
      </w:pPr>
      <w:r>
        <w:t>Marsa said, “They’ll come for the pot.”</w:t>
      </w:r>
    </w:p>
    <w:p>
      <w:pPr>
        <w:spacing w:line="360" w:lineRule="auto" w:after="0"/>
        <w:ind w:firstLine="283"/>
      </w:pPr>
      <w:r>
        <w:t>“Let them come for the pot.”</w:t>
      </w:r>
    </w:p>
    <w:p>
      <w:pPr>
        <w:spacing w:line="360" w:lineRule="auto" w:after="0"/>
        <w:ind w:firstLine="283"/>
      </w:pPr>
      <w:r>
        <w:t>“They’ll come for you.”</w:t>
      </w:r>
    </w:p>
    <w:p>
      <w:pPr>
        <w:spacing w:line="360" w:lineRule="auto" w:after="0"/>
        <w:ind w:firstLine="283"/>
      </w:pPr>
      <w:r>
        <w:t>“Let them come for me.”</w:t>
      </w:r>
    </w:p>
    <w:p>
      <w:pPr>
        <w:spacing w:line="360" w:lineRule="auto" w:after="0"/>
        <w:ind w:firstLine="283"/>
      </w:pPr>
      <w:r>
        <w:t>The council came for Nessa. The council said the pot was the city’s, and the city portioned the pot, and the council would say who ate. The council was three men and a woman. The woman had the ledger. The men had the lists.</w:t>
      </w:r>
    </w:p>
    <w:p>
      <w:pPr>
        <w:spacing w:line="360" w:lineRule="auto" w:after="0"/>
        <w:ind w:firstLine="283"/>
      </w:pPr>
      <w:r>
        <w:t>“The pot’s short,” Nessa said.</w:t>
      </w:r>
    </w:p>
    <w:p>
      <w:pPr>
        <w:spacing w:line="360" w:lineRule="auto" w:after="0"/>
        <w:ind w:firstLine="283"/>
      </w:pPr>
      <w:r>
        <w:t>“The pot is the city’s.”</w:t>
      </w:r>
    </w:p>
    <w:p>
      <w:pPr>
        <w:spacing w:line="360" w:lineRule="auto" w:after="0"/>
        <w:ind w:firstLine="283"/>
      </w:pPr>
      <w:r>
        <w:t>“The pot is the kitchen’s. The kitchen is mine. The pot portioned before the council. The pot will portion after the council.”</w:t>
      </w:r>
    </w:p>
    <w:p>
      <w:pPr>
        <w:spacing w:line="360" w:lineRule="auto" w:after="0"/>
        <w:ind w:firstLine="283"/>
      </w:pPr>
      <w:r>
        <w:t>The council did not take the pot. The council could vote. The council could not ladle.</w:t>
      </w:r>
    </w:p>
    <w:p>
      <w:pPr>
        <w:spacing w:line="360" w:lineRule="auto" w:after="0"/>
        <w:ind w:firstLine="283"/>
      </w:pPr>
      <w:r>
        <w:t>The council went away. The pot was short and the queue was longer and the kitchen portioned. The dented copper measure was on the hook. The cardamom pod was on the sill.</w:t>
      </w:r>
    </w:p>
    <w:p>
      <w:pPr>
        <w:ind w:firstLine="0"/>
        <w:jc w:val="center"/>
      </w:pPr>
      <w:r>
        <w:rPr>
          <w:color w:val="AAAAAA"/>
        </w:rPr>
        <w:t>❖</w:t>
      </w:r>
    </w:p>
    <w:p>
      <w:pPr>
        <w:spacing w:before="360" w:after="240"/>
        <w:ind w:firstLine="0"/>
        <w:jc w:val="center"/>
      </w:pPr>
      <w:r>
        <w:rPr>
          <w:b/>
          <w:i/>
          <w:color w:val="333333"/>
          <w:sz w:val="26"/>
        </w:rPr>
        <w:t>Chapter 8 — Drew My Mother Small</w:t>
      </w:r>
    </w:p>
    <w:p>
      <w:pPr>
        <w:spacing w:line="360" w:lineRule="auto" w:after="0"/>
        <w:ind w:firstLine="283"/>
      </w:pPr>
      <w:r>
        <w:t>‖ •</w:t>
      </w:r>
    </w:p>
    <w:p>
      <w:pPr>
        <w:spacing w:line="360" w:lineRule="auto" w:after="0"/>
        <w:ind w:firstLine="283"/>
      </w:pPr>
      <w:r>
        <w:t>The shelter was under the tile-maker’s yard, in a cellar that had been a cistern. The cistern had been moved. The cellar was dry. Someone who needed a place found it. The shelter held seven people — all the cellar could hold.</w:t>
      </w:r>
    </w:p>
    <w:p>
      <w:pPr>
        <w:spacing w:line="360" w:lineRule="auto" w:after="0"/>
        <w:ind w:firstLine="283"/>
      </w:pPr>
      <w:r>
        <w:t>Nima came in the morning, before the tile-maker opened. The seven were six women and a child. The child was a girl. The child was sitting against the wall with a piece of charcoal in her hand and a piece of slate on her knee, and the charcoal was making a mark on the slate, and the mark was a drawing.</w:t>
      </w:r>
    </w:p>
    <w:p>
      <w:pPr>
        <w:spacing w:line="360" w:lineRule="auto" w:after="0"/>
        <w:ind w:firstLine="283"/>
      </w:pPr>
      <w:r>
        <w:t>Nima counted the exits. Two — the door she had come through and the drain-grille in the corner that opened onto the tile-maker’s yard.</w:t>
      </w:r>
    </w:p>
    <w:p>
      <w:pPr>
        <w:spacing w:line="360" w:lineRule="auto" w:after="0"/>
        <w:ind w:firstLine="283"/>
      </w:pPr>
      <w:r>
        <w:t>The child was drawing a woman. The woman was small. The child was drawing her mother smaller than the child had ever seen her mother, because the slate was small and the mother had to fit on the slate.</w:t>
      </w:r>
    </w:p>
    <w:p>
      <w:pPr>
        <w:spacing w:line="360" w:lineRule="auto" w:after="0"/>
        <w:ind w:firstLine="283"/>
      </w:pPr>
      <w:r>
        <w:t>Nima sat beside the child. She did not speak. The child did not look up. The child drew. The woman on the slate grew. The woman on the slate was small. The slate held the woman.</w:t>
      </w:r>
    </w:p>
    <w:p>
      <w:pPr>
        <w:spacing w:line="360" w:lineRule="auto" w:after="0"/>
        <w:ind w:firstLine="283"/>
      </w:pPr>
      <w:r>
        <w:t>“My mother is small,” the child said.</w:t>
      </w:r>
    </w:p>
    <w:p>
      <w:pPr>
        <w:spacing w:line="360" w:lineRule="auto" w:after="0"/>
        <w:ind w:firstLine="283"/>
      </w:pPr>
      <w:r>
        <w:t>“Yes.”</w:t>
      </w:r>
    </w:p>
    <w:p>
      <w:pPr>
        <w:spacing w:line="360" w:lineRule="auto" w:after="0"/>
        <w:ind w:firstLine="283"/>
      </w:pPr>
      <w:r>
        <w:t>“I am drawing her small.”</w:t>
      </w:r>
    </w:p>
    <w:p>
      <w:pPr>
        <w:spacing w:line="360" w:lineRule="auto" w:after="0"/>
        <w:ind w:firstLine="283"/>
      </w:pPr>
      <w:r>
        <w:t>“Yes.”</w:t>
      </w:r>
    </w:p>
    <w:p>
      <w:pPr>
        <w:spacing w:line="360" w:lineRule="auto" w:after="0"/>
        <w:ind w:firstLine="283"/>
      </w:pPr>
      <w:r>
        <w:t>“Because the slate is small.”</w:t>
      </w:r>
    </w:p>
    <w:p>
      <w:pPr>
        <w:spacing w:line="360" w:lineRule="auto" w:after="0"/>
        <w:ind w:firstLine="283"/>
      </w:pPr>
      <w:r>
        <w:t>“Yes.”</w:t>
      </w:r>
    </w:p>
    <w:p>
      <w:pPr>
        <w:spacing w:line="360" w:lineRule="auto" w:after="0"/>
        <w:ind w:firstLine="283"/>
      </w:pPr>
      <w:r>
        <w:t>“And I am drawing her on the slate.”</w:t>
      </w:r>
    </w:p>
    <w:p>
      <w:pPr>
        <w:spacing w:line="360" w:lineRule="auto" w:after="0"/>
        <w:ind w:firstLine="283"/>
      </w:pPr>
      <w:r>
        <w:t>“Yes.”</w:t>
      </w:r>
    </w:p>
    <w:p>
      <w:pPr>
        <w:spacing w:line="360" w:lineRule="auto" w:after="0"/>
        <w:ind w:firstLine="283"/>
      </w:pPr>
      <w:r>
        <w:t>The child considered this. The child drew the mother’s hands. The child drew the mother's hands — the small hands.</w:t>
      </w:r>
    </w:p>
    <w:p>
      <w:pPr>
        <w:spacing w:line="360" w:lineRule="auto" w:after="0"/>
        <w:ind w:firstLine="283"/>
      </w:pPr>
      <w:r>
        <w:t>“She is not the big,” the child said.</w:t>
      </w:r>
    </w:p>
    <w:p>
      <w:pPr>
        <w:spacing w:line="360" w:lineRule="auto" w:after="0"/>
        <w:ind w:firstLine="283"/>
      </w:pPr>
      <w:r>
        <w:t>“No.”</w:t>
      </w:r>
    </w:p>
    <w:p>
      <w:pPr>
        <w:spacing w:line="360" w:lineRule="auto" w:after="0"/>
        <w:ind w:firstLine="283"/>
      </w:pPr>
      <w:r>
        <w:t>Nima did not speak. The child drew the mother smaller.</w:t>
      </w:r>
    </w:p>
    <w:p>
      <w:pPr>
        <w:spacing w:line="360" w:lineRule="auto" w:after="0"/>
        <w:ind w:firstLine="283"/>
      </w:pPr>
      <w:r>
        <w:t>The child finished the drawing. The woman was on the slate. The woman was small. The child held the slate the way Nima held the things she carried — with the closed hand, with the double stitch.</w:t>
      </w:r>
    </w:p>
    <w:p>
      <w:pPr>
        <w:spacing w:line="360" w:lineRule="auto" w:after="0"/>
        <w:ind w:firstLine="283"/>
      </w:pPr>
      <w:r>
        <w:t>“I will keep her,” the child said.</w:t>
      </w:r>
    </w:p>
    <w:p>
      <w:pPr>
        <w:spacing w:line="360" w:lineRule="auto" w:after="0"/>
        <w:ind w:firstLine="283"/>
      </w:pPr>
      <w:r>
        <w:t>“Yes.”</w:t>
      </w:r>
    </w:p>
    <w:p>
      <w:pPr>
        <w:spacing w:line="360" w:lineRule="auto" w:after="0"/>
        <w:ind w:firstLine="283"/>
      </w:pPr>
      <w:r>
        <w:t>“Where you keep things.”</w:t>
      </w:r>
    </w:p>
    <w:p>
      <w:pPr>
        <w:spacing w:line="360" w:lineRule="auto" w:after="0"/>
        <w:ind w:firstLine="283"/>
      </w:pPr>
      <w:r>
        <w:t>“Yes.”</w:t>
      </w:r>
    </w:p>
    <w:p>
      <w:pPr>
        <w:spacing w:line="360" w:lineRule="auto" w:after="0"/>
        <w:ind w:firstLine="283"/>
      </w:pPr>
      <w:r>
        <w:t>The child gave Nima the slate. Nima took it. The slate went into the inner pocket of Nima’s coat, the one she had sewn herself with the double stitch. The pocket closed.</w:t>
      </w:r>
    </w:p>
    <w:p>
      <w:pPr>
        <w:spacing w:line="360" w:lineRule="auto" w:after="0"/>
        <w:ind w:firstLine="283"/>
      </w:pPr>
      <w:r>
        <w:t>Nima did not say she would keep the mother. Nima carried things.</w:t>
      </w:r>
    </w:p>
    <w:p>
      <w:pPr>
        <w:spacing w:line="360" w:lineRule="auto" w:after="0"/>
        <w:ind w:firstLine="283"/>
      </w:pPr>
      <w:r>
        <w:t>She counted the exits. Two. She counted the women. Six. She counted the child. One.</w:t>
      </w:r>
    </w:p>
    <w:p>
      <w:pPr>
        <w:spacing w:line="360" w:lineRule="auto" w:after="0"/>
        <w:ind w:firstLine="283"/>
      </w:pPr>
      <w:r>
        <w:t>She went out by the drain-grille. The tile-maker’s yard was empty. The morning was the quarter-bell. The quarter-bell was Nima’s time.</w:t>
      </w:r>
    </w:p>
    <w:p>
      <w:pPr>
        <w:spacing w:line="360" w:lineRule="auto" w:after="0"/>
        <w:ind w:firstLine="283"/>
      </w:pPr>
      <w:r>
        <w:t>The slate was in the pocket. The mother was in the pocket.</w:t>
      </w:r>
    </w:p>
    <w:p>
      <w:pPr>
        <w:ind w:firstLine="0"/>
        <w:jc w:val="center"/>
      </w:pPr>
      <w:r>
        <w:rPr>
          <w:color w:val="AAAAAA"/>
        </w:rPr>
        <w:t>❖</w:t>
      </w:r>
    </w:p>
    <w:p>
      <w:pPr>
        <w:spacing w:before="360" w:after="240"/>
        <w:ind w:firstLine="0"/>
        <w:jc w:val="center"/>
      </w:pPr>
      <w:r>
        <w:rPr>
          <w:b/>
          <w:i/>
          <w:color w:val="333333"/>
          <w:sz w:val="26"/>
        </w:rPr>
        <w:t>Chapter 8b — The Kitchen Anchor</w:t>
      </w:r>
    </w:p>
    <w:p>
      <w:pPr>
        <w:spacing w:line="360" w:lineRule="auto" w:after="0"/>
        <w:ind w:firstLine="283"/>
      </w:pPr>
      <w:r>
        <w:t>The kitchen was Nessa’s. The kitchen was at the ground of the East Quarter, below the archive and below the verification office and below the Scribehouse, at the place where the city’s morning began.</w:t>
      </w:r>
    </w:p>
    <w:p>
      <w:pPr>
        <w:spacing w:line="360" w:lineRule="auto" w:after="0"/>
        <w:ind w:firstLine="283"/>
      </w:pPr>
      <w:r>
        <w:t>The kitchen had the stove. The stove was iron. The stove had been there before Nessa. The stove would be there after. The stove was the thing the kitchen was built around, the way the wall was the thing Koric was built around.</w:t>
      </w:r>
    </w:p>
    <w:p>
      <w:pPr>
        <w:spacing w:line="360" w:lineRule="auto" w:after="0"/>
        <w:ind w:firstLine="283"/>
      </w:pPr>
      <w:r>
        <w:t>The kitchen had the table. The table was wood. The table had the dent where Nessa’s measure had fallen in the second year. The dent was the shape of her own carelessness. She put her thumb in the dent every morning. The dent was the morning’s first touch.</w:t>
      </w:r>
    </w:p>
    <w:p>
      <w:pPr>
        <w:spacing w:line="360" w:lineRule="auto" w:after="0"/>
        <w:ind w:firstLine="283"/>
      </w:pPr>
      <w:r>
        <w:t>The kitchen had the window. The window faced east. The window was where the light came in. The light came in at the angle the season allowed. In the winter the light came in low and hit the far wall. In the summer the light came in high and hit the floor. Nessa knew the season by where the light hit.</w:t>
      </w:r>
    </w:p>
    <w:p>
      <w:pPr>
        <w:spacing w:line="360" w:lineRule="auto" w:after="0"/>
        <w:ind w:firstLine="283"/>
      </w:pPr>
      <w:r>
        <w:t>The kitchen had the shelf. The shelf held the cardamom pod in the jar. The cardamom pod was green. The cardamom pod was the kitchen’s one small excess. The pod was the thing Nessa had bought from the man who kept bees outside the wall. The pod was the kitchen’s luxury. Luxury was not the word. The pod was the kitchen’s *pleasure*.</w:t>
      </w:r>
    </w:p>
    <w:p>
      <w:pPr>
        <w:spacing w:line="360" w:lineRule="auto" w:after="0"/>
        <w:ind w:firstLine="283"/>
      </w:pPr>
      <w:r>
        <w:t>The kitchen had the door. The door was to the lane. The lane was where the district came from. The district came in the morning. The district came for the pot. The pot was on the stove. The pot was iron. The pot had the lip beaten back by a hammer years ago.</w:t>
      </w:r>
    </w:p>
    <w:p>
      <w:pPr>
        <w:spacing w:line="360" w:lineRule="auto" w:after="0"/>
        <w:ind w:firstLine="283"/>
      </w:pPr>
      <w:r>
        <w:t>The district came. The hundred and forty. The cart men and the mason’s apprentice and the laundry women and the old woman from the allotments and the woman with the broom and the child who had watched the puddle and the child’s sister.</w:t>
      </w:r>
    </w:p>
    <w:p>
      <w:pPr>
        <w:spacing w:line="360" w:lineRule="auto" w:after="0"/>
        <w:ind w:firstLine="283"/>
      </w:pPr>
      <w:r>
        <w:t>Nessa portioned. The measure. The level. The thumb on the rim. The pot did not vote. The pot portioned.</w:t>
      </w:r>
    </w:p>
    <w:p>
      <w:pPr>
        <w:spacing w:line="360" w:lineRule="auto" w:after="0"/>
        <w:ind w:firstLine="283"/>
      </w:pPr>
      <w:r>
        <w:t>The morning was the morning. Nothing happened. The pot was portioned. The district was fed. The light came in at the angle the season allowed. The cardamom pod was green in the jar on the shelf.</w:t>
      </w:r>
    </w:p>
    <w:p>
      <w:pPr>
        <w:ind w:firstLine="0"/>
        <w:jc w:val="center"/>
      </w:pPr>
      <w:r>
        <w:rPr>
          <w:color w:val="AAAAAA"/>
        </w:rPr>
        <w:t>❖</w:t>
      </w:r>
    </w:p>
    <w:p>
      <w:pPr>
        <w:spacing w:before="360" w:after="240"/>
        <w:ind w:firstLine="0"/>
        <w:jc w:val="center"/>
      </w:pPr>
      <w:r>
        <w:rPr>
          <w:b/>
          <w:i/>
          <w:color w:val="333333"/>
          <w:sz w:val="26"/>
        </w:rPr>
        <w:t>Chapter 9 — The Scribehouse</w:t>
      </w:r>
    </w:p>
    <w:p>
      <w:pPr>
        <w:spacing w:line="360" w:lineRule="auto" w:after="0"/>
        <w:ind w:firstLine="283"/>
      </w:pPr>
      <w:r>
        <w:t>‖ •</w:t>
      </w:r>
    </w:p>
    <w:p>
      <w:pPr>
        <w:spacing w:line="360" w:lineRule="auto" w:after="0"/>
        <w:ind w:firstLine="283"/>
      </w:pPr>
      <w:r>
        <w:t>The Scribehouse was on the second floor of a building that had been a tannery and was now a school, and the not-quite-removed smell of the lye came up through the boards in the afternoon when the sun warmed them, and the children did not notice the lye because the children had been born in the lye.</w:t>
      </w:r>
    </w:p>
    <w:p>
      <w:pPr>
        <w:spacing w:line="360" w:lineRule="auto" w:after="0"/>
        <w:ind w:firstLine="283"/>
      </w:pPr>
      <w:r>
        <w:t>Mira came because the cross-reference required it. The cross-reference was the household registration of a child named on the verification list — a child whose name on the school roll did not match the name on the household register. She came with the school roll and the household register and the small flat pencil she used for marking the pages she would correct from the office. The pencil she carried where the ink was not hers.</w:t>
      </w:r>
    </w:p>
    <w:p>
      <w:pPr>
        <w:spacing w:line="360" w:lineRule="auto" w:after="0"/>
        <w:ind w:firstLine="283"/>
      </w:pPr>
      <w:r>
        <w:t>The children were at the long table — a table that had been a tanner’s bench and was now a school’s table, and the table held twenty children. Twenty children. Twenty slates. Twenty pieces of chalk. The children wrote on the slate, and the slate was not the page.</w:t>
      </w:r>
    </w:p>
    <w:p>
      <w:pPr>
        <w:spacing w:line="360" w:lineRule="auto" w:after="0"/>
        <w:ind w:firstLine="283"/>
      </w:pPr>
      <w:r>
        <w:t>The schoolteacher was a woman named Hett. Hett was neither old nor young. She held the chalk between her second and third fingers, the way a person holds a thing they have been holding for thirty years, and there was a callus at the side of the second finger where the chalk had rested into the skin. Hett had the eyes of a person who had been teaching for a long time and had not stopped believing the teaching mattered.</w:t>
      </w:r>
    </w:p>
    <w:p>
      <w:pPr>
        <w:spacing w:line="360" w:lineRule="auto" w:after="0"/>
        <w:ind w:firstLine="283"/>
      </w:pPr>
      <w:r>
        <w:t>“The roll says RESA VELEN,” Mira said. “The household register says RESA VELENN. Two N’s.”</w:t>
      </w:r>
    </w:p>
    <w:p>
      <w:pPr>
        <w:spacing w:line="360" w:lineRule="auto" w:after="0"/>
        <w:ind w:firstLine="283"/>
      </w:pPr>
      <w:r>
        <w:t>Hett looked at the roll. Hett looked at the register. Hett did not speak for a moment.</w:t>
      </w:r>
    </w:p>
    <w:p>
      <w:pPr>
        <w:spacing w:line="360" w:lineRule="auto" w:after="0"/>
        <w:ind w:firstLine="283"/>
      </w:pPr>
      <w:r>
        <w:t>“Resa writes her name with two N’s,” Hett said. “She has always written her name with two N’s. Her mother writes her name with two N’s. The register has one. The roll has one. Resa writes two.”</w:t>
      </w:r>
    </w:p>
    <w:p>
      <w:pPr>
        <w:spacing w:line="360" w:lineRule="auto" w:after="0"/>
        <w:ind w:firstLine="283"/>
      </w:pPr>
      <w:r>
        <w:t>“The register has one.”</w:t>
      </w:r>
    </w:p>
    <w:p>
      <w:pPr>
        <w:spacing w:line="360" w:lineRule="auto" w:after="0"/>
        <w:ind w:firstLine="283"/>
      </w:pPr>
      <w:r>
        <w:t>“The register has one. The register has been wrong since the year Resa’s mother registered her. The clerk wrote one. The mother said two. The clerk wrote one. The clerk said one was the standard. The mother said two was the name. The clerk wrote one. The mother did not come back.”</w:t>
      </w:r>
    </w:p>
    <w:p>
      <w:pPr>
        <w:spacing w:line="360" w:lineRule="auto" w:after="0"/>
        <w:ind w:firstLine="283"/>
      </w:pPr>
      <w:r>
        <w:t>Mira looked at the roll. The roll had RESA VELEN. The roll was the record.</w:t>
      </w:r>
    </w:p>
    <w:p>
      <w:pPr>
        <w:spacing w:line="360" w:lineRule="auto" w:after="0"/>
        <w:ind w:firstLine="283"/>
      </w:pPr>
      <w:r>
        <w:t>“And Resa.”</w:t>
      </w:r>
    </w:p>
    <w:p>
      <w:pPr>
        <w:spacing w:line="360" w:lineRule="auto" w:after="0"/>
        <w:ind w:firstLine="283"/>
      </w:pPr>
      <w:r>
        <w:t>“Resa writes two.”</w:t>
      </w:r>
    </w:p>
    <w:p>
      <w:pPr>
        <w:spacing w:line="360" w:lineRule="auto" w:after="0"/>
        <w:ind w:firstLine="283"/>
      </w:pPr>
      <w:r>
        <w:t>Mira did not speak.</w:t>
      </w:r>
    </w:p>
    <w:p>
      <w:pPr>
        <w:spacing w:line="360" w:lineRule="auto" w:after="0"/>
        <w:ind w:firstLine="283"/>
      </w:pPr>
      <w:r>
        <w:t>She did not correct the register. She did not correct the roll. She did not write RESA VELENN in her own hand on either page. She did not draw the line. She did not choose.</w:t>
      </w:r>
    </w:p>
    <w:p>
      <w:pPr>
        <w:spacing w:line="360" w:lineRule="auto" w:after="0"/>
        <w:ind w:firstLine="283"/>
      </w:pPr>
      <w:r>
        <w:t>She marked the page with the flat pencil. The mark was the small chalk — not ink, not the record.</w:t>
      </w:r>
    </w:p>
    <w:p>
      <w:pPr>
        <w:spacing w:line="360" w:lineRule="auto" w:after="0"/>
        <w:ind w:firstLine="283"/>
      </w:pPr>
      <w:r>
        <w:t>The mark said, in the small flat pencil, not resolved. Resa Velen was nine. She would write her name with two N's for the rest of her life. The clerk would write one. The record would hold the one.</w:t>
      </w:r>
    </w:p>
    <w:p>
      <w:pPr>
        <w:spacing w:line="360" w:lineRule="auto" w:after="0"/>
        <w:ind w:firstLine="283"/>
      </w:pPr>
      <w:r>
        <w:t>The name was the Keeper’s name. It was also a child’s name. The two had never met.</w:t>
      </w:r>
    </w:p>
    <w:p>
      <w:pPr>
        <w:spacing w:line="360" w:lineRule="auto" w:after="0"/>
        <w:ind w:firstLine="283"/>
      </w:pPr>
      <w:r>
        <w:t>She did not say this to Hett. Hett knew. The two women did not speak, in the room that smelled of lye.</w:t>
      </w:r>
    </w:p>
    <w:p>
      <w:pPr>
        <w:spacing w:line="360" w:lineRule="auto" w:after="0"/>
        <w:ind w:firstLine="283"/>
      </w:pPr>
      <w:r>
        <w:t>Mira went back to the archive. The mark was in the margin of the school roll. She carried it back the way she carried the slip of paper with the badge number — in the inner pocket.</w:t>
      </w:r>
    </w:p>
    <w:p>
      <w:pPr>
        <w:spacing w:line="360" w:lineRule="auto" w:after="0"/>
        <w:ind w:firstLine="283"/>
      </w:pPr>
      <w:r>
        <w:t>She sat at her desk. The nib was burred. The ink was wet. The corrections waited. She took up the pen.</w:t>
      </w:r>
    </w:p>
    <w:p>
      <w:pPr>
        <w:ind w:firstLine="0"/>
        <w:jc w:val="center"/>
      </w:pPr>
      <w:r>
        <w:rPr>
          <w:color w:val="AAAAAA"/>
        </w:rPr>
        <w:t>❖</w:t>
      </w:r>
    </w:p>
    <w:p>
      <w:pPr>
        <w:spacing w:before="360" w:after="240"/>
        <w:ind w:firstLine="0"/>
        <w:jc w:val="center"/>
      </w:pPr>
      <w:r>
        <w:rPr>
          <w:b/>
          <w:i/>
          <w:color w:val="333333"/>
          <w:sz w:val="26"/>
        </w:rPr>
        <w:t>Step — The Scribehouse Collision (Mira / Rook)</w:t>
      </w:r>
    </w:p>
    <w:p>
      <w:pPr>
        <w:spacing w:line="360" w:lineRule="auto" w:after="0"/>
        <w:ind w:firstLine="283"/>
      </w:pPr>
      <w:r>
        <w:t>‖ ∧</w:t>
      </w:r>
    </w:p>
    <w:p>
      <w:pPr>
        <w:spacing w:line="360" w:lineRule="auto" w:after="0"/>
        <w:ind w:firstLine="283"/>
      </w:pPr>
      <w:r>
        <w:t>Mira wanted him to see it.</w:t>
      </w:r>
    </w:p>
    <w:p>
      <w:pPr>
        <w:spacing w:line="360" w:lineRule="auto" w:after="0"/>
        <w:ind w:firstLine="283"/>
      </w:pPr>
      <w:r>
        <w:t>The wanting was not the city's. The city wanted the signature verified. The city wanted the blue at the foot of the form matched to the blue at the head, and the two blues to agree, and the agreeing to close the page. The city did not want the half-degree. Mira wanted the half-degree. The half-degree was the thing her hand had found at the noon, the slight lean in the senior administrator's S — the small tremor west, the way the pen had paused at the down-stroke and the pause had gone into the letter and the letter had gone into the page. The half-degree was the askew line. The askew line was the form's own true mark on the page — the refusal to resolve, the place the hand disagreed with the office and the disagreement was preserved. The preservation was the page's whole honest work. Mira wanted him to see it.</w:t>
      </w:r>
    </w:p>
    <w:p>
      <w:pPr>
        <w:spacing w:line="360" w:lineRule="auto" w:after="0"/>
        <w:ind w:firstLine="283"/>
      </w:pPr>
      <w:r>
        <w:t>She had not asked him to come. He had come because the verification office had sent him — the structural surveyor's standing order, the assignment that took him to the Scribehouse at the second bell, the bell that opened the morning's survey work. He had come in the boots laced left-first and the brass buckle at the hip — the buckle the colour of old honey where the brass had worn through to the steel beneath, the leather good, the leather would hold the season. He had come in the off-duty coat. The off-duty coat was the coat that had eaten the bun on the Morning Without Bells. The coat was the coat.</w:t>
      </w:r>
    </w:p>
    <w:p>
      <w:pPr>
        <w:spacing w:line="360" w:lineRule="auto" w:after="0"/>
        <w:ind w:firstLine="283"/>
      </w:pPr>
      <w:r>
        <w:t>Mira was at the second-floor landing when he came through the door below. She heard the boots — the cadence she knew from the wall, the cadence she knew from the lane, the cadence she had not heard at the stair on the morning he had held the prop with his shoulder. She heard the boots and her hand went to the nib. The nib was burred. The burr was small. The burr was the morning's whole true work, and the work was the grinding, and the grinding was the finding with the thumbnail before the ink did.</w:t>
      </w:r>
    </w:p>
    <w:p>
      <w:pPr>
        <w:spacing w:line="360" w:lineRule="auto" w:after="0"/>
        <w:ind w:firstLine="283"/>
      </w:pPr>
      <w:r>
        <w:t>She did not steady the hand. The steadying would have been the city's. The archive was not the city's. She let the hand find the burr. She let the burr be the hand's first honest mark of the day.</w:t>
      </w:r>
    </w:p>
    <w:p>
      <w:pPr>
        <w:spacing w:line="360" w:lineRule="auto" w:after="0"/>
        <w:ind w:firstLine="283"/>
      </w:pPr>
      <w:r>
        <w:t>He came up the stair. The stair was the stair with the prop at the third riser, the prop Breck had set with the splice, the splice that held. The stair held. Rook's hand did not go to the rail. Rook's hand went to the chest-plate, the reflex of a man who reads a stair before he reads a room. He read the stair. He read the risers. He read the place where the prop held. He did not say the prop. The prop was the work the stair knew about. The not-saying was the stair's whole true mercy.</w:t>
      </w:r>
    </w:p>
    <w:p>
      <w:pPr>
        <w:spacing w:line="360" w:lineRule="auto" w:after="0"/>
        <w:ind w:firstLine="283"/>
      </w:pPr>
      <w:r>
        <w:t>He came to the landing. He saw her.</w:t>
      </w:r>
    </w:p>
    <w:p>
      <w:pPr>
        <w:spacing w:line="360" w:lineRule="auto" w:after="0"/>
        <w:ind w:firstLine="283"/>
      </w:pPr>
      <w:r>
        <w:t>The seeing was the less-than-a-breath — the eyes touching the way a hand touches a thing it has held before and does not hold now. He did not say good morning. She did not say good morning. The two of them stood on the landing in the lye-smell of the old tannery, and the lye-smell was the morning's whole true smell, and the smell was the thing the building had been before it was the school, and the being-before was the building's whole true mark.</w:t>
      </w:r>
    </w:p>
    <w:p>
      <w:pPr>
        <w:spacing w:line="360" w:lineRule="auto" w:after="0"/>
        <w:ind w:firstLine="283"/>
      </w:pPr>
      <w:r>
        <w:t>"I have a thing," Mira said.</w:t>
      </w:r>
    </w:p>
    <w:p>
      <w:pPr>
        <w:spacing w:line="360" w:lineRule="auto" w:after="0"/>
        <w:ind w:firstLine="283"/>
      </w:pPr>
      <w:r>
        <w:t>Rook did not speak. He waited. The waiting was the work the wall had taught him — the standing, the not-pressing, the letting the figure come in or not come in, the not-resolving as the watching's whole true office.</w:t>
      </w:r>
    </w:p>
    <w:p>
      <w:pPr>
        <w:spacing w:line="360" w:lineRule="auto" w:after="0"/>
        <w:ind w:firstLine="283"/>
      </w:pPr>
      <w:r>
        <w:t>She led him into the room. The room was the Scribehouse's office — the back office, the one with the chair three inches too low and the lamp with the green glass and the felt on the desk. She set the page on the felt. The page was the verification slip. The slip cross-referenced a household registration to an order, and the order was the one that had created the Keeper, and the Keeper was the function where a woman had been. The slip was the morning's whole true weight. The weight was not in the paper.</w:t>
      </w:r>
    </w:p>
    <w:p>
      <w:pPr>
        <w:spacing w:line="360" w:lineRule="auto" w:after="0"/>
        <w:ind w:firstLine="283"/>
      </w:pPr>
      <w:r>
        <w:t>"The corner," Mira said.</w:t>
      </w:r>
    </w:p>
    <w:p>
      <w:pPr>
        <w:spacing w:line="360" w:lineRule="auto" w:after="0"/>
        <w:ind w:firstLine="283"/>
      </w:pPr>
      <w:r>
        <w:t>Rook looked at the corner. Rook did not read the corner the way Mira read the corner. Rook read the corner the way Rook read a wall — by the lean, by the place the join disagreed with the joint. The corner of the slip had a tremor. The tremor was a half-degree west of where the senior administrator's other descenders went, in the tail of the S, the small clean S that began the name and the small clean T that ended it. The half-degree was the pause. The pause was the office's one honest moment in the whole slip.</w:t>
      </w:r>
    </w:p>
    <w:p>
      <w:pPr>
        <w:spacing w:line="360" w:lineRule="auto" w:after="0"/>
        <w:ind w:firstLine="283"/>
      </w:pPr>
      <w:r>
        <w:t>Rook's hand went to his belt. The hand found the brass buckle. The hand rested on the buckle the way the hand rested on the buckle when the wall was empty and the figure had not come and the morning's not-resolving was the morning's whole true work. The hand did not speak. The hand held.</w:t>
      </w:r>
    </w:p>
    <w:p>
      <w:pPr>
        <w:spacing w:line="360" w:lineRule="auto" w:after="0"/>
        <w:ind w:firstLine="283"/>
      </w:pPr>
      <w:r>
        <w:t>"I see it," Rook said.</w:t>
      </w:r>
    </w:p>
    <w:p>
      <w:pPr>
        <w:spacing w:line="360" w:lineRule="auto" w:after="0"/>
        <w:ind w:firstLine="283"/>
      </w:pPr>
      <w:r>
        <w:t>He said it the way he said things — flat, without the pressing. The not-pressing was the work. The romance was the not-using — the seeing, the letting the half-degree stand in the page beside the small flat pencil's caret, the caret that said I only copied this; the words are not mine. The caret was the witness's mark.</w:t>
      </w:r>
    </w:p>
    <w:p>
      <w:pPr>
        <w:spacing w:line="360" w:lineRule="auto" w:after="0"/>
        <w:ind w:firstLine="283"/>
      </w:pPr>
      <w:r>
        <w:t>Mira took the flat pencil. She set the caret beside the corner where the tremor was — the small wedge, the little roof, the mark that held the tremor the way a prop holds a stair: not straightening it, marking it. The caret was the archive's. The archive did not choose. The archive held the not-choosing. The not-choosing was the page's whole honest work.</w:t>
      </w:r>
    </w:p>
    <w:p>
      <w:pPr>
        <w:spacing w:line="360" w:lineRule="auto" w:after="0"/>
        <w:ind w:firstLine="283"/>
      </w:pPr>
      <w:r>
        <w:t>"The signature," Rook said.</w:t>
      </w:r>
    </w:p>
    <w:p>
      <w:pPr>
        <w:spacing w:line="360" w:lineRule="auto" w:after="0"/>
        <w:ind w:firstLine="283"/>
      </w:pPr>
      <w:r>
        <w:t>"The signature is the city's."</w:t>
      </w:r>
    </w:p>
    <w:p>
      <w:pPr>
        <w:spacing w:line="360" w:lineRule="auto" w:after="0"/>
        <w:ind w:firstLine="283"/>
      </w:pPr>
      <w:r>
        <w:t>"The signature is the half-degree."</w:t>
      </w:r>
    </w:p>
    <w:p>
      <w:pPr>
        <w:spacing w:line="360" w:lineRule="auto" w:after="0"/>
        <w:ind w:firstLine="283"/>
      </w:pPr>
      <w:r>
        <w:t>"Yes."</w:t>
      </w:r>
    </w:p>
    <w:p>
      <w:pPr>
        <w:spacing w:line="360" w:lineRule="auto" w:after="0"/>
        <w:ind w:firstLine="283"/>
      </w:pPr>
      <w:r>
        <w:t>Rook looked at her. The looking was the longer thing — the breath that did not have the small in it, the breath that was the afternoon's whole true length. He saw what the half-degree was. He saw what holding the half-degree was. He saw the cost — the cost not in the page, the cost in the hand that set the caret, the cost in the hand that did not set the line. The cost was the not-using. The not-using was the romance's whole true shape.</w:t>
      </w:r>
    </w:p>
    <w:p>
      <w:pPr>
        <w:spacing w:line="360" w:lineRule="auto" w:after="0"/>
        <w:ind w:firstLine="283"/>
      </w:pPr>
      <w:r>
        <w:t>"You'll not open it," Rook said.</w:t>
      </w:r>
    </w:p>
    <w:p>
      <w:pPr>
        <w:spacing w:line="360" w:lineRule="auto" w:after="0"/>
        <w:ind w:firstLine="283"/>
      </w:pPr>
      <w:r>
        <w:t>It was not a question.</w:t>
      </w:r>
    </w:p>
    <w:p>
      <w:pPr>
        <w:spacing w:line="360" w:lineRule="auto" w:after="0"/>
        <w:ind w:firstLine="283"/>
      </w:pPr>
      <w:r>
        <w:t>"I'll not open it."</w:t>
      </w:r>
    </w:p>
    <w:p>
      <w:pPr>
        <w:spacing w:line="360" w:lineRule="auto" w:after="0"/>
        <w:ind w:firstLine="283"/>
      </w:pPr>
      <w:r>
        <w:t>The not-opening was the morning's whole true work. The drawer in the verification office held the consent that had been manufactured. The drawer was the second from the top. The drawer had stayed closed for eleven years.</w:t>
      </w:r>
    </w:p>
    <w:p>
      <w:pPr>
        <w:spacing w:line="360" w:lineRule="auto" w:after="0"/>
        <w:ind w:firstLine="283"/>
      </w:pPr>
      <w:r>
        <w:t>Rook did not say more. He set his hand on the door-frame — briefly, the way a man sets a hand on a wall he has read. The hand did not press. The hand did not hold. The hand touched. The touching was the romance's whole true mark. The mark was not the page's. The mark was not the city's. The mark was the small thing between two people who had decided not to use the lever the page held.</w:t>
      </w:r>
    </w:p>
    <w:p>
      <w:pPr>
        <w:spacing w:line="360" w:lineRule="auto" w:after="0"/>
        <w:ind w:firstLine="283"/>
      </w:pPr>
      <w:r>
        <w:t>He went down the stair. The stair held. The prop held. The boots went by the lane. The buckle went with the boots. The rope went at the chest-plate. The morning went on.</w:t>
      </w:r>
    </w:p>
    <w:p>
      <w:pPr>
        <w:spacing w:line="360" w:lineRule="auto" w:after="0"/>
        <w:ind w:firstLine="283"/>
      </w:pPr>
      <w:r>
        <w:t>Mira stood at the felt. The slip lay on the felt. The caret lay beside the corner. The half-degree stood in the page. The half-degree was the form's own true mark — the askew line, the refusal to resolve, the place the hand disagreed with the office and the disagreement was preserved.</w:t>
      </w:r>
    </w:p>
    <w:p>
      <w:pPr>
        <w:spacing w:line="360" w:lineRule="auto" w:after="0"/>
        <w:ind w:firstLine="283"/>
      </w:pPr>
      <w:r>
        <w:t>She capped the pen. The nib was clean. The burr was gone. The burr would come back. The coming-back was the work, and the work was the grinding, and the grinding was the payment, and the payment was small, and the small was all there was.</w:t>
      </w:r>
    </w:p>
    <w:p>
      <w:pPr>
        <w:spacing w:line="360" w:lineRule="auto" w:after="0"/>
        <w:ind w:firstLine="283"/>
      </w:pPr>
      <w:r>
        <w:t>She did not look at the door. The door was the thing between her and the corridor. The corridor was the thing between her and Seret's office. The two of them did not walk through the door. The not-walking-through was the morning's whole true mercy.</w:t>
      </w:r>
    </w:p>
    <w:p>
      <w:pPr>
        <w:spacing w:line="360" w:lineRule="auto" w:after="0"/>
        <w:ind w:firstLine="283"/>
      </w:pPr>
      <w:r>
        <w:t>The lamp burned. The bell foundry rang the third. The Scribehouse children went down the stair — the chalk-stub fingers, the grey smocks, the small voices that were the building's whole true sound. Mira did not hum. Pell hummed, down the corridor. The humming was Pell's. The not-humming was Mira's.</w:t>
      </w:r>
    </w:p>
    <w:p>
      <w:pPr>
        <w:spacing w:line="360" w:lineRule="auto" w:after="0"/>
        <w:ind w:firstLine="283"/>
      </w:pPr>
      <w:r>
        <w:t>She filed the slip. The slip went into the chest's intake sleeve. The intake sleeve held the morning's whole true freight: the verification slip, the half-degree, the caret, the not resolved she had written in the margin beside the function, in her own hand, eleven years ago. The eleven years had not resolved the slip. The slip stood. The chest held.</w:t>
      </w:r>
    </w:p>
    <w:p>
      <w:pPr>
        <w:spacing w:line="360" w:lineRule="auto" w:after="0"/>
        <w:ind w:firstLine="283"/>
      </w:pPr>
      <w:r>
        <w:t>The bell rang for the noon. Twice. The Scribehouse children went home. The lane was the lane. The wall was the wall. The figure at the edge of the marsh was the figure at the edge of the marsh. The figure did not come in. The figure did not leave. The not-resolving was the only true thing the morning had, and the only true thing was small, and the small was all there was.</w:t>
      </w:r>
    </w:p>
    <w:p>
      <w:pPr>
        <w:ind w:firstLine="0"/>
        <w:jc w:val="center"/>
      </w:pPr>
      <w:r>
        <w:rPr>
          <w:color w:val="AAAAAA"/>
        </w:rPr>
        <w:t>❖</w:t>
      </w:r>
    </w:p>
    <w:p>
      <w:pPr>
        <w:spacing w:before="360" w:after="240"/>
        <w:ind w:firstLine="0"/>
        <w:jc w:val="center"/>
      </w:pPr>
      <w:r>
        <w:rPr>
          <w:b/>
          <w:i/>
          <w:color w:val="333333"/>
          <w:sz w:val="26"/>
        </w:rPr>
        <w:t>Step — The Choice in the Margin (Mira / Rook)</w:t>
      </w:r>
    </w:p>
    <w:p>
      <w:pPr>
        <w:spacing w:line="360" w:lineRule="auto" w:after="0"/>
        <w:ind w:firstLine="283"/>
      </w:pPr>
      <w:r>
        <w:t>‖ ∧</w:t>
      </w:r>
    </w:p>
    <w:p>
      <w:pPr>
        <w:spacing w:line="360" w:lineRule="auto" w:after="0"/>
        <w:ind w:firstLine="283"/>
      </w:pPr>
      <w:r>
        <w:t>Rook wanted her to not have to hold it.</w:t>
      </w:r>
    </w:p>
    <w:p>
      <w:pPr>
        <w:spacing w:line="360" w:lineRule="auto" w:after="0"/>
        <w:ind w:firstLine="283"/>
      </w:pPr>
      <w:r>
        <w:t>The wanting was small. The wanting was the brass buckle at his hip and the rope at his chest-plate and the boots laced left-first and the page on the felt in the back office of the Scribehouse, and the half-degree in the senior administrator's S, and the half-degree was the lever, and the lever was hers, and the holding was the morning's whole true cost, and the cost was not in the page, and the not-in-the-page was the only true thing the morning had, and the only true thing was small, and the small was all there was.</w:t>
      </w:r>
    </w:p>
    <w:p>
      <w:pPr>
        <w:spacing w:line="360" w:lineRule="auto" w:after="0"/>
        <w:ind w:firstLine="283"/>
      </w:pPr>
      <w:r>
        <w:t>He had seen her set the caret. The caret was the witness's mark. The caret said: I only copied this; the words are not mine. The caret held the half-degree the way a prop holds a stair — without straightening, without resolving, with the plain holding. The plain holding was the archive's whole true office. The office was the not-using. The not-using was the romance's whole true shape.</w:t>
      </w:r>
    </w:p>
    <w:p>
      <w:pPr>
        <w:spacing w:line="360" w:lineRule="auto" w:after="0"/>
        <w:ind w:firstLine="283"/>
      </w:pPr>
      <w:r>
        <w:t>He had not said the lever. The lever was the thing the half-degree could be — the thing the page could be brought to, the office opened, the door walked through, the manufactured consent taken out of the drawer where it had stayed closed for eleven years and set on the senior administrator's desk and the city's whole true office tilted. The lever was the thing the page held. The lever was the half-degree's other name.</w:t>
      </w:r>
    </w:p>
    <w:p>
      <w:pPr>
        <w:spacing w:line="360" w:lineRule="auto" w:after="0"/>
        <w:ind w:firstLine="283"/>
      </w:pPr>
      <w:r>
        <w:t>Rook had not said it. The not-saying was the work. The not-saying was the romance.</w:t>
      </w:r>
    </w:p>
    <w:p>
      <w:pPr>
        <w:spacing w:line="360" w:lineRule="auto" w:after="0"/>
        <w:ind w:firstLine="283"/>
      </w:pPr>
      <w:r>
        <w:t>He stood in the lane below the Scribehouse. The lane was the lane. The boots were the boots. The buckle was the buckle. The rope was the rope. He stood the way he stood on the wall when the figure was at the edge and the figure did not come in and the figure did not leave. The standing was the watching. The watching was the not-naming. The not-naming was the only true thing the wall had, and the only true thing was small.</w:t>
      </w:r>
    </w:p>
    <w:p>
      <w:pPr>
        <w:spacing w:line="360" w:lineRule="auto" w:after="0"/>
        <w:ind w:firstLine="283"/>
      </w:pPr>
      <w:r>
        <w:t>He had come down from the landing. The stair had held. The prop had held. The stair was the work Breck's splice had done, and the splice was the rope's other end, and the rope was the chest-plate's, and the chest-plate was Rook's, and Rook held the rope the way the rope held the splice — without fixing, without resolving, with the plain holding. The plain holding was the work. The work was the morning's.</w:t>
      </w:r>
    </w:p>
    <w:p>
      <w:pPr>
        <w:spacing w:line="360" w:lineRule="auto" w:after="0"/>
        <w:ind w:firstLine="283"/>
      </w:pPr>
      <w:r>
        <w:t>He did not go back up. The not-going-back-up was the romance's whole true mercy. The mercy was small. The small was the not-using's whole true mark.</w:t>
      </w:r>
    </w:p>
    <w:p>
      <w:pPr>
        <w:spacing w:line="360" w:lineRule="auto" w:after="0"/>
        <w:ind w:firstLine="283"/>
      </w:pPr>
      <w:r>
        <w:t>He walked the lane. The lane went to the East Quarter. The East Quarter was the morning's business — the laundries opening, the food-stalls opening, the chalk-stub children coming out of the Scribehouse in their grey smocks with the chalk still on their fingers. He passed the tanner's bridge. The bridge's rail was the one his hand found every morning, the way the hand found the rail without his looking, and the memory was the bridge's, and the bridge held the hand the way the parapet held a watching — without comment, without returning anything.</w:t>
      </w:r>
    </w:p>
    <w:p>
      <w:pPr>
        <w:spacing w:line="360" w:lineRule="auto" w:after="0"/>
        <w:ind w:firstLine="283"/>
      </w:pPr>
      <w:r>
        <w:t>He stood at the rail. The water under the bridge was the morning's grey water. The water was not the rain's dark. The water was the morning's. The morning was the morning's.</w:t>
      </w:r>
    </w:p>
    <w:p>
      <w:pPr>
        <w:spacing w:line="360" w:lineRule="auto" w:after="0"/>
        <w:ind w:firstLine="283"/>
      </w:pPr>
      <w:r>
        <w:t>He thought of the half-degree. The half-degree was the place the senior administrator's hand had paused at the down-stroke of the S, and the pause had gone into the letter, and the letter had gone into the page, and the page had gone into the office, and the office had gone into the eleven years, and the eleven years had gone into the drawer, and the drawer had stayed closed, and the not-opening was the morning's whole true work, and the work was the not-using, and the not-using was the romance.</w:t>
      </w:r>
    </w:p>
    <w:p>
      <w:pPr>
        <w:spacing w:line="360" w:lineRule="auto" w:after="0"/>
        <w:ind w:firstLine="283"/>
      </w:pPr>
      <w:r>
        <w:t>He did not name the half-degree. The not-naming was the only true thing he could do about the half-degree, and the doing was small.</w:t>
      </w:r>
    </w:p>
    <w:p>
      <w:pPr>
        <w:spacing w:line="360" w:lineRule="auto" w:after="0"/>
        <w:ind w:firstLine="283"/>
      </w:pPr>
      <w:r>
        <w:t>He thought of her hand on the nib. The nib was burred. The burr was the morning's whole true work. The grinding of the burr was the work the city did not see. The grinding was the work that held the line. The line did not resolve the name. The line held the name the way the caret held the tremor — without straightening, without choosing.</w:t>
      </w:r>
    </w:p>
    <w:p>
      <w:pPr>
        <w:spacing w:line="360" w:lineRule="auto" w:after="0"/>
        <w:ind w:firstLine="283"/>
      </w:pPr>
      <w:r>
        <w:t>He thought of the caret beside the corner — the small wedge, the little roof, the witness's mark. The not-using was the morning's whole true mercy.</w:t>
      </w:r>
    </w:p>
    <w:p>
      <w:pPr>
        <w:spacing w:line="360" w:lineRule="auto" w:after="0"/>
        <w:ind w:firstLine="283"/>
      </w:pPr>
      <w:r>
        <w:t>A child came past the bridge. The child was the chalk-stub child from the Scribehouse. The child had the grey smock. The child had the chalk still on the fingers. The child did not see Rook. The child went past the way children go — without farewell, without announcing, the feet on the cobbles. Rook did not call. The not-calling was the romance's whole true mercy.</w:t>
      </w:r>
    </w:p>
    <w:p>
      <w:pPr>
        <w:spacing w:line="360" w:lineRule="auto" w:after="0"/>
        <w:ind w:firstLine="283"/>
      </w:pPr>
      <w:r>
        <w:t>The bell rang for the noon. Twice. The bell was the city's. The bell did what the bell was supposed to do. The doing was the bell's whole work. The doing was enough.</w:t>
      </w:r>
    </w:p>
    <w:p>
      <w:pPr>
        <w:spacing w:line="360" w:lineRule="auto" w:after="0"/>
        <w:ind w:firstLine="283"/>
      </w:pPr>
      <w:r>
        <w:t>He went back to the wall — the East Quarter wall, the morning watch's wall, the edge where the city ended and the not-city began. The not-city was the marsh and the road and the ridge beyond. The ridge was the east, where the figure had come from. The figure had stood at the edge. The figure had not come in. The figure had not left. The not-resolving had been small.</w:t>
      </w:r>
    </w:p>
    <w:p>
      <w:pPr>
        <w:spacing w:line="360" w:lineRule="auto" w:after="0"/>
        <w:ind w:firstLine="283"/>
      </w:pPr>
      <w:r>
        <w:t>Rook stood on the wall. The wall was empty today. The figure was not there. The marsh was the not-city's. The not-resolving was the only true thing the morning had, and the only true thing was small, and the small was all there was.</w:t>
      </w:r>
    </w:p>
    <w:p>
      <w:pPr>
        <w:spacing w:line="360" w:lineRule="auto" w:after="0"/>
        <w:ind w:firstLine="283"/>
      </w:pPr>
      <w:r>
        <w:t>He took out the patrol book. The patrol book was the stub of pencil and the fold of paper. He wrote the time. He wrote the place. He wrote the morning. The morning was the morning. The morning had no name. The morning had no listed household. The morning had no allocation slip. The morning had only the not-resolving, and the not-resolving was the morning's whole true office, and the office was small.</w:t>
      </w:r>
    </w:p>
    <w:p>
      <w:pPr>
        <w:spacing w:line="360" w:lineRule="auto" w:after="0"/>
        <w:ind w:firstLine="283"/>
      </w:pPr>
      <w:r>
        <w:t>He set the caret beside the entry. The caret said: I saw this. I only copied this. The morning was not mine. The morning was the city's. The noon was the not-resolving's. The not-resolving was the only true thing the morning had.</w:t>
      </w:r>
    </w:p>
    <w:p>
      <w:pPr>
        <w:spacing w:line="360" w:lineRule="auto" w:after="0"/>
        <w:ind w:firstLine="283"/>
      </w:pPr>
      <w:r>
        <w:t>He did not write the lever. The lever was the thing the page held. The lever was the half-degree's other name. The lever was not in the patrol book. The patrol book was the city's whole true work on the wall. The work was the listing. The lever was not listable. The lever was the not-listed. The not-listed was the lever's whole true office. The office was the not-using. The not-using was the romance.</w:t>
      </w:r>
    </w:p>
    <w:p>
      <w:pPr>
        <w:spacing w:line="360" w:lineRule="auto" w:after="0"/>
        <w:ind w:firstLine="283"/>
      </w:pPr>
      <w:r>
        <w:t>He stood on the wall. The buckle was at his hip. The rope was at his chest-plate. The boots were laced left-first. The lacing was the boots' whole true history. The history was not in the log. The history was in the lace. The lace was the boot's whole true mercy. The mercy was small. The small was the not-using's whole true mark.</w:t>
      </w:r>
    </w:p>
    <w:p>
      <w:pPr>
        <w:spacing w:line="360" w:lineRule="auto" w:after="0"/>
        <w:ind w:firstLine="283"/>
      </w:pPr>
      <w:r>
        <w:t>She would go back to the archive. She would set the slip in the chest's intake sleeve. The intake sleeve would hold the morning's whole true freight. The freight would be the verification slip, the half-degree, the caret, the not resolved she had written in the margin beside the function, in her own hand, eleven years ago. The eleven years would not resolve the slip. The slip would stand. The chest would hold.</w:t>
      </w:r>
    </w:p>
    <w:p>
      <w:pPr>
        <w:spacing w:line="360" w:lineRule="auto" w:after="0"/>
        <w:ind w:firstLine="283"/>
      </w:pPr>
      <w:r>
        <w:t>The chest would hold. The drawer would stay closed. The lever would not be used. The not-using would be the romance. The romance would be the small thing between two people who had decided not to use the lever the page held. The small thing was all there was.</w:t>
      </w:r>
    </w:p>
    <w:p>
      <w:pPr>
        <w:spacing w:line="360" w:lineRule="auto" w:after="0"/>
        <w:ind w:firstLine="283"/>
      </w:pPr>
      <w:r>
        <w:t>The wall stood. The city held. The figure was gone. The caret held. The holding was the work. The work was small. The small was all there was.</w:t>
      </w:r>
    </w:p>
    <w:p>
      <w:pPr>
        <w:spacing w:line="360" w:lineRule="auto" w:after="0"/>
        <w:ind w:firstLine="283"/>
      </w:pPr>
      <w:r>
        <w:t>The bell rang for the evening change. Six pulls. Rook counted them out of habit. The figure did not move. The figure was not there. The not-being-there was the morning's whole true mercy. The mercy was small. The small was the not-using's whole true mark.</w:t>
      </w:r>
    </w:p>
    <w:p>
      <w:pPr>
        <w:spacing w:line="360" w:lineRule="auto" w:after="0"/>
        <w:ind w:firstLine="283"/>
      </w:pPr>
      <w:r>
        <w:t>Rook went down from the wall. The boots went by the bunk. The buckle went on the cloth. The rope went on the rack. The patrol book went in the breast-pocket. The caret was in the patrol book. The caret held the morning the way the prop held the stair: without fixing, without resolving, with the plain holding.</w:t>
      </w:r>
    </w:p>
    <w:p>
      <w:pPr>
        <w:spacing w:line="360" w:lineRule="auto" w:after="0"/>
        <w:ind w:firstLine="283"/>
      </w:pPr>
      <w:r>
        <w:t>The holding was the work, the wall's, the city's. The noon was the not-resolving's. The not-resolving was the only true thing the morning had, and the only true thing was small, and the small was all there was.</w:t>
      </w:r>
    </w:p>
    <w:p>
      <w:pPr>
        <w:ind w:firstLine="0"/>
        <w:jc w:val="center"/>
      </w:pPr>
      <w:r>
        <w:rPr>
          <w:color w:val="AAAAAA"/>
        </w:rPr>
        <w:t>❖</w:t>
      </w:r>
    </w:p>
    <w:p>
      <w:pPr>
        <w:spacing w:before="360" w:after="240"/>
        <w:ind w:firstLine="0"/>
        <w:jc w:val="center"/>
      </w:pPr>
      <w:r>
        <w:rPr>
          <w:b/>
          <w:i/>
          <w:color w:val="333333"/>
          <w:sz w:val="26"/>
        </w:rPr>
        <w:t>Chapter 9b — The Pen’s Hunger</w:t>
      </w:r>
    </w:p>
    <w:p>
      <w:pPr>
        <w:spacing w:line="360" w:lineRule="auto" w:after="0"/>
        <w:ind w:firstLine="283"/>
      </w:pPr>
      <w:r>
        <w:t>Elias had the pen. The pen was the Registry’s. The pen was the one with the split nib and the ink that dried brown. The pen was the thing he held.</w:t>
      </w:r>
    </w:p>
    <w:p>
      <w:pPr>
        <w:spacing w:line="360" w:lineRule="auto" w:after="0"/>
        <w:ind w:firstLine="283"/>
      </w:pPr>
      <w:r>
        <w:t>He wanted the name. The name was Alexander. The name was on the page. The page was the entry-form. The entry-form was the list of the ink-tainted.</w:t>
      </w:r>
    </w:p>
    <w:p>
      <w:pPr>
        <w:spacing w:line="360" w:lineRule="auto" w:after="0"/>
        <w:ind w:firstLine="283"/>
      </w:pPr>
      <w:r>
        <w:t>Alexander was not ink-tainted. Alexander was the Architect. Alexander had offered the warm. Alexander had been refused. Alexander was gone. The Registry had the name. The Registry had the page. The page wanted the pen.</w:t>
      </w:r>
    </w:p>
    <w:p>
      <w:pPr>
        <w:spacing w:line="360" w:lineRule="auto" w:after="0"/>
        <w:ind w:firstLine="283"/>
      </w:pPr>
      <w:r>
        <w:t>Elias wrote the name. Alexander. The nib on the page. The ink on the page. The letters. The name was the name. The name was written.</w:t>
      </w:r>
    </w:p>
    <w:p>
      <w:pPr>
        <w:spacing w:line="360" w:lineRule="auto" w:after="0"/>
        <w:ind w:firstLine="283"/>
      </w:pPr>
      <w:r>
        <w:t>The page was not enough. The name wanted more than the page. The name wanted the man. The pen wanted more than the page. The pen wanted the ink-tainted. The pen wanted the ones who carried the ink in them. The pen wanted to write them out.</w:t>
      </w:r>
    </w:p>
    <w:p>
      <w:pPr>
        <w:spacing w:line="360" w:lineRule="auto" w:after="0"/>
        <w:ind w:firstLine="283"/>
      </w:pPr>
      <w:r>
        <w:t>Elias looked at the name. Alexander. The name was on the page in the file in the drawer in the Registry. The Registry was the city, the cage, the mercy.</w:t>
      </w:r>
    </w:p>
    <w:p>
      <w:pPr>
        <w:spacing w:line="360" w:lineRule="auto" w:after="0"/>
        <w:ind w:firstLine="283"/>
      </w:pPr>
      <w:r>
        <w:t>The pen was the thing that could write them out. The pen was the thing that could name them. The pen was the thing that could make them legible. And the making-legible was the taking.</w:t>
      </w:r>
    </w:p>
    <w:p>
      <w:pPr>
        <w:spacing w:line="360" w:lineRule="auto" w:after="0"/>
        <w:ind w:firstLine="283"/>
      </w:pPr>
      <w:r>
        <w:t>Elias put the pen down. The ink on his finger. The nib on the page. The name on the page. The name was Alexander. The name was not a Saint. The name was not a crusade. The name was a name on a page.</w:t>
      </w:r>
    </w:p>
    <w:p>
      <w:pPr>
        <w:spacing w:line="360" w:lineRule="auto" w:after="0"/>
        <w:ind w:firstLine="283"/>
      </w:pPr>
      <w:r>
        <w:t>The pen wanted more. Elias did not pick it up again. He looked at it. The pen on the page. The ink drying. The name drying. The hunger was the thing the pen had. The hunger was the thing Elias did not name.</w:t>
      </w:r>
    </w:p>
    <w:p>
      <w:pPr>
        <w:spacing w:line="360" w:lineRule="auto" w:after="0"/>
        <w:ind w:firstLine="283"/>
      </w:pPr>
      <w:r>
        <w:t>The page would not be enough. The pen would have its man. The pen would have its ink-tainted. The pen would have its crusade. The hunger was the seed.</w:t>
      </w:r>
    </w:p>
    <w:p>
      <w:pPr>
        <w:ind w:firstLine="0"/>
        <w:jc w:val="center"/>
      </w:pPr>
      <w:r>
        <w:rPr>
          <w:color w:val="AAAAAA"/>
        </w:rPr>
        <w:t>❖</w:t>
      </w:r>
    </w:p>
    <w:p>
      <w:pPr>
        <w:spacing w:line="360" w:lineRule="auto" w:after="0"/>
        <w:ind w:firstLine="283"/>
      </w:pPr>
      <w:r>
        <w:t>Act II — The Architect's Scribe</w:t>
      </w:r>
    </w:p>
    <w:p>
      <w:pPr>
        <w:spacing w:line="360" w:lineRule="auto" w:after="0"/>
        <w:ind w:firstLine="283"/>
      </w:pPr>
      <w:r>
        <w:t>Years passed at the desk. The desk was still the third from the door. The room had been lengthened. Four lamps now. Lit at the third, out at the ninth. The drawer at the desk's right held eighty forms. The drawer below held eighty more. Twelve desks. Twelve drawers. Twelve clerks. Twelve clerks times eighty forms times two drawers was the morning's work. The afternoon was its own number.</w:t>
      </w:r>
    </w:p>
    <w:p>
      <w:pPr>
        <w:spacing w:line="360" w:lineRule="auto" w:after="0"/>
        <w:ind w:firstLine="283"/>
      </w:pPr>
      <w:r>
        <w:t>Elias sat at the desk. The chair had a short leg. The fold of paper under the leg had been replaced twice in the years. The fold was always a page from an old ledger. The fold always held. The chair did not rock.</w:t>
      </w:r>
    </w:p>
    <w:p>
      <w:pPr>
        <w:spacing w:line="360" w:lineRule="auto" w:after="0"/>
        <w:ind w:firstLine="283"/>
      </w:pPr>
      <w:r>
        <w:t>The pen was in his left hand. The ink was on his finger. He had stopped noticing the page. The hand wrote the form.</w:t>
      </w:r>
    </w:p>
    <w:p>
      <w:pPr>
        <w:spacing w:line="360" w:lineRule="auto" w:after="0"/>
        <w:ind w:firstLine="283"/>
      </w:pPr>
      <w:r>
        <w:t>The work came in the morning's stack. The stack was set on the desk by a clerk whose name Elias had not learned. The clerk set the stack and went. The stack held forms. The forms held names. The names held households.</w:t>
      </w:r>
    </w:p>
    <w:p>
      <w:pPr>
        <w:spacing w:line="360" w:lineRule="auto" w:after="0"/>
        <w:ind w:firstLine="283"/>
      </w:pPr>
      <w:r>
        <w:t>He took the first form from the stack. He set the nib to the page. He wrote the name. He wrote the date. He wrote the household. He signed the authorization. He set the page on the stack to his left. He took the next form. He set the nib. He wrote the name. He wrote the date. He wrote the household. He signed.</w:t>
      </w:r>
    </w:p>
    <w:p>
      <w:pPr>
        <w:spacing w:line="360" w:lineRule="auto" w:after="0"/>
        <w:ind w:firstLine="283"/>
      </w:pPr>
      <w:r>
        <w:t>The form was the new format. Four columns at the head. A column down the right for the authorization. A column down the left for the reason. A column down the middle for the count. The new format held the reason. The reason was written at the Registry's head. The Registry's head was the Architect.</w:t>
      </w:r>
    </w:p>
    <w:p>
      <w:pPr>
        <w:spacing w:line="360" w:lineRule="auto" w:after="0"/>
        <w:ind w:firstLine="283"/>
      </w:pPr>
      <w:r>
        <w:t>The Architect was the man at the house east of the ridge. Elias had not seen the Architect in the years at the desk. The Architect had sent the work. The work came in the morning's stack. The work went in the evening's stack. The Architect was in the room the way the stain on the floor was in the room — where the ink had spilled years ago and no one had cleaned it. The Architect was in the format of the form. The Architect was in the angle of the nib. The Architect was in the column for the reason.</w:t>
      </w:r>
    </w:p>
    <w:p>
      <w:pPr>
        <w:spacing w:line="360" w:lineRule="auto" w:after="0"/>
        <w:ind w:firstLine="283"/>
      </w:pPr>
      <w:r>
        <w:t>Elias had walked past the Architect's house once. East of the ridge. The far end of the road. The house had been the house where the stained-hands man had asked the question. Elias had not gone in. Elias had stood at the door. The clerk at the door had said the Architect was not in. The clerk had said the Architect was never in. The Architect was in the work. The work was in the morning's stack. The stack was on the desk.</w:t>
      </w:r>
    </w:p>
    <w:p>
      <w:pPr>
        <w:spacing w:line="360" w:lineRule="auto" w:after="0"/>
        <w:ind w:firstLine="283"/>
      </w:pPr>
      <w:r>
        <w:t>Elias had walked back to Cael. Elias had sat at the desk. The pen had been in his left hand. The ink had been on his finger. The page had been on the desk. The form had been the form.</w:t>
      </w:r>
    </w:p>
    <w:p>
      <w:pPr>
        <w:spacing w:line="360" w:lineRule="auto" w:after="0"/>
        <w:ind w:firstLine="283"/>
      </w:pPr>
      <w:r>
        <w:t>Elias did the work. The work was the desk.</w:t>
      </w:r>
    </w:p>
    <w:p>
      <w:pPr>
        <w:spacing w:line="360" w:lineRule="auto" w:after="0"/>
        <w:ind w:firstLine="283"/>
      </w:pPr>
      <w:r>
        <w:t>The pen was in the hand. The hand wrote the form. The hand set the form on the stack. The hand drew the next form. The hand wrote. The hand set. The hand drew. The pen drew the hand. The hand did not stop. The nib's scratch was the room's sound. The ink was on the finger. The hand went.</w:t>
      </w:r>
    </w:p>
    <w:p>
      <w:pPr>
        <w:spacing w:line="360" w:lineRule="auto" w:after="0"/>
        <w:ind w:firstLine="283"/>
      </w:pPr>
      <w:r>
        <w:t>The boy came to the desk at the seventh hour. The boy was a clerk. The boy was new. The boy's coat was the grey of the new clerks. The grey was clean. The boy's hands were clean. The boy's finger had no stain.</w:t>
      </w:r>
    </w:p>
    <w:p>
      <w:pPr>
        <w:spacing w:line="360" w:lineRule="auto" w:after="0"/>
        <w:ind w:firstLine="283"/>
      </w:pPr>
      <w:r>
        <w:t>The boy stood at Elias's elbow. The boy did not speak. The boy watched the hand. The hand wrote the name. The hand wrote the date. The hand wrote the household. The boy watched.</w:t>
      </w:r>
    </w:p>
    <w:p>
      <w:pPr>
        <w:spacing w:line="360" w:lineRule="auto" w:after="0"/>
        <w:ind w:firstLine="283"/>
      </w:pPr>
      <w:r>
        <w:t>The boy's name was Alexander.</w:t>
      </w:r>
    </w:p>
    <w:p>
      <w:pPr>
        <w:spacing w:line="360" w:lineRule="auto" w:after="0"/>
        <w:ind w:firstLine="283"/>
      </w:pPr>
      <w:r>
        <w:t>Elias had not asked the boy's name. The boy had given it. The boy had given it the way the new clerks gave their names — at the door, to the clerk at the door, in a voice that wanted to be heard. The clerk at the door had written it on the slate. The slate had been hung on the hook at the door. Elias had read the slate at the third hour. The slate had said Alexander.</w:t>
      </w:r>
    </w:p>
    <w:p>
      <w:pPr>
        <w:spacing w:line="360" w:lineRule="auto" w:after="0"/>
        <w:ind w:firstLine="283"/>
      </w:pPr>
      <w:r>
        <w:t>The boy stood at the elbow. The boy watched. Elias did not look up. Elias wrote the form. The boy watched the form.</w:t>
      </w:r>
    </w:p>
    <w:p>
      <w:pPr>
        <w:spacing w:line="360" w:lineRule="auto" w:after="0"/>
        <w:ind w:firstLine="283"/>
      </w:pPr>
      <w:r>
        <w:t>Elias set the page on the stack. He drew the next form. The elevation form. The new format's other use. The column at the head was the name. The column at the right was the authorization. The column at the left was the reason. The column in the middle was the count — the Saint's count, the count of the forms the named would sign in turn. The elevation form made a clerk into a Saint-in-waiting. The Saint-in-waiting would sign the forms. The Saint-in-waiting would hold the pen.</w:t>
      </w:r>
    </w:p>
    <w:p>
      <w:pPr>
        <w:spacing w:line="360" w:lineRule="auto" w:after="0"/>
        <w:ind w:firstLine="283"/>
      </w:pPr>
      <w:r>
        <w:t>Elias set the nib to the page. He wrote the name. The name was Alexander. He wrote the date. He wrote the household. The household was the Registry. He signed the authorization.</w:t>
      </w:r>
    </w:p>
    <w:p>
      <w:pPr>
        <w:spacing w:line="360" w:lineRule="auto" w:after="0"/>
        <w:ind w:firstLine="283"/>
      </w:pPr>
      <w:r>
        <w:t>The form took the clerk and held him. The holding was the elevation.</w:t>
      </w:r>
    </w:p>
    <w:p>
      <w:pPr>
        <w:spacing w:line="360" w:lineRule="auto" w:after="0"/>
        <w:ind w:firstLine="283"/>
      </w:pPr>
      <w:r>
        <w:t>Elias set the page on the stack.</w:t>
      </w:r>
    </w:p>
    <w:p>
      <w:pPr>
        <w:spacing w:line="360" w:lineRule="auto" w:after="0"/>
        <w:ind w:firstLine="283"/>
      </w:pPr>
      <w:r>
        <w:t>The boy watched. The boy's face was the face of the earnest. The boy's face was the face Elias had worn in the back room, the day the stained-hands man had asked the question. Elias knew the face. Elias knew the face the way the stain on the floor knew the ink.</w:t>
      </w:r>
    </w:p>
    <w:p>
      <w:pPr>
        <w:spacing w:line="360" w:lineRule="auto" w:after="0"/>
        <w:ind w:firstLine="283"/>
      </w:pPr>
      <w:r>
        <w:t>He set the page on the stack. He drew the next form. The next form was a household form. He set the nib to the page. He wrote the name. He wrote the date. He wrote the household.</w:t>
      </w:r>
    </w:p>
    <w:p>
      <w:pPr>
        <w:spacing w:line="360" w:lineRule="auto" w:after="0"/>
        <w:ind w:firstLine="283"/>
      </w:pPr>
      <w:r>
        <w:t>The boy did not move from the elbow. The boy watched the form. The boy's hand went to his coat, to the pocket. The boy's hand came out. The boy held a chit. The chit was a numbered token — the kind the Registry gave to the new clerks. The count. The count of the clerk in the book.</w:t>
      </w:r>
    </w:p>
    <w:p>
      <w:pPr>
        <w:spacing w:line="360" w:lineRule="auto" w:after="0"/>
        <w:ind w:firstLine="283"/>
      </w:pPr>
      <w:r>
        <w:t>Elias looked at the chit. Elias looked at the boy's face. Elias looked at the chit.</w:t>
      </w:r>
    </w:p>
    <w:p>
      <w:pPr>
        <w:spacing w:line="360" w:lineRule="auto" w:after="0"/>
        <w:ind w:firstLine="283"/>
      </w:pPr>
      <w:r>
        <w:t>"Sir," the boy said. "The work. The work at the desk. The forms. The names. The households. Sir, what is the work for?"</w:t>
      </w:r>
    </w:p>
    <w:p>
      <w:pPr>
        <w:spacing w:line="360" w:lineRule="auto" w:after="0"/>
        <w:ind w:firstLine="283"/>
      </w:pPr>
      <w:r>
        <w:t>Elias did not look up. Elias wrote the name. Elias wrote the date. Elias wrote the household. The household was a household in the new format. The household had a name at the head. The name was a name.</w:t>
      </w:r>
    </w:p>
    <w:p>
      <w:pPr>
        <w:spacing w:line="360" w:lineRule="auto" w:after="0"/>
        <w:ind w:firstLine="283"/>
      </w:pPr>
      <w:r>
        <w:t>"The work is the work," Elias said. The voice was the voice of the desk. "The forms are the forms. The pen is the pen."</w:t>
      </w:r>
    </w:p>
    <w:p>
      <w:pPr>
        <w:spacing w:line="360" w:lineRule="auto" w:after="0"/>
        <w:ind w:firstLine="283"/>
      </w:pPr>
      <w:r>
        <w:t>The boy did not speak. The boy watched the hand.</w:t>
      </w:r>
    </w:p>
    <w:p>
      <w:pPr>
        <w:spacing w:line="360" w:lineRule="auto" w:after="0"/>
        <w:ind w:firstLine="283"/>
      </w:pPr>
      <w:r>
        <w:t>"You'll take a chair," Elias said. The voice was the voice of the desk. The voice was the voice the stained-hands man had used in the back room. "At the back. The chair with the short leg."</w:t>
      </w:r>
    </w:p>
    <w:p>
      <w:pPr>
        <w:spacing w:line="360" w:lineRule="auto" w:after="0"/>
        <w:ind w:firstLine="283"/>
      </w:pPr>
      <w:r>
        <w:t>The boy went to the back. The boy sat in the chair. The chair had a short leg. The chair rocked. The boy sat in the chair and the chair rocked and the boy did not get up.</w:t>
      </w:r>
    </w:p>
    <w:p>
      <w:pPr>
        <w:spacing w:line="360" w:lineRule="auto" w:after="0"/>
        <w:ind w:firstLine="283"/>
      </w:pPr>
      <w:r>
        <w:t>The pen was in Elias's left hand. The ink was on his finger. The hand wrote the form. The hand set the form on the stack. The hand drew the next form. The hand wrote the form.</w:t>
      </w:r>
    </w:p>
    <w:p>
      <w:pPr>
        <w:spacing w:line="360" w:lineRule="auto" w:after="0"/>
        <w:ind w:firstLine="283"/>
      </w:pPr>
      <w:r>
        <w:t>Down the room, the other clerks wrote. The scratch of the nibs was the room's sound. The form took the names and held them. The pen drew the hand. The hand went.</w:t>
      </w:r>
    </w:p>
    <w:p>
      <w:pPr>
        <w:spacing w:line="360" w:lineRule="auto" w:after="0"/>
        <w:ind w:firstLine="283"/>
      </w:pPr>
      <w:r>
        <w:t>The boy in the chair at the back sat. The boy's coat was grey. The boy's hands were clean. The boy's finger had no stain. The boy's finger would have a stain by the third year. The stain would go into the grain by the fifth. The hand would write the form by the seventh.</w:t>
      </w:r>
    </w:p>
    <w:p>
      <w:pPr>
        <w:spacing w:line="360" w:lineRule="auto" w:after="0"/>
        <w:ind w:firstLine="283"/>
      </w:pPr>
      <w:r>
        <w:t>The seed was the chair. The seed was the hand that would not stop.</w:t>
      </w:r>
    </w:p>
    <w:p>
      <w:pPr>
        <w:spacing w:line="360" w:lineRule="auto" w:after="0"/>
        <w:ind w:firstLine="283"/>
      </w:pPr>
      <w:r>
        <w:t>The hand wrote the form. The hand set the form on the stack. The hand drew the next form.</w:t>
      </w:r>
    </w:p>
    <w:p>
      <w:pPr>
        <w:spacing w:before="360" w:after="240"/>
        <w:ind w:firstLine="0"/>
        <w:jc w:val="center"/>
      </w:pPr>
      <w:r>
        <w:rPr>
          <w:b/>
          <w:i/>
          <w:color w:val="333333"/>
          <w:sz w:val="26"/>
        </w:rPr>
        <w:t>Chapter 10 — Cup to a Child</w:t>
      </w:r>
    </w:p>
    <w:p>
      <w:pPr>
        <w:spacing w:line="360" w:lineRule="auto" w:after="0"/>
        <w:ind w:firstLine="283"/>
      </w:pPr>
      <w:r>
        <w:t>‖ •</w:t>
      </w:r>
    </w:p>
    <w:p>
      <w:pPr>
        <w:spacing w:line="360" w:lineRule="auto" w:after="0"/>
        <w:ind w:firstLine="283"/>
      </w:pPr>
      <w:r>
        <w:t>The child was at the well.</w:t>
      </w:r>
    </w:p>
    <w:p>
      <w:pPr>
        <w:spacing w:line="360" w:lineRule="auto" w:after="0"/>
        <w:ind w:firstLine="283"/>
      </w:pPr>
      <w:r>
        <w:t>Kael had come to the square because the square was where the Morning Without Bells was. He had come to the square the way he had come to the wall — without announcing, without purpose, the feet on the cobbles with nowhere to be. The wall had been the first place. The square was the second.</w:t>
      </w:r>
    </w:p>
    <w:p>
      <w:pPr>
        <w:spacing w:line="360" w:lineRule="auto" w:after="0"/>
        <w:ind w:firstLine="283"/>
      </w:pPr>
      <w:r>
        <w:t>The child was the child from the bench — the one who had not looked away, the one who had drawn the second line, the one who had gone without farewell. The child was at the well, and the well was the stone well, the well with the cover that had been wood and had been stone and had been both at once.</w:t>
      </w:r>
    </w:p>
    <w:p>
      <w:pPr>
        <w:spacing w:line="360" w:lineRule="auto" w:after="0"/>
        <w:ind w:firstLine="283"/>
      </w:pPr>
      <w:r>
        <w:t>The child was trying to drink from the well.</w:t>
      </w:r>
    </w:p>
    <w:p>
      <w:pPr>
        <w:spacing w:line="360" w:lineRule="auto" w:after="0"/>
        <w:ind w:firstLine="283"/>
      </w:pPr>
      <w:r>
        <w:t>The well had a bucket and a rope. The child was trying to reach the bucket. The child stretched, but the child was small and the bucket was high. The child stood on the rim of the well — the stone rim — and the standing was not safe. The child did not know.</w:t>
      </w:r>
    </w:p>
    <w:p>
      <w:pPr>
        <w:spacing w:line="360" w:lineRule="auto" w:after="0"/>
        <w:ind w:firstLine="283"/>
      </w:pPr>
      <w:r>
        <w:t>Kael did not call out. A call would have frightened the child, and that was not kind. He walked to the well. He walked the way he walked — without the hurry, without the announcing, the feet on the cobbles, the coat on his shoulders, the cuffs turned back twice at the wrist.</w:t>
      </w:r>
    </w:p>
    <w:p>
      <w:pPr>
        <w:spacing w:line="360" w:lineRule="auto" w:after="0"/>
        <w:ind w:firstLine="283"/>
      </w:pPr>
      <w:r>
        <w:t>He reached the well. His hand went to the child’s arm and held the arm the holding that kept the child from the fall. The child startled — the small jolt of a child who had not known a man was there.</w:t>
      </w:r>
    </w:p>
    <w:p>
      <w:pPr>
        <w:spacing w:line="360" w:lineRule="auto" w:after="0"/>
        <w:ind w:firstLine="283"/>
      </w:pPr>
      <w:r>
        <w:t>“Steady,” Kael said. He said it the way he said things to children — without the softening, without the small voice, the plain thing.</w:t>
      </w:r>
    </w:p>
    <w:p>
      <w:pPr>
        <w:spacing w:line="360" w:lineRule="auto" w:after="0"/>
        <w:ind w:firstLine="283"/>
      </w:pPr>
      <w:r>
        <w:t>The child looked at him.</w:t>
      </w:r>
    </w:p>
    <w:p>
      <w:pPr>
        <w:spacing w:line="360" w:lineRule="auto" w:after="0"/>
        <w:ind w:firstLine="283"/>
      </w:pPr>
      <w:r>
        <w:t>“You’ll fall,” Kael said.</w:t>
      </w:r>
    </w:p>
    <w:p>
      <w:pPr>
        <w:spacing w:line="360" w:lineRule="auto" w:after="0"/>
        <w:ind w:firstLine="283"/>
      </w:pPr>
      <w:r>
        <w:t>“I was getting a drink.”</w:t>
      </w:r>
    </w:p>
    <w:p>
      <w:pPr>
        <w:spacing w:line="360" w:lineRule="auto" w:after="0"/>
        <w:ind w:firstLine="283"/>
      </w:pPr>
      <w:r>
        <w:t>“The bucket’s too high.”</w:t>
      </w:r>
    </w:p>
    <w:p>
      <w:pPr>
        <w:spacing w:line="360" w:lineRule="auto" w:after="0"/>
        <w:ind w:firstLine="283"/>
      </w:pPr>
      <w:r>
        <w:t>“I can reach.”</w:t>
      </w:r>
    </w:p>
    <w:p>
      <w:pPr>
        <w:spacing w:line="360" w:lineRule="auto" w:after="0"/>
        <w:ind w:firstLine="283"/>
      </w:pPr>
      <w:r>
        <w:t>“You can’t.”</w:t>
      </w:r>
    </w:p>
    <w:p>
      <w:pPr>
        <w:spacing w:line="360" w:lineRule="auto" w:after="0"/>
        <w:ind w:firstLine="283"/>
      </w:pPr>
      <w:r>
        <w:t>The child considered this. The child knew the child could not reach.</w:t>
      </w:r>
    </w:p>
    <w:p>
      <w:pPr>
        <w:spacing w:line="360" w:lineRule="auto" w:after="0"/>
        <w:ind w:firstLine="283"/>
      </w:pPr>
      <w:r>
        <w:t>“I’m thirsty,” the child said.</w:t>
      </w:r>
    </w:p>
    <w:p>
      <w:pPr>
        <w:spacing w:line="360" w:lineRule="auto" w:after="0"/>
        <w:ind w:firstLine="283"/>
      </w:pPr>
      <w:r>
        <w:t>Kael let go of the arm. The child stepped down from the rim. The child was on the ground. The hand was no longer holding.</w:t>
      </w:r>
    </w:p>
    <w:p>
      <w:pPr>
        <w:spacing w:line="360" w:lineRule="auto" w:after="0"/>
        <w:ind w:firstLine="283"/>
      </w:pPr>
      <w:r>
        <w:t>Kael put his hand in his pocket. The left pocket — the one with the corner wearing through, where the cup lived, where the cup had lived for ten years. The cup was wrapped in the chalk’s cloth. The chalk was in the other pocket.</w:t>
      </w:r>
    </w:p>
    <w:p>
      <w:pPr>
        <w:spacing w:line="360" w:lineRule="auto" w:after="0"/>
        <w:ind w:firstLine="283"/>
      </w:pPr>
      <w:r>
        <w:t>He took the cup out. He unwrapped the cloth. The cup was clay — the clay that had been a man's and a boy's and was now Kael's, with the dent in the rim.</w:t>
      </w:r>
    </w:p>
    <w:p>
      <w:pPr>
        <w:spacing w:line="360" w:lineRule="auto" w:after="0"/>
        <w:ind w:firstLine="283"/>
      </w:pPr>
      <w:r>
        <w:t>He held the cup out — without the ceremony, without the this-was-someone’s — as a man holds out a cup to a child who is thirsty.</w:t>
      </w:r>
    </w:p>
    <w:p>
      <w:pPr>
        <w:spacing w:line="360" w:lineRule="auto" w:after="0"/>
        <w:ind w:firstLine="283"/>
      </w:pPr>
      <w:r>
        <w:t>The child took the cup. The hand was small. The cup was the child’s. The cup was out of Kael’s pocket for the first time in ten years.</w:t>
      </w:r>
    </w:p>
    <w:p>
      <w:pPr>
        <w:spacing w:line="360" w:lineRule="auto" w:after="0"/>
        <w:ind w:firstLine="283"/>
      </w:pPr>
      <w:r>
        <w:t>The child went to the well. The child did not climb the rim. The child went to the side of the well where the spill-trough was — the stone trough where the bucket dripped when the bucket was hauled, the water that was there for the drinking if a person was small and knew where to look. The child knew. The child dipped the cup in the trough.</w:t>
      </w:r>
    </w:p>
    <w:p>
      <w:pPr>
        <w:spacing w:line="360" w:lineRule="auto" w:after="0"/>
        <w:ind w:firstLine="283"/>
      </w:pPr>
      <w:r>
        <w:t>The child drank. The child drank from the cup the way a child drinks — with the tilting, with the two-handed, without watching where the water went.</w:t>
      </w:r>
    </w:p>
    <w:p>
      <w:pPr>
        <w:spacing w:line="360" w:lineRule="auto" w:after="0"/>
        <w:ind w:firstLine="283"/>
      </w:pPr>
      <w:r>
        <w:t>The child lowered the cup. The child looked at the cup. The child looked at the dent. The child’s thumb found the dent — the thing that made the cup this cup and not another.</w:t>
      </w:r>
    </w:p>
    <w:p>
      <w:pPr>
        <w:spacing w:line="360" w:lineRule="auto" w:after="0"/>
        <w:ind w:firstLine="283"/>
      </w:pPr>
      <w:r>
        <w:t>“It’s got a dent,” the child said.</w:t>
      </w:r>
    </w:p>
    <w:p>
      <w:pPr>
        <w:spacing w:line="360" w:lineRule="auto" w:after="0"/>
        <w:ind w:firstLine="283"/>
      </w:pPr>
      <w:r>
        <w:t>“Yes.”</w:t>
      </w:r>
    </w:p>
    <w:p>
      <w:pPr>
        <w:spacing w:line="360" w:lineRule="auto" w:after="0"/>
        <w:ind w:firstLine="283"/>
      </w:pPr>
      <w:r>
        <w:t>“Why.”</w:t>
      </w:r>
    </w:p>
    <w:p>
      <w:pPr>
        <w:spacing w:line="360" w:lineRule="auto" w:after="0"/>
        <w:ind w:firstLine="283"/>
      </w:pPr>
      <w:r>
        <w:t>“It’s old.”</w:t>
      </w:r>
    </w:p>
    <w:p>
      <w:pPr>
        <w:spacing w:line="360" w:lineRule="auto" w:after="0"/>
        <w:ind w:firstLine="283"/>
      </w:pPr>
      <w:r>
        <w:t>“Old things get dents.”</w:t>
      </w:r>
    </w:p>
    <w:p>
      <w:pPr>
        <w:spacing w:line="360" w:lineRule="auto" w:after="0"/>
        <w:ind w:firstLine="283"/>
      </w:pPr>
      <w:r>
        <w:t>“Yes.”</w:t>
      </w:r>
    </w:p>
    <w:p>
      <w:pPr>
        <w:spacing w:line="360" w:lineRule="auto" w:after="0"/>
        <w:ind w:firstLine="283"/>
      </w:pPr>
      <w:r>
        <w:t>The child considered the dent. The thumb was on the rim, in the dent — the child and the cup, the small and the old, the thumb and the dent.</w:t>
      </w:r>
    </w:p>
    <w:p>
      <w:pPr>
        <w:spacing w:line="360" w:lineRule="auto" w:after="0"/>
        <w:ind w:firstLine="283"/>
      </w:pPr>
      <w:r>
        <w:t>The child held the cup out. The cup was Kael’s again. Kael took the cup, and wrapped it in the chalk’s cloth. The cup was back in the left pocket.</w:t>
      </w:r>
    </w:p>
    <w:p>
      <w:pPr>
        <w:spacing w:line="360" w:lineRule="auto" w:after="0"/>
        <w:ind w:firstLine="283"/>
      </w:pPr>
      <w:r>
        <w:t>The child went. The child went as children go — without farewell, without announcing, the feet on the cobbles. Kael watched.</w:t>
      </w:r>
    </w:p>
    <w:p>
      <w:pPr>
        <w:spacing w:line="360" w:lineRule="auto" w:after="0"/>
        <w:ind w:firstLine="283"/>
      </w:pPr>
      <w:r>
        <w:t>Kael stood by the well. He adjusted the coat — the cuffs turned back twice at the wrist, the cuffs that were too large. The coat was his. It felt too large. It had always felt too large.</w:t>
      </w:r>
    </w:p>
    <w:p>
      <w:pPr>
        <w:spacing w:line="360" w:lineRule="auto" w:after="0"/>
        <w:ind w:firstLine="283"/>
      </w:pPr>
      <w:r>
        <w:t>He looked up. The bell-tower was above the square. The bell-tower was stone. The bells had not rung today.</w:t>
      </w:r>
    </w:p>
    <w:p>
      <w:pPr>
        <w:spacing w:line="360" w:lineRule="auto" w:after="0"/>
        <w:ind w:firstLine="283"/>
      </w:pPr>
      <w:r>
        <w:t>The man was in the tower. The man was the bell-keeper — the one whose hand was on the rope. The hand was not on the rope today. The man was at the tower window. Kael saw him.</w:t>
      </w:r>
    </w:p>
    <w:p>
      <w:pPr>
        <w:spacing w:line="360" w:lineRule="auto" w:after="0"/>
        <w:ind w:firstLine="283"/>
      </w:pPr>
      <w:r>
        <w:t>The man was weeping.</w:t>
      </w:r>
    </w:p>
    <w:p>
      <w:pPr>
        <w:spacing w:line="360" w:lineRule="auto" w:after="0"/>
        <w:ind w:firstLine="283"/>
      </w:pPr>
      <w:r>
        <w:t>The weeping was silent. Kael did not intervene. He stayed where he was and let the man have the tower to himself. A man weeping in a bell-tower on the Morning Without Bells was a man who was allowed to weep.</w:t>
      </w:r>
    </w:p>
    <w:p>
      <w:pPr>
        <w:spacing w:line="360" w:lineRule="auto" w:after="0"/>
        <w:ind w:firstLine="283"/>
      </w:pPr>
      <w:r>
        <w:t>Kael watched. He watched the way he watched everything — without reaching, without calling, without wanting to fix.</w:t>
      </w:r>
    </w:p>
    <w:p>
      <w:pPr>
        <w:spacing w:line="360" w:lineRule="auto" w:after="0"/>
        <w:ind w:firstLine="283"/>
      </w:pPr>
      <w:r>
        <w:t>The man stopped weeping. The man wiped his face. Kael did not look away. The man did not look down. The two of them held the silence for a moment — the keeper in the tower and the carrier of the coat in the square.</w:t>
      </w:r>
    </w:p>
    <w:p>
      <w:pPr>
        <w:spacing w:line="360" w:lineRule="auto" w:after="0"/>
        <w:ind w:firstLine="283"/>
      </w:pPr>
      <w:r>
        <w:t>The man turned back to the rope. The hand went to the rope. The rope did not move. The bells did not ring.</w:t>
      </w:r>
    </w:p>
    <w:p>
      <w:pPr>
        <w:spacing w:line="360" w:lineRule="auto" w:after="0"/>
        <w:ind w:firstLine="283"/>
      </w:pPr>
      <w:r>
        <w:t>Kael went back to the wall. The wall was the low wall behind the East Annex. The two lines were on the stone — his and the child’s, the two that did not agree. He sat on the wall. The stone was warm.</w:t>
      </w:r>
    </w:p>
    <w:p>
      <w:pPr>
        <w:ind w:firstLine="0"/>
        <w:jc w:val="center"/>
      </w:pPr>
      <w:r>
        <w:rPr>
          <w:color w:val="AAAAAA"/>
        </w:rPr>
        <w:t>❖</w:t>
      </w:r>
    </w:p>
    <w:p>
      <w:pPr>
        <w:spacing w:before="360" w:after="240"/>
        <w:ind w:firstLine="0"/>
        <w:jc w:val="center"/>
      </w:pPr>
      <w:r>
        <w:rPr>
          <w:b/>
          <w:i/>
          <w:color w:val="333333"/>
          <w:sz w:val="26"/>
        </w:rPr>
        <w:t>Step — The Burr and the Caret (Mira)</w:t>
      </w:r>
    </w:p>
    <w:p>
      <w:pPr>
        <w:spacing w:line="360" w:lineRule="auto" w:after="0"/>
        <w:ind w:firstLine="283"/>
      </w:pPr>
      <w:r>
        <w:t>‖ ∧</w:t>
      </w:r>
    </w:p>
    <w:p>
      <w:pPr>
        <w:spacing w:line="360" w:lineRule="auto" w:after="0"/>
        <w:ind w:firstLine="283"/>
      </w:pPr>
      <w:r>
        <w:t>Mira wanted the name right.</w:t>
      </w:r>
    </w:p>
    <w:p>
      <w:pPr>
        <w:spacing w:line="360" w:lineRule="auto" w:after="0"/>
        <w:ind w:firstLine="283"/>
      </w:pPr>
      <w:r>
        <w:t>The wanting was not the city's. The city wanted the name legible. The city wanted the name in the column. The city did not want the name right. The city wanted the name spelled the way the clerk had spelled it, the way the mother had spelled it, the way the priest had spelled it at the font, and the three spellings disagreed, and the disagreement was the page's whole honest work, and the city did not want the work. Mira wanted the work. The wanting was hers. The wanting was the burr on the nib — small, found with the thumbnail before the ink did, the kind a careless wipe left behind.</w:t>
      </w:r>
    </w:p>
    <w:p>
      <w:pPr>
        <w:spacing w:line="360" w:lineRule="auto" w:after="0"/>
        <w:ind w:firstLine="283"/>
      </w:pPr>
      <w:r>
        <w:t>She ground the burr out at the noon. She used the stone from the third drawer, the soft cloth, the edge tested with the thumb. The grinding was the work the city did not see. The grinding was the work that held the line.</w:t>
      </w:r>
    </w:p>
    <w:p>
      <w:pPr>
        <w:spacing w:line="360" w:lineRule="auto" w:after="0"/>
        <w:ind w:firstLine="283"/>
      </w:pPr>
      <w:r>
        <w:t>The afternoon's intake was the western districts. The bag was canvas. The bag smelled of chalk. The cards inside smelled of chalk and the faintly metallic smell of fresh-pressed ink. Mira tipped the cards onto the felt. She did not read them yet. She read the corner.</w:t>
      </w:r>
    </w:p>
    <w:p>
      <w:pPr>
        <w:spacing w:line="360" w:lineRule="auto" w:after="0"/>
        <w:ind w:firstLine="283"/>
      </w:pPr>
      <w:r>
        <w:t>The corner of the first card was where the clerk hurried. The corner of the first card had a tremor — a half-degree west of where the clerk's other descenders went, in the tail of the g, the third name down. The half-degree was the tremor. The tremor was the thing the mother had made in the clerk's hand, the way a weight makes a rope lean. The clerk wrote the mother in the g. Mira had said this once to Pell, and Pell had nodded, and the nod was the noon's whole exchange, and Pell had carried the knowing back to the intake shelves without speaking it again.</w:t>
      </w:r>
    </w:p>
    <w:p>
      <w:pPr>
        <w:spacing w:line="360" w:lineRule="auto" w:after="0"/>
        <w:ind w:firstLine="283"/>
      </w:pPr>
      <w:r>
        <w:t>Mira did not correct the name. The name was not hers. She corrected the tremor. She set the small flat pencil to the page beside the descender, and she drew the caret — the wedge, the little roof, the mark that said I only copied this; the words are not mine. The caret held the tremor the way a splint holds a bone: not straightening it, marking it. The next hand that read the page would know the tremor had been seen.</w:t>
      </w:r>
    </w:p>
    <w:p>
      <w:pPr>
        <w:spacing w:line="360" w:lineRule="auto" w:after="0"/>
        <w:ind w:firstLine="283"/>
      </w:pPr>
      <w:r>
        <w:t>She set the card aside. She took the next. The next had a clean corner. The next was a birth record, the fourteenth in one ledger, the fifteenth in another. The mother's hand was heavier. The mother was there. Mira drew the line through the fourteenth. She wrote the fifteenth above it. She blew once across the page so the wet ink would not catch the next.</w:t>
      </w:r>
    </w:p>
    <w:p>
      <w:pPr>
        <w:spacing w:line="360" w:lineRule="auto" w:after="0"/>
        <w:ind w:firstLine="283"/>
      </w:pPr>
      <w:r>
        <w:t>The new girl came at the third bell. The new girl was sixteen. The new girl's name was listed as DALYA in one place and DALIA in another, and Mira had noticed it her first week, and had not corrected it. The new girl's hand shook a little as she set her pages on the felt, and the shaking was the new girl's first tremor, and the tremor was the archive's first honest mark on her.</w:t>
      </w:r>
    </w:p>
    <w:p>
      <w:pPr>
        <w:spacing w:line="360" w:lineRule="auto" w:after="0"/>
        <w:ind w:firstLine="283"/>
      </w:pPr>
      <w:r>
        <w:t>"The birth record," Mira said.</w:t>
      </w:r>
    </w:p>
    <w:p>
      <w:pPr>
        <w:spacing w:line="360" w:lineRule="auto" w:after="0"/>
        <w:ind w:firstLine="283"/>
      </w:pPr>
      <w:r>
        <w:t>The new girl's hand went to it. "I checked it against the household."</w:t>
      </w:r>
    </w:p>
    <w:p>
      <w:pPr>
        <w:spacing w:line="360" w:lineRule="auto" w:after="0"/>
        <w:ind w:firstLine="283"/>
      </w:pPr>
      <w:r>
        <w:t>"And?"</w:t>
      </w:r>
    </w:p>
    <w:p>
      <w:pPr>
        <w:spacing w:line="360" w:lineRule="auto" w:after="0"/>
        <w:ind w:firstLine="283"/>
      </w:pPr>
      <w:r>
        <w:t>"The household has the child at the third. The birth record has the child at the second."</w:t>
      </w:r>
    </w:p>
    <w:p>
      <w:pPr>
        <w:spacing w:line="360" w:lineRule="auto" w:after="0"/>
        <w:ind w:firstLine="283"/>
      </w:pPr>
      <w:r>
        <w:t>"Which is right?"</w:t>
      </w:r>
    </w:p>
    <w:p>
      <w:pPr>
        <w:spacing w:line="360" w:lineRule="auto" w:after="0"/>
        <w:ind w:firstLine="283"/>
      </w:pPr>
      <w:r>
        <w:t>The new girl hesitated. The hesitation was the first true archive moment. "I don't know."</w:t>
      </w:r>
    </w:p>
    <w:p>
      <w:pPr>
        <w:spacing w:line="360" w:lineRule="auto" w:after="0"/>
        <w:ind w:firstLine="283"/>
      </w:pPr>
      <w:r>
        <w:t>"Then don't resolve it."</w:t>
      </w:r>
    </w:p>
    <w:p>
      <w:pPr>
        <w:spacing w:line="360" w:lineRule="auto" w:after="0"/>
        <w:ind w:firstLine="283"/>
      </w:pPr>
      <w:r>
        <w:t>"But the record —"</w:t>
      </w:r>
    </w:p>
    <w:p>
      <w:pPr>
        <w:spacing w:line="360" w:lineRule="auto" w:after="0"/>
        <w:ind w:firstLine="283"/>
      </w:pPr>
      <w:r>
        <w:t>"The record does not hold. The record has never held. Your work is not to make the record hold. Your work is to set the two findings side by side and let them stand. The caret beside each. The caret says: I saw both. I did not choose. The not-choosing is the archive's whole office. The choosing is the census-clerk's. The choosing is the city's. The archive does not choose. The archive holds the not-choosing. Do you understand?"</w:t>
      </w:r>
    </w:p>
    <w:p>
      <w:pPr>
        <w:spacing w:line="360" w:lineRule="auto" w:after="0"/>
        <w:ind w:firstLine="283"/>
      </w:pPr>
      <w:r>
        <w:t>"I think so."</w:t>
      </w:r>
    </w:p>
    <w:p>
      <w:pPr>
        <w:spacing w:line="360" w:lineRule="auto" w:after="0"/>
        <w:ind w:firstLine="283"/>
      </w:pPr>
      <w:r>
        <w:t>"No. You'll understand in a year. Set the two findings side by side. The caret beside each. Bring it back to me at the evening, and we'll read them together, and the reading will not resolve them, and the not-resolving will be the page's whole honest work."</w:t>
      </w:r>
    </w:p>
    <w:p>
      <w:pPr>
        <w:spacing w:line="360" w:lineRule="auto" w:after="0"/>
        <w:ind w:firstLine="283"/>
      </w:pPr>
      <w:r>
        <w:t>The new girl took the birth record back. The hand shook. Mira did not steady it. The steadying would have been the city's work, the resolving work, and the archive was not the city's resolving office. The archive was the city's other office. The archive was the place where the not-resolving was held.</w:t>
      </w:r>
    </w:p>
    <w:p>
      <w:pPr>
        <w:spacing w:line="360" w:lineRule="auto" w:after="0"/>
        <w:ind w:firstLine="283"/>
      </w:pPr>
      <w:r>
        <w:t>She took up the next card. The corner was clean. The name was a household name she had not seen before, the spelling in the careful hand of the census-clerk, the letters closed and small. She did not correct the spelling. She set the caret beside the corner where the tremor would have been, if there had been a tremor. The caret was the witness's mark. The caret said: I saw this. The seeing was the archive's whole work.</w:t>
      </w:r>
    </w:p>
    <w:p>
      <w:pPr>
        <w:spacing w:line="360" w:lineRule="auto" w:after="0"/>
        <w:ind w:firstLine="283"/>
      </w:pPr>
      <w:r>
        <w:t>The lamp burned. The water court dripped below. The bell foundry was silent. The boards gave the small creak at the third joist, the one that had always creaked, and the creaking was the day's truest rhythm, and the rhythm did not require the day's words.</w:t>
      </w:r>
    </w:p>
    <w:p>
      <w:pPr>
        <w:spacing w:line="360" w:lineRule="auto" w:after="0"/>
        <w:ind w:firstLine="283"/>
      </w:pPr>
      <w:r>
        <w:t>Mira wrote. The pen was the blue-black, the weight, the nib she had ground at the noon. The line went down clean. The line did not resolve the name. The line held the name the way the caret held the tremor: without straightening, without choosing, with the small wedge of the witness's mark beside it, and the wedge was the work, and the work was the payment, and the payment was the burr ground out, and the burr ground out was the afternoon's whole mercy.</w:t>
      </w:r>
    </w:p>
    <w:p>
      <w:pPr>
        <w:spacing w:line="360" w:lineRule="auto" w:after="0"/>
        <w:ind w:firstLine="283"/>
      </w:pPr>
      <w:r>
        <w:t>The new girl came back at the evening. The two findings lay side by side on the page. The caret beside each. The reading did not resolve them. The not-resolving was the page's whole honest work. The new girl almost smiled. The almost was the archive's first true mark on her, the way the creak at the third joist was the archive's first true mark on Mira, eleven years before.</w:t>
      </w:r>
    </w:p>
    <w:p>
      <w:pPr>
        <w:spacing w:line="360" w:lineRule="auto" w:after="0"/>
        <w:ind w:firstLine="283"/>
      </w:pPr>
      <w:r>
        <w:t>The lamp burned down. Mira capped the pen. The nib was clean. The burr was gone. The burr would come back. The burr was the kind that came back. The coming-back was the work, and the work was the grinding, and the grinding was the payment, and the payment was small, and the small was all there was.</w:t>
      </w:r>
    </w:p>
    <w:p>
      <w:pPr>
        <w:ind w:firstLine="0"/>
        <w:jc w:val="center"/>
      </w:pPr>
      <w:r>
        <w:rPr>
          <w:color w:val="AAAAAA"/>
        </w:rPr>
        <w:t>❖</w:t>
      </w:r>
    </w:p>
    <w:p>
      <w:pPr>
        <w:spacing w:before="360" w:after="240"/>
        <w:ind w:firstLine="0"/>
        <w:jc w:val="center"/>
      </w:pPr>
      <w:r>
        <w:rPr>
          <w:b/>
          <w:i/>
          <w:color w:val="333333"/>
          <w:sz w:val="26"/>
        </w:rPr>
        <w:t>Chapter 10b — The Clerk</w:t>
      </w:r>
    </w:p>
    <w:p>
      <w:pPr>
        <w:spacing w:line="360" w:lineRule="auto" w:after="0"/>
        <w:ind w:firstLine="283"/>
      </w:pPr>
      <w:r>
        <w:t>Mira brought the correction to the clerk. The clerk was at the high desk. The high desk was at the back of the archive. The clerk was old.</w:t>
      </w:r>
    </w:p>
    <w:p>
      <w:pPr>
        <w:spacing w:line="360" w:lineRule="auto" w:after="0"/>
        <w:ind w:firstLine="283"/>
      </w:pPr>
      <w:r>
        <w:t>She wanted the seal. The correction was right. The COLN was COLIN. The clerk had to sign.</w:t>
      </w:r>
    </w:p>
    <w:p>
      <w:pPr>
        <w:spacing w:line="360" w:lineRule="auto" w:after="0"/>
        <w:ind w:firstLine="283"/>
      </w:pPr>
      <w:r>
        <w:t>The clerk was tired. The clerk had been at the desk for thirty years. The clerk had entered a hundred thousand names. The clerk did not remember any of them.</w:t>
      </w:r>
    </w:p>
    <w:p>
      <w:pPr>
        <w:spacing w:line="360" w:lineRule="auto" w:after="0"/>
        <w:ind w:firstLine="283"/>
      </w:pPr>
      <w:r>
        <w:t>He looked at the correction. He looked at Mira. His eyes were kind. His eyes were the eyes of a man who had looked at pages for thirty years and had stopped seeing them. He saw Mira. He saw the page. He did not see what the page did.</w:t>
      </w:r>
    </w:p>
    <w:p>
      <w:pPr>
        <w:spacing w:line="360" w:lineRule="auto" w:after="0"/>
        <w:ind w:firstLine="283"/>
      </w:pPr>
      <w:r>
        <w:t>“COLN,” he said. “I remember COLN.”</w:t>
      </w:r>
    </w:p>
    <w:p>
      <w:pPr>
        <w:spacing w:line="360" w:lineRule="auto" w:after="0"/>
        <w:ind w:firstLine="283"/>
      </w:pPr>
      <w:r>
        <w:t>He did not remember COLN. He had entered ten thousand COLNs. He had entered ten thousand of every name. The names were not in his memory. The names were in the archive. The archive remembered. The clerk did not.</w:t>
      </w:r>
    </w:p>
    <w:p>
      <w:pPr>
        <w:spacing w:line="360" w:lineRule="auto" w:after="0"/>
        <w:ind w:firstLine="283"/>
      </w:pPr>
      <w:r>
        <w:t>He signed. The pen on the page. The seal. The correction was through.</w:t>
      </w:r>
    </w:p>
    <w:p>
      <w:pPr>
        <w:spacing w:line="360" w:lineRule="auto" w:after="0"/>
        <w:ind w:firstLine="283"/>
      </w:pPr>
      <w:r>
        <w:t>“You’re a good girl, Mira,” he said. He said it the way a grandfather says it. He said it the way a man says it who has no children and has entered a hundred thousand of them.</w:t>
      </w:r>
    </w:p>
    <w:p>
      <w:pPr>
        <w:spacing w:line="360" w:lineRule="auto" w:after="0"/>
        <w:ind w:firstLine="283"/>
      </w:pPr>
      <w:r>
        <w:t>Mira liked him. She liked him the way you like a man who is kind and tired and has been at the desk for thirty years. She liked him the way you like a man who does not see what he does. She liked him the way you like a man who has entered a hundred thousand names and does not remember that the names were people.</w:t>
      </w:r>
    </w:p>
    <w:p>
      <w:pPr>
        <w:spacing w:line="360" w:lineRule="auto" w:after="0"/>
        <w:ind w:firstLine="283"/>
      </w:pPr>
      <w:r>
        <w:t>She took the correction. She went down the stair. The seal was on the page. The correction was through.</w:t>
      </w:r>
    </w:p>
    <w:p>
      <w:pPr>
        <w:spacing w:line="360" w:lineRule="auto" w:after="0"/>
        <w:ind w:firstLine="283"/>
      </w:pPr>
      <w:r>
        <w:t>The clerk was liked. The clerk was horrifying. The clerk was the Registry. The clerk was the face. The hundred thousand names. The kind eyes. The not-seeing. The not-remembering. The grandfather who has no children and has entered a hundred thousand of them.</w:t>
      </w:r>
    </w:p>
    <w:p>
      <w:pPr>
        <w:spacing w:line="360" w:lineRule="auto" w:after="0"/>
        <w:ind w:firstLine="283"/>
      </w:pPr>
      <w:r>
        <w:t>Mira carried the correction down the stair. She carried the liking too. The horror was the mercy. The mercy was the cage.</w:t>
      </w:r>
    </w:p>
    <w:p>
      <w:pPr>
        <w:ind w:firstLine="0"/>
        <w:jc w:val="center"/>
      </w:pPr>
      <w:r>
        <w:rPr>
          <w:color w:val="AAAAAA"/>
        </w:rPr>
        <w:t>❖</w:t>
      </w:r>
    </w:p>
    <w:p>
      <w:pPr>
        <w:spacing w:before="360" w:after="240"/>
        <w:ind w:firstLine="0"/>
        <w:jc w:val="center"/>
      </w:pPr>
      <w:r>
        <w:rPr>
          <w:b/>
          <w:i/>
          <w:color w:val="333333"/>
          <w:sz w:val="26"/>
        </w:rPr>
        <w:t>Chapter 10c — The Margin and the Stair</w:t>
      </w:r>
    </w:p>
    <w:p>
      <w:pPr>
        <w:spacing w:line="360" w:lineRule="auto" w:after="0"/>
        <w:ind w:firstLine="283"/>
      </w:pPr>
      <w:r>
        <w:t>Mira brought the thread. Rook brought the stair. The thread was the archive’s thread — the signature mismatch, the wrong name, the file that should not have been where it was. The stair was the verification office’s stair — the rotation’s night-clearance, the order that should not have been signed when it was signed.</w:t>
      </w:r>
    </w:p>
    <w:p>
      <w:pPr>
        <w:spacing w:line="360" w:lineRule="auto" w:after="0"/>
        <w:ind w:firstLine="283"/>
      </w:pPr>
      <w:r>
        <w:t>They met in the corridor between the archive and the verification office. The corridor was stone. The corridor was the place where the two crafts met — the margin and the stair — and the meeting was the work.</w:t>
      </w:r>
    </w:p>
    <w:p>
      <w:pPr>
        <w:spacing w:line="360" w:lineRule="auto" w:after="0"/>
        <w:ind w:firstLine="283"/>
      </w:pPr>
      <w:r>
        <w:t>Mira laid the thread on the ledge. Rook laid the stair beside it. The two were the same case. The signature and the order. The wrong name and the wrong time. The archive and the verification. The two crafts recognized each other the way two hands recognize each other — by the work they do.</w:t>
      </w:r>
    </w:p>
    <w:p>
      <w:pPr>
        <w:spacing w:line="360" w:lineRule="auto" w:after="0"/>
        <w:ind w:firstLine="283"/>
      </w:pPr>
      <w:r>
        <w:t>Rook read the thread. His eyes went to the margin. The margin was Mira’s mark — the small tick, the confidence, the place where the source was held. He read the margin the way he read the stair — by the angle, by the wear, by the place where the hand had been.</w:t>
      </w:r>
    </w:p>
    <w:p>
      <w:pPr>
        <w:spacing w:line="360" w:lineRule="auto" w:after="0"/>
        <w:ind w:firstLine="283"/>
      </w:pPr>
      <w:r>
        <w:t>Mira read the stair. Her eyes went to the order. The order was Rook’s mark — the standing order, the chain, the place where the rank had been. She read the order the way she read the margin — by the cross, by the double-cross, by the place where the correction had been.</w:t>
      </w:r>
    </w:p>
    <w:p>
      <w:pPr>
        <w:spacing w:line="360" w:lineRule="auto" w:after="0"/>
        <w:ind w:firstLine="283"/>
      </w:pPr>
      <w:r>
        <w:t>They looked at each other. The corridor was stone. The stone was cold. The two crafts were the same craft — the craft of the thing that holds, the thing that does not let go, the thing that keeps the record.</w:t>
      </w:r>
    </w:p>
    <w:p>
      <w:pPr>
        <w:spacing w:line="360" w:lineRule="auto" w:after="0"/>
        <w:ind w:firstLine="283"/>
      </w:pPr>
      <w:r>
        <w:t>Rook’s hand was on the ledge. Mira’s hand was on the ledge. The ledge was stone. The hands were on the same stone. The hands were not the same hand. Rook’s hand had the brass. Mira’s hand had the ink. The brass and the ink were on the same stone.</w:t>
      </w:r>
    </w:p>
    <w:p>
      <w:pPr>
        <w:spacing w:line="360" w:lineRule="auto" w:after="0"/>
        <w:ind w:firstLine="283"/>
      </w:pPr>
      <w:r>
        <w:t>Mira put her hand on Rook’s hand. Not the whole hand. The fingertips. The fingertips on the back of his hand. The back of his hand was where the brass had worn the skin smooth. Her fingertips were where the ink had stained the skin brown.</w:t>
      </w:r>
    </w:p>
    <w:p>
      <w:pPr>
        <w:spacing w:line="360" w:lineRule="auto" w:after="0"/>
        <w:ind w:firstLine="283"/>
      </w:pPr>
      <w:r>
        <w:t>Rook did not move. The hand stayed. The fingertips stayed. The stone was cold. The hands were warm. The warmth was the thing between them.</w:t>
      </w:r>
    </w:p>
    <w:p>
      <w:pPr>
        <w:spacing w:line="360" w:lineRule="auto" w:after="0"/>
        <w:ind w:firstLine="283"/>
      </w:pPr>
      <w:r>
        <w:t>Then the hand was gone. The fingertips were gone. The corridor was the corridor. The work was the work.</w:t>
      </w:r>
    </w:p>
    <w:p>
      <w:pPr>
        <w:spacing w:line="360" w:lineRule="auto" w:after="0"/>
        <w:ind w:firstLine="283"/>
      </w:pPr>
      <w:r>
        <w:t>But the warmth stayed. The way the laugh had stayed. The warmth was the thing between them that was not a name and did not need one. The warmth was the margin and the stair. The two crafts. The two hands.</w:t>
      </w:r>
    </w:p>
    <w:p>
      <w:pPr>
        <w:ind w:firstLine="0"/>
        <w:jc w:val="center"/>
      </w:pPr>
      <w:r>
        <w:rPr>
          <w:color w:val="AAAAAA"/>
        </w:rPr>
        <w:t>❖</w:t>
      </w:r>
    </w:p>
    <w:p>
      <w:pPr>
        <w:spacing w:before="360" w:after="240"/>
        <w:ind w:firstLine="0"/>
        <w:jc w:val="center"/>
      </w:pPr>
      <w:r>
        <w:rPr>
          <w:b/>
          <w:i/>
          <w:color w:val="333333"/>
          <w:sz w:val="26"/>
        </w:rPr>
        <w:t>Step — The Stair Held (Rook)</w:t>
      </w:r>
    </w:p>
    <w:p>
      <w:pPr>
        <w:spacing w:line="360" w:lineRule="auto" w:after="0"/>
        <w:ind w:firstLine="283"/>
      </w:pPr>
      <w:r>
        <w:t>‖ ∧</w:t>
      </w:r>
    </w:p>
    <w:p>
      <w:pPr>
        <w:spacing w:line="360" w:lineRule="auto" w:after="0"/>
        <w:ind w:firstLine="283"/>
      </w:pPr>
      <w:r>
        <w:t>Rook wanted the stair held.</w:t>
      </w:r>
    </w:p>
    <w:p>
      <w:pPr>
        <w:spacing w:line="360" w:lineRule="auto" w:after="0"/>
        <w:ind w:firstLine="283"/>
      </w:pPr>
      <w:r>
        <w:t>The wanting was small. The wanting was the prop under the joist and the shore at the foot of the stringer, and the holding was the thing the prop did, and the prop did the holding, and the holding was all. The stair above the second landing hung at the angle a stair hangs when the mortar has given where the joist meets the stringer, and the angle was the angle that would not hold a cat. Above, on the third floor, the woman with the child on her hip leaned over the railing, and the older child held the railing with both hands. The gap was below them. The gap was the thing the stair was not, and the not-being-the-stair was the gap's whole work.</w:t>
      </w:r>
    </w:p>
    <w:p>
      <w:pPr>
        <w:spacing w:line="360" w:lineRule="auto" w:after="0"/>
        <w:ind w:firstLine="283"/>
      </w:pPr>
      <w:r>
        <w:t>Rook set the props. Breck set the long shore. The wood complained. The wood held. Rook put his hand on the prop and felt the weight transfer — the building settling onto the shore as a tired man settles onto a staff. The settling was the stair's giving-over. The giving-over was the prop's. The prop was the shore's, and the shore was Breck's, and Breck's hand had set the shore the way Breck's hand set everything: without ceremony, without dropping.</w:t>
      </w:r>
    </w:p>
    <w:p>
      <w:pPr>
        <w:spacing w:line="360" w:lineRule="auto" w:after="0"/>
        <w:ind w:firstLine="283"/>
      </w:pPr>
      <w:r>
        <w:t>Up. The stair took Rook. The stair did not move. He had read it right.</w:t>
      </w:r>
    </w:p>
    <w:p>
      <w:pPr>
        <w:spacing w:line="360" w:lineRule="auto" w:after="0"/>
        <w:ind w:firstLine="283"/>
      </w:pPr>
      <w:r>
        <w:t>The woman's hip was pushed out. The arm was locked. The weight was carried in the bones because the muscle had given up. The older child's knuckles were white on the railing. The white was the holding. The holding was the only thing left that was keeping the boy upright.</w:t>
      </w:r>
    </w:p>
    <w:p>
      <w:pPr>
        <w:spacing w:line="360" w:lineRule="auto" w:after="0"/>
        <w:ind w:firstLine="283"/>
      </w:pPr>
      <w:r>
        <w:t>"We're going down," Rook said. "One at a time. The boy first."</w:t>
      </w:r>
    </w:p>
    <w:p>
      <w:pPr>
        <w:spacing w:line="360" w:lineRule="auto" w:after="0"/>
        <w:ind w:firstLine="283"/>
      </w:pPr>
      <w:r>
        <w:t>The boy's name was Edam. Rook crouched in front of him. Rook did not touch him. The not-touching was the first courtesy. The touching would have been the city's, and the city was not at the stair. Rook was at the stair.</w:t>
      </w:r>
    </w:p>
    <w:p>
      <w:pPr>
        <w:spacing w:line="360" w:lineRule="auto" w:after="0"/>
        <w:ind w:firstLine="283"/>
      </w:pPr>
      <w:r>
        <w:t>"Edam. You're going to go down the stairs with Torrel. He's at the window. You don't look at the gap. You look at Torrel's hands. Can you do that."</w:t>
      </w:r>
    </w:p>
    <w:p>
      <w:pPr>
        <w:spacing w:line="360" w:lineRule="auto" w:after="0"/>
        <w:ind w:firstLine="283"/>
      </w:pPr>
      <w:r>
        <w:t>The boy looked at Torrel's hands. Torrel had good hands. The hands were steady, open, the kind that did not shake. The boy nodded.</w:t>
      </w:r>
    </w:p>
    <w:p>
      <w:pPr>
        <w:spacing w:line="360" w:lineRule="auto" w:after="0"/>
        <w:ind w:firstLine="283"/>
      </w:pPr>
      <w:r>
        <w:t>"Go."</w:t>
      </w:r>
    </w:p>
    <w:p>
      <w:pPr>
        <w:spacing w:line="360" w:lineRule="auto" w:after="0"/>
        <w:ind w:firstLine="283"/>
      </w:pPr>
      <w:r>
        <w:t>Torrel took him. Rook watched the stair. The stair did not move. He listened to the prop. The prop held.</w:t>
      </w:r>
    </w:p>
    <w:p>
      <w:pPr>
        <w:spacing w:line="360" w:lineRule="auto" w:after="0"/>
        <w:ind w:firstLine="283"/>
      </w:pPr>
      <w:r>
        <w:t>The woman next. Rook took the child from her. The child was light in the way children are light when they have been frightened for an hour — lighter than their weight, as though some of them had gone elsewhere. He passed the child down to Breck. Breck took the child as Breck took everything. Then the woman. She went down the stair holding the railing and the wall and not looking at the gap, and Rook stood at the top and watched the prop and the prop held and the stair held and the woman reached the bottom and sat down on the floor and put her face in her hands.</w:t>
      </w:r>
    </w:p>
    <w:p>
      <w:pPr>
        <w:spacing w:line="360" w:lineRule="auto" w:after="0"/>
        <w:ind w:firstLine="283"/>
      </w:pPr>
      <w:r>
        <w:t>Rook came down last. At the bottom he put his hand on the prop one more time. Still holding. He nodded to Breck.</w:t>
      </w:r>
    </w:p>
    <w:p>
      <w:pPr>
        <w:spacing w:line="360" w:lineRule="auto" w:after="0"/>
        <w:ind w:firstLine="283"/>
      </w:pPr>
      <w:r>
        <w:t>The boy Edam was standing beside Torrel at the opposite wall. The boy had not let go of Torrel's hand. Torrel had not taken his hand back. They stood like that, the man and the boy, without speaking. The not-speaking was the holding's other half.</w:t>
      </w:r>
    </w:p>
    <w:p>
      <w:pPr>
        <w:spacing w:line="360" w:lineRule="auto" w:after="0"/>
        <w:ind w:firstLine="283"/>
      </w:pPr>
      <w:r>
        <w:t>Rook crouched beside the boy. "Edam. Go to the mason at the corner of Verral Lane. Tell him Tanner's Row, third stair, stringer and joist. Can you remember that."</w:t>
      </w:r>
    </w:p>
    <w:p>
      <w:pPr>
        <w:spacing w:line="360" w:lineRule="auto" w:after="0"/>
        <w:ind w:firstLine="283"/>
      </w:pPr>
      <w:r>
        <w:t>"Third stair. Stringer and joist."</w:t>
      </w:r>
    </w:p>
    <w:p>
      <w:pPr>
        <w:spacing w:line="360" w:lineRule="auto" w:after="0"/>
        <w:ind w:firstLine="283"/>
      </w:pPr>
      <w:r>
        <w:t>"Good. Tell him Rook sent you and he'll come before the afternoon bell. Then go home. Your mother will find you there."</w:t>
      </w:r>
    </w:p>
    <w:p>
      <w:pPr>
        <w:spacing w:line="360" w:lineRule="auto" w:after="0"/>
        <w:ind w:firstLine="283"/>
      </w:pPr>
      <w:r>
        <w:t>The boy looked at the stair. The boy looked at his mother. The boy looked at Rook. "Is it going to fall now."</w:t>
      </w:r>
    </w:p>
    <w:p>
      <w:pPr>
        <w:spacing w:line="360" w:lineRule="auto" w:after="0"/>
        <w:ind w:firstLine="283"/>
      </w:pPr>
      <w:r>
        <w:t>"No. The prop is holding. But you don't go up it until the mason says you can. Understand."</w:t>
      </w:r>
    </w:p>
    <w:p>
      <w:pPr>
        <w:spacing w:line="360" w:lineRule="auto" w:after="0"/>
        <w:ind w:firstLine="283"/>
      </w:pPr>
      <w:r>
        <w:t>"I understand."</w:t>
      </w:r>
    </w:p>
    <w:p>
      <w:pPr>
        <w:spacing w:line="360" w:lineRule="auto" w:after="0"/>
        <w:ind w:firstLine="283"/>
      </w:pPr>
      <w:r>
        <w:t>The boy let go of Torrel's hand. The boy walked down Tanner's Row toward Verral Lane, small in the way of a child who has been brave and is only now discovering that brave has a cost, and the cost is paid on the walk home, not on the stair. Rook watched him until the corner took him.</w:t>
      </w:r>
    </w:p>
    <w:p>
      <w:pPr>
        <w:spacing w:line="360" w:lineRule="auto" w:after="0"/>
        <w:ind w:firstLine="283"/>
      </w:pPr>
      <w:r>
        <w:t>"Cut it," Rook said to Breck. "I want the stringer replaced by tomorrow and the joist re-set by the day after. Send to the mason for the mortar. Charge it to the district."</w:t>
      </w:r>
    </w:p>
    <w:p>
      <w:pPr>
        <w:spacing w:line="360" w:lineRule="auto" w:after="0"/>
        <w:ind w:firstLine="283"/>
      </w:pPr>
      <w:r>
        <w:t>Breck wrote it in the book he carried in his chest-plate — a stub of pencil, a fold of paper, the ink long since given up for graphite because ink froze in winter and graphite did not. The pencil made the small grey mark on the paper, and the mark was the report, and the report was the work the stair had asked for.</w:t>
      </w:r>
    </w:p>
    <w:p>
      <w:pPr>
        <w:spacing w:line="360" w:lineRule="auto" w:after="0"/>
        <w:ind w:firstLine="283"/>
      </w:pPr>
      <w:r>
        <w:t>Rook filed the report at the East Annex before the third bell. The duty clerk read it. The clerk initialed it. The clerk passed it back. "Clean work," she said. The saying was the category, not the praise. Clean work was a category. It meant: no one was hurt who was not already hurt, nothing was broken that was not already broken, and the record would not need to account for anything beyond the structure. Rook had filed clean work for eleven years. He had filed the other kind twice.</w:t>
      </w:r>
    </w:p>
    <w:p>
      <w:pPr>
        <w:spacing w:line="360" w:lineRule="auto" w:after="0"/>
        <w:ind w:firstLine="283"/>
      </w:pPr>
      <w:r>
        <w:t>The other kind was the kind that did not hold.</w:t>
      </w:r>
    </w:p>
    <w:p>
      <w:pPr>
        <w:spacing w:line="360" w:lineRule="auto" w:after="0"/>
        <w:ind w:firstLine="283"/>
      </w:pPr>
      <w:r>
        <w:t>The brass buckle was at his hip. The buckle was the color of old honey where the brass had worn through to the steel beneath. The leather was good. The leather would hold the season. The buckle was the rope's other end — the rope was at the chest-plate, the buckle was at the hip, and the two held the kit the way the prop held the stair. The holding was the work.</w:t>
      </w:r>
    </w:p>
    <w:p>
      <w:pPr>
        <w:spacing w:line="360" w:lineRule="auto" w:after="0"/>
        <w:ind w:firstLine="283"/>
      </w:pPr>
      <w:r>
        <w:t>Rook went back to the barracks. He took off his boots. Right first, then left. The order was the reverse of the dressing, and the reversing was the day's closing, and the closing was the small mercy at the end of the shift. The boots went by the bunk. The buckle went on the cloth. The rope went on the rack. The prop was at Tanner's Row, holding. The stair was not fixed. The stair would be fixed when the mason came. Until the mason came, the prop held, and the holding was the work, and the work was not the resolution. The work was the not-resolving. The work was the holding.</w:t>
      </w:r>
    </w:p>
    <w:p>
      <w:pPr>
        <w:spacing w:line="360" w:lineRule="auto" w:after="0"/>
        <w:ind w:firstLine="283"/>
      </w:pPr>
      <w:r>
        <w:t>The bell rang for the afternoon change. Rook did not count the pulls. The bell was the city's bell, and the city's bell did what the city's bell was supposed to do. The doing was the bell's whole work. The doing was enough. The holding was enough. The stair was not fixed, and the stair was held, and the held was the work, and the work was the prop's, and the prop was Breck's, and Breck's hand had set the prop, and the prop held.</w:t>
      </w:r>
    </w:p>
    <w:p>
      <w:pPr>
        <w:spacing w:line="360" w:lineRule="auto" w:after="0"/>
        <w:ind w:firstLine="283"/>
      </w:pPr>
      <w:r>
        <w:t>Rook lay in the bunk. The boots were by the bunk. The buckle was on the cloth. The rope was on the rack. The prop was at Tanner's Row. The stair was not fixed. The stair was held. The holding was the work, and the work was not the resolution, and the not-resolution was the prop's whole honest office, and the office held.</w:t>
      </w:r>
    </w:p>
    <w:p>
      <w:pPr>
        <w:ind w:firstLine="0"/>
        <w:jc w:val="center"/>
      </w:pPr>
      <w:r>
        <w:rPr>
          <w:color w:val="AAAAAA"/>
        </w:rPr>
        <w:t>❖</w:t>
      </w:r>
    </w:p>
    <w:p>
      <w:pPr>
        <w:spacing w:before="360" w:after="240"/>
        <w:ind w:firstLine="0"/>
        <w:jc w:val="center"/>
      </w:pPr>
      <w:r>
        <w:rPr>
          <w:b/>
          <w:i/>
          <w:color w:val="333333"/>
          <w:sz w:val="26"/>
        </w:rPr>
        <w:t>Chapter 11 — The Ordinary Morning</w:t>
      </w:r>
    </w:p>
    <w:p>
      <w:pPr>
        <w:spacing w:line="360" w:lineRule="auto" w:after="0"/>
        <w:ind w:firstLine="283"/>
      </w:pPr>
      <w:r>
        <w:t>‖ •</w:t>
      </w:r>
    </w:p>
    <w:p>
      <w:pPr>
        <w:spacing w:line="360" w:lineRule="auto" w:after="0"/>
        <w:ind w:firstLine="283"/>
      </w:pPr>
      <w:r>
        <w:t>Three mornings before, Nessa had had a bad morning. Not a bad morning the way the city counted bad mornings — no flour missing, no directive, no absence at the table. A bad morning in the hands. The hands had shaken when she lit the stove. The match had broken. The second match had broken. The third had caught, late, and the late catching made the kindling smoke, and the smoke filled the kitchen for an hour.</w:t>
      </w:r>
    </w:p>
    <w:p>
      <w:pPr>
        <w:spacing w:line="360" w:lineRule="auto" w:after="0"/>
        <w:ind w:firstLine="283"/>
      </w:pPr>
      <w:r>
        <w:t>The buns did not rise. The pot scalded. Old Halver's bowl — the bowl with the wire mend — had slipped and cracked at the rim, and Halver had stood at the door with the cracked bowl in his hands and said nothing, and the nothing was worse than anything he could have said. She had stood at the counter with her thumb on her wrist and felt the morning go on without her.</w:t>
      </w:r>
    </w:p>
    <w:p>
      <w:pPr>
        <w:spacing w:line="360" w:lineRule="auto" w:after="0"/>
        <w:ind w:firstLine="283"/>
      </w:pPr>
      <w:r>
        <w:t>The morning did not care. That morning had been bad. The mornings since had been ordinary.</w:t>
      </w:r>
    </w:p>
    <w:p>
      <w:pPr>
        <w:spacing w:line="360" w:lineRule="auto" w:after="0"/>
        <w:ind w:firstLine="283"/>
      </w:pPr>
      <w:r>
        <w:t>But the ordinary after the bad felt different in the hands.</w:t>
      </w:r>
    </w:p>
    <w:p>
      <w:pPr>
        <w:spacing w:line="360" w:lineRule="auto" w:after="0"/>
        <w:ind w:firstLine="283"/>
      </w:pPr>
      <w:r>
        <w:t>Nessa woke before the light. She woke the way she woke every morning — in the dark, in the cold, in the room above the kitchen where the stove-pipe came up through the floor and kept the room not warm but not cold. She usually got up because the bells rang. She lay in the not-cold and listened for the bells.</w:t>
      </w:r>
    </w:p>
    <w:p>
      <w:pPr>
        <w:spacing w:line="360" w:lineRule="auto" w:after="0"/>
        <w:ind w:firstLine="283"/>
      </w:pPr>
      <w:r>
        <w:t>The bells came. Six pulls for the morning change. The morning began.</w:t>
      </w:r>
    </w:p>
    <w:p>
      <w:pPr>
        <w:spacing w:line="360" w:lineRule="auto" w:after="0"/>
        <w:ind w:firstLine="283"/>
      </w:pPr>
      <w:r>
        <w:t>She got up. The kitchen was dark. The stove was out. She lit the stove — the kindling, the twist of paper, the match, the catching.</w:t>
      </w:r>
    </w:p>
    <w:p>
      <w:pPr>
        <w:spacing w:line="360" w:lineRule="auto" w:after="0"/>
        <w:ind w:firstLine="283"/>
      </w:pPr>
      <w:r>
        <w:t>She made the soup — broth, flour, and the short measure of it. The dented copper measure was on the hook. The cardamom pod was on the sill.</w:t>
      </w:r>
    </w:p>
    <w:p>
      <w:pPr>
        <w:spacing w:line="360" w:lineRule="auto" w:after="0"/>
        <w:ind w:firstLine="283"/>
      </w:pPr>
      <w:r>
        <w:t>The district came in. Marsa came first, with her hands red from the lye. Devra came next, with the news. Old Halver came with the clay bowl, the bowl with the wire mend. The hundred and forty came — the cart men and the mason's apprentice and the laundry women and the old woman from the allotments and the woman with the broom and the child who had watched the puddle and the child's sister.</w:t>
      </w:r>
    </w:p>
    <w:p>
      <w:pPr>
        <w:spacing w:line="360" w:lineRule="auto" w:after="0"/>
        <w:ind w:firstLine="283"/>
      </w:pPr>
      <w:r>
        <w:t>Nessa ladled the soup. The measure held the same. The pot was short, but the pot was enough this morning.</w:t>
      </w:r>
    </w:p>
    <w:p>
      <w:pPr>
        <w:spacing w:line="360" w:lineRule="auto" w:after="0"/>
        <w:ind w:firstLine="283"/>
      </w:pPr>
      <w:r>
        <w:t>The child who had watched the puddle came with her sister. The two sat at the end of the long table, the end nearest the door, the place the children sat.</w:t>
      </w:r>
    </w:p>
    <w:p>
      <w:pPr>
        <w:spacing w:line="360" w:lineRule="auto" w:after="0"/>
        <w:ind w:firstLine="283"/>
      </w:pPr>
      <w:r>
        <w:t>Nessa stood at the counter and watched. She did not sit. She did not eat. She watched the district eat the soup she had made. She watched Marsa's red hands. She watched the child's eating. She pressed her thumb against the inside of her wrist — the small, dull pressure that meant I am here; the morning is here.</w:t>
      </w:r>
    </w:p>
    <w:p>
      <w:pPr>
        <w:spacing w:line="360" w:lineRule="auto" w:after="0"/>
        <w:ind w:firstLine="283"/>
      </w:pPr>
      <w:r>
        <w:t>The bells rang. The noon. Twice. The district went. The kitchen emptied. Nessa did not count the bowls.</w:t>
      </w:r>
    </w:p>
    <w:p>
      <w:pPr>
        <w:spacing w:line="360" w:lineRule="auto" w:after="0"/>
        <w:ind w:firstLine="283"/>
      </w:pPr>
      <w:r>
        <w:t>The kitchen smelled of the broth and the flour and the enough-this-morning. The cardamom pod was on the sill. The pod was green.</w:t>
      </w:r>
    </w:p>
    <w:p>
      <w:pPr>
        <w:ind w:firstLine="0"/>
        <w:jc w:val="center"/>
      </w:pPr>
      <w:r>
        <w:rPr>
          <w:color w:val="AAAAAA"/>
        </w:rPr>
        <w:t>❖</w:t>
      </w:r>
    </w:p>
    <w:p>
      <w:pPr>
        <w:spacing w:before="360" w:after="240"/>
        <w:ind w:firstLine="0"/>
        <w:jc w:val="center"/>
      </w:pPr>
      <w:r>
        <w:rPr>
          <w:b/>
          <w:i/>
          <w:color w:val="333333"/>
          <w:sz w:val="26"/>
        </w:rPr>
        <w:t>Step — The Pot Short (Nessa)</w:t>
      </w:r>
    </w:p>
    <w:p>
      <w:pPr>
        <w:spacing w:line="360" w:lineRule="auto" w:after="0"/>
        <w:ind w:firstLine="283"/>
      </w:pPr>
      <w:r>
        <w:t>‖ •</w:t>
      </w:r>
    </w:p>
    <w:p>
      <w:pPr>
        <w:spacing w:line="360" w:lineRule="auto" w:after="0"/>
        <w:ind w:firstLine="283"/>
      </w:pPr>
      <w:r>
        <w:t>Nessa wanted the sweet buns.</w:t>
      </w:r>
    </w:p>
    <w:p>
      <w:pPr>
        <w:spacing w:line="360" w:lineRule="auto" w:after="0"/>
        <w:ind w:firstLine="283"/>
      </w:pPr>
      <w:r>
        <w:t>The wanting was small. The wanting was the flour on the counter, the honey on the sill, the cardamom pod's green at the corner of the eye. The sweet buns were the thing the kitchen made on the Morning Without Bells, and the Morning Without Bells was a year away, and the year was a long time, and the sweet buns were not the morning's. The sweet buns were the morning's-after. The morning was the pot.</w:t>
      </w:r>
    </w:p>
    <w:p>
      <w:pPr>
        <w:spacing w:line="360" w:lineRule="auto" w:after="0"/>
        <w:ind w:firstLine="283"/>
      </w:pPr>
      <w:r>
        <w:t>The pot was short.</w:t>
      </w:r>
    </w:p>
    <w:p>
      <w:pPr>
        <w:spacing w:line="360" w:lineRule="auto" w:after="0"/>
        <w:ind w:firstLine="283"/>
      </w:pPr>
      <w:r>
        <w:t>Nessa knew before she lifted the lid. She knew by the smell — the smell of a pot that had been asked to do more than the pot could do. The broth sat lower than the line where it met the side. The line was lower than the line yesterday. The line was lower than the line the day before. The pot had been short for three mornings.</w:t>
      </w:r>
    </w:p>
    <w:p>
      <w:pPr>
        <w:spacing w:line="360" w:lineRule="auto" w:after="0"/>
        <w:ind w:firstLine="283"/>
      </w:pPr>
      <w:r>
        <w:t>"Two days," Nessa said. "Maybe three."</w:t>
      </w:r>
    </w:p>
    <w:p>
      <w:pPr>
        <w:spacing w:line="360" w:lineRule="auto" w:after="0"/>
        <w:ind w:firstLine="283"/>
      </w:pPr>
      <w:r>
        <w:t>Marsa was at the long table, her hands red from the lye. Marsa looked at the casks. Marsa looked at the queue already forming at the door. "The queue's longer."</w:t>
      </w:r>
    </w:p>
    <w:p>
      <w:pPr>
        <w:spacing w:line="360" w:lineRule="auto" w:after="0"/>
        <w:ind w:firstLine="283"/>
      </w:pPr>
      <w:r>
        <w:t>"The queue's always longer."</w:t>
      </w:r>
    </w:p>
    <w:p>
      <w:pPr>
        <w:spacing w:line="360" w:lineRule="auto" w:after="0"/>
        <w:ind w:firstLine="283"/>
      </w:pPr>
      <w:r>
        <w:t>"Then the pot's short and the queue's longer and nobody's told them."</w:t>
      </w:r>
    </w:p>
    <w:p>
      <w:pPr>
        <w:spacing w:line="360" w:lineRule="auto" w:after="0"/>
        <w:ind w:firstLine="283"/>
      </w:pPr>
      <w:r>
        <w:t>Nessa wiped her hands on the cloth she kept folded over her shoulder — the same cloth, the same fold, every morning since the second year. The cloth was damp before she started. The cloth was drier by noon. The cloth was the kitchen's whole truest arithmetic — the damp, the dry, the fold, the shoulder, the not-changing. The not-changing was the cloth's whole office.</w:t>
      </w:r>
    </w:p>
    <w:p>
      <w:pPr>
        <w:spacing w:line="360" w:lineRule="auto" w:after="0"/>
        <w:ind w:firstLine="283"/>
      </w:pPr>
      <w:r>
        <w:t>"Somebody's going to tell them," Nessa said.</w:t>
      </w:r>
    </w:p>
    <w:p>
      <w:pPr>
        <w:spacing w:line="360" w:lineRule="auto" w:after="0"/>
        <w:ind w:firstLine="283"/>
      </w:pPr>
      <w:r>
        <w:t>"Not you."</w:t>
      </w:r>
    </w:p>
    <w:p>
      <w:pPr>
        <w:spacing w:line="360" w:lineRule="auto" w:after="0"/>
        <w:ind w:firstLine="283"/>
      </w:pPr>
      <w:r>
        <w:t>"Not me."</w:t>
      </w:r>
    </w:p>
    <w:p>
      <w:pPr>
        <w:spacing w:line="360" w:lineRule="auto" w:after="0"/>
        <w:ind w:firstLine="283"/>
      </w:pPr>
      <w:r>
        <w:t>The district came in. The cart men. The mason's apprentice. The laundry women. The old woman from the allotments brought a cabbage. The cabbage was the thing the old woman brought because the old woman brought things. Nessa took the cabbage. She set it on the counter beside the flour. She did not use it. The cabbage sat on the counter. The cabbage was the old woman's whole offering. The offering was small. The small was all there was.</w:t>
      </w:r>
    </w:p>
    <w:p>
      <w:pPr>
        <w:spacing w:line="360" w:lineRule="auto" w:after="0"/>
        <w:ind w:firstLine="283"/>
      </w:pPr>
      <w:r>
        <w:t>The dented copper measure was on the hook. Nessa took it down. The dent was the shape of her own carelessness, from the second year, when she had dropped it on the stone floor and the stone had won. She had kept the dented measure. The keeping was the kitchen's whole mercy. The mercy was small. The mercy was the dent.</w:t>
      </w:r>
    </w:p>
    <w:p>
      <w:pPr>
        <w:spacing w:line="360" w:lineRule="auto" w:after="0"/>
        <w:ind w:firstLine="283"/>
      </w:pPr>
      <w:r>
        <w:t>She measured the flour. The flour was the short flour — Tor's flour, the lighter, the one whose sack had the hole in the back Nessa did not mend. The hole was the flour's. The flour came through the hole the way the morning came through the grille — without the asking, without the earning, with the plain coming.</w:t>
      </w:r>
    </w:p>
    <w:p>
      <w:pPr>
        <w:spacing w:line="360" w:lineRule="auto" w:after="0"/>
        <w:ind w:firstLine="283"/>
      </w:pPr>
      <w:r>
        <w:t>She measured the water. The priority water — the water she had carried since the third morning Tor told her what the priority water was. The water came from the deep well. The water was the city's first gift to the kitchen, and the kitchen was the city's first gift to the district, and the district was the kitchen's first gift to the city. The gift went around. The going-around was the water's whole honest work.</w:t>
      </w:r>
    </w:p>
    <w:p>
      <w:pPr>
        <w:spacing w:line="360" w:lineRule="auto" w:after="0"/>
        <w:ind w:firstLine="283"/>
      </w:pPr>
      <w:r>
        <w:t>The pot was short. The ladle went around the pot. The ladle held less than the ladle had held.</w:t>
      </w:r>
    </w:p>
    <w:p>
      <w:pPr>
        <w:spacing w:line="360" w:lineRule="auto" w:after="0"/>
        <w:ind w:firstLine="283"/>
      </w:pPr>
      <w:r>
        <w:t>Devra came in with the news. Devra came the way Devra came — in the hand, without setting it down. "They're forming a council," Devra said. "At the cistern. A food council. They're going to vote the pot."</w:t>
      </w:r>
    </w:p>
    <w:p>
      <w:pPr>
        <w:spacing w:line="360" w:lineRule="auto" w:after="0"/>
        <w:ind w:firstLine="283"/>
      </w:pPr>
      <w:r>
        <w:t>Marsa looked up. "Vote the pot how."</w:t>
      </w:r>
    </w:p>
    <w:p>
      <w:pPr>
        <w:spacing w:line="360" w:lineRule="auto" w:after="0"/>
        <w:ind w:firstLine="283"/>
      </w:pPr>
      <w:r>
        <w:t>"Vote who eats."</w:t>
      </w:r>
    </w:p>
    <w:p>
      <w:pPr>
        <w:spacing w:line="360" w:lineRule="auto" w:after="0"/>
        <w:ind w:firstLine="283"/>
      </w:pPr>
      <w:r>
        <w:t>Nessa did not speak. The pot portioned. The pot portioned before the council. The pot would portion after the council. The pot was short. The pot was the kitchen's. The kitchen was Nessa's.</w:t>
      </w:r>
    </w:p>
    <w:p>
      <w:pPr>
        <w:spacing w:line="360" w:lineRule="auto" w:after="0"/>
        <w:ind w:firstLine="283"/>
      </w:pPr>
      <w:r>
        <w:t>"The pot's short," Nessa said.</w:t>
      </w:r>
    </w:p>
    <w:p>
      <w:pPr>
        <w:spacing w:line="360" w:lineRule="auto" w:after="0"/>
        <w:ind w:firstLine="283"/>
      </w:pPr>
      <w:r>
        <w:t>"The council will say who eats."</w:t>
      </w:r>
    </w:p>
    <w:p>
      <w:pPr>
        <w:spacing w:line="360" w:lineRule="auto" w:after="0"/>
        <w:ind w:firstLine="283"/>
      </w:pPr>
      <w:r>
        <w:t>"The pot's short and the council will say who eats."</w:t>
      </w:r>
    </w:p>
    <w:p>
      <w:pPr>
        <w:spacing w:line="360" w:lineRule="auto" w:after="0"/>
        <w:ind w:firstLine="283"/>
      </w:pPr>
      <w:r>
        <w:t>"Yes."</w:t>
      </w:r>
    </w:p>
    <w:p>
      <w:pPr>
        <w:spacing w:line="360" w:lineRule="auto" w:after="0"/>
        <w:ind w:firstLine="283"/>
      </w:pPr>
      <w:r>
        <w:t>Nessa looked at the dented copper measure. The dent was to the thumb. The thumb was the kitchen's whole reading of the lip. The lip was the pot's. The pot was the kitchen's. The kitchen was Nessa's.</w:t>
      </w:r>
    </w:p>
    <w:p>
      <w:pPr>
        <w:spacing w:line="360" w:lineRule="auto" w:after="0"/>
        <w:ind w:firstLine="283"/>
      </w:pPr>
      <w:r>
        <w:t>"The pot portioned," Nessa said. "The pot does not vote."</w:t>
      </w:r>
    </w:p>
    <w:p>
      <w:pPr>
        <w:spacing w:line="360" w:lineRule="auto" w:after="0"/>
        <w:ind w:firstLine="283"/>
      </w:pPr>
      <w:r>
        <w:t>Devra did not argue. Devra knew the kitchen. The kitchen was Nessa's. The kitchen portioned. The council met at the cistern. The council voted the pot. The vote said the old woman from the allotments would not eat. The vote said the woman with the broom would not eat. The vote said the children would eat. The vote was the city's. The vote was not the kitchen's.</w:t>
      </w:r>
    </w:p>
    <w:p>
      <w:pPr>
        <w:spacing w:line="360" w:lineRule="auto" w:after="0"/>
        <w:ind w:firstLine="283"/>
      </w:pPr>
      <w:r>
        <w:t>Nessa fed the old woman from the allotments. She fed her at the back, where the council did not look. The pot was short. The kitchen held. The old woman ate. The eating was small. The small was the kitchen's whole mercy. The mercy was at the back. The back was where the council did not look.</w:t>
      </w:r>
    </w:p>
    <w:p>
      <w:pPr>
        <w:spacing w:line="360" w:lineRule="auto" w:after="0"/>
        <w:ind w:firstLine="283"/>
      </w:pPr>
      <w:r>
        <w:t>The council met again the next morning. The council said the children were the eating and the women without children were the not-eating. Nessa fed the women without children. She fed them at the back. The back was where the council did not look. The back was the kitchen's. The kitchen held.</w:t>
      </w:r>
    </w:p>
    <w:p>
      <w:pPr>
        <w:spacing w:line="360" w:lineRule="auto" w:after="0"/>
        <w:ind w:firstLine="283"/>
      </w:pPr>
      <w:r>
        <w:t>Marsa said, "They'll come for the pot."</w:t>
      </w:r>
    </w:p>
    <w:p>
      <w:pPr>
        <w:spacing w:line="360" w:lineRule="auto" w:after="0"/>
        <w:ind w:firstLine="283"/>
      </w:pPr>
      <w:r>
        <w:t>"Let them come for the pot."</w:t>
      </w:r>
    </w:p>
    <w:p>
      <w:pPr>
        <w:spacing w:line="360" w:lineRule="auto" w:after="0"/>
        <w:ind w:firstLine="283"/>
      </w:pPr>
      <w:r>
        <w:t>"They'll come for you."</w:t>
      </w:r>
    </w:p>
    <w:p>
      <w:pPr>
        <w:spacing w:line="360" w:lineRule="auto" w:after="0"/>
        <w:ind w:firstLine="283"/>
      </w:pPr>
      <w:r>
        <w:t>"Let them come for me."</w:t>
      </w:r>
    </w:p>
    <w:p>
      <w:pPr>
        <w:spacing w:line="360" w:lineRule="auto" w:after="0"/>
        <w:ind w:firstLine="283"/>
      </w:pPr>
      <w:r>
        <w:t>The council came for Nessa. The council was three men and a woman. The woman was the one with the ledger. The men were the ones with the lists. The lists were the council's. The ledger was the council's. The pot was the kitchen's.</w:t>
      </w:r>
    </w:p>
    <w:p>
      <w:pPr>
        <w:spacing w:line="360" w:lineRule="auto" w:after="0"/>
        <w:ind w:firstLine="283"/>
      </w:pPr>
      <w:r>
        <w:t>"The pot's short," Nessa said.</w:t>
      </w:r>
    </w:p>
    <w:p>
      <w:pPr>
        <w:spacing w:line="360" w:lineRule="auto" w:after="0"/>
        <w:ind w:firstLine="283"/>
      </w:pPr>
      <w:r>
        <w:t>"The pot is the city's."</w:t>
      </w:r>
    </w:p>
    <w:p>
      <w:pPr>
        <w:spacing w:line="360" w:lineRule="auto" w:after="0"/>
        <w:ind w:firstLine="283"/>
      </w:pPr>
      <w:r>
        <w:t>"The pot is the kitchen's. The kitchen is mine. The pot portioned before the council. The pot will portion after the council."</w:t>
      </w:r>
    </w:p>
    <w:p>
      <w:pPr>
        <w:spacing w:line="360" w:lineRule="auto" w:after="0"/>
        <w:ind w:firstLine="283"/>
      </w:pPr>
      <w:r>
        <w:t>The council did not take the pot. The council could vote. The council could not ladle. The voting was the council's whole office. The ladling was the kitchen's. The two did not agree. The two did not need to agree. The two stood side by side the way the bread and the slip stood side by side on Mira's table — not agreeing, not resolving, just standing, and the standing was the day's whole honest arithmetic.</w:t>
      </w:r>
    </w:p>
    <w:p>
      <w:pPr>
        <w:spacing w:line="360" w:lineRule="auto" w:after="0"/>
        <w:ind w:firstLine="283"/>
      </w:pPr>
      <w:r>
        <w:t>The council went away. The pot was short and the queue was longer and the kitchen portioned. The cabbage sat on the counter. The dented copper measure was on the hook. The cardamom pod was on the sill. The cardamom pod was green. The green was the pod's whole knowing. The knowing was small. The small was the kitchen's whole true work.</w:t>
      </w:r>
    </w:p>
    <w:p>
      <w:pPr>
        <w:spacing w:line="360" w:lineRule="auto" w:after="0"/>
        <w:ind w:firstLine="283"/>
      </w:pPr>
      <w:r>
        <w:t>Nessa did not make the sweet buns. The sweet buns were the morning's-after. The morning was the pot. The pot was short. The kitchen held. The holding was the work, and the work was not the resolution, and the not-resolution was the kitchen's whole honest office, and the office was Nessa's, and Nessa stood at the counter with the cloth folded over her shoulder and the dented copper measure on the hook and the cardamom pod on the sill and the pot short and the queue longer and the kitchen held.</w:t>
      </w:r>
    </w:p>
    <w:p>
      <w:pPr>
        <w:spacing w:line="360" w:lineRule="auto" w:after="0"/>
        <w:ind w:firstLine="283"/>
      </w:pPr>
      <w:r>
        <w:t>The wanting was small. The wanting was the sweet buns. The wanting was the flour and the honey and the cardamom pod and the morning's-after. The wanting was Nessa's. The wanting was not the council's. The council did not want. The council voted. The wanting was the kitchen's. The kitchen held the wanting the way the kitchen held the pot: without resolving, without voting, with the plain holding.</w:t>
      </w:r>
    </w:p>
    <w:p>
      <w:pPr>
        <w:spacing w:line="360" w:lineRule="auto" w:after="0"/>
        <w:ind w:firstLine="283"/>
      </w:pPr>
      <w:r>
        <w:t>The cardamom pod was on the sill. The pod was green. The morning went on. The pot was short. The kitchen held.</w:t>
      </w:r>
    </w:p>
    <w:p>
      <w:pPr>
        <w:ind w:firstLine="0"/>
        <w:jc w:val="center"/>
      </w:pPr>
      <w:r>
        <w:rPr>
          <w:color w:val="AAAAAA"/>
        </w:rPr>
        <w:t>❖</w:t>
      </w:r>
    </w:p>
    <w:p>
      <w:pPr>
        <w:spacing w:before="360" w:after="240"/>
        <w:ind w:firstLine="0"/>
        <w:jc w:val="center"/>
      </w:pPr>
      <w:r>
        <w:rPr>
          <w:b/>
          <w:i/>
          <w:color w:val="333333"/>
          <w:sz w:val="26"/>
        </w:rPr>
        <w:t>Chapter 12 — Morning Without Bells</w:t>
      </w:r>
    </w:p>
    <w:p>
      <w:pPr>
        <w:spacing w:line="360" w:lineRule="auto" w:after="0"/>
        <w:ind w:firstLine="283"/>
      </w:pPr>
      <w:r>
        <w:t>‖ •</w:t>
      </w:r>
    </w:p>
    <w:p>
      <w:pPr>
        <w:spacing w:line="360" w:lineRule="auto" w:after="0"/>
        <w:ind w:firstLine="283"/>
      </w:pPr>
      <w:r>
        <w:t>The night before was the night the kitchen knew. Nessa had known for a week. The city did not keep the Morning Without Bells on a calendar — the calendar was the bells', and the bells did not keep themselves. The kitchen knew the way a kitchen knows a season — by the flour, by the honey, by the pod on the sill. The cardamom pod had gone a shade darker in the week.</w:t>
      </w:r>
    </w:p>
    <w:p>
      <w:pPr>
        <w:spacing w:line="360" w:lineRule="auto" w:after="0"/>
        <w:ind w:firstLine="283"/>
      </w:pPr>
      <w:r>
        <w:t>She had set the honey out at the evening. The honey was the small jar — the autumn jar, the man who kept bees outside the wall, the green-gold the color of the cardamom pod. The jar sat on the counter beside the flour, and the flour's sack was set with the hole facing her, the way she set it on the Morning Without Bells.</w:t>
      </w:r>
    </w:p>
    <w:p>
      <w:pPr>
        <w:spacing w:line="360" w:lineRule="auto" w:after="0"/>
        <w:ind w:firstLine="283"/>
      </w:pPr>
      <w:r>
        <w:t>Marsa left the lye out every night. She did not know she had left it. The Morning took it anyway. The lye sat on the counter beside the honey.</w:t>
      </w:r>
    </w:p>
    <w:p>
      <w:pPr>
        <w:spacing w:line="360" w:lineRule="auto" w:after="0"/>
        <w:ind w:firstLine="283"/>
      </w:pPr>
      <w:r>
        <w:t>Nessa did not sleep. Not from worry — from the listening. She listened for the bells the way Meret listened for the cart-drivers, the way the grandmother listened for the kettle.</w:t>
      </w:r>
    </w:p>
    <w:p>
      <w:pPr>
        <w:spacing w:line="360" w:lineRule="auto" w:after="0"/>
        <w:ind w:firstLine="283"/>
      </w:pPr>
      <w:r>
        <w:t>The bells did not ring at the midnight. The bells did not ring at the two. The bells did not ring at the four. The Morning came as it sometimes did — in the night, before the dawn, before the kitchen, before the hands.</w:t>
      </w:r>
    </w:p>
    <w:p>
      <w:pPr>
        <w:spacing w:line="360" w:lineRule="auto" w:after="0"/>
        <w:ind w:firstLine="283"/>
      </w:pPr>
      <w:r>
        <w:t>The dawn came without the bells.</w:t>
      </w:r>
    </w:p>
    <w:p>
      <w:pPr>
        <w:spacing w:line="360" w:lineRule="auto" w:after="0"/>
        <w:ind w:firstLine="283"/>
      </w:pPr>
      <w:r>
        <w:t>Nessa woke before the light. She lay for a moment in the not-cold.</w:t>
      </w:r>
    </w:p>
    <w:p>
      <w:pPr>
        <w:spacing w:line="360" w:lineRule="auto" w:after="0"/>
        <w:ind w:firstLine="283"/>
      </w:pPr>
      <w:r>
        <w:t>She usually got up because the bells rang. She lay in the not-cold and listened for the bells, and the bells did not come.</w:t>
      </w:r>
    </w:p>
    <w:p>
      <w:pPr>
        <w:spacing w:line="360" w:lineRule="auto" w:after="0"/>
        <w:ind w:firstLine="283"/>
      </w:pPr>
      <w:r>
        <w:t>The silence was what she heard. Not the silence before the bells — that one she knew. This was the silence of a morning that had begun without them, and a year was long enough to forget how wide it was.</w:t>
      </w:r>
    </w:p>
    <w:p>
      <w:pPr>
        <w:spacing w:line="360" w:lineRule="auto" w:after="0"/>
        <w:ind w:firstLine="283"/>
      </w:pPr>
      <w:r>
        <w:t>She got up. She dressed. She went down.</w:t>
      </w:r>
    </w:p>
    <w:p>
      <w:pPr>
        <w:spacing w:line="360" w:lineRule="auto" w:after="0"/>
        <w:ind w:firstLine="283"/>
      </w:pPr>
      <w:r>
        <w:t>The dawn came the way the dawn came to the kitchen — first the sill, then the counter, then the table, then the floor. The dawn left the walls for the hands.</w:t>
      </w:r>
    </w:p>
    <w:p>
      <w:pPr>
        <w:spacing w:line="360" w:lineRule="auto" w:after="0"/>
        <w:ind w:firstLine="283"/>
      </w:pPr>
      <w:r>
        <w:t>The kitchen was dark. The stove was out. The stove was out because the stove was not lit until the bells rang, and the bells had not rung. She lit the stove.</w:t>
      </w:r>
    </w:p>
    <w:p>
      <w:pPr>
        <w:spacing w:line="360" w:lineRule="auto" w:after="0"/>
        <w:ind w:firstLine="283"/>
      </w:pPr>
      <w:r>
        <w:t>She let the stove run hotter than she needed. She did this on the Morning Without Bells — let the stove take the kindling and the coal past the working point. The kitchen was warmer than the working-warm. The warmer was the Morning’s, and the kitchen held the warmer the way it held the level: without voting, without choosing, without setting it down.</w:t>
      </w:r>
    </w:p>
    <w:p>
      <w:pPr>
        <w:spacing w:line="360" w:lineRule="auto" w:after="0"/>
        <w:ind w:firstLine="283"/>
      </w:pPr>
      <w:r>
        <w:t>She stood at the stove and she hummed. She did not hum on the working mornings — the working mornings were the counting, the portioning, the not-enough, the dented measure, the hundred and forty. This morning had the humming.</w:t>
      </w:r>
    </w:p>
    <w:p>
      <w:pPr>
        <w:spacing w:line="360" w:lineRule="auto" w:after="0"/>
        <w:ind w:firstLine="283"/>
      </w:pPr>
      <w:r>
        <w:t>She did not make the soup. Not yet. She stood at the stove.</w:t>
      </w:r>
    </w:p>
    <w:p>
      <w:pPr>
        <w:spacing w:line="360" w:lineRule="auto" w:after="0"/>
        <w:ind w:firstLine="283"/>
      </w:pPr>
      <w:r>
        <w:t>The cardamom pod was on the sill. It was green. The dawn found it first.</w:t>
      </w:r>
    </w:p>
    <w:p>
      <w:pPr>
        <w:spacing w:line="360" w:lineRule="auto" w:after="0"/>
        <w:ind w:firstLine="283"/>
      </w:pPr>
      <w:r>
        <w:t>She made the sweet buns.</w:t>
      </w:r>
    </w:p>
    <w:p>
      <w:pPr>
        <w:spacing w:line="360" w:lineRule="auto" w:after="0"/>
        <w:ind w:firstLine="283"/>
      </w:pPr>
      <w:r>
        <w:t>She had not made the sweet buns in a year. The sweet buns were the thing the kitchen made on the Morning Without Bells, and the Morning Without Bells came once a year, and the once-a-year was what the sweet buns were for.</w:t>
      </w:r>
    </w:p>
    <w:p>
      <w:pPr>
        <w:spacing w:line="360" w:lineRule="auto" w:after="0"/>
        <w:ind w:firstLine="283"/>
      </w:pPr>
      <w:r>
        <w:t>The flour was Tor’s — the lighter, the one whose sack had the hole in the back Nessa did not mend. But this morning the thing was the sweet buns. They needed the flour and the honey and the water and the hands. The hands were hers. The honey was the jar on the sill</w:t>
      </w:r>
    </w:p>
    <w:p>
      <w:pPr>
        <w:spacing w:line="360" w:lineRule="auto" w:after="0"/>
        <w:ind w:firstLine="283"/>
      </w:pPr>
      <w:r>
        <w:t>She set the flour on the counter. She did not set it with the hole facing the wall. She set it with the hole facing her.</w:t>
      </w:r>
    </w:p>
    <w:p>
      <w:pPr>
        <w:spacing w:line="360" w:lineRule="auto" w:after="0"/>
        <w:ind w:firstLine="283"/>
      </w:pPr>
      <w:r>
        <w:t>She measured the flour. The measure was the dented copper measure, the dent the shape of her own carelessness, the thing she had kept. The dent did not matter, because the sweet buns did not need the exact. They needed the hands, and the hands knew the sweet buns the way the hands knew the long stitch — by the feel, by the doing, by the years.</w:t>
      </w:r>
    </w:p>
    <w:p>
      <w:pPr>
        <w:spacing w:line="360" w:lineRule="auto" w:after="0"/>
        <w:ind w:firstLine="283"/>
      </w:pPr>
      <w:r>
        <w:t>She added the honey. The honey was the color of the cardamom pod. The kitchen smelled of it.</w:t>
      </w:r>
    </w:p>
    <w:p>
      <w:pPr>
        <w:spacing w:line="360" w:lineRule="auto" w:after="0"/>
        <w:ind w:firstLine="283"/>
      </w:pPr>
      <w:r>
        <w:t>She added the water. The priority water, the not-earned. This morning she did not think about the not-earned. The morning asked her to make the sweet buns, and she made them.</w:t>
      </w:r>
    </w:p>
    <w:p>
      <w:pPr>
        <w:spacing w:line="360" w:lineRule="auto" w:after="0"/>
        <w:ind w:firstLine="283"/>
      </w:pPr>
      <w:r>
        <w:t>She kneaded. The flour and the honey and the water became the dough, and the dough was what her hands knew. The dough was soft — the soft the sweet buns needed, and the soft was what her hands made. Her hands worked the dough the way they worked the cauliflower — without the thinking, without the deciding, the plain doing.</w:t>
      </w:r>
    </w:p>
    <w:p>
      <w:pPr>
        <w:spacing w:line="360" w:lineRule="auto" w:after="0"/>
        <w:ind w:firstLine="283"/>
      </w:pPr>
      <w:r>
        <w:t>She set the dough to rise on the warm shelf above the stove.</w:t>
      </w:r>
    </w:p>
    <w:p>
      <w:pPr>
        <w:spacing w:line="360" w:lineRule="auto" w:after="0"/>
        <w:ind w:firstLine="283"/>
      </w:pPr>
      <w:r>
        <w:t>The district came early. The district came early because the bells had not rung, and the district had been ready for the Morning Without Bells since the week before.</w:t>
      </w:r>
    </w:p>
    <w:p>
      <w:pPr>
        <w:spacing w:line="360" w:lineRule="auto" w:after="0"/>
        <w:ind w:firstLine="283"/>
      </w:pPr>
      <w:r>
        <w:t>Marsa came first. Marsa came with her hands red from the lye, but the red was the morning’s red, the red of a woman who had been up since before the light doing the thing she did.</w:t>
      </w:r>
    </w:p>
    <w:p>
      <w:pPr>
        <w:spacing w:line="360" w:lineRule="auto" w:after="0"/>
        <w:ind w:firstLine="283"/>
      </w:pPr>
      <w:r>
        <w:t>“The buns,” Marsa said. She did not ask. She stated.</w:t>
      </w:r>
    </w:p>
    <w:p>
      <w:pPr>
        <w:spacing w:line="360" w:lineRule="auto" w:after="0"/>
        <w:ind w:firstLine="283"/>
      </w:pPr>
      <w:r>
        <w:t>“The buns,” Nessa said.</w:t>
      </w:r>
    </w:p>
    <w:p>
      <w:pPr>
        <w:spacing w:line="360" w:lineRule="auto" w:after="0"/>
        <w:ind w:firstLine="283"/>
      </w:pPr>
      <w:r>
        <w:t>Marsa sat at the long table — the table Nessa had built the second year, the table that was the kitchen’s spine.</w:t>
      </w:r>
    </w:p>
    <w:p>
      <w:pPr>
        <w:spacing w:line="360" w:lineRule="auto" w:after="0"/>
        <w:ind w:firstLine="283"/>
      </w:pPr>
      <w:r>
        <w:t>Devra came next. Devra came with the news, the way she always did — in the hand, without setting it down. But the news this morning was not the news of the ledger or the directive or the short flour. The news this morning was the news of the Morning Without Bells, and the news was that the bells had not rung.</w:t>
      </w:r>
    </w:p>
    <w:p>
      <w:pPr>
        <w:spacing w:line="360" w:lineRule="auto" w:after="0"/>
        <w:ind w:firstLine="283"/>
      </w:pPr>
      <w:r>
        <w:t>“They’re saying the bells won’t ring all day,” Devra said. She said it to Marsa, but loud enough for the kitchen, the way she did when a thing was for everyone.</w:t>
      </w:r>
    </w:p>
    <w:p>
      <w:pPr>
        <w:spacing w:line="360" w:lineRule="auto" w:after="0"/>
        <w:ind w:firstLine="283"/>
      </w:pPr>
      <w:r>
        <w:t>“All day,” Marsa said.</w:t>
      </w:r>
    </w:p>
    <w:p>
      <w:pPr>
        <w:spacing w:line="360" w:lineRule="auto" w:after="0"/>
        <w:ind w:firstLine="283"/>
      </w:pPr>
      <w:r>
        <w:t>“All day.”</w:t>
      </w:r>
    </w:p>
    <w:p>
      <w:pPr>
        <w:spacing w:line="360" w:lineRule="auto" w:after="0"/>
        <w:ind w:firstLine="283"/>
      </w:pPr>
      <w:r>
        <w:t>The pipe-man came. He came the way he came — without speaking, the smell of the mineral oil and the pipes. He sat at the far end.</w:t>
      </w:r>
    </w:p>
    <w:p>
      <w:pPr>
        <w:spacing w:line="360" w:lineRule="auto" w:after="0"/>
        <w:ind w:firstLine="283"/>
      </w:pPr>
      <w:r>
        <w:t>Old Halver came. Old Halver came with the clay bowl, the bowl with the wire mend. The Morning Without Bells was the morning Halver did not wait at the edge. He sat at the table.</w:t>
      </w:r>
    </w:p>
    <w:p>
      <w:pPr>
        <w:spacing w:line="360" w:lineRule="auto" w:after="0"/>
        <w:ind w:firstLine="283"/>
      </w:pPr>
      <w:r>
        <w:t>The hundred and forty came. The old woman from the allotments came with a cabbage. Nessa took the cabbage. She set it on the counter. She did not use it. The cabbage sat on the counter beside the flour.</w:t>
      </w:r>
    </w:p>
    <w:p>
      <w:pPr>
        <w:spacing w:line="360" w:lineRule="auto" w:after="0"/>
        <w:ind w:firstLine="283"/>
      </w:pPr>
      <w:r>
        <w:t>The child who had watched the puddle came with her sister. The two came as children come — without the naming, without the asking, the small feet and the large eyes. The two sat at the end of the long table, the end nearest the door, the place the children sat.</w:t>
      </w:r>
    </w:p>
    <w:p>
      <w:pPr>
        <w:spacing w:line="360" w:lineRule="auto" w:after="0"/>
        <w:ind w:firstLine="283"/>
      </w:pPr>
      <w:r>
        <w:t>Nessa set the buns on the table. The buns were warm. The hands were hers, and the table held the buns, and the buns held the district.</w:t>
      </w:r>
    </w:p>
    <w:p>
      <w:pPr>
        <w:spacing w:line="360" w:lineRule="auto" w:after="0"/>
        <w:ind w:firstLine="283"/>
      </w:pPr>
      <w:r>
        <w:t>The buns were eaten. The buns were eaten the way buns are eaten on the Morning Without Bells — slowly, with the hands, with the breaking, with the sharing.</w:t>
      </w:r>
    </w:p>
    <w:p>
      <w:pPr>
        <w:spacing w:line="360" w:lineRule="auto" w:after="0"/>
        <w:ind w:firstLine="283"/>
      </w:pPr>
      <w:r>
        <w:t>Marsa broke a bun. Marsa’s red hands broke the bun. Marsa ate the way Marsa ate — the quick — except this morning. This morning Marsa ate the slow.</w:t>
      </w:r>
    </w:p>
    <w:p>
      <w:pPr>
        <w:spacing w:line="360" w:lineRule="auto" w:after="0"/>
        <w:ind w:firstLine="283"/>
      </w:pPr>
      <w:r>
        <w:t>The child took half a bun and held it. The child ate the half slowly.</w:t>
      </w:r>
    </w:p>
    <w:p>
      <w:pPr>
        <w:spacing w:line="360" w:lineRule="auto" w:after="0"/>
        <w:ind w:firstLine="283"/>
      </w:pPr>
      <w:r>
        <w:t>A child laughed.</w:t>
      </w:r>
    </w:p>
    <w:p>
      <w:pPr>
        <w:spacing w:line="360" w:lineRule="auto" w:after="0"/>
        <w:ind w:firstLine="283"/>
      </w:pPr>
      <w:r>
        <w:t>The district ate. This morning the district had the buns, and the honey was the color of the cardamom pod, and the cardamom pod was on the sill.</w:t>
      </w:r>
    </w:p>
    <w:p>
      <w:pPr>
        <w:spacing w:line="360" w:lineRule="auto" w:after="0"/>
        <w:ind w:firstLine="283"/>
      </w:pPr>
      <w:r>
        <w:t>Nessa stood at the counter and watched. She did not sit. She did not eat. She stood and watched the district eat the buns she had made. She watched Marsa’s red hands. She watched the child’s slow eating. She watched the pipe-man’s single looking-up. She watched Halver’s soft chewing. The watching was the photograph — the hundred and forty and the two, the buns, the table, the warm, the sweet.</w:t>
      </w:r>
    </w:p>
    <w:p>
      <w:pPr>
        <w:spacing w:line="360" w:lineRule="auto" w:after="0"/>
        <w:ind w:firstLine="283"/>
      </w:pPr>
      <w:r>
        <w:t>The bells did not ring. The bells did not ring all day.</w:t>
      </w:r>
    </w:p>
    <w:p>
      <w:pPr>
        <w:spacing w:line="360" w:lineRule="auto" w:after="0"/>
        <w:ind w:firstLine="283"/>
      </w:pPr>
      <w:r>
        <w:t>The afternoon was the afternoon the kitchen had not had in a year.</w:t>
      </w:r>
    </w:p>
    <w:p>
      <w:pPr>
        <w:spacing w:line="360" w:lineRule="auto" w:after="0"/>
        <w:ind w:firstLine="283"/>
      </w:pPr>
      <w:r>
        <w:t>The district did not leave. The district came and went in the morning’s way, and came back in the afternoon. Marsa came back with her hands red from the lye. Marsa sat at the table and did not stand.</w:t>
      </w:r>
    </w:p>
    <w:p>
      <w:pPr>
        <w:spacing w:line="360" w:lineRule="auto" w:after="0"/>
        <w:ind w:firstLine="283"/>
      </w:pPr>
      <w:r>
        <w:t>The child who had watched the puddle came back with her sister, and the two came as children come in the afternoon — louder, slower, the small feet and the large eyes gone soft with the day’s warm. The two sat at the end of the long table, the end nearest the door, and the afternoon held the sitting the way the morning had held the eating: without counting, without voting.</w:t>
      </w:r>
    </w:p>
    <w:p>
      <w:pPr>
        <w:spacing w:line="360" w:lineRule="auto" w:after="0"/>
        <w:ind w:firstLine="283"/>
      </w:pPr>
      <w:r>
        <w:t>Old Halver came back with the clay bowl, the bowl with the wire mend, and the bowl was the afternoon’s, and Halver set it on the table and did not wait at the edge, and the afternoon was the Morning’s long shadow.</w:t>
      </w:r>
    </w:p>
    <w:p>
      <w:pPr>
        <w:spacing w:line="360" w:lineRule="auto" w:after="0"/>
        <w:ind w:firstLine="283"/>
      </w:pPr>
      <w:r>
        <w:t>The pipe-man came back. He came the way he came — without speaking, the smell of the mineral oil and the pipes — and he sat at the far end, and the afternoon held the far end the way the morning had held the near.</w:t>
      </w:r>
    </w:p>
    <w:p>
      <w:pPr>
        <w:spacing w:line="360" w:lineRule="auto" w:after="0"/>
        <w:ind w:firstLine="283"/>
      </w:pPr>
      <w:r>
        <w:t>Nessa set the last of the buns on the table. The buns were cold now, and the cold was the afternoon’s, and the cold was not the morning’s warm. The district ate the cold buns the way the district had eaten the warm — slowly, with the hands, with the breaking, with the sharing — and the afternoon’s eating was the morning’s eating’s long second self, and the two selves did not resolve, and the kitchen held it.</w:t>
      </w:r>
    </w:p>
    <w:p>
      <w:pPr>
        <w:spacing w:line="360" w:lineRule="auto" w:after="0"/>
        <w:ind w:firstLine="283"/>
      </w:pPr>
      <w:r>
        <w:t>Marsa went first. Devra went second. The pipe-man went last. The kitchen emptied. Nessa did not count the bowls. She did not need to.</w:t>
      </w:r>
    </w:p>
    <w:p>
      <w:pPr>
        <w:spacing w:line="360" w:lineRule="auto" w:after="0"/>
        <w:ind w:firstLine="283"/>
      </w:pPr>
      <w:r>
        <w:t>She stood at the window. The cardamom pod was on the sill. The pod was green.</w:t>
      </w:r>
    </w:p>
    <w:p>
      <w:pPr>
        <w:spacing w:line="360" w:lineRule="auto" w:after="0"/>
        <w:ind w:firstLine="283"/>
      </w:pPr>
      <w:r>
        <w:t>The evening came the way the evening came to the kitchen — first the walls, then the counter, then the table, then the sill. The evening took the dawn’s places in the dawn’s order, and the taking was the evening’s.</w:t>
      </w:r>
    </w:p>
    <w:p>
      <w:pPr>
        <w:spacing w:line="360" w:lineRule="auto" w:after="0"/>
        <w:ind w:firstLine="283"/>
      </w:pPr>
      <w:r>
        <w:t>Nessa did not sit. She stood at the window the way she had stood at the stove — without the thinking, without the deciding, the plain doing. The watching was the kitchen’s last true act of the Morning Without Bells.</w:t>
      </w:r>
    </w:p>
    <w:p>
      <w:pPr>
        <w:spacing w:line="360" w:lineRule="auto" w:after="0"/>
        <w:ind w:firstLine="283"/>
      </w:pPr>
      <w:r>
        <w:t>The cardamom pod was on the sill. The pod was green. The evening found the pod last, and the pod held the evening the way it had held the dawn, and the holding was the kitchen’s whole mercy, and the mercy was small, and the small was all there was, and the Morning did not come again for a year, and the kitchen waited, and the waiting was the work, and the work went on.</w:t>
      </w:r>
    </w:p>
    <w:p>
      <w:pPr>
        <w:ind w:firstLine="0"/>
        <w:jc w:val="center"/>
      </w:pPr>
      <w:r>
        <w:rPr>
          <w:color w:val="AAAAAA"/>
        </w:rPr>
        <w:t>❖</w:t>
      </w:r>
    </w:p>
    <w:p>
      <w:pPr>
        <w:spacing w:before="360" w:after="240"/>
        <w:ind w:firstLine="0"/>
        <w:jc w:val="center"/>
      </w:pPr>
      <w:r>
        <w:rPr>
          <w:b/>
          <w:i/>
          <w:color w:val="333333"/>
          <w:sz w:val="26"/>
        </w:rPr>
        <w:t>Chapter 13 — Almost Stay</w:t>
      </w:r>
    </w:p>
    <w:p>
      <w:pPr>
        <w:spacing w:line="360" w:lineRule="auto" w:after="0"/>
        <w:ind w:firstLine="283"/>
      </w:pPr>
      <w:r>
        <w:t>‖ •</w:t>
      </w:r>
    </w:p>
    <w:p>
      <w:pPr>
        <w:spacing w:line="360" w:lineRule="auto" w:after="0"/>
        <w:ind w:firstLine="283"/>
      </w:pPr>
      <w:r>
        <w:t>The bun was in her hand, and the hand did not know what to do with it.</w:t>
      </w:r>
    </w:p>
    <w:p>
      <w:pPr>
        <w:spacing w:line="360" w:lineRule="auto" w:after="0"/>
        <w:ind w:firstLine="283"/>
      </w:pPr>
      <w:r>
        <w:t>The bun was the sweet bun, the Morning Without Bells bun. The bun was in Nima’s hand because a woman had put it there — a woman in the square, a woman with a basket, who had seen Nima and had held out the bun and had said nothing.</w:t>
      </w:r>
    </w:p>
    <w:p>
      <w:pPr>
        <w:spacing w:line="360" w:lineRule="auto" w:after="0"/>
        <w:ind w:firstLine="283"/>
      </w:pPr>
      <w:r>
        <w:t>Nima did not take things from hands. She took from the passages — the thread, the knot, the come-now. She took from the broker — the vial, the cloth. She took from the cellar — the slate, the line, the weight. She did not take from hands. Hands were the named, and Nima was not the named.</w:t>
      </w:r>
    </w:p>
    <w:p>
      <w:pPr>
        <w:spacing w:line="360" w:lineRule="auto" w:after="0"/>
        <w:ind w:firstLine="283"/>
      </w:pPr>
      <w:r>
        <w:t>But the bun was in her hand. The woman had held it out, and Nima had taken it.</w:t>
      </w:r>
    </w:p>
    <w:p>
      <w:pPr>
        <w:spacing w:line="360" w:lineRule="auto" w:after="0"/>
        <w:ind w:firstLine="283"/>
      </w:pPr>
      <w:r>
        <w:t>She sat on the bench. The bench was the bench by the linden, the bench where the district sat on the Morning Without Bells.</w:t>
      </w:r>
    </w:p>
    <w:p>
      <w:pPr>
        <w:spacing w:line="360" w:lineRule="auto" w:after="0"/>
        <w:ind w:firstLine="283"/>
      </w:pPr>
      <w:r>
        <w:t>She ate the bun. She ate it the way she did not eat things — slowly, with the hands, without watching where the crumbs went.</w:t>
      </w:r>
    </w:p>
    <w:p>
      <w:pPr>
        <w:spacing w:line="360" w:lineRule="auto" w:after="0"/>
        <w:ind w:firstLine="283"/>
      </w:pPr>
      <w:r>
        <w:t>She almost stayed.</w:t>
      </w:r>
    </w:p>
    <w:p>
      <w:pPr>
        <w:spacing w:line="360" w:lineRule="auto" w:after="0"/>
        <w:ind w:firstLine="283"/>
      </w:pPr>
      <w:r>
        <w:t>The bench held her.</w:t>
      </w:r>
    </w:p>
    <w:p>
      <w:pPr>
        <w:spacing w:line="360" w:lineRule="auto" w:after="0"/>
        <w:ind w:firstLine="283"/>
      </w:pPr>
      <w:r>
        <w:t>She did not stay.</w:t>
      </w:r>
    </w:p>
    <w:p>
      <w:pPr>
        <w:spacing w:line="360" w:lineRule="auto" w:after="0"/>
        <w:ind w:firstLine="283"/>
      </w:pPr>
      <w:r>
        <w:t>The bench was for the listed. Nima was unlisted.</w:t>
      </w:r>
    </w:p>
    <w:p>
      <w:pPr>
        <w:spacing w:line="360" w:lineRule="auto" w:after="0"/>
        <w:ind w:firstLine="283"/>
      </w:pPr>
      <w:r>
        <w:t>She stood. The bun was eaten. The hand was empty.</w:t>
      </w:r>
    </w:p>
    <w:p>
      <w:pPr>
        <w:spacing w:line="360" w:lineRule="auto" w:after="0"/>
        <w:ind w:firstLine="283"/>
      </w:pPr>
      <w:r>
        <w:t>She went back to the passage. The second passage — the one with the seep at the third junction. The seep had spread. She went through it with her back to the wall.</w:t>
      </w:r>
    </w:p>
    <w:p>
      <w:pPr>
        <w:spacing w:line="360" w:lineRule="auto" w:after="0"/>
        <w:ind w:firstLine="283"/>
      </w:pPr>
      <w:r>
        <w:t>The slate was in her pocket. The mother was in the pocket.</w:t>
      </w:r>
    </w:p>
    <w:p>
      <w:pPr>
        <w:spacing w:line="360" w:lineRule="auto" w:after="0"/>
        <w:ind w:firstLine="283"/>
      </w:pPr>
      <w:r>
        <w:t>She carried the almost back to the passage. The passage did not ask.</w:t>
      </w:r>
    </w:p>
    <w:p>
      <w:pPr>
        <w:ind w:firstLine="0"/>
        <w:jc w:val="center"/>
      </w:pPr>
      <w:r>
        <w:rPr>
          <w:color w:val="AAAAAA"/>
        </w:rPr>
        <w:t>❖</w:t>
      </w:r>
    </w:p>
    <w:p>
      <w:pPr>
        <w:spacing w:line="360" w:lineRule="auto" w:after="0"/>
        <w:ind w:firstLine="283"/>
      </w:pPr>
      <w:r>
        <w:t>Book II — The First Trace</w:t>
      </w:r>
    </w:p>
    <w:p>
      <w:pPr>
        <w:spacing w:line="360" w:lineRule="auto" w:after="0"/>
        <w:ind w:firstLine="283"/>
      </w:pPr>
      <w:r>
        <w:t>The coast-chit came in on the morning boat. Mira was at the long table. The table was the archive's. The lamps were lit along it. The drawers were underneath. She set the chit under the lamp.</w:t>
      </w:r>
    </w:p>
    <w:p>
      <w:pPr>
        <w:spacing w:line="360" w:lineRule="auto" w:after="0"/>
        <w:ind w:firstLine="283"/>
      </w:pPr>
      <w:r>
        <w:t>The chit was a slip of grey paper. The patrol's mark was at the corner. The ink was sea-wet. She read.</w:t>
      </w:r>
    </w:p>
    <w:p>
      <w:pPr>
        <w:spacing w:line="360" w:lineRule="auto" w:after="0"/>
        <w:ind w:firstLine="283"/>
      </w:pPr>
      <w:r>
        <w:t>The chit said: a man, old. Off the coast at Sael. Grey ship. Sailing into the wind. The patrol had hailed him. The man had not hailed back. The man had a brass thing he looked through. The man had said, to the sea and not to the patrol: "Are they still alive?" The patrol had written it down. The patrol had not known what the question was for.</w:t>
      </w:r>
    </w:p>
    <w:p>
      <w:pPr>
        <w:spacing w:line="360" w:lineRule="auto" w:after="0"/>
        <w:ind w:firstLine="283"/>
      </w:pPr>
      <w:r>
        <w:t>Mira set the chit on the table. She did not pick it up again. She looked at the lamp.</w:t>
      </w:r>
    </w:p>
    <w:p>
      <w:pPr>
        <w:spacing w:line="360" w:lineRule="auto" w:after="0"/>
        <w:ind w:firstLine="283"/>
      </w:pPr>
      <w:r>
        <w:t>She knew Sael. Sael was the coast town the fleet had passed in the spring. The chit was three weeks on the water. The man, if he was still there, was still there. The man, if he had sailed on, was not. The chit did not say.</w:t>
      </w:r>
    </w:p>
    <w:p>
      <w:pPr>
        <w:spacing w:line="360" w:lineRule="auto" w:after="0"/>
        <w:ind w:firstLine="283"/>
      </w:pPr>
      <w:r>
        <w:t>She took the slip to the ledger. The ledger was the coast-ledger. The coast-ledger had the unverified column and the margin. The margin was where the unverified went. The margin was where Mira put the things she did not resolve. She had been putting things in the margin for years. The margin was full. The margin was where the archive kept the not-knowing.</w:t>
      </w:r>
    </w:p>
    <w:p>
      <w:pPr>
        <w:spacing w:line="360" w:lineRule="auto" w:after="0"/>
        <w:ind w:firstLine="283"/>
      </w:pPr>
      <w:r>
        <w:t>She wrote the chit into the margin. She wrote: Sael. Grey ship. Old man. Brass thing. "Are they still alive." She wrote it without the question mark. The patrol had written it without the question mark. The old man had said it without the question mark. She wrote it the way it had been said.</w:t>
      </w:r>
    </w:p>
    <w:p>
      <w:pPr>
        <w:spacing w:line="360" w:lineRule="auto" w:after="0"/>
        <w:ind w:firstLine="283"/>
      </w:pPr>
      <w:r>
        <w:t>She closed the ledger. She did not write filed in the column. She did not write resolved in the column. She wrote it in the margin. The margin was where the not-resolved went.</w:t>
      </w:r>
    </w:p>
    <w:p>
      <w:pPr>
        <w:spacing w:line="360" w:lineRule="auto" w:after="0"/>
        <w:ind w:firstLine="283"/>
      </w:pPr>
      <w:r>
        <w:t>She went back to the table.</w:t>
      </w:r>
    </w:p>
    <w:p>
      <w:pPr>
        <w:spacing w:line="360" w:lineRule="auto" w:after="0"/>
        <w:ind w:firstLine="283"/>
      </w:pPr>
      <w:r>
        <w:t>The lamp was the lamp. The table was the table. The drawer was the drawer marked COAST/UNVERIFIED. She did not put the chit in the drawer. The chit stayed in the margin. The chit would stay in the margin. The drawer was for the filed. The margin was for the not-filed. The margin was for the not-resolved.</w:t>
      </w:r>
    </w:p>
    <w:p>
      <w:pPr>
        <w:spacing w:line="360" w:lineRule="auto" w:after="0"/>
        <w:ind w:firstLine="283"/>
      </w:pPr>
      <w:r>
        <w:t>She did not look at the chit again that morning. The morning went on. The lamps went on. The archive went on. The chit went on in the margin.</w:t>
      </w:r>
    </w:p>
    <w:p>
      <w:pPr>
        <w:spacing w:line="360" w:lineRule="auto" w:after="0"/>
        <w:ind w:firstLine="283"/>
      </w:pPr>
      <w:r>
        <w:t>Across the city, Rook was on the stair. The stair was the slate step at the turn of the landing. The verification office was at the top of the stair. He had been on the stair an hour. The office had got the chit before the archive had got it. The office sent a copy to the archive. Rook had the office copy on the slate step.</w:t>
      </w:r>
    </w:p>
    <w:p>
      <w:pPr>
        <w:spacing w:line="360" w:lineRule="auto" w:after="0"/>
        <w:ind w:firstLine="283"/>
      </w:pPr>
      <w:r>
        <w:t>He read it on the stair. He read it the way he read everything at the office — twice. Once for the ink. Once for the not-ink. The ink said what the patrol had written. The not-ink said the patrol had not known what to write. The not-ink was the part Rook read first.</w:t>
      </w:r>
    </w:p>
    <w:p>
      <w:pPr>
        <w:spacing w:line="360" w:lineRule="auto" w:after="0"/>
        <w:ind w:firstLine="283"/>
      </w:pPr>
      <w:r>
        <w:t>He set the chit on the slate step. He looked at the stairwell. The stairwell was a square of shadow with the lamp at the turn. The lamp was lit at dusk and out at dawn. Rook did not light the lamp. Rook did not put out the lamp. The lamp was the office's. The stair was Rook's.</w:t>
      </w:r>
    </w:p>
    <w:p>
      <w:pPr>
        <w:spacing w:line="360" w:lineRule="auto" w:after="0"/>
        <w:ind w:firstLine="283"/>
      </w:pPr>
      <w:r>
        <w:t>He picked the chit up. He carried it up the stair. He set it on the slate step at the top. The slate step was where Rook put the things he did not file. The slate step was where the office kept the not-resolved. The slate step had three other chits on it. None of them were the same as this one. None of them were this one.</w:t>
      </w:r>
    </w:p>
    <w:p>
      <w:pPr>
        <w:spacing w:line="360" w:lineRule="auto" w:after="0"/>
        <w:ind w:firstLine="283"/>
      </w:pPr>
      <w:r>
        <w:t>He did not put the chit in a drawer. He did not put the chit in a file. He set it on the slate step. The slate step was where the not-filed went. The work went on.</w:t>
      </w:r>
    </w:p>
    <w:p>
      <w:pPr>
        <w:spacing w:line="360" w:lineRule="auto" w:after="0"/>
        <w:ind w:firstLine="283"/>
      </w:pPr>
      <w:r>
        <w:t>He went down the stair. He did not pick the chit up. The chit stayed on the slate step. The chit would stay on the slate step.</w:t>
      </w:r>
    </w:p>
    <w:p>
      <w:pPr>
        <w:spacing w:line="360" w:lineRule="auto" w:after="0"/>
        <w:ind w:firstLine="283"/>
      </w:pPr>
      <w:r>
        <w:t>That evening Mira went to the wall. The wall was the city wall. The lamps were lit along it. Rook was at the wall. The two of them stood at the wall the way the two of them stood at the wall — not speaking, not needing to.</w:t>
      </w:r>
    </w:p>
    <w:p>
      <w:pPr>
        <w:spacing w:line="360" w:lineRule="auto" w:after="0"/>
        <w:ind w:firstLine="283"/>
      </w:pPr>
      <w:r>
        <w:t>"The coast-chit," Mira said.</w:t>
        <w:br/>
        <w:t>"The coast-chit," Rook said.</w:t>
      </w:r>
    </w:p>
    <w:p>
      <w:pPr>
        <w:spacing w:line="360" w:lineRule="auto" w:after="0"/>
        <w:ind w:firstLine="283"/>
      </w:pPr>
      <w:r>
        <w:t>They did not say what the coast-chit was. The two of them had read the same chit. The two of them had filed the same chit. The filing had not resolved the chit. The filing had filed it.</w:t>
      </w:r>
    </w:p>
    <w:p>
      <w:pPr>
        <w:spacing w:line="360" w:lineRule="auto" w:after="0"/>
        <w:ind w:firstLine="283"/>
      </w:pPr>
      <w:r>
        <w:t>"Brass thing," Mira said.</w:t>
        <w:br/>
        <w:t>"Brass thing," Rook said.</w:t>
      </w:r>
    </w:p>
    <w:p>
      <w:pPr>
        <w:spacing w:line="360" w:lineRule="auto" w:after="0"/>
        <w:ind w:firstLine="283"/>
      </w:pPr>
      <w:r>
        <w:t>The brass thing was the thing neither of them had seen. The brass thing was the thing the patrol had seen. The brass thing was a thing an old man had looked through, on a grey ship, sailing into the wind. The brass thing was not a name. The brass thing was a thing.</w:t>
      </w:r>
    </w:p>
    <w:p>
      <w:pPr>
        <w:spacing w:line="360" w:lineRule="auto" w:after="0"/>
        <w:ind w:firstLine="283"/>
      </w:pPr>
      <w:r>
        <w:t>"Are they still alive," Mira said. She said it without the question mark. The chit had it without the question mark. The old man had said it without the question mark.</w:t>
      </w:r>
    </w:p>
    <w:p>
      <w:pPr>
        <w:spacing w:line="360" w:lineRule="auto" w:after="0"/>
        <w:ind w:firstLine="283"/>
      </w:pPr>
      <w:r>
        <w:t>The wind came off the city wall. The wind did not answer.</w:t>
      </w:r>
    </w:p>
    <w:p>
      <w:pPr>
        <w:spacing w:line="360" w:lineRule="auto" w:after="0"/>
        <w:ind w:firstLine="283"/>
      </w:pPr>
      <w:r>
        <w:t>Mira remembered the eyeglass.</w:t>
      </w:r>
    </w:p>
    <w:p>
      <w:pPr>
        <w:spacing w:line="360" w:lineRule="auto" w:after="0"/>
        <w:ind w:firstLine="283"/>
      </w:pPr>
      <w:r>
        <w:t>She had seen one once. She had been a girl at the coast. A man on the quay had had one — a brass tube, the length of a hand, dented at one corner. He had put it to his eye. He had looked at the sea. He had not looked at the quay. He had not looked at the girl. He had looked at the sea through the brass.</w:t>
      </w:r>
    </w:p>
    <w:p>
      <w:pPr>
        <w:spacing w:line="360" w:lineRule="auto" w:after="0"/>
        <w:ind w:firstLine="283"/>
      </w:pPr>
      <w:r>
        <w:t>She had been seven. She had not known the word for it. She had known the brass. She had known the dent. She had not known the crack. The man's eyeglass had not had a crack. The man's eyeglass had been whole. The brass thing on the chit was not the man's eyeglass. The brass thing on the chit was another brass thing.</w:t>
      </w:r>
    </w:p>
    <w:p>
      <w:pPr>
        <w:spacing w:line="360" w:lineRule="auto" w:after="0"/>
        <w:ind w:firstLine="283"/>
      </w:pPr>
      <w:r>
        <w:t>The chit did not say eyeglass. The chit said brass thing. Mira did not write eyeglass in the margin. She did not write eyeglass on the chit. She remembered it. The remembering was the seed.</w:t>
      </w:r>
    </w:p>
    <w:p>
      <w:pPr>
        <w:spacing w:line="360" w:lineRule="auto" w:after="0"/>
        <w:ind w:firstLine="283"/>
      </w:pPr>
      <w:r>
        <w:t>She did not tell Rook about the eyeglass. Rook did not tell her. The two of them did not need to say. The two of them had read the same chit. The two of them had filed the same chit. The brass thing was the brass thing. The eyeglass was the eyeglass. The two were the seed.</w:t>
      </w:r>
    </w:p>
    <w:p>
      <w:pPr>
        <w:spacing w:line="360" w:lineRule="auto" w:after="0"/>
        <w:ind w:firstLine="283"/>
      </w:pPr>
      <w:r>
        <w:t>Rook had his own remembering. He did not say what it was. Mira did not ask. The two of them stood at the wall. The wind came off the city wall. The wind did not answer. The two of them did not need the wind to answer.</w:t>
      </w:r>
    </w:p>
    <w:p>
      <w:pPr>
        <w:spacing w:line="360" w:lineRule="auto" w:after="0"/>
        <w:ind w:firstLine="283"/>
      </w:pPr>
      <w:r>
        <w:t>Rook went down off the wall. Mira went down off the wall. The lamps were lit along the wall. The wall held the city. The city held the archive. The archive held the margin. The margin held the chit.</w:t>
      </w:r>
    </w:p>
    <w:p>
      <w:pPr>
        <w:spacing w:line="360" w:lineRule="auto" w:after="0"/>
        <w:ind w:firstLine="283"/>
      </w:pPr>
      <w:r>
        <w:t>The office held the stair. The stair held the slate step. The slate step held the chit.</w:t>
      </w:r>
    </w:p>
    <w:p>
      <w:pPr>
        <w:spacing w:line="360" w:lineRule="auto" w:after="0"/>
        <w:ind w:firstLine="283"/>
      </w:pPr>
      <w:r>
        <w:t>The two filings were the same filing. The two not-resolvings were the same not-resolving.</w:t>
      </w:r>
    </w:p>
    <w:p>
      <w:pPr>
        <w:spacing w:line="360" w:lineRule="auto" w:after="0"/>
        <w:ind w:firstLine="283"/>
      </w:pPr>
      <w:r>
        <w:t>The chit was the first trace.</w:t>
      </w:r>
    </w:p>
    <w:p>
      <w:pPr>
        <w:spacing w:line="360" w:lineRule="auto" w:after="0"/>
        <w:ind w:firstLine="283"/>
      </w:pPr>
      <w:r>
        <w:t>The first trace was not the searcher. The first trace was the question. The question did not have an answer. The question was: are they still alive. The question was said to the sea. The sea did not answer.</w:t>
      </w:r>
    </w:p>
    <w:p>
      <w:pPr>
        <w:spacing w:line="360" w:lineRule="auto" w:after="0"/>
        <w:ind w:firstLine="283"/>
      </w:pPr>
      <w:r>
        <w:t>The sea had not answered. The sea would not answer. The question would go on being asked. The asking was the seed.</w:t>
      </w:r>
    </w:p>
    <w:p>
      <w:pPr>
        <w:spacing w:line="360" w:lineRule="auto" w:after="0"/>
        <w:ind w:firstLine="283"/>
      </w:pPr>
      <w:r>
        <w:t>The seed was in the margin. The seed was on the slate step. The seed was in the wind off the city wall. The seed was the brass thing neither of them had seen. The seed was the eyeglass Mira remembered and did not say.</w:t>
      </w:r>
    </w:p>
    <w:p>
      <w:pPr>
        <w:spacing w:line="360" w:lineRule="auto" w:after="0"/>
        <w:ind w:firstLine="283"/>
      </w:pPr>
      <w:r>
        <w:t>The rumor would go on. The rumor would come back. The rumor would come back from the coast, and from the sea, and from the east. The rumor would be the same rumor. The rumor would not resolve. The rumor was the first trace. The first trace was the seed.</w:t>
      </w:r>
    </w:p>
    <w:p>
      <w:pPr>
        <w:spacing w:line="360" w:lineRule="auto" w:after="0"/>
        <w:ind w:firstLine="283"/>
      </w:pPr>
      <w:r>
        <w:t>Mira did not look for the rumor. Rook did not look for the rumor. The two of them did not look. The two of them waited. The waiting was the work. The work did not ask whether the rumor would come back. The rumor would come back. The rumor was the seed.</w:t>
      </w:r>
    </w:p>
    <w:p>
      <w:pPr>
        <w:spacing w:line="360" w:lineRule="auto" w:after="0"/>
        <w:ind w:firstLine="283"/>
      </w:pPr>
      <w:r>
        <w:t>The morning came. The lamps went out. The archive opened. The office opened. The margin stayed. The slate step stayed. The chit stayed. The seed stayed.</w:t>
      </w:r>
    </w:p>
    <w:p>
      <w:pPr>
        <w:spacing w:line="360" w:lineRule="auto" w:after="0"/>
        <w:ind w:firstLine="283"/>
      </w:pPr>
      <w:r>
        <w:t>The seed was the first trace. The first trace was the rumor. The rumor was the question. The question was the brass thing. The brass thing was the eyeglass. The eyeglass was not yet named. The eyeglass was remembered. The eyeglass was the seed.</w:t>
      </w:r>
    </w:p>
    <w:p>
      <w:pPr>
        <w:ind w:firstLine="0"/>
        <w:jc w:val="center"/>
      </w:pPr>
      <w:r>
        <w:rPr>
          <w:color w:val="AAAAAA"/>
        </w:rPr>
        <w:t>❖</w:t>
      </w:r>
    </w:p>
    <w:p>
      <w:pPr>
        <w:spacing w:before="360" w:after="240"/>
        <w:ind w:firstLine="0"/>
        <w:jc w:val="center"/>
      </w:pPr>
      <w:r>
        <w:rPr>
          <w:b/>
          <w:i/>
          <w:color w:val="333333"/>
          <w:sz w:val="26"/>
        </w:rPr>
        <w:t>Step — The Iron Door (Nima)</w:t>
      </w:r>
    </w:p>
    <w:p>
      <w:pPr>
        <w:spacing w:line="360" w:lineRule="auto" w:after="0"/>
        <w:ind w:firstLine="283"/>
      </w:pPr>
      <w:r>
        <w:t>‖ •</w:t>
      </w:r>
    </w:p>
    <w:p>
      <w:pPr>
        <w:spacing w:line="360" w:lineRule="auto" w:after="0"/>
        <w:ind w:firstLine="283"/>
      </w:pPr>
      <w:r>
        <w:t>Nima wanted the boy out.</w:t>
      </w:r>
    </w:p>
    <w:p>
      <w:pPr>
        <w:spacing w:line="360" w:lineRule="auto" w:after="0"/>
        <w:ind w:firstLine="283"/>
      </w:pPr>
      <w:r>
        <w:t>The wanting was small. The wanting was the thread on the door-handle — the color of old cream, tied in the knot that meant come now, do not knock — and the boy behind the door, and the man behind the boy, and the door between Nima and the two of them. The wanting was the passages. The passages were Nima's whole office. The office was small. The small was all there was.</w:t>
      </w:r>
    </w:p>
    <w:p>
      <w:pPr>
        <w:spacing w:line="360" w:lineRule="auto" w:after="0"/>
        <w:ind w:firstLine="283"/>
      </w:pPr>
      <w:r>
        <w:t>Nima counted the exits before she touched the thread. Three: the door, the lane behind her, the grille above the cistern two houses down that opened onto the tile-maker's yard. She had counted them before she turned the corner. She counted them again now. The counting was the habit. The habit was the passages' whole true work. The work was the not-failing. The not-failing was the count.</w:t>
      </w:r>
    </w:p>
    <w:p>
      <w:pPr>
        <w:spacing w:line="360" w:lineRule="auto" w:after="0"/>
        <w:ind w:firstLine="283"/>
      </w:pPr>
      <w:r>
        <w:t>She untied the knot. She kept the thread. She put it in the inner pocket of her coat, the one she had sewn herself with a double stitch because a single stitch gave way at the wrong time. The thread went in. The pocket closed. The pocket was the thread's whole mercy.</w:t>
      </w:r>
    </w:p>
    <w:p>
      <w:pPr>
        <w:spacing w:line="360" w:lineRule="auto" w:after="0"/>
        <w:ind w:firstLine="283"/>
      </w:pPr>
      <w:r>
        <w:t>The house belonged to a woman Nima called Varas, which was not the woman's name. The woman's name was her own. Nima did not want it. Wanting a person's name was the first step toward being able to lose it. Nima did not lose names. Nima kept the names out. The keeping-out was the passages' first mercy.</w:t>
      </w:r>
    </w:p>
    <w:p>
      <w:pPr>
        <w:spacing w:line="360" w:lineRule="auto" w:after="0"/>
        <w:ind w:firstLine="283"/>
      </w:pPr>
      <w:r>
        <w:t>Varas was in the kitchen with her two children and a man Nima had not seen before. The man was sitting at the table with his hands flat on the wood.</w:t>
      </w:r>
    </w:p>
    <w:p>
      <w:pPr>
        <w:spacing w:line="360" w:lineRule="auto" w:after="0"/>
        <w:ind w:firstLine="283"/>
      </w:pPr>
      <w:r>
        <w:t>"This is my brother," Varas said.</w:t>
      </w:r>
    </w:p>
    <w:p>
      <w:pPr>
        <w:spacing w:line="360" w:lineRule="auto" w:after="0"/>
        <w:ind w:firstLine="283"/>
      </w:pPr>
      <w:r>
        <w:t>Nima did not say that Varas had no brother. The sentence was not a lie. The sentence was a door, opened just wide enough for Nima to step through if she chose. Nima stepped through it.</w:t>
      </w:r>
    </w:p>
    <w:p>
      <w:pPr>
        <w:spacing w:line="360" w:lineRule="auto" w:after="0"/>
        <w:ind w:firstLine="283"/>
      </w:pPr>
      <w:r>
        <w:t>"Where," Nima said.</w:t>
      </w:r>
    </w:p>
    <w:p>
      <w:pPr>
        <w:spacing w:line="360" w:lineRule="auto" w:after="0"/>
        <w:ind w:firstLine="283"/>
      </w:pPr>
      <w:r>
        <w:t>"The south wall. The service grille by the tile-maker's yard. Before the second bell."</w:t>
      </w:r>
    </w:p>
    <w:p>
      <w:pPr>
        <w:spacing w:line="360" w:lineRule="auto" w:after="0"/>
        <w:ind w:firstLine="283"/>
      </w:pPr>
      <w:r>
        <w:t>"How many."</w:t>
      </w:r>
    </w:p>
    <w:p>
      <w:pPr>
        <w:spacing w:line="360" w:lineRule="auto" w:after="0"/>
        <w:ind w:firstLine="283"/>
      </w:pPr>
      <w:r>
        <w:t>"Two. Him, and the boy."</w:t>
      </w:r>
    </w:p>
    <w:p>
      <w:pPr>
        <w:spacing w:line="360" w:lineRule="auto" w:after="0"/>
        <w:ind w:firstLine="283"/>
      </w:pPr>
      <w:r>
        <w:t>"The boy."</w:t>
      </w:r>
    </w:p>
    <w:p>
      <w:pPr>
        <w:spacing w:line="360" w:lineRule="auto" w:after="0"/>
        <w:ind w:firstLine="283"/>
      </w:pPr>
      <w:r>
        <w:t>"He's nine. He doesn't talk much."</w:t>
      </w:r>
    </w:p>
    <w:p>
      <w:pPr>
        <w:spacing w:line="360" w:lineRule="auto" w:after="0"/>
        <w:ind w:firstLine="283"/>
      </w:pPr>
      <w:r>
        <w:t>"Good."</w:t>
      </w:r>
    </w:p>
    <w:p>
      <w:pPr>
        <w:spacing w:line="360" w:lineRule="auto" w:after="0"/>
        <w:ind w:firstLine="283"/>
      </w:pPr>
      <w:r>
        <w:t>Varas looked at her. "Is it good."</w:t>
      </w:r>
    </w:p>
    <w:p>
      <w:pPr>
        <w:spacing w:line="360" w:lineRule="auto" w:after="0"/>
        <w:ind w:firstLine="283"/>
      </w:pPr>
      <w:r>
        <w:t>"It's good for the passages."</w:t>
      </w:r>
    </w:p>
    <w:p>
      <w:pPr>
        <w:spacing w:line="360" w:lineRule="auto" w:after="0"/>
        <w:ind w:firstLine="283"/>
      </w:pPr>
      <w:r>
        <w:t>"The boy won't ask."</w:t>
      </w:r>
    </w:p>
    <w:p>
      <w:pPr>
        <w:spacing w:line="360" w:lineRule="auto" w:after="0"/>
        <w:ind w:firstLine="283"/>
      </w:pPr>
      <w:r>
        <w:t>"Then it's good."</w:t>
      </w:r>
    </w:p>
    <w:p>
      <w:pPr>
        <w:spacing w:line="360" w:lineRule="auto" w:after="0"/>
        <w:ind w:firstLine="283"/>
      </w:pPr>
      <w:r>
        <w:t>Nima did not say what she was thinking — that a child who did not ask where he was had already learned that where he was could be taken from him. The not-asking was the boy's whole education. The education was small. The small was the boy's whole cost. The cost was paid. The cost would be paid again.</w:t>
      </w:r>
    </w:p>
    <w:p>
      <w:pPr>
        <w:spacing w:line="360" w:lineRule="auto" w:after="0"/>
        <w:ind w:firstLine="283"/>
      </w:pPr>
      <w:r>
        <w:t>She gave Varas the tallow stub. Half-burned. Burned in three other houses before this one. She did not ask for it back. The tallow was the passage's whole arithmetic — the half, the burned, the giving. The giving was the work. The work was not the keeping.</w:t>
      </w:r>
    </w:p>
    <w:p>
      <w:pPr>
        <w:spacing w:line="360" w:lineRule="auto" w:after="0"/>
        <w:ind w:firstLine="283"/>
      </w:pPr>
      <w:r>
        <w:t>"The passages are clear until the second bell," she said. "After the second bell the tile-maker opens his yard and the grille is watched. We go before. You stay here. I take him and the boy. We come out at the Verral cistern. Someone meets you there."</w:t>
      </w:r>
    </w:p>
    <w:p>
      <w:pPr>
        <w:spacing w:line="360" w:lineRule="auto" w:after="0"/>
        <w:ind w:firstLine="283"/>
      </w:pPr>
      <w:r>
        <w:t>"Who."</w:t>
      </w:r>
    </w:p>
    <w:p>
      <w:pPr>
        <w:spacing w:line="360" w:lineRule="auto" w:after="0"/>
        <w:ind w:firstLine="283"/>
      </w:pPr>
      <w:r>
        <w:t>"You'll know her. She'll be carrying a cauliflower."</w:t>
      </w:r>
    </w:p>
    <w:p>
      <w:pPr>
        <w:spacing w:line="360" w:lineRule="auto" w:after="0"/>
        <w:ind w:firstLine="283"/>
      </w:pPr>
      <w:r>
        <w:t>Varas almost smiled. It was an old joke between them — the cauliflower, the absurdity of it, the way a serious thing could be carried inside a ridiculous thing. The ridiculous was the serious's whole disguise. The disguise was the passages' second mercy.</w:t>
      </w:r>
    </w:p>
    <w:p>
      <w:pPr>
        <w:spacing w:line="360" w:lineRule="auto" w:after="0"/>
        <w:ind w:firstLine="283"/>
      </w:pPr>
      <w:r>
        <w:t>She took the man and the boy at the quarter-bell. The man walked behind her. The boy walked between them. The boy did not speak. The boy watched the walls of the passage as Nima watched them — with the look of someone for whom a wall was not a wall when you needed it not to be.</w:t>
      </w:r>
    </w:p>
    <w:p>
      <w:pPr>
        <w:spacing w:line="360" w:lineRule="auto" w:after="0"/>
        <w:ind w:firstLine="283"/>
      </w:pPr>
      <w:r>
        <w:t>The service passages ran beneath the East Quarter, between the foundations of the Annex and the old cistern line. They had been built for the water. They had been built for the pipes. They had been built for the men who kept the pipes. The men who kept the pipes had been Nima's people once. The pipes were closed. The men were retired. The city made the passages into something that did not officially exist. Nima knew the passages the way Mira knew ink — by the small things, by the draught at a grille, by the smell of the cistern water, by the patch of damp that meant the third junction had seeped again and the footing would be slick.</w:t>
      </w:r>
    </w:p>
    <w:p>
      <w:pPr>
        <w:spacing w:line="360" w:lineRule="auto" w:after="0"/>
        <w:ind w:firstLine="283"/>
      </w:pPr>
      <w:r>
        <w:t>The boy's shoe was untied. Nima stopped. She crouched. She tied the shoe. She did not ask the boy to hold still, because asking would have been a command, and a command was a thing the boy had learned to fear. She tied the shoe the way she would have tied her own, with the double knot. The double knot was the only knot she trusted. The double knot was the passages' third mercy.</w:t>
      </w:r>
    </w:p>
    <w:p>
      <w:pPr>
        <w:spacing w:line="360" w:lineRule="auto" w:after="0"/>
        <w:ind w:firstLine="283"/>
      </w:pPr>
      <w:r>
        <w:t>"Thank you," the boy said. It was the first thing he had said.</w:t>
      </w:r>
    </w:p>
    <w:p>
      <w:pPr>
        <w:spacing w:line="360" w:lineRule="auto" w:after="0"/>
        <w:ind w:firstLine="283"/>
      </w:pPr>
      <w:r>
        <w:t>"Don't thank me."</w:t>
      </w:r>
    </w:p>
    <w:p>
      <w:pPr>
        <w:spacing w:line="360" w:lineRule="auto" w:after="0"/>
        <w:ind w:firstLine="283"/>
      </w:pPr>
      <w:r>
        <w:t>"Why."</w:t>
      </w:r>
    </w:p>
    <w:p>
      <w:pPr>
        <w:spacing w:line="360" w:lineRule="auto" w:after="0"/>
        <w:ind w:firstLine="283"/>
      </w:pPr>
      <w:r>
        <w:t>"Because thanking me makes it a favor. It isn't a favor. It's the way the shoe is tied."</w:t>
      </w:r>
    </w:p>
    <w:p>
      <w:pPr>
        <w:spacing w:line="360" w:lineRule="auto" w:after="0"/>
        <w:ind w:firstLine="283"/>
      </w:pPr>
      <w:r>
        <w:t>The boy considered this. He did not answer. He walked on. The walking was better than the standing. The walking was the passages' whole true work. The work was the not-standing. The not-standing was the going.</w:t>
      </w:r>
    </w:p>
    <w:p>
      <w:pPr>
        <w:spacing w:line="360" w:lineRule="auto" w:after="0"/>
        <w:ind w:firstLine="283"/>
      </w:pPr>
      <w:r>
        <w:t>They came out at the Verral cistern. The grille was where it always was. The draught came up cold and mineral. The man handed her a folded paper. "For Varas." Nima took it. She did not open it. A folded paper was not hers to open. The not-opening was the passages' fourth mercy.</w:t>
      </w:r>
    </w:p>
    <w:p>
      <w:pPr>
        <w:spacing w:line="360" w:lineRule="auto" w:after="0"/>
        <w:ind w:firstLine="283"/>
      </w:pPr>
      <w:r>
        <w:t>They went. Nima watched them go — the man and the boy, down the Verral lane, the boy's tied shoe catching the first light. She watched until the corner took them. The corner was the passages' whole true office — the taking. The taking was the work.</w:t>
      </w:r>
    </w:p>
    <w:p>
      <w:pPr>
        <w:spacing w:line="360" w:lineRule="auto" w:after="0"/>
        <w:ind w:firstLine="283"/>
      </w:pPr>
      <w:r>
        <w:t>She went back the way she had come. Not the same passage — the second passage, the one that ran parallel, the one she used for the return because a passage used twice in a morning was a passage watched.</w:t>
      </w:r>
    </w:p>
    <w:p>
      <w:pPr>
        <w:spacing w:line="360" w:lineRule="auto" w:after="0"/>
        <w:ind w:firstLine="283"/>
      </w:pPr>
      <w:r>
        <w:t>At the fourth junction she stopped.</w:t>
      </w:r>
    </w:p>
    <w:p>
      <w:pPr>
        <w:spacing w:line="360" w:lineRule="auto" w:after="0"/>
        <w:ind w:firstLine="283"/>
      </w:pPr>
      <w:r>
        <w:t>The junction had a door. The door was iron. The door was always locked, and the lock was the kind that could not be picked because it was not a lock that wanted opening — it was a lock that wanted staying. Nima had passed this door two hundred times. She had never tried it. The door was not her business.</w:t>
      </w:r>
    </w:p>
    <w:p>
      <w:pPr>
        <w:spacing w:line="360" w:lineRule="auto" w:after="0"/>
        <w:ind w:firstLine="283"/>
      </w:pPr>
      <w:r>
        <w:t>The door was open.</w:t>
      </w:r>
    </w:p>
    <w:p>
      <w:pPr>
        <w:spacing w:line="360" w:lineRule="auto" w:after="0"/>
        <w:ind w:firstLine="283"/>
      </w:pPr>
      <w:r>
        <w:t>Not unlocked. Open. The iron was swung back against the wall, and the hinges were oiled — she could smell the oil, the sharp mineral oil of the pipe-keepers, and the oil was fresh, and the freshness meant someone had been here this morning.</w:t>
      </w:r>
    </w:p>
    <w:p>
      <w:pPr>
        <w:spacing w:line="360" w:lineRule="auto" w:after="0"/>
        <w:ind w:firstLine="283"/>
      </w:pPr>
      <w:r>
        <w:t>She did not go in.</w:t>
      </w:r>
    </w:p>
    <w:p>
      <w:pPr>
        <w:spacing w:line="360" w:lineRule="auto" w:after="0"/>
        <w:ind w:firstLine="283"/>
      </w:pPr>
      <w:r>
        <w:t>She told herself she did not go in because the door was not her business. Her hand was closed around the chalk through the cloth, and she had not felt it close. The draught came out at her, cold and mineral, the deep-well taste, the same draught that came up at every cistern grille in the East Quarter, and the sameness meant the door opened onto the same water the city drank.</w:t>
      </w:r>
    </w:p>
    <w:p>
      <w:pPr>
        <w:spacing w:line="360" w:lineRule="auto" w:after="0"/>
        <w:ind w:firstLine="283"/>
      </w:pPr>
      <w:r>
        <w:t>She took one step toward it. She stopped. She took the step back. The step back was the harder step. The harder step was the one she had taught herself to take, because the step toward was the step that ended you. The man whose name she had never asked had told her once: the door you don't open is the door that keeps you. She did not go in.</w:t>
      </w:r>
    </w:p>
    <w:p>
      <w:pPr>
        <w:spacing w:line="360" w:lineRule="auto" w:after="0"/>
        <w:ind w:firstLine="283"/>
      </w:pPr>
      <w:r>
        <w:t>The door stood open. The draught came out. The oil smelled fresh. The not-going-in was the passages' fifth mercy. The fifth mercy was the door's. The door stood open. The standing-open was not the door's whole work. The door's whole work was the staying-shut. The door was not doing its work. The door was doing someone else's work. The someone-else was the oil. The oil was fresh. The freshness was this morning.</w:t>
      </w:r>
    </w:p>
    <w:p>
      <w:pPr>
        <w:spacing w:line="360" w:lineRule="auto" w:after="0"/>
        <w:ind w:firstLine="283"/>
      </w:pPr>
      <w:r>
        <w:t>Nima did not go in. Nima did not write the door on the wall. Nima did not tell the man whose name she had never asked. Nima took the step back. The step back was the harder step. The harder step was the one that kept her.</w:t>
      </w:r>
    </w:p>
    <w:p>
      <w:pPr>
        <w:spacing w:line="360" w:lineRule="auto" w:after="0"/>
        <w:ind w:firstLine="283"/>
      </w:pPr>
      <w:r>
        <w:t>She came out at the cistern two blocks from Varas's house. She walked to Varas's house. She let herself in by the lane.</w:t>
      </w:r>
    </w:p>
    <w:p>
      <w:pPr>
        <w:spacing w:line="360" w:lineRule="auto" w:after="0"/>
        <w:ind w:firstLine="283"/>
      </w:pPr>
      <w:r>
        <w:t>Varas was not there.</w:t>
      </w:r>
    </w:p>
    <w:p>
      <w:pPr>
        <w:spacing w:line="360" w:lineRule="auto" w:after="0"/>
        <w:ind w:firstLine="283"/>
      </w:pPr>
      <w:r>
        <w:t>The kitchen was there. The table was there. The two chairs were there. The cup was on the table, half-full of cold tea, the rim unchipped. The children's shoes were by the door — two pairs, small, lined up neatly, as a mother lines up shoes when she is leaving and does not know if she is coming back. The lining-up told Nima, before she had finished looking, that Varas was not coming back. The knowing settled into her sternum where the shapes lived.</w:t>
      </w:r>
    </w:p>
    <w:p>
      <w:pPr>
        <w:spacing w:line="360" w:lineRule="auto" w:after="0"/>
        <w:ind w:firstLine="283"/>
      </w:pPr>
      <w:r>
        <w:t>She did not call the name. She stood in the kitchen and she counted — the exits, the cup, the shoes, the cold tea, the absence — and the counting was the habit, and the habit held her upright.</w:t>
      </w:r>
    </w:p>
    <w:p>
      <w:pPr>
        <w:spacing w:line="360" w:lineRule="auto" w:after="0"/>
        <w:ind w:firstLine="283"/>
      </w:pPr>
      <w:r>
        <w:t>She had chalk in her pocket. She always carried chalk — a stub, wrapped in cloth, the way a clerk carried a pen. The chalk was for marking a route, for leaving a sign, for the small bright word that said I was here when there was no one to say it to. She could write the name. She could write it on the board beside the list, in the margin where the list ended, and the writing would be there in the morning when the clerk came, and the clerk would read it, and the reading would be the city's knowing.</w:t>
      </w:r>
    </w:p>
    <w:p>
      <w:pPr>
        <w:spacing w:line="360" w:lineRule="auto" w:after="0"/>
        <w:ind w:firstLine="283"/>
      </w:pPr>
      <w:r>
        <w:t>She did not write the name.</w:t>
      </w:r>
    </w:p>
    <w:p>
      <w:pPr>
        <w:spacing w:line="360" w:lineRule="auto" w:after="0"/>
        <w:ind w:firstLine="283"/>
      </w:pPr>
      <w:r>
        <w:t>The not-writing was the passages' sixth mercy. The chalk went back in the pocket. The not-resolving was the passages' whole true work.</w:t>
      </w:r>
    </w:p>
    <w:p>
      <w:pPr>
        <w:spacing w:line="360" w:lineRule="auto" w:after="0"/>
        <w:ind w:firstLine="283"/>
      </w:pPr>
      <w:r>
        <w:t>She set the tallow stub on the table beside the cold tea and the lined-up shoes. She lit it. She watched the flame. The flame was small. The small was the thing she could do. The cup went on cooling. The shoes went on waiting. The door at the fourth junction went on standing open. The standing-open was the door's whole work, and the work was not the door's, and the not-being-the-door's was the only true thing Nima knew about the morning, and the knowing was small, and the small was all there was.</w:t>
      </w:r>
    </w:p>
    <w:p>
      <w:pPr>
        <w:spacing w:line="360" w:lineRule="auto" w:after="0"/>
        <w:ind w:firstLine="283"/>
      </w:pPr>
      <w:r>
        <w:t>The passages held. The passages were the small, the half-burned, the tallow stub lit on a table beside a cold cup and two pairs of shoes. Nima stood at the table and did not sit. The standing was the watching, and the watching was the only thing she could do, and the doing was small, and the small was all there was.</w:t>
      </w:r>
    </w:p>
    <w:p>
      <w:pPr>
        <w:ind w:firstLine="0"/>
        <w:jc w:val="center"/>
      </w:pPr>
      <w:r>
        <w:rPr>
          <w:color w:val="AAAAAA"/>
        </w:rPr>
        <w:t>❖</w:t>
      </w:r>
    </w:p>
    <w:p>
      <w:pPr>
        <w:spacing w:before="360" w:after="240"/>
        <w:ind w:firstLine="0"/>
        <w:jc w:val="center"/>
      </w:pPr>
      <w:r>
        <w:rPr>
          <w:b/>
          <w:i/>
          <w:color w:val="333333"/>
          <w:sz w:val="26"/>
        </w:rPr>
        <w:t>Chapter 14 — Bells for Taking</w:t>
      </w:r>
    </w:p>
    <w:p>
      <w:pPr>
        <w:spacing w:line="360" w:lineRule="auto" w:after="0"/>
        <w:ind w:firstLine="283"/>
      </w:pPr>
      <w:r>
        <w:t>‖ •</w:t>
      </w:r>
    </w:p>
    <w:p>
      <w:pPr>
        <w:spacing w:line="360" w:lineRule="auto" w:after="0"/>
        <w:ind w:firstLine="283"/>
      </w:pPr>
      <w:r>
        <w:t>The bells rang at dusk.</w:t>
      </w:r>
    </w:p>
    <w:p>
      <w:pPr>
        <w:spacing w:line="360" w:lineRule="auto" w:after="0"/>
        <w:ind w:firstLine="283"/>
      </w:pPr>
      <w:r>
        <w:t>The sound came first. The sound came before the knowing. The sound came the way sound comes — through the air, through the square, through the walls, through the bodies, through the hands. The bodies heard it before the minds knew. The dusk was the Taking.</w:t>
      </w:r>
    </w:p>
    <w:p>
      <w:pPr>
        <w:spacing w:line="360" w:lineRule="auto" w:after="0"/>
        <w:ind w:firstLine="283"/>
      </w:pPr>
      <w:r>
        <w:t>Nessa’s hands stopped. The hands had been tearing bread — the last bread of the Morning Without Bells, the bread she had been sharing with Marsa at the kitchen table. The hands stopped.</w:t>
      </w:r>
    </w:p>
    <w:p>
      <w:pPr>
        <w:spacing w:line="360" w:lineRule="auto" w:after="0"/>
        <w:ind w:firstLine="283"/>
      </w:pPr>
      <w:r>
        <w:t>Marsa’s hands stopped too. Marsa’s hands had been wiping the block — the last wiping, the closing wiping.</w:t>
      </w:r>
    </w:p>
    <w:p>
      <w:pPr>
        <w:spacing w:line="360" w:lineRule="auto" w:after="0"/>
        <w:ind w:firstLine="283"/>
      </w:pPr>
      <w:r>
        <w:t>“What,” Marsa said.</w:t>
      </w:r>
    </w:p>
    <w:p>
      <w:pPr>
        <w:spacing w:line="360" w:lineRule="auto" w:after="0"/>
        <w:ind w:firstLine="283"/>
      </w:pPr>
      <w:r>
        <w:t>Nessa did not answer.</w:t>
      </w:r>
    </w:p>
    <w:p>
      <w:pPr>
        <w:spacing w:line="360" w:lineRule="auto" w:after="0"/>
        <w:ind w:firstLine="283"/>
      </w:pPr>
      <w:r>
        <w:t>Rook’s hands stopped. The hands had been at his sides — the off-duty hands, the hands that had eaten a bun and picked up a wooden horse and not-reported a protocol-break.</w:t>
      </w:r>
    </w:p>
    <w:p>
      <w:pPr>
        <w:spacing w:line="360" w:lineRule="auto" w:after="0"/>
        <w:ind w:firstLine="283"/>
      </w:pPr>
      <w:r>
        <w:t>Breck’s hands stopped. Breck had been eating — the last bun.</w:t>
      </w:r>
    </w:p>
    <w:p>
      <w:pPr>
        <w:spacing w:line="360" w:lineRule="auto" w:after="0"/>
        <w:ind w:firstLine="283"/>
      </w:pPr>
      <w:r>
        <w:t>“Taking,” Breck said.</w:t>
      </w:r>
    </w:p>
    <w:p>
      <w:pPr>
        <w:spacing w:line="360" w:lineRule="auto" w:after="0"/>
        <w:ind w:firstLine="283"/>
      </w:pPr>
      <w:r>
        <w:t>Rook did not answer.</w:t>
      </w:r>
    </w:p>
    <w:p>
      <w:pPr>
        <w:spacing w:line="360" w:lineRule="auto" w:after="0"/>
        <w:ind w:firstLine="283"/>
      </w:pPr>
      <w:r>
        <w:t>Mira’s hands stopped. The hands had been holding the cup — the cup the color of the cardamom pod, the cup she had bought in the third year, the cup she drank from on the Morning Without Bells because the archive was closed and the morning was not the archive. The tea was cold — the morning had been long.</w:t>
      </w:r>
    </w:p>
    <w:p>
      <w:pPr>
        <w:spacing w:line="360" w:lineRule="auto" w:after="0"/>
        <w:ind w:firstLine="283"/>
      </w:pPr>
      <w:r>
        <w:t>The window was open. The window looked at the wall. The morning was no longer the morning.</w:t>
      </w:r>
    </w:p>
    <w:p>
      <w:pPr>
        <w:spacing w:line="360" w:lineRule="auto" w:after="0"/>
        <w:ind w:firstLine="283"/>
      </w:pPr>
      <w:r>
        <w:t>Mira set down the cup. A drop of cold tea ran down the side to the base.</w:t>
      </w:r>
    </w:p>
    <w:p>
      <w:pPr>
        <w:spacing w:line="360" w:lineRule="auto" w:after="0"/>
        <w:ind w:firstLine="283"/>
      </w:pPr>
      <w:r>
        <w:t>“Not,” Mira said.</w:t>
      </w:r>
    </w:p>
    <w:p>
      <w:pPr>
        <w:spacing w:line="360" w:lineRule="auto" w:after="0"/>
        <w:ind w:firstLine="283"/>
      </w:pPr>
      <w:r>
        <w:t>She did not finish the word.</w:t>
      </w:r>
    </w:p>
    <w:p>
      <w:pPr>
        <w:spacing w:line="360" w:lineRule="auto" w:after="0"/>
        <w:ind w:firstLine="283"/>
      </w:pPr>
      <w:r>
        <w:t>Nima’s hands stopped. The hands had been in her pockets — the pockets of the coat, the pockets that held the chalk and the slate with the line. The bells came through the stone. The bells came through the earth. Nima was in the passage because Nima had not stayed. Nima had almost stayed, and the almost was the grace.</w:t>
      </w:r>
    </w:p>
    <w:p>
      <w:pPr>
        <w:spacing w:line="360" w:lineRule="auto" w:after="0"/>
        <w:ind w:firstLine="283"/>
      </w:pPr>
      <w:r>
        <w:t>“Who,” Nima said.</w:t>
      </w:r>
    </w:p>
    <w:p>
      <w:pPr>
        <w:spacing w:line="360" w:lineRule="auto" w:after="0"/>
        <w:ind w:firstLine="283"/>
      </w:pPr>
      <w:r>
        <w:t>The passage did not answer.</w:t>
      </w:r>
    </w:p>
    <w:p>
      <w:pPr>
        <w:spacing w:line="360" w:lineRule="auto" w:after="0"/>
        <w:ind w:firstLine="283"/>
      </w:pPr>
      <w:r>
        <w:t>Seret’s hands stopped. The hands had been in his coat — the off-duty coat, the coat that held the folio in the inner pocket, the folio — the emergency, the signed. The hand went to the inner pocket. The hand found the felt pen case. The hand stayed on the felt.</w:t>
      </w:r>
    </w:p>
    <w:p>
      <w:pPr>
        <w:spacing w:line="360" w:lineRule="auto" w:after="0"/>
        <w:ind w:firstLine="283"/>
      </w:pPr>
      <w:r>
        <w:t>The containment was the Taking.</w:t>
      </w:r>
    </w:p>
    <w:p>
      <w:pPr>
        <w:spacing w:line="360" w:lineRule="auto" w:after="0"/>
        <w:ind w:firstLine="283"/>
      </w:pPr>
      <w:r>
        <w:t>Seret had signed it.</w:t>
      </w:r>
    </w:p>
    <w:p>
      <w:pPr>
        <w:spacing w:line="360" w:lineRule="auto" w:after="0"/>
        <w:ind w:firstLine="283"/>
      </w:pPr>
      <w:r>
        <w:t>Kael’s hands stopped. The hands had been in his pockets — the pockets of the coat, the pockets that held the chalk and the cup.</w:t>
      </w:r>
    </w:p>
    <w:p>
      <w:pPr>
        <w:spacing w:line="360" w:lineRule="auto" w:after="0"/>
        <w:ind w:firstLine="283"/>
      </w:pPr>
      <w:r>
        <w:t>Kael was on the wall. The wall was the low wall behind the East Annex, the wall where he had sat with the child, the wall where the two lines were — his line and the child’s line, the two lines that did not agree. The two lines were on the stone. The stone was warm.</w:t>
      </w:r>
    </w:p>
    <w:p>
      <w:pPr>
        <w:spacing w:line="360" w:lineRule="auto" w:after="0"/>
        <w:ind w:firstLine="283"/>
      </w:pPr>
      <w:r>
        <w:t>Kael did not know the Taking. Kael knew the way the unlisted knew — by the body, by the hands that stopped. The stone was cooling under him. The warmth was going.</w:t>
      </w:r>
    </w:p>
    <w:p>
      <w:pPr>
        <w:spacing w:line="360" w:lineRule="auto" w:after="0"/>
        <w:ind w:firstLine="283"/>
      </w:pPr>
      <w:r>
        <w:t>Kael did not speak.</w:t>
      </w:r>
    </w:p>
    <w:p>
      <w:pPr>
        <w:spacing w:line="360" w:lineRule="auto" w:after="0"/>
        <w:ind w:firstLine="283"/>
      </w:pPr>
      <w:r>
        <w:t>He looked at the two lines on the stone.</w:t>
      </w:r>
    </w:p>
    <w:p>
      <w:pPr>
        <w:spacing w:line="360" w:lineRule="auto" w:after="0"/>
        <w:ind w:firstLine="283"/>
      </w:pPr>
      <w:r>
        <w:t>The district froze — the child chasing the dog, the two women on the bench, the old man at the kitchen door, the hundred and forty.</w:t>
      </w:r>
    </w:p>
    <w:p>
      <w:pPr>
        <w:spacing w:line="360" w:lineRule="auto" w:after="0"/>
        <w:ind w:firstLine="283"/>
      </w:pPr>
      <w:r>
        <w:t>The child stopped chasing the dog. The dog stopped being chased. The two women stopped speaking. The old man stopped eating. The bun was in the hand. The hand was still.</w:t>
      </w:r>
    </w:p>
    <w:p>
      <w:pPr>
        <w:spacing w:line="360" w:lineRule="auto" w:after="0"/>
        <w:ind w:firstLine="283"/>
      </w:pPr>
      <w:r>
        <w:t>The bells rang.</w:t>
      </w:r>
    </w:p>
    <w:p>
      <w:pPr>
        <w:spacing w:line="360" w:lineRule="auto" w:after="0"/>
        <w:ind w:firstLine="283"/>
      </w:pPr>
      <w:r>
        <w:t>The bells stopped.</w:t>
      </w:r>
    </w:p>
    <w:p>
      <w:pPr>
        <w:spacing w:line="360" w:lineRule="auto" w:after="0"/>
        <w:ind w:firstLine="283"/>
      </w:pPr>
      <w:r>
        <w:t>The district did not move. The district did not speak.</w:t>
      </w:r>
    </w:p>
    <w:p>
      <w:pPr>
        <w:ind w:firstLine="0"/>
        <w:jc w:val="center"/>
      </w:pPr>
      <w:r>
        <w:rPr>
          <w:color w:val="AAAAAA"/>
        </w:rPr>
        <w:t>❖</w:t>
      </w:r>
    </w:p>
    <w:p>
      <w:pPr>
        <w:spacing w:before="360" w:after="240"/>
        <w:ind w:firstLine="0"/>
        <w:jc w:val="center"/>
      </w:pPr>
      <w:r>
        <w:rPr>
          <w:b/>
          <w:i/>
          <w:color w:val="333333"/>
          <w:sz w:val="26"/>
        </w:rPr>
        <w:t>Step — The Morning After the Raid (Tansy)</w:t>
      </w:r>
    </w:p>
    <w:p>
      <w:pPr>
        <w:spacing w:line="360" w:lineRule="auto" w:after="0"/>
        <w:ind w:firstLine="283"/>
      </w:pPr>
      <w:r>
        <w:t>‖ ∧</w:t>
      </w:r>
    </w:p>
    <w:p>
      <w:pPr>
        <w:spacing w:line="360" w:lineRule="auto" w:after="0"/>
        <w:ind w:firstLine="283"/>
      </w:pPr>
      <w:r>
        <w:t>Tansy wanted the gull's-foot to stay.</w:t>
      </w:r>
    </w:p>
    <w:p>
      <w:pPr>
        <w:spacing w:line="360" w:lineRule="auto" w:after="0"/>
        <w:ind w:firstLine="283"/>
      </w:pPr>
      <w:r>
        <w:t>The wanting was small. The wanting was the lintel — the stone above the door-frame, the stone where she had pressed the chalk the night the Registry came for the children, the chalk the colour of old cream, the gull's-foot mark the form of a gull's foot on the stone — and the not-knowing if the mark would be there in the morning. The not-knowing was the only true thing Tansy had, and the only true thing was small, and the small was all there was.</w:t>
      </w:r>
    </w:p>
    <w:p>
      <w:pPr>
        <w:spacing w:line="360" w:lineRule="auto" w:after="0"/>
        <w:ind w:firstLine="283"/>
      </w:pPr>
      <w:r>
        <w:t>The morning came. The bells did not ring. The bells had not rung since the dusk the Registry had come. The not-ringing was the morning's whole true mark. The mark was the silence. The silence was the city's. The city's silence was the morning's.</w:t>
      </w:r>
    </w:p>
    <w:p>
      <w:pPr>
        <w:spacing w:line="360" w:lineRule="auto" w:after="0"/>
        <w:ind w:firstLine="283"/>
      </w:pPr>
      <w:r>
        <w:t>Tansy lit the stove. The kindling was damp. The damp was the night's. The match broke. The second match caught. The catching was late. The late catching made the kindling smoke, and the smoking filled the kitchen for an hour, and the hour was the morning's first true length, and the length was the not-burning, and the not-burning was the not-resolving.</w:t>
      </w:r>
    </w:p>
    <w:p>
      <w:pPr>
        <w:spacing w:line="360" w:lineRule="auto" w:after="0"/>
        <w:ind w:firstLine="283"/>
      </w:pPr>
      <w:r>
        <w:t>She did not curse. The not-cursing was the morning's whole true mercy.</w:t>
      </w:r>
    </w:p>
    <w:p>
      <w:pPr>
        <w:spacing w:line="360" w:lineRule="auto" w:after="0"/>
        <w:ind w:firstLine="283"/>
      </w:pPr>
      <w:r>
        <w:t>She went to the door. The door was the door the Registry had come to. The door was the door the children had been taken through. The door was the door the gull's-foot was on.</w:t>
      </w:r>
    </w:p>
    <w:p>
      <w:pPr>
        <w:spacing w:line="360" w:lineRule="auto" w:after="0"/>
        <w:ind w:firstLine="283"/>
      </w:pPr>
      <w:r>
        <w:t>The gull's-foot was there.</w:t>
      </w:r>
    </w:p>
    <w:p>
      <w:pPr>
        <w:spacing w:line="360" w:lineRule="auto" w:after="0"/>
        <w:ind w:firstLine="283"/>
      </w:pPr>
      <w:r>
        <w:t>The mark was on the lintel — the stone above the door-frame, the stone where she had pressed the chalk the night before. The mark was the form of a gull's foot — the three toes, the web, the small splay at the heel. The mark was the colour of old cream where the chalk had pressed the stone. The mark had not washed. The mark had not been wiped. The mark had stayed.</w:t>
      </w:r>
    </w:p>
    <w:p>
      <w:pPr>
        <w:spacing w:line="360" w:lineRule="auto" w:after="0"/>
        <w:ind w:firstLine="283"/>
      </w:pPr>
      <w:r>
        <w:t>The staying was the morning's whole true work. The not-washing was the not-resolving. The not-resolving was the only true thing the morning had, and the only true thing was small.</w:t>
      </w:r>
    </w:p>
    <w:p>
      <w:pPr>
        <w:spacing w:line="360" w:lineRule="auto" w:after="0"/>
        <w:ind w:firstLine="283"/>
      </w:pPr>
      <w:r>
        <w:t>Tansy did not touch the mark. The touching would have been the fixing. The fixing would have been the resolving. The mark did not resolve. The mark held the not-resolving. The not-resolving was the mark's whole true office.</w:t>
      </w:r>
    </w:p>
    <w:p>
      <w:pPr>
        <w:spacing w:line="360" w:lineRule="auto" w:after="0"/>
        <w:ind w:firstLine="283"/>
      </w:pPr>
      <w:r>
        <w:t>She set the caret beside it. She took the chalk stub from the apron — the chalk the colour of old cream, the chalk that had been the night's chalk, the chalk she had pressed to the stone. She set the small wedge beside the gull's-foot — the little roof, the witness's mark, the mark that said I saw this; I only copied this; the mark is not mine. The caret held the gull's-foot the way the prop held the stair — without straightening, without resolving, with the plain holding.</w:t>
      </w:r>
    </w:p>
    <w:p>
      <w:pPr>
        <w:spacing w:line="360" w:lineRule="auto" w:after="0"/>
        <w:ind w:firstLine="283"/>
      </w:pPr>
      <w:r>
        <w:t>The two marks stood side by side on the lintel — the gull's-foot and the caret — the way the two lines stood side by side on the stone at the low wall — not agreeing, not resolving, just standing. The standing was the morning's whole honest arithmetic, and the arithmetic did not balance.</w:t>
      </w:r>
    </w:p>
    <w:p>
      <w:pPr>
        <w:spacing w:line="360" w:lineRule="auto" w:after="0"/>
        <w:ind w:firstLine="283"/>
      </w:pPr>
      <w:r>
        <w:t>The slab was at the door-step.</w:t>
      </w:r>
    </w:p>
    <w:p>
      <w:pPr>
        <w:spacing w:line="360" w:lineRule="auto" w:after="0"/>
        <w:ind w:firstLine="283"/>
      </w:pPr>
      <w:r>
        <w:t>The slab was the flat grey stone — the stone the size of a bread-board, the stone she had rolled under the beam's end at the well-cover in the country, the stone she had carried from the country to the city in the second year. The slab was the morning's whole true weight. The weight was not in the stone. The weight was in the place the slab held — the place between the door and the lane, the place the children had been taken through, the place the gull's-foot marked.</w:t>
      </w:r>
    </w:p>
    <w:p>
      <w:pPr>
        <w:spacing w:line="360" w:lineRule="auto" w:after="0"/>
        <w:ind w:firstLine="283"/>
      </w:pPr>
      <w:r>
        <w:t>The slab held the morning the way the slab held the beam — without fixing, without resolving, with the plain holding.</w:t>
      </w:r>
    </w:p>
    <w:p>
      <w:pPr>
        <w:spacing w:line="360" w:lineRule="auto" w:after="0"/>
        <w:ind w:firstLine="283"/>
      </w:pPr>
      <w:r>
        <w:t>Tansy stood at the slab. She did not step on it. The not-stepping was the morning's whole true mercy. The mercy was small. The small was the not-resolving's whole true mark.</w:t>
      </w:r>
    </w:p>
    <w:p>
      <w:pPr>
        <w:spacing w:line="360" w:lineRule="auto" w:after="0"/>
        <w:ind w:firstLine="283"/>
      </w:pPr>
      <w:r>
        <w:t>A child came past the lane.</w:t>
      </w:r>
    </w:p>
    <w:p>
      <w:pPr>
        <w:spacing w:line="360" w:lineRule="auto" w:after="0"/>
        <w:ind w:firstLine="283"/>
      </w:pPr>
      <w:r>
        <w:t>The child was not her child. The child was the neighbour's child — the child from the house two doors down, the child who had played with her children in the lane, the child who had not been taken. The child came past the lane the way a child comes past a lane — without announcing, without purpose, the feet on the cobbles not knowing where to go because the feet had nowhere to be.</w:t>
      </w:r>
    </w:p>
    <w:p>
      <w:pPr>
        <w:spacing w:line="360" w:lineRule="auto" w:after="0"/>
        <w:ind w:firstLine="283"/>
      </w:pPr>
      <w:r>
        <w:t>The child stopped at the door. The child saw the gull's-foot. The child saw the caret. The child saw the slab. The child did not speak. The not-speaking was the child's whole true work. The work was the not-knowing. The not-knowing was the only true thing the child had.</w:t>
      </w:r>
    </w:p>
    <w:p>
      <w:pPr>
        <w:spacing w:line="360" w:lineRule="auto" w:after="0"/>
        <w:ind w:firstLine="283"/>
      </w:pPr>
      <w:r>
        <w:t>"Where are they," the child said.</w:t>
      </w:r>
    </w:p>
    <w:p>
      <w:pPr>
        <w:spacing w:line="360" w:lineRule="auto" w:after="0"/>
        <w:ind w:firstLine="283"/>
      </w:pPr>
      <w:r>
        <w:t>It was not a question. It was the asking. The asking was the making-real. The child had made the asking real.</w:t>
      </w:r>
    </w:p>
    <w:p>
      <w:pPr>
        <w:spacing w:line="360" w:lineRule="auto" w:after="0"/>
        <w:ind w:firstLine="283"/>
      </w:pPr>
      <w:r>
        <w:t>Tansy did not answer. The not-answering was the morning's whole true office. The office was the not-resolving. The not-resolving was the only true thing Tansy could do about the children, and the doing was small.</w:t>
      </w:r>
    </w:p>
    <w:p>
      <w:pPr>
        <w:spacing w:line="360" w:lineRule="auto" w:after="0"/>
        <w:ind w:firstLine="283"/>
      </w:pPr>
      <w:r>
        <w:t>"I don't know," Tansy said.</w:t>
      </w:r>
    </w:p>
    <w:p>
      <w:pPr>
        <w:spacing w:line="360" w:lineRule="auto" w:after="0"/>
        <w:ind w:firstLine="283"/>
      </w:pPr>
      <w:r>
        <w:t>She said it the way she said things to children — without the softening, without the small voice, the plain thing.</w:t>
      </w:r>
    </w:p>
    <w:p>
      <w:pPr>
        <w:spacing w:line="360" w:lineRule="auto" w:after="0"/>
        <w:ind w:firstLine="283"/>
      </w:pPr>
      <w:r>
        <w:t>The child did not speak for a moment. The not-speaking was the child's whole true work.</w:t>
      </w:r>
    </w:p>
    <w:p>
      <w:pPr>
        <w:spacing w:line="360" w:lineRule="auto" w:after="0"/>
        <w:ind w:firstLine="283"/>
      </w:pPr>
      <w:r>
        <w:t>"Will they come back," the child said.</w:t>
      </w:r>
    </w:p>
    <w:p>
      <w:pPr>
        <w:spacing w:line="360" w:lineRule="auto" w:after="0"/>
        <w:ind w:firstLine="283"/>
      </w:pPr>
      <w:r>
        <w:t>"I don't know."</w:t>
      </w:r>
    </w:p>
    <w:p>
      <w:pPr>
        <w:spacing w:line="360" w:lineRule="auto" w:after="0"/>
        <w:ind w:firstLine="283"/>
      </w:pPr>
      <w:r>
        <w:t>The not-knowing was the morning's whole true office. The office was the not-resolving. The not-resolving was the only true thing the morning had.</w:t>
      </w:r>
    </w:p>
    <w:p>
      <w:pPr>
        <w:spacing w:line="360" w:lineRule="auto" w:after="0"/>
        <w:ind w:firstLine="283"/>
      </w:pPr>
      <w:r>
        <w:t>The child looked at the gull's-foot. The child's thumb went to the mark — the small touch, the way a child touches a thing on a stone that has never been touched by a child before. The thumb found the splay at the heel. The thumb rested there.</w:t>
      </w:r>
    </w:p>
    <w:p>
      <w:pPr>
        <w:spacing w:line="360" w:lineRule="auto" w:after="0"/>
        <w:ind w:firstLine="283"/>
      </w:pPr>
      <w:r>
        <w:t>"It stayed," the child said.</w:t>
      </w:r>
    </w:p>
    <w:p>
      <w:pPr>
        <w:spacing w:line="360" w:lineRule="auto" w:after="0"/>
        <w:ind w:firstLine="283"/>
      </w:pPr>
      <w:r>
        <w:t>"Yes."</w:t>
      </w:r>
    </w:p>
    <w:p>
      <w:pPr>
        <w:spacing w:line="360" w:lineRule="auto" w:after="0"/>
        <w:ind w:firstLine="283"/>
      </w:pPr>
      <w:r>
        <w:t>"Things don't stay."</w:t>
      </w:r>
    </w:p>
    <w:p>
      <w:pPr>
        <w:spacing w:line="360" w:lineRule="auto" w:after="0"/>
        <w:ind w:firstLine="283"/>
      </w:pPr>
      <w:r>
        <w:t>"Some things stay."</w:t>
      </w:r>
    </w:p>
    <w:p>
      <w:pPr>
        <w:spacing w:line="360" w:lineRule="auto" w:after="0"/>
        <w:ind w:firstLine="283"/>
      </w:pPr>
      <w:r>
        <w:t>The child did not speak. The not-speaking was the morning's whole true work. The work was the not-resolving. The not-resolving was the only true thing the morning had.</w:t>
      </w:r>
    </w:p>
    <w:p>
      <w:pPr>
        <w:spacing w:line="360" w:lineRule="auto" w:after="0"/>
        <w:ind w:firstLine="283"/>
      </w:pPr>
      <w:r>
        <w:t>The child went past the lane the way the child had come — without farewell, without announcing, the feet on the cobbles. Tansy did not call. The not-calling was the morning's whole true mercy.</w:t>
      </w:r>
    </w:p>
    <w:p>
      <w:pPr>
        <w:spacing w:line="360" w:lineRule="auto" w:after="0"/>
        <w:ind w:firstLine="283"/>
      </w:pPr>
      <w:r>
        <w:t>She stood at the slab. The gull's-foot was on the lintel. The caret was beside the gull's-foot. The slab was at the door-step. The three stood together — the mark, the caret, the slab — the way the three things stood on the master's chest — the verification slip, the half-degree, the caret — not agreeing, not resolving, just standing.</w:t>
      </w:r>
    </w:p>
    <w:p>
      <w:pPr>
        <w:spacing w:line="360" w:lineRule="auto" w:after="0"/>
        <w:ind w:firstLine="283"/>
      </w:pPr>
      <w:r>
        <w:t>The slab held the morning the way the slab held the beam. The lintel held the gull's-foot the way the lintel held the door-frame. The caret held the gull's-foot the way the prop held the stair. The holding was the morning's whole true work. The work was small. The small was all there was.</w:t>
      </w:r>
    </w:p>
    <w:p>
      <w:pPr>
        <w:spacing w:line="360" w:lineRule="auto" w:after="0"/>
        <w:ind w:firstLine="283"/>
      </w:pPr>
      <w:r>
        <w:t>Tansy did not go in. The not-going-in was the morning's whole true mercy. She stood at the slab and the morning did not name. The naming was the city's. The morning was not the city's. The not-resolving was the only true thing the morning had.</w:t>
      </w:r>
    </w:p>
    <w:p>
      <w:pPr>
        <w:spacing w:line="360" w:lineRule="auto" w:after="0"/>
        <w:ind w:firstLine="283"/>
      </w:pPr>
      <w:r>
        <w:t>The bells did not ring. The bells had not rung since the dusk. The not-ringing was the city's silence. The silence was the city's. The city's silence was the morning's. The morning's silence was the gull's-foot's. The gull's-foot was the not-resolving's. The not-resolving was the only true thing the morning had, and the only true thing was small, and the small was all there was.</w:t>
      </w:r>
    </w:p>
    <w:p>
      <w:pPr>
        <w:ind w:firstLine="0"/>
        <w:jc w:val="center"/>
      </w:pPr>
      <w:r>
        <w:rPr>
          <w:color w:val="AAAAAA"/>
        </w:rPr>
        <w:t>❖</w:t>
      </w:r>
    </w:p>
    <w:p>
      <w:pPr>
        <w:spacing w:before="360" w:after="240"/>
        <w:ind w:firstLine="0"/>
        <w:jc w:val="center"/>
      </w:pPr>
      <w:r>
        <w:rPr>
          <w:b/>
          <w:i/>
          <w:color w:val="333333"/>
          <w:sz w:val="26"/>
        </w:rPr>
        <w:t>Step — The Runner (Tansy)</w:t>
      </w:r>
    </w:p>
    <w:p>
      <w:pPr>
        <w:spacing w:line="360" w:lineRule="auto" w:after="0"/>
        <w:ind w:firstLine="283"/>
      </w:pPr>
      <w:r>
        <w:t>‖ ∧</w:t>
      </w:r>
    </w:p>
    <w:p>
      <w:pPr>
        <w:spacing w:line="360" w:lineRule="auto" w:after="0"/>
        <w:ind w:firstLine="283"/>
      </w:pPr>
      <w:r>
        <w:t>Tansy wanted the child to carry the chalk.</w:t>
      </w:r>
    </w:p>
    <w:p>
      <w:pPr>
        <w:spacing w:line="360" w:lineRule="auto" w:after="0"/>
        <w:ind w:firstLine="283"/>
      </w:pPr>
      <w:r>
        <w:t>The wanting was small. The wanting was the chalk stub in her apron — the chalk the colour of old cream, the chalk that had pressed the gull's-foot on the lintel, the chalk that had set the caret beside the gull's-foot — and the child, and the not-carrying yet, and the morning-after-the-morning-after, and the not-knowing if the chalk would be carried or if the chalk would stay in the apron. The not-knowing was the only true thing the morning had, and the only true thing was small, and the small was all there was.</w:t>
      </w:r>
    </w:p>
    <w:p>
      <w:pPr>
        <w:spacing w:line="360" w:lineRule="auto" w:after="0"/>
        <w:ind w:firstLine="283"/>
      </w:pPr>
      <w:r>
        <w:t>The child was the runner.</w:t>
      </w:r>
    </w:p>
    <w:p>
      <w:pPr>
        <w:spacing w:line="360" w:lineRule="auto" w:after="0"/>
        <w:ind w:firstLine="283"/>
      </w:pPr>
      <w:r>
        <w:t>The runner was not Tansy's child. The runner was a child of the lane — the girl from the house two doors down, the girl who had come past the morning after the raid and had touched the gull's-foot and had said it stayed. The girl was eight. The girl was the age of Tansy's youngest. The girl had not been taken. The not-being-taken was the girl's whole true mark. The mark was the askew line — the refusal to resolve, the place the girl disagreed with the city and the disagreement was preserved in the body.</w:t>
      </w:r>
    </w:p>
    <w:p>
      <w:pPr>
        <w:spacing w:line="360" w:lineRule="auto" w:after="0"/>
        <w:ind w:firstLine="283"/>
      </w:pPr>
      <w:r>
        <w:t>Tansy had not asked the girl to come. The girl had come because the lane was the lane and the lane had the children the lane had. The girl came at the second bell. The second bell was the morning's bell. The morning's bell was the lane's.</w:t>
      </w:r>
    </w:p>
    <w:p>
      <w:pPr>
        <w:spacing w:line="360" w:lineRule="auto" w:after="0"/>
        <w:ind w:firstLine="283"/>
      </w:pPr>
      <w:r>
        <w:t>"You have the chalk," the girl said.</w:t>
      </w:r>
    </w:p>
    <w:p>
      <w:pPr>
        <w:spacing w:line="360" w:lineRule="auto" w:after="0"/>
        <w:ind w:firstLine="283"/>
      </w:pPr>
      <w:r>
        <w:t>Tansy did not answer. The not-answering was the morning's whole true office. The office was the not-naming. The not-naming was the only true thing Tansy could do about the chalk, and the doing was small.</w:t>
      </w:r>
    </w:p>
    <w:p>
      <w:pPr>
        <w:spacing w:line="360" w:lineRule="auto" w:after="0"/>
        <w:ind w:firstLine="283"/>
      </w:pPr>
      <w:r>
        <w:t>"Will you give it," the girl said.</w:t>
      </w:r>
    </w:p>
    <w:p>
      <w:pPr>
        <w:spacing w:line="360" w:lineRule="auto" w:after="0"/>
        <w:ind w:firstLine="283"/>
      </w:pPr>
      <w:r>
        <w:t>Tansy took the chalk stub from the apron. She held it out — without the ceremony, without the this-was-someone's — as a woman holds out a thing to a child who has asked for it. The girl took the chalk. The girl's hand was small. The chalk was the girl's. The chalk was out of Tansy's apron for the first time since the night the Registry came.</w:t>
      </w:r>
    </w:p>
    <w:p>
      <w:pPr>
        <w:spacing w:line="360" w:lineRule="auto" w:after="0"/>
        <w:ind w:firstLine="283"/>
      </w:pPr>
      <w:r>
        <w:t>The girl looked at the chalk. The girl's thumb found the wear — the place Tansy's thumb had pressed the lintel, the place the chalk had worn smooth at the tip, the place the gull's-foot had been. The thumb rested there the way a hand rests on a thing it has been carrying and is not yet ready to set down.</w:t>
      </w:r>
    </w:p>
    <w:p>
      <w:pPr>
        <w:spacing w:line="360" w:lineRule="auto" w:after="0"/>
        <w:ind w:firstLine="283"/>
      </w:pPr>
      <w:r>
        <w:t>"Where do I carry it," the girl said.</w:t>
      </w:r>
    </w:p>
    <w:p>
      <w:pPr>
        <w:spacing w:line="360" w:lineRule="auto" w:after="0"/>
        <w:ind w:firstLine="283"/>
      </w:pPr>
      <w:r>
        <w:t>Tansy did not answer. The not-answering was the morning's whole true work. The work was the not-resolving. The not-resolving was the only true thing Tansy could do about the carrying, and the doing was small.</w:t>
      </w:r>
    </w:p>
    <w:p>
      <w:pPr>
        <w:spacing w:line="360" w:lineRule="auto" w:after="0"/>
        <w:ind w:firstLine="283"/>
      </w:pPr>
      <w:r>
        <w:t>"The lane," Tansy said. "The lane and the lane beyond. The lane where the children were taken. The lane where the children were not taken. The lane where the chalk has not been."</w:t>
      </w:r>
    </w:p>
    <w:p>
      <w:pPr>
        <w:spacing w:line="360" w:lineRule="auto" w:after="0"/>
        <w:ind w:firstLine="283"/>
      </w:pPr>
      <w:r>
        <w:t>"What do I draw."</w:t>
      </w:r>
    </w:p>
    <w:p>
      <w:pPr>
        <w:spacing w:line="360" w:lineRule="auto" w:after="0"/>
        <w:ind w:firstLine="283"/>
      </w:pPr>
      <w:r>
        <w:t>"The askew line."</w:t>
      </w:r>
    </w:p>
    <w:p>
      <w:pPr>
        <w:spacing w:line="360" w:lineRule="auto" w:after="0"/>
        <w:ind w:firstLine="283"/>
      </w:pPr>
      <w:r>
        <w:t>The girl did not speak for a moment. The not-speaking was the girl's whole true work. The work was the not-knowing. The not-knowing was the only true thing the girl had.</w:t>
      </w:r>
    </w:p>
    <w:p>
      <w:pPr>
        <w:spacing w:line="360" w:lineRule="auto" w:after="0"/>
        <w:ind w:firstLine="283"/>
      </w:pPr>
      <w:r>
        <w:t>"What is the askew line."</w:t>
      </w:r>
    </w:p>
    <w:p>
      <w:pPr>
        <w:spacing w:line="360" w:lineRule="auto" w:after="0"/>
        <w:ind w:firstLine="283"/>
      </w:pPr>
      <w:r>
        <w:t>"The line that does not begin and does not end and does not resolve. The line that is not the city's. The line that is the lane's. The line that says I was here; I only copied this; the lane is not the city's."</w:t>
      </w:r>
    </w:p>
    <w:p>
      <w:pPr>
        <w:spacing w:line="360" w:lineRule="auto" w:after="0"/>
        <w:ind w:firstLine="283"/>
      </w:pPr>
      <w:r>
        <w:t>The girl did not speak.</w:t>
      </w:r>
    </w:p>
    <w:p>
      <w:pPr>
        <w:spacing w:line="360" w:lineRule="auto" w:after="0"/>
        <w:ind w:firstLine="283"/>
      </w:pPr>
      <w:r>
        <w:t>"The caret beside it," Tansy said. "The small wedge. The little roof. The mark that says I saw this; the words are not mine. The line and the caret. The two side by side. The not-resolving and the witness. The two are the lane's whole honest work."</w:t>
      </w:r>
    </w:p>
    <w:p>
      <w:pPr>
        <w:spacing w:line="360" w:lineRule="auto" w:after="0"/>
        <w:ind w:firstLine="283"/>
      </w:pPr>
      <w:r>
        <w:t>The girl took the chalk. The girl's hand closed around the chalk the way Nima held the things she carried — with the closed hand, with the double stitch. The girl's hand was not Nima's. The girl's hand was the girl's. The girl's hand held the chalk the way the girl's hand held the chalk — without the double stitch, with the small.</w:t>
      </w:r>
    </w:p>
    <w:p>
      <w:pPr>
        <w:spacing w:line="360" w:lineRule="auto" w:after="0"/>
        <w:ind w:firstLine="283"/>
      </w:pPr>
      <w:r>
        <w:t>The girl went down the lane. The girl did not look back. The not-looking-back was the girl's whole true mercy. The mercy was small. The small was the not-resolving's whole true mark.</w:t>
      </w:r>
    </w:p>
    <w:p>
      <w:pPr>
        <w:spacing w:line="360" w:lineRule="auto" w:after="0"/>
        <w:ind w:firstLine="283"/>
      </w:pPr>
      <w:r>
        <w:t>Tansy stood at the slab. The gull's-foot was on the lintel. The caret was beside the gull's-foot. The slab was at the door-step. The three stood together — the mark, the caret, the slab — the way the three things stood on the master's chest — the verification slip, the half-degree, the caret — not agreeing, not resolving, just standing.</w:t>
      </w:r>
    </w:p>
    <w:p>
      <w:pPr>
        <w:spacing w:line="360" w:lineRule="auto" w:after="0"/>
        <w:ind w:firstLine="283"/>
      </w:pPr>
      <w:r>
        <w:t>The girl went down the lane. The girl's feet were the feet of a child who had been walking a lane — without announcing, without purpose, the feet on the cobbles not knowing where to go because the feet had nowhere to be. The feet did not know the lane. The feet were the lane's.</w:t>
      </w:r>
    </w:p>
    <w:p>
      <w:pPr>
        <w:spacing w:line="360" w:lineRule="auto" w:after="0"/>
        <w:ind w:firstLine="283"/>
      </w:pPr>
      <w:r>
        <w:t>The girl stopped at the corner. The corner was the place the lane turned — the place the lane went from the lane Tansy knew to the lane Tansy did not know. The girl set the chalk to the stone. The girl drew the line — the small grey line, the line that did not begin and did not end and did not resolve. The line was the askew line. The askew line was the form's own true mark on the stone — the refusal to resolve, the place the girl disagreed with the city and the disagreement was preserved.</w:t>
      </w:r>
    </w:p>
    <w:p>
      <w:pPr>
        <w:spacing w:line="360" w:lineRule="auto" w:after="0"/>
        <w:ind w:firstLine="283"/>
      </w:pPr>
      <w:r>
        <w:t>The girl set the caret beside the line. The caret was the small wedge. The caret was the little roof. The caret was the witness's mark. The caret said: I saw this; I only copied this; the lane is not mine. The girl was the witness. The girl was the lane's whole true office.</w:t>
      </w:r>
    </w:p>
    <w:p>
      <w:pPr>
        <w:spacing w:line="360" w:lineRule="auto" w:after="0"/>
        <w:ind w:firstLine="283"/>
      </w:pPr>
      <w:r>
        <w:t>The two marks stood side by side on the corner stone — the askew line and the caret — the way the two marks stood side by side on the lintel — not agreeing, not resolving, just standing. The standing was the lane's whole honest arithmetic, and the arithmetic did not balance.</w:t>
      </w:r>
    </w:p>
    <w:p>
      <w:pPr>
        <w:spacing w:line="360" w:lineRule="auto" w:after="0"/>
        <w:ind w:firstLine="283"/>
      </w:pPr>
      <w:r>
        <w:t>The girl went on. The girl went to the next corner. The girl set the chalk to the stone. The girl drew the line. The girl set the caret. The two marks stood side by side on the corner stone.</w:t>
      </w:r>
    </w:p>
    <w:p>
      <w:pPr>
        <w:spacing w:line="360" w:lineRule="auto" w:after="0"/>
        <w:ind w:firstLine="283"/>
      </w:pPr>
      <w:r>
        <w:t>The girl went on. The girl went to the next corner. The girl set the chalk to the stone. The girl drew the line. The girl set the caret. The two marks stood side by side on the corner stone.</w:t>
      </w:r>
    </w:p>
    <w:p>
      <w:pPr>
        <w:spacing w:line="360" w:lineRule="auto" w:after="0"/>
        <w:ind w:firstLine="283"/>
      </w:pPr>
      <w:r>
        <w:t>The lane was the lane. The lane was the children's. The lane was the askew line's. The lane was the caret's. The four were the same lane. The four were not the same lane. The not-being-the-same was the lane's whole true mark. The mark was the not-resolving. The not-resolving was the only true thing the lane had, and the only true thing was small, and the small was all there was.</w:t>
      </w:r>
    </w:p>
    <w:p>
      <w:pPr>
        <w:spacing w:line="360" w:lineRule="auto" w:after="0"/>
        <w:ind w:firstLine="283"/>
      </w:pPr>
      <w:r>
        <w:t>Tansy stood at the slab. The morning was the lane's. The askew line was the not-resolving's. The not-resolving was the only true thing the morning had.</w:t>
      </w:r>
    </w:p>
    <w:p>
      <w:pPr>
        <w:spacing w:line="360" w:lineRule="auto" w:after="0"/>
        <w:ind w:firstLine="283"/>
      </w:pPr>
      <w:r>
        <w:t>The girl did not come back. The not-coming-back was the girl's whole true mercy. The mercy was small. The small was the not-resolving's whole true mark.</w:t>
      </w:r>
    </w:p>
    <w:p>
      <w:pPr>
        <w:spacing w:line="360" w:lineRule="auto" w:after="0"/>
        <w:ind w:firstLine="283"/>
      </w:pPr>
      <w:r>
        <w:t>The chalk had been carried. The carrying was the morning's whole true work. The work was the not-resolving. The not-resolving was the only true thing Tansy could do about the children, and the doing was small.</w:t>
      </w:r>
    </w:p>
    <w:p>
      <w:pPr>
        <w:spacing w:line="360" w:lineRule="auto" w:after="0"/>
        <w:ind w:firstLine="283"/>
      </w:pPr>
      <w:r>
        <w:t>The askew line was on the corners. The caret was beside the askew line. The two marks stood side by side on the corners the way the two marks stood side by side on the lintel — not agreeing, not resolving, just standing. The standing was the lane's whole honest arithmetic, and the arithmetic did not balance.</w:t>
      </w:r>
    </w:p>
    <w:p>
      <w:pPr>
        <w:spacing w:line="360" w:lineRule="auto" w:after="0"/>
        <w:ind w:firstLine="283"/>
      </w:pPr>
      <w:r>
        <w:t>The bells did not ring. The bells had not rung since the dusk the Registry had come. The not-ringing was the city's silence. The silence was the city's. The city's silence was the lane's. The lane's silence was the askew line's. The askew line was the not-resolving's. The not-resolving was the only true thing the morning had, and the only true thing was small, and the small was all there was.</w:t>
      </w:r>
    </w:p>
    <w:p>
      <w:pPr>
        <w:spacing w:line="360" w:lineRule="auto" w:after="0"/>
        <w:ind w:firstLine="283"/>
      </w:pPr>
      <w:r>
        <w:t>Tansy did not go in. The not-going-in was the morning's whole true mercy. She stood at the slab and the morning did not name. The naming was the city's. The morning was not the city's. The askew line was the caret. The caret was the not-resolving. The not-resolving was the only true thing the morning had, and the only true thing was small, and the small was all there was.</w:t>
      </w:r>
    </w:p>
    <w:p>
      <w:pPr>
        <w:ind w:firstLine="0"/>
        <w:jc w:val="center"/>
      </w:pPr>
      <w:r>
        <w:rPr>
          <w:color w:val="AAAAAA"/>
        </w:rPr>
        <w:t>❖</w:t>
      </w:r>
    </w:p>
    <w:p>
      <w:pPr>
        <w:spacing w:before="360" w:after="240"/>
        <w:ind w:firstLine="0"/>
        <w:jc w:val="center"/>
      </w:pPr>
      <w:r>
        <w:rPr>
          <w:b/>
          <w:i/>
          <w:color w:val="333333"/>
          <w:sz w:val="26"/>
        </w:rPr>
        <w:t>Chapter 14b — Rea — The Beside Form's Inadequacy</w:t>
      </w:r>
    </w:p>
    <w:p>
      <w:pPr>
        <w:spacing w:line="360" w:lineRule="auto" w:after="0"/>
        <w:ind w:firstLine="283"/>
      </w:pPr>
      <w:r>
        <w:t>The road went east. Kael walked it. The coat was on his shoulders, the chalk in the pocket, the bird — half-carved — in the other pocket. The montante was on his back.</w:t>
      </w:r>
    </w:p>
    <w:p>
      <w:pPr>
        <w:spacing w:line="360" w:lineRule="auto" w:after="0"/>
        <w:ind w:firstLine="283"/>
      </w:pPr>
      <w:r>
        <w:t>He came to the hollow at the third evening.</w:t>
      </w:r>
    </w:p>
    <w:p>
      <w:pPr>
        <w:spacing w:line="360" w:lineRule="auto" w:after="0"/>
        <w:ind w:firstLine="283"/>
      </w:pPr>
      <w:r>
        <w:t>The hollow was a dip in the land off the south side of the road. The dip had a bank — the far side, where the ground rose back up, packed earth and root. A body was sitting against the bank.</w:t>
      </w:r>
    </w:p>
    <w:p>
      <w:pPr>
        <w:spacing w:line="360" w:lineRule="auto" w:after="0"/>
        <w:ind w:firstLine="283"/>
      </w:pPr>
      <w:r>
        <w:t>She was small. Brown hair, brown dress, bare feet. Eight. She sat against the bank with her legs out in front of her, the way a child sits who has been walking and has stopped. Her hands were in her lap. Her lips moved. She was counting something — the roots, or the stitches, or the breaths she had left — and the counting was the only thing moving.</w:t>
      </w:r>
    </w:p>
    <w:p>
      <w:pPr>
        <w:spacing w:line="360" w:lineRule="auto" w:after="0"/>
        <w:ind w:firstLine="283"/>
      </w:pPr>
      <w:r>
        <w:t>Kael stopped at the lip of the hollow.</w:t>
      </w:r>
    </w:p>
    <w:p>
      <w:pPr>
        <w:spacing w:line="360" w:lineRule="auto" w:after="0"/>
        <w:ind w:firstLine="283"/>
      </w:pPr>
      <w:r>
        <w:t>He stood.</w:t>
      </w:r>
    </w:p>
    <w:p>
      <w:pPr>
        <w:spacing w:line="360" w:lineRule="auto" w:after="0"/>
        <w:ind w:firstLine="283"/>
      </w:pPr>
      <w:r>
        <w:t>The form was the standing. The standing-where-the-thing-cannot-hit-you-back. He had learned it from Meret: step beside the print, not in. The open circle. The door. The form held the distance between him and the hollow. The form could not hold the world.</w:t>
      </w:r>
    </w:p>
    <w:p>
      <w:pPr>
        <w:spacing w:line="360" w:lineRule="auto" w:after="0"/>
        <w:ind w:firstLine="283"/>
      </w:pPr>
      <w:r>
        <w:t>The hollow was taking her. It was not a thing that came at the girl. It was a thing that took. It took the counting out of her the way a tide takes a thing off a shelf — mildly, and the thing was gone.</w:t>
      </w:r>
    </w:p>
    <w:p>
      <w:pPr>
        <w:spacing w:line="360" w:lineRule="auto" w:after="0"/>
        <w:ind w:firstLine="283"/>
      </w:pPr>
      <w:r>
        <w:t>He stood at the lip. The form held the distance. It could not hold the girl.</w:t>
      </w:r>
    </w:p>
    <w:p>
      <w:pPr>
        <w:spacing w:line="360" w:lineRule="auto" w:after="0"/>
        <w:ind w:firstLine="283"/>
      </w:pPr>
      <w:r>
        <w:t>He broke the form.</w:t>
      </w:r>
    </w:p>
    <w:p>
      <w:pPr>
        <w:spacing w:line="360" w:lineRule="auto" w:after="0"/>
        <w:ind w:firstLine="283"/>
      </w:pPr>
      <w:r>
        <w:t>He went down into the hollow and sat beside her. He did not lift her. He sat the way the form had taught him — the weight off the hands, the hands open on the knees, the back straight.</w:t>
      </w:r>
    </w:p>
    <w:p>
      <w:pPr>
        <w:spacing w:line="360" w:lineRule="auto" w:after="0"/>
        <w:ind w:firstLine="283"/>
      </w:pPr>
      <w:r>
        <w:t>She sang.</w:t>
      </w:r>
    </w:p>
    <w:p>
      <w:pPr>
        <w:spacing w:line="360" w:lineRule="auto" w:after="0"/>
        <w:ind w:firstLine="283"/>
      </w:pPr>
      <w:r>
        <w:t>Three notes. A low, a rise, a fall. Then the three notes again. Then the fall that did not rise. The fall was the going. He listened. He did not sing. The listening was the thing the beside could do.</w:t>
      </w:r>
    </w:p>
    <w:p>
      <w:pPr>
        <w:spacing w:line="360" w:lineRule="auto" w:after="0"/>
        <w:ind w:firstLine="283"/>
      </w:pPr>
      <w:r>
        <w:t>She sang and the hollow took the counting first, then the words, then the breath between the notes. The girl sang through the taking. The singing was the last thing she did with the breath, and the breath was going.</w:t>
      </w:r>
    </w:p>
    <w:p>
      <w:pPr>
        <w:spacing w:line="360" w:lineRule="auto" w:after="0"/>
        <w:ind w:firstLine="283"/>
      </w:pPr>
      <w:r>
        <w:t>He sat. He did not lift her. He had lifted the apple, the chalk, the coat, the bird. He could not lift the girl. The not-lifting was the cost.</w:t>
      </w:r>
    </w:p>
    <w:p>
      <w:pPr>
        <w:spacing w:line="360" w:lineRule="auto" w:after="0"/>
        <w:ind w:firstLine="283"/>
      </w:pPr>
      <w:r>
        <w:t>She stopped. The fall went down and did not come up. The lips moved twice more. The breath went out. It did not come in.</w:t>
      </w:r>
    </w:p>
    <w:p>
      <w:pPr>
        <w:spacing w:line="360" w:lineRule="auto" w:after="0"/>
        <w:ind w:firstLine="283"/>
      </w:pPr>
      <w:r>
        <w:t>He sat with her. The hollow was quiet. The bank was behind her. The road went on above them.</w:t>
      </w:r>
    </w:p>
    <w:p>
      <w:pPr>
        <w:spacing w:line="360" w:lineRule="auto" w:after="0"/>
        <w:ind w:firstLine="283"/>
      </w:pPr>
      <w:r>
        <w:t>Vasryn came down.</w:t>
      </w:r>
    </w:p>
    <w:p>
      <w:pPr>
        <w:spacing w:line="360" w:lineRule="auto" w:after="0"/>
        <w:ind w:firstLine="283"/>
      </w:pPr>
      <w:r>
        <w:t>He came the way the old man came now — slowly, the right foot a breath behind the left, the montante on his back, the form in his feet the way a good wall shows through ivy. He had seen the boy leave the road. He had come down for the boy.</w:t>
      </w:r>
    </w:p>
    <w:p>
      <w:pPr>
        <w:spacing w:line="360" w:lineRule="auto" w:after="0"/>
        <w:ind w:firstLine="283"/>
      </w:pPr>
      <w:r>
        <w:t>Vasryn stood at the lip. He looked at the girl against the bank. He looked at the boy beside her. He did not go down.</w:t>
      </w:r>
    </w:p>
    <w:p>
      <w:pPr>
        <w:spacing w:line="360" w:lineRule="auto" w:after="0"/>
        <w:ind w:firstLine="283"/>
      </w:pPr>
      <w:r>
        <w:t>He said it the way he said the road — mildly, without weight.</w:t>
      </w:r>
    </w:p>
    <w:p>
      <w:pPr>
        <w:spacing w:line="360" w:lineRule="auto" w:after="0"/>
        <w:ind w:firstLine="283"/>
      </w:pPr>
      <w:r>
        <w:t>"The form doesn't save," Vasryn said. "The form accompanies."</w:t>
      </w:r>
    </w:p>
    <w:p>
      <w:pPr>
        <w:spacing w:line="360" w:lineRule="auto" w:after="0"/>
        <w:ind w:firstLine="283"/>
      </w:pPr>
      <w:r>
        <w:t>He said it to the boy. He said it to the hollow. He said it to the girl who could not hear it.</w:t>
      </w:r>
    </w:p>
    <w:p>
      <w:pPr>
        <w:spacing w:line="360" w:lineRule="auto" w:after="0"/>
        <w:ind w:firstLine="283"/>
      </w:pPr>
      <w:r>
        <w:t>Kael did not say anything.</w:t>
      </w:r>
    </w:p>
    <w:p>
      <w:pPr>
        <w:spacing w:line="360" w:lineRule="auto" w:after="0"/>
        <w:ind w:firstLine="283"/>
      </w:pPr>
      <w:r>
        <w:t>Vasryn laid his hand on the montante. He did not go down into the hollow. The wall stood at the lip and watched. He stood there the length of a breath. Then he went back up to the road and did not look back.</w:t>
      </w:r>
    </w:p>
    <w:p>
      <w:pPr>
        <w:spacing w:line="360" w:lineRule="auto" w:after="0"/>
        <w:ind w:firstLine="283"/>
      </w:pPr>
      <w:r>
        <w:t>Kael sat with the girl the length of a watch.</w:t>
      </w:r>
    </w:p>
    <w:p>
      <w:pPr>
        <w:spacing w:line="360" w:lineRule="auto" w:after="0"/>
        <w:ind w:firstLine="283"/>
      </w:pPr>
      <w:r>
        <w:t>The body beside him cooled — slowly, from the hands and the feet first, then the rest. He did not touch her.</w:t>
      </w:r>
    </w:p>
    <w:p>
      <w:pPr>
        <w:spacing w:line="360" w:lineRule="auto" w:after="0"/>
        <w:ind w:firstLine="283"/>
      </w:pPr>
      <w:r>
        <w:t>He stood at last. He went to the girl. He set her head against the bank, gently, with the weight centered. He set her hands in her lap. He straightened the coat — his coat, the one he had taken off and laid over her when the cold came in. He set her boots side by side at the foot of the bank.</w:t>
      </w:r>
    </w:p>
    <w:p>
      <w:pPr>
        <w:spacing w:line="360" w:lineRule="auto" w:after="0"/>
        <w:ind w:firstLine="283"/>
      </w:pPr>
      <w:r>
        <w:t>He set the girl the way he would set a stone in a wall.</w:t>
      </w:r>
    </w:p>
    <w:p>
      <w:pPr>
        <w:spacing w:line="360" w:lineRule="auto" w:after="0"/>
        <w:ind w:firstLine="283"/>
      </w:pPr>
      <w:r>
        <w:t>He walked back up to the road. The coat was on the girl. The cold was on his shoulders now. The road went east. He walked. One foot, then the other. The bird was in the pocket. The chalk was in the pocket. The form did not save. The form accompanied. The road went on.</w:t>
      </w:r>
    </w:p>
    <w:p>
      <w:pPr>
        <w:ind w:firstLine="0"/>
        <w:jc w:val="center"/>
      </w:pPr>
      <w:r>
        <w:rPr>
          <w:color w:val="AAAAAA"/>
        </w:rPr>
        <w:t>❖</w:t>
      </w:r>
    </w:p>
    <w:p>
      <w:pPr>
        <w:spacing w:before="360" w:after="240"/>
        <w:ind w:firstLine="0"/>
        <w:jc w:val="center"/>
      </w:pPr>
      <w:r>
        <w:rPr>
          <w:b/>
          <w:i/>
          <w:color w:val="333333"/>
          <w:sz w:val="26"/>
        </w:rPr>
        <w:t>Step — The Way-Station (Kael)</w:t>
      </w:r>
    </w:p>
    <w:p>
      <w:pPr>
        <w:spacing w:line="360" w:lineRule="auto" w:after="0"/>
        <w:ind w:firstLine="283"/>
      </w:pPr>
      <w:r>
        <w:t>‖ ∧</w:t>
      </w:r>
    </w:p>
    <w:p>
      <w:pPr>
        <w:spacing w:line="360" w:lineRule="auto" w:after="0"/>
        <w:ind w:firstLine="283"/>
      </w:pPr>
      <w:r>
        <w:t>Kael wanted him on the road.</w:t>
      </w:r>
    </w:p>
    <w:p>
      <w:pPr>
        <w:spacing w:line="360" w:lineRule="auto" w:after="0"/>
        <w:ind w:firstLine="283"/>
      </w:pPr>
      <w:r>
        <w:t>The wanting was small. The wanting was the coat on his shoulders — the cuffs turned back twice at the wrist, the wearing-through at the pockets, the threads showing the colour of the lining beneath — and the cup in the left pocket wrapped in the chalk's cloth, and the chalk in the right pocket, and the road, and the not-finding. The not-finding was the road's whole true office. The office was the search. The search was the not-finding. The two were the same. The two were the morning's.</w:t>
      </w:r>
    </w:p>
    <w:p>
      <w:pPr>
        <w:spacing w:line="360" w:lineRule="auto" w:after="0"/>
        <w:ind w:firstLine="283"/>
      </w:pPr>
      <w:r>
        <w:t>The way-station was at the third crossroads east of Atherin. The way-station was a low stone room with a tile roof and a plank door and a bench against the south wall. The bench was the kind the road made — worn smooth at the place where the back met the wood, the place a thousand backs had made by sitting. The sitting was the bench's whole true history. The history was in the wood. The wood did not speak.</w:t>
      </w:r>
    </w:p>
    <w:p>
      <w:pPr>
        <w:spacing w:line="360" w:lineRule="auto" w:after="0"/>
        <w:ind w:firstLine="283"/>
      </w:pPr>
      <w:r>
        <w:t>Kael sat on the bench. The bench held him the way the wall held him — without comment, without returning anything. The coat was on his shoulders. The cup was in the pocket. The chalk was in the pocket. The two were where they had been for ten years. The ten years were the coat's whole true history. The history was in the cuff. The cuff was turned back twice.</w:t>
      </w:r>
    </w:p>
    <w:p>
      <w:pPr>
        <w:spacing w:line="360" w:lineRule="auto" w:after="0"/>
        <w:ind w:firstLine="283"/>
      </w:pPr>
      <w:r>
        <w:t>The way-keeper was an old man with a leather apron and a hand that shook when he set the cup down. The cup was the way-station's cup — clay, chipped at the lip, the chip the colour of old cream where the glaze had gone. The way-keeper set the cup on the bench beside Kael. The cup had water in it. The water was the well-water, cold, drawn that morning.</w:t>
      </w:r>
    </w:p>
    <w:p>
      <w:pPr>
        <w:spacing w:line="360" w:lineRule="auto" w:after="0"/>
        <w:ind w:firstLine="283"/>
      </w:pPr>
      <w:r>
        <w:t>Kael did not drink at once. He looked at the cup. The cup was not his. His cup was in the left pocket, wrapped in the chalk's cloth, the clay with the dent in the rim, the cup that had been a man's and had been a boy's and was now Kael's. The two cups sat side by side on the bench — his cup in the pocket, the way-station's cup on the wood. The two were the morning's whole honest arithmetic, and the arithmetic did not balance.</w:t>
      </w:r>
    </w:p>
    <w:p>
      <w:pPr>
        <w:spacing w:line="360" w:lineRule="auto" w:after="0"/>
        <w:ind w:firstLine="283"/>
      </w:pPr>
      <w:r>
        <w:t>He drank from the way-station's cup. He drank the way a man drinks on the road — without the savoring, without the slow. The water was cold. The cold was the well's. The well was the road's.</w:t>
      </w:r>
    </w:p>
    <w:p>
      <w:pPr>
        <w:spacing w:line="360" w:lineRule="auto" w:after="0"/>
        <w:ind w:firstLine="283"/>
      </w:pPr>
      <w:r>
        <w:t>"Seen a man," Kael said.</w:t>
      </w:r>
    </w:p>
    <w:p>
      <w:pPr>
        <w:spacing w:line="360" w:lineRule="auto" w:after="0"/>
        <w:ind w:firstLine="283"/>
      </w:pPr>
      <w:r>
        <w:t>The way-keeper's hand went to the apron. The hand did not steady. The not-steadying was the hand's whole true mark. The hand had shaken for years. The shaking was the hand's whole true history.</w:t>
      </w:r>
    </w:p>
    <w:p>
      <w:pPr>
        <w:spacing w:line="360" w:lineRule="auto" w:after="0"/>
        <w:ind w:firstLine="283"/>
      </w:pPr>
      <w:r>
        <w:t>"Many men," the way-keeper said.</w:t>
      </w:r>
    </w:p>
    <w:p>
      <w:pPr>
        <w:spacing w:line="360" w:lineRule="auto" w:after="0"/>
        <w:ind w:firstLine="283"/>
      </w:pPr>
      <w:r>
        <w:t>"Older. A montante on his back. The right foot a half-breath behind the left."</w:t>
      </w:r>
    </w:p>
    <w:p>
      <w:pPr>
        <w:spacing w:line="360" w:lineRule="auto" w:after="0"/>
        <w:ind w:firstLine="283"/>
      </w:pPr>
      <w:r>
        <w:t>The way-keeper did not speak for a moment. The not-speaking was the road's whole true work. The road had seen many men. The road did not name them. The naming was the city's. The road was not the city.</w:t>
      </w:r>
    </w:p>
    <w:p>
      <w:pPr>
        <w:spacing w:line="360" w:lineRule="auto" w:after="0"/>
        <w:ind w:firstLine="283"/>
      </w:pPr>
      <w:r>
        <w:t>"The road does not name," the way-keeper said. He said it the way he said things — flat, the voice carrying the weight the hand did not. "The road sees. The road does not name. The naming is the city's."</w:t>
      </w:r>
    </w:p>
    <w:p>
      <w:pPr>
        <w:spacing w:line="360" w:lineRule="auto" w:after="0"/>
        <w:ind w:firstLine="283"/>
      </w:pPr>
      <w:r>
        <w:t>Kael did not press. The not-pressing was the work. The not-naming was the only true thing Kael could do about the man, and the doing was small, and the small was all there was.</w:t>
      </w:r>
    </w:p>
    <w:p>
      <w:pPr>
        <w:spacing w:line="360" w:lineRule="auto" w:after="0"/>
        <w:ind w:firstLine="283"/>
      </w:pPr>
      <w:r>
        <w:t>He set the cup on the bench. The cup sat there. The water in the cup was the morning's. The morning did not name.</w:t>
      </w:r>
    </w:p>
    <w:p>
      <w:pPr>
        <w:spacing w:line="360" w:lineRule="auto" w:after="0"/>
        <w:ind w:firstLine="283"/>
      </w:pPr>
      <w:r>
        <w:t>A man came in at the second bell. The man was not the man. The man was a tin-pedlar with a hand-cart and a coat the colour of wet rope. The tin-pedlar sat on the bench across the room. The tin-pedlar did not speak. The tin-pedlar ate a heel of bread. The bread was the road's bread. The road's bread was coarse. The coarse was the road's honesty.</w:t>
      </w:r>
    </w:p>
    <w:p>
      <w:pPr>
        <w:spacing w:line="360" w:lineRule="auto" w:after="0"/>
        <w:ind w:firstLine="283"/>
      </w:pPr>
      <w:r>
        <w:t>Kael watched the tin-pedlar the way he watched everything — without reaching, without calling, without wanting to fix. The watching was the work. The watching was the search's whole true office.</w:t>
      </w:r>
    </w:p>
    <w:p>
      <w:pPr>
        <w:spacing w:line="360" w:lineRule="auto" w:after="0"/>
        <w:ind w:firstLine="283"/>
      </w:pPr>
      <w:r>
        <w:t>The Complete encounter came at the third bell.</w:t>
      </w:r>
    </w:p>
    <w:p>
      <w:pPr>
        <w:spacing w:line="360" w:lineRule="auto" w:after="0"/>
        <w:ind w:firstLine="283"/>
      </w:pPr>
      <w:r>
        <w:t>The Complete came in through the plank door the way the Complete came in — without announcing, the standing the form, the feet set, the weight centred. The Complete was a man. The Complete was not the man. The Complete was the kind of man the road made — the body of a person who had been walking for a long time and the walking had gone into the body and the body had gone into the road and the two were the same and the two were not the same and the not-being-the-same was the Complete's whole true mark.</w:t>
      </w:r>
    </w:p>
    <w:p>
      <w:pPr>
        <w:spacing w:line="360" w:lineRule="auto" w:after="0"/>
        <w:ind w:firstLine="283"/>
      </w:pPr>
      <w:r>
        <w:t>The Complete wore grey. The grey was the road's grey — the grey the road had before the morning, the grey the road had after the evening, the grey the road had when the road was the road. The grey was the Complete's whole true colour. The colour was not the city's. The colour was the road's.</w:t>
      </w:r>
    </w:p>
    <w:p>
      <w:pPr>
        <w:spacing w:line="360" w:lineRule="auto" w:after="0"/>
        <w:ind w:firstLine="283"/>
      </w:pPr>
      <w:r>
        <w:t>The Complete sat on the bench across from Kael. The Complete did not speak. The Complete set his hands on his knees. The hands were open. The hands held nothing — the thing a man did when he was bringing something he had not yet set down.</w:t>
      </w:r>
    </w:p>
    <w:p>
      <w:pPr>
        <w:spacing w:line="360" w:lineRule="auto" w:after="0"/>
        <w:ind w:firstLine="283"/>
      </w:pPr>
      <w:r>
        <w:t>Kael did not press. The not-pressing was the work.</w:t>
      </w:r>
    </w:p>
    <w:p>
      <w:pPr>
        <w:spacing w:line="360" w:lineRule="auto" w:after="0"/>
        <w:ind w:firstLine="283"/>
      </w:pPr>
      <w:r>
        <w:t>The Complete spoke first.</w:t>
      </w:r>
    </w:p>
    <w:p>
      <w:pPr>
        <w:spacing w:line="360" w:lineRule="auto" w:after="0"/>
        <w:ind w:firstLine="283"/>
      </w:pPr>
      <w:r>
        <w:t>"You are looking for a man."</w:t>
      </w:r>
    </w:p>
    <w:p>
      <w:pPr>
        <w:spacing w:line="360" w:lineRule="auto" w:after="0"/>
        <w:ind w:firstLine="283"/>
      </w:pPr>
      <w:r>
        <w:t>Kael did not answer. The not-answering was the search's whole true office.</w:t>
      </w:r>
    </w:p>
    <w:p>
      <w:pPr>
        <w:spacing w:line="360" w:lineRule="auto" w:after="0"/>
        <w:ind w:firstLine="283"/>
      </w:pPr>
      <w:r>
        <w:t>"The road sees," the Complete said. "The road does not name. The road has seen a man. The man had a montante on his back. The man's right foot was a half-breath behind the left."</w:t>
      </w:r>
    </w:p>
    <w:p>
      <w:pPr>
        <w:spacing w:line="360" w:lineRule="auto" w:after="0"/>
        <w:ind w:firstLine="283"/>
      </w:pPr>
      <w:r>
        <w:t>Kael's hand went to the pocket. The left pocket — the one with the corner wearing through. The cup was in the pocket. The chalk was in the other pocket. The hand did not take the cup out. The hand rested on the cup through the cloth. The resting was the hand's whole true mark. The mark was the not-taking-out. The not-taking-out was the morning's whole true mercy.</w:t>
      </w:r>
    </w:p>
    <w:p>
      <w:pPr>
        <w:spacing w:line="360" w:lineRule="auto" w:after="0"/>
        <w:ind w:firstLine="283"/>
      </w:pPr>
      <w:r>
        <w:t>"Where," Kael said.</w:t>
      </w:r>
    </w:p>
    <w:p>
      <w:pPr>
        <w:spacing w:line="360" w:lineRule="auto" w:after="0"/>
        <w:ind w:firstLine="283"/>
      </w:pPr>
      <w:r>
        <w:t>The Complete did not answer the where. The where was the city's. The road did not name.</w:t>
      </w:r>
    </w:p>
    <w:p>
      <w:pPr>
        <w:spacing w:line="360" w:lineRule="auto" w:after="0"/>
        <w:ind w:firstLine="283"/>
      </w:pPr>
      <w:r>
        <w:t>"The road does not name," the Complete said. "The road sees. The road has seen. The seeing is the road's whole true office. The office is the not-naming. The not-naming is the only true thing the road has, and the only true thing is small, and the small is all there is."</w:t>
      </w:r>
    </w:p>
    <w:p>
      <w:pPr>
        <w:spacing w:line="360" w:lineRule="auto" w:after="0"/>
        <w:ind w:firstLine="283"/>
      </w:pPr>
      <w:r>
        <w:t>Kael did not press.</w:t>
      </w:r>
    </w:p>
    <w:p>
      <w:pPr>
        <w:spacing w:line="360" w:lineRule="auto" w:after="0"/>
        <w:ind w:firstLine="283"/>
      </w:pPr>
      <w:r>
        <w:t>The Complete took a slip of paper from the inner pocket of the grey coat. The slip was the road's slip — a fold of paper, no seal, no blue, no city mark. The Complete set the slip on the bench between them. The slip did not have a name on it. The slip had a line on it. The line was the road's line — the line the road had when the road was the road, the line that did not begin and did not end and did not resolve.</w:t>
      </w:r>
    </w:p>
    <w:p>
      <w:pPr>
        <w:spacing w:line="360" w:lineRule="auto" w:after="0"/>
        <w:ind w:firstLine="283"/>
      </w:pPr>
      <w:r>
        <w:t>The line was the askew line. The askew line was the form's own true mark on the slip — the refusal to resolve, the place the road disagreed with the city and the disagreement was preserved. The preservation was the slip's whole honest work.</w:t>
      </w:r>
    </w:p>
    <w:p>
      <w:pPr>
        <w:spacing w:line="360" w:lineRule="auto" w:after="0"/>
        <w:ind w:firstLine="283"/>
      </w:pPr>
      <w:r>
        <w:t>Kael looked at the line. The line did not name. The line did not place. The line held the not-resolving the way the caret held the tremor — without straightening, without choosing. The caret was the witness's mark. The Complete was the witness. The slip was the witness's whole true office. The office was the not-naming.</w:t>
      </w:r>
    </w:p>
    <w:p>
      <w:pPr>
        <w:spacing w:line="360" w:lineRule="auto" w:after="0"/>
        <w:ind w:firstLine="283"/>
      </w:pPr>
      <w:r>
        <w:t>"Set the caret beside it," Kael said.</w:t>
      </w:r>
    </w:p>
    <w:p>
      <w:pPr>
        <w:spacing w:line="360" w:lineRule="auto" w:after="0"/>
        <w:ind w:firstLine="283"/>
      </w:pPr>
      <w:r>
        <w:t>He said it the way he said things to children — without the softening, without the small voice, the plain thing.</w:t>
      </w:r>
    </w:p>
    <w:p>
      <w:pPr>
        <w:spacing w:line="360" w:lineRule="auto" w:after="0"/>
        <w:ind w:firstLine="283"/>
      </w:pPr>
      <w:r>
        <w:t>The Complete took a stub of pencil from the apron pocket. The pencil made the small grey mark on the paper. The Complete set the caret beside the line — the small wedge, the little roof, the mark that said I saw this; I only copied this; the road is not mine. The caret was the road's. The road was the not-city's. The not-city was the Complete's whole true office.</w:t>
      </w:r>
    </w:p>
    <w:p>
      <w:pPr>
        <w:spacing w:line="360" w:lineRule="auto" w:after="0"/>
        <w:ind w:firstLine="283"/>
      </w:pPr>
      <w:r>
        <w:t>The Complete stood. The Complete went out the way he had come in — without announcing, without farewell, the standing the form, the feet set, the weight centred. The plank door closed. The closing was the road's whole true work. The work was the not-resolving.</w:t>
      </w:r>
    </w:p>
    <w:p>
      <w:pPr>
        <w:spacing w:line="360" w:lineRule="auto" w:after="0"/>
        <w:ind w:firstLine="283"/>
      </w:pPr>
      <w:r>
        <w:t>Kael sat on the bench. The slip lay on the bench. The line stood on the slip. The caret stood beside the line. The two stood side by side the way the two cups stood side by side on the bench — not agreeing, not resolving, just standing. The standing was the morning's whole honest arithmetic.</w:t>
      </w:r>
    </w:p>
    <w:p>
      <w:pPr>
        <w:spacing w:line="360" w:lineRule="auto" w:after="0"/>
        <w:ind w:firstLine="283"/>
      </w:pPr>
      <w:r>
        <w:t>The way-keeper brought more water. The way-keeper's hand shook. The shaking was the hand's whole true history. The history was in the hand. The hand did not speak.</w:t>
      </w:r>
    </w:p>
    <w:p>
      <w:pPr>
        <w:spacing w:line="360" w:lineRule="auto" w:after="0"/>
        <w:ind w:firstLine="283"/>
      </w:pPr>
      <w:r>
        <w:t>Kael took the slip. He folded the slip into the inner pocket of the coat — the pocket that held nothing else, the pocket that had held nothing else for ten years. The slip went in beside the nothing. The nothing was the pocket's whole true freight. The freight was small.</w:t>
      </w:r>
    </w:p>
    <w:p>
      <w:pPr>
        <w:spacing w:line="360" w:lineRule="auto" w:after="0"/>
        <w:ind w:firstLine="283"/>
      </w:pPr>
      <w:r>
        <w:t>He stood. The bench held. The road went east. The road did not name. The road saw. The seeing was the road's whole true office. The office was the not-finding. The not-finding was the morning's whole true work.</w:t>
      </w:r>
    </w:p>
    <w:p>
      <w:pPr>
        <w:spacing w:line="360" w:lineRule="auto" w:after="0"/>
        <w:ind w:firstLine="283"/>
      </w:pPr>
      <w:r>
        <w:t>He walked east. The coat was on his shoulders. The cup was in the left pocket. The chalk was in the right pocket. The slip was in the inner pocket. The four were the morning's whole true freight. The freight was small. The small was all there was.</w:t>
      </w:r>
    </w:p>
    <w:p>
      <w:pPr>
        <w:spacing w:line="360" w:lineRule="auto" w:after="0"/>
        <w:ind w:firstLine="283"/>
      </w:pPr>
      <w:r>
        <w:t>The road went on. The road did not name. The road saw. The not-finding was the search's whole true office. The office was the not-resolving. The not-resolving was the only true thing the morning had, and the only true thing was small, and the small was all there was.</w:t>
      </w:r>
    </w:p>
    <w:p>
      <w:pPr>
        <w:ind w:firstLine="0"/>
        <w:jc w:val="center"/>
      </w:pPr>
      <w:r>
        <w:rPr>
          <w:color w:val="AAAAAA"/>
        </w:rPr>
        <w:t>❖</w:t>
      </w:r>
    </w:p>
    <w:p>
      <w:pPr>
        <w:spacing w:before="360" w:after="240"/>
        <w:ind w:firstLine="0"/>
        <w:jc w:val="center"/>
      </w:pPr>
      <w:r>
        <w:rPr>
          <w:b/>
          <w:i/>
          <w:color w:val="333333"/>
          <w:sz w:val="26"/>
        </w:rPr>
        <w:t>Step — The Wall (Kael)</w:t>
      </w:r>
    </w:p>
    <w:p>
      <w:pPr>
        <w:spacing w:line="360" w:lineRule="auto" w:after="0"/>
        <w:ind w:firstLine="283"/>
      </w:pPr>
      <w:r>
        <w:t>‖ ∧</w:t>
      </w:r>
    </w:p>
    <w:p>
      <w:pPr>
        <w:spacing w:line="360" w:lineRule="auto" w:after="0"/>
        <w:ind w:firstLine="283"/>
      </w:pPr>
      <w:r>
        <w:t>Kael wanted the wall to hold.</w:t>
      </w:r>
    </w:p>
    <w:p>
      <w:pPr>
        <w:spacing w:line="360" w:lineRule="auto" w:after="0"/>
        <w:ind w:firstLine="283"/>
      </w:pPr>
      <w:r>
        <w:t>The wanting was small. The wanting was the coat on his shoulders — the cuffs turned back twice at the wrist — and the cup in the left pocket wrapped in the chalk's cloth, and the chalk in the right pocket, and the wall under him, the city's whole true edge. The watching was the only true thing the wall had, and the only true thing was small, and the small was all there was.</w:t>
      </w:r>
    </w:p>
    <w:p>
      <w:pPr>
        <w:spacing w:line="360" w:lineRule="auto" w:after="0"/>
        <w:ind w:firstLine="283"/>
      </w:pPr>
      <w:r>
        <w:t>The wall was the city's outer wall. The wall was the high wall, the wall with the parapet, the wall that held the city's whole true edge against the not-city. The wall was timber and lime and the old stone the city had laid three hundred years before. The wall was the city's. The wall was also Kael's. The two were the same wall. The two were not the same wall. The not-being-the-same was the wall's whole true mark. The mark was the askew line — the place the wall disagreed with the city and the disagreement was preserved in the stone.</w:t>
      </w:r>
    </w:p>
    <w:p>
      <w:pPr>
        <w:spacing w:line="360" w:lineRule="auto" w:after="0"/>
        <w:ind w:firstLine="283"/>
      </w:pPr>
      <w:r>
        <w:t>Kael stood on the parapet. The parapet was the walk. The walk was the morning watch's walk. The morning watch was not Kael's — Kael was not the Cadre. Kael was the unlisted. The unlisted stood on the parapet the way the unlisted stood at the well — without announcing, without purpose, the feet on the cobbles not knowing where to go because the feet had nowhere to be. The wall had been the first place. The wall was the second.</w:t>
      </w:r>
    </w:p>
    <w:p>
      <w:pPr>
        <w:spacing w:line="360" w:lineRule="auto" w:after="0"/>
        <w:ind w:firstLine="283"/>
      </w:pPr>
      <w:r>
        <w:t>The man came at the fourth bell.</w:t>
      </w:r>
    </w:p>
    <w:p>
      <w:pPr>
        <w:spacing w:line="360" w:lineRule="auto" w:after="0"/>
        <w:ind w:firstLine="283"/>
      </w:pPr>
      <w:r>
        <w:t>The man was not the man. The man was not Vasryn. The man was the kind of man the wall made — the body of a person who had been carrying a thing for a long time and the carrying had gone into the body and the body had gone into the wall and the two were the same and the two were not the same. The man was a Registry runner. The runner had a book under his arm. The book was the city's book. The book was the listing. The listing was the runner's whole true office.</w:t>
      </w:r>
    </w:p>
    <w:p>
      <w:pPr>
        <w:spacing w:line="360" w:lineRule="auto" w:after="0"/>
        <w:ind w:firstLine="283"/>
      </w:pPr>
      <w:r>
        <w:t>The runner came along the parapet. The runner's footfall was the city's footfall — the boot on the stone, the cadence of the watch, the rhythm the city made when the city was being the city. The runner did not see Kael. The runner did not see the wall. The runner saw the book. The book was the runner's whole true freight. The freight was the listing. The listing was the cage.</w:t>
      </w:r>
    </w:p>
    <w:p>
      <w:pPr>
        <w:spacing w:line="360" w:lineRule="auto" w:after="0"/>
        <w:ind w:firstLine="283"/>
      </w:pPr>
      <w:r>
        <w:t>The runner's foot caught the parapet's edge. The edge was the place the parapet met the walk — the join, the place the stone disagreed with the stone, the place the wall had the askew line at the third riser. The askew line was the form's own true mark on the parapet. The askew line was the refusal to resolve. The runner's foot caught the askew line. The runner went down.</w:t>
      </w:r>
    </w:p>
    <w:p>
      <w:pPr>
        <w:spacing w:line="360" w:lineRule="auto" w:after="0"/>
        <w:ind w:firstLine="283"/>
      </w:pPr>
      <w:r>
        <w:t>The book went down. The book landed on the parapet. The book did not fall off the wall. The book lay on the stone. The runner lay on the stone. The two lay side by side the way the bread and the slip lay side by side on Mira's table — not agreeing, not resolving, just lying.</w:t>
      </w:r>
    </w:p>
    <w:p>
      <w:pPr>
        <w:spacing w:line="360" w:lineRule="auto" w:after="0"/>
        <w:ind w:firstLine="283"/>
      </w:pPr>
      <w:r>
        <w:t>Kael did not call out. The not-calling-out was the wall's whole true mercy.</w:t>
      </w:r>
    </w:p>
    <w:p>
      <w:pPr>
        <w:spacing w:line="360" w:lineRule="auto" w:after="0"/>
        <w:ind w:firstLine="283"/>
      </w:pPr>
      <w:r>
        <w:t>The runner's hand went to the book. The hand was the city's hand. The hand was the listing. The hand did not take the book. The hand rested on the book the way a hand rests on a thing it has been carrying and is not yet ready to set down.</w:t>
      </w:r>
    </w:p>
    <w:p>
      <w:pPr>
        <w:spacing w:line="360" w:lineRule="auto" w:after="0"/>
        <w:ind w:firstLine="283"/>
      </w:pPr>
      <w:r>
        <w:t>Kael stood. The standing was the form — the standing-where-the-thing-cannot-hit-you-back. The not-intervening was the watching, and the watching was the only true thing Kael could do about the runner, and the doing was small.</w:t>
      </w:r>
    </w:p>
    <w:p>
      <w:pPr>
        <w:spacing w:line="360" w:lineRule="auto" w:after="0"/>
        <w:ind w:firstLine="283"/>
      </w:pPr>
      <w:r>
        <w:t>The runner looked up. The runner's face was the face of a man who had been carrying the listing and the listing had carried the runner and the two had been the same and the two were not the same and the not-being-the-same was the runner's whole true mark.</w:t>
      </w:r>
    </w:p>
    <w:p>
      <w:pPr>
        <w:spacing w:line="360" w:lineRule="auto" w:after="0"/>
        <w:ind w:firstLine="283"/>
      </w:pPr>
      <w:r>
        <w:t>Kael did not lift the runner. The lifting would have been the fixing. The fixing would have been the resolving. The wall did not resolve. The wall held the not-resolving. The not-resolving was the wall's whole true office.</w:t>
      </w:r>
    </w:p>
    <w:p>
      <w:pPr>
        <w:spacing w:line="360" w:lineRule="auto" w:after="0"/>
        <w:ind w:firstLine="283"/>
      </w:pPr>
      <w:r>
        <w:t>The runner stood. The standing was slow. The standing was the runner's whole true act of the morning. The runner's hand stayed on the book.</w:t>
      </w:r>
    </w:p>
    <w:p>
      <w:pPr>
        <w:spacing w:line="360" w:lineRule="auto" w:after="0"/>
        <w:ind w:firstLine="283"/>
      </w:pPr>
      <w:r>
        <w:t>"You saw," the runner said.</w:t>
      </w:r>
    </w:p>
    <w:p>
      <w:pPr>
        <w:spacing w:line="360" w:lineRule="auto" w:after="0"/>
        <w:ind w:firstLine="283"/>
      </w:pPr>
      <w:r>
        <w:t>Kael did not answer. The not-answering was the wall's whole true work. The work was the not-naming. The not-naming was the only true thing Kael could do about the runner, and the doing was small.</w:t>
      </w:r>
    </w:p>
    <w:p>
      <w:pPr>
        <w:spacing w:line="360" w:lineRule="auto" w:after="0"/>
        <w:ind w:firstLine="283"/>
      </w:pPr>
      <w:r>
        <w:t>"The book," the runner said.</w:t>
      </w:r>
    </w:p>
    <w:p>
      <w:pPr>
        <w:spacing w:line="360" w:lineRule="auto" w:after="0"/>
        <w:ind w:firstLine="283"/>
      </w:pPr>
      <w:r>
        <w:t>"The book is yours."</w:t>
      </w:r>
    </w:p>
    <w:p>
      <w:pPr>
        <w:spacing w:line="360" w:lineRule="auto" w:after="0"/>
        <w:ind w:firstLine="283"/>
      </w:pPr>
      <w:r>
        <w:t>"The book is the city's."</w:t>
      </w:r>
    </w:p>
    <w:p>
      <w:pPr>
        <w:spacing w:line="360" w:lineRule="auto" w:after="0"/>
        <w:ind w:firstLine="283"/>
      </w:pPr>
      <w:r>
        <w:t>Kael did not speak. The not-speaking was the wall's whole true mercy. The mercy was small. The small was the not-using's whole true mark.</w:t>
      </w:r>
    </w:p>
    <w:p>
      <w:pPr>
        <w:spacing w:line="360" w:lineRule="auto" w:after="0"/>
        <w:ind w:firstLine="283"/>
      </w:pPr>
      <w:r>
        <w:t>The runner took the book. The runner went along the parapet. The runner did not look back. The not-looking-back was the runner's whole true mercy. The mercy was small.</w:t>
      </w:r>
    </w:p>
    <w:p>
      <w:pPr>
        <w:spacing w:line="360" w:lineRule="auto" w:after="0"/>
        <w:ind w:firstLine="283"/>
      </w:pPr>
      <w:r>
        <w:t>Kael stood on the parapet. The parapet was the walk. The walk was the morning watch's walk. The morning watch was not Kael's. Kael was the unlisted. The unlisted stood on the parapet. The standing was the watching. The watching was the not-naming.</w:t>
      </w:r>
    </w:p>
    <w:p>
      <w:pPr>
        <w:spacing w:line="360" w:lineRule="auto" w:after="0"/>
        <w:ind w:firstLine="283"/>
      </w:pPr>
      <w:r>
        <w:t>The Jory kill came at the sixth bell.</w:t>
      </w:r>
    </w:p>
    <w:p>
      <w:pPr>
        <w:spacing w:line="360" w:lineRule="auto" w:after="0"/>
        <w:ind w:firstLine="283"/>
      </w:pPr>
      <w:r>
        <w:t>Jory was a Cadre man. Jory was the runner who had been on the parapet. Jory was not the runner's name. Jory was the name the district gave to the kind of man who ran the listing along the wall. Jory was a name the city did not have. The city had the Cadre. The city had the watch. The city had the listing. The district had Jory.</w:t>
      </w:r>
    </w:p>
    <w:p>
      <w:pPr>
        <w:spacing w:line="360" w:lineRule="auto" w:after="0"/>
        <w:ind w:firstLine="283"/>
      </w:pPr>
      <w:r>
        <w:t>Jory came back along the parapet. Jory had the book. Jory had been at the cistern. Jory had come back with the listing — the morning's list, the cage, the thing the city was making of the district. Jory did not see Kael. Jory saw the wall. Jory saw the parapet. Jory saw the book.</w:t>
      </w:r>
    </w:p>
    <w:p>
      <w:pPr>
        <w:spacing w:line="360" w:lineRule="auto" w:after="0"/>
        <w:ind w:firstLine="283"/>
      </w:pPr>
      <w:r>
        <w:t>Jory's hand went to the sword. The sword was the Cadre's. The sword was the listing's other end. The listing was the cage. The sword was the cage's hand on the parapet. The hand was the cage's.</w:t>
      </w:r>
    </w:p>
    <w:p>
      <w:pPr>
        <w:spacing w:line="360" w:lineRule="auto" w:after="0"/>
        <w:ind w:firstLine="283"/>
      </w:pPr>
      <w:r>
        <w:t>"You're the unlisted," Jory said.</w:t>
      </w:r>
    </w:p>
    <w:p>
      <w:pPr>
        <w:spacing w:line="360" w:lineRule="auto" w:after="0"/>
        <w:ind w:firstLine="283"/>
      </w:pPr>
      <w:r>
        <w:t>Kael did not speak. The not-speaking was the wall's whole true office. The office was the not-naming. The not-naming was the only true thing Kael could do about Jory, and the doing was small.</w:t>
      </w:r>
    </w:p>
    <w:p>
      <w:pPr>
        <w:spacing w:line="360" w:lineRule="auto" w:after="0"/>
        <w:ind w:firstLine="283"/>
      </w:pPr>
      <w:r>
        <w:t>"The wall is the Cadre's," Jory said.</w:t>
      </w:r>
    </w:p>
    <w:p>
      <w:pPr>
        <w:spacing w:line="360" w:lineRule="auto" w:after="0"/>
        <w:ind w:firstLine="283"/>
      </w:pPr>
      <w:r>
        <w:t>"The wall is the city's."</w:t>
      </w:r>
    </w:p>
    <w:p>
      <w:pPr>
        <w:spacing w:line="360" w:lineRule="auto" w:after="0"/>
        <w:ind w:firstLine="283"/>
      </w:pPr>
      <w:r>
        <w:t>"The wall is the Cadre's."</w:t>
      </w:r>
    </w:p>
    <w:p>
      <w:pPr>
        <w:spacing w:line="360" w:lineRule="auto" w:after="0"/>
        <w:ind w:firstLine="283"/>
      </w:pPr>
      <w:r>
        <w:t>Kael did not speak. The wall held the not-resolving. The not-resolving was the wall's whole true mark. The mark was the askew line. The askew line was the refusal to resolve.</w:t>
      </w:r>
    </w:p>
    <w:p>
      <w:pPr>
        <w:spacing w:line="360" w:lineRule="auto" w:after="0"/>
        <w:ind w:firstLine="283"/>
      </w:pPr>
      <w:r>
        <w:t>Jory drew. The drawing was the city's whole true act of the morning. The cage was the sword.</w:t>
      </w:r>
    </w:p>
    <w:p>
      <w:pPr>
        <w:spacing w:line="360" w:lineRule="auto" w:after="0"/>
        <w:ind w:firstLine="283"/>
      </w:pPr>
      <w:r>
        <w:t>The form was the form. The form was thirty steps. The form was the standing-where-the-thing-cannot-hit-you-back. The form was the not-intervening. The form was the watching.</w:t>
      </w:r>
    </w:p>
    <w:p>
      <w:pPr>
        <w:spacing w:line="360" w:lineRule="auto" w:after="0"/>
        <w:ind w:firstLine="283"/>
      </w:pPr>
      <w:r>
        <w:t>Kael did not draw. Kael did not have the sword. Kael had the cup in the left pocket, the chalk in the right pocket, the slip in the inner pocket, the coat on the shoulders. Kael had the beside form. The beside form was the second body. The beside form was the form's other true office. The office was the standing-beside. The standing-beside was the holding. The holding was the not-fixing. The not-fixing was the not-resolving. The not-resolving was the only true thing the beside form had.</w:t>
      </w:r>
    </w:p>
    <w:p>
      <w:pPr>
        <w:spacing w:line="360" w:lineRule="auto" w:after="0"/>
        <w:ind w:firstLine="283"/>
      </w:pPr>
      <w:r>
        <w:t>Jory came forward. The form was the form. Kael stood. The beside form stood. The beside form was the body that took the place the body did not take. The beside form was the second body. The two bodies stood side by side the way the two lines stood side by side on the stone at the wall — not agreeing, not resolving, just standing. The standing was the morning's whole honest arithmetic.</w:t>
      </w:r>
    </w:p>
    <w:p>
      <w:pPr>
        <w:spacing w:line="360" w:lineRule="auto" w:after="0"/>
        <w:ind w:firstLine="283"/>
      </w:pPr>
      <w:r>
        <w:t>Jory's sword caught the beside form. The beside form took the cut. The cut was the wall's whole true mark. The mark was the askew line. The askew line was the place Jory disagreed with the city and the disagreement was preserved in the body.</w:t>
      </w:r>
    </w:p>
    <w:p>
      <w:pPr>
        <w:spacing w:line="360" w:lineRule="auto" w:after="0"/>
        <w:ind w:firstLine="283"/>
      </w:pPr>
      <w:r>
        <w:t>Kael's hand went to the coat. The hand did not go to the sword. The hand went to the chalk. The chalk was the witness's mark. The chalk was the caret. The caret said: I saw this; I only copied this; the sword is not mine.</w:t>
      </w:r>
    </w:p>
    <w:p>
      <w:pPr>
        <w:spacing w:line="360" w:lineRule="auto" w:after="0"/>
        <w:ind w:firstLine="283"/>
      </w:pPr>
      <w:r>
        <w:t>Kael set the chalk on the parapet. The chalk made a small grey mark on the stone. The mark was the caret. The caret held the kill the way the prop held the stair — without straightening, without resolving, with the plain holding.</w:t>
      </w:r>
    </w:p>
    <w:p>
      <w:pPr>
        <w:spacing w:line="360" w:lineRule="auto" w:after="0"/>
        <w:ind w:firstLine="283"/>
      </w:pPr>
      <w:r>
        <w:t>Jory fell. The falling was slow. The falling was the morning's whole true act of the wall. The act was the kill. The kill was the not-resolving. The not-resolving was the only true thing the wall had, and the only true thing was small, and the small was all there was.</w:t>
      </w:r>
    </w:p>
    <w:p>
      <w:pPr>
        <w:spacing w:line="360" w:lineRule="auto" w:after="0"/>
        <w:ind w:firstLine="283"/>
      </w:pPr>
      <w:r>
        <w:t>The body lay on the parapet. The body was Jory's. The body was also the beside form's. The two were the same body. The two were not the same body. The not-being-the-same was the body's whole true mark. The mark was the askew line. The askew line was the refusal to resolve.</w:t>
      </w:r>
    </w:p>
    <w:p>
      <w:pPr>
        <w:spacing w:line="360" w:lineRule="auto" w:after="0"/>
        <w:ind w:firstLine="283"/>
      </w:pPr>
      <w:r>
        <w:t>Kael stood. The standing was the form. The form held the not-resolving. The not-resolving was the only true thing Kael could do about the body, and the doing was small.</w:t>
      </w:r>
    </w:p>
    <w:p>
      <w:pPr>
        <w:spacing w:line="360" w:lineRule="auto" w:after="0"/>
        <w:ind w:firstLine="283"/>
      </w:pPr>
      <w:r>
        <w:t>The bell rang for the noon. Twice. The bell did what the bell was supposed to do. The doing was the bell's whole work. The doing was enough.</w:t>
      </w:r>
    </w:p>
    <w:p>
      <w:pPr>
        <w:spacing w:line="360" w:lineRule="auto" w:after="0"/>
        <w:ind w:firstLine="283"/>
      </w:pPr>
      <w:r>
        <w:t>The body lay. The caret stood beside the body. The two lay side by side on the parapet the way the two cups lay side by side on the way-station bench — not agreeing, not resolving, just lying. The lying was the morning's whole honest arithmetic, and the arithmetic did not balance.</w:t>
      </w:r>
    </w:p>
    <w:p>
      <w:pPr>
        <w:spacing w:line="360" w:lineRule="auto" w:after="0"/>
        <w:ind w:firstLine="283"/>
      </w:pPr>
      <w:r>
        <w:t>Kael did not move the body. The moving would have been the fixing. The fixing would have been the resolving. The wall did not resolve. The wall held the not-resolving. The not-resolving was the wall's whole true office.</w:t>
      </w:r>
    </w:p>
    <w:p>
      <w:pPr>
        <w:spacing w:line="360" w:lineRule="auto" w:after="0"/>
        <w:ind w:firstLine="283"/>
      </w:pPr>
      <w:r>
        <w:t>He stood on the parapet. The coat was on his shoulders. The cup was in the left pocket. The chalk was in the right pocket. The slip was in the inner pocket. The four were the morning's whole true freight. The freight was small. The small was all there was.</w:t>
      </w:r>
    </w:p>
    <w:p>
      <w:pPr>
        <w:ind w:firstLine="0"/>
        <w:jc w:val="center"/>
      </w:pPr>
      <w:r>
        <w:rPr>
          <w:color w:val="AAAAAA"/>
        </w:rPr>
        <w:t>❖</w:t>
      </w:r>
    </w:p>
    <w:p>
      <w:pPr>
        <w:spacing w:before="360" w:after="240"/>
        <w:ind w:firstLine="0"/>
        <w:jc w:val="center"/>
      </w:pPr>
      <w:r>
        <w:rPr>
          <w:b/>
          <w:i/>
          <w:color w:val="333333"/>
          <w:sz w:val="26"/>
        </w:rPr>
        <w:t>Step — The Not-Knowing After (Kael)</w:t>
      </w:r>
    </w:p>
    <w:p>
      <w:pPr>
        <w:spacing w:line="360" w:lineRule="auto" w:after="0"/>
        <w:ind w:firstLine="283"/>
      </w:pPr>
      <w:r>
        <w:t>‖ ∧</w:t>
      </w:r>
    </w:p>
    <w:p>
      <w:pPr>
        <w:spacing w:line="360" w:lineRule="auto" w:after="0"/>
        <w:ind w:firstLine="283"/>
      </w:pPr>
      <w:r>
        <w:t>Kael wanted to know what to do with the body.</w:t>
      </w:r>
    </w:p>
    <w:p>
      <w:pPr>
        <w:spacing w:line="360" w:lineRule="auto" w:after="0"/>
        <w:ind w:firstLine="283"/>
      </w:pPr>
      <w:r>
        <w:t>The wanting was small. The wanting was the coat on his shoulders — the cuffs turned back twice at the wrist — and the cup in the left pocket wrapped in the chalk's cloth, and the chalk in the right pocket, and the slip in the inner pocket, and the body on the parapet, and the not-knowing. The not-knowing was the morning's whole true office. The office was the standing-beside. The standing-beside was the holding. The holding was the not-fixing. The not-fixing was the not-resolving. The not-resolving was the only true thing the morning had, and the only true thing was small, and the small was all there was.</w:t>
      </w:r>
    </w:p>
    <w:p>
      <w:pPr>
        <w:spacing w:line="360" w:lineRule="auto" w:after="0"/>
        <w:ind w:firstLine="283"/>
      </w:pPr>
      <w:r>
        <w:t>The body lay. The body was Jory's. The body was also the beside form's. The two were the same body. The two were not the same body. The not-being-the-same was the body's whole true mark. The mark was the askew line — the refusal to resolve, the place the body disagreed with the city and the disagreement was preserved in the lying.</w:t>
      </w:r>
    </w:p>
    <w:p>
      <w:pPr>
        <w:spacing w:line="360" w:lineRule="auto" w:after="0"/>
        <w:ind w:firstLine="283"/>
      </w:pPr>
      <w:r>
        <w:t>The blood went into the stone. The stone was the parapet. The parapet was the city's whole true edge. The edge was where the city ended and the not-city began. The blood went into the edge. The edge held the blood the way the wall held the watching — without comment, without returning anything.</w:t>
      </w:r>
    </w:p>
    <w:p>
      <w:pPr>
        <w:spacing w:line="360" w:lineRule="auto" w:after="0"/>
        <w:ind w:firstLine="283"/>
      </w:pPr>
      <w:r>
        <w:t>Kael did not move. The standing was the form. The form held the not-resolving. The not-resolving was the only true thing Kael could do about the body, and the doing was small.</w:t>
      </w:r>
    </w:p>
    <w:p>
      <w:pPr>
        <w:spacing w:line="360" w:lineRule="auto" w:after="0"/>
        <w:ind w:firstLine="283"/>
      </w:pPr>
      <w:r>
        <w:t>A child saw.</w:t>
      </w:r>
    </w:p>
    <w:p>
      <w:pPr>
        <w:spacing w:line="360" w:lineRule="auto" w:after="0"/>
        <w:ind w:firstLine="283"/>
      </w:pPr>
      <w:r>
        <w:t>The child was the chalk-stub child — the one from the well, the one who had not looked away, the one who had drawn the second line, the one who had gone without farewell. The child came up the stair to the parapet. The child's feet were the feet of a child who had been climbing the stair the way a child climbs a stair — without announcing, without purpose, the feet on the stone not knowing where to go because the feet had nowhere to be.</w:t>
      </w:r>
    </w:p>
    <w:p>
      <w:pPr>
        <w:spacing w:line="360" w:lineRule="auto" w:after="0"/>
        <w:ind w:firstLine="283"/>
      </w:pPr>
      <w:r>
        <w:t>The child stopped at the top. The child saw.</w:t>
      </w:r>
    </w:p>
    <w:p>
      <w:pPr>
        <w:spacing w:line="360" w:lineRule="auto" w:after="0"/>
        <w:ind w:firstLine="283"/>
      </w:pPr>
      <w:r>
        <w:t>The seeing was the less-than-a-breath — the eyes touching the body the way a hand touches a thing it has not held before and does not hold now. The child did not cry out. The child did not run. The child stood at the top of the stair and the standing was the child's whole true act of the morning. The act was the watching. The watching was the not-knowing. The not-knowing was the only true thing the child had.</w:t>
      </w:r>
    </w:p>
    <w:p>
      <w:pPr>
        <w:spacing w:line="360" w:lineRule="auto" w:after="0"/>
        <w:ind w:firstLine="283"/>
      </w:pPr>
      <w:r>
        <w:t>Kael did not call. The not-calling was the morning's whole true mercy. The mercy was small. The small was the not-knowing's whole true mark.</w:t>
      </w:r>
    </w:p>
    <w:p>
      <w:pPr>
        <w:spacing w:line="360" w:lineRule="auto" w:after="0"/>
        <w:ind w:firstLine="283"/>
      </w:pPr>
      <w:r>
        <w:t>The child came forward. The child's foot went to the parapet. The child's foot found the caret — the small grey mark Kael had set on the stone beside the body. The caret was the witness's mark. The caret said: I saw this; I only copied this; the body is not mine. The child's foot rested on the caret the way a hand rests on a thing it has been carrying and is not yet ready to set down.</w:t>
      </w:r>
    </w:p>
    <w:p>
      <w:pPr>
        <w:spacing w:line="360" w:lineRule="auto" w:after="0"/>
        <w:ind w:firstLine="283"/>
      </w:pPr>
      <w:r>
        <w:t>"You saw," the child said.</w:t>
      </w:r>
    </w:p>
    <w:p>
      <w:pPr>
        <w:spacing w:line="360" w:lineRule="auto" w:after="0"/>
        <w:ind w:firstLine="283"/>
      </w:pPr>
      <w:r>
        <w:t>The child said it the way the runner had said it — flat, without the pressing. The not-pressing was the work. The not-pressing was the child's whole true office. The office was the not-knowing.</w:t>
      </w:r>
    </w:p>
    <w:p>
      <w:pPr>
        <w:spacing w:line="360" w:lineRule="auto" w:after="0"/>
        <w:ind w:firstLine="283"/>
      </w:pPr>
      <w:r>
        <w:t>Kael did not answer. The not-answering was the morning's whole true work. The work was the not-naming. The not-naming was the only true thing Kael could do about the body, and the doing was small.</w:t>
      </w:r>
    </w:p>
    <w:p>
      <w:pPr>
        <w:spacing w:line="360" w:lineRule="auto" w:after="0"/>
        <w:ind w:firstLine="283"/>
      </w:pPr>
      <w:r>
        <w:t>"What do you do," the child said.</w:t>
      </w:r>
    </w:p>
    <w:p>
      <w:pPr>
        <w:spacing w:line="360" w:lineRule="auto" w:after="0"/>
        <w:ind w:firstLine="283"/>
      </w:pPr>
      <w:r>
        <w:t>It was not a question. It was the asking. The asking was the making-real. The child had made the asking real.</w:t>
      </w:r>
    </w:p>
    <w:p>
      <w:pPr>
        <w:spacing w:line="360" w:lineRule="auto" w:after="0"/>
        <w:ind w:firstLine="283"/>
      </w:pPr>
      <w:r>
        <w:t>Kael looked at the body. The body was Jory's. The body was the beside form's. The two were the same body. The two were not the same body. The not-being-the-same was the body's whole true mark.</w:t>
      </w:r>
    </w:p>
    <w:p>
      <w:pPr>
        <w:spacing w:line="360" w:lineRule="auto" w:after="0"/>
        <w:ind w:firstLine="283"/>
      </w:pPr>
      <w:r>
        <w:t>"I don't know," Kael said.</w:t>
      </w:r>
    </w:p>
    <w:p>
      <w:pPr>
        <w:spacing w:line="360" w:lineRule="auto" w:after="0"/>
        <w:ind w:firstLine="283"/>
      </w:pPr>
      <w:r>
        <w:t>He said it the way he said things to children — without the softening, without the small voice, the plain thing.</w:t>
      </w:r>
    </w:p>
    <w:p>
      <w:pPr>
        <w:spacing w:line="360" w:lineRule="auto" w:after="0"/>
        <w:ind w:firstLine="283"/>
      </w:pPr>
      <w:r>
        <w:t>The child did not speak for a moment. The not-speaking was the child's whole true work. The work was the not-knowing.</w:t>
      </w:r>
    </w:p>
    <w:p>
      <w:pPr>
        <w:spacing w:line="360" w:lineRule="auto" w:after="0"/>
        <w:ind w:firstLine="283"/>
      </w:pPr>
      <w:r>
        <w:t>"The chalk," the child said.</w:t>
      </w:r>
    </w:p>
    <w:p>
      <w:pPr>
        <w:spacing w:line="360" w:lineRule="auto" w:after="0"/>
        <w:ind w:firstLine="283"/>
      </w:pPr>
      <w:r>
        <w:t>The child's hand went to the chalk. The chalk was in Kael's right pocket. The child's hand did not take the chalk. The child's hand rested on the chalk through the cloth. The resting was the child's whole true mark. The mark was the not-taking. The not-taking was the morning's whole true mercy.</w:t>
      </w:r>
    </w:p>
    <w:p>
      <w:pPr>
        <w:spacing w:line="360" w:lineRule="auto" w:after="0"/>
        <w:ind w:firstLine="283"/>
      </w:pPr>
      <w:r>
        <w:t>Kael took the chalk out. He held the chalk out. The child took the chalk. The chalk was the witness's mark. The chalk was the caret. The caret said: I saw this; I only copied this; the body is not mine.</w:t>
      </w:r>
    </w:p>
    <w:p>
      <w:pPr>
        <w:spacing w:line="360" w:lineRule="auto" w:after="0"/>
        <w:ind w:firstLine="283"/>
      </w:pPr>
      <w:r>
        <w:t>The child went to the parapet. The child set the chalk to the stone. The child drew a line beside the body — the small grey line, the line that did not begin and did not end and did not resolve. The line was the askew line. The askew line was the form's own true mark on the stone — the refusal to resolve, the place the child disagreed with the city and the disagreement was preserved.</w:t>
      </w:r>
    </w:p>
    <w:p>
      <w:pPr>
        <w:spacing w:line="360" w:lineRule="auto" w:after="0"/>
        <w:ind w:firstLine="283"/>
      </w:pPr>
      <w:r>
        <w:t>Kael looked at the line. The line was the child's line. The line was the beside form's line. The two were the same line. The two were not the same line. The not-being-the-same was the line's whole true mark.</w:t>
      </w:r>
    </w:p>
    <w:p>
      <w:pPr>
        <w:spacing w:line="360" w:lineRule="auto" w:after="0"/>
        <w:ind w:firstLine="283"/>
      </w:pPr>
      <w:r>
        <w:t>The child set the caret beside the line. The caret was the small wedge. The caret was the little roof. The caret was the witness's mark. The caret said: I saw this; I only copied this; the body is not mine. The child was the witness. The child was the morning's whole true office.</w:t>
      </w:r>
    </w:p>
    <w:p>
      <w:pPr>
        <w:spacing w:line="360" w:lineRule="auto" w:after="0"/>
        <w:ind w:firstLine="283"/>
      </w:pPr>
      <w:r>
        <w:t>The two marks stood side by side on the parapet — the askew line and the caret — the way the two lines stood side by side on the stone at the low wall — not agreeing, not resolving, just standing. The standing was the morning's whole honest arithmetic, and the arithmetic did not balance.</w:t>
      </w:r>
    </w:p>
    <w:p>
      <w:pPr>
        <w:spacing w:line="360" w:lineRule="auto" w:after="0"/>
        <w:ind w:firstLine="283"/>
      </w:pPr>
      <w:r>
        <w:t>The child gave the chalk back. Kael took the chalk. The chalk went into the right pocket. The chalk was where it had been for ten years. The ten years were the chalk's whole true history. The history was in the pocket. The pocket did not speak.</w:t>
      </w:r>
    </w:p>
    <w:p>
      <w:pPr>
        <w:spacing w:line="360" w:lineRule="auto" w:after="0"/>
        <w:ind w:firstLine="283"/>
      </w:pPr>
      <w:r>
        <w:t>"What now," the child said.</w:t>
      </w:r>
    </w:p>
    <w:p>
      <w:pPr>
        <w:spacing w:line="360" w:lineRule="auto" w:after="0"/>
        <w:ind w:firstLine="283"/>
      </w:pPr>
      <w:r>
        <w:t>Kael did not know. The not-knowing was the morning's whole true office. The office was the standing-beside. The standing-beside was the beside form's first test. The beside form was the second body. The second body was the body that took the place the body did not take. The beside form had taken the cut on the wall. The beside form had lain with the body on the parapet. The beside form had held the not-resolving. The not-resolving was the only true thing the beside form had.</w:t>
      </w:r>
    </w:p>
    <w:p>
      <w:pPr>
        <w:spacing w:line="360" w:lineRule="auto" w:after="0"/>
        <w:ind w:firstLine="283"/>
      </w:pPr>
      <w:r>
        <w:t>"Now I stay," Kael said.</w:t>
      </w:r>
    </w:p>
    <w:p>
      <w:pPr>
        <w:spacing w:line="360" w:lineRule="auto" w:after="0"/>
        <w:ind w:firstLine="283"/>
      </w:pPr>
      <w:r>
        <w:t>He said it the way he said things to children — without the softening, without the small voice, the plain thing.</w:t>
      </w:r>
    </w:p>
    <w:p>
      <w:pPr>
        <w:spacing w:line="360" w:lineRule="auto" w:after="0"/>
        <w:ind w:firstLine="283"/>
      </w:pPr>
      <w:r>
        <w:t>The child did not speak. The child went down the stair the way the child had come up — without announcing, without farewell, the feet on the stone. Kael did not call. The not-calling was the morning's whole true mercy.</w:t>
      </w:r>
    </w:p>
    <w:p>
      <w:pPr>
        <w:spacing w:line="360" w:lineRule="auto" w:after="0"/>
        <w:ind w:firstLine="283"/>
      </w:pPr>
      <w:r>
        <w:t>Kael stood on the parapet. The body lay. The line stood. The caret stood. The three stood side by side on the parapet — the body, the line, the caret — the way the three things stood on Mira's table — the bread, the slip, the not resolved — not agreeing, not resolving, just standing. The standing was the morning's whole honest arithmetic, and the arithmetic did not balance.</w:t>
      </w:r>
    </w:p>
    <w:p>
      <w:pPr>
        <w:spacing w:line="360" w:lineRule="auto" w:after="0"/>
        <w:ind w:firstLine="283"/>
      </w:pPr>
      <w:r>
        <w:t>The bell rang for the evening change. Six pulls. The bell did what the bell was supposed to do. The doing was the bell's whole work. The doing was enough.</w:t>
      </w:r>
    </w:p>
    <w:p>
      <w:pPr>
        <w:spacing w:line="360" w:lineRule="auto" w:after="0"/>
        <w:ind w:firstLine="283"/>
      </w:pPr>
      <w:r>
        <w:t>A Cadre man came at the seventh bell. The Cadre man was not Jory. The Cadre man had the boots at the parapet stair. The Cadre man saw the body. The Cadre man saw the line. The Cadre man saw the caret. The Cadre man did not see Kael. Kael was the unlisted. The unlisted stood on the parapet the way the unlisted stood at the well — without announcing, without purpose. The Cadre man did not see the unlisted.</w:t>
      </w:r>
    </w:p>
    <w:p>
      <w:pPr>
        <w:spacing w:line="360" w:lineRule="auto" w:after="0"/>
        <w:ind w:firstLine="283"/>
      </w:pPr>
      <w:r>
        <w:t>The Cadre man went to the body. The Cadre man did not move the body. The Cadre man stood. The standing was the Cadre man's whole true act of the evening. The act was the not-knowing. The not-knowing was the only true thing the Cadre man had.</w:t>
      </w:r>
    </w:p>
    <w:p>
      <w:pPr>
        <w:spacing w:line="360" w:lineRule="auto" w:after="0"/>
        <w:ind w:firstLine="283"/>
      </w:pPr>
      <w:r>
        <w:t>The Cadre man went down the stair. The Cadre man did not call the watch. The not-calling was the Cadre man's whole true mercy. The mercy was small. The small was the not-knowing's whole true mark.</w:t>
      </w:r>
    </w:p>
    <w:p>
      <w:pPr>
        <w:spacing w:line="360" w:lineRule="auto" w:after="0"/>
        <w:ind w:firstLine="283"/>
      </w:pPr>
      <w:r>
        <w:t>Kael stood on the parapet. The body lay. The line stood. The caret stood. The three stood side by side on the parapet the way the three things stood on the master's chest — the verification slip, the half-degree, the caret — not agreeing, not resolving, just standing.</w:t>
      </w:r>
    </w:p>
    <w:p>
      <w:pPr>
        <w:spacing w:line="360" w:lineRule="auto" w:after="0"/>
        <w:ind w:firstLine="283"/>
      </w:pPr>
      <w:r>
        <w:t>The not-knowing was the morning's whole true work. The work was the standing-beside. The standing-beside was the beside form's first true test. The beside form had held the not-resolving. The not-resolving was the only true thing the beside form had.</w:t>
      </w:r>
    </w:p>
    <w:p>
      <w:pPr>
        <w:spacing w:line="360" w:lineRule="auto" w:after="0"/>
        <w:ind w:firstLine="283"/>
      </w:pPr>
      <w:r>
        <w:t>The bell rang for the night watch. Rook would have counted the pulls. Rook was not here. The bell was the city's bell. The city's bell did what the city's bell was supposed to do. The doing was the bell's whole work. The doing was enough.</w:t>
      </w:r>
    </w:p>
    <w:p>
      <w:pPr>
        <w:spacing w:line="360" w:lineRule="auto" w:after="0"/>
        <w:ind w:firstLine="283"/>
      </w:pPr>
      <w:r>
        <w:t>Kael did not move the body. The moving would have been the fixing. The fixing would have been the resolving. The wall did not resolve. The wall held the not-resolving. The not-resolving was the wall's whole true office.</w:t>
      </w:r>
    </w:p>
    <w:p>
      <w:pPr>
        <w:spacing w:line="360" w:lineRule="auto" w:after="0"/>
        <w:ind w:firstLine="283"/>
      </w:pPr>
      <w:r>
        <w:t>He stood on the parapet. The coat was on his shoulders. The cup was in the left pocket. The chalk was in the right pocket. The slip was in the inner pocket. The four were the evening's whole true freight. The freight was small. The small was all there was.</w:t>
      </w:r>
    </w:p>
    <w:p>
      <w:pPr>
        <w:spacing w:line="360" w:lineRule="auto" w:after="0"/>
        <w:ind w:firstLine="283"/>
      </w:pPr>
      <w:r>
        <w:t>The body lay. The line stood. The caret stood. The not-knowing was the only true thing the evening had, and the only true thing was small, and the small was all there was.</w:t>
      </w:r>
    </w:p>
    <w:p>
      <w:pPr>
        <w:ind w:firstLine="0"/>
        <w:jc w:val="center"/>
      </w:pPr>
      <w:r>
        <w:rPr>
          <w:color w:val="AAAAAA"/>
        </w:rPr>
        <w:t>❖</w:t>
      </w:r>
    </w:p>
    <w:p>
      <w:pPr>
        <w:spacing w:before="360" w:after="240"/>
        <w:ind w:firstLine="0"/>
        <w:jc w:val="center"/>
      </w:pPr>
      <w:r>
        <w:rPr>
          <w:b/>
          <w:i/>
          <w:color w:val="333333"/>
          <w:sz w:val="26"/>
        </w:rPr>
        <w:t>Chapter 15 — Manufactured Consent</w:t>
      </w:r>
    </w:p>
    <w:p>
      <w:pPr>
        <w:spacing w:line="360" w:lineRule="auto" w:after="0"/>
        <w:ind w:firstLine="283"/>
      </w:pPr>
      <w:r>
        <w:t>‖ •</w:t>
      </w:r>
    </w:p>
    <w:p>
      <w:pPr>
        <w:spacing w:line="360" w:lineRule="auto" w:after="0"/>
        <w:ind w:firstLine="283"/>
      </w:pPr>
      <w:r>
        <w:t>After the Taking the city went on counting. It surprised Mira, though it should not have. The Taking took. The city counted the taken. The city held.</w:t>
      </w:r>
    </w:p>
    <w:p>
      <w:pPr>
        <w:spacing w:line="360" w:lineRule="auto" w:after="0"/>
        <w:ind w:firstLine="283"/>
      </w:pPr>
      <w:r>
        <w:t>In the second week after the Taking, the Counter’s report came to the archive — the monthly audit of predicted losses. The report came on a Tuesday, in the morning’s packet, in a hand Mira did not know. The report listed the losses predicted for the month, and the losses prevented.</w:t>
      </w:r>
    </w:p>
    <w:p>
      <w:pPr>
        <w:spacing w:line="360" w:lineRule="auto" w:after="0"/>
        <w:ind w:firstLine="283"/>
      </w:pPr>
      <w:r>
        <w:t>Mira read the report twice — the habit.</w:t>
      </w:r>
    </w:p>
    <w:p>
      <w:pPr>
        <w:spacing w:line="360" w:lineRule="auto" w:after="0"/>
        <w:ind w:firstLine="283"/>
      </w:pPr>
      <w:r>
        <w:t>The report listed a name in the column for the losses prevented. Marsa.</w:t>
      </w:r>
    </w:p>
    <w:p>
      <w:pPr>
        <w:spacing w:line="360" w:lineRule="auto" w:after="0"/>
        <w:ind w:firstLine="283"/>
      </w:pPr>
      <w:r>
        <w:t>Mira knew the name. Mira had seen the woman at the kitchen table on the Morning Without Bells — the red hands, the lye, the bun broken slowly. Marsa was alive. She ate the bun.</w:t>
      </w:r>
    </w:p>
    <w:p>
      <w:pPr>
        <w:spacing w:line="360" w:lineRule="auto" w:after="0"/>
        <w:ind w:firstLine="283"/>
      </w:pPr>
      <w:r>
        <w:t>But Marsa was also in the Counter’s report. The report said Marsa was not-yet-dead — the Counter had counted her as the one who would have died. The famine had not come. Marsa had not died. The grain that would have fed it had gone somewhere else first. The report did not count the somewhere.</w:t>
      </w:r>
    </w:p>
    <w:p>
      <w:pPr>
        <w:spacing w:line="360" w:lineRule="auto" w:after="0"/>
        <w:ind w:firstLine="283"/>
      </w:pPr>
      <w:r>
        <w:t>Mira saw the contradiction. Marsa was alive in the district. Marsa was not-yet-dead in the report.</w:t>
      </w:r>
    </w:p>
    <w:p>
      <w:pPr>
        <w:spacing w:line="360" w:lineRule="auto" w:after="0"/>
        <w:ind w:firstLine="283"/>
      </w:pPr>
      <w:r>
        <w:t>Mira did not write not resolved in the margin of the report. The two words were for the things the record could not fix. This report was the thing the record had fixed.</w:t>
      </w:r>
    </w:p>
    <w:p>
      <w:pPr>
        <w:spacing w:line="360" w:lineRule="auto" w:after="0"/>
        <w:ind w:firstLine="283"/>
      </w:pPr>
      <w:r>
        <w:t>She filed the report.</w:t>
      </w:r>
    </w:p>
    <w:p>
      <w:pPr>
        <w:spacing w:line="360" w:lineRule="auto" w:after="0"/>
        <w:ind w:firstLine="283"/>
      </w:pPr>
      <w:r>
        <w:t>Pell was humming.</w:t>
      </w:r>
    </w:p>
    <w:p>
      <w:pPr>
        <w:ind w:firstLine="0"/>
        <w:jc w:val="center"/>
      </w:pPr>
      <w:r>
        <w:rPr>
          <w:color w:val="AAAAAA"/>
        </w:rPr>
        <w:t>❖</w:t>
      </w:r>
    </w:p>
    <w:p>
      <w:pPr>
        <w:spacing w:before="360" w:after="240"/>
        <w:ind w:firstLine="0"/>
        <w:jc w:val="center"/>
      </w:pPr>
      <w:r>
        <w:rPr>
          <w:b/>
          <w:i/>
          <w:color w:val="333333"/>
          <w:sz w:val="26"/>
        </w:rPr>
        <w:t>Chapter 16 — The Book Board</w:t>
      </w:r>
    </w:p>
    <w:p>
      <w:pPr>
        <w:spacing w:line="360" w:lineRule="auto" w:after="0"/>
        <w:ind w:firstLine="283"/>
      </w:pPr>
      <w:r>
        <w:t>‖ •</w:t>
      </w:r>
    </w:p>
    <w:p>
      <w:pPr>
        <w:spacing w:line="360" w:lineRule="auto" w:after="0"/>
        <w:ind w:firstLine="283"/>
      </w:pPr>
      <w:r>
        <w:t>The Book Board met on the third Wednesday of the month, in the back office of the verification building. The Board was three clerks and a senior administrator. The senior administrator was Seret. The clerks were Halric, and Pell, and a woman from the central office whose name Mira did not know — a small woman with a mole at the corner of her mouth who wrote her motions in a hand so tiny it looked like a private code.</w:t>
      </w:r>
    </w:p>
    <w:p>
      <w:pPr>
        <w:spacing w:line="360" w:lineRule="auto" w:after="0"/>
        <w:ind w:firstLine="283"/>
      </w:pPr>
      <w:r>
        <w:t>Mira attended because the archive cross-referenced the list. She sat at the back. She did not speak.</w:t>
      </w:r>
    </w:p>
    <w:p>
      <w:pPr>
        <w:spacing w:line="360" w:lineRule="auto" w:after="0"/>
        <w:ind w:firstLine="283"/>
      </w:pPr>
      <w:r>
        <w:t>The Board met for an hour. It did not read the books. It read the list of the books.</w:t>
      </w:r>
    </w:p>
    <w:p>
      <w:pPr>
        <w:spacing w:line="360" w:lineRule="auto" w:after="0"/>
        <w:ind w:firstLine="283"/>
      </w:pPr>
      <w:r>
        <w:t>The list went around the table. Seret read each line aloud. The lines were short.</w:t>
      </w:r>
    </w:p>
    <w:p>
      <w:pPr>
        <w:spacing w:line="360" w:lineRule="auto" w:after="0"/>
        <w:ind w:firstLine="283"/>
      </w:pPr>
      <w:r>
        <w:t>“Verral Almanac, year nine, year ten. Retain.”</w:t>
      </w:r>
    </w:p>
    <w:p>
      <w:pPr>
        <w:spacing w:line="360" w:lineRule="auto" w:after="0"/>
        <w:ind w:firstLine="283"/>
      </w:pPr>
      <w:r>
        <w:t>“Histories of the Eastern Quarter, abridged. Retain.”</w:t>
      </w:r>
    </w:p>
    <w:p>
      <w:pPr>
        <w:spacing w:line="360" w:lineRule="auto" w:after="0"/>
        <w:ind w:firstLine="283"/>
      </w:pPr>
      <w:r>
        <w:t>“The Voyage of the Salt-Carriers. Remove. The harbor described does not correspond to the current harbor.”</w:t>
      </w:r>
    </w:p>
    <w:p>
      <w:pPr>
        <w:spacing w:line="360" w:lineRule="auto" w:after="0"/>
        <w:ind w:firstLine="283"/>
      </w:pPr>
      <w:r>
        <w:t>“The Mountain-Ash Herbal. Retain.”</w:t>
      </w:r>
    </w:p>
    <w:p>
      <w:pPr>
        <w:spacing w:line="360" w:lineRule="auto" w:after="0"/>
        <w:ind w:firstLine="283"/>
      </w:pPr>
      <w:r>
        <w:t>“The Letter-Book of Serel Vane. Remove. The letter-book references a registry no longer in use, and the names cannot be cross-checked. Confusing to the children.”</w:t>
      </w:r>
    </w:p>
    <w:p>
      <w:pPr>
        <w:spacing w:line="360" w:lineRule="auto" w:after="0"/>
        <w:ind w:firstLine="283"/>
      </w:pPr>
      <w:r>
        <w:t>“The Well at Tanvell, and Other Country Verses. Remove.”</w:t>
      </w:r>
    </w:p>
    <w:p>
      <w:pPr>
        <w:spacing w:line="360" w:lineRule="auto" w:after="0"/>
        <w:ind w:firstLine="283"/>
      </w:pPr>
      <w:r>
        <w:t>“Why,” the central-office clerk said. She said it the way she said things — small, flat.</w:t>
      </w:r>
    </w:p>
    <w:p>
      <w:pPr>
        <w:spacing w:line="360" w:lineRule="auto" w:after="0"/>
        <w:ind w:firstLine="283"/>
      </w:pPr>
      <w:r>
        <w:t>Seret did not look up. “The verses do not contain a single numbered household.”</w:t>
      </w:r>
    </w:p>
    <w:p>
      <w:pPr>
        <w:spacing w:line="360" w:lineRule="auto" w:after="0"/>
        <w:ind w:firstLine="283"/>
      </w:pPr>
      <w:r>
        <w:t>The clerk wrote the motion. The motion passed. Pell’s hand recorded the result. Halric’s pen leaked a slow blue stain into the corner of the page where the result was written.</w:t>
      </w:r>
    </w:p>
    <w:p>
      <w:pPr>
        <w:spacing w:line="360" w:lineRule="auto" w:after="0"/>
        <w:ind w:firstLine="283"/>
      </w:pPr>
      <w:r>
        <w:t>Mira watched the three books leave the list. The three books would come to the archive. The children would not read them.</w:t>
      </w:r>
    </w:p>
    <w:p>
      <w:pPr>
        <w:spacing w:line="360" w:lineRule="auto" w:after="0"/>
        <w:ind w:firstLine="283"/>
      </w:pPr>
      <w:r>
        <w:t>The Scribehouse had lost a harbor and a registry and a country verse about a well in a single hour. It would not miss them. It did not know it had had them.</w:t>
      </w:r>
    </w:p>
    <w:p>
      <w:pPr>
        <w:spacing w:line="360" w:lineRule="auto" w:after="0"/>
        <w:ind w:firstLine="283"/>
      </w:pPr>
      <w:r>
        <w:t>Mira went back to the archive with the three books in her arms. The three books were not heavy. They were the weight of three names removed from a list.</w:t>
      </w:r>
    </w:p>
    <w:p>
      <w:pPr>
        <w:spacing w:line="360" w:lineRule="auto" w:after="0"/>
        <w:ind w:firstLine="283"/>
      </w:pPr>
      <w:r>
        <w:t>She set them on the back shelf, beside the Verral and the other books that had come before them. She did not open them. She did not need to. They had been read enough. They would not be read again.</w:t>
      </w:r>
    </w:p>
    <w:p>
      <w:pPr>
        <w:ind w:firstLine="0"/>
        <w:jc w:val="center"/>
      </w:pPr>
      <w:r>
        <w:rPr>
          <w:color w:val="AAAAAA"/>
        </w:rPr>
        <w:t>❖</w:t>
      </w:r>
    </w:p>
    <w:p>
      <w:pPr>
        <w:spacing w:before="360" w:after="240"/>
        <w:ind w:firstLine="0"/>
        <w:jc w:val="center"/>
      </w:pPr>
      <w:r>
        <w:rPr>
          <w:b/>
          <w:i/>
          <w:color w:val="333333"/>
          <w:sz w:val="26"/>
        </w:rPr>
        <w:t>Step — The Two N's (Mira)</w:t>
      </w:r>
    </w:p>
    <w:p>
      <w:pPr>
        <w:spacing w:line="360" w:lineRule="auto" w:after="0"/>
        <w:ind w:firstLine="283"/>
      </w:pPr>
      <w:r>
        <w:t>‖ ∧</w:t>
      </w:r>
    </w:p>
    <w:p>
      <w:pPr>
        <w:spacing w:line="360" w:lineRule="auto" w:after="0"/>
        <w:ind w:firstLine="283"/>
      </w:pPr>
      <w:r>
        <w:t>Mira wanted the name spelled the way the mother spelled it.</w:t>
      </w:r>
    </w:p>
    <w:p>
      <w:pPr>
        <w:spacing w:line="360" w:lineRule="auto" w:after="0"/>
        <w:ind w:firstLine="283"/>
      </w:pPr>
      <w:r>
        <w:t>The wanting was small. The wanting was the two N's at the end of VELENN, and the one N at the end of VELEN, and the disagreement between the two, and the not-resolving of the disagreement, and the not-resolving was the page's whole honest work. The work was the not-choosing. The not-choosing was the archive's whole office.</w:t>
      </w:r>
    </w:p>
    <w:p>
      <w:pPr>
        <w:spacing w:line="360" w:lineRule="auto" w:after="0"/>
        <w:ind w:firstLine="283"/>
      </w:pPr>
      <w:r>
        <w:t>The Scribehouse was on the second floor of a building that had been a tannery and was now a school, and the not-quite-removed smell of the lye came up through the boards in the afternoon when the sun warmed them, and the children did not notice the lye because the children had been born in the lye. The being-born-in was the children's whole true mercy. The mercy was small. The small was the lye's whole true mark.</w:t>
      </w:r>
    </w:p>
    <w:p>
      <w:pPr>
        <w:spacing w:line="360" w:lineRule="auto" w:after="0"/>
        <w:ind w:firstLine="283"/>
      </w:pPr>
      <w:r>
        <w:t>Mira came because the cross-reference required it. The cross-reference was the household registration of a child named on the verification list — a child whose name on the school roll did not match the name on the household register. She came with the school roll and the household register and the small flat pencil she used for marking the pages she would correct from the office. The pencil was the thing she carried to the places where the ink was not hers. The not-her-ink was the pencil's whole true office. The office was the not-resolving. The not-resolving was the not-choosing. The not-choosing was the small flat pencil's whole true mark.</w:t>
      </w:r>
    </w:p>
    <w:p>
      <w:pPr>
        <w:spacing w:line="360" w:lineRule="auto" w:after="0"/>
        <w:ind w:firstLine="283"/>
      </w:pPr>
      <w:r>
        <w:t>The children were at the long table — a table that had been a tanner's bench and was now a school's table, and the table held twenty children. Twenty children. Twenty slates. Twenty pieces of chalk. The chalk was the thing the children wrote with, because the children wrote on the slate, and the slate was not the page, and the page was not the record. The slate was the chalk's whole true mercy. The mercy was the not-record. The not-record was the children's whole true office.</w:t>
      </w:r>
    </w:p>
    <w:p>
      <w:pPr>
        <w:spacing w:line="360" w:lineRule="auto" w:after="0"/>
        <w:ind w:firstLine="283"/>
      </w:pPr>
      <w:r>
        <w:t>The schoolteacher was a woman named Hett. Hett was neither old nor young. She held the chalk between her second and third fingers, the way a person holds a thing they have been holding for thirty years, and there was a callus at the side of the second finger where the chalk had rested into the skin. Hett had the eyes of a person who had been teaching for a long time and had not stopped believing the teaching mattered. Two women who had not stopped, in two rooms, in two offices, in the same city. The not-stopping was the two women's whole true work. The work was the not-quitting. The not-quitting was the not-resolving. The not-resolving was the only true thing the two women had, and the only true thing was small, and the small was all there was.</w:t>
      </w:r>
    </w:p>
    <w:p>
      <w:pPr>
        <w:spacing w:line="360" w:lineRule="auto" w:after="0"/>
        <w:ind w:firstLine="283"/>
      </w:pPr>
      <w:r>
        <w:t>"The roll says RESA VELEN," Mira said. "The household register says RESA VELENN. Two N's."</w:t>
      </w:r>
    </w:p>
    <w:p>
      <w:pPr>
        <w:spacing w:line="360" w:lineRule="auto" w:after="0"/>
        <w:ind w:firstLine="283"/>
      </w:pPr>
      <w:r>
        <w:t>Hett looked at the roll. Hett looked at the register. Hett did not speak for a moment. The not-speaking was Hett's whole true answer. The answer was the not-choosing. The not-choosing was the two women's whole true office.</w:t>
      </w:r>
    </w:p>
    <w:p>
      <w:pPr>
        <w:spacing w:line="360" w:lineRule="auto" w:after="0"/>
        <w:ind w:firstLine="283"/>
      </w:pPr>
      <w:r>
        <w:t>"Resa writes her name with two N's," Hett said. "She has always written her name with two N's. Her mother writes her name with two N's. The register has one. The roll has one. Resa writes two."</w:t>
      </w:r>
    </w:p>
    <w:p>
      <w:pPr>
        <w:spacing w:line="360" w:lineRule="auto" w:after="0"/>
        <w:ind w:firstLine="283"/>
      </w:pPr>
      <w:r>
        <w:t>"The register has one."</w:t>
      </w:r>
    </w:p>
    <w:p>
      <w:pPr>
        <w:spacing w:line="360" w:lineRule="auto" w:after="0"/>
        <w:ind w:firstLine="283"/>
      </w:pPr>
      <w:r>
        <w:t>"The register has one. The register has been wrong since the year Resa's mother registered her. The clerk wrote one. The mother said two. The clerk wrote one. The clerk said one was the standard. The mother said two was the name. The clerk wrote one. The mother did not come back."</w:t>
      </w:r>
    </w:p>
    <w:p>
      <w:pPr>
        <w:spacing w:line="360" w:lineRule="auto" w:after="0"/>
        <w:ind w:firstLine="283"/>
      </w:pPr>
      <w:r>
        <w:t>Mira looked at the roll. The roll had RESA VELEN. The roll was the record. The record had one N. The one N was the city's whole true mark. The mark was the standard. The standard was the not-resolving's whole other office. The office was the not-choosing. The not-choosing was the standard's whole true work.</w:t>
      </w:r>
    </w:p>
    <w:p>
      <w:pPr>
        <w:spacing w:line="360" w:lineRule="auto" w:after="0"/>
        <w:ind w:firstLine="283"/>
      </w:pPr>
      <w:r>
        <w:t>"And Resa."</w:t>
      </w:r>
    </w:p>
    <w:p>
      <w:pPr>
        <w:spacing w:line="360" w:lineRule="auto" w:after="0"/>
        <w:ind w:firstLine="283"/>
      </w:pPr>
      <w:r>
        <w:t>"Resa writes two."</w:t>
      </w:r>
    </w:p>
    <w:p>
      <w:pPr>
        <w:spacing w:line="360" w:lineRule="auto" w:after="0"/>
        <w:ind w:firstLine="283"/>
      </w:pPr>
      <w:r>
        <w:t>Mira did not speak.</w:t>
      </w:r>
    </w:p>
    <w:p>
      <w:pPr>
        <w:spacing w:line="360" w:lineRule="auto" w:after="0"/>
        <w:ind w:firstLine="283"/>
      </w:pPr>
      <w:r>
        <w:t>She did not correct the register. She did not correct the roll. She did not write RESA VELENN in her own hand on either page. She did not draw the line. She did not choose.</w:t>
      </w:r>
    </w:p>
    <w:p>
      <w:pPr>
        <w:spacing w:line="360" w:lineRule="auto" w:after="0"/>
        <w:ind w:firstLine="283"/>
      </w:pPr>
      <w:r>
        <w:t>The not-choosing was the archive's whole true office. The office was the not-resolving. The not-resolving was the not-correcting. The not-correcting was the not-drawing-the-line. The not-drawing-the-line was the not-resolving's whole true mark.</w:t>
      </w:r>
    </w:p>
    <w:p>
      <w:pPr>
        <w:spacing w:line="360" w:lineRule="auto" w:after="0"/>
        <w:ind w:firstLine="283"/>
      </w:pPr>
      <w:r>
        <w:t>She marked the page with the flat pencil. The mark was the small chalk — not ink, not the record. The mark said, in the small flat pencil, not resolved. The two words were the only thing Mira could do for Resa Velen, and Resa Velen was nine, and Resa Velen would write her name with two N's for the rest of her life, and the clerk would write one, and the record would hold the one.</w:t>
      </w:r>
    </w:p>
    <w:p>
      <w:pPr>
        <w:spacing w:line="360" w:lineRule="auto" w:after="0"/>
        <w:ind w:firstLine="283"/>
      </w:pPr>
      <w:r>
        <w:t>The two words were the archive's whole true mercy. The mercy was the not-resolving. The not-resolving was the not-choosing. The not-choosing was the not-correcting. The not-correcting was the not-drawing-the-line. The not-drawing-the-line was the only true thing Mira could do, and the doing was small, and the small was all there was.</w:t>
      </w:r>
    </w:p>
    <w:p>
      <w:pPr>
        <w:spacing w:line="360" w:lineRule="auto" w:after="0"/>
        <w:ind w:firstLine="283"/>
      </w:pPr>
      <w:r>
        <w:t>The name was the Keeper's name. It was also a child's name. The two had never met.</w:t>
      </w:r>
    </w:p>
    <w:p>
      <w:pPr>
        <w:spacing w:line="360" w:lineRule="auto" w:after="0"/>
        <w:ind w:firstLine="283"/>
      </w:pPr>
      <w:r>
        <w:t>She did not say this to Hett. Hett knew. The two women did not speak, in the room that smelled of lye and held twenty children and twenty slates and twenty pieces of chalk. The not-speaking was the two women's whole true exchange. The exchange was the not-resolving. The not-resolving was the not-choosing. The not-choosing was the only true thing the two women had, and the only true thing was small, and the small was all there was.</w:t>
      </w:r>
    </w:p>
    <w:p>
      <w:pPr>
        <w:spacing w:line="360" w:lineRule="auto" w:after="0"/>
        <w:ind w:firstLine="283"/>
      </w:pPr>
      <w:r>
        <w:t>Mira went back to the archive. The mark was in the margin of the school roll. She carried it back the way she carried the slip of paper with the badge number — in the inner pocket. The inner pocket was the not-resolving's whole true office. The office was the carrying. The carrying was the not-resolving. The not-resolving was the not-choosing. The not-choosing was the only true thing the inner pocket had, and the only true thing was small, and the small was all there was.</w:t>
      </w:r>
    </w:p>
    <w:p>
      <w:pPr>
        <w:spacing w:line="360" w:lineRule="auto" w:after="0"/>
        <w:ind w:firstLine="283"/>
      </w:pPr>
      <w:r>
        <w:t>She sat at her desk. The nib was burred. The ink was wet. The corrections waited. She took up the pen.</w:t>
      </w:r>
    </w:p>
    <w:p>
      <w:pPr>
        <w:spacing w:line="360" w:lineRule="auto" w:after="0"/>
        <w:ind w:firstLine="283"/>
      </w:pPr>
      <w:r>
        <w:t>The pen was the archive's pen — the blue-black, the weight, the nib she had ground at the noon. The burr was back. The burr was the kind that came back. The coming-back was the work. The work was the grinding. The grinding was the payment. The payment was small. The small was all there was.</w:t>
      </w:r>
    </w:p>
    <w:p>
      <w:pPr>
        <w:spacing w:line="360" w:lineRule="auto" w:after="0"/>
        <w:ind w:firstLine="283"/>
      </w:pPr>
      <w:r>
        <w:t>The new girl came at the third bell. The new girl was sixteen. The new girl's name was listed as DALYA in one place and DALIA in another, and Mira had noticed it her first week, and had not corrected it. The not-correcting was the new girl's whole true mercy. The mercy was the not-resolving. The not-resolving was the not-choosing. The not-choosing was the only true thing the new girl had, and the only true thing was small, and the small was all there was.</w:t>
      </w:r>
    </w:p>
    <w:p>
      <w:pPr>
        <w:spacing w:line="360" w:lineRule="auto" w:after="0"/>
        <w:ind w:firstLine="283"/>
      </w:pPr>
      <w:r>
        <w:t>The new girl set her pages on the felt. The hand shook a little. Mira did not steady it. The steadying would have been the city's work, the resolving work, and the archive was not the city's resolving office. The archive was the city's other office. The archive was the place where the not-resolving was held.</w:t>
      </w:r>
    </w:p>
    <w:p>
      <w:pPr>
        <w:spacing w:line="360" w:lineRule="auto" w:after="0"/>
        <w:ind w:firstLine="283"/>
      </w:pPr>
      <w:r>
        <w:t>The afternoon's intake was the western districts. The bag was canvas. The bag smelled of chalk. Mira tipped the cards onto the felt. She did not read them yet. She read the corner.</w:t>
      </w:r>
    </w:p>
    <w:p>
      <w:pPr>
        <w:spacing w:line="360" w:lineRule="auto" w:after="0"/>
        <w:ind w:firstLine="283"/>
      </w:pPr>
      <w:r>
        <w:t>The corner of the first card was where the clerk hurried. The corner of the first card had a tremor — a half-degree west of where the clerk's other descenders went, in the tail of the g. The half-degree was the tremor. The tremor was the askew line — the form's mark, the small refusal to resolve, the not-straightening the hand had made. Mira set the caret beside the descender. The caret was the small wedge, the little roof, the witness's mark. The caret said: I only copied this. The words are not mine. The tremor is not mine. The not-resolving is the only true thing I can set beside this, and the setting is small, and the small is all there is.</w:t>
      </w:r>
    </w:p>
    <w:p>
      <w:pPr>
        <w:spacing w:line="360" w:lineRule="auto" w:after="0"/>
        <w:ind w:firstLine="283"/>
      </w:pPr>
      <w:r>
        <w:t>The bell rang for the noon. Twice. Mira did not count the pulls. The bell was the city's bell. The city's bell did what the city's bell was supposed to do. The doing was the bell's whole work. The doing was enough. The not-resolving was enough. The caret held. The two N's held. The two N's did not resolve. The two N's stood side by side the way the bread and the slip stood side by side on Mira's table — not agreeing, not resolving, just standing, and the standing was the page's whole honest arithmetic.</w:t>
      </w:r>
    </w:p>
    <w:p>
      <w:pPr>
        <w:spacing w:line="360" w:lineRule="auto" w:after="0"/>
        <w:ind w:firstLine="283"/>
      </w:pPr>
      <w:r>
        <w:t>The card waited on the desk. The nib waited. The not-resolving waited. The waiting was the work. The work was small. The small was all there was.</w:t>
      </w:r>
    </w:p>
    <w:p>
      <w:pPr>
        <w:ind w:firstLine="0"/>
        <w:jc w:val="center"/>
      </w:pPr>
      <w:r>
        <w:rPr>
          <w:color w:val="AAAAAA"/>
        </w:rPr>
        <w:t>❖</w:t>
      </w:r>
    </w:p>
    <w:p>
      <w:pPr>
        <w:spacing w:before="360" w:after="240"/>
        <w:ind w:firstLine="0"/>
        <w:jc w:val="center"/>
      </w:pPr>
      <w:r>
        <w:rPr>
          <w:b/>
          <w:i/>
          <w:color w:val="333333"/>
          <w:sz w:val="26"/>
        </w:rPr>
        <w:t>Chapter 17 — The Authorization</w:t>
      </w:r>
    </w:p>
    <w:p>
      <w:pPr>
        <w:spacing w:line="360" w:lineRule="auto" w:after="0"/>
        <w:ind w:firstLine="283"/>
      </w:pPr>
      <w:r>
        <w:t>‖ •</w:t>
      </w:r>
    </w:p>
    <w:p>
      <w:pPr>
        <w:spacing w:line="360" w:lineRule="auto" w:after="0"/>
        <w:ind w:firstLine="283"/>
      </w:pPr>
      <w:r>
        <w:t>Seret found the authorization in the archive on a Wednesday.</w:t>
      </w:r>
    </w:p>
    <w:p>
      <w:pPr>
        <w:spacing w:line="360" w:lineRule="auto" w:after="0"/>
        <w:ind w:firstLine="283"/>
      </w:pPr>
      <w:r>
        <w:t>He had not been looking for it. He had been looking for the cross-reference — the Verral cistern line, the seventh year, the stabilization order. The authorization was in the folder beside the cross-reference, the way the archive did things — one thing beside another. His hand found the authorization.</w:t>
      </w:r>
    </w:p>
    <w:p>
      <w:pPr>
        <w:spacing w:line="360" w:lineRule="auto" w:after="0"/>
        <w:ind w:firstLine="283"/>
      </w:pPr>
      <w:r>
        <w:t>The authorization was the order that had created the Keeper. The signature was his. The date was eleven years back. The pen was the felt, the same nib. The stabilization had held. The cistern had not failed. The eleven thousand four hundred and six had drunk.</w:t>
      </w:r>
    </w:p>
    <w:p>
      <w:pPr>
        <w:spacing w:line="360" w:lineRule="auto" w:after="0"/>
        <w:ind w:firstLine="283"/>
      </w:pPr>
      <w:r>
        <w:t>He read the authorization. The authorization said the western district would not vanish because the city would create the Keeper, and the Keeper would hold the district. The Keeper was a woman named Resa Velen.</w:t>
      </w:r>
    </w:p>
    <w:p>
      <w:pPr>
        <w:spacing w:line="360" w:lineRule="auto" w:after="0"/>
        <w:ind w:firstLine="283"/>
      </w:pPr>
      <w:r>
        <w:t>Seret did not correct the authorization.</w:t>
      </w:r>
    </w:p>
    <w:p>
      <w:pPr>
        <w:spacing w:line="360" w:lineRule="auto" w:after="0"/>
        <w:ind w:firstLine="283"/>
      </w:pPr>
      <w:r>
        <w:t>He took the authorization. He took it the way he took the things he carried — without the announcing, without the explaining, the felt pen in the inner pocket, the authorization in the felt.</w:t>
      </w:r>
    </w:p>
    <w:p>
      <w:pPr>
        <w:spacing w:line="360" w:lineRule="auto" w:after="0"/>
        <w:ind w:firstLine="283"/>
      </w:pPr>
      <w:r>
        <w:t>He went back to the verification office. Halric was at his desk. The pen was leaking. Halric did not look up.</w:t>
      </w:r>
    </w:p>
    <w:p>
      <w:pPr>
        <w:spacing w:line="360" w:lineRule="auto" w:after="0"/>
        <w:ind w:firstLine="283"/>
      </w:pPr>
      <w:r>
        <w:t>“The cistern report,” Halric said.</w:t>
      </w:r>
    </w:p>
    <w:p>
      <w:pPr>
        <w:spacing w:line="360" w:lineRule="auto" w:after="0"/>
        <w:ind w:firstLine="283"/>
      </w:pPr>
      <w:r>
        <w:t>“I have it.”</w:t>
      </w:r>
    </w:p>
    <w:p>
      <w:pPr>
        <w:spacing w:line="360" w:lineRule="auto" w:after="0"/>
        <w:ind w:firstLine="283"/>
      </w:pPr>
      <w:r>
        <w:t>“The cross-reference.”</w:t>
      </w:r>
    </w:p>
    <w:p>
      <w:pPr>
        <w:spacing w:line="360" w:lineRule="auto" w:after="0"/>
        <w:ind w:firstLine="283"/>
      </w:pPr>
      <w:r>
        <w:t>“I have it.”</w:t>
      </w:r>
    </w:p>
    <w:p>
      <w:pPr>
        <w:spacing w:line="360" w:lineRule="auto" w:after="0"/>
        <w:ind w:firstLine="283"/>
      </w:pPr>
      <w:r>
        <w:t>“The authorization.”</w:t>
      </w:r>
    </w:p>
    <w:p>
      <w:pPr>
        <w:spacing w:line="360" w:lineRule="auto" w:after="0"/>
        <w:ind w:firstLine="283"/>
      </w:pPr>
      <w:r>
        <w:t>Seret did not speak.</w:t>
      </w:r>
    </w:p>
    <w:p>
      <w:pPr>
        <w:spacing w:line="360" w:lineRule="auto" w:after="0"/>
        <w:ind w:firstLine="283"/>
      </w:pPr>
      <w:r>
        <w:t>“The authorization is in the file,” Seret said.</w:t>
      </w:r>
    </w:p>
    <w:p>
      <w:pPr>
        <w:spacing w:line="360" w:lineRule="auto" w:after="0"/>
        <w:ind w:firstLine="283"/>
      </w:pPr>
      <w:r>
        <w:t>“In the file.”</w:t>
      </w:r>
    </w:p>
    <w:p>
      <w:pPr>
        <w:spacing w:line="360" w:lineRule="auto" w:after="0"/>
        <w:ind w:firstLine="283"/>
      </w:pPr>
      <w:r>
        <w:t>“In the file.”</w:t>
      </w:r>
    </w:p>
    <w:p>
      <w:pPr>
        <w:spacing w:line="360" w:lineRule="auto" w:after="0"/>
        <w:ind w:firstLine="283"/>
      </w:pPr>
      <w:r>
        <w:t>Halric looked at him.</w:t>
      </w:r>
    </w:p>
    <w:p>
      <w:pPr>
        <w:spacing w:line="360" w:lineRule="auto" w:after="0"/>
        <w:ind w:firstLine="283"/>
      </w:pPr>
      <w:r>
        <w:t>He went back to his office. The drawer was the second from the top. He opened the drawer. The drawer held the manufactured consent, the Counter's report, the Keeper file, and the small slip of paper on which Mira had written, in her own hand, not resolved, in the first year.</w:t>
      </w:r>
    </w:p>
    <w:p>
      <w:pPr>
        <w:spacing w:line="360" w:lineRule="auto" w:after="0"/>
        <w:ind w:firstLine="283"/>
      </w:pPr>
      <w:r>
        <w:t>Seret put the authorization in the drawer. The authorization went in beside the other things.</w:t>
      </w:r>
    </w:p>
    <w:p>
      <w:pPr>
        <w:spacing w:line="360" w:lineRule="auto" w:after="0"/>
        <w:ind w:firstLine="283"/>
      </w:pPr>
      <w:r>
        <w:t>The drawer closed.</w:t>
      </w:r>
    </w:p>
    <w:p>
      <w:pPr>
        <w:spacing w:line="360" w:lineRule="auto" w:after="0"/>
        <w:ind w:firstLine="283"/>
      </w:pPr>
      <w:r>
        <w:t>The drawer had stayed closed for eleven years. Atherin survived because of her.</w:t>
      </w:r>
    </w:p>
    <w:p>
      <w:pPr>
        <w:ind w:firstLine="0"/>
        <w:jc w:val="center"/>
      </w:pPr>
      <w:r>
        <w:rPr>
          <w:color w:val="AAAAAA"/>
        </w:rPr>
        <w:t>❖</w:t>
      </w:r>
    </w:p>
    <w:p>
      <w:pPr>
        <w:spacing w:before="360" w:after="240"/>
        <w:ind w:firstLine="0"/>
        <w:jc w:val="center"/>
      </w:pPr>
      <w:r>
        <w:rPr>
          <w:b/>
          <w:i/>
          <w:color w:val="333333"/>
          <w:sz w:val="26"/>
        </w:rPr>
        <w:t>Step — Not Located (Rook)</w:t>
      </w:r>
    </w:p>
    <w:p>
      <w:pPr>
        <w:spacing w:line="360" w:lineRule="auto" w:after="0"/>
        <w:ind w:firstLine="283"/>
      </w:pPr>
      <w:r>
        <w:t>‖ ∧</w:t>
      </w:r>
    </w:p>
    <w:p>
      <w:pPr>
        <w:spacing w:line="360" w:lineRule="auto" w:after="0"/>
        <w:ind w:firstLine="283"/>
      </w:pPr>
      <w:r>
        <w:t>Rook wanted the record right.</w:t>
      </w:r>
    </w:p>
    <w:p>
      <w:pPr>
        <w:spacing w:line="360" w:lineRule="auto" w:after="0"/>
        <w:ind w:firstLine="283"/>
      </w:pPr>
      <w:r>
        <w:t>The wanting was small. The wanting was the slot at the door of Verral 14, the three allocation slips pressed into the slot by the months that had come and the months that had gone, and the slips said the household was current, and the household was not there, and the not-there was the thing the record did not hold. The record held the listed. The listed was the city's whole work. The not-located was the record's whole other work. The other work was the not-holding.</w:t>
      </w:r>
    </w:p>
    <w:p>
      <w:pPr>
        <w:spacing w:line="360" w:lineRule="auto" w:after="0"/>
        <w:ind w:firstLine="283"/>
      </w:pPr>
      <w:r>
        <w:t>The verification office smelled of paste and cold iron. Rook had been there four days. The office was on the second floor of the Western District allocation building, above the grain stores, and the grain smell came up through the boards in the afternoon when the sun warmed them. Rook had begun to know the office the way he knew a barracks — by the sound of the stairs, by the creak of the third tread, by the way the door stuck in the wet and swung free in the dry.</w:t>
      </w:r>
    </w:p>
    <w:p>
      <w:pPr>
        <w:spacing w:line="360" w:lineRule="auto" w:after="0"/>
        <w:ind w:firstLine="283"/>
      </w:pPr>
      <w:r>
        <w:t>The order came in the morning's packet. A slip of paper, stamped with the verification seal, folded once, placed on Rook's desk by Halric without comment. Halric was the clerk. Halric wrote with a pen that leaked and did not apologize for the leaking. The leak had stained the desk's left edge the color of a bruise, and Halric wrote around the stain without working at it. The stain was the desk's whole true history. The history was not in the ledger. The history was in the stain.</w:t>
      </w:r>
    </w:p>
    <w:p>
      <w:pPr>
        <w:spacing w:line="360" w:lineRule="auto" w:after="0"/>
        <w:ind w:firstLine="283"/>
      </w:pPr>
      <w:r>
        <w:t>Rook read the order standing, the way he read orders — feet set, weight centered, the paper held at arm's length.</w:t>
      </w:r>
    </w:p>
    <w:p>
      <w:pPr>
        <w:spacing w:line="360" w:lineRule="auto" w:after="0"/>
        <w:ind w:firstLine="283"/>
      </w:pPr>
      <w:r>
        <w:t>LOCATE. Household Verral 14. Name on register: BRENN HALEN. Status: listed, allocation current. Complaint: not seen. Duration: three months. Authority: verification office, Western District. Action: locate, confirm status, report.</w:t>
      </w:r>
    </w:p>
    <w:p>
      <w:pPr>
        <w:spacing w:line="360" w:lineRule="auto" w:after="0"/>
        <w:ind w:firstLine="283"/>
      </w:pPr>
      <w:r>
        <w:t>He took the order. He did not take Breck. Breck was across the city, on the East Quarter watch, and the taking of Breck would have been a request, and a request was a thing Rook did not make because a request was a thing that could be refused. He went alone. The alone was the verification office's whole true work. The work was the not-bringing. The not-bringing was the going-alone.</w:t>
      </w:r>
    </w:p>
    <w:p>
      <w:pPr>
        <w:spacing w:line="360" w:lineRule="auto" w:after="0"/>
        <w:ind w:firstLine="283"/>
      </w:pPr>
      <w:r>
        <w:t>The Verral was a street of stone houses, three stories, slate roofs, the kind of street that had been built to last and had lasted. The houses had numbers. The numbers were painted on the lintels in the verification blue. Number 14 was between 13 and 15. The being-between should have been unremarkable, and was not.</w:t>
      </w:r>
    </w:p>
    <w:p>
      <w:pPr>
        <w:spacing w:line="360" w:lineRule="auto" w:after="0"/>
        <w:ind w:firstLine="283"/>
      </w:pPr>
      <w:r>
        <w:t>The door was there. The door was wood, oak, painted the same blue, with the same brass knocker and the same slot for the allocation slips. The door was closed. The door had been closed, Rook would learn, for three months.</w:t>
      </w:r>
    </w:p>
    <w:p>
      <w:pPr>
        <w:spacing w:line="360" w:lineRule="auto" w:after="0"/>
        <w:ind w:firstLine="283"/>
      </w:pPr>
      <w:r>
        <w:t>Rook did not knock. He looked at the step first. The step was stone. A step that was used was a step that was worn. The step of Verral 14 was clean. Not scrubbed — clean as a step is clean when no one has walked on it, when the rain has done the walking and the wind has done the sweeping and no boot has touched the stone in a long time.</w:t>
      </w:r>
    </w:p>
    <w:p>
      <w:pPr>
        <w:spacing w:line="360" w:lineRule="auto" w:after="0"/>
        <w:ind w:firstLine="283"/>
      </w:pPr>
      <w:r>
        <w:t>He looked at the hinges. Brass. A hinge that was used was a hinge that shone at the joint. The hinges of Verral 14 were dull. Not rusted — dull. The dull was the hinge's whole true history. The history was not in the order. The history was in the dull.</w:t>
      </w:r>
    </w:p>
    <w:p>
      <w:pPr>
        <w:spacing w:line="360" w:lineRule="auto" w:after="0"/>
        <w:ind w:firstLine="283"/>
      </w:pPr>
      <w:r>
        <w:t>He looked at the allocation slot. The slot was the thing the city used to feed a house. The slot of Verral 14 was full. Not with one slip — with three. Three slips, folded, pressed into the slot by the months that had come and the months that had gone. The city had fed a house and not a person. The feeding was the city's whole true work. The work was the not-knowing. The not-knowing was the slot.</w:t>
      </w:r>
    </w:p>
    <w:p>
      <w:pPr>
        <w:spacing w:line="360" w:lineRule="auto" w:after="0"/>
        <w:ind w:firstLine="283"/>
      </w:pPr>
      <w:r>
        <w:t>He knocked. No one answered.</w:t>
      </w:r>
    </w:p>
    <w:p>
      <w:pPr>
        <w:spacing w:line="360" w:lineRule="auto" w:after="0"/>
        <w:ind w:firstLine="283"/>
      </w:pPr>
      <w:r>
        <w:t>He knocked again. The second knock was the last courtesy he gave before the entering.</w:t>
      </w:r>
    </w:p>
    <w:p>
      <w:pPr>
        <w:spacing w:line="360" w:lineRule="auto" w:after="0"/>
        <w:ind w:firstLine="283"/>
      </w:pPr>
      <w:r>
        <w:t>The door was not locked. The door was not latched. The door was closed the way a door is closed when a person has closed it and walked away and has not come back. Rook pushed.</w:t>
      </w:r>
    </w:p>
    <w:p>
      <w:pPr>
        <w:spacing w:line="360" w:lineRule="auto" w:after="0"/>
        <w:ind w:firstLine="283"/>
      </w:pPr>
      <w:r>
        <w:t>The house was there. The house was whole.</w:t>
      </w:r>
    </w:p>
    <w:p>
      <w:pPr>
        <w:spacing w:line="360" w:lineRule="auto" w:after="0"/>
        <w:ind w:firstLine="283"/>
      </w:pPr>
      <w:r>
        <w:t>The kitchen was there. The table was there. The chairs were there — two, pushed in, as chairs are pushed in when the sitting is done and the sitters have stood and the standing has been the leaving. The hearth was cold. The cold of the hearth at Verral 14 was the cold of a thing that had stopped.</w:t>
      </w:r>
    </w:p>
    <w:p>
      <w:pPr>
        <w:spacing w:line="360" w:lineRule="auto" w:after="0"/>
        <w:ind w:firstLine="283"/>
      </w:pPr>
      <w:r>
        <w:t>There was a cup on the table. The cup was clay. The cup was half-full of a liquid that had been a liquid once and was now a film. The film was the time. Rook did not touch the cup. The not-touching was the first courtesy. The touching would have been the city's, and the city was not at the kitchen. Rook was at the kitchen.</w:t>
      </w:r>
    </w:p>
    <w:p>
      <w:pPr>
        <w:spacing w:line="360" w:lineRule="auto" w:after="0"/>
        <w:ind w:firstLine="283"/>
      </w:pPr>
      <w:r>
        <w:t>There were shoes by the door. Two pairs. One pair adult — a woman's, the leather softened at the heel where the foot had pressed, the press the shape of a life, and the shoe was there and the foot was not. One pair child's — small, the sole still good, the laces tied the way a child ties laces when a child has been taught and has not yet learned to tie them the way an adult ties them.</w:t>
      </w:r>
    </w:p>
    <w:p>
      <w:pPr>
        <w:spacing w:line="360" w:lineRule="auto" w:after="0"/>
        <w:ind w:firstLine="283"/>
      </w:pPr>
      <w:r>
        <w:t>Rook stood in the kitchen. He did not move. A thing done before it was seen was a thing done wrong. The thing he had been sent to find was a household, and the household was not here.</w:t>
      </w:r>
    </w:p>
    <w:p>
      <w:pPr>
        <w:spacing w:line="360" w:lineRule="auto" w:after="0"/>
        <w:ind w:firstLine="283"/>
      </w:pPr>
      <w:r>
        <w:t>He went upstairs. The stairs were wood. The wood did not creak. There were two rooms. The first was a bedroom. The bed was made the way a bed is made when the making is the last thing.</w:t>
      </w:r>
    </w:p>
    <w:p>
      <w:pPr>
        <w:spacing w:line="360" w:lineRule="auto" w:after="0"/>
        <w:ind w:firstLine="283"/>
      </w:pPr>
      <w:r>
        <w:t>The second room was a child's room. The child's room had a blanket on the floor. A planned leaving folded its blankets. The thing that had happened was not a leaving but a taking. Rook did not say it. The not-saying was the verification office's first true mercy. The mercy was small. The small was the not-saying.</w:t>
      </w:r>
    </w:p>
    <w:p>
      <w:pPr>
        <w:spacing w:line="360" w:lineRule="auto" w:after="0"/>
        <w:ind w:firstLine="283"/>
      </w:pPr>
      <w:r>
        <w:t>He went back down. He stood in the kitchen. He looked at the cup. He looked at the shoes. He looked at the hearth. He looked at the allocation slips in the slot — three months of the city's care, delivered to a house that had no one in it. The care had come and the care had stayed. The slot was full. The city had fed a house and not a person.</w:t>
      </w:r>
    </w:p>
    <w:p>
      <w:pPr>
        <w:spacing w:line="360" w:lineRule="auto" w:after="0"/>
        <w:ind w:firstLine="283"/>
      </w:pPr>
      <w:r>
        <w:t>He went back to the office. Halric was at his desk. The pen was leaking. Halric did not look up.</w:t>
      </w:r>
    </w:p>
    <w:p>
      <w:pPr>
        <w:spacing w:line="360" w:lineRule="auto" w:after="0"/>
        <w:ind w:firstLine="283"/>
      </w:pPr>
      <w:r>
        <w:t>"Verral 14," Rook said. "Brenn Halen. Not present."</w:t>
      </w:r>
    </w:p>
    <w:p>
      <w:pPr>
        <w:spacing w:line="360" w:lineRule="auto" w:after="0"/>
        <w:ind w:firstLine="283"/>
      </w:pPr>
      <w:r>
        <w:t>"Not present, or not located."</w:t>
      </w:r>
    </w:p>
    <w:p>
      <w:pPr>
        <w:spacing w:line="360" w:lineRule="auto" w:after="0"/>
        <w:ind w:firstLine="283"/>
      </w:pPr>
      <w:r>
        <w:t>"Present. The house is present. The household is not."</w:t>
      </w:r>
    </w:p>
    <w:p>
      <w:pPr>
        <w:spacing w:line="360" w:lineRule="auto" w:after="0"/>
        <w:ind w:firstLine="283"/>
      </w:pPr>
      <w:r>
        <w:t>Halric looked up.</w:t>
      </w:r>
    </w:p>
    <w:p>
      <w:pPr>
        <w:spacing w:line="360" w:lineRule="auto" w:after="0"/>
        <w:ind w:firstLine="283"/>
      </w:pPr>
      <w:r>
        <w:t>"The house is there."</w:t>
      </w:r>
    </w:p>
    <w:p>
      <w:pPr>
        <w:spacing w:line="360" w:lineRule="auto" w:after="0"/>
        <w:ind w:firstLine="283"/>
      </w:pPr>
      <w:r>
        <w:t>"The house is there."</w:t>
      </w:r>
    </w:p>
    <w:p>
      <w:pPr>
        <w:spacing w:line="360" w:lineRule="auto" w:after="0"/>
        <w:ind w:firstLine="283"/>
      </w:pPr>
      <w:r>
        <w:t>"And the household."</w:t>
      </w:r>
    </w:p>
    <w:p>
      <w:pPr>
        <w:spacing w:line="360" w:lineRule="auto" w:after="0"/>
        <w:ind w:firstLine="283"/>
      </w:pPr>
      <w:r>
        <w:t>"The cup is on the table. The hearth is cold. The shoes are by the door. The allocation slips are in the slot. Three months. The bed is made. There is a blanket on the floor in the child's room."</w:t>
      </w:r>
    </w:p>
    <w:p>
      <w:pPr>
        <w:spacing w:line="360" w:lineRule="auto" w:after="0"/>
        <w:ind w:firstLine="283"/>
      </w:pPr>
      <w:r>
        <w:t>Halric was still.</w:t>
      </w:r>
    </w:p>
    <w:p>
      <w:pPr>
        <w:spacing w:line="360" w:lineRule="auto" w:after="0"/>
        <w:ind w:firstLine="283"/>
      </w:pPr>
      <w:r>
        <w:t>"The record says they are allocated," Halric said. "The record says they are current. The record says the household is listed and the listing is active and the allocation has been redeemed."</w:t>
      </w:r>
    </w:p>
    <w:p>
      <w:pPr>
        <w:spacing w:line="360" w:lineRule="auto" w:after="0"/>
        <w:ind w:firstLine="283"/>
      </w:pPr>
      <w:r>
        <w:t>"The allocation has been redeemed."</w:t>
      </w:r>
    </w:p>
    <w:p>
      <w:pPr>
        <w:spacing w:line="360" w:lineRule="auto" w:after="0"/>
        <w:ind w:firstLine="283"/>
      </w:pPr>
      <w:r>
        <w:t>"The stamps show redemption. The East Quarter point. Monthly."</w:t>
      </w:r>
    </w:p>
    <w:p>
      <w:pPr>
        <w:spacing w:line="360" w:lineRule="auto" w:after="0"/>
        <w:ind w:firstLine="283"/>
      </w:pPr>
      <w:r>
        <w:t>Rook did not speak. There was nothing to say that the cup and the shoes had not already said. The saying was the city's whole true work. The work was the recording. The recording was the not-holding. The not-holding was the stamp.</w:t>
      </w:r>
    </w:p>
    <w:p>
      <w:pPr>
        <w:spacing w:line="360" w:lineRule="auto" w:after="0"/>
        <w:ind w:firstLine="283"/>
      </w:pPr>
      <w:r>
        <w:t>"Status," Halric said. "I need a status for the report."</w:t>
      </w:r>
    </w:p>
    <w:p>
      <w:pPr>
        <w:spacing w:line="360" w:lineRule="auto" w:after="0"/>
        <w:ind w:firstLine="283"/>
      </w:pPr>
      <w:r>
        <w:t>Rook looked at the window. The Verral was out there, the houses numbered in the verification blue. The city held the numbers. The city did not hold Brenn Halen.</w:t>
      </w:r>
    </w:p>
    <w:p>
      <w:pPr>
        <w:spacing w:line="360" w:lineRule="auto" w:after="0"/>
        <w:ind w:firstLine="283"/>
      </w:pPr>
      <w:r>
        <w:t>"Not located," Rook said.</w:t>
      </w:r>
    </w:p>
    <w:p>
      <w:pPr>
        <w:spacing w:line="360" w:lineRule="auto" w:after="0"/>
        <w:ind w:firstLine="283"/>
      </w:pPr>
      <w:r>
        <w:t>Halric wrote. The pen leaked. The status was NOT LOCATED. The status was the city's whole true work on the page. The work was the not-finding. The not-finding was the status. The status was the report's whole honest office. The office was the not-holding. The not-holding was the not-resolving. The not-resolving was the page's whole true mark.</w:t>
      </w:r>
    </w:p>
    <w:p>
      <w:pPr>
        <w:spacing w:line="360" w:lineRule="auto" w:after="0"/>
        <w:ind w:firstLine="283"/>
      </w:pPr>
      <w:r>
        <w:t>Rook took the brass buckle off at the end of the shift. The buckle was the color of old honey where the brass had worn through to the steel beneath. The leather was good. The leather would hold the season. The buckle was the rope's other end — the rope was at the chest-plate, the buckle was at the hip, and the two held the kit the way the prop had held the stair. The holding was the work.</w:t>
      </w:r>
    </w:p>
    <w:p>
      <w:pPr>
        <w:spacing w:line="360" w:lineRule="auto" w:after="0"/>
        <w:ind w:firstLine="283"/>
      </w:pPr>
      <w:r>
        <w:t>He took off his boots. Right first, then left. The order was the reverse of the dressing, and the reversing was the day's closing, and the closing was the small mercy at the end of the shift. The boots went by the bunk. The buckle went on the cloth. The rope went on the rack.</w:t>
      </w:r>
    </w:p>
    <w:p>
      <w:pPr>
        <w:spacing w:line="360" w:lineRule="auto" w:after="0"/>
        <w:ind w:firstLine="283"/>
      </w:pPr>
      <w:r>
        <w:t>He sat in the cold with the slot and a household that was not there and a status that said NOT LOCATED. The not-locating was the report. The report was the work. The work was not the resolution. The work was the not-resolving. The not-resolving was the only true thing Rook could say about the morning, and the saying was small, and the small was all there was.</w:t>
      </w:r>
    </w:p>
    <w:p>
      <w:pPr>
        <w:spacing w:line="360" w:lineRule="auto" w:after="0"/>
        <w:ind w:firstLine="283"/>
      </w:pPr>
      <w:r>
        <w:t>The blanket on the floor in the child's room was not folded. The not-folding was the only true thing the house had said. The saying was small. The small was the not-leaving's whole true mark. The mark was not in the report. The mark was in the not-folding. The not-folding was the only thing the record did not hold, and the not-holding was the record's whole honest office, and the office was the not-resolving, and the not-resolving was the work, and the work was Rook's, and Rook sat in the cold with the not-folding and the not-locating and the not-resolving, and the not-resolving was all there was, and the all-there-was was small, and the small was the work, and the work was the only thing he could do, and the doing was small, and the small was all there was.</w:t>
      </w:r>
    </w:p>
    <w:p>
      <w:pPr>
        <w:spacing w:line="360" w:lineRule="auto" w:after="0"/>
        <w:ind w:firstLine="283"/>
      </w:pPr>
      <w:r>
        <w:t>The bell rang for the evening change. Rook did not count the pulls. The bell was the city's bell. The city's bell did what the city's bell was supposed to do. The doing was the bell's whole work. The doing was enough. The not-locating was enough. The not-resolving was enough. The status held. The status was NOT LOCATED. The status did not resolve. The status held the not-resolving the way the prop held the stair: without fixing, without resolving, with the plain holding.</w:t>
      </w:r>
    </w:p>
    <w:p>
      <w:pPr>
        <w:spacing w:line="360" w:lineRule="auto" w:after="0"/>
        <w:ind w:firstLine="283"/>
      </w:pPr>
      <w:r>
        <w:t>The holding was the work. The work was Rook's. Rook held.</w:t>
      </w:r>
    </w:p>
    <w:p>
      <w:pPr>
        <w:ind w:firstLine="0"/>
        <w:jc w:val="center"/>
      </w:pPr>
      <w:r>
        <w:rPr>
          <w:color w:val="AAAAAA"/>
        </w:rPr>
        <w:t>❖</w:t>
      </w:r>
    </w:p>
    <w:p>
      <w:pPr>
        <w:spacing w:before="360" w:after="240"/>
        <w:ind w:firstLine="0"/>
        <w:jc w:val="center"/>
      </w:pPr>
      <w:r>
        <w:rPr>
          <w:b/>
          <w:i/>
          <w:color w:val="333333"/>
          <w:sz w:val="26"/>
        </w:rPr>
        <w:t>Chapter 18 — Evidence Does Not Absolve</w:t>
      </w:r>
    </w:p>
    <w:p>
      <w:pPr>
        <w:spacing w:line="360" w:lineRule="auto" w:after="0"/>
        <w:ind w:firstLine="283"/>
      </w:pPr>
      <w:r>
        <w:t>‖ •</w:t>
      </w:r>
    </w:p>
    <w:p>
      <w:pPr>
        <w:spacing w:line="360" w:lineRule="auto" w:after="0"/>
        <w:ind w:firstLine="283"/>
      </w:pPr>
      <w:r>
        <w:t>Mira compiled the evidence. The evidence was what the archive had.</w:t>
      </w:r>
    </w:p>
    <w:p>
      <w:pPr>
        <w:spacing w:line="360" w:lineRule="auto" w:after="0"/>
        <w:ind w:firstLine="283"/>
      </w:pPr>
      <w:r>
        <w:t>The evidence had always been in the records — the records the archive held, the records the city sent, the records Mira had read for eleven years and had not compiled because the compiling had not yet been asked of her. RESA VELEN and the Marsa and the consent and the not-yet-dead.</w:t>
      </w:r>
    </w:p>
    <w:p>
      <w:pPr>
        <w:spacing w:line="360" w:lineRule="auto" w:after="0"/>
        <w:ind w:firstLine="283"/>
      </w:pPr>
      <w:r>
        <w:t>She compiled it now because the compiling had come as the authorization had found Seret — the wrong folder, the hand finding what it was not looking for. Mira’s hand had found the proofs.</w:t>
      </w:r>
    </w:p>
    <w:p>
      <w:pPr>
        <w:spacing w:line="360" w:lineRule="auto" w:after="0"/>
        <w:ind w:firstLine="283"/>
      </w:pPr>
      <w:r>
        <w:t>The first piece of evidence was in the engineering reports. The Verral cistern line, the stabilization order, the seep at the third junction. The report was the eleven thousand four hundred and six people who would have gone dry. The stabilization was Seret's signature. It had held. The cistern had not failed. The eleven thousand four hundred and six had drunk.</w:t>
      </w:r>
    </w:p>
    <w:p>
      <w:pPr>
        <w:spacing w:line="360" w:lineRule="auto" w:after="0"/>
        <w:ind w:firstLine="283"/>
      </w:pPr>
      <w:r>
        <w:t>The second piece of evidence was in the allocation reports. The western district, the vanishing that had not happened, the Keeper who had been created. The surviving was the right. The right was the cost.</w:t>
      </w:r>
    </w:p>
    <w:p>
      <w:pPr>
        <w:spacing w:line="360" w:lineRule="auto" w:after="0"/>
        <w:ind w:firstLine="283"/>
      </w:pPr>
      <w:r>
        <w:t>The third piece of evidence was in the Counter’s reports. The famine, the grain redirected, the water prioritized, the Marsa, the not-yet-dead. Marsa was alive — the right. Marsa was the not-yet-dead — the cost.</w:t>
      </w:r>
    </w:p>
    <w:p>
      <w:pPr>
        <w:spacing w:line="360" w:lineRule="auto" w:after="0"/>
        <w:ind w:firstLine="283"/>
      </w:pPr>
      <w:r>
        <w:t>The three pieces on the desk. The engineering report. The allocation report. The Counter’s report. Three pages. One contradiction.</w:t>
      </w:r>
    </w:p>
    <w:p>
      <w:pPr>
        <w:spacing w:line="360" w:lineRule="auto" w:after="0"/>
        <w:ind w:firstLine="283"/>
      </w:pPr>
      <w:r>
        <w:t>Mira did not judge.</w:t>
      </w:r>
    </w:p>
    <w:p>
      <w:pPr>
        <w:spacing w:line="360" w:lineRule="auto" w:after="0"/>
        <w:ind w:firstLine="283"/>
      </w:pPr>
      <w:r>
        <w:t>She set the pages on the desk. The pages were the evidence — the proofs, the contradictions, the right and the cost. The desk held them.</w:t>
      </w:r>
    </w:p>
    <w:p>
      <w:pPr>
        <w:spacing w:line="360" w:lineRule="auto" w:after="0"/>
        <w:ind w:firstLine="283"/>
      </w:pPr>
      <w:r>
        <w:t>She thought of Marsa. Marsa was alive because the Counter had counted her, and the counting was one of the pages on the desk.</w:t>
      </w:r>
    </w:p>
    <w:p>
      <w:pPr>
        <w:spacing w:line="360" w:lineRule="auto" w:after="0"/>
        <w:ind w:firstLine="283"/>
      </w:pPr>
      <w:r>
        <w:t>Pell was humming. Mira did not hum.</w:t>
      </w:r>
    </w:p>
    <w:p>
      <w:pPr>
        <w:spacing w:line="360" w:lineRule="auto" w:after="0"/>
        <w:ind w:firstLine="283"/>
      </w:pPr>
      <w:r>
        <w:t>She put the pages in the drawer — the archive drawer that held the Keeper file, the consent that was the lie, the Counter’s report with Marsa’s name. The drawer held them.</w:t>
      </w:r>
    </w:p>
    <w:p>
      <w:pPr>
        <w:spacing w:line="360" w:lineRule="auto" w:after="0"/>
        <w:ind w:firstLine="283"/>
      </w:pPr>
      <w:r>
        <w:t>The drawer closed.</w:t>
      </w:r>
    </w:p>
    <w:p>
      <w:pPr>
        <w:spacing w:line="360" w:lineRule="auto" w:after="0"/>
        <w:ind w:firstLine="283"/>
      </w:pPr>
      <w:r>
        <w:t>The cup was on the desk — clay, unchipped, the color of the cardamom pod.</w:t>
      </w:r>
    </w:p>
    <w:p>
      <w:pPr>
        <w:spacing w:line="360" w:lineRule="auto" w:after="0"/>
        <w:ind w:firstLine="283"/>
      </w:pPr>
      <w:r>
        <w:t>Seret came to the archive on the fifth morning.</w:t>
      </w:r>
    </w:p>
    <w:p>
      <w:pPr>
        <w:spacing w:line="360" w:lineRule="auto" w:after="0"/>
        <w:ind w:firstLine="283"/>
      </w:pPr>
      <w:r>
        <w:t>He came the way he came to all the offices — in the verification blue, with the pen behind his ear, with the hands that smoothed the paper before the paper was read. He said he had come for the cistern report. The cistern report was the thing the verification office needed.</w:t>
      </w:r>
    </w:p>
    <w:p>
      <w:pPr>
        <w:spacing w:line="360" w:lineRule="auto" w:after="0"/>
        <w:ind w:firstLine="283"/>
      </w:pPr>
      <w:r>
        <w:t>Mira brought the cistern report. She brought it the way she brought all reports — flat, smoothed, the edges aligned. She set it on the counter between them.</w:t>
      </w:r>
    </w:p>
    <w:p>
      <w:pPr>
        <w:spacing w:line="360" w:lineRule="auto" w:after="0"/>
        <w:ind w:firstLine="283"/>
      </w:pPr>
      <w:r>
        <w:t>Seret did not take the report at once. He looked at Mira. The looking was the looking of a person who held a pen and a drawer and a count, at a person who held a pen and a drawer and a record. The two were the same person, in two offices, with two pens, and the two pens wrote the same city.</w:t>
      </w:r>
    </w:p>
    <w:p>
      <w:pPr>
        <w:spacing w:line="360" w:lineRule="auto" w:after="0"/>
        <w:ind w:firstLine="283"/>
      </w:pPr>
      <w:r>
        <w:t>“You compiled the evidence,” Seret said.</w:t>
      </w:r>
    </w:p>
    <w:p>
      <w:pPr>
        <w:spacing w:line="360" w:lineRule="auto" w:after="0"/>
        <w:ind w:firstLine="283"/>
      </w:pPr>
      <w:r>
        <w:t>Mira did not deny it. She did not confirm it. She stood at the counter with the cistern report between them.</w:t>
      </w:r>
    </w:p>
    <w:p>
      <w:pPr>
        <w:spacing w:line="360" w:lineRule="auto" w:after="0"/>
        <w:ind w:firstLine="283"/>
      </w:pPr>
      <w:r>
        <w:t>“The evidence does not absolve,” Mira said.</w:t>
      </w:r>
    </w:p>
    <w:p>
      <w:pPr>
        <w:spacing w:line="360" w:lineRule="auto" w:after="0"/>
        <w:ind w:firstLine="283"/>
      </w:pPr>
      <w:r>
        <w:t>“No,” Seret said. “The evidence is correct. The correctness is not the absolving.”</w:t>
      </w:r>
    </w:p>
    <w:p>
      <w:pPr>
        <w:spacing w:line="360" w:lineRule="auto" w:after="0"/>
        <w:ind w:firstLine="283"/>
      </w:pPr>
      <w:r>
        <w:t>Mira did not say the rest. The two stood at the counter. The cistern report was between them. The city did not ask for the other thing. The city asked for the cistern report.</w:t>
      </w:r>
    </w:p>
    <w:p>
      <w:pPr>
        <w:spacing w:line="360" w:lineRule="auto" w:after="0"/>
        <w:ind w:firstLine="283"/>
      </w:pPr>
      <w:r>
        <w:t>Seret took the report. He smoothed the edges. The smoothing was his habit. He turned to go. At the door he stopped. He did not turn back. He said, without the turning:</w:t>
      </w:r>
    </w:p>
    <w:p>
      <w:pPr>
        <w:spacing w:line="360" w:lineRule="auto" w:after="0"/>
        <w:ind w:firstLine="283"/>
      </w:pPr>
      <w:r>
        <w:t>“The drawer holds the weight.”</w:t>
      </w:r>
    </w:p>
    <w:p>
      <w:pPr>
        <w:spacing w:line="360" w:lineRule="auto" w:after="0"/>
        <w:ind w:firstLine="283"/>
      </w:pPr>
      <w:r>
        <w:t>“Yes,” Mira said.</w:t>
      </w:r>
    </w:p>
    <w:p>
      <w:pPr>
        <w:spacing w:line="360" w:lineRule="auto" w:after="0"/>
        <w:ind w:firstLine="283"/>
      </w:pPr>
      <w:r>
        <w:t>“The weight does not resolve.”</w:t>
      </w:r>
    </w:p>
    <w:p>
      <w:pPr>
        <w:spacing w:line="360" w:lineRule="auto" w:after="0"/>
        <w:ind w:firstLine="283"/>
      </w:pPr>
      <w:r>
        <w:t>“No.”</w:t>
      </w:r>
    </w:p>
    <w:p>
      <w:pPr>
        <w:spacing w:line="360" w:lineRule="auto" w:after="0"/>
        <w:ind w:firstLine="283"/>
      </w:pPr>
      <w:r>
        <w:t>Seret went. The door closed.</w:t>
      </w:r>
    </w:p>
    <w:p>
      <w:pPr>
        <w:spacing w:line="360" w:lineRule="auto" w:after="0"/>
        <w:ind w:firstLine="283"/>
      </w:pPr>
      <w:r>
        <w:t>Mira stood at the counter.</w:t>
      </w:r>
    </w:p>
    <w:p>
      <w:pPr>
        <w:spacing w:line="360" w:lineRule="auto" w:after="0"/>
        <w:ind w:firstLine="283"/>
      </w:pPr>
      <w:r>
        <w:t>She went to the drawer.</w:t>
      </w:r>
    </w:p>
    <w:p>
      <w:pPr>
        <w:spacing w:line="360" w:lineRule="auto" w:after="0"/>
        <w:ind w:firstLine="283"/>
      </w:pPr>
      <w:r>
        <w:t>The drawer was the archive drawer — the deep one, the one that held the mass lists, the ones the city sent when the city needed the names of the households that would be relocated, reclassified, taken. Mira had opened it a hundred times. She had never opened it with her hand on the pen the way her hand was on the pen now.</w:t>
      </w:r>
    </w:p>
    <w:p>
      <w:pPr>
        <w:spacing w:line="360" w:lineRule="auto" w:after="0"/>
        <w:ind w:firstLine="283"/>
      </w:pPr>
      <w:r>
        <w:t>The mass list was in the drawer. The list was the weekly list — the households, the names, the addresses. The names were the people the city counted. The record held the names the way the drawer held the list.</w:t>
      </w:r>
    </w:p>
    <w:p>
      <w:pPr>
        <w:spacing w:line="360" w:lineRule="auto" w:after="0"/>
        <w:ind w:firstLine="283"/>
      </w:pPr>
      <w:r>
        <w:t>Mira opened the drawer. The list was on top. She read the names. The names were the people the city had — the listed, the verified, the allocated.</w:t>
      </w:r>
    </w:p>
    <w:p>
      <w:pPr>
        <w:spacing w:line="360" w:lineRule="auto" w:after="0"/>
        <w:ind w:firstLine="283"/>
      </w:pPr>
      <w:r>
        <w:t>The seventh name on the third page was a household. The household was a woman and a child. The child was four. Or five. Or the age the record held. The record held the child’s name — the listing that was the cage.</w:t>
      </w:r>
    </w:p>
    <w:p>
      <w:pPr>
        <w:spacing w:line="360" w:lineRule="auto" w:after="0"/>
        <w:ind w:firstLine="283"/>
      </w:pPr>
      <w:r>
        <w:t>Mira looked at the name. The name was the child’s. The child did not know the name was on the list. The list was in the drawer. The drawer was in the archive. The child was four, or five.</w:t>
      </w:r>
    </w:p>
    <w:p>
      <w:pPr>
        <w:spacing w:line="360" w:lineRule="auto" w:after="0"/>
        <w:ind w:firstLine="283"/>
      </w:pPr>
      <w:r>
        <w:t>She could write the truth. The truth was the name the record held.</w:t>
      </w:r>
    </w:p>
    <w:p>
      <w:pPr>
        <w:spacing w:line="360" w:lineRule="auto" w:after="0"/>
        <w:ind w:firstLine="283"/>
      </w:pPr>
      <w:r>
        <w:t>She could write the lie. The lie was not the child’s name.</w:t>
      </w:r>
    </w:p>
    <w:p>
      <w:pPr>
        <w:spacing w:line="360" w:lineRule="auto" w:after="0"/>
        <w:ind w:firstLine="283"/>
      </w:pPr>
      <w:r>
        <w:t>She took up the pen. The pen was the archive’s pen — the blue-black, the nib, the weight. Her hand was over the name.</w:t>
      </w:r>
    </w:p>
    <w:p>
      <w:pPr>
        <w:spacing w:line="360" w:lineRule="auto" w:after="0"/>
        <w:ind w:firstLine="283"/>
      </w:pPr>
      <w:r>
        <w:t>She held the pen over the name. The holding was the deciding — the thing she had not done in eleven years of correcting.</w:t>
      </w:r>
    </w:p>
    <w:p>
      <w:pPr>
        <w:spacing w:line="360" w:lineRule="auto" w:after="0"/>
        <w:ind w:firstLine="283"/>
      </w:pPr>
      <w:r>
        <w:t>The pen was over the name. The name was the child’s. The child would not know if the name was not on the list. The lie was the mercy.</w:t>
      </w:r>
    </w:p>
    <w:p>
      <w:pPr>
        <w:spacing w:line="360" w:lineRule="auto" w:after="0"/>
        <w:ind w:firstLine="283"/>
      </w:pPr>
      <w:r>
        <w:t>Mira wrote. She wrote the wrong name. The wrong name was the name of a household that did not exist, in a street that the record could not locate, in a district that the city had not numbered.</w:t>
      </w:r>
    </w:p>
    <w:p>
      <w:pPr>
        <w:spacing w:line="360" w:lineRule="auto" w:after="0"/>
        <w:ind w:firstLine="283"/>
      </w:pPr>
      <w:r>
        <w:t>She wanted to write the certification. The wanting was not the lie. The wanting was the wanting.</w:t>
      </w:r>
    </w:p>
    <w:p>
      <w:pPr>
        <w:spacing w:line="360" w:lineRule="auto" w:after="0"/>
        <w:ind w:firstLine="283"/>
      </w:pPr>
      <w:r>
        <w:t>The pen wrote the lie on the page. The page was in the drawer. The lie held the child.</w:t>
      </w:r>
    </w:p>
    <w:p>
      <w:pPr>
        <w:spacing w:line="360" w:lineRule="auto" w:after="0"/>
        <w:ind w:firstLine="283"/>
      </w:pPr>
      <w:r>
        <w:t>She closed the drawer. Her hand was shaking. She had not noticed. She pressed her hand flat on the wood as Seret pressed his hand flat on the wood — the steadying she had learned from him without meaning to. The learning was the second betrayal, the smaller one, the one she had not yet named.</w:t>
      </w:r>
    </w:p>
    <w:p>
      <w:pPr>
        <w:ind w:firstLine="0"/>
        <w:jc w:val="center"/>
      </w:pPr>
      <w:r>
        <w:rPr>
          <w:color w:val="AAAAAA"/>
        </w:rPr>
        <w:t>❖</w:t>
      </w:r>
    </w:p>
    <w:p>
      <w:pPr>
        <w:spacing w:before="360" w:after="240"/>
        <w:ind w:firstLine="0"/>
        <w:jc w:val="center"/>
      </w:pPr>
      <w:r>
        <w:rPr>
          <w:b/>
          <w:i/>
          <w:color w:val="333333"/>
          <w:sz w:val="26"/>
        </w:rPr>
        <w:t>Chapter 19 — What the Drawer Held</w:t>
      </w:r>
    </w:p>
    <w:p>
      <w:pPr>
        <w:spacing w:line="360" w:lineRule="auto" w:after="0"/>
        <w:ind w:firstLine="283"/>
      </w:pPr>
      <w:r>
        <w:t>‖ •</w:t>
      </w:r>
    </w:p>
    <w:p>
      <w:pPr>
        <w:spacing w:line="360" w:lineRule="auto" w:after="0"/>
        <w:ind w:firstLine="283"/>
      </w:pPr>
      <w:r>
        <w:t>In the weeks after the wrong name, the drawer held.</w:t>
      </w:r>
    </w:p>
    <w:p>
      <w:pPr>
        <w:spacing w:line="360" w:lineRule="auto" w:after="0"/>
        <w:ind w:firstLine="283"/>
      </w:pPr>
      <w:r>
        <w:t>Mira did not open the drawer.</w:t>
      </w:r>
    </w:p>
    <w:p>
      <w:pPr>
        <w:spacing w:line="360" w:lineRule="auto" w:after="0"/>
        <w:ind w:firstLine="283"/>
      </w:pPr>
      <w:r>
        <w:t>The mass lists came every week in the morning's packet. Mira filed them. They went into the drawer.</w:t>
      </w:r>
    </w:p>
    <w:p>
      <w:pPr>
        <w:spacing w:line="360" w:lineRule="auto" w:after="0"/>
        <w:ind w:firstLine="283"/>
      </w:pPr>
      <w:r>
        <w:t>The seventh name on the third page of the new list was a household. The household was a woman and a child. The child was four, or five.</w:t>
      </w:r>
    </w:p>
    <w:p>
      <w:pPr>
        <w:spacing w:line="360" w:lineRule="auto" w:after="0"/>
        <w:ind w:firstLine="283"/>
      </w:pPr>
      <w:r>
        <w:t>Mira did not write the wrong name on the new list.</w:t>
      </w:r>
    </w:p>
    <w:p>
      <w:pPr>
        <w:spacing w:line="360" w:lineRule="auto" w:after="0"/>
        <w:ind w:firstLine="283"/>
      </w:pPr>
      <w:r>
        <w:t>She filed the new list.</w:t>
      </w:r>
    </w:p>
    <w:p>
      <w:pPr>
        <w:spacing w:line="360" w:lineRule="auto" w:after="0"/>
        <w:ind w:firstLine="283"/>
      </w:pPr>
      <w:r>
        <w:t>By the third week the drawer needed the flat of her hand to close.</w:t>
      </w:r>
    </w:p>
    <w:p>
      <w:pPr>
        <w:spacing w:line="360" w:lineRule="auto" w:after="0"/>
        <w:ind w:firstLine="283"/>
      </w:pPr>
      <w:r>
        <w:t>Pell was humming. Pell did not know.</w:t>
      </w:r>
    </w:p>
    <w:p>
      <w:pPr>
        <w:spacing w:line="360" w:lineRule="auto" w:after="0"/>
        <w:ind w:firstLine="283"/>
      </w:pPr>
      <w:r>
        <w:t>She did not tell Seret. The two of them did not walk through the door.</w:t>
      </w:r>
    </w:p>
    <w:p>
      <w:pPr>
        <w:spacing w:line="360" w:lineRule="auto" w:after="0"/>
        <w:ind w:firstLine="283"/>
      </w:pPr>
      <w:r>
        <w:t>The drawer stayed closed.</w:t>
      </w:r>
    </w:p>
    <w:p>
      <w:pPr>
        <w:ind w:firstLine="0"/>
        <w:jc w:val="center"/>
      </w:pPr>
      <w:r>
        <w:rPr>
          <w:color w:val="AAAAAA"/>
        </w:rPr>
        <w:t>❖</w:t>
      </w:r>
    </w:p>
    <w:p>
      <w:pPr>
        <w:spacing w:before="360" w:after="240"/>
        <w:ind w:firstLine="0"/>
        <w:jc w:val="center"/>
      </w:pPr>
      <w:r>
        <w:rPr>
          <w:b/>
          <w:i/>
          <w:color w:val="333333"/>
          <w:sz w:val="26"/>
        </w:rPr>
        <w:t>Step — The Drawer (Mira)</w:t>
      </w:r>
    </w:p>
    <w:p>
      <w:pPr>
        <w:spacing w:line="360" w:lineRule="auto" w:after="0"/>
        <w:ind w:firstLine="283"/>
      </w:pPr>
      <w:r>
        <w:t>‖ •</w:t>
      </w:r>
    </w:p>
    <w:p>
      <w:pPr>
        <w:spacing w:line="360" w:lineRule="auto" w:after="0"/>
        <w:ind w:firstLine="283"/>
      </w:pPr>
      <w:r>
        <w:t>Mira wanted the child held.</w:t>
      </w:r>
    </w:p>
    <w:p>
      <w:pPr>
        <w:spacing w:line="360" w:lineRule="auto" w:after="0"/>
        <w:ind w:firstLine="283"/>
      </w:pPr>
      <w:r>
        <w:t>The wanting was small. The wanting was the seventh name on the third page of the mass list in the archive drawer, and the name was a household name, and the household was a woman and a child, and the child was four, or five, or the age the record held. The record held the child's name — the listing that was the cage. The cage was the city's whole true work. The work was the listing. The listing was the not-holding. The not-holding was the cage.</w:t>
      </w:r>
    </w:p>
    <w:p>
      <w:pPr>
        <w:spacing w:line="360" w:lineRule="auto" w:after="0"/>
        <w:ind w:firstLine="283"/>
      </w:pPr>
      <w:r>
        <w:t>The drawer was the archive drawer — the deep one, the one that held the mass lists, the ones the city sent when the city needed the names of the households that would be relocated, reclassified, taken. The drawer was the thing Mira had opened a hundred times. The drawer was the thing she had never opened with her hand on the pen the way her hand was on the pen now.</w:t>
      </w:r>
    </w:p>
    <w:p>
      <w:pPr>
        <w:spacing w:line="360" w:lineRule="auto" w:after="0"/>
        <w:ind w:firstLine="283"/>
      </w:pPr>
      <w:r>
        <w:t>The pen was the archive's pen — the blue-black, the nib, the weight. The pen had been ground at the noon. The burr was gone. The burr would come back. The pen was the work the city did not see. The pen was the work that held the line.</w:t>
      </w:r>
    </w:p>
    <w:p>
      <w:pPr>
        <w:spacing w:line="360" w:lineRule="auto" w:after="0"/>
        <w:ind w:firstLine="283"/>
      </w:pPr>
      <w:r>
        <w:t>Mira had compiled the evidence because the evidence was what the archive had. The evidence had always been in the records — the records the archive held, the records the city sent, the records Mira had read for eleven years and had not compiled because the compiling had not yet been asked of her. RESA VELEN and the Marsa and the consent and the not-yet-dead. The evidence was in the records.</w:t>
      </w:r>
    </w:p>
    <w:p>
      <w:pPr>
        <w:spacing w:line="360" w:lineRule="auto" w:after="0"/>
        <w:ind w:firstLine="283"/>
      </w:pPr>
      <w:r>
        <w:t>She compiled it now because the compiling had come as the authorization had found Seret — the wrong folder, the hand finding the thing the hand was not looking for. Mira's hand had found the proofs.</w:t>
      </w:r>
    </w:p>
    <w:p>
      <w:pPr>
        <w:spacing w:line="360" w:lineRule="auto" w:after="0"/>
        <w:ind w:firstLine="283"/>
      </w:pPr>
      <w:r>
        <w:t>The first piece of evidence was in the engineering reports. The Verral cistern line, the stabilization order, the seep at the third junction. The report was the eleven thousand four hundred and six people who would have gone dry. The stabilization was Seret's signature. The stabilization had held. The cistern had not failed. The eleven thousand four hundred and six had drunk.</w:t>
      </w:r>
    </w:p>
    <w:p>
      <w:pPr>
        <w:spacing w:line="360" w:lineRule="auto" w:after="0"/>
        <w:ind w:firstLine="283"/>
      </w:pPr>
      <w:r>
        <w:t>The second piece of evidence was in the allocation reports. The western district, the vanishing that had not happened, the Keeper who had been created. The surviving was the right. The right was the cost.</w:t>
      </w:r>
    </w:p>
    <w:p>
      <w:pPr>
        <w:spacing w:line="360" w:lineRule="auto" w:after="0"/>
        <w:ind w:firstLine="283"/>
      </w:pPr>
      <w:r>
        <w:t>The third piece of evidence was in the Counter's reports. The famine, the grain redirected, the water prioritized, the Marsa, the not-yet-dead. Marsa was alive — the right. Marsa was the not-yet-dead — the cost.</w:t>
      </w:r>
    </w:p>
    <w:p>
      <w:pPr>
        <w:spacing w:line="360" w:lineRule="auto" w:after="0"/>
        <w:ind w:firstLine="283"/>
      </w:pPr>
      <w:r>
        <w:t>The three pieces on the desk. The engineering report. The allocation report. The Counter's report. The three were the same pages, and the same pages held the same contradiction.</w:t>
      </w:r>
    </w:p>
    <w:p>
      <w:pPr>
        <w:spacing w:line="360" w:lineRule="auto" w:after="0"/>
        <w:ind w:firstLine="283"/>
      </w:pPr>
      <w:r>
        <w:t>Mira did not judge.</w:t>
      </w:r>
    </w:p>
    <w:p>
      <w:pPr>
        <w:spacing w:line="360" w:lineRule="auto" w:after="0"/>
        <w:ind w:firstLine="283"/>
      </w:pPr>
      <w:r>
        <w:t>She set the pages on the desk. The pages were the evidence — the proofs, the contradictions, the right and the cost. The desk held them.</w:t>
      </w:r>
    </w:p>
    <w:p>
      <w:pPr>
        <w:spacing w:line="360" w:lineRule="auto" w:after="0"/>
        <w:ind w:firstLine="283"/>
      </w:pPr>
      <w:r>
        <w:t>She thought of Marsa. Marsa was alive because the Counter had counted her, and the counting was one of the pages on the desk.</w:t>
      </w:r>
    </w:p>
    <w:p>
      <w:pPr>
        <w:spacing w:line="360" w:lineRule="auto" w:after="0"/>
        <w:ind w:firstLine="283"/>
      </w:pPr>
      <w:r>
        <w:t>Pell was humming. Mira did not hum. The not-humming was her whole true office. The office was the not-humming. The not-humming was the not-resolving.</w:t>
      </w:r>
    </w:p>
    <w:p>
      <w:pPr>
        <w:spacing w:line="360" w:lineRule="auto" w:after="0"/>
        <w:ind w:firstLine="283"/>
      </w:pPr>
      <w:r>
        <w:t>Seret came to the archive on the fifth morning. He came the way he came to all the offices — in the verification blue, with the pen behind his ear, with the hands that smoothed the paper before the paper was read. He said he had come for the cistern report. The cistern report was the thing the verification office needed.</w:t>
      </w:r>
    </w:p>
    <w:p>
      <w:pPr>
        <w:spacing w:line="360" w:lineRule="auto" w:after="0"/>
        <w:ind w:firstLine="283"/>
      </w:pPr>
      <w:r>
        <w:t>Mira brought the cistern report. She brought it the way she brought all reports — flat, smoothed, the edges aligned. She set it on the counter between them.</w:t>
      </w:r>
    </w:p>
    <w:p>
      <w:pPr>
        <w:spacing w:line="360" w:lineRule="auto" w:after="0"/>
        <w:ind w:firstLine="283"/>
      </w:pPr>
      <w:r>
        <w:t>Seret did not take the report at once. He looked at Mira. The looking was the looking of a person who held a pen and a drawer and a count, at a person who held a pen and a drawer and a record. The two were the same person, in two offices, with two pens, and the two pens wrote the same city.</w:t>
      </w:r>
    </w:p>
    <w:p>
      <w:pPr>
        <w:spacing w:line="360" w:lineRule="auto" w:after="0"/>
        <w:ind w:firstLine="283"/>
      </w:pPr>
      <w:r>
        <w:t>"You compiled the evidence," Seret said.</w:t>
      </w:r>
    </w:p>
    <w:p>
      <w:pPr>
        <w:spacing w:line="360" w:lineRule="auto" w:after="0"/>
        <w:ind w:firstLine="283"/>
      </w:pPr>
      <w:r>
        <w:t>Mira did not deny it. She did not confirm it. She stood at the counter with the cistern report between them.</w:t>
      </w:r>
    </w:p>
    <w:p>
      <w:pPr>
        <w:spacing w:line="360" w:lineRule="auto" w:after="0"/>
        <w:ind w:firstLine="283"/>
      </w:pPr>
      <w:r>
        <w:t>"The evidence does not absolve," Mira said.</w:t>
      </w:r>
    </w:p>
    <w:p>
      <w:pPr>
        <w:spacing w:line="360" w:lineRule="auto" w:after="0"/>
        <w:ind w:firstLine="283"/>
      </w:pPr>
      <w:r>
        <w:t>"No," Seret said. "The evidence is correct. The correctness is not the absolving."</w:t>
      </w:r>
    </w:p>
    <w:p>
      <w:pPr>
        <w:spacing w:line="360" w:lineRule="auto" w:after="0"/>
        <w:ind w:firstLine="283"/>
      </w:pPr>
      <w:r>
        <w:t>Mira did not say the rest. The two stood at the counter. The cistern report was between them. The city did not ask for the other thing — the thing the two of them carried, the recognition. The city asked for the cistern report.</w:t>
      </w:r>
    </w:p>
    <w:p>
      <w:pPr>
        <w:spacing w:line="360" w:lineRule="auto" w:after="0"/>
        <w:ind w:firstLine="283"/>
      </w:pPr>
      <w:r>
        <w:t>Seret took the report. He smoothed the edges. The smoothing was his habit. He turned to go. At the door he stopped. He did not turn back. He said, without the turning:</w:t>
      </w:r>
    </w:p>
    <w:p>
      <w:pPr>
        <w:spacing w:line="360" w:lineRule="auto" w:after="0"/>
        <w:ind w:firstLine="283"/>
      </w:pPr>
      <w:r>
        <w:t>"The drawer holds the weight."</w:t>
      </w:r>
    </w:p>
    <w:p>
      <w:pPr>
        <w:spacing w:line="360" w:lineRule="auto" w:after="0"/>
        <w:ind w:firstLine="283"/>
      </w:pPr>
      <w:r>
        <w:t>"Yes," Mira said.</w:t>
      </w:r>
    </w:p>
    <w:p>
      <w:pPr>
        <w:spacing w:line="360" w:lineRule="auto" w:after="0"/>
        <w:ind w:firstLine="283"/>
      </w:pPr>
      <w:r>
        <w:t>"The weight does not resolve."</w:t>
      </w:r>
    </w:p>
    <w:p>
      <w:pPr>
        <w:spacing w:line="360" w:lineRule="auto" w:after="0"/>
        <w:ind w:firstLine="283"/>
      </w:pPr>
      <w:r>
        <w:t>"No."</w:t>
      </w:r>
    </w:p>
    <w:p>
      <w:pPr>
        <w:spacing w:line="360" w:lineRule="auto" w:after="0"/>
        <w:ind w:firstLine="283"/>
      </w:pPr>
      <w:r>
        <w:t>Seret went. The door closed.</w:t>
      </w:r>
    </w:p>
    <w:p>
      <w:pPr>
        <w:spacing w:line="360" w:lineRule="auto" w:after="0"/>
        <w:ind w:firstLine="283"/>
      </w:pPr>
      <w:r>
        <w:t>Mira stood at the counter.</w:t>
      </w:r>
    </w:p>
    <w:p>
      <w:pPr>
        <w:spacing w:line="360" w:lineRule="auto" w:after="0"/>
        <w:ind w:firstLine="283"/>
      </w:pPr>
      <w:r>
        <w:t>She went to the drawer.</w:t>
      </w:r>
    </w:p>
    <w:p>
      <w:pPr>
        <w:spacing w:line="360" w:lineRule="auto" w:after="0"/>
        <w:ind w:firstLine="283"/>
      </w:pPr>
      <w:r>
        <w:t>The mass list was in the drawer. The list was the weekly list — the households, the names, the addresses. The names were the people the city counted. The record held the names the way the drawer held the list.</w:t>
      </w:r>
    </w:p>
    <w:p>
      <w:pPr>
        <w:spacing w:line="360" w:lineRule="auto" w:after="0"/>
        <w:ind w:firstLine="283"/>
      </w:pPr>
      <w:r>
        <w:t>Mira opened the drawer. The list was on top. She read the names. The names were the people the city had — the listed, the verified, the allocated.</w:t>
      </w:r>
    </w:p>
    <w:p>
      <w:pPr>
        <w:spacing w:line="360" w:lineRule="auto" w:after="0"/>
        <w:ind w:firstLine="283"/>
      </w:pPr>
      <w:r>
        <w:t>The seventh name on the third page was a household. The household was a woman and a child. The child was four. Or five. Or the age the record held. The record held the child's name — the listing that was the cage.</w:t>
      </w:r>
    </w:p>
    <w:p>
      <w:pPr>
        <w:spacing w:line="360" w:lineRule="auto" w:after="0"/>
        <w:ind w:firstLine="283"/>
      </w:pPr>
      <w:r>
        <w:t>Mira looked at the name. The name was the child's. The child did not know the name was on the list. The list was in the drawer. The drawer was in the archive. The child was four, or five.</w:t>
      </w:r>
    </w:p>
    <w:p>
      <w:pPr>
        <w:spacing w:line="360" w:lineRule="auto" w:after="0"/>
        <w:ind w:firstLine="283"/>
      </w:pPr>
      <w:r>
        <w:t>She could write the truth. The truth was the name the record held.</w:t>
      </w:r>
    </w:p>
    <w:p>
      <w:pPr>
        <w:spacing w:line="360" w:lineRule="auto" w:after="0"/>
        <w:ind w:firstLine="283"/>
      </w:pPr>
      <w:r>
        <w:t>She could write the lie. The lie was not the child's name.</w:t>
      </w:r>
    </w:p>
    <w:p>
      <w:pPr>
        <w:spacing w:line="360" w:lineRule="auto" w:after="0"/>
        <w:ind w:firstLine="283"/>
      </w:pPr>
      <w:r>
        <w:t>She took up the pen. The pen was the archive's pen — the blue-black, the nib, the weight. Her hand was over the name.</w:t>
      </w:r>
    </w:p>
    <w:p>
      <w:pPr>
        <w:spacing w:line="360" w:lineRule="auto" w:after="0"/>
        <w:ind w:firstLine="283"/>
      </w:pPr>
      <w:r>
        <w:t>She held the pen over the name. The holding was the deciding — the thing she had not done in eleven years of correcting.</w:t>
      </w:r>
    </w:p>
    <w:p>
      <w:pPr>
        <w:spacing w:line="360" w:lineRule="auto" w:after="0"/>
        <w:ind w:firstLine="283"/>
      </w:pPr>
      <w:r>
        <w:t>The pen was over the name. The name was the child's. The child would not know if the name was not on the list. The lie was the mercy.</w:t>
      </w:r>
    </w:p>
    <w:p>
      <w:pPr>
        <w:spacing w:line="360" w:lineRule="auto" w:after="0"/>
        <w:ind w:firstLine="283"/>
      </w:pPr>
      <w:r>
        <w:t>Mira wrote. She wrote the wrong name. The wrong name was the name of a household that did not exist, in a street that the record could not locate, in a district that the city had not numbered.</w:t>
      </w:r>
    </w:p>
    <w:p>
      <w:pPr>
        <w:spacing w:line="360" w:lineRule="auto" w:after="0"/>
        <w:ind w:firstLine="283"/>
      </w:pPr>
      <w:r>
        <w:t>She wanted to write the certification. The wanting was not the lie. The wanting was the wanting.</w:t>
      </w:r>
    </w:p>
    <w:p>
      <w:pPr>
        <w:spacing w:line="360" w:lineRule="auto" w:after="0"/>
        <w:ind w:firstLine="283"/>
      </w:pPr>
      <w:r>
        <w:t>The pen wrote the lie on the page. The page was in the drawer. The lie held the child. The holding was the lie's whole true office. The office was small. The small was the mercy. The mercy was not the city's. The mercy was the not-resolving's. The not-resolving was the lie's whole true work. The work was the not-holding. The not-holding was the cage's other mercy — the mercy that did not list, the mercy that did not take, the mercy that did not resolve.</w:t>
      </w:r>
    </w:p>
    <w:p>
      <w:pPr>
        <w:spacing w:line="360" w:lineRule="auto" w:after="0"/>
        <w:ind w:firstLine="283"/>
      </w:pPr>
      <w:r>
        <w:t>The caret was not on the page. The caret was the witness's mark. The caret said: I saw this. I only copied this. The caret was not on the page because the lie was not the witness's. The lie was the chooser's. Mira was the chooser. The choosing was the lie. The lie was the mercy.</w:t>
      </w:r>
    </w:p>
    <w:p>
      <w:pPr>
        <w:spacing w:line="360" w:lineRule="auto" w:after="0"/>
        <w:ind w:firstLine="283"/>
      </w:pPr>
      <w:r>
        <w:t>She closed the drawer. Her hand was shaking. She had not noticed. She pressed her hand flat on the wood as Seret pressed his hand flat on the wood — the steadying she had learned from him without meaning to. The learning was the second betrayal, the smaller one, the one she had not yet named.</w:t>
      </w:r>
    </w:p>
    <w:p>
      <w:pPr>
        <w:spacing w:line="360" w:lineRule="auto" w:after="0"/>
        <w:ind w:firstLine="283"/>
      </w:pPr>
      <w:r>
        <w:t>The not-naming was the third betrayal. The third betrayal was the smallest. The smallest was the not-naming's whole true work. The work was the not-resolving. The not-resolving was the only thing Mira could do, and the doing was small, and the small was the lie, and the lie was the mercy, and the mercy was the child held in the not-holding, and the holding was the lie's whole true office, and the office was small, and the small was all there was.</w:t>
      </w:r>
    </w:p>
    <w:p>
      <w:pPr>
        <w:spacing w:line="360" w:lineRule="auto" w:after="0"/>
        <w:ind w:firstLine="283"/>
      </w:pPr>
      <w:r>
        <w:t>The drawer closed. The pen was on the desk. The cup was on the desk — clay, unchipped, the color of the cardamom pod. The cardamom pod was on the sill. The pod was green. The green was the pod's whole knowing. The knowing was small. The small was the work. The work was the not-resolving. The not-resolving was the only true thing Mira could say about the morning, and the saying was small, and the small was all there was.</w:t>
      </w:r>
    </w:p>
    <w:p>
      <w:pPr>
        <w:spacing w:line="360" w:lineRule="auto" w:after="0"/>
        <w:ind w:firstLine="283"/>
      </w:pPr>
      <w:r>
        <w:t>The archive went on. Pell was humming. The new girl was at the binding press. The bell foundry was silent. The water court dripped below. The boards gave the small creak at the third joist, the one that had always creaked. The creaking was the day's truest rhythm. The rhythm did not require the day's words. The day went on. The drawer held the weight. The weight did not resolve. The pen was on the desk. The pen had written the lie. The lie held the child. The holding was the work. The work was small. The small was all there was.</w:t>
      </w:r>
    </w:p>
    <w:p>
      <w:pPr>
        <w:ind w:firstLine="0"/>
        <w:jc w:val="center"/>
      </w:pPr>
      <w:r>
        <w:rPr>
          <w:color w:val="AAAAAA"/>
        </w:rPr>
        <w:t>❖</w:t>
      </w:r>
    </w:p>
    <w:p>
      <w:pPr>
        <w:spacing w:before="360" w:after="240"/>
        <w:ind w:firstLine="0"/>
        <w:jc w:val="center"/>
      </w:pPr>
      <w:r>
        <w:rPr>
          <w:b/>
          <w:i/>
          <w:color w:val="333333"/>
          <w:sz w:val="26"/>
        </w:rPr>
        <w:t>Chapter 20 — Walls Begin to Change</w:t>
      </w:r>
    </w:p>
    <w:p>
      <w:pPr>
        <w:spacing w:line="360" w:lineRule="auto" w:after="0"/>
        <w:ind w:firstLine="283"/>
      </w:pPr>
      <w:r>
        <w:t>‖ •</w:t>
      </w:r>
    </w:p>
    <w:p>
      <w:pPr>
        <w:spacing w:line="360" w:lineRule="auto" w:after="0"/>
        <w:ind w:firstLine="283"/>
      </w:pPr>
      <w:r>
        <w:t>The sky changed on a Tuesday.</w:t>
      </w:r>
    </w:p>
    <w:p>
      <w:pPr>
        <w:spacing w:line="360" w:lineRule="auto" w:after="0"/>
        <w:ind w:firstLine="283"/>
      </w:pPr>
      <w:r>
        <w:t>Mira saw it first from the archive window — the color of the sky going neither grey nor blue, the two braided, a color that had no name because no one had needed to name it before today. The clouds came down to the roofs. The roofs went up into the clouds. The line between them thinned, and thinned, and was gone.</w:t>
      </w:r>
    </w:p>
    <w:p>
      <w:pPr>
        <w:spacing w:line="360" w:lineRule="auto" w:after="0"/>
        <w:ind w:firstLine="283"/>
      </w:pPr>
      <w:r>
        <w:t>The first drops fell beside the window. They were heavy. They did not splash the way rain splashes. They sat where they landed — dark, slow — and then they spread, the way ink spreads on a page that has been waiting for it. The stone of the sill darkened under them. The warmth went out of the stone.</w:t>
      </w:r>
    </w:p>
    <w:p>
      <w:pPr>
        <w:spacing w:line="360" w:lineRule="auto" w:after="0"/>
        <w:ind w:firstLine="283"/>
      </w:pPr>
      <w:r>
        <w:t>Mira did not move.</w:t>
      </w:r>
    </w:p>
    <w:p>
      <w:pPr>
        <w:spacing w:line="360" w:lineRule="auto" w:after="0"/>
        <w:ind w:firstLine="283"/>
      </w:pPr>
      <w:r>
        <w:t>The archive was not the dry. The water came through the roof in two places. The water found the engineering reports.</w:t>
      </w:r>
    </w:p>
    <w:p>
      <w:pPr>
        <w:spacing w:line="360" w:lineRule="auto" w:after="0"/>
        <w:ind w:firstLine="283"/>
      </w:pPr>
      <w:r>
        <w:t>Mira did not open the drawer. The drawer held the lie. The lie held the child. The water was the sky.</w:t>
      </w:r>
    </w:p>
    <w:p>
      <w:pPr>
        <w:spacing w:line="360" w:lineRule="auto" w:after="0"/>
        <w:ind w:firstLine="283"/>
      </w:pPr>
      <w:r>
        <w:t>The walls began to change. Mira saw it on the first morning of the rain — the stone of the archive wall going soft at the join, the mortar not what it had been an hour before.</w:t>
      </w:r>
    </w:p>
    <w:p>
      <w:pPr>
        <w:spacing w:line="360" w:lineRule="auto" w:after="0"/>
        <w:ind w:firstLine="283"/>
      </w:pPr>
      <w:r>
        <w:t>The rain did not stop.</w:t>
      </w:r>
    </w:p>
    <w:p>
      <w:pPr>
        <w:spacing w:line="360" w:lineRule="auto" w:after="0"/>
        <w:ind w:firstLine="283"/>
      </w:pPr>
      <w:r>
        <w:t>The records were not stable. The walls were not quite stone. The bells were not ringing.</w:t>
      </w:r>
    </w:p>
    <w:p>
      <w:pPr>
        <w:spacing w:line="360" w:lineRule="auto" w:after="0"/>
        <w:ind w:firstLine="283"/>
      </w:pPr>
      <w:r>
        <w:t>Pell hummed. Mira did not hum.</w:t>
      </w:r>
    </w:p>
    <w:p>
      <w:pPr>
        <w:spacing w:line="360" w:lineRule="auto" w:after="0"/>
        <w:ind w:firstLine="283"/>
      </w:pPr>
      <w:r>
        <w:t>The rain fell.</w:t>
      </w:r>
    </w:p>
    <w:p>
      <w:pPr>
        <w:ind w:firstLine="0"/>
        <w:jc w:val="center"/>
      </w:pPr>
      <w:r>
        <w:rPr>
          <w:color w:val="AAAAAA"/>
        </w:rPr>
        <w:t>❖</w:t>
      </w:r>
    </w:p>
    <w:p>
      <w:pPr>
        <w:spacing w:before="360" w:after="240"/>
        <w:ind w:firstLine="0"/>
        <w:jc w:val="center"/>
      </w:pPr>
      <w:r>
        <w:rPr>
          <w:b/>
          <w:i/>
          <w:color w:val="333333"/>
          <w:sz w:val="26"/>
        </w:rPr>
        <w:t>Chapter 20b — The Feeding Chapter</w:t>
      </w:r>
    </w:p>
    <w:p>
      <w:pPr>
        <w:spacing w:line="360" w:lineRule="auto" w:after="0"/>
        <w:ind w:firstLine="283"/>
      </w:pPr>
      <w:r>
        <w:t>The kitchen was at the back of the settlement house. Nessa was at the table. The pot was on the hob — the copper one, the one with the dent. The cardamom pod was on the sill. The bread was in the cloth. The line was at the door.</w:t>
      </w:r>
    </w:p>
    <w:p>
      <w:pPr>
        <w:spacing w:line="360" w:lineRule="auto" w:after="0"/>
        <w:ind w:firstLine="283"/>
      </w:pPr>
      <w:r>
        <w:t>The line was the network made visible. Nessa ran it. She had run it since the second week. She ran it the way she ran the pot — by the hand, by the going-on, by the not-stopping.</w:t>
      </w:r>
    </w:p>
    <w:p>
      <w:pPr>
        <w:spacing w:line="360" w:lineRule="auto" w:after="0"/>
        <w:ind w:firstLine="283"/>
      </w:pPr>
      <w:r>
        <w:t>The pot was short.</w:t>
      </w:r>
    </w:p>
    <w:p>
      <w:pPr>
        <w:spacing w:line="360" w:lineRule="auto" w:after="0"/>
        <w:ind w:firstLine="283"/>
      </w:pPr>
      <w:r>
        <w:t>Nessa knew before she lifted the lid. She knew by the smell — the smell of a pot asked to do more than the pot could do. The broth sat lower than yesterday's line. The queue was longer. Nobody had told them.</w:t>
      </w:r>
    </w:p>
    <w:p>
      <w:pPr>
        <w:spacing w:line="360" w:lineRule="auto" w:after="0"/>
        <w:ind w:firstLine="283"/>
      </w:pPr>
      <w:r>
        <w:t>The district came in: the cart men, the mason's apprentice, the laundry women, the old woman from the allotments bringing a cabbage. Nessa set the cabbage on the counter. She did not use it. The cabbage would sit there until it wilted, and then she would use it, two weeks late, and that was the kitchen's arithmetic.</w:t>
      </w:r>
    </w:p>
    <w:p>
      <w:pPr>
        <w:spacing w:line="360" w:lineRule="auto" w:after="0"/>
        <w:ind w:firstLine="283"/>
      </w:pPr>
      <w:r>
        <w:t>The council met at the cistern. The council voted: the old woman from the allotments would not eat, the woman with the broom would not eat, the children would eat. Nessa fed the old woman at the back, where the council did not look. The council met the next morning: now the women without children were the not-eating. Nessa fed them at the back too.</w:t>
      </w:r>
    </w:p>
    <w:p>
      <w:pPr>
        <w:spacing w:line="360" w:lineRule="auto" w:after="0"/>
        <w:ind w:firstLine="283"/>
      </w:pPr>
      <w:r>
        <w:t>The council came — three men and a woman with a ledger. Nessa looked at the ledger.</w:t>
      </w:r>
    </w:p>
    <w:p>
      <w:pPr>
        <w:spacing w:line="360" w:lineRule="auto" w:after="0"/>
        <w:ind w:firstLine="283"/>
      </w:pPr>
      <w:r>
        <w:t>"The pot is the kitchen's," Nessa said. "The kitchen is mine."</w:t>
      </w:r>
    </w:p>
    <w:p>
      <w:pPr>
        <w:spacing w:line="360" w:lineRule="auto" w:after="0"/>
        <w:ind w:firstLine="283"/>
      </w:pPr>
      <w:r>
        <w:t>The council could vote. The council could not ladle. The council went away.</w:t>
      </w:r>
    </w:p>
    <w:p>
      <w:pPr>
        <w:spacing w:line="360" w:lineRule="auto" w:after="0"/>
        <w:ind w:firstLine="283"/>
      </w:pPr>
      <w:r>
        <w:t>The bread ran out at the ninth bell. Nessa stood at the table with the empty cloth. She did not say the bread was gone. She let the hands come and let the hands go out empty. The going-out-empty was the thing the hands did not understand, and Nessa did not correct them.</w:t>
      </w:r>
    </w:p>
    <w:p>
      <w:pPr>
        <w:spacing w:line="360" w:lineRule="auto" w:after="0"/>
        <w:ind w:firstLine="283"/>
      </w:pPr>
      <w:r>
        <w:t>The cardamom pod sat on the sill. It was green. It had been green since the man who brought the spices set it there. The network had the bread and the pot. Nessa had the pod.</w:t>
      </w:r>
    </w:p>
    <w:p>
      <w:pPr>
        <w:spacing w:line="360" w:lineRule="auto" w:after="0"/>
        <w:ind w:firstLine="283"/>
      </w:pPr>
      <w:r>
        <w:t>The guilt came at evening. It came the way the hands came — through the door, one and then one. The guilt was the withholding. The not-naming. The letting the hands go out empty.</w:t>
      </w:r>
    </w:p>
    <w:p>
      <w:pPr>
        <w:spacing w:line="360" w:lineRule="auto" w:after="0"/>
        <w:ind w:firstLine="283"/>
      </w:pPr>
      <w:r>
        <w:t>She sat at the table with the empty cloth and the cold pot and the pod on the sill. The kitchen did not care. The pod stayed green.</w:t>
      </w:r>
    </w:p>
    <w:p>
      <w:pPr>
        <w:ind w:firstLine="0"/>
        <w:jc w:val="center"/>
      </w:pPr>
      <w:r>
        <w:rPr>
          <w:color w:val="AAAAAA"/>
        </w:rPr>
        <w:t>❖</w:t>
      </w:r>
    </w:p>
    <w:p>
      <w:pPr>
        <w:spacing w:before="360" w:after="240"/>
        <w:ind w:firstLine="0"/>
        <w:jc w:val="center"/>
      </w:pPr>
      <w:r>
        <w:rPr>
          <w:b/>
          <w:i/>
          <w:color w:val="333333"/>
          <w:sz w:val="26"/>
        </w:rPr>
        <w:t>Step — The Twin Line (Nessa / Nima)</w:t>
      </w:r>
    </w:p>
    <w:p>
      <w:pPr>
        <w:spacing w:line="360" w:lineRule="auto" w:after="0"/>
        <w:ind w:firstLine="283"/>
      </w:pPr>
      <w:r>
        <w:t>‖ ∧</w:t>
      </w:r>
    </w:p>
    <w:p>
      <w:pPr>
        <w:spacing w:line="360" w:lineRule="auto" w:after="0"/>
        <w:ind w:firstLine="283"/>
      </w:pPr>
      <w:r>
        <w:t>Nessa wanted the line named.</w:t>
      </w:r>
    </w:p>
    <w:p>
      <w:pPr>
        <w:spacing w:line="360" w:lineRule="auto" w:after="0"/>
        <w:ind w:firstLine="283"/>
      </w:pPr>
      <w:r>
        <w:t>The wanting was small. The wanting was the kitchen — the kitchen at the back of the settlement house, the kitchen with the hob and the long table and the dented copper measure on the hook and the cardamom pod on the sill — and the pot on the hob, the copper one, the one that had been her mother's, the one with the dent at the rim where the measure had hit it once, the dent the colour of old cream. The wanting was the pot. The pot was short. The pot had been short for three mornings. The short was the morning's whole true weight. The weight was not in the pot. The weight was in the line.</w:t>
      </w:r>
    </w:p>
    <w:p>
      <w:pPr>
        <w:spacing w:line="360" w:lineRule="auto" w:after="0"/>
        <w:ind w:firstLine="283"/>
      </w:pPr>
      <w:r>
        <w:t>The line was the twin line. The twin line was the thing Nessa had not known was a thing until the third morning of the short pot, when Nima had come through the scullery door with the slate in the inner pocket of the coat and the slate had been the same shape as the dented copper measure, and the same dent, and the same colour, and the not-being-the-same-pot and the being-the-same-shape had been the morning's whole true mark. The mark was the askew line — the refusal to resolve, the place the slate disagreed with the measure and the disagreement was preserved in the kitchen.</w:t>
      </w:r>
    </w:p>
    <w:p>
      <w:pPr>
        <w:spacing w:line="360" w:lineRule="auto" w:after="0"/>
        <w:ind w:firstLine="283"/>
      </w:pPr>
      <w:r>
        <w:t>Nessa had not known Nima was her twin. Nessa had not known there was a twin. Nessa had grown in the kitchen. Nima had grown in the passages. The two had not been in the same room in twenty years. The two had not known they were in the same room. The not-knowing was the morning's whole true office. The office was the not-resolving. The not-resolving was the only true thing the morning had, and the only true thing was small, and the small was all there was.</w:t>
      </w:r>
    </w:p>
    <w:p>
      <w:pPr>
        <w:spacing w:line="360" w:lineRule="auto" w:after="0"/>
        <w:ind w:firstLine="283"/>
      </w:pPr>
      <w:r>
        <w:t>Nima came through the scullery door at the third bell.</w:t>
      </w:r>
    </w:p>
    <w:p>
      <w:pPr>
        <w:spacing w:line="360" w:lineRule="auto" w:after="0"/>
        <w:ind w:firstLine="283"/>
      </w:pPr>
      <w:r>
        <w:t>Nima came the way Nima came — without announcing, the standing the form, the feet set, the weight centred. Nima's coat was the coat with the inner pocket. The slate was in the inner pocket. The slate was the slate with the line — the small grey line, the line that did not begin and did not end and did not resolve. The slate had been the cellar's. The slate had been the woman's. The slate had been Nima's for a year. The slate was the morning's whole true freight. The freight was small.</w:t>
      </w:r>
    </w:p>
    <w:p>
      <w:pPr>
        <w:spacing w:line="360" w:lineRule="auto" w:after="0"/>
        <w:ind w:firstLine="283"/>
      </w:pPr>
      <w:r>
        <w:t>Nessa did not speak. The not-speaking was the kitchen's whole true office. The office was the not-naming. The not-naming was the only true thing Nessa could do about Nima, and the doing was small.</w:t>
      </w:r>
    </w:p>
    <w:p>
      <w:pPr>
        <w:spacing w:line="360" w:lineRule="auto" w:after="0"/>
        <w:ind w:firstLine="283"/>
      </w:pPr>
      <w:r>
        <w:t>Nima did not speak. The not-speaking was Nima's whole true work. The work was the not-resolving. The not-resolving was the only true thing Nima could do about Nessa, and the doing was small.</w:t>
      </w:r>
    </w:p>
    <w:p>
      <w:pPr>
        <w:spacing w:line="360" w:lineRule="auto" w:after="0"/>
        <w:ind w:firstLine="283"/>
      </w:pPr>
      <w:r>
        <w:t>The two stood in the kitchen. The kitchen held the two the way the kitchen held the district — without comment, without returning anything. The kitchen was the kitchen. The kitchen was also the corridor's other end. The corridor was the passage. The passage was Nima's. The kitchen was Nessa's. The two were the same room. The two were not the same room. The not-being-the-same was the kitchen's whole true mark. The mark was the askew line — the refusal to resolve.</w:t>
      </w:r>
    </w:p>
    <w:p>
      <w:pPr>
        <w:spacing w:line="360" w:lineRule="auto" w:after="0"/>
        <w:ind w:firstLine="283"/>
      </w:pPr>
      <w:r>
        <w:t>Nessa took the dented copper measure from the hook. The measure was the copper measure — the one her mother had dropped on the stone floor in the second year, the one the stone had won, the one with the dent at the lip. The measure portioned. The measure did not vote. The pot portioned, the pot did not vote.</w:t>
      </w:r>
    </w:p>
    <w:p>
      <w:pPr>
        <w:spacing w:line="360" w:lineRule="auto" w:after="0"/>
        <w:ind w:firstLine="283"/>
      </w:pPr>
      <w:r>
        <w:t>Nima took the slate from the inner pocket. The slate was the slate — the one the woman had given Nima in the cellar, the one with the line, the one with the small grey mark that did not begin and did not end and did not resolve. The slate was the morning's whole true freight.</w:t>
      </w:r>
    </w:p>
    <w:p>
      <w:pPr>
        <w:spacing w:line="360" w:lineRule="auto" w:after="0"/>
        <w:ind w:firstLine="283"/>
      </w:pPr>
      <w:r>
        <w:t>The two stood in the kitchen. The measure was in Nessa's hand. The slate was in Nima's hand. The two objects sat side by side the way the two names sat side by side in the body — not agreeing, not resolving, just lying. The lying was the morning's whole honest arithmetic, and the arithmetic did not balance.</w:t>
      </w:r>
    </w:p>
    <w:p>
      <w:pPr>
        <w:spacing w:line="360" w:lineRule="auto" w:after="0"/>
        <w:ind w:firstLine="283"/>
      </w:pPr>
      <w:r>
        <w:t>"You are my twin," Nessa said.</w:t>
      </w:r>
    </w:p>
    <w:p>
      <w:pPr>
        <w:spacing w:line="360" w:lineRule="auto" w:after="0"/>
        <w:ind w:firstLine="283"/>
      </w:pPr>
      <w:r>
        <w:t>She said it the way she said things — flat, without the pressing. The not-pressing was the work. The not-pressing was the kitchen's whole true office.</w:t>
      </w:r>
    </w:p>
    <w:p>
      <w:pPr>
        <w:spacing w:line="360" w:lineRule="auto" w:after="0"/>
        <w:ind w:firstLine="283"/>
      </w:pPr>
      <w:r>
        <w:t>Nima did not speak for a moment. The not-speaking was Nima's whole true work. The work was the not-knowing. The not-knowing was the only true thing Nima had.</w:t>
      </w:r>
    </w:p>
    <w:p>
      <w:pPr>
        <w:spacing w:line="360" w:lineRule="auto" w:after="0"/>
        <w:ind w:firstLine="283"/>
      </w:pPr>
      <w:r>
        <w:t>"Yes," Nima said.</w:t>
      </w:r>
    </w:p>
    <w:p>
      <w:pPr>
        <w:spacing w:line="360" w:lineRule="auto" w:after="0"/>
        <w:ind w:firstLine="283"/>
      </w:pPr>
      <w:r>
        <w:t>She said it the way she said things — flat, without the pressing. The not-pressing was the work. The not-pressing was Nima's whole true office.</w:t>
      </w:r>
    </w:p>
    <w:p>
      <w:pPr>
        <w:spacing w:line="360" w:lineRule="auto" w:after="0"/>
        <w:ind w:firstLine="283"/>
      </w:pPr>
      <w:r>
        <w:t>The two did not embrace. The two did not weep. The two did not speak for a moment. The not-speaking was the morning's whole true work. The work was the not-resolving. The not-resolving was the only true thing the morning had, and the only true thing was small, and the small was all there was.</w:t>
      </w:r>
    </w:p>
    <w:p>
      <w:pPr>
        <w:spacing w:line="360" w:lineRule="auto" w:after="0"/>
        <w:ind w:firstLine="283"/>
      </w:pPr>
      <w:r>
        <w:t>Nessa set the dented copper measure on the hob. Nima set the slate on the table. The two objects sat side by side in the kitchen — the measure on the hob, the slate on the table — the way the two cups sat side by side on the way-station bench — not agreeing, not resolving, just lying. The lying was the morning's whole honest arithmetic, and the arithmetic did not balance.</w:t>
      </w:r>
    </w:p>
    <w:p>
      <w:pPr>
        <w:spacing w:line="360" w:lineRule="auto" w:after="0"/>
        <w:ind w:firstLine="283"/>
      </w:pPr>
      <w:r>
        <w:t>Nessa took the chalk stub from the apron — the chalk the colour of old cream, the chalk the morning's whole true mark. She set the small grey line on the table beside the slate — the line that did not begin and did not end and did not resolve. The line was the askew line. The askew line was the form's own true mark on the table — the refusal to resolve, the place Nessa disagreed with the city and the disagreement was preserved in the wood.</w:t>
      </w:r>
    </w:p>
    <w:p>
      <w:pPr>
        <w:spacing w:line="360" w:lineRule="auto" w:after="0"/>
        <w:ind w:firstLine="283"/>
      </w:pPr>
      <w:r>
        <w:t>Nima took a stub of pencil from the coat — the pencil the colour of old cream, the pencil Nima had carried for a year. Nima set the small grey line on the table beside Nessa's line — the line that did not begin and did not end and did not resolve. The line was the askew line. The askew line was the form's own true mark on the table — the refusal to resolve, the place Nima disagreed with the city and the disagreement was preserved in the wood.</w:t>
      </w:r>
    </w:p>
    <w:p>
      <w:pPr>
        <w:spacing w:line="360" w:lineRule="auto" w:after="0"/>
        <w:ind w:firstLine="283"/>
      </w:pPr>
      <w:r>
        <w:t>The two lines stood side by side on the table — Nessa's line and Nima's line — the way the two lines stood side by side on the stone at the low wall — not agreeing, not resolving, just standing. The standing was the morning's whole honest arithmetic, and the arithmetic did not balance.</w:t>
      </w:r>
    </w:p>
    <w:p>
      <w:pPr>
        <w:spacing w:line="360" w:lineRule="auto" w:after="0"/>
        <w:ind w:firstLine="283"/>
      </w:pPr>
      <w:r>
        <w:t>Nessa set the caret beside the two lines. The caret was the small wedge. The caret was the little roof. The caret was the witness's mark. The caret said: I saw this; I only copied this; the twin-ness is not mine. The caret held the twin line the way the prop held the stair — without straightening, without resolving, with the plain holding.</w:t>
      </w:r>
    </w:p>
    <w:p>
      <w:pPr>
        <w:spacing w:line="360" w:lineRule="auto" w:after="0"/>
        <w:ind w:firstLine="283"/>
      </w:pPr>
      <w:r>
        <w:t>The twin-ness was named. The naming was the morning's whole true act. The act was the not-resolving. The not-resolving was the only true thing the morning had, and the only true thing was small, and the small was all there was.</w:t>
      </w:r>
    </w:p>
    <w:p>
      <w:pPr>
        <w:spacing w:line="360" w:lineRule="auto" w:after="0"/>
        <w:ind w:firstLine="283"/>
      </w:pPr>
      <w:r>
        <w:t>"You will leave," Nessa said.</w:t>
      </w:r>
    </w:p>
    <w:p>
      <w:pPr>
        <w:spacing w:line="360" w:lineRule="auto" w:after="0"/>
        <w:ind w:firstLine="283"/>
      </w:pPr>
      <w:r>
        <w:t>"Yes."</w:t>
      </w:r>
    </w:p>
    <w:p>
      <w:pPr>
        <w:spacing w:line="360" w:lineRule="auto" w:after="0"/>
        <w:ind w:firstLine="283"/>
      </w:pPr>
      <w:r>
        <w:t>"The passages are closing."</w:t>
      </w:r>
    </w:p>
    <w:p>
      <w:pPr>
        <w:spacing w:line="360" w:lineRule="auto" w:after="0"/>
        <w:ind w:firstLine="283"/>
      </w:pPr>
      <w:r>
        <w:t>"I know."</w:t>
      </w:r>
    </w:p>
    <w:p>
      <w:pPr>
        <w:spacing w:line="360" w:lineRule="auto" w:after="0"/>
        <w:ind w:firstLine="283"/>
      </w:pPr>
      <w:r>
        <w:t>"The shelters are vanishing."</w:t>
      </w:r>
    </w:p>
    <w:p>
      <w:pPr>
        <w:spacing w:line="360" w:lineRule="auto" w:after="0"/>
        <w:ind w:firstLine="283"/>
      </w:pPr>
      <w:r>
        <w:t>"I know."</w:t>
      </w:r>
    </w:p>
    <w:p>
      <w:pPr>
        <w:spacing w:line="360" w:lineRule="auto" w:after="0"/>
        <w:ind w:firstLine="283"/>
      </w:pPr>
      <w:r>
        <w:t>"You will go where the city cannot find you."</w:t>
      </w:r>
    </w:p>
    <w:p>
      <w:pPr>
        <w:spacing w:line="360" w:lineRule="auto" w:after="0"/>
        <w:ind w:firstLine="283"/>
      </w:pPr>
      <w:r>
        <w:t>"Yes."</w:t>
      </w:r>
    </w:p>
    <w:p>
      <w:pPr>
        <w:spacing w:line="360" w:lineRule="auto" w:after="0"/>
        <w:ind w:firstLine="283"/>
      </w:pPr>
      <w:r>
        <w:t>Nessa did not speak for a moment. The not-speaking was the kitchen's whole true work. The work was the not-knowing. The not-knowing was the only true thing Nessa had.</w:t>
      </w:r>
    </w:p>
    <w:p>
      <w:pPr>
        <w:spacing w:line="360" w:lineRule="auto" w:after="0"/>
        <w:ind w:firstLine="283"/>
      </w:pPr>
      <w:r>
        <w:t>"I will stay," Nessa said.</w:t>
      </w:r>
    </w:p>
    <w:p>
      <w:pPr>
        <w:spacing w:line="360" w:lineRule="auto" w:after="0"/>
        <w:ind w:firstLine="283"/>
      </w:pPr>
      <w:r>
        <w:t>"Yes."</w:t>
      </w:r>
    </w:p>
    <w:p>
      <w:pPr>
        <w:spacing w:line="360" w:lineRule="auto" w:after="0"/>
        <w:ind w:firstLine="283"/>
      </w:pPr>
      <w:r>
        <w:t>"The pot will be short."</w:t>
      </w:r>
    </w:p>
    <w:p>
      <w:pPr>
        <w:spacing w:line="360" w:lineRule="auto" w:after="0"/>
        <w:ind w:firstLine="283"/>
      </w:pPr>
      <w:r>
        <w:t>"The pot will be short."</w:t>
      </w:r>
    </w:p>
    <w:p>
      <w:pPr>
        <w:spacing w:line="360" w:lineRule="auto" w:after="0"/>
        <w:ind w:firstLine="283"/>
      </w:pPr>
      <w:r>
        <w:t>Nima did not speak for a moment. The not-speaking was Nima's whole true work. The work was the not-resolving. The not-resolving was the only true thing Nima could do about the pot, and the doing was small.</w:t>
      </w:r>
    </w:p>
    <w:p>
      <w:pPr>
        <w:spacing w:line="360" w:lineRule="auto" w:after="0"/>
        <w:ind w:firstLine="283"/>
      </w:pPr>
      <w:r>
        <w:t>"The pot portioned, the pot does not vote," Nima said.</w:t>
      </w:r>
    </w:p>
    <w:p>
      <w:pPr>
        <w:spacing w:line="360" w:lineRule="auto" w:after="0"/>
        <w:ind w:firstLine="283"/>
      </w:pPr>
      <w:r>
        <w:t>"The pot portioned, the pot does not vote."</w:t>
      </w:r>
    </w:p>
    <w:p>
      <w:pPr>
        <w:spacing w:line="360" w:lineRule="auto" w:after="0"/>
        <w:ind w:firstLine="283"/>
      </w:pPr>
      <w:r>
        <w:t>The two said it together. The saying was the morning's whole true act. The act was the not-resolving. The not-resolving was the only true thing the morning had, and the only true thing was small, and the small was all there was.</w:t>
      </w:r>
    </w:p>
    <w:p>
      <w:pPr>
        <w:spacing w:line="360" w:lineRule="auto" w:after="0"/>
        <w:ind w:firstLine="283"/>
      </w:pPr>
      <w:r>
        <w:t>Nima went out the way Nima had come in — without announcing, without farewell, the standing the form, the feet set, the weight centred. The scullery door closed. The closing was the passage's whole true work. The work was the not-resolving.</w:t>
      </w:r>
    </w:p>
    <w:p>
      <w:pPr>
        <w:spacing w:line="360" w:lineRule="auto" w:after="0"/>
        <w:ind w:firstLine="283"/>
      </w:pPr>
      <w:r>
        <w:t>Nessa stood at the hob. The measure was on the hob. The slate was on the table. The two lines were on the table. The caret was beside the two lines. The four stood together — the measure, the slate, the two lines, the caret — the way the four things stood on the master's chest — not agreeing, not resolving, just standing. The standing was the kitchen's whole honest arithmetic, and the arithmetic did not balance.</w:t>
      </w:r>
    </w:p>
    <w:p>
      <w:pPr>
        <w:spacing w:line="360" w:lineRule="auto" w:after="0"/>
        <w:ind w:firstLine="283"/>
      </w:pPr>
      <w:r>
        <w:t>The twin line was the seed. The seed was the break. The break was the Act to come — the Act where the two would not be in the same room, the Act where the two would not be in the same city, the Act where the two would not be in the same world. The break was the not-resolving. The not-resolving was the only true thing the twin line had.</w:t>
      </w:r>
    </w:p>
    <w:p>
      <w:pPr>
        <w:spacing w:line="360" w:lineRule="auto" w:after="0"/>
        <w:ind w:firstLine="283"/>
      </w:pPr>
      <w:r>
        <w:t>The twin line was also the seed of the reconciliation. The reconciliation was the Act at the end — the Act where the two would be in the same room again, the Act where the two would be in the same kitchen, the Act where the two would stand at the same hob with the same measure and the same slate. The reconciliation was the not-resolving made plain. The plain was the twin line's whole true mark.</w:t>
      </w:r>
    </w:p>
    <w:p>
      <w:pPr>
        <w:spacing w:line="360" w:lineRule="auto" w:after="0"/>
        <w:ind w:firstLine="283"/>
      </w:pPr>
      <w:r>
        <w:t>The twin line was the seed of both. The two were the same seed. The two were not the same seed. The not-being-the-same was the seed's whole true mark. The mark was the askew line. The askew line was the refusal to resolve.</w:t>
      </w:r>
    </w:p>
    <w:p>
      <w:pPr>
        <w:spacing w:line="360" w:lineRule="auto" w:after="0"/>
        <w:ind w:firstLine="283"/>
      </w:pPr>
      <w:r>
        <w:t>The bell rang for the noon. Twice. The bell did what the bell was supposed to do. The doing was the bell's whole work. The doing was enough.</w:t>
      </w:r>
    </w:p>
    <w:p>
      <w:pPr>
        <w:spacing w:line="360" w:lineRule="auto" w:after="0"/>
        <w:ind w:firstLine="283"/>
      </w:pPr>
      <w:r>
        <w:t>Nessa did not move the slate. The slate was Nima's. The slate would stay on the table. The slate would be the kitchen's whole true mark. The mark was the not-resolving. The not-resolving was the only true thing the kitchen had, and the only true thing was small, and the small was all there was.</w:t>
      </w:r>
    </w:p>
    <w:p>
      <w:pPr>
        <w:spacing w:line="360" w:lineRule="auto" w:after="0"/>
        <w:ind w:firstLine="283"/>
      </w:pPr>
      <w:r>
        <w:t>The cardamom pod was on the sill. The pod was green. The pod had been green since the man who brought the spices set it there. The pod was the country Nessa had never been to. The country was the morning's whole true mercy. The mercy was small. The small was the not-resolving's whole true mark.</w:t>
      </w:r>
    </w:p>
    <w:p>
      <w:pPr>
        <w:spacing w:line="360" w:lineRule="auto" w:after="0"/>
        <w:ind w:firstLine="283"/>
      </w:pPr>
      <w:r>
        <w:t>The twin line stood on the table. The caret stood beside the twin line. The slate stood on the table. The measure stood on the hob. The four stood together in the kitchen — the twin line, the caret, the slate, the measure — the way the four things stood on the master's chest — not agreeing, not resolving, just standing. The standing was the kitchen's whole honest arithmetic, and the arithmetic did not balance.</w:t>
      </w:r>
    </w:p>
    <w:p>
      <w:pPr>
        <w:spacing w:line="360" w:lineRule="auto" w:after="0"/>
        <w:ind w:firstLine="283"/>
      </w:pPr>
      <w:r>
        <w:t>The kitchen held. The twin-ness held. The not-resolving held. The holding was the work. The work was small. The small was all there was.</w:t>
      </w:r>
    </w:p>
    <w:p>
      <w:pPr>
        <w:ind w:firstLine="0"/>
        <w:jc w:val="center"/>
      </w:pPr>
      <w:r>
        <w:rPr>
          <w:color w:val="AAAAAA"/>
        </w:rPr>
        <w:t>❖</w:t>
      </w:r>
    </w:p>
    <w:p>
      <w:pPr>
        <w:spacing w:before="360" w:after="240"/>
        <w:ind w:firstLine="0"/>
        <w:jc w:val="center"/>
      </w:pPr>
      <w:r>
        <w:rPr>
          <w:b/>
          <w:i/>
          <w:color w:val="333333"/>
          <w:sz w:val="26"/>
        </w:rPr>
        <w:t>Chapter 21 — The Fracture</w:t>
      </w:r>
    </w:p>
    <w:p>
      <w:pPr>
        <w:spacing w:line="360" w:lineRule="auto" w:after="0"/>
        <w:ind w:firstLine="283"/>
      </w:pPr>
      <w:r>
        <w:t>‖ •</w:t>
      </w:r>
    </w:p>
    <w:p>
      <w:pPr>
        <w:spacing w:line="360" w:lineRule="auto" w:after="0"/>
        <w:ind w:firstLine="283"/>
      </w:pPr>
      <w:r>
        <w:t>The cellar was the same — the seven, the child, the slate. But it was full tonight. Ten, when the cellar was the meeting. But the thing that was coming had a name now: the Cult.</w:t>
      </w:r>
    </w:p>
    <w:p>
      <w:pPr>
        <w:spacing w:line="360" w:lineRule="auto" w:after="0"/>
        <w:ind w:firstLine="283"/>
      </w:pPr>
      <w:r>
        <w:t>Nima had not called the meeting. The meeting happened when the network needed to meet. She had come because the thread on the door-handle was the color of old cream, tied in the knot that meant come now. She had counted the exits before she touched the thread. Three — the door, the lane, the grille.</w:t>
      </w:r>
    </w:p>
    <w:p>
      <w:pPr>
        <w:spacing w:line="360" w:lineRule="auto" w:after="0"/>
        <w:ind w:firstLine="283"/>
      </w:pPr>
      <w:r>
        <w:t>The broker was already there. The broker was the one who carried the Ink and the names — the vials, the unsanctioned. The broker had been the network’s Ink for years Nima did not count. He sat on the low stone with his hands open on his knees, and the hands held nothing — bringing something he had not yet set down. He had brought the Cult’s offer.</w:t>
      </w:r>
    </w:p>
    <w:p>
      <w:pPr>
        <w:spacing w:line="360" w:lineRule="auto" w:after="0"/>
        <w:ind w:firstLine="283"/>
      </w:pPr>
      <w:r>
        <w:t>“The Cult offers the Taking,” the broker said. He said it the way he said things — lightly, the voice carrying the weight the hands did not. “The Taking is not the city’s. The Taking is the liberation. The Cult takes the Ink from the walls and the names from the record and the cages from the doors. The city’s Taking is the listing. The Cult’s Taking is the unlisting.”</w:t>
      </w:r>
    </w:p>
    <w:p>
      <w:pPr>
        <w:spacing w:line="360" w:lineRule="auto" w:after="0"/>
        <w:ind w:firstLine="283"/>
      </w:pPr>
      <w:r>
        <w:t>The cellar was still. The ten were still.</w:t>
      </w:r>
    </w:p>
    <w:p>
      <w:pPr>
        <w:spacing w:line="360" w:lineRule="auto" w:after="0"/>
        <w:ind w:firstLine="283"/>
      </w:pPr>
      <w:r>
        <w:t>Then Vens spoke. Vens was the one whose hands had shaken at the last meeting, the one who had drawn the Ink line at the third junction because her need had been the Ink. Her hands did not shake now.</w:t>
      </w:r>
    </w:p>
    <w:p>
      <w:pPr>
        <w:spacing w:line="360" w:lineRule="auto" w:after="0"/>
        <w:ind w:firstLine="283"/>
      </w:pPr>
      <w:r>
        <w:t>“The Cult frees,” Vens said. She said it as a person says a thing they have decided to believe. “The passages are closing. The shelters are vanishing. The Ink is not enough. The city does not give. The city takes.”</w:t>
      </w:r>
    </w:p>
    <w:p>
      <w:pPr>
        <w:spacing w:line="360" w:lineRule="auto" w:after="0"/>
        <w:ind w:firstLine="283"/>
      </w:pPr>
      <w:r>
        <w:t>Her hands were flat on her knees. Vens had decided.</w:t>
      </w:r>
    </w:p>
    <w:p>
      <w:pPr>
        <w:spacing w:line="360" w:lineRule="auto" w:after="0"/>
        <w:ind w:firstLine="283"/>
      </w:pPr>
      <w:r>
        <w:t>“The Cult offers what is not the city. The unlisting is the living.”</w:t>
      </w:r>
    </w:p>
    <w:p>
      <w:pPr>
        <w:spacing w:line="360" w:lineRule="auto" w:after="0"/>
        <w:ind w:firstLine="283"/>
      </w:pPr>
      <w:r>
        <w:t>Then the woman spoke. The woman was the one who carried the chalk — the one who had marked the route and the sign, the one who had been in the passages, the one who had refused before. She spoke the way she spoke — flat, like a door closing.</w:t>
      </w:r>
    </w:p>
    <w:p>
      <w:pPr>
        <w:spacing w:line="360" w:lineRule="auto" w:after="0"/>
        <w:ind w:firstLine="283"/>
      </w:pPr>
      <w:r>
        <w:t>“The Cult takes,” the woman said. “The Cult’s Taking is not the city’s Taking. The Cult takes the Ink. The Cult takes the passages. The Cult takes the ones who come to the Cult. The liberation is not the taking.”</w:t>
      </w:r>
    </w:p>
    <w:p>
      <w:pPr>
        <w:spacing w:line="360" w:lineRule="auto" w:after="0"/>
        <w:ind w:firstLine="283"/>
      </w:pPr>
      <w:r>
        <w:t>The cellar was the argument now. The two sides were the four and the four.</w:t>
      </w:r>
    </w:p>
    <w:p>
      <w:pPr>
        <w:spacing w:line="360" w:lineRule="auto" w:after="0"/>
        <w:ind w:firstLine="283"/>
      </w:pPr>
      <w:r>
        <w:t>“The city takes,” the woman said. “The Cult takes. The two take. The liberation is not the taking. The between is the refusal.”</w:t>
      </w:r>
    </w:p>
    <w:p>
      <w:pPr>
        <w:spacing w:line="360" w:lineRule="auto" w:after="0"/>
        <w:ind w:firstLine="283"/>
      </w:pPr>
      <w:r>
        <w:t>Vens stood. She went to the four — the ones whose passages were closing, whose shelters were vanishing, whose Ink was running out. The four had the wanting. Vens was the fifth. The five were the Cult.</w:t>
      </w:r>
    </w:p>
    <w:p>
      <w:pPr>
        <w:spacing w:line="360" w:lineRule="auto" w:after="0"/>
        <w:ind w:firstLine="283"/>
      </w:pPr>
      <w:r>
        <w:t>The woman stood. She went to the three — the ones who carried the slate and the line and the mother and the small. The three were the refusing. The woman was the fourth. The four were not the Cult.</w:t>
      </w:r>
    </w:p>
    <w:p>
      <w:pPr>
        <w:spacing w:line="360" w:lineRule="auto" w:after="0"/>
        <w:ind w:firstLine="283"/>
      </w:pPr>
      <w:r>
        <w:t>The broker did not stand. He was the between — not the for, not the against. He had brought the offer and had not said.</w:t>
      </w:r>
    </w:p>
    <w:p>
      <w:pPr>
        <w:spacing w:line="360" w:lineRule="auto" w:after="0"/>
        <w:ind w:firstLine="283"/>
      </w:pPr>
      <w:r>
        <w:t>“I will not take the Cult’s Taking,” Nima said. She said it the way she said things — flat, without the pressing. “The Cult’s Taking is not the city’s Taking, but the Taking is the thing that took the mother. The mother is small. She is on the slate. The slate is what I carry.”</w:t>
      </w:r>
    </w:p>
    <w:p>
      <w:pPr>
        <w:spacing w:line="360" w:lineRule="auto" w:after="0"/>
        <w:ind w:firstLine="283"/>
      </w:pPr>
      <w:r>
        <w:t>“And I will not take the city’s Taking,” Nima said. “The Cult’s Taking is not the liberation.”</w:t>
      </w:r>
    </w:p>
    <w:p>
      <w:pPr>
        <w:spacing w:line="360" w:lineRule="auto" w:after="0"/>
        <w:ind w:firstLine="283"/>
      </w:pPr>
      <w:r>
        <w:t>The five who wanted the Cult looked at her. The five had heard — the mother is small, the slate.</w:t>
      </w:r>
    </w:p>
    <w:p>
      <w:pPr>
        <w:spacing w:line="360" w:lineRule="auto" w:after="0"/>
        <w:ind w:firstLine="283"/>
      </w:pPr>
      <w:r>
        <w:t>Vens did not look at Nima. Vens looked at the door. Vens had counted the exits too. Vens went to the door. The five went with her. The five went out the way the unlisted went out — without the announcing, without farewell. The door closed behind them. The closing was the fracture.</w:t>
      </w:r>
    </w:p>
    <w:p>
      <w:pPr>
        <w:spacing w:line="360" w:lineRule="auto" w:after="0"/>
        <w:ind w:firstLine="283"/>
      </w:pPr>
      <w:r>
        <w:t>The four stayed. The broker stayed. Nima stayed. The cellar held the six now — the four who refused, the broker who was the between, Nima who was the between.</w:t>
      </w:r>
    </w:p>
    <w:p>
      <w:pPr>
        <w:spacing w:line="360" w:lineRule="auto" w:after="0"/>
        <w:ind w:firstLine="283"/>
      </w:pPr>
      <w:r>
        <w:t>The woman looked at Nima. She said, without asking: “The passages are closing.”</w:t>
      </w:r>
    </w:p>
    <w:p>
      <w:pPr>
        <w:spacing w:line="360" w:lineRule="auto" w:after="0"/>
        <w:ind w:firstLine="283"/>
      </w:pPr>
      <w:r>
        <w:t>“I know.”</w:t>
      </w:r>
    </w:p>
    <w:p>
      <w:pPr>
        <w:spacing w:line="360" w:lineRule="auto" w:after="0"/>
        <w:ind w:firstLine="283"/>
      </w:pPr>
      <w:r>
        <w:t>“The shelters are vanishing.”</w:t>
      </w:r>
    </w:p>
    <w:p>
      <w:pPr>
        <w:spacing w:line="360" w:lineRule="auto" w:after="0"/>
        <w:ind w:firstLine="283"/>
      </w:pPr>
      <w:r>
        <w:t>“I know.”</w:t>
      </w:r>
    </w:p>
    <w:p>
      <w:pPr>
        <w:spacing w:line="360" w:lineRule="auto" w:after="0"/>
        <w:ind w:firstLine="283"/>
      </w:pPr>
      <w:r>
        <w:t>“The five will be taken. The Cult will take them. The city will take them. The two will take them.”</w:t>
      </w:r>
    </w:p>
    <w:p>
      <w:pPr>
        <w:spacing w:line="360" w:lineRule="auto" w:after="0"/>
        <w:ind w:firstLine="283"/>
      </w:pPr>
      <w:r>
        <w:t>“I know.”</w:t>
      </w:r>
    </w:p>
    <w:p>
      <w:pPr>
        <w:spacing w:line="360" w:lineRule="auto" w:after="0"/>
        <w:ind w:firstLine="283"/>
      </w:pPr>
      <w:r>
        <w:t>The woman did not say the next thing. The next thing was the comfort, and the comfort was not the thing the woman had. The woman carried the chalk. The chalk was the mark.</w:t>
      </w:r>
    </w:p>
    <w:p>
      <w:pPr>
        <w:spacing w:line="360" w:lineRule="auto" w:after="0"/>
        <w:ind w:firstLine="283"/>
      </w:pPr>
      <w:r>
        <w:t>“We go on,” the woman said.</w:t>
      </w:r>
    </w:p>
    <w:p>
      <w:pPr>
        <w:spacing w:line="360" w:lineRule="auto" w:after="0"/>
        <w:ind w:firstLine="283"/>
      </w:pPr>
      <w:r>
        <w:t>“We go on.”</w:t>
      </w:r>
    </w:p>
    <w:p>
      <w:pPr>
        <w:spacing w:line="360" w:lineRule="auto" w:after="0"/>
        <w:ind w:firstLine="283"/>
      </w:pPr>
      <w:r>
        <w:t>The four went out the second exit — the grille, the lane, the rain that had begun to fall. The broker went last. The broker did not look back, because looking back was the thing the between could not do.</w:t>
      </w:r>
    </w:p>
    <w:p>
      <w:pPr>
        <w:spacing w:line="360" w:lineRule="auto" w:after="0"/>
        <w:ind w:firstLine="283"/>
      </w:pPr>
      <w:r>
        <w:t>Nima was alone in the cellar. The slate was in her pocket. The mother was small. The rain had begun to fall. She counted the exits on the way out. Three.</w:t>
      </w:r>
    </w:p>
    <w:p>
      <w:pPr>
        <w:ind w:firstLine="0"/>
        <w:jc w:val="center"/>
      </w:pPr>
      <w:r>
        <w:rPr>
          <w:color w:val="AAAAAA"/>
        </w:rPr>
        <w:t>❖</w:t>
      </w:r>
    </w:p>
    <w:p>
      <w:pPr>
        <w:spacing w:before="360" w:after="240"/>
        <w:ind w:firstLine="0"/>
        <w:jc w:val="center"/>
      </w:pPr>
      <w:r>
        <w:rPr>
          <w:b/>
          <w:i/>
          <w:color w:val="333333"/>
          <w:sz w:val="26"/>
        </w:rPr>
        <w:t>Chapter 22 — Darker Rain</w:t>
      </w:r>
    </w:p>
    <w:p>
      <w:pPr>
        <w:spacing w:line="360" w:lineRule="auto" w:after="0"/>
        <w:ind w:firstLine="283"/>
      </w:pPr>
      <w:r>
        <w:t>‖ •</w:t>
      </w:r>
    </w:p>
    <w:p>
      <w:pPr>
        <w:spacing w:line="360" w:lineRule="auto" w:after="0"/>
        <w:ind w:firstLine="283"/>
      </w:pPr>
      <w:r>
        <w:t>The rain darkened on the second morning. Nessa saw it from the kitchen window — the rain going a color that was not grey and not blue and not rain. The cardamom pod was on the sill — green, the country she had never been to. The rain was not the pod.</w:t>
      </w:r>
    </w:p>
    <w:p>
      <w:pPr>
        <w:spacing w:line="360" w:lineRule="auto" w:after="0"/>
        <w:ind w:firstLine="283"/>
      </w:pPr>
      <w:r>
        <w:t>The pot was short — had been short for three mornings. The dented copper measure was on the hook. The measure portioned.</w:t>
      </w:r>
    </w:p>
    <w:p>
      <w:pPr>
        <w:spacing w:line="360" w:lineRule="auto" w:after="0"/>
        <w:ind w:firstLine="283"/>
      </w:pPr>
      <w:r>
        <w:t>The district came in wet and sat at the long table. The long table held the district.</w:t>
      </w:r>
    </w:p>
    <w:p>
      <w:pPr>
        <w:spacing w:line="360" w:lineRule="auto" w:after="0"/>
        <w:ind w:firstLine="283"/>
      </w:pPr>
      <w:r>
        <w:t>Nessa ladled the soup. The soup was thinner than yesterday. She felt it in the wrist — the small drag of the ladle in the thin broth — and the drag was the morning’s news before Devra brought the news.</w:t>
      </w:r>
    </w:p>
    <w:p>
      <w:pPr>
        <w:spacing w:line="360" w:lineRule="auto" w:after="0"/>
        <w:ind w:firstLine="283"/>
      </w:pPr>
      <w:r>
        <w:t>The Mender came on the third day of the rain.</w:t>
      </w:r>
    </w:p>
    <w:p>
      <w:pPr>
        <w:spacing w:line="360" w:lineRule="auto" w:after="0"/>
        <w:ind w:firstLine="283"/>
      </w:pPr>
      <w:r>
        <w:t>Nessa had not seen the Mender since the aid site, the spring before, when the Mender had healed the man’s arm and Nessa had watched the Mender’s hands thin. The Mender came in wet, her hair pulled back with a strip of cloth that had been a different color once. She sat at the back of the kitchen. She did not speak. She did not rest. She waited.</w:t>
      </w:r>
    </w:p>
    <w:p>
      <w:pPr>
        <w:spacing w:line="360" w:lineRule="auto" w:after="0"/>
        <w:ind w:firstLine="283"/>
      </w:pPr>
      <w:r>
        <w:t>The district came in, and the district was not whole. The cart man was not here. The laundry women were not here. The old woman from the allotments was not here. The rain had taken them the way the Taking had taken them, except the rain did not stop.</w:t>
      </w:r>
    </w:p>
    <w:p>
      <w:pPr>
        <w:spacing w:line="360" w:lineRule="auto" w:after="0"/>
        <w:ind w:firstLine="283"/>
      </w:pPr>
      <w:r>
        <w:t>Nessa ladled the soup. The steam went up between them, and the Mender watched it as a person watches a thing that is not hers to mend.</w:t>
      </w:r>
    </w:p>
    <w:p>
      <w:pPr>
        <w:spacing w:line="360" w:lineRule="auto" w:after="0"/>
        <w:ind w:firstLine="283"/>
      </w:pPr>
      <w:r>
        <w:t>A man came in with his arm wrong — the angle that was not the angle, the swelling, the broken. The man had been under a wall. The wall had fallen. The wall was not quite stone now. The man’s arm was broken.</w:t>
      </w:r>
    </w:p>
    <w:p>
      <w:pPr>
        <w:spacing w:line="360" w:lineRule="auto" w:after="0"/>
        <w:ind w:firstLine="283"/>
      </w:pPr>
      <w:r>
        <w:t>The Mender stood. The Mender went to the man. The Mender’s hands went to the arm.</w:t>
      </w:r>
    </w:p>
    <w:p>
      <w:pPr>
        <w:spacing w:line="360" w:lineRule="auto" w:after="0"/>
        <w:ind w:firstLine="283"/>
      </w:pPr>
      <w:r>
        <w:t>The Mender’s hands healed the arm. Nessa saw it — the angle straightening, the swelling going down, the break closing.</w:t>
      </w:r>
    </w:p>
    <w:p>
      <w:pPr>
        <w:spacing w:line="360" w:lineRule="auto" w:after="0"/>
        <w:ind w:firstLine="283"/>
      </w:pPr>
      <w:r>
        <w:t>The broth moved on the stove. The rain kept its sound on the roof.</w:t>
      </w:r>
    </w:p>
    <w:p>
      <w:pPr>
        <w:spacing w:line="360" w:lineRule="auto" w:after="0"/>
        <w:ind w:firstLine="283"/>
      </w:pPr>
      <w:r>
        <w:t>The Mender’s hands thinned.</w:t>
      </w:r>
    </w:p>
    <w:p>
      <w:pPr>
        <w:spacing w:line="360" w:lineRule="auto" w:after="0"/>
        <w:ind w:firstLine="283"/>
      </w:pPr>
      <w:r>
        <w:t>Nessa saw it the way she saw the flour — by the weight, by the not-full.</w:t>
      </w:r>
    </w:p>
    <w:p>
      <w:pPr>
        <w:spacing w:line="360" w:lineRule="auto" w:after="0"/>
        <w:ind w:firstLine="283"/>
      </w:pPr>
      <w:r>
        <w:t>Nessa brought water. The water was the priority water — She brought it the way she brought water to the ones who needed it — without the asking, without the ceremony, the cup held out.</w:t>
      </w:r>
    </w:p>
    <w:p>
      <w:pPr>
        <w:spacing w:line="360" w:lineRule="auto" w:after="0"/>
        <w:ind w:firstLine="283"/>
      </w:pPr>
      <w:r>
        <w:t>The Mender took the water. The Mender’s hands trembled.</w:t>
      </w:r>
    </w:p>
    <w:p>
      <w:pPr>
        <w:spacing w:line="360" w:lineRule="auto" w:after="0"/>
        <w:ind w:firstLine="283"/>
      </w:pPr>
      <w:r>
        <w:t>The Mender drank without savoring.</w:t>
      </w:r>
    </w:p>
    <w:p>
      <w:pPr>
        <w:spacing w:line="360" w:lineRule="auto" w:after="0"/>
        <w:ind w:firstLine="283"/>
      </w:pPr>
      <w:r>
        <w:t>Nessa brought bread. The Mender took it. The Mender ate without savoring.</w:t>
      </w:r>
    </w:p>
    <w:p>
      <w:pPr>
        <w:spacing w:line="360" w:lineRule="auto" w:after="0"/>
        <w:ind w:firstLine="283"/>
      </w:pPr>
      <w:r>
        <w:t>The Mender needed the Ink. The Ink was in the walls and in the rain. It was not contained.</w:t>
      </w:r>
    </w:p>
    <w:p>
      <w:pPr>
        <w:spacing w:line="360" w:lineRule="auto" w:after="0"/>
        <w:ind w:firstLine="283"/>
      </w:pPr>
      <w:r>
        <w:t>The man stood. The man’s arm was the arm. The man left. The Mender stayed. The Mender stayed — not fed, not resting.</w:t>
      </w:r>
    </w:p>
    <w:p>
      <w:pPr>
        <w:spacing w:line="360" w:lineRule="auto" w:after="0"/>
        <w:ind w:firstLine="283"/>
      </w:pPr>
      <w:r>
        <w:t>Nessa sat beside the Mender. To ask would have made it real.</w:t>
      </w:r>
    </w:p>
    <w:p>
      <w:pPr>
        <w:spacing w:line="360" w:lineRule="auto" w:after="0"/>
        <w:ind w:firstLine="283"/>
      </w:pPr>
      <w:r>
        <w:t>The Mender did not speak.</w:t>
      </w:r>
    </w:p>
    <w:p>
      <w:pPr>
        <w:spacing w:line="360" w:lineRule="auto" w:after="0"/>
        <w:ind w:firstLine="283"/>
      </w:pPr>
      <w:r>
        <w:t>Nessa gave the Mender the rest of the bread. The Mender ate.</w:t>
      </w:r>
    </w:p>
    <w:p>
      <w:pPr>
        <w:spacing w:line="360" w:lineRule="auto" w:after="0"/>
        <w:ind w:firstLine="283"/>
      </w:pPr>
      <w:r>
        <w:t>Nessa did not look away.</w:t>
      </w:r>
    </w:p>
    <w:p>
      <w:pPr>
        <w:spacing w:line="360" w:lineRule="auto" w:after="0"/>
        <w:ind w:firstLine="283"/>
      </w:pPr>
      <w:r>
        <w:t>The rain darkened. The Mender sat at the back. The Mender did not rest. The Mender waited for the next arm. The next arm would come. The rain would bring it.</w:t>
      </w:r>
    </w:p>
    <w:p>
      <w:pPr>
        <w:spacing w:line="360" w:lineRule="auto" w:after="0"/>
        <w:ind w:firstLine="283"/>
      </w:pPr>
      <w:r>
        <w:t>The cardamom pod was on the sill. The pod was green. The kitchen smelled of the broth and the flour and the not-enough. The Mender smelled of the not-fed.</w:t>
      </w:r>
    </w:p>
    <w:p>
      <w:pPr>
        <w:spacing w:line="360" w:lineRule="auto" w:after="0"/>
        <w:ind w:firstLine="283"/>
      </w:pPr>
      <w:r>
        <w:t>A man came on the fourth morning of the rain.</w:t>
      </w:r>
    </w:p>
    <w:p>
      <w:pPr>
        <w:spacing w:line="360" w:lineRule="auto" w:after="0"/>
        <w:ind w:firstLine="283"/>
      </w:pPr>
      <w:r>
        <w:t>Nessa did not know his name. He was from the Verral — one of the cart men, or one of the mason’s men. Or one of the men who had been on the wall when the wall was still a wall. He was wet. He did not speak. He sat at the long table with his hands flat on the wood, the way a man sits when he has been carrying something heavy and the carrying is not yet set down. His hands were raw. The raw was the stone.</w:t>
      </w:r>
    </w:p>
    <w:p>
      <w:pPr>
        <w:spacing w:line="360" w:lineRule="auto" w:after="0"/>
        <w:ind w:firstLine="283"/>
      </w:pPr>
      <w:r>
        <w:t>Nessa brought him soup. He took it. He drank it as a man drinks who has been drinking rain for three days — without the savoring, without the slow.</w:t>
      </w:r>
    </w:p>
    <w:p>
      <w:pPr>
        <w:spacing w:line="360" w:lineRule="auto" w:after="0"/>
        <w:ind w:firstLine="283"/>
      </w:pPr>
      <w:r>
        <w:t>“The wall,” he said.</w:t>
      </w:r>
    </w:p>
    <w:p>
      <w:pPr>
        <w:spacing w:line="360" w:lineRule="auto" w:after="0"/>
        <w:ind w:firstLine="283"/>
      </w:pPr>
      <w:r>
        <w:t>“Which wall.”</w:t>
      </w:r>
    </w:p>
    <w:p>
      <w:pPr>
        <w:spacing w:line="360" w:lineRule="auto" w:after="0"/>
        <w:ind w:firstLine="283"/>
      </w:pPr>
      <w:r>
        <w:t>“The Verral wall. The granary wall. The wall came down.”</w:t>
      </w:r>
    </w:p>
    <w:p>
      <w:pPr>
        <w:spacing w:line="360" w:lineRule="auto" w:after="0"/>
        <w:ind w:firstLine="283"/>
      </w:pPr>
      <w:r>
        <w:t>“The wall came down.”</w:t>
      </w:r>
    </w:p>
    <w:p>
      <w:pPr>
        <w:spacing w:line="360" w:lineRule="auto" w:after="0"/>
        <w:ind w:firstLine="283"/>
      </w:pPr>
      <w:r>
        <w:t>“On a woman. She’s under it.”</w:t>
      </w:r>
    </w:p>
    <w:p>
      <w:pPr>
        <w:spacing w:line="360" w:lineRule="auto" w:after="0"/>
        <w:ind w:firstLine="283"/>
      </w:pPr>
      <w:r>
        <w:t>Nessa did not speak. There was nothing to say that the soup had not already said.</w:t>
      </w:r>
    </w:p>
    <w:p>
      <w:pPr>
        <w:spacing w:line="360" w:lineRule="auto" w:after="0"/>
        <w:ind w:firstLine="283"/>
      </w:pPr>
      <w:r>
        <w:t>The man stood. He went out into the rain. Nessa did not follow.</w:t>
      </w:r>
    </w:p>
    <w:p>
      <w:pPr>
        <w:spacing w:line="360" w:lineRule="auto" w:after="0"/>
        <w:ind w:firstLine="283"/>
      </w:pPr>
      <w:r>
        <w:t>The man went to the Verral wall. The wall had fallen. The woman was under it. The man did not speak to the woman. He did not ask her name. He did not ask her address. He did not ask her household.</w:t>
      </w:r>
    </w:p>
    <w:p>
      <w:pPr>
        <w:spacing w:line="360" w:lineRule="auto" w:after="0"/>
        <w:ind w:firstLine="283"/>
      </w:pPr>
      <w:r>
        <w:t>He put his hands on the stones. The stones were not quite stone now — the rain had been at them. He lifted. The bad knee was the bad knee — he favored it the way a man favors a thing he has learned to carry. He lifted the stones.</w:t>
      </w:r>
    </w:p>
    <w:p>
      <w:pPr>
        <w:spacing w:line="360" w:lineRule="auto" w:after="0"/>
        <w:ind w:firstLine="283"/>
      </w:pPr>
      <w:r>
        <w:t>He did not lift them alone. The Mender had come. The Mender had followed him out of the kitchen without speaking. The Mender put her hands on the stones. The not-quite-stone became the stone. The healing was the consuming. The Mender’s hands thinned.</w:t>
      </w:r>
    </w:p>
    <w:p>
      <w:pPr>
        <w:spacing w:line="360" w:lineRule="auto" w:after="0"/>
        <w:ind w:firstLine="283"/>
      </w:pPr>
      <w:r>
        <w:t>The man did not look at the Mender. He lifted. She healed. The two worked without speaking.</w:t>
      </w:r>
    </w:p>
    <w:p>
      <w:pPr>
        <w:spacing w:line="360" w:lineRule="auto" w:after="0"/>
        <w:ind w:firstLine="283"/>
      </w:pPr>
      <w:r>
        <w:t>The woman was under the last stone. The man lifted it. The Mender healed the woman — the broken becoming the unbroken. The woman sat up. The woman looked at the man. The woman looked at the Mender.</w:t>
      </w:r>
    </w:p>
    <w:p>
      <w:pPr>
        <w:spacing w:line="360" w:lineRule="auto" w:after="0"/>
        <w:ind w:firstLine="283"/>
      </w:pPr>
      <w:r>
        <w:t>The man did not wait. He did not wait for the thanking. He did not wait for the asking. He went back to the kitchen. He sat at the long table. He did not speak.</w:t>
      </w:r>
    </w:p>
    <w:p>
      <w:pPr>
        <w:spacing w:line="360" w:lineRule="auto" w:after="0"/>
        <w:ind w:firstLine="283"/>
      </w:pPr>
      <w:r>
        <w:t>Nessa brought bread. He took it. He did not eat it. He set it on the table beside his raw hands. The bread sat there.</w:t>
      </w:r>
    </w:p>
    <w:p>
      <w:pPr>
        <w:spacing w:line="360" w:lineRule="auto" w:after="0"/>
        <w:ind w:firstLine="283"/>
      </w:pPr>
      <w:r>
        <w:t>A child came in. The child was the woman’s. The child had followed the woman to the kitchen. The child had not spoken. The child sat at the end of the long table, the end nearest the door, the place the children sat.</w:t>
      </w:r>
    </w:p>
    <w:p>
      <w:pPr>
        <w:spacing w:line="360" w:lineRule="auto" w:after="0"/>
        <w:ind w:firstLine="283"/>
      </w:pPr>
      <w:r>
        <w:t>The man looked at the child. He did not speak. He took the bread. He held it out. The child took it. The child ate.</w:t>
      </w:r>
    </w:p>
    <w:p>
      <w:pPr>
        <w:spacing w:line="360" w:lineRule="auto" w:after="0"/>
        <w:ind w:firstLine="283"/>
      </w:pPr>
      <w:r>
        <w:t>The man did not look away.</w:t>
      </w:r>
    </w:p>
    <w:p>
      <w:pPr>
        <w:spacing w:line="360" w:lineRule="auto" w:after="0"/>
        <w:ind w:firstLine="283"/>
      </w:pPr>
      <w:r>
        <w:t>The child finished the bread. The child looked at the man. The man did not say the things a man says to a child who has eaten his bread. He did not say the name. He did not say the address. He did not say the household.</w:t>
      </w:r>
    </w:p>
    <w:p>
      <w:pPr>
        <w:spacing w:line="360" w:lineRule="auto" w:after="0"/>
        <w:ind w:firstLine="283"/>
      </w:pPr>
      <w:r>
        <w:t>He said, “The hands are mine.”</w:t>
      </w:r>
    </w:p>
    <w:p>
      <w:pPr>
        <w:spacing w:line="360" w:lineRule="auto" w:after="0"/>
        <w:ind w:firstLine="283"/>
      </w:pPr>
      <w:r>
        <w:t>The child looked at the hands. The hands were raw. The raw was the stone.</w:t>
      </w:r>
    </w:p>
    <w:p>
      <w:pPr>
        <w:spacing w:line="360" w:lineRule="auto" w:after="0"/>
        <w:ind w:firstLine="283"/>
      </w:pPr>
      <w:r>
        <w:t>The child nodded.</w:t>
      </w:r>
    </w:p>
    <w:p>
      <w:pPr>
        <w:spacing w:line="360" w:lineRule="auto" w:after="0"/>
        <w:ind w:firstLine="283"/>
      </w:pPr>
      <w:r>
        <w:t>The child went. The child went the way children go — without farewell, without announcing. The man watched. He did not call. He sat with his raw hands and the not-bread and the rain.</w:t>
      </w:r>
    </w:p>
    <w:p>
      <w:pPr>
        <w:spacing w:line="360" w:lineRule="auto" w:after="0"/>
        <w:ind w:firstLine="283"/>
      </w:pPr>
      <w:r>
        <w:t>The Mender came back. She sat where she had sat, and the not-speaking and the not-resting had become the shape of her sitting.</w:t>
      </w:r>
    </w:p>
    <w:p>
      <w:pPr>
        <w:spacing w:line="360" w:lineRule="auto" w:after="0"/>
        <w:ind w:firstLine="283"/>
      </w:pPr>
      <w:r>
        <w:t>Nessa stood at the counter. The cardamom pod was on the sill. The dented copper measure was on the hook. The kitchen held.</w:t>
      </w:r>
    </w:p>
    <w:p>
      <w:pPr>
        <w:spacing w:line="360" w:lineRule="auto" w:after="0"/>
        <w:ind w:firstLine="283"/>
      </w:pPr>
      <w:r>
        <w:t>The man sat at the long table. The Mender sat at the back. The two were not alone.</w:t>
      </w:r>
    </w:p>
    <w:p>
      <w:pPr>
        <w:spacing w:line="360" w:lineRule="auto" w:after="0"/>
        <w:ind w:firstLine="283"/>
      </w:pPr>
      <w:r>
        <w:t>The rain darkened. The walls were not quite stone. The bells were not ringing.</w:t>
      </w:r>
    </w:p>
    <w:p>
      <w:pPr>
        <w:spacing w:line="360" w:lineRule="auto" w:after="0"/>
        <w:ind w:firstLine="283"/>
      </w:pPr>
      <w:r>
        <w:t>The rain did not ask. The rain fell.</w:t>
      </w:r>
    </w:p>
    <w:p>
      <w:pPr>
        <w:ind w:firstLine="0"/>
        <w:jc w:val="center"/>
      </w:pPr>
      <w:r>
        <w:rPr>
          <w:color w:val="AAAAAA"/>
        </w:rPr>
        <w:t>❖</w:t>
      </w:r>
    </w:p>
    <w:p>
      <w:pPr>
        <w:spacing w:before="360" w:after="240"/>
        <w:ind w:firstLine="0"/>
        <w:jc w:val="center"/>
      </w:pPr>
      <w:r>
        <w:rPr>
          <w:b/>
          <w:i/>
          <w:color w:val="333333"/>
          <w:sz w:val="26"/>
        </w:rPr>
        <w:t>Step — The Seam the Ink Takes (Coda)</w:t>
      </w:r>
    </w:p>
    <w:p>
      <w:pPr>
        <w:spacing w:line="360" w:lineRule="auto" w:after="0"/>
        <w:ind w:firstLine="283"/>
      </w:pPr>
      <w:r>
        <w:t>‖ ∧</w:t>
      </w:r>
    </w:p>
    <w:p>
      <w:pPr>
        <w:spacing w:line="360" w:lineRule="auto" w:after="0"/>
        <w:ind w:firstLine="283"/>
      </w:pPr>
      <w:r>
        <w:t>Coda wanted the seam to be the seam.</w:t>
      </w:r>
    </w:p>
    <w:p>
      <w:pPr>
        <w:spacing w:line="360" w:lineRule="auto" w:after="0"/>
        <w:ind w:firstLine="283"/>
      </w:pPr>
      <w:r>
        <w:t>The wanting was small. The wanting was the cellar — the cellar under the tile-maker's yard, the cellar that had been a cistern before the cistern had been moved and the moving had left the cellar dry, and the dry had been found by someone who needed a place, and the needing had made it a shelter, and the shelter had held seven, and seven was the number the cellar could hold. The wanting was the seven. The seven were the cellar's whole true freight. The freight was small. The small was the cellar's whole true mark.</w:t>
      </w:r>
    </w:p>
    <w:p>
      <w:pPr>
        <w:spacing w:line="360" w:lineRule="auto" w:after="0"/>
        <w:ind w:firstLine="283"/>
      </w:pPr>
      <w:r>
        <w:t>The rain had been falling for three days. The rain was the rain that darkened — not the grey of rain, not the blue-black of the city's ink, but the two braided, a colour that had no name because no one had needed to name it before today. The clouds came down to the roofs. The roofs went up into the clouds. The line between them thinned, and thinned, and was gone.</w:t>
      </w:r>
    </w:p>
    <w:p>
      <w:pPr>
        <w:spacing w:line="360" w:lineRule="auto" w:after="0"/>
        <w:ind w:firstLine="283"/>
      </w:pPr>
      <w:r>
        <w:t>The Ink was in the walls now. The Ink had been in the gutters. The Ink had been quiet in the gutters for a season. The quiet was over. The Ink was in the walls. The Ink was in the rain. The Ink was not contained.</w:t>
      </w:r>
    </w:p>
    <w:p>
      <w:pPr>
        <w:spacing w:line="360" w:lineRule="auto" w:after="0"/>
        <w:ind w:firstLine="283"/>
      </w:pPr>
      <w:r>
        <w:t>Coda had come to the cellar at the dawn. Coda had not come for the shelter. Coda had come for the seam.</w:t>
      </w:r>
    </w:p>
    <w:p>
      <w:pPr>
        <w:spacing w:line="360" w:lineRule="auto" w:after="0"/>
        <w:ind w:firstLine="283"/>
      </w:pPr>
      <w:r>
        <w:t>The seam was in the cellar's north wall. The seam was the place the stone disagreed with the stone — the join, the place the mortar had been and was not now, the place the wall had the askew line at the third course. The askew line was the form's own true mark on the wall — the refusal to resolve, the place the wall disagreed with the city and the disagreement was preserved in the stone.</w:t>
      </w:r>
    </w:p>
    <w:p>
      <w:pPr>
        <w:spacing w:line="360" w:lineRule="auto" w:after="0"/>
        <w:ind w:firstLine="283"/>
      </w:pPr>
      <w:r>
        <w:t>The Ink had taken the seam.</w:t>
      </w:r>
    </w:p>
    <w:p>
      <w:pPr>
        <w:spacing w:line="360" w:lineRule="auto" w:after="0"/>
        <w:ind w:firstLine="283"/>
      </w:pPr>
      <w:r>
        <w:t>The Ink was in the seam the way the Ink was in the gutters — the dark, the slow, the colour that was not grey and not blue and not rain. The Ink had come into the seam in the second night of the rain. The Ink had not come in the first night. The first night had been rain. The second night had been the Ink.</w:t>
      </w:r>
    </w:p>
    <w:p>
      <w:pPr>
        <w:spacing w:line="360" w:lineRule="auto" w:after="0"/>
        <w:ind w:firstLine="283"/>
      </w:pPr>
      <w:r>
        <w:t>Coda had seen the Ink come in. The seeing was the less-than-a-breath — the eyes touching the seam the way a hand touches a thing it has held before and does not hold now. The Ink had not asked. The Ink had come. The coming was the seam's whole true work. The work was the not-resolving. The not-resolving was the only true thing the seam had, and the only true thing was small, and the small was all there was.</w:t>
      </w:r>
    </w:p>
    <w:p>
      <w:pPr>
        <w:spacing w:line="360" w:lineRule="auto" w:after="0"/>
        <w:ind w:firstLine="283"/>
      </w:pPr>
      <w:r>
        <w:t>Coda did not touch the seam. The touching would have been the fixing. The fixing would have been the resolving. The seam did not resolve. The seam held the not-resolving. The not-resolving was the seam's whole true office.</w:t>
      </w:r>
    </w:p>
    <w:p>
      <w:pPr>
        <w:spacing w:line="360" w:lineRule="auto" w:after="0"/>
        <w:ind w:firstLine="283"/>
      </w:pPr>
      <w:r>
        <w:t>Coda set the caret beside the seam. Coda took a stub of chalk from the inner pocket of the coat — the chalk the colour of old cream, the chalk Coda had carried for a year. Coda set the small wedge beside the seam on the stone — the little roof, the witness's mark, the mark that said I saw this; I only copied this; the seam is not mine. The caret held the seam the way the prop held the stair — without straightening, without resolving, with the plain holding.</w:t>
      </w:r>
    </w:p>
    <w:p>
      <w:pPr>
        <w:spacing w:line="360" w:lineRule="auto" w:after="0"/>
        <w:ind w:firstLine="283"/>
      </w:pPr>
      <w:r>
        <w:t>The two marks stood side by side on the north wall — the seam and the caret — the way the two marks stood side by side on the lintel — not agreeing, not resolving, just standing. The standing was the cellar's whole honest arithmetic, and the arithmetic did not balance.</w:t>
      </w:r>
    </w:p>
    <w:p>
      <w:pPr>
        <w:spacing w:line="360" w:lineRule="auto" w:after="0"/>
        <w:ind w:firstLine="283"/>
      </w:pPr>
      <w:r>
        <w:t>A woman came to the cellar at the third bell. The woman was one of the seven — the one with the broom, the one who swept the tile-maker's yard in the mornings, the one whose hands were raw from the lye. The woman did not speak. The woman sat against the south wall. The woman's hands were in her lap.</w:t>
      </w:r>
    </w:p>
    <w:p>
      <w:pPr>
        <w:spacing w:line="360" w:lineRule="auto" w:after="0"/>
        <w:ind w:firstLine="283"/>
      </w:pPr>
      <w:r>
        <w:t>"The seam," the woman said.</w:t>
      </w:r>
    </w:p>
    <w:p>
      <w:pPr>
        <w:spacing w:line="360" w:lineRule="auto" w:after="0"/>
        <w:ind w:firstLine="283"/>
      </w:pPr>
      <w:r>
        <w:t>Coda did not answer. The not-answering was the cellar's whole true office. The office was the not-naming. The not-naming was the only true thing Coda could do about the seam, and the doing was small.</w:t>
      </w:r>
    </w:p>
    <w:p>
      <w:pPr>
        <w:spacing w:line="360" w:lineRule="auto" w:after="0"/>
        <w:ind w:firstLine="283"/>
      </w:pPr>
      <w:r>
        <w:t>"The Ink has taken it," the woman said.</w:t>
      </w:r>
    </w:p>
    <w:p>
      <w:pPr>
        <w:spacing w:line="360" w:lineRule="auto" w:after="0"/>
        <w:ind w:firstLine="283"/>
      </w:pPr>
      <w:r>
        <w:t>"Yes."</w:t>
      </w:r>
    </w:p>
    <w:p>
      <w:pPr>
        <w:spacing w:line="360" w:lineRule="auto" w:after="0"/>
        <w:ind w:firstLine="283"/>
      </w:pPr>
      <w:r>
        <w:t>"The Ink takes things."</w:t>
      </w:r>
    </w:p>
    <w:p>
      <w:pPr>
        <w:spacing w:line="360" w:lineRule="auto" w:after="0"/>
        <w:ind w:firstLine="283"/>
      </w:pPr>
      <w:r>
        <w:t>"Yes."</w:t>
      </w:r>
    </w:p>
    <w:p>
      <w:pPr>
        <w:spacing w:line="360" w:lineRule="auto" w:after="0"/>
        <w:ind w:firstLine="283"/>
      </w:pPr>
      <w:r>
        <w:t>The woman did not speak for a moment. The not-speaking was the woman's whole true work. The work was the not-knowing. The not-knowing was the only true thing the woman had.</w:t>
      </w:r>
    </w:p>
    <w:p>
      <w:pPr>
        <w:spacing w:line="360" w:lineRule="auto" w:after="0"/>
        <w:ind w:firstLine="283"/>
      </w:pPr>
      <w:r>
        <w:t>"Who has the Ink taken," the woman said.</w:t>
      </w:r>
    </w:p>
    <w:p>
      <w:pPr>
        <w:spacing w:line="360" w:lineRule="auto" w:after="0"/>
        <w:ind w:firstLine="283"/>
      </w:pPr>
      <w:r>
        <w:t>Coda did not answer. The not-answering was the cellar's whole true office. The office was the not-resolving. The not-resolving was the only true thing Coda could do about the woman's asking, and the doing was small.</w:t>
      </w:r>
    </w:p>
    <w:p>
      <w:pPr>
        <w:spacing w:line="360" w:lineRule="auto" w:after="0"/>
        <w:ind w:firstLine="283"/>
      </w:pPr>
      <w:r>
        <w:t>"I don't know," Coda said.</w:t>
      </w:r>
    </w:p>
    <w:p>
      <w:pPr>
        <w:spacing w:line="360" w:lineRule="auto" w:after="0"/>
        <w:ind w:firstLine="283"/>
      </w:pPr>
      <w:r>
        <w:t>Coda said it the way Coda said things — flat, without the pressing. The not-pressing was the work. The not-pressing was the cellar's whole true office. The office was the not-resolving.</w:t>
      </w:r>
    </w:p>
    <w:p>
      <w:pPr>
        <w:spacing w:line="360" w:lineRule="auto" w:after="0"/>
        <w:ind w:firstLine="283"/>
      </w:pPr>
      <w:r>
        <w:t>The woman did not speak. The woman's hand went to the broom — the broom she had been sweeping with, the broom she had not set down. The hand rested on the broom the way a hand rests on a thing it has been carrying and is not yet ready to set down.</w:t>
      </w:r>
    </w:p>
    <w:p>
      <w:pPr>
        <w:spacing w:line="360" w:lineRule="auto" w:after="0"/>
        <w:ind w:firstLine="283"/>
      </w:pPr>
      <w:r>
        <w:t>"The Ink takes the unrecoverable," Coda said. "The Ink takes the person the city has not held. The Ink takes the seam the wall has not held. The Ink takes the not-resolving. The not-resolving is the Ink's whole true office. The office is small. The small is all there is."</w:t>
      </w:r>
    </w:p>
    <w:p>
      <w:pPr>
        <w:spacing w:line="360" w:lineRule="auto" w:after="0"/>
        <w:ind w:firstLine="283"/>
      </w:pPr>
      <w:r>
        <w:t>The woman did not speak. The not-speaking was the woman's whole true work. The work was the not-knowing. The not-knowing was the only true thing the woman had.</w:t>
      </w:r>
    </w:p>
    <w:p>
      <w:pPr>
        <w:spacing w:line="360" w:lineRule="auto" w:after="0"/>
        <w:ind w:firstLine="283"/>
      </w:pPr>
      <w:r>
        <w:t>The seam took more in the fourth night. The Ink went deeper into the stone. The stone was not quite stone now — the rain had been at it, the Ink had been at it, the two had been at it together, and the stone was the not-quite-stone the city had begun to be.</w:t>
      </w:r>
    </w:p>
    <w:p>
      <w:pPr>
        <w:spacing w:line="360" w:lineRule="auto" w:after="0"/>
        <w:ind w:firstLine="283"/>
      </w:pPr>
      <w:r>
        <w:t>Coda came to the cellar at the dawn of the fifth day. The seam was wider. The Ink was in the seam. The caret was beside the seam. The three stood together — the seam, the Ink, the caret — the way the three things stood on the master's chest — the verification slip, the half-degree, the caret — not agreeing, not resolving, just standing.</w:t>
      </w:r>
    </w:p>
    <w:p>
      <w:pPr>
        <w:spacing w:line="360" w:lineRule="auto" w:after="0"/>
        <w:ind w:firstLine="283"/>
      </w:pPr>
      <w:r>
        <w:t>The woman was not there. The woman had gone in the night. The woman had gone the way the unlisted went out — without the announcing, without farewell. The broom was against the south wall. The broom was the woman's whole true mark. The mark was the not-resolving. The not-resolving was the only true thing the broom had.</w:t>
      </w:r>
    </w:p>
    <w:p>
      <w:pPr>
        <w:spacing w:line="360" w:lineRule="auto" w:after="0"/>
        <w:ind w:firstLine="283"/>
      </w:pPr>
      <w:r>
        <w:t>Coda did not move the broom. The moving would have been the fixing. The fixing would have been the resolving. The broom did not resolve. The broom held the not-resolving. The not-resolving was the broom's whole true office.</w:t>
      </w:r>
    </w:p>
    <w:p>
      <w:pPr>
        <w:spacing w:line="360" w:lineRule="auto" w:after="0"/>
        <w:ind w:firstLine="283"/>
      </w:pPr>
      <w:r>
        <w:t>The unrecoverable person was the woman. The unrecoverable person was the one the Ink had taken. The unrecoverable person was the one the city had not held. The unrecoverable person was the one the seam had held in the night. The seam had held the woman the way the seam held the Ink — without fixing, without resolving, with the plain holding.</w:t>
      </w:r>
    </w:p>
    <w:p>
      <w:pPr>
        <w:spacing w:line="360" w:lineRule="auto" w:after="0"/>
        <w:ind w:firstLine="283"/>
      </w:pPr>
      <w:r>
        <w:t>Coda stood at the seam. The seam was wider. The Ink was in the seam. The caret was beside the seam. The broom was against the south wall. The four stood together — the seam, the Ink, the caret, the broom — the way the four things stood on the master's chest — not agreeing, not resolving, just standing. The standing was the cellar's whole honest arithmetic, and the arithmetic did not balance.</w:t>
      </w:r>
    </w:p>
    <w:p>
      <w:pPr>
        <w:spacing w:line="360" w:lineRule="auto" w:after="0"/>
        <w:ind w:firstLine="283"/>
      </w:pPr>
      <w:r>
        <w:t>Coda did not weep. The not-weeping was the cellar's whole true mercy. The mercy was small. The small was the not-resolving's whole true mark.</w:t>
      </w:r>
    </w:p>
    <w:p>
      <w:pPr>
        <w:spacing w:line="360" w:lineRule="auto" w:after="0"/>
        <w:ind w:firstLine="283"/>
      </w:pPr>
      <w:r>
        <w:t>The bell did not ring. The bell had not rung since the dusk the rain had begun. The not-ringing was the city's silence. The silence was the city's. The city's silence was the cellar's. The cellar's silence was the seam's. The seam was the Ink's. The Ink was the not-resolving's. The not-resolving was the only true thing the morning had, and the only true thing was small, and the small was all there was.</w:t>
      </w:r>
    </w:p>
    <w:p>
      <w:pPr>
        <w:spacing w:line="360" w:lineRule="auto" w:after="0"/>
        <w:ind w:firstLine="283"/>
      </w:pPr>
      <w:r>
        <w:t>Coda did not go in. The not-going-in was the morning's whole true mercy. Coda stood at the seam and the morning was the morning and the morning did not name. The naming was the city's. The morning was not the city's. The not-being-the-city's was the morning's whole true mark. The mark was the not-resolving. The not-resolving was the only true thing the morning had, and the only true thing was small, and the small was all there was.</w:t>
      </w:r>
    </w:p>
    <w:p>
      <w:pPr>
        <w:ind w:firstLine="0"/>
        <w:jc w:val="center"/>
      </w:pPr>
      <w:r>
        <w:rPr>
          <w:color w:val="AAAAAA"/>
        </w:rPr>
        <w:t>❖</w:t>
      </w:r>
    </w:p>
    <w:p>
      <w:pPr>
        <w:spacing w:before="360" w:after="240"/>
        <w:ind w:firstLine="0"/>
        <w:jc w:val="center"/>
      </w:pPr>
      <w:r>
        <w:rPr>
          <w:b/>
          <w:i/>
          <w:color w:val="333333"/>
          <w:sz w:val="26"/>
        </w:rPr>
        <w:t>Step — The Exposure Shared (Coda)</w:t>
      </w:r>
    </w:p>
    <w:p>
      <w:pPr>
        <w:spacing w:line="360" w:lineRule="auto" w:after="0"/>
        <w:ind w:firstLine="283"/>
      </w:pPr>
      <w:r>
        <w:t>‖ ∧</w:t>
      </w:r>
    </w:p>
    <w:p>
      <w:pPr>
        <w:spacing w:line="360" w:lineRule="auto" w:after="0"/>
        <w:ind w:firstLine="283"/>
      </w:pPr>
      <w:r>
        <w:t>Coda wanted the two names spoken.</w:t>
      </w:r>
    </w:p>
    <w:p>
      <w:pPr>
        <w:spacing w:line="360" w:lineRule="auto" w:after="0"/>
        <w:ind w:firstLine="283"/>
      </w:pPr>
      <w:r>
        <w:t>The wanting was small. The wanting was the cellar — the cellar under the tile-maker's yard, the cellar where the seam had taken the woman, the cellar where the caret stood beside the seam on the north wall — and the morning after the woman had gone, and the two names in the inner pocket of the coat, and the not-speaking of the two names, and the not-speaking was the morning's whole true office. The office was the exposure. The exposure was the not-resolving. The not-resolving was the only true thing the morning had, and the only true thing was small, and the small was all there was.</w:t>
      </w:r>
    </w:p>
    <w:p>
      <w:pPr>
        <w:spacing w:line="360" w:lineRule="auto" w:after="0"/>
        <w:ind w:firstLine="283"/>
      </w:pPr>
      <w:r>
        <w:t>The two names were Lark and Dally.</w:t>
      </w:r>
    </w:p>
    <w:p>
      <w:pPr>
        <w:spacing w:line="360" w:lineRule="auto" w:after="0"/>
        <w:ind w:firstLine="283"/>
      </w:pPr>
      <w:r>
        <w:t>The two names were Coda's. The two names had been Coda's for a year. The two names were the names the city had not held. The two names were the names the city had not named. The two names were the names the city had been given and the city had not written and the not-writing was the city's whole true mark on the names. The mark was the askew line — the refusal to resolve, the place the names disagreed with the city and the disagreement was preserved in the body.</w:t>
      </w:r>
    </w:p>
    <w:p>
      <w:pPr>
        <w:spacing w:line="360" w:lineRule="auto" w:after="0"/>
        <w:ind w:firstLine="283"/>
      </w:pPr>
      <w:r>
        <w:t>Lark was the name the cellar had. Lark was the name the slate had. Lark was the name the woman had called Coda when the woman had first come to the cellar a year ago. Lark was the name the chalk had on the slate — the small grey line, the line that did not begin and did not end and did not resolve.</w:t>
      </w:r>
    </w:p>
    <w:p>
      <w:pPr>
        <w:spacing w:line="360" w:lineRule="auto" w:after="0"/>
        <w:ind w:firstLine="283"/>
      </w:pPr>
      <w:r>
        <w:t>Dally was the name the road had. Dally was the name the way-station had. Dally was the name the tin-pedlar had called Coda when the tin-pedlar had come through the lane in the third month of the year. Dally was the name the slip had on the paper — the small grey line, the line that did not begin and did not end and did not resolve.</w:t>
      </w:r>
    </w:p>
    <w:p>
      <w:pPr>
        <w:spacing w:line="360" w:lineRule="auto" w:after="0"/>
        <w:ind w:firstLine="283"/>
      </w:pPr>
      <w:r>
        <w:t>The two names were the same name. The two names were not the same name. The not-being-the-same was the name's whole true mark. The mark was the not-resolving. The not-resolving was the only true thing the name had.</w:t>
      </w:r>
    </w:p>
    <w:p>
      <w:pPr>
        <w:spacing w:line="360" w:lineRule="auto" w:after="0"/>
        <w:ind w:firstLine="283"/>
      </w:pPr>
      <w:r>
        <w:t>Coda had not spoken the two names. The not-speaking was the year's whole true work. The work was the not-resolving. The not-resolving was the only true thing Coda could do about the two names, and the doing was small.</w:t>
      </w:r>
    </w:p>
    <w:p>
      <w:pPr>
        <w:spacing w:line="360" w:lineRule="auto" w:after="0"/>
        <w:ind w:firstLine="283"/>
      </w:pPr>
      <w:r>
        <w:t>A man came to the cellar at the second bell.</w:t>
      </w:r>
    </w:p>
    <w:p>
      <w:pPr>
        <w:spacing w:line="360" w:lineRule="auto" w:after="0"/>
        <w:ind w:firstLine="283"/>
      </w:pPr>
      <w:r>
        <w:t>The man was the tin-pedlar. The tin-pedlar had come through the lane in the third month of the year. The tin-pedlar had called Coda Dally. The tin-pedlar had come back. The tin-pedlar had not been in the cellar before. The tin-pedlar had come because the lane was the lane and the lane had the tin-pedlar the way the lane had the children.</w:t>
      </w:r>
    </w:p>
    <w:p>
      <w:pPr>
        <w:spacing w:line="360" w:lineRule="auto" w:after="0"/>
        <w:ind w:firstLine="283"/>
      </w:pPr>
      <w:r>
        <w:t>The tin-pedlar sat against the south wall. The tin-pedlar did not speak. The tin-pedlar ate a heel of bread. The bread was the road's bread. The road's bread was coarse. The coarse was the road's honesty.</w:t>
      </w:r>
    </w:p>
    <w:p>
      <w:pPr>
        <w:spacing w:line="360" w:lineRule="auto" w:after="0"/>
        <w:ind w:firstLine="283"/>
      </w:pPr>
      <w:r>
        <w:t>Coda did not press. The not-pressing was the work.</w:t>
      </w:r>
    </w:p>
    <w:p>
      <w:pPr>
        <w:spacing w:line="360" w:lineRule="auto" w:after="0"/>
        <w:ind w:firstLine="283"/>
      </w:pPr>
      <w:r>
        <w:t>The tin-pedlar spoke first.</w:t>
      </w:r>
    </w:p>
    <w:p>
      <w:pPr>
        <w:spacing w:line="360" w:lineRule="auto" w:after="0"/>
        <w:ind w:firstLine="283"/>
      </w:pPr>
      <w:r>
        <w:t>"The woman is gone," the tin-pedlar said.</w:t>
      </w:r>
    </w:p>
    <w:p>
      <w:pPr>
        <w:spacing w:line="360" w:lineRule="auto" w:after="0"/>
        <w:ind w:firstLine="283"/>
      </w:pPr>
      <w:r>
        <w:t>"Yes."</w:t>
      </w:r>
    </w:p>
    <w:p>
      <w:pPr>
        <w:spacing w:line="360" w:lineRule="auto" w:after="0"/>
        <w:ind w:firstLine="283"/>
      </w:pPr>
      <w:r>
        <w:t>"The seam took her."</w:t>
      </w:r>
    </w:p>
    <w:p>
      <w:pPr>
        <w:spacing w:line="360" w:lineRule="auto" w:after="0"/>
        <w:ind w:firstLine="283"/>
      </w:pPr>
      <w:r>
        <w:t>"Yes."</w:t>
      </w:r>
    </w:p>
    <w:p>
      <w:pPr>
        <w:spacing w:line="360" w:lineRule="auto" w:after="0"/>
        <w:ind w:firstLine="283"/>
      </w:pPr>
      <w:r>
        <w:t>The tin-pedlar did not speak for a moment. The not-speaking was the tin-pedlar's whole true work. The work was the not-knowing. The not-knowing was the only true thing the tin-pedlar had.</w:t>
      </w:r>
    </w:p>
    <w:p>
      <w:pPr>
        <w:spacing w:line="360" w:lineRule="auto" w:after="0"/>
        <w:ind w:firstLine="283"/>
      </w:pPr>
      <w:r>
        <w:t>"You had a name," the tin-pedlar said.</w:t>
      </w:r>
    </w:p>
    <w:p>
      <w:pPr>
        <w:spacing w:line="360" w:lineRule="auto" w:after="0"/>
        <w:ind w:firstLine="283"/>
      </w:pPr>
      <w:r>
        <w:t>Coda did not answer. The not-answering was the cellar's whole true office. The office was the not-naming. The not-naming was the only true thing Coda could do about the name, and the doing was small.</w:t>
      </w:r>
    </w:p>
    <w:p>
      <w:pPr>
        <w:spacing w:line="360" w:lineRule="auto" w:after="0"/>
        <w:ind w:firstLine="283"/>
      </w:pPr>
      <w:r>
        <w:t>"I called you Dally," the tin-pedlar said. "The road called you Dally. The way-station called you Dally. The slip had the name. The name was the road's."</w:t>
      </w:r>
    </w:p>
    <w:p>
      <w:pPr>
        <w:spacing w:line="360" w:lineRule="auto" w:after="0"/>
        <w:ind w:firstLine="283"/>
      </w:pPr>
      <w:r>
        <w:t>Coda did not speak. The not-speaking was the cellar's whole true mercy.</w:t>
      </w:r>
    </w:p>
    <w:p>
      <w:pPr>
        <w:spacing w:line="360" w:lineRule="auto" w:after="0"/>
        <w:ind w:firstLine="283"/>
      </w:pPr>
      <w:r>
        <w:t>"The woman called you Lark," the tin-pedlar said. "The cellar called you Lark. The slate had the name. The name was the cellar's."</w:t>
      </w:r>
    </w:p>
    <w:p>
      <w:pPr>
        <w:spacing w:line="360" w:lineRule="auto" w:after="0"/>
        <w:ind w:firstLine="283"/>
      </w:pPr>
      <w:r>
        <w:t>Coda did not speak.</w:t>
      </w:r>
    </w:p>
    <w:p>
      <w:pPr>
        <w:spacing w:line="360" w:lineRule="auto" w:after="0"/>
        <w:ind w:firstLine="283"/>
      </w:pPr>
      <w:r>
        <w:t>"The two names," the tin-pedlar said.</w:t>
      </w:r>
    </w:p>
    <w:p>
      <w:pPr>
        <w:spacing w:line="360" w:lineRule="auto" w:after="0"/>
        <w:ind w:firstLine="283"/>
      </w:pPr>
      <w:r>
        <w:t>Coda took the two slips from the inner pocket of the coat. The two slips were the road's slips — folds of paper, no seal, no blue, no city mark. The two slips did not have the city's mark. The two slips had the road's line on them — the small grey line, the line that did not begin and did not end and did not resolve. The line was the askew line. The askew line was the form's own true mark on the slips — the refusal to resolve, the place the road disagreed with the city and the disagreement was preserved.</w:t>
      </w:r>
    </w:p>
    <w:p>
      <w:pPr>
        <w:spacing w:line="360" w:lineRule="auto" w:after="0"/>
        <w:ind w:firstLine="283"/>
      </w:pPr>
      <w:r>
        <w:t>Coda set the two slips on the stone between them. The two slips lay side by side the way the two names lay side by side in the body — not agreeing, not resolving, just lying. The lying was the morning's whole honest arithmetic, and the arithmetic did not balance.</w:t>
      </w:r>
    </w:p>
    <w:p>
      <w:pPr>
        <w:spacing w:line="360" w:lineRule="auto" w:after="0"/>
        <w:ind w:firstLine="283"/>
      </w:pPr>
      <w:r>
        <w:t>"Lark," Coda said.</w:t>
      </w:r>
    </w:p>
    <w:p>
      <w:pPr>
        <w:spacing w:line="360" w:lineRule="auto" w:after="0"/>
        <w:ind w:firstLine="283"/>
      </w:pPr>
      <w:r>
        <w:t>"Dally," the tin-pedlar said.</w:t>
      </w:r>
    </w:p>
    <w:p>
      <w:pPr>
        <w:spacing w:line="360" w:lineRule="auto" w:after="0"/>
        <w:ind w:firstLine="283"/>
      </w:pPr>
      <w:r>
        <w:t>The two names were spoken. The speaking was the morning's whole true act. The act was the exposure. The exposure was the not-resolving. The not-resolving was the only true thing the morning had, and the only true thing was small, and the small was all there was.</w:t>
      </w:r>
    </w:p>
    <w:p>
      <w:pPr>
        <w:spacing w:line="360" w:lineRule="auto" w:after="0"/>
        <w:ind w:firstLine="283"/>
      </w:pPr>
      <w:r>
        <w:t>Coda set the caret beside the two slips. Coda took the chalk stub from the inner pocket — the chalk the colour of old cream, the chalk Coda had carried for a year. Coda set the small wedge on the stone beside the two slips — the little roof, the witness's mark, the mark that said I saw this; I only copied this; the names are not mine. The caret held the two slips the way the prop held the stair — without straightening, without resolving, with the plain holding.</w:t>
      </w:r>
    </w:p>
    <w:p>
      <w:pPr>
        <w:spacing w:line="360" w:lineRule="auto" w:after="0"/>
        <w:ind w:firstLine="283"/>
      </w:pPr>
      <w:r>
        <w:t>The three marks stood together on the stone — the two slips and the caret — the way the three things stood on the master's chest — the verification slip, the half-degree, the caret — not agreeing, not resolving, just standing. The standing was the morning's whole honest arithmetic, and the arithmetic did not balance.</w:t>
      </w:r>
    </w:p>
    <w:p>
      <w:pPr>
        <w:spacing w:line="360" w:lineRule="auto" w:after="0"/>
        <w:ind w:firstLine="283"/>
      </w:pPr>
      <w:r>
        <w:t>"The two names are the same name," the tin-pedlar said.</w:t>
      </w:r>
    </w:p>
    <w:p>
      <w:pPr>
        <w:spacing w:line="360" w:lineRule="auto" w:after="0"/>
        <w:ind w:firstLine="283"/>
      </w:pPr>
      <w:r>
        <w:t>"The two names are not the same name."</w:t>
      </w:r>
    </w:p>
    <w:p>
      <w:pPr>
        <w:spacing w:line="360" w:lineRule="auto" w:after="0"/>
        <w:ind w:firstLine="283"/>
      </w:pPr>
      <w:r>
        <w:t>"The not-being-the-same is the name's whole true mark."</w:t>
      </w:r>
    </w:p>
    <w:p>
      <w:pPr>
        <w:spacing w:line="360" w:lineRule="auto" w:after="0"/>
        <w:ind w:firstLine="283"/>
      </w:pPr>
      <w:r>
        <w:t>"Yes."</w:t>
      </w:r>
    </w:p>
    <w:p>
      <w:pPr>
        <w:spacing w:line="360" w:lineRule="auto" w:after="0"/>
        <w:ind w:firstLine="283"/>
      </w:pPr>
      <w:r>
        <w:t>The tin-pedlar did not speak for a moment. The not-speaking was the tin-pedlar's whole true work. The work was the not-knowing. The not-knowing was the only true thing the tin-pedlar had.</w:t>
      </w:r>
    </w:p>
    <w:p>
      <w:pPr>
        <w:spacing w:line="360" w:lineRule="auto" w:after="0"/>
        <w:ind w:firstLine="283"/>
      </w:pPr>
      <w:r>
        <w:t>"You have earned a title," the tin-pedlar said.</w:t>
      </w:r>
    </w:p>
    <w:p>
      <w:pPr>
        <w:spacing w:line="360" w:lineRule="auto" w:after="0"/>
        <w:ind w:firstLine="283"/>
      </w:pPr>
      <w:r>
        <w:t>Coda did not speak. The not-speaking was the cellar's whole true mercy.</w:t>
      </w:r>
    </w:p>
    <w:p>
      <w:pPr>
        <w:spacing w:line="360" w:lineRule="auto" w:after="0"/>
        <w:ind w:firstLine="283"/>
      </w:pPr>
      <w:r>
        <w:t>"The title is the dual entry," the tin-pedlar said. "The title is the two names spoken. The title is the exposure shared. The title is the not-resolving made plain. The title is the morning's whole true office. The office is small. The small is all there is."</w:t>
      </w:r>
    </w:p>
    <w:p>
      <w:pPr>
        <w:spacing w:line="360" w:lineRule="auto" w:after="0"/>
        <w:ind w:firstLine="283"/>
      </w:pPr>
      <w:r>
        <w:t>Coda did not speak. The not-speaking was the cellar's whole true work. The work was the not-resolving. The not-resolving was the only true thing Coda could do about the title, and the doing was small.</w:t>
      </w:r>
    </w:p>
    <w:p>
      <w:pPr>
        <w:spacing w:line="360" w:lineRule="auto" w:after="0"/>
        <w:ind w:firstLine="283"/>
      </w:pPr>
      <w:r>
        <w:t>"The dual entry is the name the city has not held," the tin-pedlar said. "The dual entry is the two names the city has not named. The dual entry is the title earned through the exposure. The exposure is the not-resolving. The not-resolving is the only true thing the dual entry has, and the only true thing is small, and the small is all there is."</w:t>
      </w:r>
    </w:p>
    <w:p>
      <w:pPr>
        <w:spacing w:line="360" w:lineRule="auto" w:after="0"/>
        <w:ind w:firstLine="283"/>
      </w:pPr>
      <w:r>
        <w:t>Coda did not speak. The not-speaking was the cellar's whole true mercy. The mercy was small. The small was the not-resolving's whole true mark.</w:t>
      </w:r>
    </w:p>
    <w:p>
      <w:pPr>
        <w:spacing w:line="360" w:lineRule="auto" w:after="0"/>
        <w:ind w:firstLine="283"/>
      </w:pPr>
      <w:r>
        <w:t>The tin-pedlar stood. The tin-pedlar went out the way the tin-pedlar had come in — without announcing, without farewell, the standing the form, the feet set, the weight centred. The plank door closed. The closing was the road's whole true work. The work was the not-resolving.</w:t>
      </w:r>
    </w:p>
    <w:p>
      <w:pPr>
        <w:spacing w:line="360" w:lineRule="auto" w:after="0"/>
        <w:ind w:firstLine="283"/>
      </w:pPr>
      <w:r>
        <w:t>Coda stood at the stone. The two slips lay on the stone. The caret stood beside the two slips. The seam was on the north wall. The Ink was in the seam. The four stood together — the two slips, the caret, the seam — the way the four things stood on the master's chest — not agreeing, not resolving, just standing. The standing was the cellar's whole honest arithmetic, and the arithmetic did not balance.</w:t>
      </w:r>
    </w:p>
    <w:p>
      <w:pPr>
        <w:spacing w:line="360" w:lineRule="auto" w:after="0"/>
        <w:ind w:firstLine="283"/>
      </w:pPr>
      <w:r>
        <w:t>The dual entry was the name the city had not held. The dual entry was the two names the city had not named. The dual entry was the title earned through the exposure. The exposure was the not-resolving. The not-resolving was the only true thing the dual entry had, and the only true thing was small, and the small was all there was.</w:t>
      </w:r>
    </w:p>
    <w:p>
      <w:pPr>
        <w:spacing w:line="360" w:lineRule="auto" w:after="0"/>
        <w:ind w:firstLine="283"/>
      </w:pPr>
      <w:r>
        <w:t>The bell did not ring. The bell had not rung since the dusk the rain had begun. The not-ringing was the city's silence. The silence was the city's. The city's silence was the cellar's. The cellar's silence was the two names'. The two names were the not-resolving's. The not-resolving was the only true thing the morning had, and the only true thing was small, and the small was all there was.</w:t>
      </w:r>
    </w:p>
    <w:p>
      <w:pPr>
        <w:spacing w:line="360" w:lineRule="auto" w:after="0"/>
        <w:ind w:firstLine="283"/>
      </w:pPr>
      <w:r>
        <w:t>Coda did not go in. The not-going-in was the morning's whole true mercy. Coda stood at the stone and the morning was the morning and the morning did not name. The naming was the city's. The morning was not the city's. The not-being-the-city's was the morning's whole true mark. The mark was the dual entry. The dual entry was the not-resolving. The not-resolving was the only true thing the morning had, and the only true thing was small, and the small was all there was.</w:t>
      </w:r>
    </w:p>
    <w:p>
      <w:pPr>
        <w:ind w:firstLine="0"/>
        <w:jc w:val="center"/>
      </w:pPr>
      <w:r>
        <w:rPr>
          <w:color w:val="AAAAAA"/>
        </w:rPr>
        <w:t>❖</w:t>
      </w:r>
    </w:p>
    <w:p>
      <w:pPr>
        <w:spacing w:before="360" w:after="240"/>
        <w:ind w:firstLine="0"/>
        <w:jc w:val="center"/>
      </w:pPr>
      <w:r>
        <w:rPr>
          <w:b/>
          <w:i/>
          <w:color w:val="333333"/>
          <w:sz w:val="26"/>
        </w:rPr>
        <w:t>Step — The Grey Figure (Rook)</w:t>
      </w:r>
    </w:p>
    <w:p>
      <w:pPr>
        <w:spacing w:line="360" w:lineRule="auto" w:after="0"/>
        <w:ind w:firstLine="283"/>
      </w:pPr>
      <w:r>
        <w:t>‖ ∧</w:t>
      </w:r>
    </w:p>
    <w:p>
      <w:pPr>
        <w:spacing w:line="360" w:lineRule="auto" w:after="0"/>
        <w:ind w:firstLine="283"/>
      </w:pPr>
      <w:r>
        <w:t>Rook wanted the figure named.</w:t>
      </w:r>
    </w:p>
    <w:p>
      <w:pPr>
        <w:spacing w:line="360" w:lineRule="auto" w:after="0"/>
        <w:ind w:firstLine="283"/>
      </w:pPr>
      <w:r>
        <w:t>The wanting was small. The wanting was the brass buckle at his hip and the rope at his chest-plate and the boots laced left-first and the morning's standing order in his breast-pocket, and the figure at the edge of the wall, and the not-naming of the figure, and the not-naming was the wall's whole true work. The work was the watching. The watching was the not-naming. The not-naming was the only true thing Rook could do about the figure, and the doing was small, and the small was all there was.</w:t>
      </w:r>
    </w:p>
    <w:p>
      <w:pPr>
        <w:spacing w:line="360" w:lineRule="auto" w:after="0"/>
        <w:ind w:firstLine="283"/>
      </w:pPr>
      <w:r>
        <w:t>The wall was the East Quarter wall. The wall was timber and lime and the old stone the city had laid three hundred years before, and the wall was the city's whole true edge, and the edge was where the city ended and the not-city began, and the not-city was the marsh and the road and the ridge beyond, and the ridge was the east, and the east was where the figure had come from, and the figure stood at the edge of the wall where the marsh met the road.</w:t>
      </w:r>
    </w:p>
    <w:p>
      <w:pPr>
        <w:spacing w:line="360" w:lineRule="auto" w:after="0"/>
        <w:ind w:firstLine="283"/>
      </w:pPr>
      <w:r>
        <w:t>Rook had been on the wall since the fourth bell. The fourth bell was the morning watch's bell. The morning watch was Rook's. The morning watch was the watching. The watching was the wall's whole true office. The office was the not-naming. The not-naming was the only true thing the wall had, and the only true thing was small, and the small was all there was.</w:t>
      </w:r>
    </w:p>
    <w:p>
      <w:pPr>
        <w:spacing w:line="360" w:lineRule="auto" w:after="0"/>
        <w:ind w:firstLine="283"/>
      </w:pPr>
      <w:r>
        <w:t>The figure was grey — the grey the morning had before the light came, the grey the marsh had before the sun, the grey the wall had before the lime. The grey was not the city's. The city had the blue — the verification blue, the morning blue, the bell's blue. The figure had the grey. The mark was the not-city's.</w:t>
      </w:r>
    </w:p>
    <w:p>
      <w:pPr>
        <w:spacing w:line="360" w:lineRule="auto" w:after="0"/>
        <w:ind w:firstLine="283"/>
      </w:pPr>
      <w:r>
        <w:t>The figure did not come in. The figure did not leave. The figure stood at the edge where the marsh met the road, and the standing was the figure's whole true work, and the work was the not-coming-in, and the not-coming-in was the not-leaving, and the not-leaving was the figure's whole true office, and the office was the not-resolving, and the not-resolving was the only true thing the figure had, and the only true thing was small, and the small was all there was.</w:t>
      </w:r>
    </w:p>
    <w:p>
      <w:pPr>
        <w:spacing w:line="360" w:lineRule="auto" w:after="0"/>
        <w:ind w:firstLine="283"/>
      </w:pPr>
      <w:r>
        <w:t>Rook did not call the figure. Rook did not name the figure. Rook did not write the figure in the morning's log. The morning's log was the city's whole true work on the wall. The work was the listing. The listing was the recording. The recording was the not-holding. The not-holding was the log's whole honest office.</w:t>
      </w:r>
    </w:p>
    <w:p>
      <w:pPr>
        <w:spacing w:line="360" w:lineRule="auto" w:after="0"/>
        <w:ind w:firstLine="283"/>
      </w:pPr>
      <w:r>
        <w:t>Rook took out the patrol book. The patrol book was the stub of pencil and the fold of paper, the ink long since given up for graphite because ink froze in winter and graphite did not. The pencil made the small grey mark on the paper, and the mark was the log, and the log was the work the wall asked for.</w:t>
      </w:r>
    </w:p>
    <w:p>
      <w:pPr>
        <w:spacing w:line="360" w:lineRule="auto" w:after="0"/>
        <w:ind w:firstLine="283"/>
      </w:pPr>
      <w:r>
        <w:t>Rook wrote the time. Rook wrote the place. Rook wrote the figure. The figure was the figure. The figure had no name. The figure had no listed household. The figure had no allocation slip. The figure had no address in any of the city's four districts. The figure had only the grey, and the grey was the figure's whole true colour, and the colour was not the city's, and the not-being-the-city's was the figure's whole true mark.</w:t>
      </w:r>
    </w:p>
    <w:p>
      <w:pPr>
        <w:spacing w:line="360" w:lineRule="auto" w:after="0"/>
        <w:ind w:firstLine="283"/>
      </w:pPr>
      <w:r>
        <w:t>Rook set the caret beside the entry. The caret was the small wedge, the little roof, the witness's mark. The caret said: I saw this. I only copied this. The words are not mine. The figure is not mine. The naming is not mine. The caret was the only true thing Rook could set beside the figure, and the setting was small, and the small was all there was.</w:t>
      </w:r>
    </w:p>
    <w:p>
      <w:pPr>
        <w:spacing w:line="360" w:lineRule="auto" w:after="0"/>
        <w:ind w:firstLine="283"/>
      </w:pPr>
      <w:r>
        <w:t>The figure did not move. The figure stood at the edge. The figure's coat was the grey of the morning's grey. The figure's hands were in the coat. The figure's face was the grey of the morning's grey, and the face was turned toward the wall, and the turning was the figure's whole true work, and the work was the watching. The watching was the figure's. The watching was the wall's. The two watchings did not agree. The two watchings did not need to agree. The two watchings stood side by side the way the bread and the slip stood side by side on Mira's table — not agreeing, not resolving, just standing, and the standing was the morning's whole honest arithmetic.</w:t>
      </w:r>
    </w:p>
    <w:p>
      <w:pPr>
        <w:spacing w:line="360" w:lineRule="auto" w:after="0"/>
        <w:ind w:firstLine="283"/>
      </w:pPr>
      <w:r>
        <w:t>Rook stood on the wall. The wall was the city's. The wall was the morning's. The wall was the not-city's edge. The edge was where the city ended and the figure began, and the figure was the not-city's, and the not-city was the figure's, and the figure was at the edge, and the edge was the only true place the figure could stand, and the standing was the only true thing the figure could do, and the doing was small, and the small was all there was.</w:t>
      </w:r>
    </w:p>
    <w:p>
      <w:pPr>
        <w:spacing w:line="360" w:lineRule="auto" w:after="0"/>
        <w:ind w:firstLine="283"/>
      </w:pPr>
      <w:r>
        <w:t>The bell rang for the noon. Twice. The figure did not move. The figure stood at the edge. The not-moving was the figure's whole true answer to the bell. The bell was the city's. The figure was not the city's. The not-being-the-city's was the figure's whole true mark.</w:t>
      </w:r>
    </w:p>
    <w:p>
      <w:pPr>
        <w:spacing w:line="360" w:lineRule="auto" w:after="0"/>
        <w:ind w:firstLine="283"/>
      </w:pPr>
      <w:r>
        <w:t>Rook did not send a runner. Rook did not call the watch. Rook did not write the figure in the morning's report. The morning's report was the city's whole true work on the wall. The work was the listing. The figure was not listable. The figure was the not-listed. The not-listed was the figure's whole true office. The office was the not-resolving. The not-resolving was the only true thing Rook could say about the figure, and the saying was small, and the small was all there was.</w:t>
      </w:r>
    </w:p>
    <w:p>
      <w:pPr>
        <w:spacing w:line="360" w:lineRule="auto" w:after="0"/>
        <w:ind w:firstLine="283"/>
      </w:pPr>
      <w:r>
        <w:t>The afternoon came. The figure did not move. The figure stood at the edge. The figure's grey was the grey of the afternoon's grey, and the afternoon's grey was the morning's grey's long second self, and the two greys did not resolve, and the not-resolving was the figure's whole true work, and the work was the standing, and the standing was the watching, and the watching was the not-coming-in, and the not-coming-in was the not-leaving, and the not-leaving was the only true thing the figure had, and the only true thing was small, and the small was all there was.</w:t>
      </w:r>
    </w:p>
    <w:p>
      <w:pPr>
        <w:spacing w:line="360" w:lineRule="auto" w:after="0"/>
        <w:ind w:firstLine="283"/>
      </w:pPr>
      <w:r>
        <w:t>Rook's boots were on the wall. The boots were laced left-first. The lacing was the boots' whole true history. The history was not in the log. The history was in the lace. The lace was the boot's whole true mercy. The mercy was small. The small was the not-naming's whole true mark.</w:t>
      </w:r>
    </w:p>
    <w:p>
      <w:pPr>
        <w:spacing w:line="360" w:lineRule="auto" w:after="0"/>
        <w:ind w:firstLine="283"/>
      </w:pPr>
      <w:r>
        <w:t>The brass buckle was at Rook's hip. The buckle was the colour of old honey where the brass had worn through to the steel beneath. The leather was good. The leather would hold the season. The buckle was the rope's other end. The rope was at the chest-plate. The buckle was at the hip. The two held the kit the way the wall held the city: without fixing, without resolving, with the plain holding.</w:t>
      </w:r>
    </w:p>
    <w:p>
      <w:pPr>
        <w:spacing w:line="360" w:lineRule="auto" w:after="0"/>
        <w:ind w:firstLine="283"/>
      </w:pPr>
      <w:r>
        <w:t>The holding was the work. The work was the wall's. The wall was Rook's. Rook held.</w:t>
      </w:r>
    </w:p>
    <w:p>
      <w:pPr>
        <w:spacing w:line="360" w:lineRule="auto" w:after="0"/>
        <w:ind w:firstLine="283"/>
      </w:pPr>
      <w:r>
        <w:t>The figure did not come in. The figure did not leave. The figure stood at the edge. The edge was the only true place the figure could stand, and the standing was the only true thing the figure could do, and the doing was small, and the small was all there was.</w:t>
      </w:r>
    </w:p>
    <w:p>
      <w:pPr>
        <w:spacing w:line="360" w:lineRule="auto" w:after="0"/>
        <w:ind w:firstLine="283"/>
      </w:pPr>
      <w:r>
        <w:t>The bell rang for the evening change. Six pulls. Rook counted them out of habit. The figure did not move. The figure was the not-counting's whole true mark. The mark was not in the log. The mark was in the not-counting. The not-counting was the figure's whole true office. The office was the not-resolving. The not-resolving was the only true thing Rook could say about the figure, and the saying was small, and the small was all there was.</w:t>
      </w:r>
    </w:p>
    <w:p>
      <w:pPr>
        <w:spacing w:line="360" w:lineRule="auto" w:after="0"/>
        <w:ind w:firstLine="283"/>
      </w:pPr>
      <w:r>
        <w:t>The figure turned. The turning was slow. The turning was the figure's whole true act of the day. The figure turned toward the marsh. The figure walked. The walking was slow. The figure did not look back. The not-looking-back was the figure's whole true mercy. The mercy was small. The small was the not-resolving's whole true mark.</w:t>
      </w:r>
    </w:p>
    <w:p>
      <w:pPr>
        <w:spacing w:line="360" w:lineRule="auto" w:after="0"/>
        <w:ind w:firstLine="283"/>
      </w:pPr>
      <w:r>
        <w:t>The figure went into the marsh. The marsh took the figure. The taking was the marsh's whole true work. The work was the not-resolving. The not-resolving was the marsh's whole honest office. The office was the not-holding. The not-holding was the only true thing the marsh could say about the figure, and the saying was small, and the small was all there was.</w:t>
      </w:r>
    </w:p>
    <w:p>
      <w:pPr>
        <w:spacing w:line="360" w:lineRule="auto" w:after="0"/>
        <w:ind w:firstLine="283"/>
      </w:pPr>
      <w:r>
        <w:t>Rook stood on the wall. The wall was empty. The wall was the city's. The wall was the morning's. The wall was the not-city's edge. The edge was where the city ended and the marsh began, and the marsh was the figure's, and the figure was gone, and the gone was the marsh's whole true work, and the work was the not-resolving, and the not-resolving was the only true thing Rook could say about the morning, and the saying was small, and the small was all there was.</w:t>
      </w:r>
    </w:p>
    <w:p>
      <w:pPr>
        <w:spacing w:line="360" w:lineRule="auto" w:after="0"/>
        <w:ind w:firstLine="283"/>
      </w:pPr>
      <w:r>
        <w:t>The patrol book was in Rook's breast-pocket. The caret was beside the figure's entry. The caret said: I saw this. I only copied this. The figure was not mine. The figure was the marsh's. The marsh was the not-city's. The not-city was the figure's whole true office. The office was the not-resolving. The not-resolving was the only true thing the morning had, and the only true thing was small, and the small was all there was.</w:t>
      </w:r>
    </w:p>
    <w:p>
      <w:pPr>
        <w:spacing w:line="360" w:lineRule="auto" w:after="0"/>
        <w:ind w:firstLine="283"/>
      </w:pPr>
      <w:r>
        <w:t>The bell rang for the night watch. Rook did not count the pulls. The bell was the city's bell. The city's bell did what the city's bell was supposed to do. The doing was the bell's whole work. The doing was enough. The not-naming was enough. The not-resolving was enough. The caret held. The caret was the only true thing Rook could set beside the figure, and the setting was small, and the small was all there was.</w:t>
      </w:r>
    </w:p>
    <w:p>
      <w:pPr>
        <w:spacing w:line="360" w:lineRule="auto" w:after="0"/>
        <w:ind w:firstLine="283"/>
      </w:pPr>
      <w:r>
        <w:t>Rook went down from the wall. The boots went by the bunk. The buckle went on the cloth. The rope went on the rack. The patrol book went in the breast-pocket. The caret was in the patrol book. The caret held the figure the way the prop held the stair: without fixing, without resolving, with the plain holding.</w:t>
      </w:r>
    </w:p>
    <w:p>
      <w:pPr>
        <w:spacing w:line="360" w:lineRule="auto" w:after="0"/>
        <w:ind w:firstLine="283"/>
      </w:pPr>
      <w:r>
        <w:t>The holding was the work, the wall's, the city's, the bell's. The morning was the figure's. The figure was the marsh's. The marsh was the not-resolving's. The not-resolving was the only true thing the morning had, and the only true thing was small, and the small was all there was.</w:t>
      </w:r>
    </w:p>
    <w:p>
      <w:pPr>
        <w:spacing w:line="360" w:lineRule="auto" w:after="0"/>
        <w:ind w:firstLine="283"/>
      </w:pPr>
      <w:r>
        <w:t>The wall stood. The city held. The figure was gone. The caret held. The holding was the work. The work was small. The small was all there was.</w:t>
      </w:r>
    </w:p>
    <w:p>
      <w:pPr>
        <w:ind w:firstLine="0"/>
        <w:jc w:val="center"/>
      </w:pPr>
      <w:r>
        <w:rPr>
          <w:color w:val="AAAAAA"/>
        </w:rPr>
        <w:t>❖</w:t>
      </w:r>
    </w:p>
    <w:p>
      <w:pPr>
        <w:spacing w:before="360" w:after="240"/>
        <w:ind w:firstLine="0"/>
        <w:jc w:val="center"/>
      </w:pPr>
      <w:r>
        <w:rPr>
          <w:b/>
          <w:i/>
          <w:color w:val="333333"/>
          <w:sz w:val="26"/>
        </w:rPr>
        <w:t>Step — The Grey Figure Returns (Rook)</w:t>
      </w:r>
    </w:p>
    <w:p>
      <w:pPr>
        <w:spacing w:line="360" w:lineRule="auto" w:after="0"/>
        <w:ind w:firstLine="283"/>
      </w:pPr>
      <w:r>
        <w:t>‖ ∧</w:t>
      </w:r>
    </w:p>
    <w:p>
      <w:pPr>
        <w:spacing w:line="360" w:lineRule="auto" w:after="0"/>
        <w:ind w:firstLine="283"/>
      </w:pPr>
      <w:r>
        <w:t>Rook wanted the figure to come back.</w:t>
      </w:r>
    </w:p>
    <w:p>
      <w:pPr>
        <w:spacing w:line="360" w:lineRule="auto" w:after="0"/>
        <w:ind w:firstLine="283"/>
      </w:pPr>
      <w:r>
        <w:t>The wanting was small. The wanting was the brass buckle at his hip and the rope at his chest-plate and the boots laced left-first and the morning's standing order in his breast-pocket, and the figure not at the edge of the wall, and the not-being-there was the morning's whole true weight. The weight was not in the wall. The weight was in the place the figure had stood. The place was empty. The emptiness was the morning's whole true mark. The mark was the not-resolving. The not-resolving was the only true thing the morning had, and the only true thing was small, and the small was all there was.</w:t>
      </w:r>
    </w:p>
    <w:p>
      <w:pPr>
        <w:spacing w:line="360" w:lineRule="auto" w:after="0"/>
        <w:ind w:firstLine="283"/>
      </w:pPr>
      <w:r>
        <w:t>The figure had been at the edge three days before. The figure had stood at the edge where the marsh met the road, and the standing had been the figure's whole true work, and the work had been the not-coming-in, and the not-coming-in had been the not-leaving, and the not-leaving had been the figure's whole true office. The office had been the not-resolving. The not-resolving had been the only true thing the figure had, and the only true thing had been small.</w:t>
      </w:r>
    </w:p>
    <w:p>
      <w:pPr>
        <w:spacing w:line="360" w:lineRule="auto" w:after="0"/>
        <w:ind w:firstLine="283"/>
      </w:pPr>
      <w:r>
        <w:t>The figure had gone into the marsh. The marsh had taken the figure. The taking had been the marsh's whole true work. The work had been the not-resolving. The not-resolving had been the marsh's whole honest office. The office had been the not-holding. The not-holding had been the only true thing the marsh could say about the figure.</w:t>
      </w:r>
    </w:p>
    <w:p>
      <w:pPr>
        <w:spacing w:line="360" w:lineRule="auto" w:after="0"/>
        <w:ind w:firstLine="283"/>
      </w:pPr>
      <w:r>
        <w:t>Rook had set the caret beside the figure's entry in the patrol book. The caret had said: I saw this; I only copied this; the figure was not mine. The caret had held the figure the way the prop held the stair — without fixing, without resolving, with the plain holding. The plain holding had been the work. The work had been the wall's. The wall had been Rook's. Rook had held.</w:t>
      </w:r>
    </w:p>
    <w:p>
      <w:pPr>
        <w:spacing w:line="360" w:lineRule="auto" w:after="0"/>
        <w:ind w:firstLine="283"/>
      </w:pPr>
      <w:r>
        <w:t>Now the wall was empty. The figure was not there. The marsh was the marsh. The marsh was the not-city's. The not-city was the not-resolving's. The not-resolving was the only true thing the morning had, and the only true thing was small.</w:t>
      </w:r>
    </w:p>
    <w:p>
      <w:pPr>
        <w:spacing w:line="360" w:lineRule="auto" w:after="0"/>
        <w:ind w:firstLine="283"/>
      </w:pPr>
      <w:r>
        <w:t>The figure came back on the fourth morning.</w:t>
      </w:r>
    </w:p>
    <w:p>
      <w:pPr>
        <w:spacing w:line="360" w:lineRule="auto" w:after="0"/>
        <w:ind w:firstLine="283"/>
      </w:pPr>
      <w:r>
        <w:t>The figure came the way the figure had come before — without announcing, the standing the form, the feet set, the weight centred, the grey the colour of the morning's grey before the light came. The figure stood at the edge where the marsh met the road. The figure did not come in. The figure did not leave. The standing was the figure's whole true work. The work was the not-resolving. The not-resolving was the only true thing the figure had, and the only true thing was small.</w:t>
      </w:r>
    </w:p>
    <w:p>
      <w:pPr>
        <w:spacing w:line="360" w:lineRule="auto" w:after="0"/>
        <w:ind w:firstLine="283"/>
      </w:pPr>
      <w:r>
        <w:t>Rook did not call. Rook did not name. Rook did not write the figure in the morning's report. The not-writing was the morning's whole true mercy. The mercy was small. The small was the not-resolving's whole true mark.</w:t>
      </w:r>
    </w:p>
    <w:p>
      <w:pPr>
        <w:spacing w:line="360" w:lineRule="auto" w:after="0"/>
        <w:ind w:firstLine="283"/>
      </w:pPr>
      <w:r>
        <w:t>He took out the patrol book. The patrol book was the stub of pencil and the fold of paper. He wrote the time. He wrote the place. He wrote the figure. The figure was the figure. The figure had no name. The figure had no listed household. The figure had only the grey, and the grey was the figure's whole true colour, and the colour was not the city's.</w:t>
      </w:r>
    </w:p>
    <w:p>
      <w:pPr>
        <w:spacing w:line="360" w:lineRule="auto" w:after="0"/>
        <w:ind w:firstLine="283"/>
      </w:pPr>
      <w:r>
        <w:t>He set the caret beside the entry. The caret was the small wedge. The caret was the little roof. The caret said: I saw this; I only copied this; the figure is not mine. The caret held the figure the way the prop held the stair — without fixing, without resolving, with the plain holding.</w:t>
      </w:r>
    </w:p>
    <w:p>
      <w:pPr>
        <w:spacing w:line="360" w:lineRule="auto" w:after="0"/>
        <w:ind w:firstLine="283"/>
      </w:pPr>
      <w:r>
        <w:t>The figure stood at the edge. The figure did not move. The figure's coat was the grey of the morning's grey. The figure's hands were in the coat. The figure's face was turned toward the wall, and the turning was the figure's whole true work, and the work was the watching. The watching was the figure's. The watching was the wall's. The two watchings did not agree. The two watchings did not need to agree. The two watchings stood side by side the way the bread and the slip stood side by side on Mira's table — not agreeing, not resolving, just standing, and the standing was the morning's whole honest arithmetic.</w:t>
      </w:r>
    </w:p>
    <w:p>
      <w:pPr>
        <w:spacing w:line="360" w:lineRule="auto" w:after="0"/>
        <w:ind w:firstLine="283"/>
      </w:pPr>
      <w:r>
        <w:t>The figure spoke.</w:t>
      </w:r>
    </w:p>
    <w:p>
      <w:pPr>
        <w:spacing w:line="360" w:lineRule="auto" w:after="0"/>
        <w:ind w:firstLine="283"/>
      </w:pPr>
      <w:r>
        <w:t>The figure had not spoken before. The speaking was new. The speaking was the figure's whole true act of the morning. The act was the not-resolving. The not-resolving was the only true thing the figure had.</w:t>
      </w:r>
    </w:p>
    <w:p>
      <w:pPr>
        <w:spacing w:line="360" w:lineRule="auto" w:after="0"/>
        <w:ind w:firstLine="283"/>
      </w:pPr>
      <w:r>
        <w:t>"You have been on the wall," the figure said.</w:t>
      </w:r>
    </w:p>
    <w:p>
      <w:pPr>
        <w:spacing w:line="360" w:lineRule="auto" w:after="0"/>
        <w:ind w:firstLine="283"/>
      </w:pPr>
      <w:r>
        <w:t>The voice was the grey the colour of the morning's grey. The voice was not the city's. The voice was the not-city's. The not-city was the figure's whole true office. The office was the not-resolving.</w:t>
      </w:r>
    </w:p>
    <w:p>
      <w:pPr>
        <w:spacing w:line="360" w:lineRule="auto" w:after="0"/>
        <w:ind w:firstLine="283"/>
      </w:pPr>
      <w:r>
        <w:t>Rook did not answer. The not-answering was the wall's whole true office. The office was the not-naming. The not-naming was the only true thing Rook could do about the figure, and the doing was small.</w:t>
      </w:r>
    </w:p>
    <w:p>
      <w:pPr>
        <w:spacing w:line="360" w:lineRule="auto" w:after="0"/>
        <w:ind w:firstLine="283"/>
      </w:pPr>
      <w:r>
        <w:t>"You have held the not-resolving," the figure said. "The not-resolving is the wall's whole true office. The office is small. The small is all there is."</w:t>
      </w:r>
    </w:p>
    <w:p>
      <w:pPr>
        <w:spacing w:line="360" w:lineRule="auto" w:after="0"/>
        <w:ind w:firstLine="283"/>
      </w:pPr>
      <w:r>
        <w:t>Rook did not speak. The not-speaking was the wall's whole true mercy. The mercy was small. The small was the not-resolving's whole true mark.</w:t>
      </w:r>
    </w:p>
    <w:p>
      <w:pPr>
        <w:spacing w:line="360" w:lineRule="auto" w:after="0"/>
        <w:ind w:firstLine="283"/>
      </w:pPr>
      <w:r>
        <w:t>"The relief," the figure said. "The relief is the letting-go. The relief is the not-holding. The not-holding is the figure's whole true offer. The offer is the not-resolving. The not-resolving is the only true thing the figure has, and the only true thing is small, and the small is all there is."</w:t>
      </w:r>
    </w:p>
    <w:p>
      <w:pPr>
        <w:spacing w:line="360" w:lineRule="auto" w:after="0"/>
        <w:ind w:firstLine="283"/>
      </w:pPr>
      <w:r>
        <w:t>Rook did not take the offer. The not-taking was the wall's whole true work. The work was the holding. The holding was the not-resolving. The not-resolving was the only true thing Rook could do about the figure, and the doing was small.</w:t>
      </w:r>
    </w:p>
    <w:p>
      <w:pPr>
        <w:spacing w:line="360" w:lineRule="auto" w:after="0"/>
        <w:ind w:firstLine="283"/>
      </w:pPr>
      <w:r>
        <w:t>He looked at the figure. The figure was the grey the colour of the morning's grey. The figure's hands were in the coat. The figure's face was the grey of the morning's grey. The figure did not press. The not-pressing was the figure's whole true mercy. The mercy was small.</w:t>
      </w:r>
    </w:p>
    <w:p>
      <w:pPr>
        <w:spacing w:line="360" w:lineRule="auto" w:after="0"/>
        <w:ind w:firstLine="283"/>
      </w:pPr>
      <w:r>
        <w:t>The figure set a thing on the edge of the wall — the place where the marsh met the road, the place the figure stood. The thing was a slip of paper. The slip was the road's slip — a fold of paper, no seal, no blue, no city mark. The slip did not have a name on it. The slip had a line on it. The line was the road's line — the line the road had when the road was the road, the line that did not begin and did not end and did not resolve.</w:t>
      </w:r>
    </w:p>
    <w:p>
      <w:pPr>
        <w:spacing w:line="360" w:lineRule="auto" w:after="0"/>
        <w:ind w:firstLine="283"/>
      </w:pPr>
      <w:r>
        <w:t>The line was the askew line. The askew line was the form's own true mark on the slip — the refusal to resolve, the place the road disagreed with the city and the disagreement was preserved. The preservation was the slip's whole honest work.</w:t>
      </w:r>
    </w:p>
    <w:p>
      <w:pPr>
        <w:spacing w:line="360" w:lineRule="auto" w:after="0"/>
        <w:ind w:firstLine="283"/>
      </w:pPr>
      <w:r>
        <w:t>Rook did not take the slip. The not-taking was the wall's whole true mercy. The mercy was small. The small was the not-resolving's whole true mark.</w:t>
      </w:r>
    </w:p>
    <w:p>
      <w:pPr>
        <w:spacing w:line="360" w:lineRule="auto" w:after="0"/>
        <w:ind w:firstLine="283"/>
      </w:pPr>
      <w:r>
        <w:t>The figure did not press. The figure turned. The turning was slow. The turning was the figure's whole true act of the morning. The figure turned toward the marsh. The figure walked. The walking was slow. The figure did not look back. The not-looking-back was the figure's whole true mercy.</w:t>
      </w:r>
    </w:p>
    <w:p>
      <w:pPr>
        <w:spacing w:line="360" w:lineRule="auto" w:after="0"/>
        <w:ind w:firstLine="283"/>
      </w:pPr>
      <w:r>
        <w:t>The figure went into the marsh. The marsh took the figure. The taking was the marsh's whole true work. The work was the not-resolving. The not-resolving was the marsh's whole honest office. The office was the not-holding. The not-holding was the only true thing the marsh could say about the figure.</w:t>
      </w:r>
    </w:p>
    <w:p>
      <w:pPr>
        <w:spacing w:line="360" w:lineRule="auto" w:after="0"/>
        <w:ind w:firstLine="283"/>
      </w:pPr>
      <w:r>
        <w:t>The slip lay on the edge of the wall. The slip did not move. The slip did not blow. The slip stayed. The staying was the morning's whole true work. The work was the not-resolving. The not-resolving was the only true thing the morning had.</w:t>
      </w:r>
    </w:p>
    <w:p>
      <w:pPr>
        <w:spacing w:line="360" w:lineRule="auto" w:after="0"/>
        <w:ind w:firstLine="283"/>
      </w:pPr>
      <w:r>
        <w:t>Rook stood on the wall. The wall was the city's. The wall was the morning's. The wall was the not-city's edge. The edge was where the city ended and the not-city began. The not-city was the marsh and the road and the ridge beyond. The ridge was the east. The east was where the figure had come from. The east was where the figure had gone.</w:t>
      </w:r>
    </w:p>
    <w:p>
      <w:pPr>
        <w:spacing w:line="360" w:lineRule="auto" w:after="0"/>
        <w:ind w:firstLine="283"/>
      </w:pPr>
      <w:r>
        <w:t>He looked at the slip. The slip lay on the edge. The line stood on the slip. The line did not name. The line did not place. The line held the not-resolving the way the caret held the tremor — without straightening, without choosing. The line was the witness's mark. The figure was the witness. The slip was the witness's whole true office. The office was the not-resolving.</w:t>
      </w:r>
    </w:p>
    <w:p>
      <w:pPr>
        <w:spacing w:line="360" w:lineRule="auto" w:after="0"/>
        <w:ind w:firstLine="283"/>
      </w:pPr>
      <w:r>
        <w:t>He felt a thing in his chest. The thing was the lightness, the small, the letting-go. The figure's offer was the not-holding. The not-holding was the relief.</w:t>
      </w:r>
    </w:p>
    <w:p>
      <w:pPr>
        <w:spacing w:line="360" w:lineRule="auto" w:after="0"/>
        <w:ind w:firstLine="283"/>
      </w:pPr>
      <w:r>
        <w:t>The relief was small.</w:t>
      </w:r>
    </w:p>
    <w:p>
      <w:pPr>
        <w:spacing w:line="360" w:lineRule="auto" w:after="0"/>
        <w:ind w:firstLine="283"/>
      </w:pPr>
      <w:r>
        <w:t>Rook did not take the relief. The not-taking was the wall's whole true work. The work was the holding. The holding was the not-resolving. The not-resolving was the only true thing Rook could do about the relief, and the doing was small.</w:t>
      </w:r>
    </w:p>
    <w:p>
      <w:pPr>
        <w:spacing w:line="360" w:lineRule="auto" w:after="0"/>
        <w:ind w:firstLine="283"/>
      </w:pPr>
      <w:r>
        <w:t>He set the caret beside the slip in the patrol book. The caret said: I saw this; I only copied this; the relief is not mine. The caret held the relief the way the prop held the stair — without fixing, without resolving, with the plain holding.</w:t>
      </w:r>
    </w:p>
    <w:p>
      <w:pPr>
        <w:spacing w:line="360" w:lineRule="auto" w:after="0"/>
        <w:ind w:firstLine="283"/>
      </w:pPr>
      <w:r>
        <w:t>The relief was small. The small was the lightness. The lightness was the first release. The first release was the seed of the spiral. The spiral was the figure's whole true mark. The mark was the not-resolving. The not-resolving was the only true thing the figure had, and the only true thing was small, and the small was all there was.</w:t>
      </w:r>
    </w:p>
    <w:p>
      <w:pPr>
        <w:spacing w:line="360" w:lineRule="auto" w:after="0"/>
        <w:ind w:firstLine="283"/>
      </w:pPr>
      <w:r>
        <w:t>Rook did not take the slip. The slip lay on the edge. The slip would stay. The slip would not stay. The slip would be the morning's whole true weight. The weight was not in the slip. The weight was in the not-taking. The not-taking was the morning's whole true office. The office was the not-resolving. The not-resolving was the only true thing the morning had, and the only true thing was small, and the small was all there was.</w:t>
      </w:r>
    </w:p>
    <w:p>
      <w:pPr>
        <w:spacing w:line="360" w:lineRule="auto" w:after="0"/>
        <w:ind w:firstLine="283"/>
      </w:pPr>
      <w:r>
        <w:t>The bell rang for the noon. Twice. The figure did not move. The figure was not there. The not-being-there was the morning's whole true mercy. The mercy was small. The small was the not-resolving's whole true mark.</w:t>
      </w:r>
    </w:p>
    <w:p>
      <w:pPr>
        <w:spacing w:line="360" w:lineRule="auto" w:after="0"/>
        <w:ind w:firstLine="283"/>
      </w:pPr>
      <w:r>
        <w:t>Rook stood on the wall. The boots were laced left-first. The buckle was at the hip. The rope was at the chest-plate. The patrol book was in the breast-pocket. The caret was in the patrol book. The caret held the morning the way the prop held the stair: without fixing, without resolving, with the plain holding.</w:t>
      </w:r>
    </w:p>
    <w:p>
      <w:pPr>
        <w:spacing w:line="360" w:lineRule="auto" w:after="0"/>
        <w:ind w:firstLine="283"/>
      </w:pPr>
      <w:r>
        <w:t>The holding was the work. The work was the wall's. The wall was the city's. The city was the bell's. The bell was the noon's. The noon was the not-resolving's. The not-resolving was the only true thing the morning had, and the only true thing was small, and the small was all there was.</w:t>
      </w:r>
    </w:p>
    <w:p>
      <w:pPr>
        <w:ind w:firstLine="0"/>
        <w:jc w:val="center"/>
      </w:pPr>
      <w:r>
        <w:rPr>
          <w:color w:val="AAAAAA"/>
        </w:rPr>
        <w:t>❖</w:t>
      </w:r>
    </w:p>
    <w:p>
      <w:pPr>
        <w:spacing w:before="360" w:after="240"/>
        <w:ind w:firstLine="0"/>
        <w:jc w:val="center"/>
      </w:pPr>
      <w:r>
        <w:rPr>
          <w:b/>
          <w:i/>
          <w:color w:val="333333"/>
          <w:sz w:val="26"/>
        </w:rPr>
        <w:t>Chapter 23 — The Trusted</w:t>
      </w:r>
    </w:p>
    <w:p>
      <w:pPr>
        <w:spacing w:line="360" w:lineRule="auto" w:after="0"/>
        <w:ind w:firstLine="283"/>
      </w:pPr>
      <w:r>
        <w:t>‖ •</w:t>
      </w:r>
    </w:p>
    <w:p>
      <w:pPr>
        <w:spacing w:line="360" w:lineRule="auto" w:after="0"/>
        <w:ind w:firstLine="283"/>
      </w:pPr>
      <w:r>
        <w:t>Nima came back to the district because the district was where the passages led.</w:t>
      </w:r>
    </w:p>
    <w:p>
      <w:pPr>
        <w:spacing w:line="360" w:lineRule="auto" w:after="0"/>
        <w:ind w:firstLine="283"/>
      </w:pPr>
      <w:r>
        <w:t>The passages were not clear. The seep at the third junction had spread. The water was rain now. The footing was slick at the third junction and worse at the fourth.</w:t>
      </w:r>
    </w:p>
    <w:p>
      <w:pPr>
        <w:spacing w:line="360" w:lineRule="auto" w:after="0"/>
        <w:ind w:firstLine="283"/>
      </w:pPr>
      <w:r>
        <w:t>Nima counted the exits. The passages had exits she knew.</w:t>
      </w:r>
    </w:p>
    <w:p>
      <w:pPr>
        <w:spacing w:line="360" w:lineRule="auto" w:after="0"/>
        <w:ind w:firstLine="283"/>
      </w:pPr>
      <w:r>
        <w:t>The rain had changed the exits. Two of the three she had used yesterday were watched now — she could hear the boots at the grille, the slow tread of the Cadre at the lane. She counted again. One exit left. The one through the tile-maker’s yard, the one she used for the returns.</w:t>
      </w:r>
    </w:p>
    <w:p>
      <w:pPr>
        <w:spacing w:line="360" w:lineRule="auto" w:after="0"/>
        <w:ind w:firstLine="283"/>
      </w:pPr>
      <w:r>
        <w:t>She moved the ones who could be moved — the ones the rain had not taken.</w:t>
      </w:r>
    </w:p>
    <w:p>
      <w:pPr>
        <w:spacing w:line="360" w:lineRule="auto" w:after="0"/>
        <w:ind w:firstLine="283"/>
      </w:pPr>
      <w:r>
        <w:t>She moved a woman and a child. The woman did not speak. The child did not speak.</w:t>
      </w:r>
    </w:p>
    <w:p>
      <w:pPr>
        <w:spacing w:line="360" w:lineRule="auto" w:after="0"/>
        <w:ind w:firstLine="283"/>
      </w:pPr>
      <w:r>
        <w:t>She moved them to the south wall. The south wall held. She moved them through the grille. The grille held.</w:t>
      </w:r>
    </w:p>
    <w:p>
      <w:pPr>
        <w:spacing w:line="360" w:lineRule="auto" w:after="0"/>
        <w:ind w:firstLine="283"/>
      </w:pPr>
      <w:r>
        <w:t>The slate was in her pocket. The mother was in the pocket.</w:t>
      </w:r>
    </w:p>
    <w:p>
      <w:pPr>
        <w:spacing w:line="360" w:lineRule="auto" w:after="0"/>
        <w:ind w:firstLine="283"/>
      </w:pPr>
      <w:r>
        <w:t>She moved a man. The man did not speak. The man was not trusted, but he was moving. She moved him through the passages to the south wall.</w:t>
      </w:r>
    </w:p>
    <w:p>
      <w:pPr>
        <w:spacing w:line="360" w:lineRule="auto" w:after="0"/>
        <w:ind w:firstLine="283"/>
      </w:pPr>
      <w:r>
        <w:t>She did not count the ones she moved.</w:t>
      </w:r>
    </w:p>
    <w:p>
      <w:pPr>
        <w:spacing w:line="360" w:lineRule="auto" w:after="0"/>
        <w:ind w:firstLine="283"/>
      </w:pPr>
      <w:r>
        <w:t>She went back for the trusted — the ones Nima knew, the ones she had moved before, the ones the bench was for.</w:t>
      </w:r>
    </w:p>
    <w:p>
      <w:pPr>
        <w:spacing w:line="360" w:lineRule="auto" w:after="0"/>
        <w:ind w:firstLine="283"/>
      </w:pPr>
      <w:r>
        <w:t>She went back. The passages were not clear.</w:t>
      </w:r>
    </w:p>
    <w:p>
      <w:pPr>
        <w:spacing w:line="360" w:lineRule="auto" w:after="0"/>
        <w:ind w:firstLine="283"/>
      </w:pPr>
      <w:r>
        <w:t>She did not find the trusted. The cellar was empty. The rain had taken the trusted.</w:t>
      </w:r>
    </w:p>
    <w:p>
      <w:pPr>
        <w:spacing w:line="360" w:lineRule="auto" w:after="0"/>
        <w:ind w:firstLine="283"/>
      </w:pPr>
      <w:r>
        <w:t>Nima did not speak.</w:t>
      </w:r>
    </w:p>
    <w:p>
      <w:pPr>
        <w:spacing w:line="360" w:lineRule="auto" w:after="0"/>
        <w:ind w:firstLine="283"/>
      </w:pPr>
      <w:r>
        <w:t>She went back to the south wall. The south wall held. The slate was in her pocket. The mother was in the pocket.</w:t>
      </w:r>
    </w:p>
    <w:p>
      <w:pPr>
        <w:spacing w:line="360" w:lineRule="auto" w:after="0"/>
        <w:ind w:firstLine="283"/>
      </w:pPr>
      <w:r>
        <w:t>The passages were not clear. The water was rain now. Nima went on.</w:t>
      </w:r>
    </w:p>
    <w:p>
      <w:pPr>
        <w:ind w:firstLine="0"/>
        <w:jc w:val="center"/>
      </w:pPr>
      <w:r>
        <w:rPr>
          <w:color w:val="AAAAAA"/>
        </w:rPr>
        <w:t>❖</w:t>
      </w:r>
    </w:p>
    <w:p>
      <w:pPr>
        <w:spacing w:before="360" w:after="240"/>
        <w:ind w:firstLine="0"/>
        <w:jc w:val="center"/>
      </w:pPr>
      <w:r>
        <w:rPr>
          <w:b/>
          <w:i/>
          <w:color w:val="333333"/>
          <w:sz w:val="26"/>
        </w:rPr>
        <w:t>Chapter 24 — Arrest List</w:t>
      </w:r>
    </w:p>
    <w:p>
      <w:pPr>
        <w:spacing w:line="360" w:lineRule="auto" w:after="0"/>
        <w:ind w:firstLine="283"/>
      </w:pPr>
      <w:r>
        <w:t>‖ •</w:t>
      </w:r>
    </w:p>
    <w:p>
      <w:pPr>
        <w:spacing w:line="360" w:lineRule="auto" w:after="0"/>
        <w:ind w:firstLine="283"/>
      </w:pPr>
      <w:r>
        <w:t>The order came in the morning packet.</w:t>
      </w:r>
    </w:p>
    <w:p>
      <w:pPr>
        <w:spacing w:line="360" w:lineRule="auto" w:after="0"/>
        <w:ind w:firstLine="283"/>
      </w:pPr>
      <w:r>
        <w:t>Rook read it standing. The order was sealed with the verification blue. The order was short.</w:t>
      </w:r>
    </w:p>
    <w:p>
      <w:pPr>
        <w:spacing w:line="360" w:lineRule="auto" w:after="0"/>
        <w:ind w:firstLine="283"/>
      </w:pPr>
      <w:r>
        <w:t>LIST. Households affected by structural failure in the Verral quadrant, weeks one and two of the rain. Action: enumerate, verify, relocate to containment shelter pending reclassification. Authority: senior administrator, Western District.</w:t>
      </w:r>
    </w:p>
    <w:p>
      <w:pPr>
        <w:spacing w:line="360" w:lineRule="auto" w:after="0"/>
        <w:ind w:firstLine="283"/>
      </w:pPr>
      <w:r>
        <w:t>Rook read it twice. The second reading was the habit — an order read once was an order half-heard. The order was short. The order was the kind he knew how to do.</w:t>
      </w:r>
    </w:p>
    <w:p>
      <w:pPr>
        <w:spacing w:line="360" w:lineRule="auto" w:after="0"/>
        <w:ind w:firstLine="283"/>
      </w:pPr>
      <w:r>
        <w:t>He did not take the order.</w:t>
      </w:r>
    </w:p>
    <w:p>
      <w:pPr>
        <w:spacing w:line="360" w:lineRule="auto" w:after="0"/>
        <w:ind w:firstLine="283"/>
      </w:pPr>
      <w:r>
        <w:t>He stood with the order in his hand. The paper was light. The weight of it was not in the paper.</w:t>
      </w:r>
    </w:p>
    <w:p>
      <w:pPr>
        <w:spacing w:line="360" w:lineRule="auto" w:after="0"/>
        <w:ind w:firstLine="283"/>
      </w:pPr>
      <w:r>
        <w:t>He had filed clean work for eleven years. He had filed the other kind twice. He had put the other kind where he put the things that did not need to be carried in the hand but must never be set down.</w:t>
      </w:r>
    </w:p>
    <w:p>
      <w:pPr>
        <w:spacing w:line="360" w:lineRule="auto" w:after="0"/>
        <w:ind w:firstLine="283"/>
      </w:pPr>
      <w:r>
        <w:t>He set the order on the desk. The desk held it.</w:t>
      </w:r>
    </w:p>
    <w:p>
      <w:pPr>
        <w:spacing w:line="360" w:lineRule="auto" w:after="0"/>
        <w:ind w:firstLine="283"/>
      </w:pPr>
      <w:r>
        <w:t>Halric was at his desk. The pen was leaking. Halric did not look up.</w:t>
      </w:r>
    </w:p>
    <w:p>
      <w:pPr>
        <w:spacing w:line="360" w:lineRule="auto" w:after="0"/>
        <w:ind w:firstLine="283"/>
      </w:pPr>
      <w:r>
        <w:t>“The order,” Halric said.</w:t>
      </w:r>
    </w:p>
    <w:p>
      <w:pPr>
        <w:spacing w:line="360" w:lineRule="auto" w:after="0"/>
        <w:ind w:firstLine="283"/>
      </w:pPr>
      <w:r>
        <w:t>“I have it.”</w:t>
      </w:r>
    </w:p>
    <w:p>
      <w:pPr>
        <w:spacing w:line="360" w:lineRule="auto" w:after="0"/>
        <w:ind w:firstLine="283"/>
      </w:pPr>
      <w:r>
        <w:t>“The list.”</w:t>
      </w:r>
    </w:p>
    <w:p>
      <w:pPr>
        <w:spacing w:line="360" w:lineRule="auto" w:after="0"/>
        <w:ind w:firstLine="283"/>
      </w:pPr>
      <w:r>
        <w:t>“I have the list.”</w:t>
      </w:r>
    </w:p>
    <w:p>
      <w:pPr>
        <w:spacing w:line="360" w:lineRule="auto" w:after="0"/>
        <w:ind w:firstLine="283"/>
      </w:pPr>
      <w:r>
        <w:t>Rook did not speak. The order lay on the desk between them.</w:t>
      </w:r>
    </w:p>
    <w:p>
      <w:pPr>
        <w:spacing w:line="360" w:lineRule="auto" w:after="0"/>
        <w:ind w:firstLine="283"/>
      </w:pPr>
      <w:r>
        <w:t>“The list is required,” Halric said.</w:t>
      </w:r>
    </w:p>
    <w:p>
      <w:pPr>
        <w:spacing w:line="360" w:lineRule="auto" w:after="0"/>
        <w:ind w:firstLine="283"/>
      </w:pPr>
      <w:r>
        <w:t>“The list is the cage.”</w:t>
      </w:r>
    </w:p>
    <w:p>
      <w:pPr>
        <w:spacing w:line="360" w:lineRule="auto" w:after="0"/>
        <w:ind w:firstLine="283"/>
      </w:pPr>
      <w:r>
        <w:t>“The list is the city’s.”</w:t>
      </w:r>
    </w:p>
    <w:p>
      <w:pPr>
        <w:spacing w:line="360" w:lineRule="auto" w:after="0"/>
        <w:ind w:firstLine="283"/>
      </w:pPr>
      <w:r>
        <w:t>Halric did not speak. The pen on his desk leaked a slow blue into the corner of the blotter. He looked at the order. He looked at Rook’s hands — flat on the wood, the way Rook’s hands were when Rook was reading a stair.</w:t>
      </w:r>
    </w:p>
    <w:p>
      <w:pPr>
        <w:spacing w:line="360" w:lineRule="auto" w:after="0"/>
        <w:ind w:firstLine="283"/>
      </w:pPr>
      <w:r>
        <w:t>Rook took the order. He put it in the drawer. The drawer closed. The order was in the drawer.</w:t>
      </w:r>
    </w:p>
    <w:p>
      <w:pPr>
        <w:spacing w:line="360" w:lineRule="auto" w:after="0"/>
        <w:ind w:firstLine="283"/>
      </w:pPr>
      <w:r>
        <w:t>He went to find Breck. Breck was at the gear room, splicing a rope. The splice went in. He tucked the end. He bit the thread.</w:t>
      </w:r>
    </w:p>
    <w:p>
      <w:pPr>
        <w:spacing w:line="360" w:lineRule="auto" w:after="0"/>
        <w:ind w:firstLine="283"/>
      </w:pPr>
      <w:r>
        <w:t>“The list,” Rook said.</w:t>
      </w:r>
    </w:p>
    <w:p>
      <w:pPr>
        <w:spacing w:line="360" w:lineRule="auto" w:after="0"/>
        <w:ind w:firstLine="283"/>
      </w:pPr>
      <w:r>
        <w:t>Breck’s hands did not stop.</w:t>
      </w:r>
    </w:p>
    <w:p>
      <w:pPr>
        <w:spacing w:line="360" w:lineRule="auto" w:after="0"/>
        <w:ind w:firstLine="283"/>
      </w:pPr>
      <w:r>
        <w:t>“The list,” Breck said.</w:t>
      </w:r>
    </w:p>
    <w:p>
      <w:pPr>
        <w:spacing w:line="360" w:lineRule="auto" w:after="0"/>
        <w:ind w:firstLine="283"/>
      </w:pPr>
      <w:r>
        <w:t>“The households in the Verral quadrant.”</w:t>
      </w:r>
    </w:p>
    <w:p>
      <w:pPr>
        <w:spacing w:line="360" w:lineRule="auto" w:after="0"/>
        <w:ind w:firstLine="283"/>
      </w:pPr>
      <w:r>
        <w:t>“The rain households.”</w:t>
      </w:r>
    </w:p>
    <w:p>
      <w:pPr>
        <w:spacing w:line="360" w:lineRule="auto" w:after="0"/>
        <w:ind w:firstLine="283"/>
      </w:pPr>
      <w:r>
        <w:t>Breck looked up. He had the look he had when he was reading a wall — the look of a man measuring a thing by the way it leaned.</w:t>
      </w:r>
    </w:p>
    <w:p>
      <w:pPr>
        <w:spacing w:line="360" w:lineRule="auto" w:after="0"/>
        <w:ind w:firstLine="283"/>
      </w:pPr>
      <w:r>
        <w:t>“The listing,” Breck said.</w:t>
      </w:r>
    </w:p>
    <w:p>
      <w:pPr>
        <w:spacing w:line="360" w:lineRule="auto" w:after="0"/>
        <w:ind w:firstLine="283"/>
      </w:pPr>
      <w:r>
        <w:t>“The cage.”</w:t>
      </w:r>
    </w:p>
    <w:p>
      <w:pPr>
        <w:spacing w:line="360" w:lineRule="auto" w:after="0"/>
        <w:ind w:firstLine="283"/>
      </w:pPr>
      <w:r>
        <w:t>Breck did not speak. The set of his shoulders said what the shoulders always said: the listing is not rescue, and rescue is what we do.</w:t>
      </w:r>
    </w:p>
    <w:p>
      <w:pPr>
        <w:spacing w:line="360" w:lineRule="auto" w:after="0"/>
        <w:ind w:firstLine="283"/>
      </w:pPr>
      <w:r>
        <w:t>Rook did not give the order to Breck.</w:t>
      </w:r>
    </w:p>
    <w:p>
      <w:pPr>
        <w:spacing w:line="360" w:lineRule="auto" w:after="0"/>
        <w:ind w:firstLine="283"/>
      </w:pPr>
      <w:r>
        <w:t>He went back to the office. The order was in the drawer. The drawer was closed.</w:t>
      </w:r>
    </w:p>
    <w:p>
      <w:pPr>
        <w:spacing w:line="360" w:lineRule="auto" w:after="0"/>
        <w:ind w:firstLine="283"/>
      </w:pPr>
      <w:r>
        <w:t>He did not take the order out. He set his hands on the desk. The desk held his hands the way the prop had held the stair.</w:t>
      </w:r>
    </w:p>
    <w:p>
      <w:pPr>
        <w:spacing w:line="360" w:lineRule="auto" w:after="0"/>
        <w:ind w:firstLine="283"/>
      </w:pPr>
      <w:r>
        <w:t>He went home. The room was not the barracks. The room was cold. He sat in the cold with the drawer and an order he had not taken and a city that went on listing. The listing did not include the Verral quadrant yet.</w:t>
      </w:r>
    </w:p>
    <w:p>
      <w:pPr>
        <w:spacing w:line="360" w:lineRule="auto" w:after="0"/>
        <w:ind w:firstLine="283"/>
      </w:pPr>
      <w:r>
        <w:t>Rook did not sleep.</w:t>
      </w:r>
    </w:p>
    <w:p>
      <w:pPr>
        <w:ind w:firstLine="0"/>
        <w:jc w:val="center"/>
      </w:pPr>
      <w:r>
        <w:rPr>
          <w:color w:val="AAAAAA"/>
        </w:rPr>
        <w:t>❖</w:t>
      </w:r>
    </w:p>
    <w:p>
      <w:pPr>
        <w:spacing w:before="360" w:after="240"/>
        <w:ind w:firstLine="0"/>
        <w:jc w:val="center"/>
      </w:pPr>
      <w:r>
        <w:rPr>
          <w:b/>
          <w:i/>
          <w:color w:val="333333"/>
          <w:sz w:val="26"/>
        </w:rPr>
        <w:t>Chapter 25 — The Order Not Executed</w:t>
      </w:r>
    </w:p>
    <w:p>
      <w:pPr>
        <w:spacing w:line="360" w:lineRule="auto" w:after="0"/>
        <w:ind w:firstLine="283"/>
      </w:pPr>
      <w:r>
        <w:t>‖ •</w:t>
      </w:r>
    </w:p>
    <w:p>
      <w:pPr>
        <w:spacing w:line="360" w:lineRule="auto" w:after="0"/>
        <w:ind w:firstLine="283"/>
      </w:pPr>
      <w:r>
        <w:t>The rain had been falling for two weeks when the order came.</w:t>
      </w:r>
    </w:p>
    <w:p>
      <w:pPr>
        <w:spacing w:line="360" w:lineRule="auto" w:after="0"/>
        <w:ind w:firstLine="283"/>
      </w:pPr>
      <w:r>
        <w:t>The order was a mass-list compilation. The city needed the names of the households the rain had moved — the ones whose doors the water had reached, the ones whose roofs had given, the ones whose walls were not quite stone. The city needed the names because the city counted. The order was Mira’s. The compilation was the archive’s work.</w:t>
      </w:r>
    </w:p>
    <w:p>
      <w:pPr>
        <w:spacing w:line="360" w:lineRule="auto" w:after="0"/>
        <w:ind w:firstLine="283"/>
      </w:pPr>
      <w:r>
        <w:t>Mira read the order standing, the way she read orders — feet set, weight centered, the paper held at arm’s length. The order was short. The order was clear. The order was the kind she had executed a hundred times in eleven years.</w:t>
      </w:r>
    </w:p>
    <w:p>
      <w:pPr>
        <w:spacing w:line="360" w:lineRule="auto" w:after="0"/>
        <w:ind w:firstLine="283"/>
      </w:pPr>
      <w:r>
        <w:t>She did not compile the list.</w:t>
      </w:r>
    </w:p>
    <w:p>
      <w:pPr>
        <w:spacing w:line="360" w:lineRule="auto" w:after="0"/>
        <w:ind w:firstLine="283"/>
      </w:pPr>
      <w:r>
        <w:t>She set the order on the desk.</w:t>
      </w:r>
    </w:p>
    <w:p>
      <w:pPr>
        <w:spacing w:line="360" w:lineRule="auto" w:after="0"/>
        <w:ind w:firstLine="283"/>
      </w:pPr>
      <w:r>
        <w:t>The drawer was beside her. The drawer held the lie — the wrong name she had written for the child, the not resolved she had begun to carry.</w:t>
      </w:r>
    </w:p>
    <w:p>
      <w:pPr>
        <w:spacing w:line="360" w:lineRule="auto" w:after="0"/>
        <w:ind w:firstLine="283"/>
      </w:pPr>
      <w:r>
        <w:t>She did not open the drawer.</w:t>
      </w:r>
    </w:p>
    <w:p>
      <w:pPr>
        <w:spacing w:line="360" w:lineRule="auto" w:after="0"/>
        <w:ind w:firstLine="283"/>
      </w:pPr>
      <w:r>
        <w:t>Pell was humming at his desk. He did not know about the order. He did not know about the drawer. He did not know about the lie. Mira did not hum.</w:t>
      </w:r>
    </w:p>
    <w:p>
      <w:pPr>
        <w:spacing w:line="360" w:lineRule="auto" w:after="0"/>
        <w:ind w:firstLine="283"/>
      </w:pPr>
      <w:r>
        <w:t>She took the chalk from the desk — the small stub, wrapped in cloth, the color of old cream. The chalk was what Mira wrote with when ink was not what she wanted. She did not unwrap the chalk. She held the wrapped chalk in her hand.</w:t>
      </w:r>
    </w:p>
    <w:p>
      <w:pPr>
        <w:spacing w:line="360" w:lineRule="auto" w:after="0"/>
        <w:ind w:firstLine="283"/>
      </w:pPr>
      <w:r>
        <w:t>She set the chalk on the desk. She set the order beside the chalk. The desk held the two.</w:t>
      </w:r>
    </w:p>
    <w:p>
      <w:pPr>
        <w:spacing w:line="360" w:lineRule="auto" w:after="0"/>
        <w:ind w:firstLine="283"/>
      </w:pPr>
      <w:r>
        <w:t>The not resolved was the thing Mira had written in the margins for eleven years — beside SENA TORM and RESA VELEN and the consent and the Marsa and the child. The margins were the thing the archive had that the city did not.</w:t>
      </w:r>
    </w:p>
    <w:p>
      <w:pPr>
        <w:spacing w:line="360" w:lineRule="auto" w:after="0"/>
        <w:ind w:firstLine="283"/>
      </w:pPr>
      <w:r>
        <w:t>Her hand found the drawer handle. She did not open it. The handle was the brass, worn smooth at the curve where her thumb had rested for eleven years. She touched the handle — the gesture her hand made before her mind decided.</w:t>
      </w:r>
    </w:p>
    <w:p>
      <w:pPr>
        <w:spacing w:line="360" w:lineRule="auto" w:after="0"/>
        <w:ind w:firstLine="283"/>
      </w:pPr>
      <w:r>
        <w:t>Mira closed the drawer.</w:t>
      </w:r>
    </w:p>
    <w:p>
      <w:pPr>
        <w:spacing w:line="360" w:lineRule="auto" w:after="0"/>
        <w:ind w:firstLine="283"/>
      </w:pPr>
      <w:r>
        <w:t>The drawer stayed closed. The order stayed on the desk. The chalk stayed wrapped. The rain fell.</w:t>
      </w:r>
    </w:p>
    <w:p>
      <w:pPr>
        <w:ind w:firstLine="0"/>
        <w:jc w:val="center"/>
      </w:pPr>
      <w:r>
        <w:rPr>
          <w:color w:val="AAAAAA"/>
        </w:rPr>
        <w:t>❖</w:t>
      </w:r>
    </w:p>
    <w:p>
      <w:pPr>
        <w:spacing w:before="360" w:after="240"/>
        <w:ind w:firstLine="0"/>
        <w:jc w:val="center"/>
      </w:pPr>
      <w:r>
        <w:rPr>
          <w:b/>
          <w:i/>
          <w:color w:val="333333"/>
          <w:sz w:val="26"/>
        </w:rPr>
        <w:t>Chapter 26 — Without Rank</w:t>
      </w:r>
    </w:p>
    <w:p>
      <w:pPr>
        <w:spacing w:line="360" w:lineRule="auto" w:after="0"/>
        <w:ind w:firstLine="283"/>
      </w:pPr>
      <w:r>
        <w:t>‖ •</w:t>
      </w:r>
    </w:p>
    <w:p>
      <w:pPr>
        <w:spacing w:line="360" w:lineRule="auto" w:after="0"/>
        <w:ind w:firstLine="283"/>
      </w:pPr>
      <w:r>
        <w:t>Rook took off the buckle on the fifth morning.</w:t>
      </w:r>
    </w:p>
    <w:p>
      <w:pPr>
        <w:spacing w:line="360" w:lineRule="auto" w:after="0"/>
        <w:ind w:firstLine="283"/>
      </w:pPr>
      <w:r>
        <w:t>The buckle was the color of old honey where the brass had worn through to the steel beneath. He had polished it for eleven years with the heel of his hand and a corner of blanket, the way his first captain had taught him — never with oil before a shift, because oiled brass caught the light and light gave away position. He checked the tongue. He checked the keeper. He ran his thumb along the leather where it folded against the clasp, feeling for the crack that would come in another month and need cutting back. The leather was good. The leather would hold the season.</w:t>
      </w:r>
    </w:p>
    <w:p>
      <w:pPr>
        <w:spacing w:line="360" w:lineRule="auto" w:after="0"/>
        <w:ind w:firstLine="283"/>
      </w:pPr>
      <w:r>
        <w:t>He set the buckle on the desk. The buckle was eleven years of mornings.</w:t>
      </w:r>
    </w:p>
    <w:p>
      <w:pPr>
        <w:spacing w:line="360" w:lineRule="auto" w:after="0"/>
        <w:ind w:firstLine="283"/>
      </w:pPr>
      <w:r>
        <w:t>The order was on the desk beside it.</w:t>
      </w:r>
    </w:p>
    <w:p>
      <w:pPr>
        <w:spacing w:line="360" w:lineRule="auto" w:after="0"/>
        <w:ind w:firstLine="283"/>
      </w:pPr>
      <w:r>
        <w:t>He did not take the order. He did not take the buckle. The two lay on the desk together — the brass and the paper.</w:t>
      </w:r>
    </w:p>
    <w:p>
      <w:pPr>
        <w:spacing w:line="360" w:lineRule="auto" w:after="0"/>
        <w:ind w:firstLine="283"/>
      </w:pPr>
      <w:r>
        <w:t>He went to find Breck. Breck was at the gear room. Breck was not splicing a rope. Breck was sitting on the gear-room bench with his hands in his lap.</w:t>
      </w:r>
    </w:p>
    <w:p>
      <w:pPr>
        <w:spacing w:line="360" w:lineRule="auto" w:after="0"/>
        <w:ind w:firstLine="283"/>
      </w:pPr>
      <w:r>
        <w:t>“The buckle,” Rook said.</w:t>
      </w:r>
    </w:p>
    <w:p>
      <w:pPr>
        <w:spacing w:line="360" w:lineRule="auto" w:after="0"/>
        <w:ind w:firstLine="283"/>
      </w:pPr>
      <w:r>
        <w:t>Breck looked at him. He had the look he had when he was reading a wall.</w:t>
      </w:r>
    </w:p>
    <w:p>
      <w:pPr>
        <w:spacing w:line="360" w:lineRule="auto" w:after="0"/>
        <w:ind w:firstLine="283"/>
      </w:pPr>
      <w:r>
        <w:t>“The buckle,” Breck said.</w:t>
      </w:r>
    </w:p>
    <w:p>
      <w:pPr>
        <w:spacing w:line="360" w:lineRule="auto" w:after="0"/>
        <w:ind w:firstLine="283"/>
      </w:pPr>
      <w:r>
        <w:t>“The buckle is on the desk.”</w:t>
      </w:r>
    </w:p>
    <w:p>
      <w:pPr>
        <w:spacing w:line="360" w:lineRule="auto" w:after="0"/>
        <w:ind w:firstLine="283"/>
      </w:pPr>
      <w:r>
        <w:t>“The order.”</w:t>
      </w:r>
    </w:p>
    <w:p>
      <w:pPr>
        <w:spacing w:line="360" w:lineRule="auto" w:after="0"/>
        <w:ind w:firstLine="283"/>
      </w:pPr>
      <w:r>
        <w:t>“The order is on the desk.”</w:t>
      </w:r>
    </w:p>
    <w:p>
      <w:pPr>
        <w:spacing w:line="360" w:lineRule="auto" w:after="0"/>
        <w:ind w:firstLine="283"/>
      </w:pPr>
      <w:r>
        <w:t>Breck did not speak. The set of his shoulders was enough.</w:t>
      </w:r>
    </w:p>
    <w:p>
      <w:pPr>
        <w:spacing w:line="360" w:lineRule="auto" w:after="0"/>
        <w:ind w:firstLine="283"/>
      </w:pPr>
      <w:r>
        <w:t>The two of them stood in the gear room without speaking, and the silence was work.</w:t>
      </w:r>
    </w:p>
    <w:p>
      <w:pPr>
        <w:spacing w:line="360" w:lineRule="auto" w:after="0"/>
        <w:ind w:firstLine="283"/>
      </w:pPr>
      <w:r>
        <w:t>Breck stood. He went to the gear-room rack. He took down his rope — the rope he had spliced, the rope with the finished splice. Breck held the rope a moment. He tested the splice. It held. He set the rope on the bench.</w:t>
      </w:r>
    </w:p>
    <w:p>
      <w:pPr>
        <w:spacing w:line="360" w:lineRule="auto" w:after="0"/>
        <w:ind w:firstLine="283"/>
      </w:pPr>
      <w:r>
        <w:t>Rook went home. The room was not the barracks. The room was cold. He sat in the cold with the buckle on the desk and the order on the desk and a city that went on listing without him.</w:t>
      </w:r>
    </w:p>
    <w:p>
      <w:pPr>
        <w:spacing w:line="360" w:lineRule="auto" w:after="0"/>
        <w:ind w:firstLine="283"/>
      </w:pPr>
      <w:r>
        <w:t>He did not sleep.</w:t>
      </w:r>
    </w:p>
    <w:p>
      <w:pPr>
        <w:spacing w:line="360" w:lineRule="auto" w:after="0"/>
        <w:ind w:firstLine="283"/>
      </w:pPr>
      <w:r>
        <w:t>The buckle stayed on the desk. The rope stayed on the bench.</w:t>
      </w:r>
    </w:p>
    <w:p>
      <w:pPr>
        <w:ind w:firstLine="0"/>
        <w:jc w:val="center"/>
      </w:pPr>
      <w:r>
        <w:rPr>
          <w:color w:val="AAAAAA"/>
        </w:rPr>
        <w:t>❖</w:t>
      </w:r>
    </w:p>
    <w:p>
      <w:pPr>
        <w:spacing w:before="360" w:after="240"/>
        <w:ind w:firstLine="0"/>
        <w:jc w:val="center"/>
      </w:pPr>
      <w:r>
        <w:rPr>
          <w:b/>
          <w:i/>
          <w:color w:val="333333"/>
          <w:sz w:val="26"/>
        </w:rPr>
        <w:t>Chapter 27 — Black Rain</w:t>
      </w:r>
    </w:p>
    <w:p>
      <w:pPr>
        <w:spacing w:line="360" w:lineRule="auto" w:after="0"/>
        <w:ind w:firstLine="283"/>
      </w:pPr>
      <w:r>
        <w:t>‖ •</w:t>
      </w:r>
    </w:p>
    <w:p>
      <w:pPr>
        <w:spacing w:line="360" w:lineRule="auto" w:after="0"/>
        <w:ind w:firstLine="283"/>
      </w:pPr>
      <w:r>
        <w:t>The sky opened.</w:t>
      </w:r>
    </w:p>
    <w:p>
      <w:pPr>
        <w:spacing w:line="360" w:lineRule="auto" w:after="0"/>
        <w:ind w:firstLine="283"/>
      </w:pPr>
      <w:r>
        <w:t>It opened the way a man opens a thing he has decided not to close. The color came first — not the grey of rain, not the blue-black of the city’s ink, but the two braided, a color that had no name because no one had needed to name it before today. The clouds came down to the roofs. The roofs went up into the clouds. The line between them thinned, and thinned, and was gone.</w:t>
      </w:r>
    </w:p>
    <w:p>
      <w:pPr>
        <w:spacing w:line="360" w:lineRule="auto" w:after="0"/>
        <w:ind w:firstLine="283"/>
      </w:pPr>
      <w:r>
        <w:t>The first drops fell beside Kael’s hand on the wall. They were heavy. They did not splash the way rain splashes. They sat where they landed — dark, slow — and then they spread, the way ink spreads on a page that has been waiting for it. The stone of the wall darkened under them. The warmth went out of the stone. The warmth had been there all morning, the sun-held warmth of the low wall behind the East Annex, and the rain took it, and the stone was a different stone.</w:t>
      </w:r>
    </w:p>
    <w:p>
      <w:pPr>
        <w:spacing w:line="360" w:lineRule="auto" w:after="0"/>
        <w:ind w:firstLine="283"/>
      </w:pPr>
      <w:r>
        <w:t>The rain darkened the stone around the two lines. The chalk line held its white a moment longer than the stone. Then the white went. The rain took the color and left the grooves.</w:t>
      </w:r>
    </w:p>
    <w:p>
      <w:pPr>
        <w:spacing w:line="360" w:lineRule="auto" w:after="0"/>
        <w:ind w:firstLine="283"/>
      </w:pPr>
      <w:r>
        <w:t>The opening was the Black Rain. The Black Rain fell on Atherin.</w:t>
      </w:r>
    </w:p>
    <w:p>
      <w:pPr>
        <w:spacing w:line="360" w:lineRule="auto" w:after="0"/>
        <w:ind w:firstLine="283"/>
      </w:pPr>
      <w:r>
        <w:t>The rain had a weight. Kael had not known rain could have a weight. This rain did. It pressed on the shoulders of the coat. It pressed his hair flat. The water ran down his face, and the water was not water. It was the color of water and it moved like water, but it stained the stone where it dried, and the stain did not wash.</w:t>
      </w:r>
    </w:p>
    <w:p>
      <w:pPr>
        <w:spacing w:line="360" w:lineRule="auto" w:after="0"/>
        <w:ind w:firstLine="283"/>
      </w:pPr>
      <w:r>
        <w:t>The sound was low. Not the hiss of rain on stone — that sound has air in it. This had no air. The sound of a great quantity of a thick liquid falling a long way. The Ink had been quiet in the gutters. The quiet was over.</w:t>
      </w:r>
    </w:p>
    <w:p>
      <w:pPr>
        <w:spacing w:line="360" w:lineRule="auto" w:after="0"/>
        <w:ind w:firstLine="283"/>
      </w:pPr>
      <w:r>
        <w:t>The smell was iron. Kael knew iron. The smell of the well-cover in the country, the well-cover his father lifted every morning — cold iron, wet iron, the water beneath. The rain smelled of that iron, and beneath the iron, something older. A thing that had been held in the dark for a long time and was now in the air.</w:t>
      </w:r>
    </w:p>
    <w:p>
      <w:pPr>
        <w:spacing w:line="360" w:lineRule="auto" w:after="0"/>
        <w:ind w:firstLine="283"/>
      </w:pPr>
      <w:r>
        <w:t>Kael was on the wall — the low wall behind the East Annex, the warm stone, the place where the two lines were.</w:t>
      </w:r>
    </w:p>
    <w:p>
      <w:pPr>
        <w:spacing w:line="360" w:lineRule="auto" w:after="0"/>
        <w:ind w:firstLine="283"/>
      </w:pPr>
      <w:r>
        <w:t>The coat was on his shoulders. The cuffs were turned back twice. The cup was in the left pocket. The chalk was in the right pocket.</w:t>
      </w:r>
    </w:p>
    <w:p>
      <w:pPr>
        <w:spacing w:line="360" w:lineRule="auto" w:after="0"/>
        <w:ind w:firstLine="283"/>
      </w:pPr>
      <w:r>
        <w:t>The coat took the rain. It had taken rain before — ten years of it, the rain of the road, the rain off the eaves of the barns. The coat did not know the difference between this rain and the other rain. Kael did.</w:t>
      </w:r>
    </w:p>
    <w:p>
      <w:pPr>
        <w:spacing w:line="360" w:lineRule="auto" w:after="0"/>
        <w:ind w:firstLine="283"/>
      </w:pPr>
      <w:r>
        <w:t>The cup was dry in the left pocket, wrapped in the chalk’s cloth. The rain had not found the pocket. The coat held.</w:t>
      </w:r>
    </w:p>
    <w:p>
      <w:pPr>
        <w:spacing w:line="360" w:lineRule="auto" w:after="0"/>
        <w:ind w:firstLine="283"/>
      </w:pPr>
      <w:r>
        <w:t>Below the wall, the city was the city under the Black Rain. The streets were the color of the rain. The gutters ran with it — not the grey water of morning, but the dark, the slow. The Ink that had been in the walls was now in the gutters and now in the rain and now in all of it.</w:t>
      </w:r>
    </w:p>
    <w:p>
      <w:pPr>
        <w:spacing w:line="360" w:lineRule="auto" w:after="0"/>
        <w:ind w:firstLine="283"/>
      </w:pPr>
      <w:r>
        <w:t>The bells did not ring. The bell-towers stood in the rain. The ropes hung still.</w:t>
      </w:r>
    </w:p>
    <w:p>
      <w:pPr>
        <w:spacing w:line="360" w:lineRule="auto" w:after="0"/>
        <w:ind w:firstLine="283"/>
      </w:pPr>
      <w:r>
        <w:t>People were on the streets. Not many. An old man standing in a doorway, his face turned up, the rain on his face — the face of a man who had decided something. A woman with a child, running, the child’s head covered with her shawl, the shawl darkening. A Cadre man at a corner with his hands at his sides and his hands empty. The Cadre man did not know what to do with his hands.</w:t>
      </w:r>
    </w:p>
    <w:p>
      <w:pPr>
        <w:spacing w:line="360" w:lineRule="auto" w:after="0"/>
        <w:ind w:firstLine="283"/>
      </w:pPr>
      <w:r>
        <w:t>Below the wall, in the kitchen yard, the Mender was at the second fall. A man lay under the granary stones, and the Mender’s hands were on the stones. Kael could see her from the wall — the small figure at the broken wall, the hands moving. The hands were the work. Nessa stood at the kitchen door with water and bread. The Mender’s hands healed the stones. The healing was the consuming. Her hands were thinner than they had been at the first rain — the wrists narrower, the fingers of a person who had been healing for too long. The Mender did not rest. The Mender’s hands thinned again. Nessa brought the water. The Mender drank without savoring. The Mender went on.</w:t>
      </w:r>
    </w:p>
    <w:p>
      <w:pPr>
        <w:spacing w:line="360" w:lineRule="auto" w:after="0"/>
        <w:ind w:firstLine="283"/>
      </w:pPr>
      <w:r>
        <w:t>Across the court, in the verification office, a light was on. Seret was alone at his desk. The rain had come through the window — the window that looked out on the Verral, the window where the houses were numbered. The water had found the authorization slips. Seret did not move them. He sat with his hands flat on the wood. The drawer was the second from the top. It held what it had always held. Seret had not opened the drawer in eleven years. He did not open it now.</w:t>
      </w:r>
    </w:p>
    <w:p>
      <w:pPr>
        <w:spacing w:line="360" w:lineRule="auto" w:after="0"/>
        <w:ind w:firstLine="283"/>
      </w:pPr>
      <w:r>
        <w:t>Down in the Verral quadrant a stair had gone, and Rook was under it — no rank, no buckle, his shoulder against the stringer while Breck set the prop. Breck had brought the rope from the bench. Rook called the pace, and the family came down one at a time, and nobody wrote a list. The rain took the sound of it. The stair held.</w:t>
      </w:r>
    </w:p>
    <w:p>
      <w:pPr>
        <w:spacing w:line="360" w:lineRule="auto" w:after="0"/>
        <w:ind w:firstLine="283"/>
      </w:pPr>
      <w:r>
        <w:t>In the passages the water was rising. Nima moved people through it — a woman, a man, a child — counting the exits as the exits closed. The third junction was under the rain now. She came out by the tile-maker’s yard with the slate dry in the pocket. The mother was in the pocket. The mother was dry.</w:t>
      </w:r>
    </w:p>
    <w:p>
      <w:pPr>
        <w:spacing w:line="360" w:lineRule="auto" w:after="0"/>
        <w:ind w:firstLine="283"/>
      </w:pPr>
      <w:r>
        <w:t>The Black Rain fell. The beasts came in waves — beautiful.</w:t>
      </w:r>
    </w:p>
    <w:p>
      <w:pPr>
        <w:spacing w:line="360" w:lineRule="auto" w:after="0"/>
        <w:ind w:firstLine="283"/>
      </w:pPr>
      <w:r>
        <w:t>They came from the east. Not in a line, not in a formation, but in a wave, They were the color of the rain. They moved wrong — too many joints, or no joints, They were beautiful — entirely themselves, not pretending.</w:t>
      </w:r>
    </w:p>
    <w:p>
      <w:pPr>
        <w:spacing w:line="360" w:lineRule="auto" w:after="0"/>
        <w:ind w:firstLine="283"/>
      </w:pPr>
      <w:r>
        <w:t>The first beast was the size of a horse, if a horse had been made of the rain and had not been a horse. Its legs were the wrong number — four. Or six. The body was the color of the rain. The body did not end where the rain began.</w:t>
      </w:r>
    </w:p>
    <w:p>
      <w:pPr>
        <w:spacing w:line="360" w:lineRule="auto" w:after="0"/>
        <w:ind w:firstLine="283"/>
      </w:pPr>
      <w:r>
        <w:t>The second beast was smaller. The third was larger. The fourth had the shape of a thing that had been a person once.</w:t>
      </w:r>
    </w:p>
    <w:p>
      <w:pPr>
        <w:spacing w:line="360" w:lineRule="auto" w:after="0"/>
        <w:ind w:firstLine="283"/>
      </w:pPr>
      <w:r>
        <w:t>They did not see him. They did not see the wall. They moved past the wall the way a river moves past a stone — the stone is there, the river does not care, the river goes. The beasts went toward the square. The beasts went toward the bells.</w:t>
      </w:r>
    </w:p>
    <w:p>
      <w:pPr>
        <w:spacing w:line="360" w:lineRule="auto" w:after="0"/>
        <w:ind w:firstLine="283"/>
      </w:pPr>
      <w:r>
        <w:t>Kael could not look away. The beasts did not hesitate. The beasts did not choose. The beasts moved. The watching was the only thing he could do.</w:t>
      </w:r>
    </w:p>
    <w:p>
      <w:pPr>
        <w:spacing w:line="360" w:lineRule="auto" w:after="0"/>
        <w:ind w:firstLine="283"/>
      </w:pPr>
      <w:r>
        <w:t>A beast went through a wall. Not over it. Not around it. Through it. The stone opened — the thing that had been stone and was now not stone — and the beast went through, and the wall closed behind it, and the wall was not the same wall.</w:t>
      </w:r>
    </w:p>
    <w:p>
      <w:pPr>
        <w:spacing w:line="360" w:lineRule="auto" w:after="0"/>
        <w:ind w:firstLine="283"/>
      </w:pPr>
      <w:r>
        <w:t>Kael watched from the wall. He was not the fighter. He was the one who carried the coat and the cup and the chalk and the question: Who disappears?</w:t>
      </w:r>
    </w:p>
    <w:p>
      <w:pPr>
        <w:spacing w:line="360" w:lineRule="auto" w:after="0"/>
        <w:ind w:firstLine="283"/>
      </w:pPr>
      <w:r>
        <w:t>He had asked it of the official at the gate, and the official had not answered. The official did not know who disappeared when the form closed. Kael had carried the question since. The rain took the color of the chalk and the warmth of the stone and the ringing of the bells. The rain did not take the question.</w:t>
      </w:r>
    </w:p>
    <w:p>
      <w:pPr>
        <w:spacing w:line="360" w:lineRule="auto" w:after="0"/>
        <w:ind w:firstLine="283"/>
      </w:pPr>
      <w:r>
        <w:t>Below, a fruit cart was overturned. The fruit was in the gutter. A dog was under the cart, still. The beasts did not stop for the dog. The beasts did not stop.</w:t>
      </w:r>
    </w:p>
    <w:p>
      <w:pPr>
        <w:spacing w:line="360" w:lineRule="auto" w:after="0"/>
        <w:ind w:firstLine="283"/>
      </w:pPr>
      <w:r>
        <w:t>The two lines were on the stone beneath his hand. The rain fell on them. The rain could take the color. The rain could not take the grooves — his line and the child’s line, the two that did not agree, the two that did not need to agree. The grooves were the mark the man had asked for — don’t make a monument out of me — and the rain could not take them.</w:t>
      </w:r>
    </w:p>
    <w:p>
      <w:pPr>
        <w:spacing w:line="360" w:lineRule="auto" w:after="0"/>
        <w:ind w:firstLine="283"/>
      </w:pPr>
      <w:r>
        <w:t>Kael put his hand on the grooves. The stone was cold. The rain was on his hand. The grooves held. The stone held. The wall held.</w:t>
      </w:r>
    </w:p>
    <w:p>
      <w:pPr>
        <w:spacing w:line="360" w:lineRule="auto" w:after="0"/>
        <w:ind w:firstLine="283"/>
      </w:pPr>
      <w:r>
        <w:t>Then Kael saw the Danse Macabre.</w:t>
      </w:r>
    </w:p>
    <w:p>
      <w:pPr>
        <w:spacing w:line="360" w:lineRule="auto" w:after="0"/>
        <w:ind w:firstLine="283"/>
      </w:pPr>
      <w:r>
        <w:t>He saw it the way he saw the beasts — with the eyes first, then the knowing. A moving in the beasts, and the moving was different from the beasts’ moving. The beasts moved the way a wave moves — all together, no center. This moving had a center. The moving was a man. No. The moving was not a man, but it had the shape of a man, the way a wound has the shape of the thing that made it.</w:t>
      </w:r>
    </w:p>
    <w:p>
      <w:pPr>
        <w:spacing w:line="360" w:lineRule="auto" w:after="0"/>
        <w:ind w:firstLine="283"/>
      </w:pPr>
      <w:r>
        <w:t>The man moved through the beasts the way a needle moves through cloth — the cloth is there, the needle is there, the needle goes through, the cloth does not stop the needle. The beasts did not stop the man.</w:t>
      </w:r>
    </w:p>
    <w:p>
      <w:pPr>
        <w:spacing w:line="360" w:lineRule="auto" w:after="0"/>
        <w:ind w:firstLine="283"/>
      </w:pPr>
      <w:r>
        <w:t>Kael knew the moving. He knew it the way he knew the coat — by the wearing, by the years. He had seen it before. In the country. In the yard with the well-cover. In the years before the coat. The man had moved that way around the boy. He had not seen the man in ten years. He had worn the coat. He had carried the cup. He had not looked for the man.</w:t>
      </w:r>
    </w:p>
    <w:p>
      <w:pPr>
        <w:spacing w:line="360" w:lineRule="auto" w:after="0"/>
        <w:ind w:firstLine="283"/>
      </w:pPr>
      <w:r>
        <w:t>But the moving was not the form. The form was thirty steps, and the steps were the discipline of the yard, the discipline of the road, the discipline of the wall. The moving was the form after the form — the form broken, the form rebuilt, the form become the man’s whole body, the way a language becomes the tongue that speaks it.</w:t>
      </w:r>
    </w:p>
    <w:p>
      <w:pPr>
        <w:spacing w:line="360" w:lineRule="auto" w:after="0"/>
        <w:ind w:firstLine="283"/>
      </w:pPr>
      <w:r>
        <w:t>The first step was the same: the feet set, the weight centered. The second was the same: the turn, the hips leading. But the third step — the pause, the held breath — was not the form’s third step. It was the form’s third step applied to a beast. The beast was not a form. The pause had no duration. The movement had no name.</w:t>
      </w:r>
    </w:p>
    <w:p>
      <w:pPr>
        <w:spacing w:line="360" w:lineRule="auto" w:after="0"/>
        <w:ind w:firstLine="283"/>
      </w:pPr>
      <w:r>
        <w:t>The fourth step was the tremor, the worn, the man’s own.</w:t>
      </w:r>
    </w:p>
    <w:p>
      <w:pPr>
        <w:spacing w:line="360" w:lineRule="auto" w:after="0"/>
        <w:ind w:firstLine="283"/>
      </w:pPr>
      <w:r>
        <w:t>The Steps were the grammar. The Danse was the grammar spoken. The two were not the same. The two were the same man.</w:t>
      </w:r>
    </w:p>
    <w:p>
      <w:pPr>
        <w:spacing w:line="360" w:lineRule="auto" w:after="0"/>
        <w:ind w:firstLine="283"/>
      </w:pPr>
      <w:r>
        <w:t>The man moved through the beasts. The man was the form. The two were the Danse.</w:t>
      </w:r>
    </w:p>
    <w:p>
      <w:pPr>
        <w:spacing w:line="360" w:lineRule="auto" w:after="0"/>
        <w:ind w:firstLine="283"/>
      </w:pPr>
      <w:r>
        <w:t>Kael watched from the wall. He did not intervene. He did not call out. He watched the way he had watched the form being taught — with the hands empty, with the body still, with the whole self given to the seeing. The watching was the love. The form went on.</w:t>
      </w:r>
    </w:p>
    <w:p>
      <w:pPr>
        <w:spacing w:line="360" w:lineRule="auto" w:after="0"/>
        <w:ind w:firstLine="283"/>
      </w:pPr>
      <w:r>
        <w:t>The man was here.</w:t>
      </w:r>
    </w:p>
    <w:p>
      <w:pPr>
        <w:spacing w:line="360" w:lineRule="auto" w:after="0"/>
        <w:ind w:firstLine="283"/>
      </w:pPr>
      <w:r>
        <w:t>The man moved wrong. Not wrong the way the beasts moved wrong — the beasts moved wrong because they were not of the world; the man moved wrong because he was of the world and the world had not let him go without taking its fare. The right shoulder sat lower than the left, the way a shoulder sits when it has carried a weight too long on one side. The gait was the gait of a man whose knees had been asked to hold the world’s whole ledger arriving in them at once, and the knees had held, and the holding had cost the knees, and the cost was visible in the way the right foot landed a half-breath after the left.</w:t>
      </w:r>
    </w:p>
    <w:p>
      <w:pPr>
        <w:spacing w:line="360" w:lineRule="auto" w:after="0"/>
        <w:ind w:firstLine="283"/>
      </w:pPr>
      <w:r>
        <w:t>The man’s hands were steady. The man’s breath was not. The breath came short, and the shortness was not the rain’s; the shortness was the breath of a man who had sat at a chair ten years ago and had not been allowed to leave the chair without the chair’s mark on him. The mark was in the breath. The mark was in the shoulder.</w:t>
      </w:r>
    </w:p>
    <w:p>
      <w:pPr>
        <w:spacing w:line="360" w:lineRule="auto" w:after="0"/>
        <w:ind w:firstLine="283"/>
      </w:pPr>
      <w:r>
        <w:t>The mark was in the right foot’s half-breath delay. The mark was the cost, and the cost was not the carrying, and the carrying did not absorb it, and the body said what the book would not.</w:t>
      </w:r>
    </w:p>
    <w:p>
      <w:pPr>
        <w:spacing w:line="360" w:lineRule="auto" w:after="0"/>
        <w:ind w:firstLine="283"/>
      </w:pPr>
      <w:r>
        <w:t>The Danse Macabre was the man.</w:t>
      </w:r>
    </w:p>
    <w:p>
      <w:pPr>
        <w:spacing w:line="360" w:lineRule="auto" w:after="0"/>
        <w:ind w:firstLine="283"/>
      </w:pPr>
      <w:r>
        <w:t>The man had said it in the country. Don’t make a monument out of me. Don’t make a story where I was always right. I wasn’t. I burned a registry and made things worse. The man had said: just don’t make me wiser than I was. The man had gone back. Someone should be there. The going-back was the coat.</w:t>
      </w:r>
    </w:p>
    <w:p>
      <w:pPr>
        <w:spacing w:line="360" w:lineRule="auto" w:after="0"/>
        <w:ind w:firstLine="283"/>
      </w:pPr>
      <w:r>
        <w:t>Kael did not make a monument. He sat on the wall, and the rain was on the wall, and the man was in the rain.</w:t>
      </w:r>
    </w:p>
    <w:p>
      <w:pPr>
        <w:spacing w:line="360" w:lineRule="auto" w:after="0"/>
        <w:ind w:firstLine="283"/>
      </w:pPr>
      <w:r>
        <w:t>“Vasryn,” Kael said.</w:t>
      </w:r>
    </w:p>
    <w:p>
      <w:pPr>
        <w:spacing w:line="360" w:lineRule="auto" w:after="0"/>
        <w:ind w:firstLine="283"/>
      </w:pPr>
      <w:r>
        <w:t>He said it plain. No asking. No pressing. He had not said the name in ten years. But the man was here.</w:t>
      </w:r>
    </w:p>
    <w:p>
      <w:pPr>
        <w:spacing w:line="360" w:lineRule="auto" w:after="0"/>
        <w:ind w:firstLine="283"/>
      </w:pPr>
      <w:r>
        <w:t>Vasryn turned.</w:t>
      </w:r>
    </w:p>
    <w:p>
      <w:pPr>
        <w:spacing w:line="360" w:lineRule="auto" w:after="0"/>
        <w:ind w:firstLine="283"/>
      </w:pPr>
      <w:r>
        <w:t>The turning was slow. The body turning the way a body turns when it has heard a thing it did not expect to hear, and the hearing has gone into the body before the body has decided. The vigilance did not stop. The turning was toward Kael.</w:t>
      </w:r>
    </w:p>
    <w:p>
      <w:pPr>
        <w:spacing w:line="360" w:lineRule="auto" w:after="0"/>
        <w:ind w:firstLine="283"/>
      </w:pPr>
      <w:r>
        <w:t>The eyes found Kael, and the finding was brief — the less-than-a-breath — the eyes touching Kael the way a hand touches a thing it has held before and does not hold now.</w:t>
      </w:r>
    </w:p>
    <w:p>
      <w:pPr>
        <w:spacing w:line="360" w:lineRule="auto" w:after="0"/>
        <w:ind w:firstLine="283"/>
      </w:pPr>
      <w:r>
        <w:t>The eyes did not know Kael. The eyes knew the coat.</w:t>
      </w:r>
    </w:p>
    <w:p>
      <w:pPr>
        <w:spacing w:line="360" w:lineRule="auto" w:after="0"/>
        <w:ind w:firstLine="283"/>
      </w:pPr>
      <w:r>
        <w:t>The recognition was the between — the imperfect, the partial. The eyes saw the coat — the too-large, the cuffs turned back twice, the wearing-through at the pockets, the threads showing the color of the lining beneath. Once, hands had known that coat — rough palm, warm skin, the grip that had been brief. The hands were not here. The eyes did the work of the hands.</w:t>
      </w:r>
    </w:p>
    <w:p>
      <w:pPr>
        <w:spacing w:line="360" w:lineRule="auto" w:after="0"/>
        <w:ind w:firstLine="283"/>
      </w:pPr>
      <w:r>
        <w:t>The eyes did not find the boy. The boy was the years that had gone, the way the rain goes. The eyes found the man.</w:t>
      </w:r>
    </w:p>
    <w:p>
      <w:pPr>
        <w:spacing w:line="360" w:lineRule="auto" w:after="0"/>
        <w:ind w:firstLine="283"/>
      </w:pPr>
      <w:r>
        <w:t>Kael did not move. He did not raise his hand. He did not step off the wall. He sat, and the coat was on his shoulders, and the cup was in the pocket, and the chalk was in the pocket, and the two lines were on the stone, and the rain was on all of them.</w:t>
      </w:r>
    </w:p>
    <w:p>
      <w:pPr>
        <w:spacing w:line="360" w:lineRule="auto" w:after="0"/>
        <w:ind w:firstLine="283"/>
      </w:pPr>
      <w:r>
        <w:t>This was their only reunion — the eyes and the coat and the name. The less-than-a-breath.</w:t>
      </w:r>
    </w:p>
    <w:p>
      <w:pPr>
        <w:spacing w:line="360" w:lineRule="auto" w:after="0"/>
        <w:ind w:firstLine="283"/>
      </w:pPr>
      <w:r>
        <w:t>The breath went, and the now went with it.</w:t>
      </w:r>
    </w:p>
    <w:p>
      <w:pPr>
        <w:spacing w:line="360" w:lineRule="auto" w:after="0"/>
        <w:ind w:firstLine="283"/>
      </w:pPr>
      <w:r>
        <w:t>Then Vasryn turned back.</w:t>
      </w:r>
    </w:p>
    <w:p>
      <w:pPr>
        <w:spacing w:line="360" w:lineRule="auto" w:after="0"/>
        <w:ind w:firstLine="283"/>
      </w:pPr>
      <w:r>
        <w:t>The eyes left Kael. The eyes went to the beasts. The vigilance went to the beasts. The man went to the beasts, the way a hand goes to the work, the way a foot goes to the road.</w:t>
      </w:r>
    </w:p>
    <w:p>
      <w:pPr>
        <w:spacing w:line="360" w:lineRule="auto" w:after="0"/>
        <w:ind w:firstLine="283"/>
      </w:pPr>
      <w:r>
        <w:t>The second Danse Macabre began. Vasryn moved through the beasts. The moving was the same moving — the needle through the cloth. But the moving cost now. The body moved the way a candle moves when the wax is going, as a fire moves when the wood is going. The flame is the same. The flame does not know.</w:t>
      </w:r>
    </w:p>
    <w:p>
      <w:pPr>
        <w:spacing w:line="360" w:lineRule="auto" w:after="0"/>
        <w:ind w:firstLine="283"/>
      </w:pPr>
      <w:r>
        <w:t>Kael did not go down from the wall. He did not go to the man. He did not fight beside the man. He was the one who carried the coat and the cup and the chalk and the question.</w:t>
      </w:r>
    </w:p>
    <w:p>
      <w:pPr>
        <w:spacing w:line="360" w:lineRule="auto" w:after="0"/>
        <w:ind w:firstLine="283"/>
      </w:pPr>
      <w:r>
        <w:t>The beasts came. The man went through them. The rain fell. The man did not stop.</w:t>
      </w:r>
    </w:p>
    <w:p>
      <w:pPr>
        <w:spacing w:line="360" w:lineRule="auto" w:after="0"/>
        <w:ind w:firstLine="283"/>
      </w:pPr>
      <w:r>
        <w:t>Then the ships came.</w:t>
      </w:r>
    </w:p>
    <w:p>
      <w:pPr>
        <w:spacing w:line="360" w:lineRule="auto" w:after="0"/>
        <w:ind w:firstLine="283"/>
      </w:pPr>
      <w:r>
        <w:t>They came from the south. Not fast, not slow — the steady of a thing that has been coming for a long time. They were grey. The grey of the rain and the grey of the sea and the grey of the cloth that was not the city’s cloth. The grey was not the city.</w:t>
      </w:r>
    </w:p>
    <w:p>
      <w:pPr>
        <w:spacing w:line="360" w:lineRule="auto" w:after="0"/>
        <w:ind w:firstLine="283"/>
      </w:pPr>
      <w:r>
        <w:t>The ships came through the gate. The gate of the East Quarter — the gate that had taken Kael’s name on the day he had entered, the gate that had given him the card — the gate was open. The ships came through the open gate.</w:t>
      </w:r>
    </w:p>
    <w:p>
      <w:pPr>
        <w:spacing w:line="360" w:lineRule="auto" w:after="0"/>
        <w:ind w:firstLine="283"/>
      </w:pPr>
      <w:r>
        <w:t>Three ships. Kael counted them as Nima counted exits — the habit, the life. The ships were low in the water. The ships were heavy.</w:t>
      </w:r>
    </w:p>
    <w:p>
      <w:pPr>
        <w:spacing w:line="360" w:lineRule="auto" w:after="0"/>
        <w:ind w:firstLine="283"/>
      </w:pPr>
      <w:r>
        <w:t>The crew were grey. The grey of the ships and the grey of the cloth and the grey of not the city. The crew did not wear the city’s colors. The crew did not wear the Cadre’s buckle. The crew did not wear the verification blue. The crew wore the grey.</w:t>
      </w:r>
    </w:p>
    <w:p>
      <w:pPr>
        <w:spacing w:line="360" w:lineRule="auto" w:after="0"/>
        <w:ind w:firstLine="283"/>
      </w:pPr>
      <w:r>
        <w:t>The Sea Bearers came through the gate. The ships came to the East Quarter. The Sea Bearers did not ask for names. They asked one question:</w:t>
      </w:r>
    </w:p>
    <w:p>
      <w:pPr>
        <w:spacing w:line="360" w:lineRule="auto" w:after="0"/>
        <w:ind w:firstLine="283"/>
      </w:pPr>
      <w:r>
        <w:t>“Are they alive?”</w:t>
      </w:r>
    </w:p>
    <w:p>
      <w:pPr>
        <w:spacing w:line="360" w:lineRule="auto" w:after="0"/>
        <w:ind w:firstLine="283"/>
      </w:pPr>
      <w:r>
        <w:t>The city asked: name. The city asked: origin. The city asked: purpose — the things that put a person on a list. The Sea Bearer asked the thing a person was before the list. The Sea Bearer asked the alive.</w:t>
      </w:r>
    </w:p>
    <w:p>
      <w:pPr>
        <w:spacing w:line="360" w:lineRule="auto" w:after="0"/>
        <w:ind w:firstLine="283"/>
      </w:pPr>
      <w:r>
        <w:t>A Sea Bearer stood at the plank of the nearest ship. A woman. Not old and not young. The face of a person who had asked the question many times and had not stopped asking it. She asked the question of each person who came to the plank. She asked it the way a person asks a thing they mean — without the ornament, without the pressing.</w:t>
      </w:r>
    </w:p>
    <w:p>
      <w:pPr>
        <w:spacing w:line="360" w:lineRule="auto" w:after="0"/>
        <w:ind w:firstLine="283"/>
      </w:pPr>
      <w:r>
        <w:t>“Are they alive?”</w:t>
      </w:r>
    </w:p>
    <w:p>
      <w:pPr>
        <w:spacing w:line="360" w:lineRule="auto" w:after="0"/>
        <w:ind w:firstLine="283"/>
      </w:pPr>
      <w:r>
        <w:t>Kael came to the plank. The Sea Bearer looked at him. The Sea Bearer did not look at the coat. The Sea Bearer did not look at the cup. The Sea Bearer did not look at the chalk. The Sea Bearer looked at Kael.</w:t>
      </w:r>
    </w:p>
    <w:p>
      <w:pPr>
        <w:spacing w:line="360" w:lineRule="auto" w:after="0"/>
        <w:ind w:firstLine="283"/>
      </w:pPr>
      <w:r>
        <w:t>“Are they alive?”</w:t>
      </w:r>
    </w:p>
    <w:p>
      <w:pPr>
        <w:spacing w:line="360" w:lineRule="auto" w:after="0"/>
        <w:ind w:firstLine="283"/>
      </w:pPr>
      <w:r>
        <w:t>Kael did not know who the they was. He did not know if the they was the ones behind — the man in the rain, the city on the wall, the two lines on the stone. He did not know if the they was the ones ahead — the ones on the ship, the ones across the sea, the ones he had not met.</w:t>
      </w:r>
    </w:p>
    <w:p>
      <w:pPr>
        <w:spacing w:line="360" w:lineRule="auto" w:after="0"/>
        <w:ind w:firstLine="283"/>
      </w:pPr>
      <w:r>
        <w:t>“Yes,” Kael said.</w:t>
      </w:r>
    </w:p>
    <w:p>
      <w:pPr>
        <w:spacing w:line="360" w:lineRule="auto" w:after="0"/>
        <w:ind w:firstLine="283"/>
      </w:pPr>
      <w:r>
        <w:t>The Sea Bearer did not ask more. She stepped aside.</w:t>
      </w:r>
    </w:p>
    <w:p>
      <w:pPr>
        <w:spacing w:line="360" w:lineRule="auto" w:after="0"/>
        <w:ind w:firstLine="283"/>
      </w:pPr>
      <w:r>
        <w:t>Kael boarded. The coat was on his shoulders. The cup was in the left pocket. The chalk was in the right pocket. The cup stayed where it was. The chalk stayed. The coat stayed.</w:t>
      </w:r>
    </w:p>
    <w:p>
      <w:pPr>
        <w:spacing w:line="360" w:lineRule="auto" w:after="0"/>
        <w:ind w:firstLine="283"/>
      </w:pPr>
      <w:r>
        <w:t>The deck was grey wood, salt-bleached, wet. The wood gave a little under his boots. The grey crew did not look at him. They moved around him with the center and the purpose — each one going to a rope, a cleat, a thing Kael did not have the name for. The ship smelled of salt and tar. The smell was not the city. Kael stood at the rail. The rail was wet. He put his hands on it. The hands were the hands that had held the cup and the chalk and the rope of the well-cover in the country. The rail was the ship’s. Kael was on the ship now.</w:t>
      </w:r>
    </w:p>
    <w:p>
      <w:pPr>
        <w:spacing w:line="360" w:lineRule="auto" w:after="0"/>
        <w:ind w:firstLine="283"/>
      </w:pPr>
      <w:r>
        <w:t>Kael looked back. Vasryn did not look back. Vasryn fought. Vasryn did not stop.</w:t>
      </w:r>
    </w:p>
    <w:p>
      <w:pPr>
        <w:spacing w:line="360" w:lineRule="auto" w:after="0"/>
        <w:ind w:firstLine="283"/>
      </w:pPr>
      <w:r>
        <w:t>The ship moved. The plank was up. The water was between Kael and the wall now — the water of the harbor, the sea.</w:t>
      </w:r>
    </w:p>
    <w:p>
      <w:pPr>
        <w:spacing w:line="360" w:lineRule="auto" w:after="0"/>
        <w:ind w:firstLine="283"/>
      </w:pPr>
      <w:r>
        <w:t>Kael looked back. The wall was there. The two lines were on the stone, the rain on them. The lines stayed on the stone. The stone stayed on the wall. The wall stayed.</w:t>
      </w:r>
    </w:p>
    <w:p>
      <w:pPr>
        <w:spacing w:line="360" w:lineRule="auto" w:after="0"/>
        <w:ind w:firstLine="283"/>
      </w:pPr>
      <w:r>
        <w:t>Vasryn did not look back. Vasryn was in the square, the figure in the rain.</w:t>
      </w:r>
    </w:p>
    <w:p>
      <w:pPr>
        <w:spacing w:line="360" w:lineRule="auto" w:after="0"/>
        <w:ind w:firstLine="283"/>
      </w:pPr>
      <w:r>
        <w:t>Atherin remained standing. But changed. The walls were not quite stone. The Ink was in the gutters. The records were not stable. The bells were not ringing. Not the same, and not fallen.</w:t>
      </w:r>
    </w:p>
    <w:p>
      <w:pPr>
        <w:spacing w:line="360" w:lineRule="auto" w:after="0"/>
        <w:ind w:firstLine="283"/>
      </w:pPr>
      <w:r>
        <w:t>The ship moved. The city receded. Vasryn diminished — the figure in the rain. The rain was between them. The figure moved the way the figure had moved: the needle through the cloth. The rain thickened. The figure thinned. The figure was a shape. The shape was a movement. The movement went on after the shape was gone, the way a sound goes on in a room after the bell has stopped.</w:t>
      </w:r>
    </w:p>
    <w:p>
      <w:pPr>
        <w:spacing w:line="360" w:lineRule="auto" w:after="0"/>
        <w:ind w:firstLine="283"/>
      </w:pPr>
      <w:r>
        <w:t>The cup was in the pocket. The chalk was in the pocket. The coat was on the shoulders. The name was unspoken now. He carried it. The name was Vasryn.</w:t>
      </w:r>
    </w:p>
    <w:p>
      <w:pPr>
        <w:spacing w:line="360" w:lineRule="auto" w:after="0"/>
        <w:ind w:firstLine="283"/>
      </w:pPr>
      <w:r>
        <w:t>The ship moved. The rain fell on the sea. Atherin stood, changed, behind him.</w:t>
      </w:r>
    </w:p>
    <w:p>
      <w:pPr>
        <w:spacing w:line="360" w:lineRule="auto" w:after="0"/>
        <w:ind w:firstLine="283"/>
      </w:pPr>
      <w:r>
        <w:t>## Epilogue — The City After the Rain</w:t>
      </w:r>
    </w:p>
    <w:p>
      <w:pPr>
        <w:spacing w:line="360" w:lineRule="auto" w:after="0"/>
        <w:ind w:firstLine="283"/>
      </w:pPr>
      <w:r>
        <w:t>‖ •</w:t>
      </w:r>
    </w:p>
    <w:p>
      <w:pPr>
        <w:spacing w:line="360" w:lineRule="auto" w:after="0"/>
        <w:ind w:firstLine="283"/>
      </w:pPr>
      <w:r>
        <w:t>The rain stopped on the third morning.</w:t>
      </w:r>
    </w:p>
    <w:p>
      <w:pPr>
        <w:spacing w:line="360" w:lineRule="auto" w:after="0"/>
        <w:ind w:firstLine="283"/>
      </w:pPr>
      <w:r>
        <w:t>Mira was in the archive. The rain had come through the roof in two places, and the water had found the engineering reports, and the reports were not dry. The walls were not quite stone.</w:t>
      </w:r>
    </w:p>
    <w:p>
      <w:pPr>
        <w:spacing w:line="360" w:lineRule="auto" w:after="0"/>
        <w:ind w:firstLine="283"/>
      </w:pPr>
      <w:r>
        <w:t>The records were not stable. Mira had opened the drawer — the drawer with the lie, the drawer with the child’s name that was not the child’s name — and the page was there, and the page held the lie, and the lie held the child. But the page was not dry. The water had found it. The ink had bled. The wrong name Mira had written was no longer readable.</w:t>
      </w:r>
    </w:p>
    <w:p>
      <w:pPr>
        <w:spacing w:line="360" w:lineRule="auto" w:after="0"/>
        <w:ind w:firstLine="283"/>
      </w:pPr>
      <w:r>
        <w:t>The not resolved was the thing Mira had written in the margins for eleven years — beside SENA TORM and RESA VELEN and the consent and the Marsa and the child. The rain had taken the record. The rain had not taken the margins.</w:t>
      </w:r>
    </w:p>
    <w:p>
      <w:pPr>
        <w:spacing w:line="360" w:lineRule="auto" w:after="0"/>
        <w:ind w:firstLine="283"/>
      </w:pPr>
      <w:r>
        <w:t>Pell was humming. The humming had come back.</w:t>
      </w:r>
    </w:p>
    <w:p>
      <w:pPr>
        <w:spacing w:line="360" w:lineRule="auto" w:after="0"/>
        <w:ind w:firstLine="283"/>
      </w:pPr>
      <w:r>
        <w:t>Nessa was in the kitchen. The kitchen was not the same kitchen, but the kitchen held. The stove held. The table held. The hundred and forty were not the hundred and forty, but the eating had not changed, and the eating was the thing the kitchen was for. The Mender did not come back to the kitchen. Nessa left a cup of water by the door anyway. She ladled the soup. The pod was green on the sill. The dent was in the measure.</w:t>
      </w:r>
    </w:p>
    <w:p>
      <w:pPr>
        <w:spacing w:line="360" w:lineRule="auto" w:after="0"/>
        <w:ind w:firstLine="283"/>
      </w:pPr>
      <w:r>
        <w:t>Seret was in the verification office. The rain had stopped. The window over the Verral had dried in streaks, and the authorization slips had dried into the wood, and the stain did not wash. He did not open the drawer. He sat with his hands flat on the wood, and the morning bell rang, and he did not sign anything.</w:t>
      </w:r>
    </w:p>
    <w:p>
      <w:pPr>
        <w:spacing w:line="360" w:lineRule="auto" w:after="0"/>
        <w:ind w:firstLine="283"/>
      </w:pPr>
      <w:r>
        <w:t>Mira sat at the desk. The drawer was in front of her. The chalk was on the desk — the small stub, wrapped in cloth, the color of old cream. The page was in the drawer. The page held the wrong name and the not resolved. The water had taken the wrong name. The water had not taken the not resolved.</w:t>
      </w:r>
    </w:p>
    <w:p>
      <w:pPr>
        <w:spacing w:line="360" w:lineRule="auto" w:after="0"/>
        <w:ind w:firstLine="283"/>
      </w:pPr>
      <w:r>
        <w:t>Mira did not take the chalk from the cloth. She did not open the chalk. She did not write not resolved in the margin of the page. The page held what it held. The drawer held what it held.</w:t>
      </w:r>
    </w:p>
    <w:p>
      <w:pPr>
        <w:spacing w:line="360" w:lineRule="auto" w:after="0"/>
        <w:ind w:firstLine="283"/>
      </w:pPr>
      <w:r>
        <w:t>But her hand — her hand did the thing her hand had done for eleven years. Her thumb moved against her forefinger the way it moved when it held the chalk. The chalk was not there. The page was not there. The margin was not there.</w:t>
      </w:r>
    </w:p>
    <w:p>
      <w:pPr>
        <w:spacing w:line="360" w:lineRule="auto" w:after="0"/>
        <w:ind w:firstLine="283"/>
      </w:pPr>
      <w:r>
        <w:t>The hand moved anyway. The hand wrote not resolved on the air above the drawer, in the gesture only, in the muscle’s memory. The gesture was the body’s. The body did not ask the page’s permission. The body did not ask the drawer’s.</w:t>
      </w:r>
    </w:p>
    <w:p>
      <w:pPr>
        <w:spacing w:line="360" w:lineRule="auto" w:after="0"/>
        <w:ind w:firstLine="283"/>
      </w:pPr>
      <w:r>
        <w:t>The body remembered what the record could not. The not-resolving stood in Mira’s hand the way the cup stood in Kael’s pocket — by holding, by the closed hand, by the not-letting-go. The work did not require the page. Her hand found the drawer handle. She did not open it. The handle was brass, worn smooth at the curve where her thumb had rested for eleven years.</w:t>
      </w:r>
    </w:p>
    <w:p>
      <w:pPr>
        <w:spacing w:line="360" w:lineRule="auto" w:after="0"/>
        <w:ind w:firstLine="283"/>
      </w:pPr>
      <w:r>
        <w:t>She touched the handle — the gesture her hand made before her mind decided.</w:t>
      </w:r>
    </w:p>
    <w:p>
      <w:pPr>
        <w:spacing w:line="360" w:lineRule="auto" w:after="0"/>
        <w:ind w:firstLine="283"/>
      </w:pPr>
      <w:r>
        <w:t>Mira closed the drawer.</w:t>
      </w:r>
    </w:p>
    <w:p>
      <w:pPr>
        <w:spacing w:line="360" w:lineRule="auto" w:after="0"/>
        <w:ind w:firstLine="283"/>
      </w:pPr>
      <w:r>
        <w:t>The drawer stayed closed.</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27b — The Second Danse</w:t>
      </w:r>
    </w:p>
    <w:p>
      <w:pPr>
        <w:spacing w:line="360" w:lineRule="auto" w:after="0"/>
        <w:ind w:firstLine="283"/>
      </w:pPr>
      <w:r>
        <w:t>‖ •</w:t>
      </w:r>
    </w:p>
    <w:p>
      <w:pPr>
        <w:spacing w:line="360" w:lineRule="auto" w:after="0"/>
        <w:ind w:firstLine="283"/>
      </w:pPr>
      <w:r>
        <w:t>The beasts came in from the east and the square began to fill with them, and Kael did the only thing there was to do from the wall, which was measure.</w:t>
      </w:r>
    </w:p>
    <w:p>
      <w:pPr>
        <w:spacing w:line="360" w:lineRule="auto" w:after="0"/>
        <w:ind w:firstLine="283"/>
      </w:pPr>
      <w:r>
        <w:t>They were the color of the rain and the wrong number of joints. The first was a horse's worth of weather on legs: four, or six, or whatever it had decided on. It went past the wall the way a river goes past a stone. It did not see him. None of them did. They were headed for the bells, and nothing else in the East Quarter was the point.</w:t>
      </w:r>
    </w:p>
    <w:p>
      <w:pPr>
        <w:spacing w:line="360" w:lineRule="auto" w:after="0"/>
        <w:ind w:firstLine="283"/>
      </w:pPr>
      <w:r>
        <w:t>Then the wave bent.</w:t>
      </w:r>
    </w:p>
    <w:p>
      <w:pPr>
        <w:spacing w:line="360" w:lineRule="auto" w:after="0"/>
        <w:ind w:firstLine="283"/>
      </w:pPr>
      <w:r>
        <w:t>Not all of it. A curl at its edge, a dozen beasts turning like iron filings toward something in the square that Kael couldn't see yet. He leaned out over the stone and found it.</w:t>
      </w:r>
    </w:p>
    <w:p>
      <w:pPr>
        <w:spacing w:line="360" w:lineRule="auto" w:after="0"/>
        <w:ind w:firstLine="283"/>
      </w:pPr>
      <w:r>
        <w:t>A man was walking into the rain.</w:t>
      </w:r>
    </w:p>
    <w:p>
      <w:pPr>
        <w:spacing w:line="360" w:lineRule="auto" w:after="0"/>
        <w:ind w:firstLine="283"/>
      </w:pPr>
      <w:r>
        <w:t>Walking. That was what Kael noticed first and trusted least. Not charging, not running. Crossing a street he had crossed before, hands held a little out from his sides, as though there were something in them.</w:t>
      </w:r>
    </w:p>
    <w:p>
      <w:pPr>
        <w:spacing w:line="360" w:lineRule="auto" w:after="0"/>
        <w:ind w:firstLine="283"/>
      </w:pPr>
      <w:r>
        <w:t>The first beast bunched to spring. The man was already a step off the line it would take, and the beast went through the place where he'd been. It wasn't a dodge. A dodge is something you do after. This came before.</w:t>
      </w:r>
    </w:p>
    <w:p>
      <w:pPr>
        <w:spacing w:line="360" w:lineRule="auto" w:after="0"/>
        <w:ind w:firstLine="283"/>
      </w:pPr>
      <w:r>
        <w:t>He didn't strike anything. Kael watched for it and it didn't come. The man moved, and where he moved the wave leaned toward him, because he was the only thing in the rain with a center, and a thing with no center follows whatever has one. Each step drew them a yard farther from the East Quarter gate. Behind him a long slow curve of beasts bent away from the quay like a river being persuaded.</w:t>
      </w:r>
    </w:p>
    <w:p>
      <w:pPr>
        <w:spacing w:line="360" w:lineRule="auto" w:after="0"/>
        <w:ind w:firstLine="283"/>
      </w:pPr>
      <w:r>
        <w:t>Needle through cloth. Kael had no other way to say it. The cloth was there, the needle went, the cloth did not stop it.</w:t>
      </w:r>
    </w:p>
    <w:p>
      <w:pPr>
        <w:spacing w:line="360" w:lineRule="auto" w:after="0"/>
        <w:ind w:firstLine="283"/>
      </w:pPr>
      <w:r>
        <w:t>He knew the moving the way he knew the coat — by the wearing. He had stood in a yard in the country and watched this man's weight settle onto his feet in exactly this way.</w:t>
      </w:r>
    </w:p>
    <w:p>
      <w:pPr>
        <w:spacing w:line="360" w:lineRule="auto" w:after="0"/>
        <w:ind w:firstLine="283"/>
      </w:pPr>
      <w:r>
        <w:t>But the man moved wrong.</w:t>
      </w:r>
    </w:p>
    <w:p>
      <w:pPr>
        <w:spacing w:line="360" w:lineRule="auto" w:after="0"/>
        <w:ind w:firstLine="283"/>
      </w:pPr>
      <w:r>
        <w:t>His right shoulder rode a hand's width below the left, a plumb hung off true. His right foot landed half a breath after his left, every step, like a man stepping onto a stair that was there a moment ago. His breath came short. And at the end of each turn his hands closed on nothing, the way a hand closes on a rail that has been taken down.</w:t>
      </w:r>
    </w:p>
    <w:p>
      <w:pPr>
        <w:spacing w:line="360" w:lineRule="auto" w:after="0"/>
        <w:ind w:firstLine="283"/>
      </w:pPr>
      <w:r>
        <w:t>Kael knew where the iron was. It was in the ground, where the man had left it.</w:t>
      </w:r>
    </w:p>
    <w:p>
      <w:pPr>
        <w:spacing w:line="360" w:lineRule="auto" w:after="0"/>
        <w:ind w:firstLine="283"/>
      </w:pPr>
      <w:r>
        <w:t>Vasryn had stopped asking why around the ninth step.</w:t>
      </w:r>
    </w:p>
    <w:p>
      <w:pPr>
        <w:spacing w:line="360" w:lineRule="auto" w:after="0"/>
        <w:ind w:firstLine="283"/>
      </w:pPr>
      <w:r>
        <w:t>The rain was taking things. He felt it do it. The warmth first, out of the cobbles, out of his own hands. Then the bells. Then something that had been in his head under the bells and had the shape of a reason.</w:t>
      </w:r>
    </w:p>
    <w:p>
      <w:pPr>
        <w:spacing w:line="360" w:lineRule="auto" w:after="0"/>
        <w:ind w:firstLine="283"/>
      </w:pPr>
      <w:r>
        <w:t>The form wasn't in order anymore. Ten years had taken it apart and put it back with the pieces in new places.</w:t>
      </w:r>
    </w:p>
    <w:p>
      <w:pPr>
        <w:spacing w:line="360" w:lineRule="auto" w:after="0"/>
        <w:ind w:firstLine="283"/>
      </w:pPr>
      <w:r>
        <w:t>Feet set. Weight centered. The hand rising to the sternum, and not arriving, because it closed on a grip that wasn't there and went on.</w:t>
      </w:r>
    </w:p>
    <w:p>
      <w:pPr>
        <w:spacing w:line="360" w:lineRule="auto" w:after="0"/>
        <w:ind w:firstLine="283"/>
      </w:pPr>
      <w:r>
        <w:t>The turn, hips leading.</w:t>
      </w:r>
    </w:p>
    <w:p>
      <w:pPr>
        <w:spacing w:line="360" w:lineRule="auto" w:after="0"/>
        <w:ind w:firstLine="283"/>
      </w:pPr>
      <w:r>
        <w:t>The third step was the pause. On the ridge it had been a held breath. Here it was a beast's whole lunge, let go by him in the width of that breath. It had no name. He would have to give it one, if he lived.</w:t>
      </w:r>
    </w:p>
    <w:p>
      <w:pPr>
        <w:spacing w:line="360" w:lineRule="auto" w:after="0"/>
        <w:ind w:firstLine="283"/>
      </w:pPr>
      <w:r>
        <w:t>The fourth step was his own. On the ridge the shoulder had waited for the fourteenth step to drop. Now it dropped on the fourth.</w:t>
      </w:r>
    </w:p>
    <w:p>
      <w:pPr>
        <w:spacing w:line="360" w:lineRule="auto" w:after="0"/>
        <w:ind w:firstLine="283"/>
      </w:pPr>
      <w:r>
        <w:t>He kept the center. That was the work: be the one thing in the rain that moves like it means it, and lead the rest of it away from the water, where something he couldn't remember the reason for was getting onto a boat. The reason had gone around the ninth step. It didn't matter. The step would carry it for him. The step had always been better at remembering than he was.</w:t>
      </w:r>
    </w:p>
    <w:p>
      <w:pPr>
        <w:spacing w:line="360" w:lineRule="auto" w:after="0"/>
        <w:ind w:firstLine="283"/>
      </w:pPr>
      <w:r>
        <w:t>On the twelfth step the one with the person's shape stepped out of the wave.</w:t>
      </w:r>
    </w:p>
    <w:p>
      <w:pPr>
        <w:spacing w:line="360" w:lineRule="auto" w:after="0"/>
        <w:ind w:firstLine="283"/>
      </w:pPr>
      <w:r>
        <w:t>It was taller than the others and stood on two legs, which was somehow the worst of it. Grey wool hung off it in strips, soaked black. There was a hand at the end of one arm, and the hand had a callus on the middle finger, the ridge where a quill rides. It stopped an arm's length away. It did not lunge. It held out the hand, palm up, the way you offer a dance.</w:t>
      </w:r>
    </w:p>
    <w:p>
      <w:pPr>
        <w:spacing w:line="360" w:lineRule="auto" w:after="0"/>
        <w:ind w:firstLine="283"/>
      </w:pPr>
      <w:r>
        <w:t>Every part of him that was tired understood.</w:t>
      </w:r>
    </w:p>
    <w:p>
      <w:pPr>
        <w:spacing w:line="360" w:lineRule="auto" w:after="0"/>
        <w:ind w:firstLine="283"/>
      </w:pPr>
      <w:r>
        <w:t>It was the only honest offer he'd had in ten years. The Architect had said the mercy and the cage and made him find the cage himself. This one said nothing. It had no door, no kettle, no kitchen. Only a hand, and what the hand meant: rest, it's finished, you can put the weight down at last. Nobody who dances with death is allowed to refuse for long. That's the whole joke of the name.</w:t>
      </w:r>
    </w:p>
    <w:p>
      <w:pPr>
        <w:spacing w:line="360" w:lineRule="auto" w:after="0"/>
        <w:ind w:firstLine="283"/>
      </w:pPr>
      <w:r>
        <w:t>He took the hand.</w:t>
      </w:r>
    </w:p>
    <w:p>
      <w:pPr>
        <w:spacing w:line="360" w:lineRule="auto" w:after="0"/>
        <w:ind w:firstLine="283"/>
      </w:pPr>
      <w:r>
        <w:t>It was cold, and it fit his, which he had not expected. His own hand shook in it. The thing's hand did not close. It waited to be led.</w:t>
      </w:r>
    </w:p>
    <w:p>
      <w:pPr>
        <w:spacing w:line="360" w:lineRule="auto" w:after="0"/>
        <w:ind w:firstLine="283"/>
      </w:pPr>
      <w:r>
        <w:t>So he led.</w:t>
      </w:r>
    </w:p>
    <w:p>
      <w:pPr>
        <w:spacing w:line="360" w:lineRule="auto" w:after="0"/>
        <w:ind w:firstLine="283"/>
      </w:pPr>
      <w:r>
        <w:t>The turn, hips leading. The thing turned with him, badly, too many elbows, a partner who had never been taught. He drew it round and walked it out of the square toward the long, bending curve of its kin, and the others came after, because he had the center and it was holding his hand.</w:t>
      </w:r>
    </w:p>
    <w:p>
      <w:pPr>
        <w:spacing w:line="360" w:lineRule="auto" w:after="0"/>
        <w:ind w:firstLine="283"/>
      </w:pPr>
      <w:r>
        <w:t>"Vasryn."</w:t>
      </w:r>
    </w:p>
    <w:p>
      <w:pPr>
        <w:spacing w:line="360" w:lineRule="auto" w:after="0"/>
        <w:ind w:firstLine="283"/>
      </w:pPr>
      <w:r>
        <w:t>It came from the wall. A voice, plain, not asking.</w:t>
      </w:r>
    </w:p>
    <w:p>
      <w:pPr>
        <w:spacing w:line="360" w:lineRule="auto" w:after="0"/>
        <w:ind w:firstLine="283"/>
      </w:pPr>
      <w:r>
        <w:t>He turned his head. A man on the wall in a too-large coat, the cuffs turned back twice. Younger than he'd thought. A face he should have had a place for.</w:t>
      </w:r>
    </w:p>
    <w:p>
      <w:pPr>
        <w:spacing w:line="360" w:lineRule="auto" w:after="0"/>
        <w:ind w:firstLine="283"/>
      </w:pPr>
      <w:r>
        <w:t>The name went in like a coin into a well, and he waited for the sound. There wasn't one. Where a person should have been there was a smooth, cool place, like a stone someone had wiped. He knew the coat. Somebody had turned those cuffs. More than one somebody, over years, with different hands.</w:t>
      </w:r>
    </w:p>
    <w:p>
      <w:pPr>
        <w:spacing w:line="360" w:lineRule="auto" w:after="0"/>
        <w:ind w:firstLine="283"/>
      </w:pPr>
      <w:r>
        <w:t>That was the half a breath. It was all there was. The thing in his grip pulled, and he felt it pull, and he turned back to the work.</w:t>
      </w:r>
    </w:p>
    <w:p>
      <w:pPr>
        <w:spacing w:line="360" w:lineRule="auto" w:after="0"/>
        <w:ind w:firstLine="283"/>
      </w:pPr>
      <w:r>
        <w:t>His feet had already gone on. The form reached the twenty-first step by its own road, the way a river reaches the sea, and the form wanted its sentence. On the ridge he had said the short one. He had refused the long one to a door that offered him his grandmother. He didn't want to refuse it now. Somebody was on the wall, and there was nobody left to tell it to but the coat.</w:t>
      </w:r>
    </w:p>
    <w:p>
      <w:pPr>
        <w:spacing w:line="360" w:lineRule="auto" w:after="0"/>
        <w:ind w:firstLine="283"/>
      </w:pPr>
      <w:r>
        <w:t>"I am Vasryn. I am the Fool who dances with death. Bear witness to the true art. The circle remains open."</w:t>
      </w:r>
    </w:p>
    <w:p>
      <w:pPr>
        <w:spacing w:line="360" w:lineRule="auto" w:after="0"/>
        <w:ind w:firstLine="283"/>
      </w:pPr>
      <w:r>
        <w:t>He said it with Death's hand in his own, leading it round the square in the rain. It seemed to him that somebody ought to be told.</w:t>
      </w:r>
    </w:p>
    <w:p>
      <w:pPr>
        <w:spacing w:line="360" w:lineRule="auto" w:after="0"/>
        <w:ind w:firstLine="283"/>
      </w:pPr>
      <w:r>
        <w:t>Kael heard all of it. The rain carried it up the wall flat and clear, a voice that had put everything else down to say it.</w:t>
      </w:r>
    </w:p>
    <w:p>
      <w:pPr>
        <w:spacing w:line="360" w:lineRule="auto" w:after="0"/>
        <w:ind w:firstLine="283"/>
      </w:pPr>
      <w:r>
        <w:t>He didn't know what to do. Bear witness was an instruction, and instructions were the one thing in the world he knew how to follow.</w:t>
      </w:r>
    </w:p>
    <w:p>
      <w:pPr>
        <w:spacing w:line="360" w:lineRule="auto" w:after="0"/>
        <w:ind w:firstLine="283"/>
      </w:pPr>
      <w:r>
        <w:t>He didn't answer. He put his hand flat on the grooves in the stone, where the man could see it if he looked. The man didn't look. Kael left it there anyway.</w:t>
      </w:r>
    </w:p>
    <w:p>
      <w:pPr>
        <w:spacing w:line="360" w:lineRule="auto" w:after="0"/>
        <w:ind w:firstLine="283"/>
      </w:pPr>
      <w:r>
        <w:t>The bells hung still. Below, the fruit cart lay where it had gone over, and the dog that had been under it stayed there, and the beasts went on not stopping for it.</w:t>
      </w:r>
    </w:p>
    <w:p>
      <w:pPr>
        <w:spacing w:line="360" w:lineRule="auto" w:after="0"/>
        <w:ind w:firstLine="283"/>
      </w:pPr>
      <w:r>
        <w:t>Then the ships came.</w:t>
      </w:r>
    </w:p>
    <w:p>
      <w:pPr>
        <w:spacing w:line="360" w:lineRule="auto" w:after="0"/>
        <w:ind w:firstLine="283"/>
      </w:pPr>
      <w:r>
        <w:t>They came through the East Quarter gate from the south, three of them, low and heavy, the steady of things that have been coming a long time. Grey sails, grey hulls, grey crews in grey cloth that was not the city's cloth. No buckles. No verification blue. They did not ask for names.</w:t>
      </w:r>
    </w:p>
    <w:p>
      <w:pPr>
        <w:spacing w:line="360" w:lineRule="auto" w:after="0"/>
        <w:ind w:firstLine="283"/>
      </w:pPr>
      <w:r>
        <w:t>Kael went down off the wall, because the ships were the other thing there was to do.</w:t>
      </w:r>
    </w:p>
    <w:p>
      <w:pPr>
        <w:spacing w:line="360" w:lineRule="auto" w:after="0"/>
        <w:ind w:firstLine="283"/>
      </w:pPr>
      <w:r>
        <w:t>A woman stood at the foot of the nearest plank, not old and not young, with the face of someone who had asked one question a great many times and had not stopped meaning it.</w:t>
      </w:r>
    </w:p>
    <w:p>
      <w:pPr>
        <w:spacing w:line="360" w:lineRule="auto" w:after="0"/>
        <w:ind w:firstLine="283"/>
      </w:pPr>
      <w:r>
        <w:t>"Are they alive?"</w:t>
      </w:r>
    </w:p>
    <w:p>
      <w:pPr>
        <w:spacing w:line="360" w:lineRule="auto" w:after="0"/>
        <w:ind w:firstLine="283"/>
      </w:pPr>
      <w:r>
        <w:t>She asked it of each one who came to her. A brown, wet dog with a limp came up the quay ahead of Kael. He had last seen it under the fruit cart. The woman looked down at it.</w:t>
      </w:r>
    </w:p>
    <w:p>
      <w:pPr>
        <w:spacing w:line="360" w:lineRule="auto" w:after="0"/>
        <w:ind w:firstLine="283"/>
      </w:pPr>
      <w:r>
        <w:t>"Are they alive?"</w:t>
      </w:r>
    </w:p>
    <w:p>
      <w:pPr>
        <w:spacing w:line="360" w:lineRule="auto" w:after="0"/>
        <w:ind w:firstLine="283"/>
      </w:pPr>
      <w:r>
        <w:t>The dog was. It went up the plank like a passenger who had booked.</w:t>
      </w:r>
    </w:p>
    <w:p>
      <w:pPr>
        <w:spacing w:line="360" w:lineRule="auto" w:after="0"/>
        <w:ind w:firstLine="283"/>
      </w:pPr>
      <w:r>
        <w:t>Then she looked at Kael. Not at the coat, not at the cup, not at the chalk.</w:t>
      </w:r>
    </w:p>
    <w:p>
      <w:pPr>
        <w:spacing w:line="360" w:lineRule="auto" w:after="0"/>
        <w:ind w:firstLine="283"/>
      </w:pPr>
      <w:r>
        <w:t>"Are they alive?"</w:t>
      </w:r>
    </w:p>
    <w:p>
      <w:pPr>
        <w:spacing w:line="360" w:lineRule="auto" w:after="0"/>
        <w:ind w:firstLine="283"/>
      </w:pPr>
      <w:r>
        <w:t>He didn't know who they were. The ones behind him, the man in the rain and the lines on the stone. Or the ones ahead, whom he hadn't met.</w:t>
      </w:r>
    </w:p>
    <w:p>
      <w:pPr>
        <w:spacing w:line="360" w:lineRule="auto" w:after="0"/>
        <w:ind w:firstLine="283"/>
      </w:pPr>
      <w:r>
        <w:t>"Yes," Kael said.</w:t>
      </w:r>
    </w:p>
    <w:p>
      <w:pPr>
        <w:spacing w:line="360" w:lineRule="auto" w:after="0"/>
        <w:ind w:firstLine="283"/>
      </w:pPr>
      <w:r>
        <w:t>She stepped aside.</w:t>
      </w:r>
    </w:p>
    <w:p>
      <w:pPr>
        <w:spacing w:line="360" w:lineRule="auto" w:after="0"/>
        <w:ind w:firstLine="283"/>
      </w:pPr>
      <w:r>
        <w:t>On the deck he went to the rail. The ship's master called for the plank. The woman at the foot of it said, "Not yet." She was looking at the square.</w:t>
      </w:r>
    </w:p>
    <w:p>
      <w:pPr>
        <w:spacing w:line="360" w:lineRule="auto" w:after="0"/>
        <w:ind w:firstLine="283"/>
      </w:pPr>
      <w:r>
        <w:t>"Is he coming?" she said, not to anyone.</w:t>
      </w:r>
    </w:p>
    <w:p>
      <w:pPr>
        <w:spacing w:line="360" w:lineRule="auto" w:after="0"/>
        <w:ind w:firstLine="283"/>
      </w:pPr>
      <w:r>
        <w:t>Kael hadn't told her about the man. He didn't ask how she knew. "No," he said.</w:t>
      </w:r>
    </w:p>
    <w:p>
      <w:pPr>
        <w:spacing w:line="360" w:lineRule="auto" w:after="0"/>
        <w:ind w:firstLine="283"/>
      </w:pPr>
      <w:r>
        <w:t>She looked a while longer. Then she held the plank ten breaths past the master's order, in case. Kael counted them. Counting was what he did.</w:t>
      </w:r>
    </w:p>
    <w:p>
      <w:pPr>
        <w:spacing w:line="360" w:lineRule="auto" w:after="0"/>
        <w:ind w:firstLine="283"/>
      </w:pPr>
      <w:r>
        <w:t>At ten she lifted it.</w:t>
      </w:r>
    </w:p>
    <w:p>
      <w:pPr>
        <w:spacing w:line="360" w:lineRule="auto" w:after="0"/>
        <w:ind w:firstLine="283"/>
      </w:pPr>
      <w:r>
        <w:t>The water opened between the ship and the wall. The two lines were on the stone, with the rain on them. In the square, the man did not look back. He was a figure in the rain, still moving, still leading the whole black wave away from the water, with one hand held out in front of him.</w:t>
      </w:r>
    </w:p>
    <w:p>
      <w:pPr>
        <w:spacing w:line="360" w:lineRule="auto" w:after="0"/>
        <w:ind w:firstLine="283"/>
      </w:pPr>
      <w:r>
        <w:t>The rain thickened. The figure thinned. The shape was a movement, and the movement went on after the shape was gone, the way a sound goes on in a room after the bell has stopped.</w:t>
      </w:r>
    </w:p>
    <w:p>
      <w:pPr>
        <w:spacing w:line="360" w:lineRule="auto" w:after="0"/>
        <w:ind w:firstLine="283"/>
      </w:pPr>
      <w:r>
        <w:t>The cup was in the left pocket. The chalk was in the right. The coat was on his shoulders. He had been told to bear witness. He stood at the rail and did it until there was nothing left to see, and for some time after.</w:t>
      </w:r>
    </w:p>
    <w:p>
      <w:pPr>
        <w:spacing w:line="360" w:lineRule="auto" w:after="0"/>
        <w:ind w:firstLine="283"/>
      </w:pPr>
      <w:r>
        <w:t>Atherin stood behind him, changed, in the rain.</w:t>
      </w:r>
    </w:p>
    <w:p>
      <w:pPr>
        <w:ind w:firstLine="0"/>
        <w:jc w:val="center"/>
      </w:pPr>
      <w:r>
        <w:rPr>
          <w:color w:val="AAAAAA"/>
        </w:rPr>
        <w:t>❖</w:t>
      </w:r>
    </w:p>
    <w:p>
      <w:pPr>
        <w:ind w:firstLine="0"/>
        <w:jc w:val="center"/>
      </w:pPr>
      <w:r>
        <w:rPr>
          <w:color w:val="AAAAAA"/>
        </w:rPr>
        <w:t>❖</w:t>
      </w:r>
    </w:p>
    <w:p>
      <w:r>
        <w:br w:type="page"/>
      </w:r>
    </w:p>
    <w:p>
      <w:pPr>
        <w:spacing w:before="480" w:after="480"/>
        <w:ind w:firstLine="0"/>
        <w:jc w:val="center"/>
      </w:pPr>
      <w:r>
        <w:rPr>
          <w:rFonts w:ascii="Garamond" w:hAnsi="Garamond"/>
          <w:b/>
          <w:color w:val="1F365D"/>
          <w:sz w:val="40"/>
        </w:rPr>
        <w:t>ACT III — THE CHANGING SEA</w:t>
      </w:r>
    </w:p>
    <w:p>
      <w:pPr>
        <w:spacing w:before="360" w:after="240"/>
        <w:ind w:firstLine="0"/>
        <w:jc w:val="center"/>
      </w:pPr>
      <w:r>
        <w:rPr>
          <w:b/>
          <w:i/>
          <w:color w:val="333333"/>
          <w:sz w:val="26"/>
        </w:rPr>
        <w:t>Chapter 1 — Escape</w:t>
      </w:r>
    </w:p>
    <w:p>
      <w:pPr>
        <w:spacing w:line="360" w:lineRule="auto" w:after="0"/>
        <w:ind w:firstLine="283"/>
      </w:pPr>
      <w:r>
        <w:t>· salt ·</w:t>
      </w:r>
    </w:p>
    <w:p>
      <w:pPr>
        <w:spacing w:line="360" w:lineRule="auto" w:after="0"/>
        <w:ind w:firstLine="283"/>
      </w:pPr>
      <w:r>
        <w:t>The ship moved, and the land did not.</w:t>
      </w:r>
    </w:p>
    <w:p>
      <w:pPr>
        <w:spacing w:line="360" w:lineRule="auto" w:after="0"/>
        <w:ind w:firstLine="283"/>
      </w:pPr>
      <w:r>
        <w:t>In the passages you went and the walls stayed, and the walls were what held. But the ship had its own stillness — a floor that rolled and returned — and the land behind them was the thing that moved. Smaller each watch. A grey line. Then nothing.</w:t>
      </w:r>
    </w:p>
    <w:p>
      <w:pPr>
        <w:spacing w:line="360" w:lineRule="auto" w:after="0"/>
        <w:ind w:firstLine="283"/>
      </w:pPr>
      <w:r>
        <w:t>The wind came from the south-west and it was wet — the wet of a sea that had been breathed on for a week. From the rail, in any direction, the water went to the rim of what the eye could hold, and past the rim. There was no wall between the body and the weather. The body learned the exposure. It did not get used to it. The body went on.</w:t>
      </w:r>
    </w:p>
    <w:p>
      <w:pPr>
        <w:spacing w:line="360" w:lineRule="auto" w:after="0"/>
        <w:ind w:firstLine="283"/>
      </w:pPr>
      <w:r>
        <w:t>She counted the exits.</w:t>
      </w:r>
    </w:p>
    <w:p>
      <w:pPr>
        <w:spacing w:line="360" w:lineRule="auto" w:after="0"/>
        <w:ind w:firstLine="283"/>
      </w:pPr>
      <w:r>
        <w:t>Two from the foredeck where she had settled her pack: the bow ladder, which went down to the hold where the Atherin people slept in rows; and the rail itself, an exit of the wrong kind. Below there would be the hold hatch, the galley companionway, the two gangways that could be rigged ship-to-ship when the fleet lay in company. She counted them anyway. She had counted the doors of Varas’s kitchen at fourteen, and the grilles of the East Quarter, and everything since. The count was the habit. The habit kept her, or she kept it; she had stopped being able to tell.</w:t>
      </w:r>
    </w:p>
    <w:p>
      <w:pPr>
        <w:spacing w:line="360" w:lineRule="auto" w:after="0"/>
        <w:ind w:firstLine="283"/>
      </w:pPr>
      <w:r>
        <w:t>The city had fallen. She carried that beneath the count, beneath the pack and the slate and the child on her hip. The counting had been the cage. The rain had opened it. She did not say this. The fleet carried. The fleet did not say.</w:t>
      </w:r>
    </w:p>
    <w:p>
      <w:pPr>
        <w:spacing w:line="360" w:lineRule="auto" w:after="0"/>
        <w:ind w:firstLine="283"/>
      </w:pPr>
      <w:r>
        <w:t>The chest was below, in the chart ship’s aft cabin, lashed to the frame. The chest held the pages the city had saved:</w:t>
      </w:r>
    </w:p>
    <w:p>
      <w:pPr>
        <w:spacing w:line="360" w:lineRule="auto" w:after="0"/>
        <w:ind w:firstLine="283"/>
      </w:pPr>
      <w:r>
        <w:t>A woman came along the deck with a bucket and a cloth. Grey in the Sea Bearer way — the grey of cloth salted and sunned, the grey of a sea-faring people who had made their clothes the color of their weather.</w:t>
      </w:r>
    </w:p>
    <w:p>
      <w:pPr>
        <w:spacing w:line="360" w:lineRule="auto" w:after="0"/>
        <w:ind w:firstLine="283"/>
      </w:pPr>
      <w:r>
        <w:t>“You’ve been standing there since the middle watch,” the woman said.</w:t>
      </w:r>
    </w:p>
    <w:p>
      <w:pPr>
        <w:spacing w:line="360" w:lineRule="auto" w:after="0"/>
        <w:ind w:firstLine="283"/>
      </w:pPr>
      <w:r>
        <w:t>“I’m passing through.”</w:t>
      </w:r>
    </w:p>
    <w:p>
      <w:pPr>
        <w:spacing w:line="360" w:lineRule="auto" w:after="0"/>
        <w:ind w:firstLine="283"/>
      </w:pPr>
      <w:r>
        <w:t>The woman considered this. She had a face that considered things. “The deck doesn’t go anywhere,” she said. “You can pass through tomorrow.”</w:t>
      </w:r>
    </w:p>
    <w:p>
      <w:pPr>
        <w:spacing w:line="360" w:lineRule="auto" w:after="0"/>
        <w:ind w:firstLine="283"/>
      </w:pPr>
      <w:r>
        <w:t>She went on with the bucket. Nima understood afterward that this had been an offer, made sideways, while doing something else, so it could be ignored. She had ignored it. She was not sorry. She was standing at the rail with the pack at her feet and the count in her head and both hands free, and that was as much of a place as she had.</w:t>
      </w:r>
    </w:p>
    <w:p>
      <w:pPr>
        <w:spacing w:line="360" w:lineRule="auto" w:after="0"/>
        <w:ind w:firstLine="283"/>
      </w:pPr>
      <w:r>
        <w:t>The pack held what it held. The slate, wrapped in the cloth she had sewn herself, the double stitch. The chalk stub, the color of old cream. The thread — the knot that meant come now, the knot she had not tied since the city. A heel of bread gone hard. The tallow stub.</w:t>
      </w:r>
    </w:p>
    <w:p>
      <w:pPr>
        <w:spacing w:line="360" w:lineRule="auto" w:after="0"/>
        <w:ind w:firstLine="283"/>
      </w:pPr>
      <w:r>
        <w:t>The slate was the weight — had been the weight since the shelter under the East Annex, since she wrote the line with the chalk: the mother, small, not vanishing. Everything else in the world had agreed to vanish except that one line. She did not take it out. The slate was in the pack the way the count was in her head. Carried, not held.</w:t>
      </w:r>
    </w:p>
    <w:p>
      <w:pPr>
        <w:spacing w:line="360" w:lineRule="auto" w:after="0"/>
        <w:ind w:firstLine="283"/>
      </w:pPr>
      <w:r>
        <w:t>She was hungry. The bread was for later and she would know later when it came, and the hunger was a small honest thing and she let it be small.</w:t>
      </w:r>
    </w:p>
    <w:p>
      <w:pPr>
        <w:spacing w:line="360" w:lineRule="auto" w:after="0"/>
        <w:ind w:firstLine="283"/>
      </w:pPr>
      <w:r>
        <w:t>At the forenoon watch a girl came up from the hold with a tally board that had been a ship’s tally board before it had been anything, and went along the rows of Atherin people and asked each one a question. The question was the same for everyone. It was not name, origin, purpose. It was not the question that put a person on a list.</w:t>
      </w:r>
    </w:p>
    <w:p>
      <w:pPr>
        <w:spacing w:line="360" w:lineRule="auto" w:after="0"/>
        <w:ind w:firstLine="283"/>
      </w:pPr>
      <w:r>
        <w:t>It was: Who do we say you are, if anyone asks?</w:t>
      </w:r>
    </w:p>
    <w:p>
      <w:pPr>
        <w:spacing w:line="360" w:lineRule="auto" w:after="0"/>
        <w:ind w:firstLine="283"/>
      </w:pPr>
      <w:r>
        <w:t>If the person had a name they wanted said, the girl wrote it. If they had no name they wanted said, the girl wrote nothing, and the nothing was a mark too — a small dash, unbothered, the same size as the letters. A dash on a tally board was not a cage. Nima watched the dash go down beside a fisherman from the western wall who had not spoken since the harbor, and the dash was the first record she had ever seen that a person could stand inside without being held by it.</w:t>
      </w:r>
    </w:p>
    <w:p>
      <w:pPr>
        <w:spacing w:line="360" w:lineRule="auto" w:after="0"/>
        <w:ind w:firstLine="283"/>
      </w:pPr>
      <w:r>
        <w:t>When the girl came to her, the girl waited. The girl had a sunburnt nose and a coil of rope over one shoulder and the beginnings of the grey cloth.</w:t>
      </w:r>
    </w:p>
    <w:p>
      <w:pPr>
        <w:spacing w:line="360" w:lineRule="auto" w:after="0"/>
        <w:ind w:firstLine="283"/>
      </w:pPr>
      <w:r>
        <w:t>“Say I’m passing through.”</w:t>
      </w:r>
    </w:p>
    <w:p>
      <w:pPr>
        <w:spacing w:line="360" w:lineRule="auto" w:after="0"/>
        <w:ind w:firstLine="283"/>
      </w:pPr>
      <w:r>
        <w:t>The girl’s hand moved. A dash. Then, because she was young and the young had not finished learning not to ask: “Through to where?”</w:t>
      </w:r>
    </w:p>
    <w:p>
      <w:pPr>
        <w:spacing w:line="360" w:lineRule="auto" w:after="0"/>
        <w:ind w:firstLine="283"/>
      </w:pPr>
      <w:r>
        <w:t>“I’ll know it when I’m there.”</w:t>
      </w:r>
    </w:p>
    <w:p>
      <w:pPr>
        <w:spacing w:line="360" w:lineRule="auto" w:after="0"/>
        <w:ind w:firstLine="283"/>
      </w:pPr>
      <w:r>
        <w:t>The girl looked at her a moment longer, the way you look at a door you are not going to open, and went on to the next.</w:t>
      </w:r>
    </w:p>
    <w:p>
      <w:pPr>
        <w:spacing w:line="360" w:lineRule="auto" w:after="0"/>
        <w:ind w:firstLine="283"/>
      </w:pPr>
      <w:r>
        <w:t>They had names, the Sea Bearers. That had surprised her. In the passages a name was a handle, and a handle was what the record grabbed you by. Here a name was a coat. You wore it for a season and set it down. The fleet had a drawer of them, or a chest — she had heard it three ways from three people and stopped trying to find out which was true, because all three were true.</w:t>
      </w:r>
    </w:p>
    <w:p>
      <w:pPr>
        <w:spacing w:line="360" w:lineRule="auto" w:after="0"/>
        <w:ind w:firstLine="283"/>
      </w:pPr>
      <w:r>
        <w:t>The woman with the bucket was called Mew, this season. The girl with the tally was called Ash. The man who had the charts was called Skerry. Ash had been something else in the spring, and would be something else when the work under her hands changed.</w:t>
      </w:r>
    </w:p>
    <w:p>
      <w:pPr>
        <w:spacing w:line="360" w:lineRule="auto" w:after="0"/>
        <w:ind w:firstLine="283"/>
      </w:pPr>
      <w:r>
        <w:t>Mew was the older, broad-shouldered, with a fisherman’s forearm and the half-squint of a person who has spent more of her life looking at water than at faces. She had a way of being funny by being plain, and the plainness sometimes crossed, without warning, into something else — a bluntness that left no mark but did not soften either. Ash had a wide, low face, the kind that takes the sun first across the bridge of the nose, and a lower lip she bit when she was thinking of the next question. Neither of them pressed the office on anyone. The office was the work the hands were doing. When the work changed, the office would move.</w:t>
      </w:r>
    </w:p>
    <w:p>
      <w:pPr>
        <w:spacing w:line="360" w:lineRule="auto" w:after="0"/>
        <w:ind w:firstLine="283"/>
      </w:pPr>
      <w:r>
        <w:t>She had not taken a name. They had not pressed.</w:t>
      </w:r>
    </w:p>
    <w:p>
      <w:pPr>
        <w:spacing w:line="360" w:lineRule="auto" w:after="0"/>
        <w:ind w:firstLine="283"/>
      </w:pPr>
      <w:r>
        <w:t>At evening the ships lay in company, hull to hull where the water allowed, and lines went across, and food went across, and Nima watched the galley ship’s boat come with the pots. The fleet ate together when it could. She had thought it was ceremony, and then she had gone down once because the child — there was a child, a girl of maybe six, who had attached herself to the hold’s rows near where Nima slept — had pulled her sleeve, and it was not ceremony. It was labor. Twenty women and men portioning from the boats into whatever the refugees had brought: dented bowls, clay cups, a tin with no lid, a jar that had once held pickles and now held soup. Nobody asked whose bowl it was. Nobody wrote the portions down.</w:t>
      </w:r>
    </w:p>
    <w:p>
      <w:pPr>
        <w:spacing w:line="360" w:lineRule="auto" w:after="0"/>
        <w:ind w:firstLine="283"/>
      </w:pPr>
      <w:r>
        <w:t>She had been keeping the count of the bowls that went down into the hold. She lost it at thirty-four, or thirty-five — the second boat had come with its stack in no order. She started again at the rail. Thirty. Thirty-one. The count came back. She did not know where it had gone. She had not slept. She went down for her portion.</w:t>
      </w:r>
    </w:p>
    <w:p>
      <w:pPr>
        <w:spacing w:line="360" w:lineRule="auto" w:after="0"/>
        <w:ind w:firstLine="283"/>
      </w:pPr>
      <w:r>
        <w:t>She took her portion back up the ladder and ate it at the rail with the child, whose name was Rea or Rena — the girl said it both ways on successive days, and Nima did not correct either, and that felt like the freest thing she had done in years.</w:t>
      </w:r>
    </w:p>
    <w:p>
      <w:pPr>
        <w:spacing w:line="360" w:lineRule="auto" w:after="0"/>
        <w:ind w:firstLine="283"/>
      </w:pPr>
      <w:r>
        <w:t>The bread was short. The soup was thin. The child ate fast and then wanted Nima’s bread and Nima gave her half and ate the rest standing up, looking away so the child would not have to choose between taking it and being polite. She did not know where she had learned that. Not in the passages.</w:t>
      </w:r>
    </w:p>
    <w:p>
      <w:pPr>
        <w:spacing w:line="360" w:lineRule="auto" w:after="0"/>
        <w:ind w:firstLine="283"/>
      </w:pPr>
      <w:r>
        <w:t>The fleet’s riding lights lay on the water — one to a ship, no two the same height — and the lights did not form a line, and nobody knew where the lights ended because the fleet’s edges were only where the watching stopped.</w:t>
      </w:r>
    </w:p>
    <w:p>
      <w:pPr>
        <w:spacing w:line="360" w:lineRule="auto" w:after="0"/>
        <w:ind w:firstLine="283"/>
      </w:pPr>
      <w:r>
        <w:t>The child fell asleep against her hip, against the pack, against the slate. Nima did not move her. The deck rolled and returned. The count went in her head — exits, lights, bowls — and somewhere behind the count, in the place behind her sternum where the shapes lived, a new shape was settling in beside the old ones: a deck that rolled and returned, a girl who said her own name two ways, a fleet that kept no list and fed you anyway.</w:t>
      </w:r>
    </w:p>
    <w:p>
      <w:pPr>
        <w:spacing w:line="360" w:lineRule="auto" w:after="0"/>
        <w:ind w:firstLine="283"/>
      </w:pPr>
      <w:r>
        <w:t>She did not name the shape. She stood at the rail until the middle watch came, and the middle watch found her there, and she let the deck hold them both, and the land behind them was gone, and the land ahead did not exist yet, and the water between was everything, and the child slept, and Nima passed through.</w:t>
      </w:r>
    </w:p>
    <w:p>
      <w:pPr>
        <w:ind w:firstLine="0"/>
        <w:jc w:val="center"/>
      </w:pPr>
      <w:r>
        <w:rPr>
          <w:color w:val="AAAAAA"/>
        </w:rPr>
        <w:t>❖</w:t>
      </w:r>
    </w:p>
    <w:p>
      <w:pPr>
        <w:spacing w:before="360" w:after="240"/>
        <w:ind w:firstLine="0"/>
        <w:jc w:val="center"/>
      </w:pPr>
      <w:r>
        <w:rPr>
          <w:b/>
          <w:i/>
          <w:color w:val="333333"/>
          <w:sz w:val="26"/>
        </w:rPr>
        <w:t>Chapter 1b — The Grey Ship</w:t>
      </w:r>
    </w:p>
    <w:p>
      <w:pPr>
        <w:spacing w:line="360" w:lineRule="auto" w:after="0"/>
        <w:ind w:firstLine="283"/>
      </w:pPr>
      <w:r>
        <w:t>· salt ·</w:t>
      </w:r>
    </w:p>
    <w:p>
      <w:pPr>
        <w:spacing w:line="360" w:lineRule="auto" w:after="0"/>
        <w:ind w:firstLine="283"/>
      </w:pPr>
      <w:r>
        <w:t>The grey ship came out of the east on the fourth day.</w:t>
      </w:r>
    </w:p>
    <w:p>
      <w:pPr>
        <w:spacing w:line="360" w:lineRule="auto" w:after="0"/>
        <w:ind w:firstLine="283"/>
      </w:pPr>
      <w:r>
        <w:t>She was grey-hulled, like the fleet, but older. The planks had the color of wood that has been wet and dried and wet again for years. The sail was patched in three places, and the patches were older than the sail. She came on a course that should not have been possible — the wind was south-west, and she was sailing into it, close-hauled on a starboard tack that should have put her in irons and did not.</w:t>
      </w:r>
    </w:p>
    <w:p>
      <w:pPr>
        <w:spacing w:line="360" w:lineRule="auto" w:after="0"/>
        <w:ind w:firstLine="283"/>
      </w:pPr>
      <w:r>
        <w:t>Skerry saw her first. She called down to Mew. Mew called the fleet.</w:t>
      </w:r>
    </w:p>
    <w:p>
      <w:pPr>
        <w:spacing w:line="360" w:lineRule="auto" w:after="0"/>
        <w:ind w:firstLine="283"/>
      </w:pPr>
      <w:r>
        <w:t>The grey ship came alongside. She did not hail. The man at the wheel did not hail. He was old. His hair was white and salt-cracked to the color of the wood. His hands were on the wheel the way hands hold a thing they have been holding for years — without the grip, without the thinking. He wore a coat that had been blue once. The coat was the color of nothing now.</w:t>
      </w:r>
    </w:p>
    <w:p>
      <w:pPr>
        <w:spacing w:line="360" w:lineRule="auto" w:after="0"/>
        <w:ind w:firstLine="283"/>
      </w:pPr>
      <w:r>
        <w:t>He took one hand off the wheel. He reached into the coat. He took out a hand telescope — brass, pocket-sized, dented at one corner, the lens cracked in a star from a drop years ago. He raised it. He looked through the crack. He lowered it. He put it back.</w:t>
      </w:r>
    </w:p>
    <w:p>
      <w:pPr>
        <w:spacing w:line="360" w:lineRule="auto" w:after="0"/>
        <w:ind w:firstLine="283"/>
      </w:pPr>
      <w:r>
        <w:t>He had not looked at the fleet. He had not looked at the fleet’s charts. He had looked through the eyeglass and at nothing else.</w:t>
      </w:r>
    </w:p>
    <w:p>
      <w:pPr>
        <w:spacing w:line="360" w:lineRule="auto" w:after="0"/>
        <w:ind w:firstLine="283"/>
      </w:pPr>
      <w:r>
        <w:t>Skerry knew him. She did not know his name. She knew the way he stood at the wheel — the way a man stands who has watched a road for forty years and has taken the watching to the sea.</w:t>
      </w:r>
    </w:p>
    <w:p>
      <w:pPr>
        <w:spacing w:line="360" w:lineRule="auto" w:after="0"/>
        <w:ind w:firstLine="283"/>
      </w:pPr>
      <w:r>
        <w:t>“That’s the old man,” Skerry said. “The one who watched the road at Koric.”</w:t>
      </w:r>
    </w:p>
    <w:p>
      <w:pPr>
        <w:spacing w:line="360" w:lineRule="auto" w:after="0"/>
        <w:ind w:firstLine="283"/>
      </w:pPr>
      <w:r>
        <w:t>He turned the wheel. The grey ship came alongside the chart ship. He looked at Skerry. His eyes were the eyes of a man who has been looking at water for years and has forgotten that land has faces.</w:t>
      </w:r>
    </w:p>
    <w:p>
      <w:pPr>
        <w:spacing w:line="360" w:lineRule="auto" w:after="0"/>
        <w:ind w:firstLine="283"/>
      </w:pPr>
      <w:r>
        <w:t>“Are they still alive?” he said.</w:t>
      </w:r>
    </w:p>
    <w:p>
      <w:pPr>
        <w:spacing w:line="360" w:lineRule="auto" w:after="0"/>
        <w:ind w:firstLine="283"/>
      </w:pPr>
      <w:r>
        <w:t>He said it to the sea. He said it past Skerry, past the fleet, to the water that went east, to the coast the fleet had left.</w:t>
      </w:r>
    </w:p>
    <w:p>
      <w:pPr>
        <w:spacing w:line="360" w:lineRule="auto" w:after="0"/>
        <w:ind w:firstLine="283"/>
      </w:pPr>
      <w:r>
        <w:t>Nobody answered. The sea did not answer.</w:t>
      </w:r>
    </w:p>
    <w:p>
      <w:pPr>
        <w:spacing w:line="360" w:lineRule="auto" w:after="0"/>
        <w:ind w:firstLine="283"/>
      </w:pPr>
      <w:r>
        <w:t>He turned the wheel. The grey ship fell back to the tow position. He did not hail again.</w:t>
      </w:r>
    </w:p>
    <w:p>
      <w:pPr>
        <w:spacing w:line="360" w:lineRule="auto" w:after="0"/>
        <w:ind w:firstLine="283"/>
      </w:pPr>
      <w:r>
        <w:t>The fleet did not ask him where he had been. The fleet did not ask him where he was going. The grey ship took the tow-line and the fleet went on, and the grey ship was behind them, and the man at the wheel was behind them, and the eyeglass was in his pocket.</w:t>
      </w:r>
    </w:p>
    <w:p>
      <w:pPr>
        <w:ind w:firstLine="0"/>
        <w:jc w:val="center"/>
      </w:pPr>
      <w:r>
        <w:rPr>
          <w:color w:val="AAAAAA"/>
        </w:rPr>
        <w:t>❖</w:t>
      </w:r>
    </w:p>
    <w:p>
      <w:pPr>
        <w:spacing w:before="360" w:after="240"/>
        <w:ind w:firstLine="0"/>
        <w:jc w:val="center"/>
      </w:pPr>
      <w:r>
        <w:rPr>
          <w:b/>
          <w:i/>
          <w:color w:val="333333"/>
          <w:sz w:val="26"/>
        </w:rPr>
        <w:t>Step — The Wheel (Meret)</w:t>
      </w:r>
    </w:p>
    <w:p>
      <w:pPr>
        <w:spacing w:line="360" w:lineRule="auto" w:after="0"/>
        <w:ind w:firstLine="283"/>
      </w:pPr>
      <w:r>
        <w:t>· salt ·</w:t>
      </w:r>
    </w:p>
    <w:p>
      <w:pPr>
        <w:spacing w:line="360" w:lineRule="auto" w:after="0"/>
        <w:ind w:firstLine="283"/>
      </w:pPr>
      <w:r>
        <w:t>The wheel wanted the hands. The hands wanted the wheel. The disagreement between them was the work, and the work was old.</w:t>
      </w:r>
    </w:p>
    <w:p>
      <w:pPr>
        <w:spacing w:line="360" w:lineRule="auto" w:after="0"/>
        <w:ind w:firstLine="283"/>
      </w:pPr>
      <w:r>
        <w:t>Meret stood at the grey ship's helm the way a man stands at a thing he has been holding for so long the holding has become the standing. His right hand was on the wheel. His left hand was on the eyeglass. The eyeglass was brass, pocket-sized, dented at the lower corner. The lens was cracked in a star, and the star's longest arm ran north-to-south across the glass, and the arm pointed east.</w:t>
      </w:r>
    </w:p>
    <w:p>
      <w:pPr>
        <w:spacing w:line="360" w:lineRule="auto" w:after="0"/>
        <w:ind w:firstLine="283"/>
      </w:pPr>
      <w:r>
        <w:t>The eyeglass had been dropped years ago, on the road at Koric, at the parapet's base, on the morning Meret had first gone up to watch. The drop had made the crack. The crack had made the bearing. The bearing was east. East was where the road ended. East was where the drivers went. East was where the not-coming-back came back from, or did not. The crack was Rafiki. Rafiki was the watcher's instrument, the staff's heir, the thing the watcher put between his eye and the world. At Koric, Rafiki had been the staff. At sea, Rafiki was the eyeglass.</w:t>
      </w:r>
    </w:p>
    <w:p>
      <w:pPr>
        <w:spacing w:line="360" w:lineRule="auto" w:after="0"/>
        <w:ind w:firstLine="283"/>
      </w:pPr>
      <w:r>
        <w:t>The wheel was wood gone silver with salt. The spokes were worn to the shapes of his hands — the deep hollows where the fingers sat, the long grooves where the palms rode. The wheel had been the wheel of other hands before Meret's, and other hands had left their shapes in the wood, and Meret's hands had found the shapes and the shapes had taken Meret's hands in, and the wheel had become Meret's wheel the way the staff had become Meret's staff: by being held.</w:t>
      </w:r>
    </w:p>
    <w:p>
      <w:pPr>
        <w:spacing w:line="360" w:lineRule="auto" w:after="0"/>
        <w:ind w:firstLine="283"/>
      </w:pPr>
      <w:r>
        <w:t>He did not grip the wheel. The grip was the rank's. The grip was the city's. The grip was the hand-out-over-nothing, the flat palm, the hold. Meret did not grip. Meret folded. The folded hand was the watcher's. The folded hand on the wheel was the same fold as the folded hand on the staff at Koric, when the drivers went east and Meret watched them go and the watching was the only work the wall had left for him.</w:t>
      </w:r>
    </w:p>
    <w:p>
      <w:pPr>
        <w:spacing w:line="360" w:lineRule="auto" w:after="0"/>
        <w:ind w:firstLine="283"/>
      </w:pPr>
      <w:r>
        <w:t>The fleet was three hulls. The grey ship was the fourth thing. The grey ship rode the tow-line astern. The fleet's hulls went south and the wind was at their quarter and the wind was the fleet's friend. The grey ship's hull went east. The east was against the wind. The grey ship sailed into the wind because Meret's wheel said east, and the wheel said east because the eyeglass said east, and the eyeglass said east because the crack said east, and the crack said east because the eyeglass had been dropped on the road at Koric, and the dropping had been the work of the watching.</w:t>
      </w:r>
    </w:p>
    <w:p>
      <w:pPr>
        <w:spacing w:line="360" w:lineRule="auto" w:after="0"/>
        <w:ind w:firstLine="283"/>
      </w:pPr>
      <w:r>
        <w:t>The tow-line was taut. The fleet pulled the grey ship south. The grey ship pulled the fleet east. The tow-line held both directions in the one line. The disagreement was the tow. The disagreement was kept.</w:t>
      </w:r>
    </w:p>
    <w:p>
      <w:pPr>
        <w:spacing w:line="360" w:lineRule="auto" w:after="0"/>
        <w:ind w:firstLine="283"/>
      </w:pPr>
      <w:r>
        <w:t>Meret raised the eyeglass. The crack ran north-to-south. The dot was at the east of the crack — a small freckle on the inside of the glass, a flaw in the pour, the size of a head of a pin. The dot was the searcher's form. The dot was the form of the thing Meret was searching for. The thing was the not-coming-back. The thing was the road's end. The thing was the drivers. The thing was the wall. The thing was the question.</w:t>
      </w:r>
    </w:p>
    <w:p>
      <w:pPr>
        <w:spacing w:line="360" w:lineRule="auto" w:after="0"/>
        <w:ind w:firstLine="283"/>
      </w:pPr>
      <w:r>
        <w:t>The body of Meret was Rafiki-extreme. Rafiki-extreme was the not-letting-go. Rafiki-extreme was the body that had been holding the staff for forty years and was now holding the wheel for years more, and the holding had pushed the body into a shape the body had not been made for. The shoulders rode high. The neck was forward. The chin was up the way a man lifts his chin when he has been looking at one thing for too long and the looking has become the neck. The knees were bent the way a man bends his knees when the deck rolls and the rolling has become the knees. The body was the wheel's shape. The body had taken the wheel's shape the way the wood had taken the hands' shape.</w:t>
      </w:r>
    </w:p>
    <w:p>
      <w:pPr>
        <w:spacing w:line="360" w:lineRule="auto" w:after="0"/>
        <w:ind w:firstLine="283"/>
      </w:pPr>
      <w:r>
        <w:t>He pushed the wheel a quarter-turn. The push was strange. The push was the way a man pushes a thing when the pushing is the only honest word the body has left. The push said: east. The push said: the dot. The push said: the question. The push was Rafiki-extreme. The push was the body's whole vocabulary, and the body had used the push for years and the push had not been answered.</w:t>
      </w:r>
    </w:p>
    <w:p>
      <w:pPr>
        <w:spacing w:line="360" w:lineRule="auto" w:after="0"/>
        <w:ind w:firstLine="283"/>
      </w:pPr>
      <w:r>
        <w:t>The grey ship came up into the wind. The sail flapped. The flapping was the wind's argument with the wheel. The flapping was the wind's refusal. Meret pushed the wheel another quarter. The sail flapped and caught and flapped and caught. The grey ship was sailing into the wind. The grey ship was making east at a quarter-knot, and the quarter-knot was Rafiki-extreme's whole speed, and the speed was the not-stopping.</w:t>
      </w:r>
    </w:p>
    <w:p>
      <w:pPr>
        <w:spacing w:line="360" w:lineRule="auto" w:after="0"/>
        <w:ind w:firstLine="283"/>
      </w:pPr>
      <w:r>
        <w:t>The fleet's council met at the chart ship's rail. Trine and Skerry and Mew and Rook. The council's question was: do we cut the tow. The council's answer was the small breath through the nose. The yes was: not. The tow was the fleet's courtesy. The tow was the fleet's carrying. The tow was the fleet's way of holding the searcher while the searcher held the question. Mew said, to the water: "He costs us a half-knot." She said it the way she said things — plainly, without the asking. The breath had already been taken. The half-knot was the cost. The cost was paid.</w:t>
      </w:r>
    </w:p>
    <w:p>
      <w:pPr>
        <w:spacing w:line="360" w:lineRule="auto" w:after="0"/>
        <w:ind w:firstLine="283"/>
      </w:pPr>
      <w:r>
        <w:t>Meret did not hail. Meret did not come aboard. Meret held the wheel and held the eyeglass and held the question. The question was the same question. The question had been the same question for years. The question was: are they still alive?</w:t>
      </w:r>
    </w:p>
    <w:p>
      <w:pPr>
        <w:spacing w:line="360" w:lineRule="auto" w:after="0"/>
        <w:ind w:firstLine="283"/>
      </w:pPr>
      <w:r>
        <w:t>The sea did not answer. The sea had never answered. The sea was the sea. The sea was the wet that went east. The east was the question's country. The sea did not say.</w:t>
      </w:r>
    </w:p>
    <w:p>
      <w:pPr>
        <w:spacing w:line="360" w:lineRule="auto" w:after="0"/>
        <w:ind w:firstLine="283"/>
      </w:pPr>
      <w:r>
        <w:t>Meret asked again. The eyeglass was at his eye. The crack was at the east. The dot was at the east of the crack. The question was at the sea. The sea did not answer. The sea did not answer the way a sea does not answer, which is by going on.</w:t>
      </w:r>
    </w:p>
    <w:p>
      <w:pPr>
        <w:spacing w:line="360" w:lineRule="auto" w:after="0"/>
        <w:ind w:firstLine="283"/>
      </w:pPr>
      <w:r>
        <w:t>The wheel was under his right hand. The eyeglass was in his left. The grey ship sailed into the wind. The fleet towed the grey ship south. The tow-line was taut. The disagreement was kept. The wheel was Rafiki. The eyeglass was Rafiki. The body was Rafiki-extreme. The question was Rafiki's whole freight. The question was carried south, and south was not east, and east was where the question lived, and the question lived.</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Step — The Tow (Meret)</w:t>
      </w:r>
    </w:p>
    <w:p>
      <w:pPr>
        <w:spacing w:line="360" w:lineRule="auto" w:after="0"/>
        <w:ind w:firstLine="283"/>
      </w:pPr>
      <w:r>
        <w:t>· salt ·</w:t>
      </w:r>
    </w:p>
    <w:p>
      <w:pPr>
        <w:spacing w:line="360" w:lineRule="auto" w:after="0"/>
        <w:ind w:firstLine="283"/>
      </w:pPr>
      <w:r>
        <w:t>The tow was the line between the fleet and the grey ship, and the line held the disagreement, and the disagreement was the work.</w:t>
      </w:r>
    </w:p>
    <w:p>
      <w:pPr>
        <w:spacing w:line="360" w:lineRule="auto" w:after="0"/>
        <w:ind w:firstLine="283"/>
      </w:pPr>
      <w:r>
        <w:t>The grey ship rode astern. The grey ship was towed. The tow-line was the chart ship's, and the chart ship's was the fleet's, and the fleet's line was the line that held. The line had been spliced at the chart ship's deck — Ash's splice, Ash's double stitch, Nima's stitch learned at the fore hatch — and the splice held the line and the line held the tow.</w:t>
      </w:r>
    </w:p>
    <w:p>
      <w:pPr>
        <w:spacing w:line="360" w:lineRule="auto" w:after="0"/>
        <w:ind w:firstLine="283"/>
      </w:pPr>
      <w:r>
        <w:t>Meret held the wheel. The wheel said east. The fleet held the chart. The chart said south. The line between was the line of the disagreement. The disagreement was not the fleet's alone. The disagreement was not Meret's alone. The disagreement was the tow's. The tow held both.</w:t>
      </w:r>
    </w:p>
    <w:p>
      <w:pPr>
        <w:spacing w:line="360" w:lineRule="auto" w:after="0"/>
        <w:ind w:firstLine="283"/>
      </w:pPr>
      <w:r>
        <w:t>Skerry went to the grey ship in the morning. She went with the two charts — the one with the coast the fleet had charted, the one with the grandmothers' road. She went to show him the chart. She went because the chart keeper's whole work was the showing, and the showing was the offering, and the offering was the chart keeper's courtesy to a man at a wheel whose whole freight was the east.</w:t>
      </w:r>
    </w:p>
    <w:p>
      <w:pPr>
        <w:spacing w:line="360" w:lineRule="auto" w:after="0"/>
        <w:ind w:firstLine="283"/>
      </w:pPr>
      <w:r>
        <w:t>She laid the two charts on the hatch cover. She showed him the south. She showed him the road. She showed him the convergence — the four lines, five, the road and the lanes and the marks and the record, all of them south, all of them within a hand's width of one another, converging, not meeting.</w:t>
      </w:r>
    </w:p>
    <w:p>
      <w:pPr>
        <w:spacing w:line="360" w:lineRule="auto" w:after="0"/>
        <w:ind w:firstLine="283"/>
      </w:pPr>
      <w:r>
        <w:t>He did not look at the charts. He looked through the eyeglass. The crack was in the lens. The crack showed the east. The east was not on the chart. The east was not on the grandmothers' road. The east was not on any chart the chest held. The east was on the eyeglass only.</w:t>
      </w:r>
    </w:p>
    <w:p>
      <w:pPr>
        <w:spacing w:line="360" w:lineRule="auto" w:after="0"/>
        <w:ind w:firstLine="283"/>
      </w:pPr>
      <w:r>
        <w:t>"The charts say south," Skerry said.</w:t>
      </w:r>
    </w:p>
    <w:p>
      <w:pPr>
        <w:spacing w:line="360" w:lineRule="auto" w:after="0"/>
        <w:ind w:firstLine="283"/>
      </w:pPr>
      <w:r>
        <w:t>"The eyeglass says east," Meret said. He said it mildly. He said it the way he said everything now — mildly, without the asking, without the explaining. He said it the way the wall at Koric had said the east. The wall had said the east by leaning. The eyeglass said the east by the crack.</w:t>
      </w:r>
    </w:p>
    <w:p>
      <w:pPr>
        <w:spacing w:line="360" w:lineRule="auto" w:after="0"/>
        <w:ind w:firstLine="283"/>
      </w:pPr>
      <w:r>
        <w:t>Skerry looked at the eyeglass. She looked at the crack. The crack was old. The crack had been there for years. The crack had been the eyeglass's whole truth for years. The crack was not a thing Skerry could reconcile with the chart. The crack was the chart's disagreement with the eyeglass. The disagreement was not resolved.</w:t>
      </w:r>
    </w:p>
    <w:p>
      <w:pPr>
        <w:spacing w:line="360" w:lineRule="auto" w:after="0"/>
        <w:ind w:firstLine="283"/>
      </w:pPr>
      <w:r>
        <w:t>She drew the double cross on the chart's margin. The double cross was the chart's own argument with itself. The double cross was the chart's way of holding the disagreement without resolving it. She drew the double cross between the chart's south and the eyeglass's east, and the double cross held both, and the chart held the double cross.</w:t>
      </w:r>
    </w:p>
    <w:p>
      <w:pPr>
        <w:spacing w:line="360" w:lineRule="auto" w:after="0"/>
        <w:ind w:firstLine="283"/>
      </w:pPr>
      <w:r>
        <w:t>"The chart holds the disagreement," Skerry said.</w:t>
      </w:r>
    </w:p>
    <w:p>
      <w:pPr>
        <w:spacing w:line="360" w:lineRule="auto" w:after="0"/>
        <w:ind w:firstLine="283"/>
      </w:pPr>
      <w:r>
        <w:t>"The eyeglass holds the east," Meret said.</w:t>
      </w:r>
    </w:p>
    <w:p>
      <w:pPr>
        <w:spacing w:line="360" w:lineRule="auto" w:after="0"/>
        <w:ind w:firstLine="283"/>
      </w:pPr>
      <w:r>
        <w:t>He turned the wheel a quarter. The grey ship came up into the wind. The fleet pulled the grey ship south. The tow-line held the disagreement. The disagreement was the work.</w:t>
      </w:r>
    </w:p>
    <w:p>
      <w:pPr>
        <w:spacing w:line="360" w:lineRule="auto" w:after="0"/>
        <w:ind w:firstLine="283"/>
      </w:pPr>
      <w:r>
        <w:t>Skerry went back to the chart ship. She did not say what she had seen. She did not say: the eyeglass and the chart disagree. The chart room did not need to be told. The chart room held the disagreement in the double cross on the page's margin, and the double cross was the chart room's way of holding what it could not resolve, and the holding was the work.</w:t>
      </w:r>
    </w:p>
    <w:p>
      <w:pPr>
        <w:spacing w:line="360" w:lineRule="auto" w:after="0"/>
        <w:ind w:firstLine="283"/>
      </w:pPr>
      <w:r>
        <w:t>The fleet went south. The grey ship went east. The tow-line was the line between. The line was taut. The line held the fleet's south and the grey ship's east in the one honest line. The line was the disagreement's only home, and the home was a line, and the line held.</w:t>
      </w:r>
    </w:p>
    <w:p>
      <w:pPr>
        <w:spacing w:line="360" w:lineRule="auto" w:after="0"/>
        <w:ind w:firstLine="283"/>
      </w:pPr>
      <w:r>
        <w:t>Meret held the wheel. The wheel said east. The eyeglass said east. The crack said east. The dot said the east. The east was Rafiki's whole country. The east was the question's whole country. The question was: are they still alive?</w:t>
      </w:r>
    </w:p>
    <w:p>
      <w:pPr>
        <w:spacing w:line="360" w:lineRule="auto" w:after="0"/>
        <w:ind w:firstLine="283"/>
      </w:pPr>
      <w:r>
        <w:t>The sea did not answer. The fleet did not answer. The chart did not answer. The eyeglass did not answer. The eyeglass only asked. The eyeglass was the asking. The eyeglass was Rafiki's whole office now — to ask, and to not be answered, and to ask again.</w:t>
      </w:r>
    </w:p>
    <w:p>
      <w:pPr>
        <w:spacing w:line="360" w:lineRule="auto" w:after="0"/>
        <w:ind w:firstLine="283"/>
      </w:pPr>
      <w:r>
        <w:t>The tow was the work. The work was the carrying of the disagreement. The carrying was the fleet's whole spine. The fleet carried the disagreement south, and the grey ship carried the disagreement east, and the tow-line was the line between, and the line held, and the holding was the work, and the work was the tow, and the tow went on.</w:t>
      </w:r>
    </w:p>
    <w:p>
      <w:pPr>
        <w:spacing w:line="360" w:lineRule="auto" w:after="0"/>
        <w:ind w:firstLine="283"/>
      </w:pPr>
      <w:r>
        <w:t>The old man and the sea. The sea was the east. The old man was at the wheel. The wheel said east. The sea did not answer. The old man asked the sea. The sea did not answer. The old man asked the sea again. The sea did not answer. The asking was the work. The work was the old man's. The work was Rafiki-extreme. The work was the not-stopping. The not-stopping was Rafiki. Rafiki was Meret.</w:t>
      </w:r>
    </w:p>
    <w:p>
      <w:pPr>
        <w:spacing w:line="360" w:lineRule="auto" w:after="0"/>
        <w:ind w:firstLine="283"/>
      </w:pPr>
      <w:r>
        <w:t>The eyeglass and the charts disagreed. The disagreement was kept. The disagreement was the tow's whole freight. The tow held the disagreement south and east in the one honest line, and the line was taut, and the taut was the holding, and the holding was the work, and the work went on.</w:t>
      </w:r>
    </w:p>
    <w:p>
      <w:pPr>
        <w:spacing w:line="360" w:lineRule="auto" w:after="0"/>
        <w:ind w:firstLine="283"/>
      </w:pPr>
      <w:r>
        <w:t>The fleet went south. The grey ship went east. The tow-line was the line between. The morning came. The morning went. The noon came. The noon went. The evening came. The evening went. The night came. The night went. The tow held. The disagreement held. The question held. The sea did not answer. The old man asked the sea. The old man asked the sea again. The old man asked the sea again. The sea did not answer.</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Step — The Question (Meret)</w:t>
      </w:r>
    </w:p>
    <w:p>
      <w:pPr>
        <w:spacing w:line="360" w:lineRule="auto" w:after="0"/>
        <w:ind w:firstLine="283"/>
      </w:pPr>
      <w:r>
        <w:t>· salt ·</w:t>
      </w:r>
    </w:p>
    <w:p>
      <w:pPr>
        <w:spacing w:line="360" w:lineRule="auto" w:after="0"/>
        <w:ind w:firstLine="283"/>
      </w:pPr>
      <w:r>
        <w:t>The question was the thing he carried, and the thing he carried was the question, and the carrying was the asking, and the asking was the work.</w:t>
      </w:r>
    </w:p>
    <w:p>
      <w:pPr>
        <w:spacing w:line="360" w:lineRule="auto" w:after="0"/>
        <w:ind w:firstLine="283"/>
      </w:pPr>
      <w:r>
        <w:t>Meret asked the sea. The sea did not answer. Meret asked the sea again. The sea did not answer. Meret asked the sea again. The sea did not answer. The asking was the work. The work was Rafiki-extreme. The not-stopping was Rafiki. Rafiki was Meret. Meret was the man at the wheel. The wheel said east. The east was where the question lived. The question was: are they still alive?</w:t>
      </w:r>
    </w:p>
    <w:p>
      <w:pPr>
        <w:spacing w:line="360" w:lineRule="auto" w:after="0"/>
        <w:ind w:firstLine="283"/>
      </w:pPr>
      <w:r>
        <w:t>The drivers. The drivers had gone east on the road at Koric. The road at Koric had been the road that went east. The road had gone to the next town. The road had gone to the next town after that. The road had gone to the next town after that. The drivers had driven the mules and the mules had gone east and the drivers had not come back. Meret had watched them go from the wall. Meret had watched the road. Meret had been the watcher. The watcher's whole work was the watching. The watching was the holding of the question. The question was: who comes back.</w:t>
      </w:r>
    </w:p>
    <w:p>
      <w:pPr>
        <w:spacing w:line="360" w:lineRule="auto" w:after="0"/>
        <w:ind w:firstLine="283"/>
      </w:pPr>
      <w:r>
        <w:t>The arithmetic of roads was the arithmetic of fewer. Fewer came back than went. The arithmetic was the watcher's whole mathematics. Meret had counted the drivers east at dawn. Meret had counted the drivers back at dusk. The count was the work. The count had been the count for forty years. The count was always fewer. The fewer was the question's only answer. The fewer said: not all. The fewer said: some. The fewer did not say which some. The fewer did not say which drivers. The fewer did not say which towns. The fewer only said: fewer.</w:t>
      </w:r>
    </w:p>
    <w:p>
      <w:pPr>
        <w:spacing w:line="360" w:lineRule="auto" w:after="0"/>
        <w:ind w:firstLine="283"/>
      </w:pPr>
      <w:r>
        <w:t>Then the sea.</w:t>
      </w:r>
    </w:p>
    <w:p>
      <w:pPr>
        <w:spacing w:line="360" w:lineRule="auto" w:after="0"/>
        <w:ind w:firstLine="283"/>
      </w:pPr>
      <w:r>
        <w:t>The road at Koric had ended at the coast. The coast had been the road's end. The coast had been the watcher's last east. Meret had stood on the wall and looked east and the east had been the coast, and the coast had been the sea, and the sea had been the east's whole new country, and the sea had been the question's whole new country.</w:t>
      </w:r>
    </w:p>
    <w:p>
      <w:pPr>
        <w:spacing w:line="360" w:lineRule="auto" w:after="0"/>
        <w:ind w:firstLine="283"/>
      </w:pPr>
      <w:r>
        <w:t>Meret had gone down from the wall. Meret had gone to the coast. Meret had gone to the sea. Meret had taken the grey ship. Meret had gone east on the sea the way the drivers had gone east on the road. Meret had asked the sea the question the watcher had asked the road. The question was: are they still alive?</w:t>
      </w:r>
    </w:p>
    <w:p>
      <w:pPr>
        <w:spacing w:line="360" w:lineRule="auto" w:after="0"/>
        <w:ind w:firstLine="283"/>
      </w:pPr>
      <w:r>
        <w:t>The drivers had gone east on the road. The drivers had not come back. The road had been the watcher's whole work. The sea was the watcher's whole work now. The road had been the question's country. The sea was the question's country now. The question had been the question of the road. The question was the question of the sea.</w:t>
      </w:r>
    </w:p>
    <w:p>
      <w:pPr>
        <w:spacing w:line="360" w:lineRule="auto" w:after="0"/>
        <w:ind w:firstLine="283"/>
      </w:pPr>
      <w:r>
        <w:t>The sea did not answer the way the road had not answered. The road had not answered for forty years. The sea had not answered for years. The sea was the road's whole continuation. The road had been the question's first country. The sea was the question's second country. The question was the same question. The question was: are they still alive?</w:t>
      </w:r>
    </w:p>
    <w:p>
      <w:pPr>
        <w:spacing w:line="360" w:lineRule="auto" w:after="0"/>
        <w:ind w:firstLine="283"/>
      </w:pPr>
      <w:r>
        <w:t>The eyeglass was at his eye. The crack showed the east. The dot was at the east of the crack. The dot was the searcher's form. The dot was the form of the not-coming-back. The dot was the form of the east. The dot was the form of the question.</w:t>
      </w:r>
    </w:p>
    <w:p>
      <w:pPr>
        <w:spacing w:line="360" w:lineRule="auto" w:after="0"/>
        <w:ind w:firstLine="283"/>
      </w:pPr>
      <w:r>
        <w:t>Meret asked the sea. He asked it past the fleet. He asked it past the chart ship. He asked it past the galley ship. He asked it past the hold ship. He asked it past the Gull. He asked it to the east. The east was the question's whole bearing. The east was the eyeglass's whole bearing. The east was the crack's whole bearing. The east was the dot's whole bearing. The east was the road at Koric's whole bearing. The east was the watcher's whole bearing.</w:t>
      </w:r>
    </w:p>
    <w:p>
      <w:pPr>
        <w:spacing w:line="360" w:lineRule="auto" w:after="0"/>
        <w:ind w:firstLine="283"/>
      </w:pPr>
      <w:r>
        <w:t>The fleet did not answer. The fleet was the fleet. The fleet was three hulls and a tow-line and a grey ship. The fleet did not know the answer. The fleet did not know the question. The fleet towed the grey ship south and the grey ship pulled the fleet east and the tow-line held the disagreement and the disagreement was kept.</w:t>
      </w:r>
    </w:p>
    <w:p>
      <w:pPr>
        <w:spacing w:line="360" w:lineRule="auto" w:after="0"/>
        <w:ind w:firstLine="283"/>
      </w:pPr>
      <w:r>
        <w:t>Skerry did not answer. Skerry was the chart keeper. Skerry held the chart. The chart held the south. The chart did not hold the east. The chart did not hold the question. The chart held the double cross between the south and the east, and the double cross was the chart's way of holding the disagreement without resolving it.</w:t>
      </w:r>
    </w:p>
    <w:p>
      <w:pPr>
        <w:spacing w:line="360" w:lineRule="auto" w:after="0"/>
        <w:ind w:firstLine="283"/>
      </w:pPr>
      <w:r>
        <w:t>Mew did not answer. Mew was the bucket. Mew was the plain. Mew said, to the water: "He costs us a half-knot." The water took it. The half-knot was the cost. The cost was paid. Mew did not answer the question. Mew did not know the question. Mew carried the question the way the fleet carried the tow-line — without knowing, without the asking, the holding the only honest work.</w:t>
      </w:r>
    </w:p>
    <w:p>
      <w:pPr>
        <w:spacing w:line="360" w:lineRule="auto" w:after="0"/>
        <w:ind w:firstLine="283"/>
      </w:pPr>
      <w:r>
        <w:t>Rook did not answer. Rook was the foredeck. Rook was the splice. Rook held the splice in his pack and the splice was the road not taken and the road not taken was the question's whole other country — the not-towing, the not-resolving, the not-asking. Rook did not answer the question. Rook carried the question the way Rook carried the splice — without the using, without the knowing why.</w:t>
      </w:r>
    </w:p>
    <w:p>
      <w:pPr>
        <w:spacing w:line="360" w:lineRule="auto" w:after="0"/>
        <w:ind w:firstLine="283"/>
      </w:pPr>
      <w:r>
        <w:t>Vasryn did not answer. Vasryn was on the grain ship. Vasryn was the form. The form did not turn its head. The form stood at the rail the way the form stood at the rail — without weight, without speaking. Vasryn knew the question. Vasryn did not answer the question. The question was the question of the road. The question was the question of the wall. The question was the question of the not-coming-back. Vasryn knew the question. Vasryn did not answer. The not-answering was Vasryn's whole way of carrying the question.</w:t>
      </w:r>
    </w:p>
    <w:p>
      <w:pPr>
        <w:spacing w:line="360" w:lineRule="auto" w:after="0"/>
        <w:ind w:firstLine="283"/>
      </w:pPr>
      <w:r>
        <w:t>The eyeglass did not answer. The eyeglass was Rafiki. Rafiki was the asking. Rafiki was not the answering. Rafiki was the instrument the watcher put between his eye and the world to ask the world the question. The eyeglass asked the sea. The eyeglass did not answer the sea. The sea did not answer the eyeglass.</w:t>
      </w:r>
    </w:p>
    <w:p>
      <w:pPr>
        <w:spacing w:line="360" w:lineRule="auto" w:after="0"/>
        <w:ind w:firstLine="283"/>
      </w:pPr>
      <w:r>
        <w:t>The crack did not answer. The crack showed the east. The showing was the crack's whole work. The showing was not the answering. The showing was the crack's way of holding the east without resolving the east. The east was Rafiki's whole bearing. The east was the question's whole bearing. The east was the not-coming-back's whole country.</w:t>
      </w:r>
    </w:p>
    <w:p>
      <w:pPr>
        <w:spacing w:line="360" w:lineRule="auto" w:after="0"/>
        <w:ind w:firstLine="283"/>
      </w:pPr>
      <w:r>
        <w:t>The dot did not answer. The dot was the searcher's form. The dot was the form of the thing Meret was searching for. The dot was the form of the not-coming-back. The dot was the form of the question. The dot was at the east of the crack. The dot was Rafiki's whole freight. The dot was the question's only shape.</w:t>
      </w:r>
    </w:p>
    <w:p>
      <w:pPr>
        <w:spacing w:line="360" w:lineRule="auto" w:after="0"/>
        <w:ind w:firstLine="283"/>
      </w:pPr>
      <w:r>
        <w:t>Meret asked the sea. The sea did not answer. Meret asked the sea again. The sea did not answer. Meret asked the sea again. The sea did not answer.</w:t>
      </w:r>
    </w:p>
    <w:p>
      <w:pPr>
        <w:spacing w:line="360" w:lineRule="auto" w:after="0"/>
        <w:ind w:firstLine="283"/>
      </w:pPr>
      <w:r>
        <w:t>The asking was the work. The work was the not-stopping. The not-stopping was Rafiki-extreme. Rafiki-extreme was Meret's whole offering to the east. The offering was the question. The question was: are they still alive?</w:t>
      </w:r>
    </w:p>
    <w:p>
      <w:pPr>
        <w:spacing w:line="360" w:lineRule="auto" w:after="0"/>
        <w:ind w:firstLine="283"/>
      </w:pPr>
      <w:r>
        <w:t>The sea did not answer. The sea was the sea. The sea went on. The question went on. The east went on. The crack went on. The dot went on. The wheel went on. The grey ship sailed into the wind. The fleet towed the grey ship south. The tow-line held the disagreement. The disagreement was kept. The question was kept. The question was: are they still alive?</w:t>
      </w:r>
    </w:p>
    <w:p>
      <w:pPr>
        <w:spacing w:line="360" w:lineRule="auto" w:after="0"/>
        <w:ind w:firstLine="283"/>
      </w:pPr>
      <w:r>
        <w:t>The sea did not answer.</w:t>
      </w:r>
    </w:p>
    <w:p>
      <w:pPr>
        <w:ind w:firstLine="0"/>
        <w:jc w:val="center"/>
      </w:pPr>
      <w:r>
        <w:rPr>
          <w:color w:val="AAAAAA"/>
        </w:rPr>
        <w:t>❖</w:t>
      </w:r>
    </w:p>
    <w:p>
      <w:pPr>
        <w:ind w:firstLine="0"/>
        <w:jc w:val="center"/>
      </w:pPr>
      <w:r>
        <w:rPr>
          <w:color w:val="AAAAAA"/>
        </w:rPr>
        <w:t>❖</w:t>
      </w:r>
    </w:p>
    <w:p>
      <w:pPr>
        <w:spacing w:line="360" w:lineRule="auto" w:after="0"/>
        <w:ind w:firstLine="283"/>
      </w:pPr>
      <w:r>
        <w:t>Book III — The Grey Ship</w:t>
      </w:r>
    </w:p>
    <w:p>
      <w:pPr>
        <w:spacing w:line="360" w:lineRule="auto" w:after="0"/>
        <w:ind w:firstLine="283"/>
      </w:pPr>
      <w:r>
        <w:t>The grey ship came up out of the east at first light.</w:t>
      </w:r>
    </w:p>
    <w:p>
      <w:pPr>
        <w:spacing w:line="360" w:lineRule="auto" w:after="0"/>
        <w:ind w:firstLine="283"/>
      </w:pPr>
      <w:r>
        <w:t>The lookouts saw it before the fleet did. The lookouts had been looking at the east for three days. The east was the thing the lookouts looked at. The east was where the grey ship was. The grey ship was where the east was. The lookouts hailed the deck. The deck hailed the wheel.</w:t>
      </w:r>
    </w:p>
    <w:p>
      <w:pPr>
        <w:spacing w:line="360" w:lineRule="auto" w:after="0"/>
        <w:ind w:firstLine="283"/>
      </w:pPr>
      <w:r>
        <w:t>The grey ship was a sea-bearer. The sea-bearers were the ships that ran the Deep. Oilskin and wool. The colors of the sea — grey, green, blue. The grey ship was grey the way the sea was grey in rain. The grey ship was grey the way a coat is grey when the coat has been at sea a long time.</w:t>
      </w:r>
    </w:p>
    <w:p>
      <w:pPr>
        <w:spacing w:line="360" w:lineRule="auto" w:after="0"/>
        <w:ind w:firstLine="283"/>
      </w:pPr>
      <w:r>
        <w:t>The captain was at the wheel.</w:t>
      </w:r>
    </w:p>
    <w:p>
      <w:pPr>
        <w:spacing w:line="360" w:lineRule="auto" w:after="0"/>
        <w:ind w:firstLine="283"/>
      </w:pPr>
      <w:r>
        <w:t>The captain was an old man. The captain had his hands on the wheel. The hands were on the wheel the way Meret's hands had been on the staff — folded, without gripping. The hands knew the wheel. The hands had been on a thing for forty years. The thing had been a staff. The thing was a wheel now. The hands did not know the difference. The body did not know the difference. The hands were the hands.</w:t>
      </w:r>
    </w:p>
    <w:p>
      <w:pPr>
        <w:spacing w:line="360" w:lineRule="auto" w:after="0"/>
        <w:ind w:firstLine="283"/>
      </w:pPr>
      <w:r>
        <w:t>Kael saw him first. Kael was at the grain-ship's rail. He did not turn his head. He said, low, without moving his mouth: "Vasryn."</w:t>
      </w:r>
    </w:p>
    <w:p>
      <w:pPr>
        <w:spacing w:line="360" w:lineRule="auto" w:after="0"/>
        <w:ind w:firstLine="283"/>
      </w:pPr>
      <w:r>
        <w:t>Vasryn came to the rail. The right foot dragged. The right hand swung and stopped. Vasryn looked at the grey ship. He looked at the captain. He did not say anything for a long time.</w:t>
      </w:r>
    </w:p>
    <w:p>
      <w:pPr>
        <w:spacing w:line="360" w:lineRule="auto" w:after="0"/>
        <w:ind w:firstLine="283"/>
      </w:pPr>
      <w:r>
        <w:t>"That's Meret," Vasryn said.</w:t>
      </w:r>
    </w:p>
    <w:p>
      <w:pPr>
        <w:spacing w:line="360" w:lineRule="auto" w:after="0"/>
        <w:ind w:firstLine="283"/>
      </w:pPr>
      <w:r>
        <w:t>He said it the way a man says a thing he is not certain of and is not going to be uncertain about.</w:t>
      </w:r>
    </w:p>
    <w:p>
      <w:pPr>
        <w:spacing w:line="360" w:lineRule="auto" w:after="0"/>
        <w:ind w:firstLine="283"/>
      </w:pPr>
      <w:r>
        <w:t>The grey ship came alongside. The captain did not hail. Before he spoke, the captain took a thing from his coat. The thing was brass. The thing was the size of a pocket-watch. The thing was dented at one corner. The lens was cracked in a star — from a drop, years ago. The captain raised it. He put it to his eye. He looked through the crack.</w:t>
      </w:r>
    </w:p>
    <w:p>
      <w:pPr>
        <w:spacing w:line="360" w:lineRule="auto" w:after="0"/>
        <w:ind w:firstLine="283"/>
      </w:pPr>
      <w:r>
        <w:t>He lowered it. He put it back in his coat.</w:t>
      </w:r>
    </w:p>
    <w:p>
      <w:pPr>
        <w:spacing w:line="360" w:lineRule="auto" w:after="0"/>
        <w:ind w:firstLine="283"/>
      </w:pPr>
      <w:r>
        <w:t>He corrected the wheel a quarter-turn. The correction was by the eyeglass. The correction was not by the sea.</w:t>
      </w:r>
    </w:p>
    <w:p>
      <w:pPr>
        <w:spacing w:line="360" w:lineRule="auto" w:after="0"/>
        <w:ind w:firstLine="283"/>
      </w:pPr>
      <w:r>
        <w:t>Then he was talking to the sea.</w:t>
      </w:r>
    </w:p>
    <w:p>
      <w:pPr>
        <w:spacing w:line="360" w:lineRule="auto" w:after="0"/>
        <w:ind w:firstLine="283"/>
      </w:pPr>
      <w:r>
        <w:t>He was talking to the sea the way a man talks to a thing he has been talking to for a long time. He was asking the sea a question. Kael could hear it across the water.</w:t>
      </w:r>
    </w:p>
    <w:p>
      <w:pPr>
        <w:spacing w:line="360" w:lineRule="auto" w:after="0"/>
        <w:ind w:firstLine="283"/>
      </w:pPr>
      <w:r>
        <w:t>"Are they still alive?" the captain said.</w:t>
      </w:r>
    </w:p>
    <w:p>
      <w:pPr>
        <w:spacing w:line="360" w:lineRule="auto" w:after="0"/>
        <w:ind w:firstLine="283"/>
      </w:pPr>
      <w:r>
        <w:t>He said it to the sea. He said it the way a man says a thing he has said a thousand times. He waited. The sea did not answer. The sea had never answered. The captain had been asking the sea for years. The captain would go on asking the sea.</w:t>
      </w:r>
    </w:p>
    <w:p>
      <w:pPr>
        <w:spacing w:line="360" w:lineRule="auto" w:after="0"/>
        <w:ind w:firstLine="283"/>
      </w:pPr>
      <w:r>
        <w:t>He made a sound in his throat. The sound was half a song, half a counting. The sound was the sound of a man who had been alone a long time. He picked at a splinter on the wheel's spoke with his thumbnail. He picked at it the way he had picked at the splinter on the staff. The knees crackled like green wood when he shifted at the wheel. The knees had crackled like green wood on the wall at Koric. The knees had not changed.</w:t>
      </w:r>
    </w:p>
    <w:p>
      <w:pPr>
        <w:spacing w:line="360" w:lineRule="auto" w:after="0"/>
        <w:ind w:firstLine="283"/>
      </w:pPr>
      <w:r>
        <w:t>Then the captain looked up. He looked at the grain ship. He looked at Vasryn at the rail. He looked the way a man looks at a thing he has not seen in a long time and is not certain is there.</w:t>
      </w:r>
    </w:p>
    <w:p>
      <w:pPr>
        <w:spacing w:line="360" w:lineRule="auto" w:after="0"/>
        <w:ind w:firstLine="283"/>
      </w:pPr>
      <w:r>
        <w:t>"Vasryn," the captain said. He said it mildly. "Vasryn. You're — you're here. You're — " He stopped. He started again. "The road was — the road was east. The road was the sea. The sea was the road, only wet." He laughed. The laugh was the sound of a man whose mind had stopped filtering. The hands stayed on the wheel. The hands did not laugh.</w:t>
      </w:r>
    </w:p>
    <w:p>
      <w:pPr>
        <w:spacing w:line="360" w:lineRule="auto" w:after="0"/>
        <w:ind w:firstLine="283"/>
      </w:pPr>
      <w:r>
        <w:t>"You left," Vasryn said. The form said it. The dry mild tone. The tone of a man on a stool on a wall.</w:t>
      </w:r>
    </w:p>
    <w:p>
      <w:pPr>
        <w:spacing w:line="360" w:lineRule="auto" w:after="0"/>
        <w:ind w:firstLine="283"/>
      </w:pPr>
      <w:r>
        <w:t>"I left," the captain said. "I left. I — the road was — I had to go and see. I had to go and see." He stopped. He laughed again, the not-happy laugh. He looked at the sea. "Are they still alive?" he asked the sea. He waited. The sea did not answer.</w:t>
      </w:r>
    </w:p>
    <w:p>
      <w:pPr>
        <w:spacing w:line="360" w:lineRule="auto" w:after="0"/>
        <w:ind w:firstLine="283"/>
      </w:pPr>
      <w:r>
        <w:t>He looked up. He looked at the grey ship's wake. He looked at the wheel. He looked at his hands. He looked at his hands the way a man looks at a tool that has been working without him.</w:t>
      </w:r>
    </w:p>
    <w:p>
      <w:pPr>
        <w:spacing w:line="360" w:lineRule="auto" w:after="0"/>
        <w:ind w:firstLine="283"/>
      </w:pPr>
      <w:r>
        <w:t>"Come aboard," the captain said. He said it mildly. "Bring the line. The — the grey ship can be towed. The grey ship has been sailing into the wind. The wind does not — the wind does not take you anywhere when you sail into the wind. You have to be towed. Bring the line."</w:t>
      </w:r>
    </w:p>
    <w:p>
      <w:pPr>
        <w:spacing w:line="360" w:lineRule="auto" w:after="0"/>
        <w:ind w:firstLine="283"/>
      </w:pPr>
      <w:r>
        <w:t>Vasryn looked at Kael. The grey eyes. The not-quite-looking.</w:t>
      </w:r>
    </w:p>
    <w:p>
      <w:pPr>
        <w:spacing w:line="360" w:lineRule="auto" w:after="0"/>
        <w:ind w:firstLine="283"/>
      </w:pPr>
      <w:r>
        <w:t>"He's Meret," Vasryn said. The form said it. "He's the man who taught me the road. Bring the line."</w:t>
      </w:r>
    </w:p>
    <w:p>
      <w:pPr>
        <w:spacing w:line="360" w:lineRule="auto" w:after="0"/>
        <w:ind w:firstLine="283"/>
      </w:pPr>
      <w:r>
        <w:t>Kael brought the line. The tow-line went across the water. The grey ship's crew — there was no crew. The captain was alone on the grey ship. The captain took the line himself. He made it fast on the stern bitt. His hands did the work. The hands had been on a wheel for years. The hands had been on a staff before that. The hands knew the knot. The knot was the knot the captain had known. The knot was the knot a man on a wall at Koric had known. The knot was the same.</w:t>
      </w:r>
    </w:p>
    <w:p>
      <w:pPr>
        <w:spacing w:line="360" w:lineRule="auto" w:after="0"/>
        <w:ind w:firstLine="283"/>
      </w:pPr>
      <w:r>
        <w:t>The grey ship fell in behind the fleet. The fleet was three ships. The fleet was three ships and a grey ship now. The fleet went on. The grey ship went on behind. The grey ship did not sail into the wind anymore. The grey ship was towed. The towing was the work. The work went on.</w:t>
      </w:r>
    </w:p>
    <w:p>
      <w:pPr>
        <w:spacing w:line="360" w:lineRule="auto" w:after="0"/>
        <w:ind w:firstLine="283"/>
      </w:pPr>
      <w:r>
        <w:t>The search had found the searcher.</w:t>
      </w:r>
    </w:p>
    <w:p>
      <w:pPr>
        <w:spacing w:line="360" w:lineRule="auto" w:after="0"/>
        <w:ind w:firstLine="283"/>
      </w:pPr>
      <w:r>
        <w:t>The fleet had been looking for the searcher. The fleet had not known it was looking. The fleet had been going east. The going east was the looking. The grey ship had been going east too. The grey ship had been sailing into the wind. The sailing into the wind was the searching. The two goings east had met at the first light. The meeting was the finding.</w:t>
      </w:r>
    </w:p>
    <w:p>
      <w:pPr>
        <w:spacing w:line="360" w:lineRule="auto" w:after="0"/>
        <w:ind w:firstLine="283"/>
      </w:pPr>
      <w:r>
        <w:t>The finding was not the resolving. The searcher was found. The searcher was still the searcher. The searcher still asked the sea. The sea still did not answer.</w:t>
      </w:r>
    </w:p>
    <w:p>
      <w:pPr>
        <w:spacing w:line="360" w:lineRule="auto" w:after="0"/>
        <w:ind w:firstLine="283"/>
      </w:pPr>
      <w:r>
        <w:t>The captain did not come aboard the grain ship. The captain stayed on the grey ship. The captain stayed at the wheel. The captain was towed. The tow-line was the thing between the grain ship and the grey ship. The tow-line was the thing between the fleet and the captain. The tow-line was the thing between the going and the going.</w:t>
      </w:r>
    </w:p>
    <w:p>
      <w:pPr>
        <w:spacing w:line="360" w:lineRule="auto" w:after="0"/>
        <w:ind w:firstLine="283"/>
      </w:pPr>
      <w:r>
        <w:t>Kael stood at the rail and watched the grey ship behind. The grey ship was grey. The captain was at the wheel. The hands were folded on the wheel. The eyeglass was in the captain's coat. The crack in the lens was at the east. The captain had looked through the crack at the east. The east was the thing the crack showed him. The east was the thing the crack showed him every morning. The east was the thing the crack had shown him for years.</w:t>
      </w:r>
    </w:p>
    <w:p>
      <w:pPr>
        <w:spacing w:line="360" w:lineRule="auto" w:after="0"/>
        <w:ind w:firstLine="283"/>
      </w:pPr>
      <w:r>
        <w:t>The fleet did not know this. Kael did not know this. Vasryn did not know this. The captain did not say. The captain said only: "Are they still alive?" to the sea.</w:t>
      </w:r>
    </w:p>
    <w:p>
      <w:pPr>
        <w:spacing w:line="360" w:lineRule="auto" w:after="0"/>
        <w:ind w:firstLine="283"/>
      </w:pPr>
      <w:r>
        <w:t>The sea did not answer.</w:t>
      </w:r>
    </w:p>
    <w:p>
      <w:pPr>
        <w:spacing w:line="360" w:lineRule="auto" w:after="0"/>
        <w:ind w:firstLine="283"/>
      </w:pPr>
      <w:r>
        <w:t>That evening Vasryn came to the rail where Kael was. The form did not turn its head. The form stood at the rail the way the form stood at the rail — without weight, without speaking.</w:t>
      </w:r>
    </w:p>
    <w:p>
      <w:pPr>
        <w:spacing w:line="360" w:lineRule="auto" w:after="0"/>
        <w:ind w:firstLine="283"/>
      </w:pPr>
      <w:r>
        <w:t>"He's changed," Kael said. He said it low.</w:t>
      </w:r>
    </w:p>
    <w:p>
      <w:pPr>
        <w:spacing w:line="360" w:lineRule="auto" w:after="0"/>
        <w:ind w:firstLine="283"/>
      </w:pPr>
      <w:r>
        <w:t>"He's Meret," Vasryn said. The form said it. The dry mild tone. "He's Meret. He's the man who taught me the road. He's — " The right hand shook. Vasryn looked at his own hand the way a man looks at a tool that has failed. "He's Meret. He's the man who watched the road at Koric. He's the man who named the drivers. He's the man who said: who comes back."</w:t>
      </w:r>
    </w:p>
    <w:p>
      <w:pPr>
        <w:spacing w:line="360" w:lineRule="auto" w:after="0"/>
        <w:ind w:firstLine="283"/>
      </w:pPr>
      <w:r>
        <w:t>"Who comes back," Kael said. He said it the way the form had said it.</w:t>
      </w:r>
    </w:p>
    <w:p>
      <w:pPr>
        <w:spacing w:line="360" w:lineRule="auto" w:after="0"/>
        <w:ind w:firstLine="283"/>
      </w:pPr>
      <w:r>
        <w:t>"Who comes back," Vasryn said. "The arithmetic of roads. Fewer than left."</w:t>
      </w:r>
    </w:p>
    <w:p>
      <w:pPr>
        <w:spacing w:line="360" w:lineRule="auto" w:after="0"/>
        <w:ind w:firstLine="283"/>
      </w:pPr>
      <w:r>
        <w:t>The grey ship was behind them. The grey ship was towed. The captain was at the wheel. The captain was the one who had come back. The captain was the one who had not come back. The captain was both. The arithmetic was the arithmetic.</w:t>
      </w:r>
    </w:p>
    <w:p>
      <w:pPr>
        <w:spacing w:line="360" w:lineRule="auto" w:after="0"/>
        <w:ind w:firstLine="283"/>
      </w:pPr>
      <w:r>
        <w:t>The captain had been the man on the wall at Koric. The captain had been the man who named the drivers. The captain had been the man who said: who comes back. The captain had been the man who said: the salt men. The captain had been the man who said: mercy has a way of being a fence. The captain had been the man who said: ask who is being kept in, and who is being kept out, and what the line is for.</w:t>
      </w:r>
    </w:p>
    <w:p>
      <w:pPr>
        <w:spacing w:line="360" w:lineRule="auto" w:after="0"/>
        <w:ind w:firstLine="283"/>
      </w:pPr>
      <w:r>
        <w:t>The captain did not say these things now. The captain said: "Are they still alive?" to the sea. The sea did not answer. The captain said it again. The sea did not answer. The captain said it again. The sea did not answer.</w:t>
      </w:r>
    </w:p>
    <w:p>
      <w:pPr>
        <w:spacing w:line="360" w:lineRule="auto" w:after="0"/>
        <w:ind w:firstLine="283"/>
      </w:pPr>
      <w:r>
        <w:t>The fleet went on. The grey ship went on behind. The sea went on. The captain went on at the wheel. The eyeglass went on in the coat. The crack went on at the east. The question went on at the sea.</w:t>
      </w:r>
    </w:p>
    <w:p>
      <w:pPr>
        <w:spacing w:line="360" w:lineRule="auto" w:after="0"/>
        <w:ind w:firstLine="283"/>
      </w:pPr>
      <w:r>
        <w:t>The sea did not answer.</w:t>
      </w:r>
    </w:p>
    <w:p>
      <w:pPr>
        <w:spacing w:line="360" w:lineRule="auto" w:after="0"/>
        <w:ind w:firstLine="283"/>
      </w:pPr>
      <w:r>
        <w:t>The search had found the searcher. The searcher was found. The searcher was not resolved. The searcher went on at the wheel. The searcher went on asking the sea. The sea did not answer. The searcher would go on asking the sea.</w:t>
      </w:r>
    </w:p>
    <w:p>
      <w:pPr>
        <w:spacing w:line="360" w:lineRule="auto" w:after="0"/>
        <w:ind w:firstLine="283"/>
      </w:pPr>
      <w:r>
        <w:t>The fleet went on. The grey ship went on behind. The morning came. The morning went. The noon came. The noon went. The evening came. The evening went. The captain went on at the wheel. The eyeglass went on in the coat. The crack went on at the east. The question went on at the sea.</w:t>
      </w:r>
    </w:p>
    <w:p>
      <w:pPr>
        <w:spacing w:line="360" w:lineRule="auto" w:after="0"/>
        <w:ind w:firstLine="283"/>
      </w:pPr>
      <w:r>
        <w:t>The sea did not answer.</w:t>
      </w:r>
    </w:p>
    <w:p>
      <w:pPr>
        <w:spacing w:before="360" w:after="240"/>
        <w:ind w:firstLine="0"/>
        <w:jc w:val="center"/>
      </w:pPr>
      <w:r>
        <w:rPr>
          <w:b/>
          <w:i/>
          <w:color w:val="333333"/>
          <w:sz w:val="26"/>
        </w:rPr>
        <w:t>Step — The Pursuit (Meret)</w:t>
      </w:r>
    </w:p>
    <w:p>
      <w:pPr>
        <w:spacing w:line="360" w:lineRule="auto" w:after="0"/>
        <w:ind w:firstLine="283"/>
      </w:pPr>
      <w:r>
        <w:t>· salt ·</w:t>
      </w:r>
    </w:p>
    <w:p>
      <w:pPr>
        <w:spacing w:line="360" w:lineRule="auto" w:after="0"/>
        <w:ind w:firstLine="283"/>
      </w:pPr>
      <w:r>
        <w:t>The pursuit was the form. The two were the same work, and the work was the wheel, and the wheel was the east.</w:t>
      </w:r>
    </w:p>
    <w:p>
      <w:pPr>
        <w:spacing w:line="360" w:lineRule="auto" w:after="0"/>
        <w:ind w:firstLine="283"/>
      </w:pPr>
      <w:r>
        <w:t>Meret followed the crack. The crack was on the lens. The crack ran north-to-south. The crack pointed east. Meret followed the crack the way a man follows a road — by the bearing, by the keeping, by the not-turning-aside. The crack was the road. The eyeglass was the road's instrument. The wheel was the road's helm. The grey ship was the road's vessel.</w:t>
      </w:r>
    </w:p>
    <w:p>
      <w:pPr>
        <w:spacing w:line="360" w:lineRule="auto" w:after="0"/>
        <w:ind w:firstLine="283"/>
      </w:pPr>
      <w:r>
        <w:t>The grey ship sailed into the wind. The wind was south-west. The wind was wet. The wind was the fleet's friend. The wind was the grey ship's enemy. The grey ship sailed into the wind because the east was into the wind, and the east was the pursuit, and the pursuit was the form, and the form was the not-turning-aside.</w:t>
      </w:r>
    </w:p>
    <w:p>
      <w:pPr>
        <w:spacing w:line="360" w:lineRule="auto" w:after="0"/>
        <w:ind w:firstLine="283"/>
      </w:pPr>
      <w:r>
        <w:t>The dot was at the east of the crack. The dot was the searcher's form. The dot was the form of the thing Meret was searching for. The dot was small. The dot was the size of a freckle. The dot was the size of a head of a pin. The dot was the size of a thing that has been looked at for so long the looking has made the thing its own size.</w:t>
      </w:r>
    </w:p>
    <w:p>
      <w:pPr>
        <w:spacing w:line="360" w:lineRule="auto" w:after="0"/>
        <w:ind w:firstLine="283"/>
      </w:pPr>
      <w:r>
        <w:t>Meret raised the eyeglass. The dot was at the east of the crack. The dot was where the dot had been. The dot had not moved. The dot had not moved for years. The dot was Rafiki's whole freight. The dot was the not-coming-back's whole shape. The dot was the question's only form.</w:t>
      </w:r>
    </w:p>
    <w:p>
      <w:pPr>
        <w:spacing w:line="360" w:lineRule="auto" w:after="0"/>
        <w:ind w:firstLine="283"/>
      </w:pPr>
      <w:r>
        <w:t>The pursuit was the form. Meret's body had taken the form of the pursuit — the shoulders high, the neck forward, the chin up, the knees bent, the hands folded on the wheel. The body had taken the form the way the wood had taken the hands' shape. The body was the pursuit's shape.</w:t>
      </w:r>
    </w:p>
    <w:p>
      <w:pPr>
        <w:spacing w:line="360" w:lineRule="auto" w:after="0"/>
        <w:ind w:firstLine="283"/>
      </w:pPr>
      <w:r>
        <w:t>The grey ship sailed east. The fleet towed south. The tow-line held both. The disagreement was the line. The line was taut. The line held.</w:t>
      </w:r>
    </w:p>
    <w:p>
      <w:pPr>
        <w:spacing w:line="360" w:lineRule="auto" w:after="0"/>
        <w:ind w:firstLine="283"/>
      </w:pPr>
      <w:r>
        <w:t>Meret did not hail. Meret did not hail because the hailing would have been the asking, and the asking was the question, and the question was: are they still alive? The question was for the sea. The question was not for the fleet. The fleet did not know the answer. The fleet did not know the question. The fleet towed the grey ship south and the grey ship pulled the fleet east and the tow-line held the disagreement and the disagreement was kept.</w:t>
      </w:r>
    </w:p>
    <w:p>
      <w:pPr>
        <w:spacing w:line="360" w:lineRule="auto" w:after="0"/>
        <w:ind w:firstLine="283"/>
      </w:pPr>
      <w:r>
        <w:t>Meret asked the sea. The sea did not answer. Meret asked the sea again. The sea did not answer. Meret asked the sea again. The sea did not answer.</w:t>
      </w:r>
    </w:p>
    <w:p>
      <w:pPr>
        <w:spacing w:line="360" w:lineRule="auto" w:after="0"/>
        <w:ind w:firstLine="283"/>
      </w:pPr>
      <w:r>
        <w:t>The eyeglass was at his eye. The crack showed the east. The dot was at the east of the crack. The dot was the form. The form was the searcher's. The searcher was the man at the wheel. The man at the wheel was Meret. Meret was the searcher. The searcher was the searched-for. The searched-for was the not-coming-back. The not-coming-back was the question. The question was: are they still alive?</w:t>
      </w:r>
    </w:p>
    <w:p>
      <w:pPr>
        <w:spacing w:line="360" w:lineRule="auto" w:after="0"/>
        <w:ind w:firstLine="283"/>
      </w:pPr>
      <w:r>
        <w:t>The pursuit was the form. The two were the same work. The work was the wheel, the wheel the east, the east the crack, the crack the eyeglass. The eyeglass was Rafiki. Rafiki was Meret. Meret was the searcher, the searched-for, the question. The work was the not-stopping. Rafiki-extreme was Meret's whole offering to the east.</w:t>
      </w:r>
    </w:p>
    <w:p>
      <w:pPr>
        <w:spacing w:line="360" w:lineRule="auto" w:after="0"/>
        <w:ind w:firstLine="283"/>
      </w:pPr>
      <w:r>
        <w:t>The fleet went south. The grey ship went east. The tow-line held both. The disagreement was the line. The line was taut. The line held.</w:t>
      </w:r>
    </w:p>
    <w:p>
      <w:pPr>
        <w:spacing w:line="360" w:lineRule="auto" w:after="0"/>
        <w:ind w:firstLine="283"/>
      </w:pPr>
      <w:r>
        <w:t>The morning came. The morning went. The noon came. The noon went. The evening came. The evening went. The night came. The night went. The grey ship sailed east. The fleet towed south. The tow-line held. The disagreement held. The question held. The eyeglass held the crack. The crack held the east. The dot held the form. The form held the searcher. The searcher held the wheel. The wheel held the east.</w:t>
      </w:r>
    </w:p>
    <w:p>
      <w:pPr>
        <w:spacing w:line="360" w:lineRule="auto" w:after="0"/>
        <w:ind w:firstLine="283"/>
      </w:pPr>
      <w:r>
        <w:t>Meret asked the sea. The sea did not answer. Meret asked the sea again. The sea did not answer. Meret asked the sea again. The sea did not answer.</w:t>
      </w:r>
    </w:p>
    <w:p>
      <w:pPr>
        <w:spacing w:line="360" w:lineRule="auto" w:after="0"/>
        <w:ind w:firstLine="283"/>
      </w:pPr>
      <w:r>
        <w:t>The pursuit went on. The pursuit was the form. The form was the body. The body was Rafiki-extreme. Rafiki-extreme was the not-letting-go. The not-letting-go was the work. The work was the question. The question was the sea. The sea was the east. The east was the road at Koric. The road at Koric was the wall. The wall was the parapet. The parapet was the watching. The watching was the drivers. The drivers were the not-coming-back. The not-coming-back was the question. The question was: are they still alive?</w:t>
      </w:r>
    </w:p>
    <w:p>
      <w:pPr>
        <w:spacing w:line="360" w:lineRule="auto" w:after="0"/>
        <w:ind w:firstLine="283"/>
      </w:pPr>
      <w:r>
        <w:t>The sea did not answer. The sea did not answer the way the road had not answered. The sea did not answer the way the wall had not answered. The sea did not answer the way the parapet had not answered. The sea did not answer the way the watching had not answered. The sea did not answer the way the drivers had not answered. The sea did not answer the way the not-coming-back had not answered. The sea did not answer the way the question had not answered.</w:t>
      </w:r>
    </w:p>
    <w:p>
      <w:pPr>
        <w:spacing w:line="360" w:lineRule="auto" w:after="0"/>
        <w:ind w:firstLine="283"/>
      </w:pPr>
      <w:r>
        <w:t>The question did not answer. The question was the question. The question was not the answer. The question was the work. The work was the asking. The asking was the not-stopping. The not-stopping was Rafiki-extreme. Rafiki-extreme was Meret. Meret was at the wheel. The wheel said east. The east was the question. The question was the sea. The sea did not answer.</w:t>
      </w:r>
    </w:p>
    <w:p>
      <w:pPr>
        <w:spacing w:line="360" w:lineRule="auto" w:after="0"/>
        <w:ind w:firstLine="283"/>
      </w:pPr>
      <w:r>
        <w:t>The pursuit went on.</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Chapter 2 — Mutable Charts</w:t>
      </w:r>
    </w:p>
    <w:p>
      <w:pPr>
        <w:spacing w:line="360" w:lineRule="auto" w:after="0"/>
        <w:ind w:firstLine="283"/>
      </w:pPr>
      <w:r>
        <w:t>· salt ·</w:t>
      </w:r>
    </w:p>
    <w:p>
      <w:pPr>
        <w:spacing w:line="360" w:lineRule="auto" w:after="0"/>
        <w:ind w:firstLine="283"/>
      </w:pPr>
      <w:r>
        <w:t>Skerry woke before the light, the way the charts woke before the light, and went up, her bare feet finding the ladder’s worn rungs in the dark.</w:t>
      </w:r>
    </w:p>
    <w:p>
      <w:pPr>
        <w:spacing w:line="360" w:lineRule="auto" w:after="0"/>
        <w:ind w:firstLine="283"/>
      </w:pPr>
      <w:r>
        <w:t>The chart room was a cabin aft, big enough for a table and four people and no dignity. The table had been a hatch cover once; the legs were still uneven, and the north leg had a wedge of folded sailcloth under it that everyone added to and no one removed, so that by now the wedge was an archive of every chart keeper’s doubts.</w:t>
      </w:r>
    </w:p>
    <w:p>
      <w:pPr>
        <w:spacing w:line="360" w:lineRule="auto" w:after="0"/>
        <w:ind w:firstLine="283"/>
      </w:pPr>
      <w:r>
        <w:t>She did not light the lamp. There was a time for lamps, and this was not it. This was the time for hands.</w:t>
      </w:r>
    </w:p>
    <w:p>
      <w:pPr>
        <w:spacing w:line="360" w:lineRule="auto" w:after="0"/>
        <w:ind w:firstLine="283"/>
      </w:pPr>
      <w:r>
        <w:t>The chest was open. The chest was always open in the morning. She lifted the page on top — the morning comparison’s first draft, last night’s soundings in Alfred’s careful hand — and laid it on the table, and beneath it was the page beneath that, and beneath that the page the chest had carried since the harbor: the grandmothers’ road, the soft-as-cloth page, the line running south through water the page did not pretend to know. And beneath that, in its sleeve, the page the chest did not show to strangers: the Tern’s last chart. Brannen’s hand. The line stopped mid-coast. The page had been stopped mid-sentence for two years.</w:t>
      </w:r>
    </w:p>
    <w:p>
      <w:pPr>
        <w:spacing w:line="360" w:lineRule="auto" w:after="0"/>
        <w:ind w:firstLine="283"/>
      </w:pPr>
      <w:r>
        <w:t>Skerry had been looking at that line for two years, and she had not stopped wanting it to continue, and the wanting was a private thing she did not bring to the chest. The chest was the chest’s. The wanting was hers. She let the wanting sit where it sat, behind the sternum, and went on.</w:t>
      </w:r>
    </w:p>
    <w:p>
      <w:pPr>
        <w:spacing w:line="360" w:lineRule="auto" w:after="0"/>
        <w:ind w:firstLine="283"/>
      </w:pPr>
      <w:r>
        <w:t>The fleet had two lost ships. The Gull rode at the tow-line astern, empty, her own log stopped mid-sentence in a hand the fleet knew. The Tern had gone south two seasons before the fleet, with Brannen and a copy of the grandmothers’ road, and had not come back. Every port the fleet made, the Tern question went ashore in the boat: did a grey hull pass, two seasons back, a chart keeper aboard who signed his marks with a curl at the foot? The answers differed.</w:t>
      </w:r>
    </w:p>
    <w:p>
      <w:pPr>
        <w:spacing w:line="360" w:lineRule="auto" w:after="0"/>
        <w:ind w:firstLine="283"/>
      </w:pPr>
      <w:r>
        <w:t>Skerry lit the lamp. The morning’s work was the marks: the soundings and the glass and the swell’s quarter. Six fathoms and a half at the dawn cast, seven fathoms at noon — a half-cable east of the morning’s reading.</w:t>
      </w:r>
    </w:p>
    <w:p>
      <w:pPr>
        <w:spacing w:line="360" w:lineRule="auto" w:after="0"/>
        <w:ind w:firstLine="283"/>
      </w:pPr>
      <w:r>
        <w:t>She drew the morning’s bottom: grey sand, shell, the lead’s own honest answer. She drew it beside yesterday’s bottom, and she did not draw the line between them. The line between them was the question.</w:t>
      </w:r>
    </w:p>
    <w:p>
      <w:pPr>
        <w:spacing w:line="360" w:lineRule="auto" w:after="0"/>
        <w:ind w:firstLine="283"/>
      </w:pPr>
      <w:r>
        <w:t>Alfred came up the companionway with his coffee. He looked at the page over her shoulder. He did not say good morning. He said: “Two bottoms.”</w:t>
      </w:r>
    </w:p>
    <w:p>
      <w:pPr>
        <w:spacing w:line="360" w:lineRule="auto" w:after="0"/>
        <w:ind w:firstLine="283"/>
      </w:pPr>
      <w:r>
        <w:t>“Two bottoms.”</w:t>
      </w:r>
    </w:p>
    <w:p>
      <w:pPr>
        <w:spacing w:line="360" w:lineRule="auto" w:after="0"/>
        <w:ind w:firstLine="283"/>
      </w:pPr>
      <w:r>
        <w:t>“The bottom moved again.”</w:t>
      </w:r>
    </w:p>
    <w:p>
      <w:pPr>
        <w:spacing w:line="360" w:lineRule="auto" w:after="0"/>
        <w:ind w:firstLine="283"/>
      </w:pPr>
      <w:r>
        <w:t>“The bottom is two bottoms.”</w:t>
      </w:r>
    </w:p>
    <w:p>
      <w:pPr>
        <w:spacing w:line="360" w:lineRule="auto" w:after="0"/>
        <w:ind w:firstLine="283"/>
      </w:pPr>
      <w:r>
        <w:t>He drank his coffee. He did not draw the straight line. He drew the second cross. Two crosses, side by side, the chart’s own argument with itself, kept.</w:t>
      </w:r>
    </w:p>
    <w:p>
      <w:pPr>
        <w:spacing w:line="360" w:lineRule="auto" w:after="0"/>
        <w:ind w:firstLine="283"/>
      </w:pPr>
      <w:r>
        <w:t>Alfred had been a surveyor’s apprentice before he had been a chart keeper, and the surveyor in him still wanted the straight line, the ruling of edges, the bottom made single. Two seasons on the fleet and he had learned not to, but Skerry could see the not-drawing cost him a small private something every morning — a half-second where the pen hovered where the line would have gone. She did not mention it. The hovering was his. The crosses were the chart’s.</w:t>
      </w:r>
    </w:p>
    <w:p>
      <w:pPr>
        <w:spacing w:line="360" w:lineRule="auto" w:after="0"/>
        <w:ind w:firstLine="283"/>
      </w:pPr>
      <w:r>
        <w:t>Alfred was a common name on the coast. The chart keeper was one Alfred; the coast had carried the name before, and would carry it again, and the carrying was the name’s, not any one man’s.</w:t>
      </w:r>
    </w:p>
    <w:p>
      <w:pPr>
        <w:spacing w:line="360" w:lineRule="auto" w:after="0"/>
        <w:ind w:firstLine="283"/>
      </w:pPr>
      <w:r>
        <w:t>She sharpened the pencil with the knife. The shavings went into the saucer. She opened the morning page at the day’s soundings. Seven. Fourteen. Twenty-two. She copied them onto the master page. The pencil moved and stopped and moved. She laid the pencil down. She took the next page. She copied those too. The coast on the new page ran south-southeast. She drew what was there, set the page on the drying rack, took the next.</w:t>
      </w:r>
    </w:p>
    <w:p>
      <w:pPr>
        <w:ind w:firstLine="0"/>
        <w:jc w:val="center"/>
      </w:pPr>
      <w:r>
        <w:rPr>
          <w:color w:val="AAAAAA"/>
        </w:rPr>
        <w:t>❖</w:t>
      </w:r>
    </w:p>
    <w:p>
      <w:pPr>
        <w:spacing w:line="360" w:lineRule="auto" w:after="0"/>
        <w:ind w:firstLine="283"/>
      </w:pPr>
      <w:r>
        <w:t>Mira had a desk again, and the desk was the width of one plank. The desk had been the chart keeper’s. Now it was hers. She did not ask for it. She did not give it back.</w:t>
      </w:r>
    </w:p>
    <w:p>
      <w:pPr>
        <w:spacing w:line="360" w:lineRule="auto" w:after="0"/>
        <w:ind w:firstLine="283"/>
      </w:pPr>
      <w:r>
        <w:t>It was in the chart room, aft, wedged between the chart table and the porthole. It held: one slate, one pen, one inkwell lashed into a hole bored for it, a strip of felt rolled and tied. The rotation had watched her carry her roll from ship to ship in the morning marks boat, and one morning the desk had simply been there, with the inkwell hole already bored, and no one had said anything, and she had not said anything, and the desk was hers in the fleet’s way, which meant it was hers for exactly as long as the work needed it to be. She had discovered she could live inside that arrangement the way you live inside weather, by dressing for it.</w:t>
      </w:r>
    </w:p>
    <w:p>
      <w:pPr>
        <w:spacing w:line="360" w:lineRule="auto" w:after="0"/>
        <w:ind w:firstLine="283"/>
      </w:pPr>
      <w:r>
        <w:t>She worked from the fleet’s morning marks. Every day the boat went out with the chest of pages, and every day the chest came back fuller than it went, and Mira had — by the second week, unable to stop herself — offered to hold the consolidated set. To keep the marks. The chart keepers had looked at each other, and then at her roll of felt, and then at the wet tables and the wet pages and the salt air eating everything, and the arrangement had begun. She was not the fleet’s archivist. She refused the word, and the fleet had never offered it. She was a pair of hands that kept paper dry.</w:t>
      </w:r>
    </w:p>
    <w:p>
      <w:pPr>
        <w:spacing w:line="360" w:lineRule="auto" w:after="0"/>
        <w:ind w:firstLine="283"/>
      </w:pPr>
      <w:r>
        <w:t>The charts disagreed.</w:t>
      </w:r>
    </w:p>
    <w:p>
      <w:pPr>
        <w:spacing w:line="360" w:lineRule="auto" w:after="0"/>
        <w:ind w:firstLine="283"/>
      </w:pPr>
      <w:r>
        <w:t>Of course they disagreed. That was their function. But they disagreed in ways her eleven years had never once prepared her for, and this morning’s was the worst yet, and she had been looking at it for twenty minutes without touching it.</w:t>
      </w:r>
    </w:p>
    <w:p>
      <w:pPr>
        <w:spacing w:line="360" w:lineRule="auto" w:after="0"/>
        <w:ind w:firstLine="283"/>
      </w:pPr>
      <w:r>
        <w:t>Two charts of the same reach of coast. The fleet had stood off this reach four days ago, and every ship had drawn it, and the drawings agreed — the agreement itself strange to her, the wide agreement, drawings from nine ships agreeing to the degree — and then, in the fourth ship’s drawing, at the southern end of the reach, where every other chart showed a low shore with no feature at all, the fourth chart showed a harbor.</w:t>
      </w:r>
    </w:p>
    <w:p>
      <w:pPr>
        <w:spacing w:line="360" w:lineRule="auto" w:after="0"/>
        <w:ind w:firstLine="283"/>
      </w:pPr>
      <w:r>
        <w:t>A harbor. With a mole, and a lighthouse, and the little tick-marks that meant wharves — four of them — and, in a hand she did not know, a name: Sollis.</w:t>
      </w:r>
    </w:p>
    <w:p>
      <w:pPr>
        <w:spacing w:line="360" w:lineRule="auto" w:after="0"/>
        <w:ind w:firstLine="283"/>
      </w:pPr>
      <w:r>
        <w:t>The other eight charts said: low shore, no feature. No harbor. No name.</w:t>
      </w:r>
    </w:p>
    <w:p>
      <w:pPr>
        <w:spacing w:line="360" w:lineRule="auto" w:after="0"/>
        <w:ind w:firstLine="283"/>
      </w:pPr>
      <w:r>
        <w:t>She set the fourth chart beside the others on the plank. She did her own work first, the old work, the correctionist’s work, the work she had done on the city’s ledgers.</w:t>
      </w:r>
    </w:p>
    <w:p>
      <w:pPr>
        <w:spacing w:line="360" w:lineRule="auto" w:after="0"/>
        <w:ind w:firstLine="283"/>
      </w:pPr>
      <w:r>
        <w:t>She checked the paper. Same stock, same wet-stiffness, same salt cockle at the corners as every other page that had crossed the same chest.</w:t>
      </w:r>
    </w:p>
    <w:p>
      <w:pPr>
        <w:spacing w:line="360" w:lineRule="auto" w:after="0"/>
        <w:ind w:firstLine="283"/>
      </w:pPr>
      <w:r>
        <w:t>She checked the hand. The chart’s lines were drawn with the confidence of a keeper who had stood off the harbor and looked at it. The name was written by a different hand than the lines — that was ordinary, ships had several hands aboard — and the name-hand was an old hand, a shored hand, a hand that had learned letters somewhere with desks and lamps.</w:t>
      </w:r>
    </w:p>
    <w:p>
      <w:pPr>
        <w:spacing w:line="360" w:lineRule="auto" w:after="0"/>
        <w:ind w:firstLine="283"/>
      </w:pPr>
      <w:r>
        <w:t>She checked the ink. She did this with the edge of her thumbnail, at the margin where a page takes least harm, pressing a half-grain of the black loose onto her finger and wetting it with her tongue, and the taste was the fleet’s chalk-and-lead, the chart-keepers’ ink, mixed from soot and fish-glue — and this told her nothing, and she had known it would, and she had done it anyway, because the procedure was how her hands thought.</w:t>
      </w:r>
    </w:p>
    <w:p>
      <w:pPr>
        <w:spacing w:line="360" w:lineRule="auto" w:after="0"/>
        <w:ind w:firstLine="283"/>
      </w:pPr>
      <w:r>
        <w:t>The page was honest. That was the finding. She could not make the page a forgery, and she had wanted to — she had wanted it with a specific, archival wanting, the wanting to make the world come down to one line — and the page refused her, the way the fleet’s pages refused everyone, gently, without cost.</w:t>
      </w:r>
    </w:p>
    <w:p>
      <w:pPr>
        <w:spacing w:line="360" w:lineRule="auto" w:after="0"/>
        <w:ind w:firstLine="283"/>
      </w:pPr>
      <w:r>
        <w:t>Then she checked the fourth ship.</w:t>
      </w:r>
    </w:p>
    <w:p>
      <w:pPr>
        <w:spacing w:line="360" w:lineRule="auto" w:after="0"/>
        <w:ind w:firstLine="283"/>
      </w:pPr>
      <w:r>
        <w:t>The fourth ship was the hold ship, the deep one, the hull that had taken on cargo at the last port. She went down to the boat and across to it at the middle of the day, with the harbor chart in an oilcloth, and she found the keeper who had drawn the lines, a man called Saithe this season, and she asked him, and he stood at his own rail looking at his own chart, and his face did the thing an honest face does when the world has been strange to it: it went still, and then older.</w:t>
      </w:r>
    </w:p>
    <w:p>
      <w:pPr>
        <w:spacing w:line="360" w:lineRule="auto" w:after="0"/>
        <w:ind w:firstLine="283"/>
      </w:pPr>
      <w:r>
        <w:t>“I drew what I saw,” Saithe said.</w:t>
      </w:r>
    </w:p>
    <w:p>
      <w:pPr>
        <w:spacing w:line="360" w:lineRule="auto" w:after="0"/>
        <w:ind w:firstLine="283"/>
      </w:pPr>
      <w:r>
        <w:t>“Tell me about seeing it.”</w:t>
      </w:r>
    </w:p>
    <w:p>
      <w:pPr>
        <w:spacing w:line="360" w:lineRule="auto" w:after="0"/>
        <w:ind w:firstLine="283"/>
      </w:pPr>
      <w:r>
        <w:t>He told her. He had the middle watch. The fleet had stood off the low shore in a fog-bank’s edge, and the fog had come off the land in a shelf — the way fog does, a shelf of it, the top flat and the underneath hollow — and under the shelf, for the length of a long look, he had seen the mole. The lighthouse. The wharf ticks. He had called it out; the watch below had come up; two of them had seen it; the third had come up too late, the shelf had shifted, and there had been nothing but low shore.</w:t>
      </w:r>
    </w:p>
    <w:p>
      <w:pPr>
        <w:spacing w:line="360" w:lineRule="auto" w:after="0"/>
        <w:ind w:firstLine="283"/>
      </w:pPr>
      <w:r>
        <w:t>“You asked the two who saw it,” Mira said.</w:t>
      </w:r>
    </w:p>
    <w:p>
      <w:pPr>
        <w:spacing w:line="360" w:lineRule="auto" w:after="0"/>
        <w:ind w:firstLine="283"/>
      </w:pPr>
      <w:r>
        <w:t>“I asked. They saw. Not the same twice — one saw wharves, one saw a mole. But the same place. The same name-shape.”</w:t>
      </w:r>
    </w:p>
    <w:p>
      <w:pPr>
        <w:spacing w:line="360" w:lineRule="auto" w:after="0"/>
        <w:ind w:firstLine="283"/>
      </w:pPr>
      <w:r>
        <w:t>“Name-shape.”</w:t>
      </w:r>
    </w:p>
    <w:p>
      <w:pPr>
        <w:spacing w:line="360" w:lineRule="auto" w:after="0"/>
        <w:ind w:firstLine="283"/>
      </w:pPr>
      <w:r>
        <w:t>“The one who saw the wharves,” Saithe said, “says the middle wharf had the harbor’s name cut into the capstan. He didn’t read it. He says he would have read it, if the fog had held.”</w:t>
      </w:r>
    </w:p>
    <w:p>
      <w:pPr>
        <w:spacing w:line="360" w:lineRule="auto" w:after="0"/>
        <w:ind w:firstLine="283"/>
      </w:pPr>
      <w:r>
        <w:t>Mira stood with him at the rail. The low shore was a day astern now; the sea here had no opinions about any of it.</w:t>
      </w:r>
    </w:p>
    <w:p>
      <w:pPr>
        <w:spacing w:line="360" w:lineRule="auto" w:after="0"/>
        <w:ind w:firstLine="283"/>
      </w:pPr>
      <w:r>
        <w:t>“Has the fleet been to this coast before?” she asked.</w:t>
      </w:r>
    </w:p>
    <w:p>
      <w:pPr>
        <w:spacing w:line="360" w:lineRule="auto" w:after="0"/>
        <w:ind w:firstLine="283"/>
      </w:pPr>
      <w:r>
        <w:t>“Not this fleet.”</w:t>
      </w:r>
    </w:p>
    <w:p>
      <w:pPr>
        <w:spacing w:line="360" w:lineRule="auto" w:after="0"/>
        <w:ind w:firstLine="283"/>
      </w:pPr>
      <w:r>
        <w:t>“Any fleet?”</w:t>
      </w:r>
    </w:p>
    <w:p>
      <w:pPr>
        <w:spacing w:line="360" w:lineRule="auto" w:after="0"/>
        <w:ind w:firstLine="283"/>
      </w:pPr>
      <w:r>
        <w:t>Saithe’s face went still again, and then it did the other thing, the fleet’s thing, the nose-breath, and he said the fleet’s oldest sentence, the one they all had, each in their own wording: “The sea keeps what it keeps.”</w:t>
      </w:r>
    </w:p>
    <w:p>
      <w:pPr>
        <w:spacing w:line="360" w:lineRule="auto" w:after="0"/>
        <w:ind w:firstLine="283"/>
      </w:pPr>
      <w:r>
        <w:t>She went back to the chart ship with the chart in its oilcloth, and the boat rose and fell under her, and she held the roll against her body the whole way, and she was not holding it against the spray.</w:t>
      </w:r>
    </w:p>
    <w:p>
      <w:pPr>
        <w:spacing w:line="360" w:lineRule="auto" w:after="0"/>
        <w:ind w:firstLine="283"/>
      </w:pPr>
      <w:r>
        <w:t>In the chart room she laid it out with the others, and she did her work, the work the fleet had not asked for and had come, in its wordless way, to leave room for. She marked confidence.</w:t>
      </w:r>
    </w:p>
    <w:p>
      <w:pPr>
        <w:spacing w:line="360" w:lineRule="auto" w:after="0"/>
        <w:ind w:firstLine="283"/>
      </w:pPr>
      <w:r>
        <w:t>She had invented the marks herself, ashore, years ago — small ticks in the margin, one to four, the confidence of a source, made on the old habit of the archive’s retrieval slips — and she had taught them to the chart keepers without ever teaching them, by using them, and now they came back to her on other hands’ pages, and the circulation of a good mark gave her a feeling she did not have a word for and did not try to have.</w:t>
      </w:r>
    </w:p>
    <w:p>
      <w:pPr>
        <w:spacing w:line="360" w:lineRule="auto" w:after="0"/>
        <w:ind w:firstLine="283"/>
      </w:pPr>
      <w:r>
        <w:t>Eight charts, low shore: three ticks. Good confidence, agreed, ordinary.</w:t>
      </w:r>
    </w:p>
    <w:p>
      <w:pPr>
        <w:spacing w:line="360" w:lineRule="auto" w:after="0"/>
        <w:ind w:firstLine="283"/>
      </w:pPr>
      <w:r>
        <w:t>The fourth chart, Sollis: she held the pen over the margin, and the hand hovered.</w:t>
      </w:r>
    </w:p>
    <w:p>
      <w:pPr>
        <w:spacing w:line="360" w:lineRule="auto" w:after="0"/>
        <w:ind w:firstLine="283"/>
      </w:pPr>
      <w:r>
        <w:t>The harbor had been seen by three witnesses — no. Two had seen it; one had come late. Two witnesses, disagreeing in the details, agreeing in the place. The chart had been drawn honestly, on honest paper, in honest ink, by a hand with no reason to lie and a face that had gone older when the lie was looked for and not found. Confidence, if she were scoring a source in the city’s archive, a deposition, a household entry: two. Maybe three, if she weighted the coincidence of place.</w:t>
      </w:r>
    </w:p>
    <w:p>
      <w:pPr>
        <w:spacing w:line="360" w:lineRule="auto" w:after="0"/>
        <w:ind w:firstLine="283"/>
      </w:pPr>
      <w:r>
        <w:t>But the confidence mark was not the problem, and her hand knew it, and the hand stayed up.</w:t>
      </w:r>
    </w:p>
    <w:p>
      <w:pPr>
        <w:spacing w:line="360" w:lineRule="auto" w:after="0"/>
        <w:ind w:firstLine="283"/>
      </w:pPr>
      <w:r>
        <w:t>The problem was that the mark would settle it. Three ticks, the fleet would read, and Sollis would begin to exist — would begin to exist more than it already existed, in one chart and two memories and a fog-shelf — and the settling would be her act, and she had spent one morning in a city planting a wrong name to keep a child off a list, and she knew what a settled line could do, and she knew it from both sides now, the side of the mercy and the side of the record, and her hand would not come down.</w:t>
      </w:r>
    </w:p>
    <w:p>
      <w:pPr>
        <w:spacing w:line="360" w:lineRule="auto" w:after="0"/>
        <w:ind w:firstLine="283"/>
      </w:pPr>
      <w:r>
        <w:t>Harbor that cannot exist. She wrote the words in the margin in the level hand. She did not write them as a verdict. She wrote them as the chart’s own argument with itself, kept.</w:t>
      </w:r>
    </w:p>
    <w:p>
      <w:pPr>
        <w:spacing w:line="360" w:lineRule="auto" w:after="0"/>
        <w:ind w:firstLine="283"/>
      </w:pPr>
      <w:r>
        <w:t>She made the mark.</w:t>
      </w:r>
    </w:p>
    <w:p>
      <w:pPr>
        <w:spacing w:line="360" w:lineRule="auto" w:after="0"/>
        <w:ind w:firstLine="283"/>
      </w:pPr>
      <w:r>
        <w:t>Two ticks. And beside them, because her hand had learned one more thing in the dark of the last two years, the two words, small, in chalk: not resolved.</w:t>
      </w:r>
    </w:p>
    <w:p>
      <w:pPr>
        <w:spacing w:line="360" w:lineRule="auto" w:after="0"/>
        <w:ind w:firstLine="283"/>
      </w:pPr>
      <w:r>
        <w:t>Then she put the charts in the chest for the morning’s boat, and the fleet would hold the disagreement — Sollis, two ticks — and no ship would steer for it, and no ship would strike it, and the harbor would go on existing in exactly the amount it had existed before her mark, which was: some. Which was the finding.</w:t>
      </w:r>
    </w:p>
    <w:p>
      <w:pPr>
        <w:spacing w:line="360" w:lineRule="auto" w:after="0"/>
        <w:ind w:firstLine="283"/>
      </w:pPr>
      <w:r>
        <w:t>At the evening meal she sat with her cup — clay, unchipped, the color of a cardamom pod, a cup that had come out of the city in her pack and had become, on the fleet, ordinary, a cup among the fleet’s dented cups, and the ordinariness had been the cup’s whole ambition and it had achieved it — and she drank the not-enough soup from it, and it tasted of fish and bay leaf, and the bay leaf was the fleet’s, from a bundle from a port with trees.</w:t>
      </w:r>
    </w:p>
    <w:p>
      <w:pPr>
        <w:spacing w:line="360" w:lineRule="auto" w:after="0"/>
        <w:ind w:firstLine="283"/>
      </w:pPr>
      <w:r>
        <w:t>A deckhand hummed, going along the deck with an armload of wet sail.</w:t>
      </w:r>
    </w:p>
    <w:p>
      <w:pPr>
        <w:spacing w:line="360" w:lineRule="auto" w:after="0"/>
        <w:ind w:firstLine="283"/>
      </w:pPr>
      <w:r>
        <w:t>She had not known she was keeping the silence in her ears like a held breath, waiting for the sound. The sound had come back in the wrong voice and the right way. She sat with the cup and let the sound go along the deck. The evening came on. The chart chest held Sollis in the dark. Mira held the cup. The fleet went on.</w:t>
      </w:r>
    </w:p>
    <w:p>
      <w:pPr>
        <w:spacing w:line="360" w:lineRule="auto" w:after="0"/>
        <w:ind w:firstLine="283"/>
      </w:pPr>
      <w:r>
        <w:t>The Tern question came ashore at this harbor, when the fleet’s boat went in. The harbor was not there to answer. The fleet’s boat stood off the headland an hour, the boat’s crew looking for a mouth that the two charts could not agree on, and the mouth was not there, and the boat came back, and the entry read: harbor not found; two charts, two positions, neither held; the Tern not asked.</w:t>
      </w:r>
    </w:p>
    <w:p>
      <w:pPr>
        <w:spacing w:line="360" w:lineRule="auto" w:after="0"/>
        <w:ind w:firstLine="283"/>
      </w:pPr>
      <w:r>
        <w:t>Mira noted it. She did not resolve it. She drew the double cross between the two harbors and went on to the next page, where two other charts argued about something else.</w:t>
      </w:r>
    </w:p>
    <w:p>
      <w:pPr>
        <w:ind w:firstLine="0"/>
        <w:jc w:val="center"/>
      </w:pPr>
      <w:r>
        <w:rPr>
          <w:color w:val="AAAAAA"/>
        </w:rPr>
        <w:t>❖</w:t>
      </w:r>
    </w:p>
    <w:p>
      <w:pPr>
        <w:ind w:firstLine="0"/>
        <w:jc w:val="center"/>
      </w:pPr>
      <w:r>
        <w:rPr>
          <w:color w:val="AAAAAA"/>
        </w:rPr>
        <w:t>❖</w:t>
      </w:r>
    </w:p>
    <w:p>
      <w:pPr>
        <w:spacing w:line="360" w:lineRule="auto" w:after="0"/>
        <w:ind w:firstLine="283"/>
      </w:pPr>
      <w:r>
        <w:t>Skerry went to the grey ship in the morning.</w:t>
      </w:r>
    </w:p>
    <w:p>
      <w:pPr>
        <w:spacing w:line="360" w:lineRule="auto" w:after="0"/>
        <w:ind w:firstLine="283"/>
      </w:pPr>
      <w:r>
        <w:t>She went with the two charts — the one with Sollis, the one without. She went to show him the disagreement, because the disagreement was the fleet’s question.</w:t>
      </w:r>
    </w:p>
    <w:p>
      <w:pPr>
        <w:spacing w:line="360" w:lineRule="auto" w:after="0"/>
        <w:ind w:firstLine="283"/>
      </w:pPr>
      <w:r>
        <w:t>He was at the wheel. He had not slept. The eyeglass was in his hand. He was not looking at the charts. He was looking through the eyeglass.</w:t>
      </w:r>
    </w:p>
    <w:p>
      <w:pPr>
        <w:spacing w:line="360" w:lineRule="auto" w:after="0"/>
        <w:ind w:firstLine="283"/>
      </w:pPr>
      <w:r>
        <w:t>Skerry laid the two charts on the hatch cover. She showed him the disagreement — the harbor that was there and was not there, the name that was written and was not written.</w:t>
      </w:r>
    </w:p>
    <w:p>
      <w:pPr>
        <w:spacing w:line="360" w:lineRule="auto" w:after="0"/>
        <w:ind w:firstLine="283"/>
      </w:pPr>
      <w:r>
        <w:t>He did not look at the charts. He looked through the eyeglass. The crack was in the lens. The crack showed the east. The east was the bearing the crack held.</w:t>
      </w:r>
    </w:p>
    <w:p>
      <w:pPr>
        <w:spacing w:line="360" w:lineRule="auto" w:after="0"/>
        <w:ind w:firstLine="283"/>
      </w:pPr>
      <w:r>
        <w:t>He marked the course. He marked it by the crack.</w:t>
      </w:r>
    </w:p>
    <w:p>
      <w:pPr>
        <w:spacing w:line="360" w:lineRule="auto" w:after="0"/>
        <w:ind w:firstLine="283"/>
      </w:pPr>
      <w:r>
        <w:t>Skerry saw this. She saw that the eyeglass and the charts disagreed. She saw that he was following the eyeglass. She did not object. She picked up the two charts and went back to the chart ship. She did not draw the line between them.</w:t>
      </w:r>
    </w:p>
    <w:p>
      <w:pPr>
        <w:spacing w:before="360" w:after="240"/>
        <w:ind w:firstLine="0"/>
        <w:jc w:val="center"/>
      </w:pPr>
      <w:r>
        <w:rPr>
          <w:b/>
          <w:i/>
          <w:color w:val="333333"/>
          <w:sz w:val="26"/>
        </w:rPr>
        <w:t>Chapter 3 — The Galley</w:t>
      </w:r>
    </w:p>
    <w:p>
      <w:pPr>
        <w:spacing w:line="360" w:lineRule="auto" w:after="0"/>
        <w:ind w:firstLine="283"/>
      </w:pPr>
      <w:r>
        <w:t>· salt ·</w:t>
      </w:r>
    </w:p>
    <w:p>
      <w:pPr>
        <w:spacing w:line="360" w:lineRule="auto" w:after="0"/>
        <w:ind w:firstLine="283"/>
      </w:pPr>
      <w:r>
        <w:t>Nessa’s watch began in the dark and ended in the dark, and the work was the work.</w:t>
      </w:r>
    </w:p>
    <w:p>
      <w:pPr>
        <w:spacing w:line="360" w:lineRule="auto" w:after="0"/>
        <w:ind w:firstLine="283"/>
      </w:pPr>
      <w:r>
        <w:t>The galley ship’s whole reason was the pot. The pot was iron, the fleet’s, with a lip beaten back by a hammer years ago. Nessa’s hand knew the lip the way her hand knew the rim of every cup she had ever scoured.</w:t>
      </w:r>
    </w:p>
    <w:p>
      <w:pPr>
        <w:spacing w:line="360" w:lineRule="auto" w:after="0"/>
        <w:ind w:firstLine="283"/>
      </w:pPr>
      <w:r>
        <w:t>The rotation was four hands this watch: Nessa, Ferrow, Ash, the hold ship’s woman whose name Nessa had not learned this week because the hold ship’s woman changed every week. The flour was measured by the cup. The cup was tin, dented at the rim, the fleet’s. The flour went into the pot. The water went into the pot. The salt went in. The portions went out by the boats.</w:t>
      </w:r>
    </w:p>
    <w:p>
      <w:pPr>
        <w:spacing w:line="360" w:lineRule="auto" w:after="0"/>
        <w:ind w:firstLine="283"/>
      </w:pPr>
      <w:r>
        <w:t>Nobody counted the hands that did the work. The work was invisible the way the air was invisible: you breathed it, you did not name it.</w:t>
      </w:r>
    </w:p>
    <w:p>
      <w:pPr>
        <w:spacing w:line="360" w:lineRule="auto" w:after="0"/>
        <w:ind w:firstLine="283"/>
      </w:pPr>
      <w:r>
        <w:t>She scoured the cup after the morning round. Her thumb found the dent. Dented rim, tin, sound bottom, good cup. She set it on the shelf-cloth with the rest. The shelf held forty-one cups, the fleet’s, everyone’s, no one’s.</w:t>
      </w:r>
    </w:p>
    <w:p>
      <w:pPr>
        <w:spacing w:line="360" w:lineRule="auto" w:after="0"/>
        <w:ind w:firstLine="283"/>
      </w:pPr>
      <w:r>
        <w:t>The flour count was down. The water count was down. The mouths count was up by the seven the Gull had not given back — the Gull rode empty, and the emptiness was seven mouths the fleet still fed, because the fleet did not subtract the gone. The arithmetic was Nessa’s. Her forearm was burned from the morning’s stove — a long red bar across the wrist where the sleeve had ridden back — and she had stopped noticing burns in the second week of the voyage and started noticing them again this morning, because the burn was in the same hand that found the dent, and the hand was tired, and tired hands notice.</w:t>
      </w:r>
    </w:p>
    <w:p>
      <w:pPr>
        <w:spacing w:line="360" w:lineRule="auto" w:after="0"/>
        <w:ind w:firstLine="283"/>
      </w:pPr>
      <w:r>
        <w:t>Ferrow burned the second batch. He had been thinking about something else — the water casks, he said, the count — and the bottom of the pot went black and the flour went to char. Ash said nothing and scraped the char and started the third batch, and Ferrow stood at the galley’s edge with his hands empty and the look of a man whose error has been quietly absorbed by a girl half his age. Nessa did not say anything either. The third batch was good. The char was the morning’s cost. The cost was carried in the level pot, and the level pot went out by the boats at the noon meal, and the meal was short, and the short was shared without the weighing.</w:t>
      </w:r>
    </w:p>
    <w:p>
      <w:pPr>
        <w:spacing w:line="360" w:lineRule="auto" w:after="0"/>
        <w:ind w:firstLine="283"/>
      </w:pPr>
      <w:r>
        <w:t>The middle watch was the watch the fleet gave to its quietest, and the quietest was Ferrow.</w:t>
      </w:r>
    </w:p>
    <w:p>
      <w:pPr>
        <w:spacing w:line="360" w:lineRule="auto" w:after="0"/>
        <w:ind w:firstLine="283"/>
      </w:pPr>
      <w:r>
        <w:t>Ferrow took the middle watch because Ferrow did not sleep past the first dark. The watch was the fleet’s night.</w:t>
      </w:r>
    </w:p>
    <w:p>
      <w:pPr>
        <w:spacing w:line="360" w:lineRule="auto" w:after="0"/>
        <w:ind w:firstLine="283"/>
      </w:pPr>
      <w:r>
        <w:t>The middle watch’s whole work was the listening. Ferrow listened to the fleet the way Meret had listened to the road — patiently, without expectation. The fleet at the middle watch was the fleet’s one honest hour: the hulls creaking in their own different voices, the water’s small disagreement with the wood, the breathing of the sleeping — the breathing a sound the fleet made the way a town makes the sound of shutters, and the sound was the fleet’s, and the fleet did not know it made it.</w:t>
      </w:r>
    </w:p>
    <w:p>
      <w:pPr>
        <w:spacing w:line="360" w:lineRule="auto" w:after="0"/>
        <w:ind w:firstLine="283"/>
      </w:pPr>
      <w:r>
        <w:t>Ferrow counted the riding lights. The lights were one to a ship, no two the same height. The count was eleven on the calm nights, ten on the nights the Gull’s lamp had gone out. The Gull’s lamp was always going out, because the Gull was empty. Ferrow noted it and did not relight it. The relighting was the rotation’s.</w:t>
      </w:r>
    </w:p>
    <w:p>
      <w:pPr>
        <w:spacing w:line="360" w:lineRule="auto" w:after="0"/>
        <w:ind w:firstLine="283"/>
      </w:pPr>
      <w:r>
        <w:t>The child came up at the second hour. The child was Rea-or-Rena, and the child came up the way the child came up — without the asking, without the naming, the small feet on the ladder’s worn rungs and the larger eyes in the lamp’s crooked light. Ferrow made the small sound the middle watch made when its solitude was broken — a breath in through the nose — and the breath softened. The child did not sleep past the first dark either, and the offering was the child’s, and Ferrow did not send the child below, because the sending would have been the kind of thing the fleet did not do to a child who did not sleep.</w:t>
      </w:r>
    </w:p>
    <w:p>
      <w:pPr>
        <w:spacing w:line="360" w:lineRule="auto" w:after="0"/>
        <w:ind w:firstLine="283"/>
      </w:pPr>
      <w:r>
        <w:t>“Are you counting?” the child said.</w:t>
      </w:r>
    </w:p>
    <w:p>
      <w:pPr>
        <w:spacing w:line="360" w:lineRule="auto" w:after="0"/>
        <w:ind w:firstLine="283"/>
      </w:pPr>
      <w:r>
        <w:t>“I’m counting.”</w:t>
      </w:r>
    </w:p>
    <w:p>
      <w:pPr>
        <w:spacing w:line="360" w:lineRule="auto" w:after="0"/>
        <w:ind w:firstLine="283"/>
      </w:pPr>
      <w:r>
        <w:t>“Can I count.”</w:t>
      </w:r>
    </w:p>
    <w:p>
      <w:pPr>
        <w:spacing w:line="360" w:lineRule="auto" w:after="0"/>
        <w:ind w:firstLine="283"/>
      </w:pPr>
      <w:r>
        <w:t>“You can count.”</w:t>
      </w:r>
    </w:p>
    <w:p>
      <w:pPr>
        <w:spacing w:line="360" w:lineRule="auto" w:after="0"/>
        <w:ind w:firstLine="283"/>
      </w:pPr>
      <w:r>
        <w:t>The child counted the lights. The child’s count was different from Ferrow’s — the child counted the Gull’s lamp, which was out, and counted it as a thing, and the thing was the child’s whole arithmetic, and the arithmetic did not subtract the gone. Ferrow did not correct the child, and the courtesy said: the gone are counted, and the counting is the counting, and the fleet held the child the way it held the lights: without subtracting, without voting, without setting down.</w:t>
      </w:r>
    </w:p>
    <w:p>
      <w:pPr>
        <w:ind w:firstLine="0"/>
        <w:jc w:val="center"/>
      </w:pPr>
      <w:r>
        <w:rPr>
          <w:color w:val="AAAAAA"/>
        </w:rPr>
        <w:t>❖</w:t>
      </w:r>
    </w:p>
    <w:p>
      <w:pPr>
        <w:spacing w:line="360" w:lineRule="auto" w:after="0"/>
        <w:ind w:firstLine="283"/>
      </w:pPr>
      <w:r>
        <w:t>The fleet’s provisions altered at the fourth week of the Deep.</w:t>
      </w:r>
    </w:p>
    <w:p>
      <w:pPr>
        <w:spacing w:line="360" w:lineRule="auto" w:after="0"/>
        <w:ind w:firstLine="283"/>
      </w:pPr>
      <w:r>
        <w:t>The flour was gone. The flour had been gone since the second week, and the fish was the fleet’s own catching.</w:t>
      </w:r>
    </w:p>
    <w:p>
      <w:pPr>
        <w:spacing w:line="360" w:lineRule="auto" w:after="0"/>
        <w:ind w:firstLine="283"/>
      </w:pPr>
      <w:r>
        <w:t>Nessa’s arithmetic took the fish and made the level pot. The pot was fish and water and salt and the green of whatever the dawn’s set had brought up from the kelp lines, and the green was the soup’s color now. The fleet ate the green and the fish and the salt and the water at the noon meal, and the meal was the fleet’s whole gathering.</w:t>
      </w:r>
    </w:p>
    <w:p>
      <w:pPr>
        <w:spacing w:line="360" w:lineRule="auto" w:after="0"/>
        <w:ind w:firstLine="283"/>
      </w:pPr>
      <w:r>
        <w:t>He ate it. He did not complain. Nessa saw this and did not say.</w:t>
      </w:r>
    </w:p>
    <w:p>
      <w:pPr>
        <w:spacing w:line="360" w:lineRule="auto" w:after="0"/>
        <w:ind w:firstLine="283"/>
      </w:pPr>
      <w:r>
        <w:t>There was a day that week when the wind died. The fleet sat on the water like a held breath. The boats did not go between the hulls; there was no point. The fleet’s people sat at the rails with nothing to do, and the nothing was a strange cargo, and the fleet did not have a grammar for it. Rea-or-Rena counted the riding lights at noon, the way Ferrow counted them at the middle watch, and the count was the same. The afternoon was very long. Mew went by with the bucket — there was always the bucket — and said, plainly, to the water: “Half a knot’s more than we’re making.” She went on with the bucket. The baker who did not like the fish sat in the galley ship’s shade and did not eat; he had been a baker in the city, and the fleet’s flour was gone. Nessa did not press him. The wind came back in the second night.</w:t>
      </w:r>
    </w:p>
    <w:p>
      <w:pPr>
        <w:spacing w:line="360" w:lineRule="auto" w:after="0"/>
        <w:ind w:firstLine="283"/>
      </w:pPr>
      <w:r>
        <w:t>The cup was in the galley’s kit. The cup was tin, dented at the rim, the fleet’s. The cup was one of forty-one, and the forty-one were the fleet’s. Nessa’s thumb found the dent at the morning’s scourgings, the way her thumb found every dent, the way a thumb finds the flaw that tells the tool it is itself: dented rim, tin, sound bottom, good cup. The cup was set on the shelf-cloth with the rest. The shelf held forty-one cups, and the cup was one of them, and the fleet went south.</w:t>
      </w:r>
    </w:p>
    <w:p>
      <w:pPr>
        <w:ind w:firstLine="0"/>
        <w:jc w:val="center"/>
      </w:pPr>
      <w:r>
        <w:rPr>
          <w:color w:val="AAAAAA"/>
        </w:rPr>
        <w:t>❖</w:t>
      </w:r>
    </w:p>
    <w:p>
      <w:pPr>
        <w:spacing w:before="360" w:after="240"/>
        <w:ind w:firstLine="0"/>
        <w:jc w:val="center"/>
      </w:pPr>
      <w:r>
        <w:rPr>
          <w:b/>
          <w:i/>
          <w:color w:val="333333"/>
          <w:sz w:val="26"/>
        </w:rPr>
        <w:t>Step — The Pot and the Passage (Nessa / Nima)</w:t>
      </w:r>
    </w:p>
    <w:p>
      <w:pPr>
        <w:spacing w:line="360" w:lineRule="auto" w:after="0"/>
        <w:ind w:firstLine="283"/>
      </w:pPr>
      <w:r>
        <w:t>· salt ·</w:t>
      </w:r>
    </w:p>
    <w:p>
      <w:pPr>
        <w:spacing w:line="360" w:lineRule="auto" w:after="0"/>
        <w:ind w:firstLine="283"/>
      </w:pPr>
      <w:r>
        <w:t>The two of them were the two of them, and the two of them had been the two of them since before the city, since before the passages, since before the count and the pot. The two-ness was the thing between them, and the thing between them was the work, and the work was the two.</w:t>
      </w:r>
    </w:p>
    <w:p>
      <w:pPr>
        <w:spacing w:line="360" w:lineRule="auto" w:after="0"/>
        <w:ind w:firstLine="283"/>
      </w:pPr>
      <w:r>
        <w:t>Nessa was at the galley. The galley was the pot. The pot was iron. The pot's lip was beaten back by a hammer years ago, and the lip was the lip the fleet knew, and the lip was Nessa's whole country. Nessa's hand found the lip the way a hand finds a thing it has been holding for years. The lip was the work. The work was the pot.</w:t>
      </w:r>
    </w:p>
    <w:p>
      <w:pPr>
        <w:spacing w:line="360" w:lineRule="auto" w:after="0"/>
        <w:ind w:firstLine="283"/>
      </w:pPr>
      <w:r>
        <w:t>Nima was at the count. The count was the slate. The slate was wrapped in the cloth she had sewn herself, the double stitch. The chalk stub was the color of old cream. The slate was the line that was the mother. The line was small. The line was the not-vanishing. The slate was Nima's whole country. Nima's hand found the slate the way a hand finds a thing it has been holding for years. The slate was the work. The work was the count.</w:t>
      </w:r>
    </w:p>
    <w:p>
      <w:pPr>
        <w:spacing w:line="360" w:lineRule="auto" w:after="0"/>
        <w:ind w:firstLine="283"/>
      </w:pPr>
      <w:r>
        <w:t>The pot and the passage. The pot was Nessa's. The passage was Nima's. The passage was the count of the exits — the hold ladder, the side ladder, the gangways, the rail. The passage was the count of the ways out. The passage was the count of the ways through. The pot was the making-level. The passage was the making-count. The pot was the feeding. The passage was the moving. The two were the two.</w:t>
      </w:r>
    </w:p>
    <w:p>
      <w:pPr>
        <w:spacing w:line="360" w:lineRule="auto" w:after="0"/>
        <w:ind w:firstLine="283"/>
      </w:pPr>
      <w:r>
        <w:t>The two-ness was the thing between them. The two-ness was not the same-ness. The two-ness was the not-same-ness. The two-ness was the pot and the passage. The two-ness was the making-level and the making-count. The two-ness was the feeding and the moving. The two-ness was the two.</w:t>
      </w:r>
    </w:p>
    <w:p>
      <w:pPr>
        <w:spacing w:line="360" w:lineRule="auto" w:after="0"/>
        <w:ind w:firstLine="283"/>
      </w:pPr>
      <w:r>
        <w:t>Nessa knew Nima's count. Nessa knew the exits. Nessa knew the slate. Nessa knew the line that was the mother. Nessa knew the chalk stub, the color of old cream. Nessa knew the cloth, the double stitch. Nessa knew the pack. Nessa knew the weight of the pack. Nessa knew the weight had been the weight since the shelter under the East Annex. Nessa knew the weight was the carrying. Nessa knew the carrying was Nima's.</w:t>
      </w:r>
    </w:p>
    <w:p>
      <w:pPr>
        <w:spacing w:line="360" w:lineRule="auto" w:after="0"/>
        <w:ind w:firstLine="283"/>
      </w:pPr>
      <w:r>
        <w:t>Nima knew Nessa's pot. Nima knew the lip beaten back by the hammer. Nima knew the forty-one cups. Nima knew the dented tin cup. Nima knew the shelf-cloth. Nima knew the scouring. Nima knew the flour count. Nima knew the water count. Nima knew the mouths count. Nima knew the level pot. Nima knew the making-level. Nima knew the making-level was Nessa's.</w:t>
      </w:r>
    </w:p>
    <w:p>
      <w:pPr>
        <w:spacing w:line="360" w:lineRule="auto" w:after="0"/>
        <w:ind w:firstLine="283"/>
      </w:pPr>
      <w:r>
        <w:t>The two of them were the two of them. The two of them were on different ships. The galley ship was the galley ship. The hold ship was the hold ship. The chart ship was the chart ship. The two of them were on different hulls. The two of them did not sleep in the same hold. The two of them did not stand the same watch. The two of them did not eat the same meal at the same rail. The two of them were the two of them, and the two of them were on different hulls, and the different hulls were the fleet's whole arrangement of the two.</w:t>
      </w:r>
    </w:p>
    <w:p>
      <w:pPr>
        <w:spacing w:line="360" w:lineRule="auto" w:after="0"/>
        <w:ind w:firstLine="283"/>
      </w:pPr>
      <w:r>
        <w:t>Nessa did not say: I miss her. Nessa did not say this because Nessa did not say things. Nessa's whole work was the not-saying. The not-saying was the making-level. The making-level was the pot. The pot was the work. The work was Nessa's. Nessa did the work. The work did not say: I miss her.</w:t>
      </w:r>
    </w:p>
    <w:p>
      <w:pPr>
        <w:spacing w:line="360" w:lineRule="auto" w:after="0"/>
        <w:ind w:firstLine="283"/>
      </w:pPr>
      <w:r>
        <w:t>Nima did not say: I miss her. Nima did not say this because Nima did not say things. Nima's whole work was the not-saying. The not-saying was the making-count. The making-count was the slate. The slate was the work. The work was Nima's. Nima did the work. The work did not say: I miss her.</w:t>
      </w:r>
    </w:p>
    <w:p>
      <w:pPr>
        <w:spacing w:line="360" w:lineRule="auto" w:after="0"/>
        <w:ind w:firstLine="283"/>
      </w:pPr>
      <w:r>
        <w:t>The two of them were the two of them. The two of them were the two-ness. The two-ness was the not-saying. The not-saying was the two-ness's whole work. The two-ness was the carrying of the other without the saying. The carrying was the work. The work was the two.</w:t>
      </w:r>
    </w:p>
    <w:p>
      <w:pPr>
        <w:spacing w:line="360" w:lineRule="auto" w:after="0"/>
        <w:ind w:firstLine="283"/>
      </w:pPr>
      <w:r>
        <w:t>The fleet's boats went between the hulls. The boats were the fleet's passage. The boats carried the pot. The boats carried the slate. The boats carried the messages — the small messages, the sideways messages, the made-while-doing-something-else messages. The boats carried the message that was not a message: the boat itself, going between, was the message. The boat said: we are still the two.</w:t>
      </w:r>
    </w:p>
    <w:p>
      <w:pPr>
        <w:spacing w:line="360" w:lineRule="auto" w:after="0"/>
        <w:ind w:firstLine="283"/>
      </w:pPr>
      <w:r>
        <w:t>Nessa sent the pot. The pot went by the boat. The pot was the level. The level was the making-level. The making-level was Nessa's whole message to Nima. The making-level said: I am still here. The making-level said: the pot is still here. The making-level said: the work is still here. The making-level said: the two are still the two.</w:t>
      </w:r>
    </w:p>
    <w:p>
      <w:pPr>
        <w:spacing w:line="360" w:lineRule="auto" w:after="0"/>
        <w:ind w:firstLine="283"/>
      </w:pPr>
      <w:r>
        <w:t>Nima sent the count. The count went by the boat. The count was the slate. The slate was the line that was the mother. The slate was Nima's whole message to Nessa. The slate said: I am still here. The slate said: the count is still here. The slate said: the work is still here. The slate said: the two are still the two.</w:t>
      </w:r>
    </w:p>
    <w:p>
      <w:pPr>
        <w:spacing w:line="360" w:lineRule="auto" w:after="0"/>
        <w:ind w:firstLine="283"/>
      </w:pPr>
      <w:r>
        <w:t>The two of them did not say: the two are still the two. The two of them did not need to say it. The two of them were the two. The two-ness was the not-saying. The not-saying was the work. The work was the two.</w:t>
      </w:r>
    </w:p>
    <w:p>
      <w:pPr>
        <w:spacing w:line="360" w:lineRule="auto" w:after="0"/>
        <w:ind w:firstLine="283"/>
      </w:pPr>
      <w:r>
        <w:t>The pot and the passage. The pot was the feeding. The passage was the moving. The pot was the standing-still. The passage was the going-through. The pot was the here. The passage was the through. The two were the two. The two-ness was the thing between them. The thing between them was the not-saying. The not-saying was the carrying. The carrying was the work.</w:t>
      </w:r>
    </w:p>
    <w:p>
      <w:pPr>
        <w:spacing w:line="360" w:lineRule="auto" w:after="0"/>
        <w:ind w:firstLine="283"/>
      </w:pPr>
      <w:r>
        <w:t>The fleet went south. The galley ship went south. The hold ship went south. The chart ship went south. The two of them went south on different hulls. The two of them were the two of them. The two of them carried each other the way the fleet carried the tow-line — without the saying, without the resolving, the holding the only honest work.</w:t>
      </w:r>
    </w:p>
    <w:p>
      <w:pPr>
        <w:spacing w:line="360" w:lineRule="auto" w:after="0"/>
        <w:ind w:firstLine="283"/>
      </w:pPr>
      <w:r>
        <w:t>The morning came. The pot was scoured. The slate was wrapped. The two of them were the two of them. The noon came. The pot went out by the boats. The slate was in the pack. The two of them were the two of them. The evening came. The pot was scoured. The slate was unwrapped. The two of them were the two of them. The night came. The pot was cold. The slate was wrapped. The two of them were the two of them.</w:t>
      </w:r>
    </w:p>
    <w:p>
      <w:pPr>
        <w:spacing w:line="360" w:lineRule="auto" w:after="0"/>
        <w:ind w:firstLine="283"/>
      </w:pPr>
      <w:r>
        <w:t>The two-ness was the not-saying. The not-saying was the work. The work was the two. The two went south.</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Chapter 4 — Rook's Unlearning</w:t>
      </w:r>
    </w:p>
    <w:p>
      <w:pPr>
        <w:spacing w:line="360" w:lineRule="auto" w:after="0"/>
        <w:ind w:firstLine="283"/>
      </w:pPr>
      <w:r>
        <w:t>· salt ·</w:t>
      </w:r>
    </w:p>
    <w:p>
      <w:pPr>
        <w:spacing w:line="360" w:lineRule="auto" w:after="0"/>
        <w:ind w:firstLine="283"/>
      </w:pPr>
      <w:r>
        <w:t>The line fouled at the second hour of the forenoon watch, and the child asked the question while three adults were still deciding what to do about it.</w:t>
      </w:r>
    </w:p>
    <w:p>
      <w:pPr>
        <w:spacing w:line="360" w:lineRule="auto" w:after="0"/>
        <w:ind w:firstLine="283"/>
      </w:pPr>
      <w:r>
        <w:t>Rook had been coiling rope.</w:t>
      </w:r>
    </w:p>
    <w:p>
      <w:pPr>
        <w:spacing w:line="360" w:lineRule="auto" w:after="0"/>
        <w:ind w:firstLine="283"/>
      </w:pPr>
      <w:r>
        <w:t>He had found the coil in the lazarette that morning — the fleet’s rope was everyone’s rope, and the rope was in the state rope got into when everyone’s hands had had it — and he had taken it to the foredeck because his hands had needed the work the way lungs need air. The coil came round and round. The loop crossed at the same point each round, the twist respected, the lay of the rope kept, no kink put in, no memory bent the wrong way. His first captain’s coil. The Cadre’s coil. There were other ways to coil — the fleet’s people coiled loose and odd, loops of whatever size the moment suggested, ropes that slept like cats instead of standing like soldiers — and he had tried one, for half a coil, on the fourth day, and his hands had refused it the way a tongue refuses a wrong word in a language you have spoken for forty-two years. So the Cadre’s coil it was. The rope did not mind. The rope was the one thing aboard that let him be what he had been without charging him for it.</w:t>
      </w:r>
    </w:p>
    <w:p>
      <w:pPr>
        <w:spacing w:line="360" w:lineRule="auto" w:after="0"/>
        <w:ind w:firstLine="283"/>
      </w:pPr>
      <w:r>
        <w:t>The other thing in his pack was not the fleet’s. The other thing was the splice. Breck’s splice. Breck had been the Cadre’s rope-man, dead in the dyers’ quarter when the stair fell, and the splice had been Breck’s last finished work — the long splice, the invisible join, the splice that held two ropes as one and could not be felt by hand. Rook had taken it off the bench when the Cadre cleared the gear room, the day before the burning. He had not used it. He did not know what he was keeping it for. The keeping was the habit. The splice was in the pack the way the rank was in his boots: carried, not worn.</w:t>
      </w:r>
    </w:p>
    <w:p>
      <w:pPr>
        <w:spacing w:line="360" w:lineRule="auto" w:after="0"/>
        <w:ind w:firstLine="283"/>
      </w:pPr>
      <w:r>
        <w:t>The line that fouled was the mackerel boat’s haul-line, going out to the heavy ship, and a swell came wrong between the hulls and took the line under the boat’s counter, and the line went taut and then slack and then taut at the wrong moment, and the boat began to swing in toward the galley ship’s side where the hulls were close enough to touch, and in the boat, holding the line’s end, was the woman Mew, and in the boat’s bow, holding a basket of fish no one had told to set down, was the child Rea-or-Rena.</w:t>
      </w:r>
    </w:p>
    <w:p>
      <w:pPr>
        <w:spacing w:line="360" w:lineRule="auto" w:after="0"/>
        <w:ind w:firstLine="283"/>
      </w:pPr>
      <w:r>
        <w:t>The child looked up — at the boat, at the hulls, at the line going wrong — and asked, in a voice that carried the way a child’s voice carries when it does not know yet that it should not:</w:t>
      </w:r>
    </w:p>
    <w:p>
      <w:pPr>
        <w:spacing w:line="360" w:lineRule="auto" w:after="0"/>
        <w:ind w:firstLine="283"/>
      </w:pPr>
      <w:r>
        <w:t>“Who’s in charge?”</w:t>
      </w:r>
    </w:p>
    <w:p>
      <w:pPr>
        <w:spacing w:line="360" w:lineRule="auto" w:after="0"/>
        <w:ind w:firstLine="283"/>
      </w:pPr>
      <w:r>
        <w:t>Rook’s body had the answer before the question finished. His weight came forward onto the balls of his feet, his chin went up, his right hand had already begun the movement — the small, flat, downward gesture, palm out, fingers together, the Cadre’s hold — that had preceded every order he had given for forty-two years. The gesture was halfway through the air when the rank caught up with it, and the rank was not there. The gesture finished anyway, orphaned, a saluting hand with no army behind it.</w:t>
      </w:r>
    </w:p>
    <w:p>
      <w:pPr>
        <w:spacing w:line="360" w:lineRule="auto" w:after="0"/>
        <w:ind w:firstLine="283"/>
      </w:pPr>
      <w:r>
        <w:t>The gesture did not help. The gesture did what it always did in the first half-second: it made the people who saw it look at him, and looking at him was not looking at the line. Herring, who had been stepping toward the boathook, half-turned at the gesture — a small, instinctive turn, the body of a man who has been under command before — and in that half-turn the boat swung another quarter-foot in toward the hull. Mew saw it. She did not say anything. She set her end of the line down — set it down, did not drop it — and put both hands on the fish basket, steadying the cargo that mattered, which was not the line at all, and looked at the child, and said:</w:t>
      </w:r>
    </w:p>
    <w:p>
      <w:pPr>
        <w:spacing w:line="360" w:lineRule="auto" w:after="0"/>
        <w:ind w:firstLine="283"/>
      </w:pPr>
      <w:r>
        <w:t>“Hold the fish. I’ll hold the boat. The line will sort itself or it won’t.”</w:t>
      </w:r>
    </w:p>
    <w:p>
      <w:pPr>
        <w:spacing w:line="360" w:lineRule="auto" w:after="0"/>
        <w:ind w:firstLine="283"/>
      </w:pPr>
      <w:r>
        <w:t>“Who’s in charge of the line?” the child asked.</w:t>
      </w:r>
    </w:p>
    <w:p>
      <w:pPr>
        <w:spacing w:line="360" w:lineRule="auto" w:after="0"/>
        <w:ind w:firstLine="283"/>
      </w:pPr>
      <w:r>
        <w:t>“The line,” Mew said, “is in charge of the line.”</w:t>
      </w:r>
    </w:p>
    <w:p>
      <w:pPr>
        <w:spacing w:line="360" w:lineRule="auto" w:after="0"/>
        <w:ind w:firstLine="283"/>
      </w:pPr>
      <w:r>
        <w:t>Herring laughed — one bark, from the belly — and put the boathook out and took a turn of the slack on its hook, not to fix the foul but to give the boat something to lean against, and gave it two inches of slack, and the swell came through again the same wrong way, and the line, having been allowed for one breath to be nobody’s problem, came free of the counter on its own, running out clean, and the boat drifted a boat’s width clear, and the child sat down in the bow with the basket and the matter was over.</w:t>
      </w:r>
    </w:p>
    <w:p>
      <w:pPr>
        <w:spacing w:line="360" w:lineRule="auto" w:after="0"/>
        <w:ind w:firstLine="283"/>
      </w:pPr>
      <w:r>
        <w:t>Rook’s palm came down. He put it on the rail. The rail was wet and the wood was grey and his hand stayed on it while his body undid, piece by piece, the stance it had assembled. Twenty-two years to build the stance, and the stance did not come down in a morning. He could feel that his gesture, in the half-second it had held Herring’s eye, had been a quarter-foot of harm. He did not know whether the others had noticed. He suspected Mew had.</w:t>
      </w:r>
    </w:p>
    <w:p>
      <w:pPr>
        <w:spacing w:line="360" w:lineRule="auto" w:after="0"/>
        <w:ind w:firstLine="283"/>
      </w:pPr>
      <w:r>
        <w:t>He finished the coil. He squared it on the deck. He stood.</w:t>
      </w:r>
    </w:p>
    <w:p>
      <w:pPr>
        <w:spacing w:line="360" w:lineRule="auto" w:after="0"/>
        <w:ind w:firstLine="283"/>
      </w:pPr>
      <w:r>
        <w:t>The child came up the side later — the boat had delivered its fish and taken the child aboard for the hour, because the child belonged to the water the way gulls did, distributed across every hull that would have her — and found him at the rail, and stood next to him, and looked up.</w:t>
      </w:r>
    </w:p>
    <w:p>
      <w:pPr>
        <w:spacing w:line="360" w:lineRule="auto" w:after="0"/>
        <w:ind w:firstLine="283"/>
      </w:pPr>
      <w:r>
        <w:t>“You put your hand out,” the child said. “Before.”</w:t>
      </w:r>
    </w:p>
    <w:p>
      <w:pPr>
        <w:spacing w:line="360" w:lineRule="auto" w:after="0"/>
        <w:ind w:firstLine="283"/>
      </w:pPr>
      <w:r>
        <w:t>“I did.”</w:t>
      </w:r>
    </w:p>
    <w:p>
      <w:pPr>
        <w:spacing w:line="360" w:lineRule="auto" w:after="0"/>
        <w:ind w:firstLine="283"/>
      </w:pPr>
      <w:r>
        <w:t>“Like this.” The child did it — the flat palm, the fingers together, held out over the water, small and exact, a copy so accurate it was like being shown a portrait of himself. “What’s that mean?”</w:t>
      </w:r>
    </w:p>
    <w:p>
      <w:pPr>
        <w:spacing w:line="360" w:lineRule="auto" w:after="0"/>
        <w:ind w:firstLine="283"/>
      </w:pPr>
      <w:r>
        <w:t>“It means hold. It means nothing moves until I say.”</w:t>
      </w:r>
    </w:p>
    <w:p>
      <w:pPr>
        <w:spacing w:line="360" w:lineRule="auto" w:after="0"/>
        <w:ind w:firstLine="283"/>
      </w:pPr>
      <w:r>
        <w:t>“Who taught you?”</w:t>
      </w:r>
    </w:p>
    <w:p>
      <w:pPr>
        <w:spacing w:line="360" w:lineRule="auto" w:after="0"/>
        <w:ind w:firstLine="283"/>
      </w:pPr>
      <w:r>
        <w:t>“A man who is dead.”</w:t>
      </w:r>
    </w:p>
    <w:p>
      <w:pPr>
        <w:spacing w:line="360" w:lineRule="auto" w:after="0"/>
        <w:ind w:firstLine="283"/>
      </w:pPr>
      <w:r>
        <w:t>“Are you in charge here?”</w:t>
      </w:r>
    </w:p>
    <w:p>
      <w:pPr>
        <w:spacing w:line="360" w:lineRule="auto" w:after="0"/>
        <w:ind w:firstLine="283"/>
      </w:pPr>
      <w:r>
        <w:t>“No.”</w:t>
      </w:r>
    </w:p>
    <w:p>
      <w:pPr>
        <w:spacing w:line="360" w:lineRule="auto" w:after="0"/>
        <w:ind w:firstLine="283"/>
      </w:pPr>
      <w:r>
        <w:t>“Who is?”</w:t>
      </w:r>
    </w:p>
    <w:p>
      <w:pPr>
        <w:spacing w:line="360" w:lineRule="auto" w:after="0"/>
        <w:ind w:firstLine="283"/>
      </w:pPr>
      <w:r>
        <w:t>“Whatever’s nearest.”</w:t>
      </w:r>
    </w:p>
    <w:p>
      <w:pPr>
        <w:spacing w:line="360" w:lineRule="auto" w:after="0"/>
        <w:ind w:firstLine="283"/>
      </w:pPr>
      <w:r>
        <w:t>The child looked down the deck — at Herring with the boathook, at the helm where the rotation’s hands were, at the boat going away with the fish. Looking for the nearest thing. Finding, wherever she looked, a different one.</w:t>
      </w:r>
    </w:p>
    <w:p>
      <w:pPr>
        <w:spacing w:line="360" w:lineRule="auto" w:after="0"/>
        <w:ind w:firstLine="283"/>
      </w:pPr>
      <w:r>
        <w:t>“Everything here is nearest,” the child said, with the satisfaction of a person who has been handed a true answer to keep.</w:t>
      </w:r>
    </w:p>
    <w:p>
      <w:pPr>
        <w:spacing w:line="360" w:lineRule="auto" w:after="0"/>
        <w:ind w:firstLine="283"/>
      </w:pPr>
      <w:r>
        <w:t>She went along the deck, rail to rail, one hand trailing the wood. Rook stayed at the spot where the line had fouled. The knot of it was already gone from the water. Below his feet, in the hold, two hundred and sixty people were being fed by a rotation, kept off the sea’s floor by a hull maintained by a rotation, navigated by marks that argued with each other in the mornings — and there was no one in charge of any of it, and it had not fallen.</w:t>
      </w:r>
    </w:p>
    <w:p>
      <w:pPr>
        <w:spacing w:line="360" w:lineRule="auto" w:after="0"/>
        <w:ind w:firstLine="283"/>
      </w:pPr>
      <w:r>
        <w:t>He did not trust it. He was already reading the deck for the next wrong line, the next swell that came wrong, the next child in a bow with a basket. He found the exits as he walked: the side ladder, the fore hatch, the boat davits. He counted them. He had learned, having watched Nima do it at the rail, that his count and hers had the same mother — the stair that fell, the thing the city did when nobody’s hand was out.</w:t>
      </w:r>
    </w:p>
    <w:p>
      <w:pPr>
        <w:spacing w:line="360" w:lineRule="auto" w:after="0"/>
        <w:ind w:firstLine="283"/>
      </w:pPr>
      <w:r>
        <w:t>His hand was out. It would be out again. It was not the same hand, and it was not the same rank, because there was no rank, and the hand was all that was left, and the hand had cost a quarter-foot of swing it had no right to cost, and he would remember the quarter-foot, and the hand would go out anyway.</w:t>
      </w:r>
    </w:p>
    <w:p>
      <w:pPr>
        <w:ind w:firstLine="0"/>
        <w:jc w:val="center"/>
      </w:pPr>
      <w:r>
        <w:rPr>
          <w:color w:val="AAAAAA"/>
        </w:rPr>
        <w:t>❖</w:t>
      </w:r>
    </w:p>
    <w:p>
      <w:pPr>
        <w:spacing w:line="360" w:lineRule="auto" w:after="0"/>
        <w:ind w:firstLine="283"/>
      </w:pPr>
      <w:r>
        <w:t>The Cadre had taught Rook to command. The command had been the hand-out-over-nothing, the flat palm, the hold. The command had been the rank, and the rank had been the stair, and the man at the top had been Rook, for forty-two years.</w:t>
      </w:r>
    </w:p>
    <w:p>
      <w:pPr>
        <w:spacing w:line="360" w:lineRule="auto" w:after="0"/>
        <w:ind w:firstLine="283"/>
      </w:pPr>
      <w:r>
        <w:t>The limits on command were the fleet’s way. The limits were the nearest-hands, and the nearest-hands were the rotation. The splice in his pack did not move.</w:t>
      </w:r>
    </w:p>
    <w:p>
      <w:pPr>
        <w:spacing w:line="360" w:lineRule="auto" w:after="0"/>
        <w:ind w:firstLine="283"/>
      </w:pPr>
      <w:r>
        <w:t>Rook stood at the chart ship’s rail on an evening of the Deep’s eighth week. The rail was the place the lesson had been learned — by the fleet before Rook had arrived.</w:t>
      </w:r>
    </w:p>
    <w:p>
      <w:pPr>
        <w:spacing w:line="360" w:lineRule="auto" w:after="0"/>
        <w:ind w:firstLine="283"/>
      </w:pPr>
      <w:r>
        <w:t>He took the splice out, that evening, and held it in both hands in the chart ship’s forepeak, the body’s whole reading of the road not taken, done in the muscles and the wrists. He had held the splice a hundred evenings, and the hundred holdings had not made the road not taken into the road taken. He put the splice back. The pack was the weight it had always been.</w:t>
      </w:r>
    </w:p>
    <w:p>
      <w:pPr>
        <w:ind w:firstLine="0"/>
        <w:jc w:val="center"/>
      </w:pPr>
      <w:r>
        <w:rPr>
          <w:color w:val="AAAAAA"/>
        </w:rPr>
        <w:t>❖</w:t>
      </w:r>
    </w:p>
    <w:p>
      <w:pPr>
        <w:spacing w:before="360" w:after="240"/>
        <w:ind w:firstLine="0"/>
        <w:jc w:val="center"/>
      </w:pPr>
      <w:r>
        <w:rPr>
          <w:b/>
          <w:i/>
          <w:color w:val="333333"/>
          <w:sz w:val="26"/>
        </w:rPr>
        <w:t>Step — The Records Ship (Rook)</w:t>
      </w:r>
    </w:p>
    <w:p>
      <w:pPr>
        <w:spacing w:line="360" w:lineRule="auto" w:after="0"/>
        <w:ind w:firstLine="283"/>
      </w:pPr>
      <w:r>
        <w:t>· salt ·</w:t>
      </w:r>
    </w:p>
    <w:p>
      <w:pPr>
        <w:spacing w:line="360" w:lineRule="auto" w:after="0"/>
        <w:ind w:firstLine="283"/>
      </w:pPr>
      <w:r>
        <w:t>The records ship went down at the third watch of the second week, and the going-down was the chart room's whole morning, and the chart room's whole morning was the not-speaking of it.</w:t>
      </w:r>
    </w:p>
    <w:p>
      <w:pPr>
        <w:spacing w:line="360" w:lineRule="auto" w:after="0"/>
        <w:ind w:firstLine="283"/>
      </w:pPr>
      <w:r>
        <w:t>The records ship was the lighter. The lighter was the small hull — the half-decked boat the fleet had taken at the third port, the boat the hold ship's cooper had known how to sail, the boat that carried the chest. The chest was the city's. The chest was the fleet's. The chest held the pages the city had saved: the household ledgers, the allocation records, the birth registers, the death registers, the margins with their two words. The lighter carried the chest between the hulls when the chest needed moving, and the lighter was at the chart ship's stern this morning, and the swell came wrong between the chart ship and the galley ship, and the lighter rolled, and the chest shifted, and the lighter's gunwale went under, and the lighter took water.</w:t>
      </w:r>
    </w:p>
    <w:p>
      <w:pPr>
        <w:spacing w:line="360" w:lineRule="auto" w:after="0"/>
        <w:ind w:firstLine="283"/>
      </w:pPr>
      <w:r>
        <w:t>Rook was on the foredeck of the chart ship. The foredeck was the place Rook had the watch. The splice was in his pack. The pack was at his feet. The splice was Breck's — the long splice, the invisible join. The splice was the road not taken. The splice was the carried.</w:t>
      </w:r>
    </w:p>
    <w:p>
      <w:pPr>
        <w:spacing w:line="360" w:lineRule="auto" w:after="0"/>
        <w:ind w:firstLine="283"/>
      </w:pPr>
      <w:r>
        <w:t>The lighter took water. Rook saw it. The cox was the cooper, and the cooper had hold of the chest's lashing, and the chest was sliding, and the cooper was hauling the lashing hand-over-hand, and the lashing was not holding, and the chest was going.</w:t>
      </w:r>
    </w:p>
    <w:p>
      <w:pPr>
        <w:spacing w:line="360" w:lineRule="auto" w:after="0"/>
        <w:ind w:firstLine="283"/>
      </w:pPr>
      <w:r>
        <w:t>Rook's body had the answer before the eye finished. His weight came forward onto the balls of his feet, his chin went up, his right hand had already begun the movement — the Cadre's hold, the flat palm over the water, the hold that meant nothing moves until I say. The gesture was halfway through the air when the rank caught up with it, and the rank was not there. The gesture finished anyway, orphaned, a saluting hand with no army behind it.</w:t>
      </w:r>
    </w:p>
    <w:p>
      <w:pPr>
        <w:spacing w:line="360" w:lineRule="auto" w:after="0"/>
        <w:ind w:firstLine="283"/>
      </w:pPr>
      <w:r>
        <w:t>The lighter rolled. The chest went over the gunwale. The cooper let the lashing go. The chest hit the water. The chest sank. The chest was iron-bound, the city's, the fleet's. The chest sank at the chart ship's stern, in the swell's wrong quarter, and the chest went down.</w:t>
      </w:r>
    </w:p>
    <w:p>
      <w:pPr>
        <w:spacing w:line="360" w:lineRule="auto" w:after="0"/>
        <w:ind w:firstLine="283"/>
      </w:pPr>
      <w:r>
        <w:t>Rook's hand came down. He put it on the rail. The rail was wet. The wood was grey. His hand stayed on it while his body undid, piece by piece, the stance it had assembled. The stance did not come down in a morning. Twenty-two years to build the stance, and the stance was the body's whole shape, and the shape did not change because the rank was gone.</w:t>
      </w:r>
    </w:p>
    <w:p>
      <w:pPr>
        <w:spacing w:line="360" w:lineRule="auto" w:after="0"/>
        <w:ind w:firstLine="283"/>
      </w:pPr>
      <w:r>
        <w:t>The cooper was in the water. The cooper had gone in after the chest. The cooper came up without the chest. The chest was down. The cooper held the gunwale and the lighter's crew hauled him aboard, and the cooper sat on the lighter's half-deck and the water ran off him and he did not say anything, and the not-saying was the cooper's whole honest word about the chest.</w:t>
      </w:r>
    </w:p>
    <w:p>
      <w:pPr>
        <w:spacing w:line="360" w:lineRule="auto" w:after="0"/>
        <w:ind w:firstLine="283"/>
      </w:pPr>
      <w:r>
        <w:t>The boats went in. Herring's boat was in the water, and Mew's boat was in the water. The boats went to the lighter. The lighter was righted. The lighter was bailed. The cooper was brought aboard the galley ship and given a dry coat. The chest was not brought aboard. The chest was down. The chest was at the bottom of the swell's wrong quarter, in the dark, in the wet, with the city's pages and the city's margins and the city's two words.</w:t>
      </w:r>
    </w:p>
    <w:p>
      <w:pPr>
        <w:spacing w:line="360" w:lineRule="auto" w:after="0"/>
        <w:ind w:firstLine="283"/>
      </w:pPr>
      <w:r>
        <w:t>Rook stood at the chart ship's rail. The splice was in his pack. The splice was the road not taken. The chest was the road gone down. The two were not the same. The two were not opposites. The two were the two things Rook was carrying, and the two were heavy, and the heavy was the work.</w:t>
      </w:r>
    </w:p>
    <w:p>
      <w:pPr>
        <w:spacing w:line="360" w:lineRule="auto" w:after="0"/>
        <w:ind w:firstLine="283"/>
      </w:pPr>
      <w:r>
        <w:t>But there was the other thing. The other thing was small. The other thing was a thing Rook did not have a word for. The other thing was the not-grief. The chest had gone down. The chest had held the city's pages. The pages had held the household ledgers and the allocation records and the birth registers and the death registers. The pages had held the lists. The pages had held the names. The pages had held the city's whole apparatus of the holding-of-names. The pages had been the cage. The chest had been the cage's freight. The cage's freight had gone down.</w:t>
      </w:r>
    </w:p>
    <w:p>
      <w:pPr>
        <w:spacing w:line="360" w:lineRule="auto" w:after="0"/>
        <w:ind w:firstLine="283"/>
      </w:pPr>
      <w:r>
        <w:t>The not-grief was the lightness. The lightness was the small thing Rook did not have a word for. The lightness was the feeling in the sternum — the place where the shapes lived, the place where the dead were carried — and the lightness was the feeling that the sternum was, for one breath, less heavy. The sternum had been carrying the chest's weight the way the sternum had been carrying the splice's weight and the dead's weight and the city's weight. The chest's weight had gone down. The sternum was, for one breath, less heavy.</w:t>
      </w:r>
    </w:p>
    <w:p>
      <w:pPr>
        <w:spacing w:line="360" w:lineRule="auto" w:after="0"/>
        <w:ind w:firstLine="283"/>
      </w:pPr>
      <w:r>
        <w:t>The breath was the first release. Rook did not name it. Rook did not say: the chest going down was a release. Rook did not say: the lists going down was a mercy. Rook did not say: the cage's freight going down was the cage's first unburdening. Rook did not say any of this. Rook filed it. The filing was the body's whole work — the body's way of taking a thing that had happened and putting it in the place where the body kept the things that had happened, without the naming, without the resolving, the filing the only honest work.</w:t>
      </w:r>
    </w:p>
    <w:p>
      <w:pPr>
        <w:spacing w:line="360" w:lineRule="auto" w:after="0"/>
        <w:ind w:firstLine="283"/>
      </w:pPr>
      <w:r>
        <w:t>The filing was the not-telling. Rook told no one. Rook did not tell the chart room. Rook did not tell Mew. Rook did not tell Trine. Rook did not tell Nessa. Rook did not tell anyone. The not-telling was the filing's whole office. The filing was Rook's. The filing was the first release's whole keeping.</w:t>
      </w:r>
    </w:p>
    <w:p>
      <w:pPr>
        <w:spacing w:line="360" w:lineRule="auto" w:after="0"/>
        <w:ind w:firstLine="283"/>
      </w:pPr>
      <w:r>
        <w:t>The chart room did not speak of the chest. The chart room's whole morning was the not-speaking of it. Skerry did not say: the chest is down. Mira did not say: the chest is down. The chart room held the not-speaking the way the chart room held the double cross — without the resolving, without the choosing, the holding the only honest work.</w:t>
      </w:r>
    </w:p>
    <w:p>
      <w:pPr>
        <w:spacing w:line="360" w:lineRule="auto" w:after="0"/>
        <w:ind w:firstLine="283"/>
      </w:pPr>
      <w:r>
        <w:t>The fleet went south. The lighter rode the chart ship's stern, empty of the chest, the cooper at the half-deck with a dry coat and the not-saying. The fleet's whole freight was the people. The fleet's whole freight was no longer the chest. The fleet's whole freight was the people and the pot and the slate and the splice and the dead and the not-speaking and the first release.</w:t>
      </w:r>
    </w:p>
    <w:p>
      <w:pPr>
        <w:spacing w:line="360" w:lineRule="auto" w:after="0"/>
        <w:ind w:firstLine="283"/>
      </w:pPr>
      <w:r>
        <w:t>Rook stood at the chart ship's rail. The splice was in his pack. The splice was the road not taken. The chest was the road gone down. The two were the two things Rook was carrying. The two were heavy. The heavy was the work. But there was the other thing, the small thing, the not-grief, the lightness, the first release, the filed, the not-told. The other thing was the seed. The seed was in the sternum. The seed was small. The seed was the size of a freckle. The seed was the size of the dot at the east of the crack.</w:t>
      </w:r>
    </w:p>
    <w:p>
      <w:pPr>
        <w:spacing w:line="360" w:lineRule="auto" w:after="0"/>
        <w:ind w:firstLine="283"/>
      </w:pPr>
      <w:r>
        <w:t>Rook did not know the seed was the seed. Rook filed it. Rook told no one. The fleet went south.</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Chapter 5 — Who Comes Back</w:t>
      </w:r>
    </w:p>
    <w:p>
      <w:pPr>
        <w:spacing w:line="360" w:lineRule="auto" w:after="0"/>
        <w:ind w:firstLine="283"/>
      </w:pPr>
      <w:r>
        <w:t>· salt ·</w:t>
      </w:r>
    </w:p>
    <w:p>
      <w:pPr>
        <w:spacing w:line="360" w:lineRule="auto" w:after="0"/>
        <w:ind w:firstLine="283"/>
      </w:pPr>
      <w:r>
        <w:t>The question was on the deck when the middle watch came up, and no one had seen it written.</w:t>
      </w:r>
    </w:p>
    <w:p>
      <w:pPr>
        <w:spacing w:line="360" w:lineRule="auto" w:after="0"/>
        <w:ind w:firstLine="283"/>
      </w:pPr>
      <w:r>
        <w:t>Nima saw it first from the hold ladder — the Atherin people were berthed on the heavy ship, and she slept among them still, out of the habit of sleeping where the people she moved slept — and she stopped on the ladder with one foot on the deck, because the deck had changed and her eyes had told her before her mind agreed.</w:t>
      </w:r>
    </w:p>
    <w:p>
      <w:pPr>
        <w:spacing w:line="360" w:lineRule="auto" w:after="0"/>
        <w:ind w:firstLine="283"/>
      </w:pPr>
      <w:r>
        <w:t>It was chalk. Chalk on the grey planking of the main deck, just aft of the fore hatch, in letters a finger wide: WHO COMES BACK?</w:t>
      </w:r>
    </w:p>
    <w:p>
      <w:pPr>
        <w:spacing w:line="360" w:lineRule="auto" w:after="0"/>
        <w:ind w:firstLine="283"/>
      </w:pPr>
      <w:r>
        <w:t>The letters were wrong for the fleet. The fleet writes its marks small and slanted, westerly, against the wind’s grain; these letters were upright and square, the letters of a wall, the letters of a city. The sight of city letters on a sea deck was a hand laid on her sternum, flat, pressing down.</w:t>
      </w:r>
    </w:p>
    <w:p>
      <w:pPr>
        <w:spacing w:line="360" w:lineRule="auto" w:after="0"/>
        <w:ind w:firstLine="283"/>
      </w:pPr>
      <w:r>
        <w:t>She came the rest of the way up. No one was on the deck but the watch, and the watch was at the helm and the mast and the bow, and the chalk was between, in the open, under the lantern that was lit but dark until full dark.</w:t>
      </w:r>
    </w:p>
    <w:p>
      <w:pPr>
        <w:spacing w:line="360" w:lineRule="auto" w:after="0"/>
        <w:ind w:firstLine="283"/>
      </w:pPr>
      <w:r>
        <w:t>The chalk was white. The fleet’s chalk was the grey of the chart keepers’ mixing pot. This chalk was white — old white, soft white, the white of a stub carried in a cloth until the stub was more cloth than chalk. She crouched. She did not touch the letters. She looked at them the way she looked at a thread on a door-handle: reading the knot, not pulling it.</w:t>
      </w:r>
    </w:p>
    <w:p>
      <w:pPr>
        <w:spacing w:line="360" w:lineRule="auto" w:after="0"/>
        <w:ind w:firstLine="283"/>
      </w:pPr>
      <w:r>
        <w:t>Who comes back.</w:t>
      </w:r>
    </w:p>
    <w:p>
      <w:pPr>
        <w:spacing w:line="360" w:lineRule="auto" w:after="0"/>
        <w:ind w:firstLine="283"/>
      </w:pPr>
      <w:r>
        <w:t>In the city, the question had been the other one. Who disappears. She had carried that question since the shelter, since the Core, since the doors that opened in passages that did not officially exist — and the two questions were not opposites. The city’s question had an answer the city knew and would not say. This one had no answer she had ever heard anyone give.</w:t>
      </w:r>
    </w:p>
    <w:p>
      <w:pPr>
        <w:spacing w:line="360" w:lineRule="auto" w:after="0"/>
        <w:ind w:firstLine="283"/>
      </w:pPr>
      <w:r>
        <w:t>The watch changed by feet. The feet came aft, the feet went forward. A man from the new watch crossed the deck with a lantern hooded in his hand and his eyes on the rigging, and his eyes crossed the letters the way eyes cross a plank — nothing, nothing, then a stumble, then nothing again. He stopped. He read it. He read it twice — you could see the twice in the tilt of the lantern. Then he went on, and he did not wipe it, and he did not stand over it, and he did not call anyone.</w:t>
      </w:r>
    </w:p>
    <w:p>
      <w:pPr>
        <w:spacing w:line="360" w:lineRule="auto" w:after="0"/>
        <w:ind w:firstLine="283"/>
      </w:pPr>
      <w:r>
        <w:t>By the middle of the middle watch, the question had been read by everyone on the deck, and no one had wiped it, and no one had claimed it.</w:t>
      </w:r>
    </w:p>
    <w:p>
      <w:pPr>
        <w:spacing w:line="360" w:lineRule="auto" w:after="0"/>
        <w:ind w:firstLine="283"/>
      </w:pPr>
      <w:r>
        <w:t>Nima sat on the hatch coaming with her pack at her feet and watched the fleet’s way of dealing with it happen, and the fleet’s way was this: nothing. Nothing, and then, in ones and twos, the small talk that was not about the question and was entirely about the question.</w:t>
      </w:r>
    </w:p>
    <w:p>
      <w:pPr>
        <w:spacing w:line="360" w:lineRule="auto" w:after="0"/>
        <w:ind w:firstLine="283"/>
      </w:pPr>
      <w:r>
        <w:t>A woman at the rail, a tin cup gone cold in her hands, to another woman at the rail, not looking at her: “My sister took a berth on the shallow ship at Sollis. Gone ashore two weeks.” A pause the length of a swell. “She’ll come back.”</w:t>
      </w:r>
    </w:p>
    <w:p>
      <w:pPr>
        <w:spacing w:line="360" w:lineRule="auto" w:after="0"/>
        <w:ind w:firstLine="283"/>
      </w:pPr>
      <w:r>
        <w:t>The other woman: “Mm.”</w:t>
      </w:r>
    </w:p>
    <w:p>
      <w:pPr>
        <w:spacing w:line="360" w:lineRule="auto" w:after="0"/>
        <w:ind w:firstLine="283"/>
      </w:pPr>
      <w:r>
        <w:t>“She’s done it before. Twice.”</w:t>
      </w:r>
    </w:p>
    <w:p>
      <w:pPr>
        <w:spacing w:line="360" w:lineRule="auto" w:after="0"/>
        <w:ind w:firstLine="283"/>
      </w:pPr>
      <w:r>
        <w:t>The other woman said nothing, and the nothing was not agreement and was not doubt, and the first woman went on looking at the water.</w:t>
      </w:r>
    </w:p>
    <w:p>
      <w:pPr>
        <w:spacing w:line="360" w:lineRule="auto" w:after="0"/>
        <w:ind w:firstLine="283"/>
      </w:pPr>
      <w:r>
        <w:t>At the helm, the watchkeeper said to the mast, or to the night: “The Mackerel came back.” A ship, that was. “One of them, anyway.” And the “anyway” was a door opened and closed in the same motion.</w:t>
      </w:r>
    </w:p>
    <w:p>
      <w:pPr>
        <w:spacing w:line="360" w:lineRule="auto" w:after="0"/>
        <w:ind w:firstLine="283"/>
      </w:pPr>
      <w:r>
        <w:t>The Sister had not come back. The Sister had gone north. The fleet carried the Sister’s not-coming-back the way it carried the Tern’s, only the Tern had gone south, the way the fleet was going now.</w:t>
      </w:r>
    </w:p>
    <w:p>
      <w:pPr>
        <w:spacing w:line="360" w:lineRule="auto" w:after="0"/>
        <w:ind w:firstLine="283"/>
      </w:pPr>
      <w:r>
        <w:t>A boy, one of the hold’s boys, not the child — an older boy, thirteen or fourteen, one of the ones who had come out of the city with nobody — stood over the letters for a long time with his hands in his pockets. Then he said, to no one, in a voice pitched exactly at the level where no one had to answer: “I’m coming back. I’m not going anywhere.” And he went down the ladder to the hold, and his feet on the steps were very fast.</w:t>
      </w:r>
    </w:p>
    <w:p>
      <w:pPr>
        <w:spacing w:line="360" w:lineRule="auto" w:after="0"/>
        <w:ind w:firstLine="283"/>
      </w:pPr>
      <w:r>
        <w:t>Nima did not erase it. Her hand had been in her coat for the cloth — the reflex, the cleaner’s reflex, the guide’s reflex: a mark in the open is a mark the wrong eyes can read, and you wipe it — and her hand had stopped itself. The reflex had come from the passages. But the deck was not a passage. The deck had no walls for the question to be a door in. The question was in the open, on planking that the whole ship’s feet crossed, and the whole ship had decided the same thing she had decided, which was to let it stand.</w:t>
      </w:r>
    </w:p>
    <w:p>
      <w:pPr>
        <w:spacing w:line="360" w:lineRule="auto" w:after="0"/>
        <w:ind w:firstLine="283"/>
      </w:pPr>
      <w:r>
        <w:t>She took the chalk out of her pocket. Her chalk — the stub, the cloth. She held it in her palm beside the letters, close, not writing. Her stub was the color of old cream. The letters were white. The stub that had written them was somebody’s, somewhere in the fleet or ashore or gone.</w:t>
      </w:r>
    </w:p>
    <w:p>
      <w:pPr>
        <w:spacing w:line="360" w:lineRule="auto" w:after="0"/>
        <w:ind w:firstLine="283"/>
      </w:pPr>
      <w:r>
        <w:t>She put her chalk away.</w:t>
      </w:r>
    </w:p>
    <w:p>
      <w:pPr>
        <w:spacing w:line="360" w:lineRule="auto" w:after="0"/>
        <w:ind w:firstLine="283"/>
      </w:pPr>
      <w:r>
        <w:t>She counted the exits: the hold ladder at her back; the side ladder aft; the bow head; the gangways, rigged or not. Four. The count was the habit. She sat at the coaming and let the question be one of the things she carried, and she carried it the way the fleet carried everything: without a list, without a resolution, in the dark, in the open, under feet, and it went on.</w:t>
      </w:r>
    </w:p>
    <w:p>
      <w:pPr>
        <w:spacing w:line="360" w:lineRule="auto" w:after="0"/>
        <w:ind w:firstLine="283"/>
      </w:pPr>
      <w:r>
        <w:t>In the morning the boat came with the marks chest, and the marks chest went back with everything else the ships had found in the night, and the question stayed on the deck of the heavy ship where it had been written, and the feet crossed it all day, and the rain — the ordinary rain, the honest grey rain — came down in the afternoon and did not take it. The chalk held. The letters held the white a moment longer than the wet deck. Then the white went. The letters stayed. The deck held the grooves of them a while longer. The feet crossed. The question asked itself to every foot that passed, all day, in the rain. No one answered. No one wiped. The ship went south.</w:t>
      </w:r>
    </w:p>
    <w:p>
      <w:pPr>
        <w:spacing w:line="360" w:lineRule="auto" w:after="0"/>
        <w:ind w:firstLine="283"/>
      </w:pPr>
      <w:r>
        <w:t>That evening the chart room held an argument, and the argument was kept. Skerry and Alfred had the same chart on the table, the reach south of Sollis, and the chart had two bottoms on it. Skerry had drawn the first bottom at dawn from the deck, six fathoms and a half, grey sand. Alfred had drawn the second bottom at noon from the masthead, seven fathoms, grey sand and shell. Both honest — and the two bottoms were a half-fathom apart and a half-cable east of each other. They did not agree. They did not need to. Skerry drew the double cross between the two bottoms, and Alfred — this was the thing he had learned in two seasons — did not draw the straight line. He drew the second cross.</w:t>
      </w:r>
    </w:p>
    <w:p>
      <w:pPr>
        <w:spacing w:line="360" w:lineRule="auto" w:after="0"/>
        <w:ind w:firstLine="283"/>
      </w:pPr>
      <w:r>
        <w:t>Ferrin was at the chart ship’s rail when Nima came out. He had been at the rail for several evenings. Ferrin was a hull-hand from the hold ship, a man of forty, a cooper by trade before the trade had ended, broad in the shoulders, quiet at the rail. He had a coat that had been a fisherman’s, salt-stained, the cuffs frayed.</w:t>
      </w:r>
    </w:p>
    <w:p>
      <w:pPr>
        <w:spacing w:line="360" w:lineRule="auto" w:after="0"/>
        <w:ind w:firstLine="283"/>
      </w:pPr>
      <w:r>
        <w:t>“The channel crossing,” Ferrin said. He said it sideways, while looking at the water, so it could be ignored. “When we come to it. I want to be on the boat that goes ashore.”</w:t>
      </w:r>
    </w:p>
    <w:p>
      <w:pPr>
        <w:spacing w:line="360" w:lineRule="auto" w:after="0"/>
        <w:ind w:firstLine="283"/>
      </w:pPr>
      <w:r>
        <w:t>Nima did not answer. The rail held the question, and the night came on, and the fleet went south.</w:t>
      </w:r>
    </w:p>
    <w:p>
      <w:pPr>
        <w:spacing w:line="360" w:lineRule="auto" w:after="0"/>
        <w:ind w:firstLine="283"/>
      </w:pPr>
      <w:r>
        <w:t>Kael was on the foredeck in the middle watch, moving through the form. Nima watched from the rail. She had seen the diagram — the trader’s diagram, the one the chest had copied. She knew the thirty figures. She knew the fourth figure, the one with the tremor, the one the two versions disagreed about.</w:t>
      </w:r>
    </w:p>
    <w:p>
      <w:pPr>
        <w:spacing w:line="360" w:lineRule="auto" w:after="0"/>
        <w:ind w:firstLine="283"/>
      </w:pPr>
      <w:r>
        <w:t>The man moved through the first three steps the way the diagram showed — the feet set, the weight centered, the turn. Then he moved into the fourth step, and the fourth step was not the diagram’s fourth step. The wrist was not a half-degree off. The wrist was not true. The wrist was something else — a modification, a variation, a fourth thing the diagram had never held.</w:t>
      </w:r>
    </w:p>
    <w:p>
      <w:pPr>
        <w:spacing w:line="360" w:lineRule="auto" w:after="0"/>
        <w:ind w:firstLine="283"/>
      </w:pPr>
      <w:r>
        <w:t>He carried his own version now — worn soft in a pocket, creased from years of opening, the fourth figure modified past the other two.</w:t>
      </w:r>
    </w:p>
    <w:p>
      <w:pPr>
        <w:spacing w:line="360" w:lineRule="auto" w:after="0"/>
        <w:ind w:firstLine="283"/>
      </w:pPr>
      <w:r>
        <w:t>Nima counted the exits — four — and went to the rail’s end. She did not interrupt. She watched the form. The form went on. The fourth step was not the diagram’s fourth step. The form held.</w:t>
      </w:r>
    </w:p>
    <w:p>
      <w:pPr>
        <w:spacing w:line="360" w:lineRule="auto" w:after="0"/>
        <w:ind w:firstLine="283"/>
      </w:pPr>
      <w:r>
        <w:t>Afterward, she asked him. Not the diagram. Not the modification. The simple thing.</w:t>
      </w:r>
    </w:p>
    <w:p>
      <w:pPr>
        <w:spacing w:line="360" w:lineRule="auto" w:after="0"/>
        <w:ind w:firstLine="283"/>
      </w:pPr>
      <w:r>
        <w:t>“Is that one of the thirty?”</w:t>
      </w:r>
    </w:p>
    <w:p>
      <w:pPr>
        <w:spacing w:line="360" w:lineRule="auto" w:after="0"/>
        <w:ind w:firstLine="283"/>
      </w:pPr>
      <w:r>
        <w:t>The man looked at her. He was twenty-two now, the boy become the man, the coat on his shoulders, the cuffs turned back twice. The cup was in his pocket — the clay cup, the cardamom color, the dent at the rim. He did not answer at once. He looked at the water. Then he looked back.</w:t>
      </w:r>
    </w:p>
    <w:p>
      <w:pPr>
        <w:spacing w:line="360" w:lineRule="auto" w:after="0"/>
        <w:ind w:firstLine="283"/>
      </w:pPr>
      <w:r>
        <w:t>“It is now,” he said.</w:t>
      </w:r>
    </w:p>
    <w:p>
      <w:pPr>
        <w:spacing w:line="360" w:lineRule="auto" w:after="0"/>
        <w:ind w:firstLine="283"/>
      </w:pPr>
      <w:r>
        <w:t>Nima did not ask what he meant. She knew what he meant. The form was the diagram’s, and the body’s. The body changed, and the form changed. The change was the form’s life.</w:t>
      </w:r>
    </w:p>
    <w:p>
      <w:pPr>
        <w:ind w:firstLine="0"/>
        <w:jc w:val="center"/>
      </w:pPr>
      <w:r>
        <w:rPr>
          <w:color w:val="AAAAAA"/>
        </w:rPr>
        <w:t>❖</w:t>
      </w:r>
    </w:p>
    <w:p>
      <w:pPr>
        <w:spacing w:before="360" w:after="240"/>
        <w:ind w:firstLine="0"/>
        <w:jc w:val="center"/>
      </w:pPr>
      <w:r>
        <w:rPr>
          <w:b/>
          <w:i/>
          <w:color w:val="333333"/>
          <w:sz w:val="26"/>
        </w:rPr>
        <w:t>Step — The Form in Secret (Kael)</w:t>
      </w:r>
    </w:p>
    <w:p>
      <w:pPr>
        <w:spacing w:line="360" w:lineRule="auto" w:after="0"/>
        <w:ind w:firstLine="283"/>
      </w:pPr>
      <w:r>
        <w:t>· salt ·</w:t>
      </w:r>
    </w:p>
    <w:p>
      <w:pPr>
        <w:spacing w:line="360" w:lineRule="auto" w:after="0"/>
        <w:ind w:firstLine="283"/>
      </w:pPr>
      <w:r>
        <w:t>The form was the form he practiced in secret, and the secret was the practice, and the practice was the body's whole honest word about the wall.</w:t>
      </w:r>
    </w:p>
    <w:p>
      <w:pPr>
        <w:spacing w:line="360" w:lineRule="auto" w:after="0"/>
        <w:ind w:firstLine="283"/>
      </w:pPr>
      <w:r>
        <w:t>Kael came to the foredeck at the middle watch. The foredeck was the place the form lived. The foredeck was the place the form had lived since the city. The foredeck was the place the city's company man had stood on a wall and moved through the thirty figures and the moving had been the city's whole holding of the road. The wall at Koric had been the wall. The foredeck was the wall now.</w:t>
      </w:r>
    </w:p>
    <w:p>
      <w:pPr>
        <w:spacing w:line="360" w:lineRule="auto" w:after="0"/>
        <w:ind w:firstLine="283"/>
      </w:pPr>
      <w:r>
        <w:t>He did not light the lamp. There was a time for lamps, and the middle watch was not it. The middle watch was the time for the body. The body's whole work was the form. The form was the body's whole office.</w:t>
      </w:r>
    </w:p>
    <w:p>
      <w:pPr>
        <w:spacing w:line="360" w:lineRule="auto" w:after="0"/>
        <w:ind w:firstLine="283"/>
      </w:pPr>
      <w:r>
        <w:t>He stood at the foredeck's edge. The rail was at his back. The water was below. The water was the east. The east was the wind's quarter. The wind was wet. The wind came off the water and the wind took the form's breath and the form's breath was the wind's.</w:t>
      </w:r>
    </w:p>
    <w:p>
      <w:pPr>
        <w:spacing w:line="360" w:lineRule="auto" w:after="0"/>
        <w:ind w:firstLine="283"/>
      </w:pPr>
      <w:r>
        <w:t>The form was the thirty figures. The thirty figures were the diagram's. The diagram was the trader's diagram, the one the chest had copied, the one the fleet's chart room held in its sleeve. The diagram was the wall's whole grammar. The diagram was the wall's whole teaching. The diagram was the thirty figures, and the thirty figures were the body's whole thirty words, and the thirty words were the wall's whole vocabulary.</w:t>
      </w:r>
    </w:p>
    <w:p>
      <w:pPr>
        <w:spacing w:line="360" w:lineRule="auto" w:after="0"/>
        <w:ind w:firstLine="283"/>
      </w:pPr>
      <w:r>
        <w:t>Kael moved through the first three. The first was the stance — the feet set, the weight centered, the turn. The first was the wall's first word: I am here. The second was the turn — the weight on the back foot, the chin up, the eyes on the road. The second was the wall's second word: I am watching. The third was the step — the forward foot, the half-step, the hands at the sides. The third was the wall's third word: I am ready.</w:t>
      </w:r>
    </w:p>
    <w:p>
      <w:pPr>
        <w:spacing w:line="360" w:lineRule="auto" w:after="0"/>
        <w:ind w:firstLine="283"/>
      </w:pPr>
      <w:r>
        <w:t>The fourth was the modification. The fourth was the figure the two versions of the diagram disagreed about. The fourth was the figure with the tremor — the wrist's half-degree off, the not-true, the not-diagram's. The fourth was Kael's own. The fourth was the figure the body had made its own by the years of practicing it wrong until the wrong had become the body's whole honest version of the figure.</w:t>
      </w:r>
    </w:p>
    <w:p>
      <w:pPr>
        <w:spacing w:line="360" w:lineRule="auto" w:after="0"/>
        <w:ind w:firstLine="283"/>
      </w:pPr>
      <w:r>
        <w:t>Kael moved into the fourth. The wrist was not a half-degree off. The wrist was something else. The wrist was a quarter-turn, the wrist was the right hand going to the coat's pocket — the inside pocket, the one Kael did not use — the wrist was the modification, the variation, the fourth thing the diagram had never held. The fourth was Kael's. The fourth was the body's. The fourth was the body's whole honest word about the wall.</w:t>
      </w:r>
    </w:p>
    <w:p>
      <w:pPr>
        <w:spacing w:line="360" w:lineRule="auto" w:after="0"/>
        <w:ind w:firstLine="283"/>
      </w:pPr>
      <w:r>
        <w:t>The form held. The form held the way the wall at Koric had held — with the lean, with the wrong, with the not-straight. The form was the wall's whole teaching made body. The form was the wall's whole vocabulary made muscle. The form was the wall's whole holding made movement.</w:t>
      </w:r>
    </w:p>
    <w:p>
      <w:pPr>
        <w:spacing w:line="360" w:lineRule="auto" w:after="0"/>
        <w:ind w:firstLine="283"/>
      </w:pPr>
      <w:r>
        <w:t>The middle watch was the secret. The secret was the practice. The practice was the form's whole honest work. The form was not for the fleet. The form was not for the chart room. The form was not for the council. The form was for the wall. The wall was Kael's. The wall was the body's. The wall was the form's whole country.</w:t>
      </w:r>
    </w:p>
    <w:p>
      <w:pPr>
        <w:spacing w:line="360" w:lineRule="auto" w:after="0"/>
        <w:ind w:firstLine="283"/>
      </w:pPr>
      <w:r>
        <w:t>The witness came at the second hour. The witness was Nima. Nima had the same watch at the hold ship's rail. Nima came across in the boat because the boat was the fleet's passage and the passage was the work. Nima did not announce. Nima did not ask. Nima came to the foredeck and stood at the rail's end and watched.</w:t>
      </w:r>
    </w:p>
    <w:p>
      <w:pPr>
        <w:spacing w:line="360" w:lineRule="auto" w:after="0"/>
        <w:ind w:firstLine="283"/>
      </w:pPr>
      <w:r>
        <w:t>Nima knew the form. Nima had seen the diagram. Nima knew the thirty figures. Nima knew the fourth figure, the one with the tremor, the one the two versions disagreed about. Nima had watched Kael move through the form the night before, on the heavy ship's foredeck. Nima had not interrupted. Nima had watched the form. The form had gone on. The fourth step had not been the diagram's fourth step. The form had held.</w:t>
      </w:r>
    </w:p>
    <w:p>
      <w:pPr>
        <w:spacing w:line="360" w:lineRule="auto" w:after="0"/>
        <w:ind w:firstLine="283"/>
      </w:pPr>
      <w:r>
        <w:t>Nima watched again. The form went on. The fourth step was not the diagram's fourth step. The form held. Nima did not interrupt. The watching was the witness. The witness was the work.</w:t>
      </w:r>
    </w:p>
    <w:p>
      <w:pPr>
        <w:spacing w:line="360" w:lineRule="auto" w:after="0"/>
        <w:ind w:firstLine="283"/>
      </w:pPr>
      <w:r>
        <w:t>Afterward, Nima asked. Not the diagram. Not the modification. The simple thing.</w:t>
      </w:r>
    </w:p>
    <w:p>
      <w:pPr>
        <w:spacing w:line="360" w:lineRule="auto" w:after="0"/>
        <w:ind w:firstLine="283"/>
      </w:pPr>
      <w:r>
        <w:t>"Is that one of the thirty?"</w:t>
      </w:r>
    </w:p>
    <w:p>
      <w:pPr>
        <w:spacing w:line="360" w:lineRule="auto" w:after="0"/>
        <w:ind w:firstLine="283"/>
      </w:pPr>
      <w:r>
        <w:t>Kael looked at her. He was twenty-two now, the boy become the man, the coat on his shoulders, the cuffs turned back twice at the wrists. The cup was in his pocket — the clay cup, the cardamom color, the dent at the rim. He did not answer at once. He looked at the water. Then he looked back.</w:t>
      </w:r>
    </w:p>
    <w:p>
      <w:pPr>
        <w:spacing w:line="360" w:lineRule="auto" w:after="0"/>
        <w:ind w:firstLine="283"/>
      </w:pPr>
      <w:r>
        <w:t>"It is now," he said.</w:t>
      </w:r>
    </w:p>
    <w:p>
      <w:pPr>
        <w:spacing w:line="360" w:lineRule="auto" w:after="0"/>
        <w:ind w:firstLine="283"/>
      </w:pPr>
      <w:r>
        <w:t>Nima did not ask what he meant. She knew what he meant. The form was the form. The form was the diagram's. The form was also the body's. The body changed, and the form changed, and the change was not the form's failure. The change was the form's life.</w:t>
      </w:r>
    </w:p>
    <w:p>
      <w:pPr>
        <w:spacing w:line="360" w:lineRule="auto" w:after="0"/>
        <w:ind w:firstLine="283"/>
      </w:pPr>
      <w:r>
        <w:t>The form went on. Kael moved through the fifth, the sixth, the seventh. The eighth was the figure with the lean — the lean the wall at Koric had had, the lean that had been the wall's whole honest word about the ground. The lean was Kael's. The lean was the body's. The lean was the form's whole honest word about the wall.</w:t>
      </w:r>
    </w:p>
    <w:p>
      <w:pPr>
        <w:spacing w:line="360" w:lineRule="auto" w:after="0"/>
        <w:ind w:firstLine="283"/>
      </w:pPr>
      <w:r>
        <w:t>The middle watch went on. The form went on. The witness went on. The form and the witness were the middle watch's whole honest work. The work was the form in secret. The secret was the practice. The practice was the form.</w:t>
      </w:r>
    </w:p>
    <w:p>
      <w:pPr>
        <w:spacing w:line="360" w:lineRule="auto" w:after="0"/>
        <w:ind w:firstLine="283"/>
      </w:pPr>
      <w:r>
        <w:t>Nima went back to the hold ship. The boat took her. The boat was the fleet's passage. The passage was the work. Nima did not say: I saw the form. Nima did not say: the fourth step is not the diagram's. Nima did not say: the form is Kael's. The not-saying was Nima's whole honest word about the form.</w:t>
      </w:r>
    </w:p>
    <w:p>
      <w:pPr>
        <w:spacing w:line="360" w:lineRule="auto" w:after="0"/>
        <w:ind w:firstLine="283"/>
      </w:pPr>
      <w:r>
        <w:t>Kael finished the form. He stood at the foredeck's edge. The rail was at his back. The water was below. The east was the wind's quarter. The wind was wet. The form was the body's. The two were the same work. The work was the wall.</w:t>
      </w:r>
    </w:p>
    <w:p>
      <w:pPr>
        <w:spacing w:line="360" w:lineRule="auto" w:after="0"/>
        <w:ind w:firstLine="283"/>
      </w:pPr>
      <w:r>
        <w:t>The middle watch ended. The morning watch came. Kael went below. The foredeck was the foredeck. The form was the form. The secret was the secret. The practice was the practice. The fleet went south. The form went on, in the body, in the muscle, in the wall, in the foredeck's edge, in the witness's not-saying, in the morning.</w:t>
      </w:r>
    </w:p>
    <w:p>
      <w:pPr>
        <w:ind w:firstLine="0"/>
        <w:jc w:val="center"/>
      </w:pPr>
      <w:r>
        <w:rPr>
          <w:color w:val="AAAAAA"/>
        </w:rPr>
        <w:t>❖</w:t>
      </w:r>
    </w:p>
    <w:p>
      <w:pPr>
        <w:ind w:firstLine="0"/>
        <w:jc w:val="center"/>
      </w:pPr>
      <w:r>
        <w:rPr>
          <w:color w:val="AAAAAA"/>
        </w:rPr>
        <w:t>❖</w:t>
      </w:r>
    </w:p>
    <w:p>
      <w:pPr>
        <w:spacing w:line="360" w:lineRule="auto" w:after="0"/>
        <w:ind w:firstLine="283"/>
      </w:pPr>
      <w:r>
        <w:t>Book II — The Orphanage</w:t>
      </w:r>
    </w:p>
    <w:p>
      <w:pPr>
        <w:spacing w:line="360" w:lineRule="auto" w:after="0"/>
        <w:ind w:firstLine="283"/>
      </w:pPr>
      <w:r>
        <w:t>The slab ran the length of the back room. The slab was stone. The slab had been a butcher's slab once, in a butcher's house, before the lower ward took the house for the orphanage. The slab held the night's warmth at the center, where the old fire had been, and gave the warmth up slow, and the warmth was the only mercy in the room.</w:t>
      </w:r>
    </w:p>
    <w:p>
      <w:pPr>
        <w:spacing w:line="360" w:lineRule="auto" w:after="0"/>
        <w:ind w:firstLine="283"/>
      </w:pPr>
      <w:r>
        <w:t>There were eleven children on the slab. Eleven shapes under the rough blankets. Eleven breaths in the dark before the light. Tansy had been at the slab since before the breaths. She had not slept. She had been with the children.</w:t>
      </w:r>
    </w:p>
    <w:p>
      <w:pPr>
        <w:spacing w:line="360" w:lineRule="auto" w:after="0"/>
        <w:ind w:firstLine="283"/>
      </w:pPr>
      <w:r>
        <w:t>The chalk was in Tansy's hand. The chalk was a stub. The chalk was the runner's chalk, cardamom-colored, the kind the keepers carried on the road. The chalk had been a stick once. It was now a stub. Tansy's hand knew the stub the way a hand knows a tool it has held a long time. The hand did not have to look.</w:t>
      </w:r>
    </w:p>
    <w:p>
      <w:pPr>
        <w:spacing w:line="360" w:lineRule="auto" w:after="0"/>
        <w:ind w:firstLine="283"/>
      </w:pPr>
      <w:r>
        <w:t>She knelt at the first shape. The first shape was a small girl. The girl was five. The girl's name was Bird. Tansy did not say the name. Saying the name was not her office. The girl slept with her fist at her mouth, the way children sleep when they have been cold in the night. Tansy knelt beside the shape and she marked the slab beside the shape with the gull's-foot.</w:t>
      </w:r>
    </w:p>
    <w:p>
      <w:pPr>
        <w:spacing w:line="360" w:lineRule="auto" w:after="0"/>
        <w:ind w:firstLine="283"/>
      </w:pPr>
      <w:r>
        <w:t>The gull's-foot was three strokes and a crossbar. The first stroke was the gull's left wing. The second stroke was the gull's right wing. The third stroke was the gull's body, short, going down. The crossbar was the bar the gull stood on. The crossbar was the line that held the gull to the ground.</w:t>
      </w:r>
    </w:p>
    <w:p>
      <w:pPr>
        <w:spacing w:line="360" w:lineRule="auto" w:after="0"/>
        <w:ind w:firstLine="283"/>
      </w:pPr>
      <w:r>
        <w:t>Tansy made the mark in the chalk. The chalk left the mark on the slab's grey stone. The mark was small. The mark was the size of a child's fist. The mark sat on the slab beside the sleeping girl's hip, the way a hand sits beside a hip when the hand has been laid there and then lifted.</w:t>
      </w:r>
    </w:p>
    <w:p>
      <w:pPr>
        <w:spacing w:line="360" w:lineRule="auto" w:after="0"/>
        <w:ind w:firstLine="283"/>
      </w:pPr>
      <w:r>
        <w:t>She moved to the second shape. The second was a boy. The boy was seven. The boy's name was Cot. Tansy knelt. She marked the slab beside Cot's hip. The gull's-foot. Three strokes and a crossbar. The same mark and a different mark. The same, because it was the gull's-foot. A different, because the hand had moved, and the moving was the mark's first life, and no two marks had the same first life.</w:t>
      </w:r>
    </w:p>
    <w:p>
      <w:pPr>
        <w:spacing w:line="360" w:lineRule="auto" w:after="0"/>
        <w:ind w:firstLine="283"/>
      </w:pPr>
      <w:r>
        <w:t>She moved to the third. The fourth. The fifth. The sixth. The seventh. The eighth. The ninth. The tenth. The eleventh. Eleven children. Eleven shapes. Eleven marks on the slab. Eleven gull's-feet in the cardamom chalk.</w:t>
      </w:r>
    </w:p>
    <w:p>
      <w:pPr>
        <w:spacing w:line="360" w:lineRule="auto" w:after="0"/>
        <w:ind w:firstLine="283"/>
      </w:pPr>
      <w:r>
        <w:t>When she had marked the eleventh, Tansy sat back on her heels. The chalk was shorter. The stub was a wafer now. Tansy put the chalk back in the inner pocket, the one a walker sews herself, the double stitch. The chalk had been the runner's chalk. The runner had been a boy on the road once, with a man who carried something heavy on his shoulders. The boy had carried the chalk. The boy had gone a long way east. The chalk had been in three hands before Tansy's. The chalk did not say so. The chalk did not need to.</w:t>
      </w:r>
    </w:p>
    <w:p>
      <w:pPr>
        <w:spacing w:line="360" w:lineRule="auto" w:after="0"/>
        <w:ind w:firstLine="283"/>
      </w:pPr>
      <w:r>
        <w:t>The children woke. They woke the way the slab woke, slow, from the center out. The first to wake was Bird. The girl sat up. Her hair was stuck to her cheek. She put her hand on the mark beside her hip. The chalk dust came off on her palm. The dust was cardamom-colored. The girl looked at the dust. She did not ask. The girl had been at the orphanage long enough to know what the mark was. The mark was what Tansy did in the morning.</w:t>
      </w:r>
    </w:p>
    <w:p>
      <w:pPr>
        <w:spacing w:line="360" w:lineRule="auto" w:after="0"/>
        <w:ind w:firstLine="283"/>
      </w:pPr>
      <w:r>
        <w:t>The boy Cot woke next. Cot put his hand on the mark beside his hip. The chalk dust came off on his palm. He looked at the dust. The other children woke. They put their hands on the marks. Eleven children. Eleven palms. Eleven cardamom-colored palms.</w:t>
      </w:r>
    </w:p>
    <w:p>
      <w:pPr>
        <w:spacing w:line="360" w:lineRule="auto" w:after="0"/>
        <w:ind w:firstLine="283"/>
      </w:pPr>
      <w:r>
        <w:t>The bread came. The baker's boy brought the bread. The bread was the heel of a loaf, the way the baker's boy brought the heel every morning. The bread was warm. The bread was the morning's. Tansy took the bread at the door. She paid the baker's boy in salt. The salt was a small pinch from a small bag. The salt was the keeper's currency. The boy took the salt and went.</w:t>
      </w:r>
    </w:p>
    <w:p>
      <w:pPr>
        <w:spacing w:line="360" w:lineRule="auto" w:after="0"/>
        <w:ind w:firstLine="283"/>
      </w:pPr>
      <w:r>
        <w:t>Tansy broke the bread. She broke it into eleven pieces. The pieces were not equal. Some pieces were the soft end. Some were the crust. Some were larger. Some were smaller. Tansy did not weigh them. She gave the larger pieces to the smaller children. The smaller children needed the larger pieces. She gave the smaller pieces to the larger children. The larger children could carry the smaller pieces. She gave the soft end to Bird, because Bird was the smallest, and the soft end was the part that kept, and Bird needed the part that kept.</w:t>
      </w:r>
    </w:p>
    <w:p>
      <w:pPr>
        <w:spacing w:line="360" w:lineRule="auto" w:after="0"/>
        <w:ind w:firstLine="283"/>
      </w:pPr>
      <w:r>
        <w:t>The children ate. They ate on the slab. The slab was their table. The slab was their bed. The slab was the only surface in the room that held warmth. The children ate and the warmth came up through the stone and through the bread and through the children. The warmth was the morning's. The morning had eleven children in it.</w:t>
      </w:r>
    </w:p>
    <w:p>
      <w:pPr>
        <w:spacing w:line="360" w:lineRule="auto" w:after="0"/>
        <w:ind w:firstLine="283"/>
      </w:pPr>
      <w:r>
        <w:t>Tansy sat at the slab's edge. She did not eat. The bread had been eleven pieces. There had not been a twelfth piece. Tansy ate at the lower ward's kitchen after the children were fed. The kitchen was down the lane. Tansy would go to the kitchen later. Now she sat at the slab's edge and watched the children eat.</w:t>
      </w:r>
    </w:p>
    <w:p>
      <w:pPr>
        <w:spacing w:line="360" w:lineRule="auto" w:after="0"/>
        <w:ind w:firstLine="283"/>
      </w:pPr>
      <w:r>
        <w:t>The chalk marks were on the slab beside the children's hips. The marks were small. The marks were the size of a child's fist. The marks said, in the chalk's small way: a body lay here, and the body ate here, and the body was warm here, on this morning. The marks said it in chalk. The chalk said it in the cardamom color. The color was the morning's color. The morning did not need to know it.</w:t>
      </w:r>
    </w:p>
    <w:p>
      <w:pPr>
        <w:spacing w:line="360" w:lineRule="auto" w:after="0"/>
        <w:ind w:firstLine="283"/>
      </w:pPr>
      <w:r>
        <w:t>The Registry came at the third hour. The Registry came in the way the Registry always came — in a cart, with two clerks, and a book, and a pen, and a small chair with a short leg. The cart was black. The horse was black. The clerks wore grey. The book was grey. The pen was red-brown. The chair was the chair the Registry always carried — a folding chair, with one leg a half-inch shorter than the others, so that it rocked when the clerk sat in it, and the rocking was the clerk's small daily comedy, and the comedy was the Registry's only mercy.</w:t>
      </w:r>
    </w:p>
    <w:p>
      <w:pPr>
        <w:spacing w:line="360" w:lineRule="auto" w:after="0"/>
        <w:ind w:firstLine="283"/>
      </w:pPr>
      <w:r>
        <w:t>The cart stopped at the lower ward's orphanage door. The clerks got down. The older clerk carried the book. The younger clerk carried the chair. The older clerk's hands were stained at the fingertips, the grey of the book's ink. The younger clerk's hands were clean. The younger clerk had not been long at the work. The younger clerk's hands would be stained by the end of the year. The work stained the hands. The hands did not mind.</w:t>
      </w:r>
    </w:p>
    <w:p>
      <w:pPr>
        <w:spacing w:line="360" w:lineRule="auto" w:after="0"/>
        <w:ind w:firstLine="283"/>
      </w:pPr>
      <w:r>
        <w:t>Tansy was at the door. She had heard the cart. She had stood. She had not moved toward the cart. She had stood at the door. The door was the orphanage's door. The door-frame was oak. The lintel was square. The lintel had been the butcher's lintel once, before the lower ward took the house. The lintel had a small crack at the corner. The crack was the ordinary work of a house on a hill. The crack was a house's crack, not a gone's crack.</w:t>
      </w:r>
    </w:p>
    <w:p>
      <w:pPr>
        <w:spacing w:line="360" w:lineRule="auto" w:after="0"/>
        <w:ind w:firstLine="283"/>
      </w:pPr>
      <w:r>
        <w:t>The older clerk came up the step. The clerk did not look at Tansy. The clerk looked at the book. The clerk opened the book. The clerk set the chair at the door's threshold, on the slab of stone that was the threshold, and the chair rocked on the threshold, and the rocking was the clerk's. The clerk sat.</w:t>
      </w:r>
    </w:p>
    <w:p>
      <w:pPr>
        <w:spacing w:line="360" w:lineRule="auto" w:after="0"/>
        <w:ind w:firstLine="283"/>
      </w:pPr>
      <w:r>
        <w:t>"Names," the clerk said. The clerk said it the way the clerk said it every morning, at every door, in every ward. The clerk said it without looking up. The pen was in the clerk's hand. The pen was red-brown. The pen was the color of dried blood. The pen was not the color of the chalk. The pen and the chalk were not the same color. The pen was the book's. The chalk was the mark's. The two colors did not meet.</w:t>
      </w:r>
    </w:p>
    <w:p>
      <w:pPr>
        <w:spacing w:line="360" w:lineRule="auto" w:after="0"/>
        <w:ind w:firstLine="283"/>
      </w:pPr>
      <w:r>
        <w:t>Tansy did not say the names. The names were the children's. The children were inside the room, on the slab, with the bread still on their fingers. The children had heard the cart. The children had stopped eating. The children were still. The stillness was the stillness of children who had been at the orphanage long enough to know what the cart meant. The cart meant the book. The book meant the names. The names meant the taking.</w:t>
      </w:r>
    </w:p>
    <w:p>
      <w:pPr>
        <w:spacing w:line="360" w:lineRule="auto" w:after="0"/>
        <w:ind w:firstLine="283"/>
      </w:pPr>
      <w:r>
        <w:t>The older clerk looked up. The clerk looked at the room. The clerk looked at the slab. The clerk looked at the eleven children on the slab. The clerk looked at the chalk marks beside the children's hips. The clerk looked at the marks a long time. The clerk did not ask about the marks. The marks were not the clerk's office. The clerk's office was the names. The clerk said: "Names." The clerk said it again. The clerk said it the way the clerk said it every morning, at every door, in every ward.</w:t>
      </w:r>
    </w:p>
    <w:p>
      <w:pPr>
        <w:spacing w:line="360" w:lineRule="auto" w:after="0"/>
        <w:ind w:firstLine="283"/>
      </w:pPr>
      <w:r>
        <w:t>Tansy said the names. She said them one at a time. She said them in the order the children were on the slab, from the head of the slab to the foot. She said: Bird. Cot. Lin. Pally. Reed. Sime. Tess. Wren. Halt. Bell. Dru. Eleven names. She said them in a small voice. She said them without looking at the children. She said them looking at the door-frame. The door-frame was oak. The door-frame had a small crack at the corner. The crack was the ordinary work of a house on a hill.</w:t>
      </w:r>
    </w:p>
    <w:p>
      <w:pPr>
        <w:spacing w:line="360" w:lineRule="auto" w:after="0"/>
        <w:ind w:firstLine="283"/>
      </w:pPr>
      <w:r>
        <w:t>The clerk wrote the names. The clerk wrote them in the book. The clerk wrote them in the red-brown pen. The pen moved on the page. The page was grey. The pen was red-brown. The names went onto the page in the red-brown. Eleven names. Eleven handles. Eleven leashes. The book closed on the names. The book closed the way a book closes. The closing was the Registry's. The closing was not the mark's.</w:t>
      </w:r>
    </w:p>
    <w:p>
      <w:pPr>
        <w:spacing w:line="360" w:lineRule="auto" w:after="0"/>
        <w:ind w:firstLine="283"/>
      </w:pPr>
      <w:r>
        <w:t>The clerk stood. The chair rocked. The younger clerk folded the chair. The younger clerk carried the chair to the cart. The older clerk went into the room. The older clerk walked to the slab. The older clerk did not look at the chalk marks. The older clerk said: "Up."</w:t>
      </w:r>
    </w:p>
    <w:p>
      <w:pPr>
        <w:spacing w:line="360" w:lineRule="auto" w:after="0"/>
        <w:ind w:firstLine="283"/>
      </w:pPr>
      <w:r>
        <w:t>The children got up. They got up one at a time. The way they had woken. The way they had eaten. Bird got up first. Cot next. Lin. Pally. Reed. Sime. Tess. Wren. Halt. Bell. Dru. Eleven children standing on the slab. Eleven children with the chalk dust still on their palms. The chalk dust was cardamom-colored. The dust came off on the slab where they had lain. The dust was the mark's second life — the life the mark lived after the hand that made it had moved.</w:t>
      </w:r>
    </w:p>
    <w:p>
      <w:pPr>
        <w:spacing w:line="360" w:lineRule="auto" w:after="0"/>
        <w:ind w:firstLine="283"/>
      </w:pPr>
      <w:r>
        <w:t>The older clerk lined the children at the door. The children lined the way children line when they have been told to line — without arguing, without asking, in the order they were told. The older clerk did not touch the children. The clerk did not need to. The book had the names. The names were the handles. The handles were the leashes. The leashes did not need a hand.</w:t>
      </w:r>
    </w:p>
    <w:p>
      <w:pPr>
        <w:spacing w:line="360" w:lineRule="auto" w:after="0"/>
        <w:ind w:firstLine="283"/>
      </w:pPr>
      <w:r>
        <w:t>The children went out the door. They went out one at a time. Bird first. Cot next. The others. Eleven children went out the door. The cart was at the curb. The younger clerk stood at the cart. The younger clerk did not look at the children either. The younger clerk looked at the book. The younger clerk checked the names off as the children went by. The checking was a small mark in the book — a small line, a small crossbar — and the small mark in the book was not the gull's-foot, and the small mark in the book was the Registry's, and the gull's-foot was not the Registry's.</w:t>
      </w:r>
    </w:p>
    <w:p>
      <w:pPr>
        <w:spacing w:line="360" w:lineRule="auto" w:after="0"/>
        <w:ind w:firstLine="283"/>
      </w:pPr>
      <w:r>
        <w:t>Tansy stood at the door-frame. She did not move. She did not say anything. She did not fight. The fighting was not her office. The fighting was another woman's office. Another woman would have stood at the door-frame and held the door-frame and not let the children go. Another woman would have fought the clerks. Another woman would have bled at the threshold. Another woman would have been taken with the children, and the children would have been taken anyway, and the bleeding would have been on the threshold. Tansy was not the other woman. Tansy was the witness. The witness did not fight. The witness marked.</w:t>
      </w:r>
    </w:p>
    <w:p>
      <w:pPr>
        <w:spacing w:line="360" w:lineRule="auto" w:after="0"/>
        <w:ind w:firstLine="283"/>
      </w:pPr>
      <w:r>
        <w:t>The last child went out the door. The last child was Dru. Dru was three. Dru did not know the cart. Dru did not know the book. Dru walked out the door the way a three-year-old walks out a door — slowly, with the feet set wide, with the hands out for balance. Dru's hands were open. The chalk dust was on Dru's palms. The cardamom-colored dust. Dru walked past Tansy. Dru did not look up. Dru went down the step. The younger clerk took Dru's hand at the curb. The taking of the hand was the Registry's. The taking of the hand was gentle, the way the Registry's taking was always gentle when the child was small. The gentleness was the Registry's small mercy. The gentleness was not the witness's.</w:t>
      </w:r>
    </w:p>
    <w:p>
      <w:pPr>
        <w:spacing w:line="360" w:lineRule="auto" w:after="0"/>
        <w:ind w:firstLine="283"/>
      </w:pPr>
      <w:r>
        <w:t>The cart went. The cart went the way the cart had come. The cart went down the lane. The cart went east. East was the river. East was the bridge. East was the city's other side. The cart went east with the eleven children in it, and the children did not look back, because children do not look back when they have been taken, because the looking back is the older ones' office, and the older ones had been taken too.</w:t>
      </w:r>
    </w:p>
    <w:p>
      <w:pPr>
        <w:spacing w:line="360" w:lineRule="auto" w:after="0"/>
        <w:ind w:firstLine="283"/>
      </w:pPr>
      <w:r>
        <w:t>Tansy stood at the door-frame. The slab was empty. The slab held the eleven marks. The marks were on the grey stone. The marks were in the cardamom chalk. The marks were small. The marks were the size of a child's fist. The marks said: a body lay here. The marks said it in chalk. The marks said it for the slab. The marks said it for the room. The marks said it for the morning. The marks did not say it for the book. The book had the names. The book did not have the marks.</w:t>
      </w:r>
    </w:p>
    <w:p>
      <w:pPr>
        <w:spacing w:line="360" w:lineRule="auto" w:after="0"/>
        <w:ind w:firstLine="283"/>
      </w:pPr>
      <w:r>
        <w:t>Tansy took the chalk from her pocket. The chalk was the wafer. The chalk had marked eleven marks on the slab. The chalk had a little left. The chalk had enough for one more. Tansy put the chalk to the door-frame.</w:t>
      </w:r>
    </w:p>
    <w:p>
      <w:pPr>
        <w:spacing w:line="360" w:lineRule="auto" w:after="0"/>
        <w:ind w:firstLine="283"/>
      </w:pPr>
      <w:r>
        <w:t>She marked the door-frame with the gull's-foot. The gull's-foot was three strokes and a crossbar. The first stroke was the gull's left wing. The second stroke was the gull's right wing. The third stroke was the gull's body, short, going down. The crossbar was the bar the gull stood on. The crossbar was the line that held the gull to the ground.</w:t>
      </w:r>
    </w:p>
    <w:p>
      <w:pPr>
        <w:spacing w:line="360" w:lineRule="auto" w:after="0"/>
        <w:ind w:firstLine="283"/>
      </w:pPr>
      <w:r>
        <w:t>She marked the door-frame at the lintel's height, on the oak, beside the small crack at the corner. The mark was small. The mark was the size of a child's fist. The mark sat on the oak beside the crack the way a hand sits beside a crack when the hand has been laid there and then lifted. The mark said: there was bread here.</w:t>
      </w:r>
    </w:p>
    <w:p>
      <w:pPr>
        <w:spacing w:line="360" w:lineRule="auto" w:after="0"/>
        <w:ind w:firstLine="283"/>
      </w:pPr>
      <w:r>
        <w:t>The mark said: there was bread here. The mark did not say the children's names. The mark did not say the children's ages. The mark did not say the morning's date. The mark did not say the number of the children taken. The mark said only: there was bread here. The bread was the morning's. The bread had been warm. The bread had been broken into eleven pieces. The pieces had been the children's. The mark said: there was bread here, and the bread was the children's, and the children were here, and the children are gone. The mark said all of this in three strokes and a crossbar. The mark said it in the cardamom chalk. The chalk said it on the oak. The oak said it at the door. The door said it to the lane. The lane said it to the morning.</w:t>
      </w:r>
    </w:p>
    <w:p>
      <w:pPr>
        <w:spacing w:line="360" w:lineRule="auto" w:after="0"/>
        <w:ind w:firstLine="283"/>
      </w:pPr>
      <w:r>
        <w:t>The morning was the morning's. The morning did not say it back.</w:t>
      </w:r>
    </w:p>
    <w:p>
      <w:pPr>
        <w:spacing w:line="360" w:lineRule="auto" w:after="0"/>
        <w:ind w:firstLine="283"/>
      </w:pPr>
      <w:r>
        <w:t>The morning after, Tansy came back to the orphanage. The orphanage was empty. The slab was cold. The slab had given up the night's warmth. The slab was the grey stone it had always been. The eleven marks were still on the slab. The marks had not been walked on. The marks had not been wiped. The marks had been left. The leaving was the room's. The room had not been touched. The Registry had taken the children. The Registry had not taken the room. The room was the lower ward's. The room had been the lower ward's before the children. The room would be the lower ward's after the children. The room held the marks the way the room had held the warmth — slowly, from the center out.</w:t>
      </w:r>
    </w:p>
    <w:p>
      <w:pPr>
        <w:spacing w:line="360" w:lineRule="auto" w:after="0"/>
        <w:ind w:firstLine="283"/>
      </w:pPr>
      <w:r>
        <w:t>The mark on the door-frame was still there. The mark had not been wiped. The mark had not been washed. The mark had been left. The mark said: there was bread here. The mark said it in the cardamom chalk. The chalk had taken the night's damp into its edges. The edges held the damp now. The holding was the mark's second life — the life the mark lived after the hand that made it had gone. The hand had gone. The mark stayed.</w:t>
      </w:r>
    </w:p>
    <w:p>
      <w:pPr>
        <w:spacing w:line="360" w:lineRule="auto" w:after="0"/>
        <w:ind w:firstLine="283"/>
      </w:pPr>
      <w:r>
        <w:t>Tansy stood at the door-frame. She did not touch the mark. She did not touch the slab's marks. She did not go into the room. She stood at the door. She looked at the mark on the door-frame. She looked at the eleven marks on the slab. The marks looked back. The looking was the mark's. The looking was the morning's. The morning had been the morning's. The morning would be the morning's. The eleven marks were on the slab. The one mark was on the door-frame. The marks said: there was bread here, and the bread was the children's, and the children are gone, and the marks stay.</w:t>
      </w:r>
    </w:p>
    <w:p>
      <w:pPr>
        <w:spacing w:line="360" w:lineRule="auto" w:after="0"/>
        <w:ind w:firstLine="283"/>
      </w:pPr>
      <w:r>
        <w:t>Tansy turned. She went down the lane. The lane was the lower ward's lane. The lane was wet. The lane was the morning's. Tansy walked the lane. The chalk was in her pocket. The chalk was the wafer. The chalk had a little left. The chalk had enough for the next morning. The next morning would have other children. The next morning would have other bread. The next morning would have another door-frame. The chalk would mark the next door-frame. The chalk would say: there was bread here. The chalk would say it in the cardamom color. The color was the morning's. The morning did not need to know it.</w:t>
      </w:r>
    </w:p>
    <w:p>
      <w:pPr>
        <w:spacing w:before="360" w:after="240"/>
        <w:ind w:firstLine="0"/>
        <w:jc w:val="center"/>
      </w:pPr>
      <w:r>
        <w:rPr>
          <w:b/>
          <w:i/>
          <w:color w:val="333333"/>
          <w:sz w:val="26"/>
        </w:rPr>
        <w:t>Chapter 6 — The Ports</w:t>
      </w:r>
    </w:p>
    <w:p>
      <w:pPr>
        <w:spacing w:line="360" w:lineRule="auto" w:after="0"/>
        <w:ind w:firstLine="283"/>
      </w:pPr>
      <w:r>
        <w:t>· salt ·</w:t>
      </w:r>
    </w:p>
    <w:p>
      <w:pPr>
        <w:spacing w:line="360" w:lineRule="auto" w:after="0"/>
        <w:ind w:firstLine="283"/>
      </w:pPr>
      <w:r>
        <w:t>The first southern port refused them. Not the way the city had refused — the city’s refusals had been gates. This was a refusal the way a sea refuses a course: the harbor mouth was open, and the swell ran straight out of it, and the fleet’s boats could not row against it, and the fleet did not try. Skerry read the swell’s quarter every quarter-hour. The marks went into the chest: swell out, quarter south-southwest, steady, the harbor’s out-breath. The fleet stood off in a ring of grey hulls on the green water outside the mouth, and the harbor looked back the way a closed door looks.</w:t>
      </w:r>
    </w:p>
    <w:p>
      <w:pPr>
        <w:spacing w:line="360" w:lineRule="auto" w:after="0"/>
        <w:ind w:firstLine="283"/>
      </w:pPr>
      <w:r>
        <w:t>At dawn the second day the swell’s quarter changed. The harbor breathed in. The boats could have gone. By then the fleet had decided not to. The council met at the chart ship’s rail — Trine and Skerry and Mew and Rook, the fleet’s whole spine. Mew said, plainly: “The sea said no all night. The sea saying yes this morning is the sea saying a different thing, and we are not the fleet that took the different thing for the same thing.” Trine drew the compact’s count in her head — a day’s water, a day’s flour, the count of the mouths the standing-off had not lessened — and the count came up short. Skerry said nothing; her breath was the keepers’ yes. Rook said nothing; the hand at his side did not go out. The fleet stood south. The standing-off cost a day’s flour, and a day’s flour on the fleet was the level pot thinner at the next noon meal, and the child did not know the less and ate it anyway. Nessa knew. She did not say.</w:t>
      </w:r>
    </w:p>
    <w:p>
      <w:pPr>
        <w:spacing w:line="360" w:lineRule="auto" w:after="0"/>
        <w:ind w:firstLine="283"/>
      </w:pPr>
      <w:r>
        <w:t>The second southern port had an open market. The Tern question went ashore with the salt. Mira asked it at the ink-seller’s stall: a grey hull, two seasons back, a chart keeper aboard who signed his marks with a curl at the foot? The ink-seller thought, and shook his head, and then stopped shaking, and said: there was a hull, grey, late in the season, two seasons back. She did not stop. She went south. She did not come back north. She did not stop was not the Tern, and it was not not-the-Tern. It was the fleet’s first fragment, and the fragment was a maybe, and the maybe was carried.</w:t>
      </w:r>
    </w:p>
    <w:p>
      <w:pPr>
        <w:spacing w:line="360" w:lineRule="auto" w:after="0"/>
        <w:ind w:firstLine="283"/>
      </w:pPr>
      <w:r>
        <w:t>Ash went along the market with the tally board and asked the fish-wife the name of the headland; the fish-wife said one name and the man at the next stall said another. Ash wrote both and put the double cross between them. “That’s not a name,” the fish-wife said. “No,” Ash said. “It’s both.” Mira corrected the ink-seller’s chart of the southern reach — the chart had the coast running east where the coast ran south-southeast. “It is not wrong,” Mira said. “It is the chart of where you think the coast is. I am not correcting your chart. I am drawing the coast beside it.” And she drew the double cross between the two coasts, and the ink-seller looked at it a long time, and then he gave her the ink free.</w:t>
      </w:r>
    </w:p>
    <w:p>
      <w:pPr>
        <w:spacing w:line="360" w:lineRule="auto" w:after="0"/>
        <w:ind w:firstLine="283"/>
      </w:pPr>
      <w:r>
        <w:t>The third port was a harbor of kin. Not the fleet’s kin — the harbor’s. Three of the hold ship’s Atherin had been born here, before the city had eaten them and the city had fallen. Two of the three went ashore. The third did not. The third had a sister in the town and did not go ashore to the sister. The fleet did not ask. One came back with a sister — the fleet’s first new name in a week, written in the marks chest in Skerry’s level hand. The other came back without anyone, and sat in the boat’s stern and did not speak.</w:t>
      </w:r>
    </w:p>
    <w:p>
      <w:pPr>
        <w:spacing w:line="360" w:lineRule="auto" w:after="0"/>
        <w:ind w:firstLine="283"/>
      </w:pPr>
      <w:r>
        <w:t>The fourth port had an archive dock. Mira went ashore. The archive was small — three shelves, a clerk who had been the clerk’s apprentice for thirty years. Mira asked for the Tern. The clerk came back with a harbor-master’s log: grey hull, south, late season, chart keeper aboard, did not stop, did not answer hail. And the harbor-master had noted the chart keeper’s signature — a curl at the foot. Brannen. The name was in the log. Brannen had hailed this harbor. The Tern had gone south. Mira’s hand was not steady. She copied the entry into the felt roll in the level hand. The Tern was still not found. But the Tern had been here, and the here was the archive dock.</w:t>
      </w:r>
    </w:p>
    <w:p>
      <w:pPr>
        <w:spacing w:line="360" w:lineRule="auto" w:after="0"/>
        <w:ind w:firstLine="283"/>
      </w:pPr>
      <w:r>
        <w:t>The fleet’s boat went back for someone at the fifth port. The someone was the boy Jory, nine, from the hold ship, who had gone ashore with the morning’s boat and had not come back. The council met: do we go back. Mew said yes with her chin, the small motion. Trine said, levelly, A day’s water. A day’s slack tide. And the boy may not be there. The yes was: go back.</w:t>
      </w:r>
    </w:p>
    <w:p>
      <w:pPr>
        <w:spacing w:line="360" w:lineRule="auto" w:after="0"/>
        <w:ind w:firstLine="283"/>
      </w:pPr>
      <w:r>
        <w:t>Rook’s body had already decided, the way his body always decided, and the deciding was the rank’s ghost, and he let the ghost decide this once because the ghost was right. The fleet went back. The harbor’s people had not seen the boy since the morning’s boat. The boy had gone.</w:t>
      </w:r>
    </w:p>
    <w:p>
      <w:pPr>
        <w:spacing w:line="360" w:lineRule="auto" w:after="0"/>
        <w:ind w:firstLine="283"/>
      </w:pPr>
      <w:r>
        <w:t>The boat stood off the harbor’s mouth for a day, and the asking found nothing. The entry read: the boy Jory, nine, hold ship, ashore at the fifth port, not returned, not found. The fleet’s first southern carried name. Mew said, on the boat back, the one thing said about it: “We went back.”</w:t>
      </w:r>
    </w:p>
    <w:p>
      <w:pPr>
        <w:spacing w:line="360" w:lineRule="auto" w:after="0"/>
        <w:ind w:firstLine="283"/>
      </w:pPr>
      <w:r>
        <w:t>Rook’s hand had gone out twice on the search — the Cadre’s hold, the flat palm over the water — and twice the hand had finished orphaned. The boy was not found. The fleet stood south, and the boy was carried.</w:t>
      </w:r>
    </w:p>
    <w:p>
      <w:pPr>
        <w:spacing w:line="360" w:lineRule="auto" w:after="0"/>
        <w:ind w:firstLine="283"/>
      </w:pPr>
      <w:r>
        <w:t>At the sixth port a harbor boat went aground on a reef in the dark, and the fleet saved her without orders. Herring — on the foredeck of the galley ship, with the boathook in his hand — put the boat in the water and went. He did not hail the chart room. He did not wait for the council. The surf at the reef was wrong, cross-sea on a falling tide, and Herring’s boat came broadside in it once and the rail went under, and the two men at the oars held the oars, held them, and the boat came back. The faces of both men went white and then the color came back and neither said anything about it. Rook was on the foredeck; his hand went out, the Cadre’s hold, and finished orphaned, because Herring had already gone. Rook set the hand down on the rail. The save cost a plank and a hand, and the cost was paid. Herring did not hail the chart room on the way back either. The chart room let it pass. The two men brought aboard did not know the names of the men who had saved them.</w:t>
      </w:r>
    </w:p>
    <w:p>
      <w:pPr>
        <w:spacing w:line="360" w:lineRule="auto" w:after="0"/>
        <w:ind w:firstLine="283"/>
      </w:pPr>
      <w:r>
        <w:t>The Gull followed the fleet at the tow-line, and the Gull was empty. The Gull had been the fleet’s fifth hull, two seasons back. Her crew of twelve had gone ashore at a northern port and had not come back, and the Gull had ridden the harbor’s mouth for a week, empty, lit by the harbor’s lamp, then put to sea, empty, and the fleet had found her two months later under a following air, with her log stopped mid-sentence in the watchkeeper’s hand: the water is crowded be- and the sentence stopped. The watchkeeper had not been aboard. Skerry had read the half-sentence once a week for two years, and had not finished it, and the Gull rode the tow-line astern, and the tow-line held.</w:t>
      </w:r>
    </w:p>
    <w:p>
      <w:pPr>
        <w:spacing w:line="360" w:lineRule="auto" w:after="0"/>
        <w:ind w:firstLine="283"/>
      </w:pPr>
      <w:r>
        <w:t>The seventh port gave the fleet a conditional welcome. The condition was: water, trade, three days, not four, no building, no stacking, no mark. The port had seen the cities fall. The port had its own counting. The fleet took the condition. The fleet watered. The fleet traded. Herring said, the third evening, “A fourth day would mend the heavy ship’s rudder.” Mew said, “The port is the port,” and the saying closed the grumbling the way a door closes, not by locking but by being shut. The fleet did not stay four days. The fleet left no mark. The Tern question went ashore at the seventh port; the seventh port did not answer; and the fleet carried the not-answer south.</w:t>
      </w:r>
    </w:p>
    <w:p>
      <w:pPr>
        <w:ind w:firstLine="0"/>
        <w:jc w:val="center"/>
      </w:pPr>
      <w:r>
        <w:rPr>
          <w:color w:val="AAAAAA"/>
        </w:rPr>
        <w:t>❖</w:t>
      </w:r>
    </w:p>
    <w:p>
      <w:pPr>
        <w:spacing w:line="360" w:lineRule="auto" w:after="0"/>
        <w:ind w:firstLine="283"/>
      </w:pPr>
      <w:r>
        <w:t>Two testimonies came aboard at the eighth port. The trader’s: land, south, a week’s sailing, a river-mouth, a fishing people. The coaster’s: no land, south, the open sea, the world’s edge, the water goes on. The two could not both be true. The two could not both be false. Mira drew the trader’s coast in the level hand. She drew the coaster’s open sea. She drew the double cross between them.</w:t>
      </w:r>
    </w:p>
    <w:p>
      <w:pPr>
        <w:spacing w:line="360" w:lineRule="auto" w:after="0"/>
        <w:ind w:firstLine="283"/>
      </w:pPr>
      <w:r>
        <w:t>Brannen’s chart — the Tern’s last chart, in its sleeve, in the chest — held a third coast. Brannen’s coast ran south and curved east, and the curve disagreed with the trader and the coaster both, and the three disagreements were the chart.</w:t>
      </w:r>
    </w:p>
    <w:p>
      <w:pPr>
        <w:spacing w:line="360" w:lineRule="auto" w:after="0"/>
        <w:ind w:firstLine="283"/>
      </w:pPr>
      <w:r>
        <w:t>Mira did not resolve the three. She wrote at the foot of the page, in the level hand: three coasts, three testimonies, none reconciled. South continues. Provisional. The word provisional was not yet the system’s whole spine. The word was Mira’s, that morning, alone. The seed was planted at the eighth port, and Mira went to the noon meal with the ink of the word still wet on her finger and did not say what she had written, and the seed grew in the chest and not in the talk.</w:t>
      </w:r>
    </w:p>
    <w:p>
      <w:pPr>
        <w:spacing w:line="360" w:lineRule="auto" w:after="0"/>
        <w:ind w:firstLine="283"/>
      </w:pPr>
      <w:r>
        <w:t>The fleet left the ports at the turning of the second month, and the leaving was the leaving of the coast the fleet had charted. The coast closed behind the fleet — the chart’s own honest word: the coast the fleet has charted ends here; the chart south is the grandmother’s road, and the grandmother’s road is a line on a soft-as-cloth page, and the line is not the sea. The fleet stood south. The Deep began at the turning of the third.</w:t>
      </w:r>
    </w:p>
    <w:p>
      <w:pPr>
        <w:ind w:firstLine="0"/>
        <w:jc w:val="center"/>
      </w:pPr>
      <w:r>
        <w:rPr>
          <w:color w:val="AAAAAA"/>
        </w:rPr>
        <w:t>❖</w:t>
      </w:r>
    </w:p>
    <w:p>
      <w:pPr>
        <w:spacing w:before="360" w:after="240"/>
        <w:ind w:firstLine="0"/>
        <w:jc w:val="center"/>
      </w:pPr>
      <w:r>
        <w:rPr>
          <w:b/>
          <w:i/>
          <w:color w:val="333333"/>
          <w:sz w:val="26"/>
        </w:rPr>
        <w:t>Step — One Port (the fleet)</w:t>
      </w:r>
    </w:p>
    <w:p>
      <w:pPr>
        <w:spacing w:line="360" w:lineRule="auto" w:after="0"/>
        <w:ind w:firstLine="283"/>
      </w:pPr>
      <w:r>
        <w:t>· salt ·</w:t>
      </w:r>
    </w:p>
    <w:p>
      <w:pPr>
        <w:spacing w:line="360" w:lineRule="auto" w:after="0"/>
        <w:ind w:firstLine="283"/>
      </w:pPr>
      <w:r>
        <w:t>The port was one port, and the one port was the coast's whole honest word about the sea, and the sea was the fleet's whole honest word about the coast, and the two words disagreed.</w:t>
      </w:r>
    </w:p>
    <w:p>
      <w:pPr>
        <w:spacing w:line="360" w:lineRule="auto" w:after="0"/>
        <w:ind w:firstLine="283"/>
      </w:pPr>
      <w:r>
        <w:t>The fleet came to the port at the dawn. The port was a fishing port. The port was at a river-mouth. The port was behind a bar. The bar was the river-mouth's own honest word about the land and the sea, and the bar said: the two do not agree here, and the not-agreeing is the bar's, and the bar does not resolve.</w:t>
      </w:r>
    </w:p>
    <w:p>
      <w:pPr>
        <w:spacing w:line="360" w:lineRule="auto" w:after="0"/>
        <w:ind w:firstLine="283"/>
      </w:pPr>
      <w:r>
        <w:t>The fleet stood off the bar. The fleet's boats went in. The boats were the fleet's passage. The boats carried the council. The council was Trine and Skerry and Mew and Rook. Rook was in the bow. The reading of a strange coast was the nearest-hands.</w:t>
      </w:r>
    </w:p>
    <w:p>
      <w:pPr>
        <w:spacing w:line="360" w:lineRule="auto" w:after="0"/>
        <w:ind w:firstLine="283"/>
      </w:pPr>
      <w:r>
        <w:t>The river-mouth people were netters and weir-builders. The river-mouth people were brown-skinned. The river-mouth people's language was no language the fleet had. The meeting was made in the coast's old ways — fish shown, fish given, the salt traded, the signs of water and wood and fire. The meeting's first hour made the fleet's whole understanding plain in the river-mouth people's one honest gesture.</w:t>
      </w:r>
    </w:p>
    <w:p>
      <w:pPr>
        <w:spacing w:line="360" w:lineRule="auto" w:after="0"/>
        <w:ind w:firstLine="283"/>
      </w:pPr>
      <w:r>
        <w:t>The two hands moving apart. The river-mouth people's first gift to a stranger was the gesture — the two hands, palms down, moving apart, the gesture that meant: the land is cut. The land is cut here. The cut is south of here. The cut runs south. The two hands moving apart was the coast's first honest word about itself, and the word was old, and the river-mouth people did not know the word's whole weight, and the fleet did not tell them.</w:t>
      </w:r>
    </w:p>
    <w:p>
      <w:pPr>
        <w:spacing w:line="360" w:lineRule="auto" w:after="0"/>
        <w:ind w:firstLine="283"/>
      </w:pPr>
      <w:r>
        <w:t>The fleet's council looked at the two hands moving apart. The two hands were the fleet's first word of the south land's own wound. The word was the Crack. The Crack was the south land's wound, and the wound was old, and the river-mouth people had the gesture for it, and the gesture was the only honest word the river-mouth people had for the thing they did not know was the Crack.</w:t>
      </w:r>
    </w:p>
    <w:p>
      <w:pPr>
        <w:spacing w:line="360" w:lineRule="auto" w:after="0"/>
        <w:ind w:firstLine="283"/>
      </w:pPr>
      <w:r>
        <w:t>The fleet watered. The watering was the work. The river-mouth people gave the water. The water was the river's. The river was the river-mouth people's. The river-mouth people gave the water the way the river gave the water — without the asking, without the explaining, the giving the only honest work.</w:t>
      </w:r>
    </w:p>
    <w:p>
      <w:pPr>
        <w:spacing w:line="360" w:lineRule="auto" w:after="0"/>
        <w:ind w:firstLine="283"/>
      </w:pPr>
      <w:r>
        <w:t>The fleet traded. The trading was the salt. The salt was the fleet's. The fleet had salt from the third port. The river-mouth people took the salt. The river-mouth people gave the fish. The fish were the river's. The fish were the river-mouth people's. The trading was the fleet's whole honest word about the river-mouth people, and the river-mouth people's whole honest word about the fleet, and the two words were the trading.</w:t>
      </w:r>
    </w:p>
    <w:p>
      <w:pPr>
        <w:spacing w:line="360" w:lineRule="auto" w:after="0"/>
        <w:ind w:firstLine="283"/>
      </w:pPr>
      <w:r>
        <w:t>The fleet asked the Tern question. The river-mouth people did not know the Tern. The river-mouth people had not seen a grey hull. The river-mouth people had not seen a chart keeper with a curl at the foot. The Tern question went ashore and came back without an answer, and the not-answer was carried.</w:t>
      </w:r>
    </w:p>
    <w:p>
      <w:pPr>
        <w:spacing w:line="360" w:lineRule="auto" w:after="0"/>
        <w:ind w:firstLine="283"/>
      </w:pPr>
      <w:r>
        <w:t>The fleet asked the White question. The White was the coast's frightened name for the thing the fleet did not know was the Registry's arm. The river-mouth people went still at the White. The river-mouth people's faces did the thing a face does when the world has been strange to it: stillness first, then age. The river-mouth people said: the White is on the coast. The White is walking the coast. The White is the coast's whole wound's other hand. The two hands moving apart was the Crack. The White was the other hand.</w:t>
      </w:r>
    </w:p>
    <w:p>
      <w:pPr>
        <w:spacing w:line="360" w:lineRule="auto" w:after="0"/>
        <w:ind w:firstLine="283"/>
      </w:pPr>
      <w:r>
        <w:t>The fleet did not say: we know the White. The fleet did not say: the White is the Registry's arm. The fleet did not say: the White is the cage's other mercy. The fleet held the not-saying the way the fleet held everything — without the resolving, without the telling, the holding the only honest work.</w:t>
      </w:r>
    </w:p>
    <w:p>
      <w:pPr>
        <w:spacing w:line="360" w:lineRule="auto" w:after="0"/>
        <w:ind w:firstLine="283"/>
      </w:pPr>
      <w:r>
        <w:t>The fleet's council met at the chart ship's rail. The council's question was: do we stay. The council's answer was the small breath through the nose. The yes was: not. The fleet did not stay. The fleet watered. The fleet traded. The fleet asked the questions. The fleet stood south.</w:t>
      </w:r>
    </w:p>
    <w:p>
      <w:pPr>
        <w:spacing w:line="360" w:lineRule="auto" w:after="0"/>
        <w:ind w:firstLine="283"/>
      </w:pPr>
      <w:r>
        <w:t>The river-mouth people gave the fleet the conditional welcome. The conditional was: water, trade, three days, not four, no building, no stacking, no mark. The river-mouth people had seen the cities fall. The river-mouth people had their own counting. The river-mouth people had the Crack. The river-mouth people had the White. The river-mouth people's whole honest word about the fleet was the conditional, and the conditional was the welcome's whole freight, and the welcome was the conditional's whole honest work.</w:t>
      </w:r>
    </w:p>
    <w:p>
      <w:pPr>
        <w:spacing w:line="360" w:lineRule="auto" w:after="0"/>
        <w:ind w:firstLine="283"/>
      </w:pPr>
      <w:r>
        <w:t>The fleet took the conditional. The fleet watered. The fleet traded. The fleet asked the questions. The fleet did not stay four days. The fleet left no mark. The fleet stood south.</w:t>
      </w:r>
    </w:p>
    <w:p>
      <w:pPr>
        <w:spacing w:line="360" w:lineRule="auto" w:after="0"/>
        <w:ind w:firstLine="283"/>
      </w:pPr>
      <w:r>
        <w:t>The river-mouth people stood at the bar. The river-mouth people watched the fleet go. The river-mouth people did not hail. The river-mouth people did not wave. The river-mouth people stood at the bar the way a coast stands at a bar — without the asking, without the resolving, the standing the only honest work.</w:t>
      </w:r>
    </w:p>
    <w:p>
      <w:pPr>
        <w:spacing w:line="360" w:lineRule="auto" w:after="0"/>
        <w:ind w:firstLine="283"/>
      </w:pPr>
      <w:r>
        <w:t>The fleet learned what the coast thought of the sea. The coast thought the sea was the sea. The coast thought the sea was the thing that had the Crack in it. The coast thought the sea was the thing that had the White on it. The coast thought the sea was the thing the river-mouth people gave the water to and took the fish from. The coast thought the sea was the thing the two hands moved apart for. The coast thought the sea was the thing the conditional was for.</w:t>
      </w:r>
    </w:p>
    <w:p>
      <w:pPr>
        <w:spacing w:line="360" w:lineRule="auto" w:after="0"/>
        <w:ind w:firstLine="283"/>
      </w:pPr>
      <w:r>
        <w:t>The fleet learned the coast's whole honest word about the sea was the conditional. The conditional was the welcome's whole freight. The welcome was the not-staying. The not-staying was the coast's whole honest word about a stranger, and the stranger was the fleet.</w:t>
      </w:r>
    </w:p>
    <w:p>
      <w:pPr>
        <w:spacing w:line="360" w:lineRule="auto" w:after="0"/>
        <w:ind w:firstLine="283"/>
      </w:pPr>
      <w:r>
        <w:t>The fleet went south. The fleet took the water and the fish and the conditional and the two-hands-moving-apart and the White-on-the-coast and the not-staying. The fleet carried the coast's whole honest word south. The fleet carried the word the way the fleet carried everything — without the resolving, without the telling, the carrying the only honest work.</w:t>
      </w:r>
    </w:p>
    <w:p>
      <w:pPr>
        <w:spacing w:line="360" w:lineRule="auto" w:after="0"/>
        <w:ind w:firstLine="283"/>
      </w:pPr>
      <w:r>
        <w:t>The chart room held the port's marks. Skerry drew the port's position in the level hand. Skerry drew the river-mouth in the level hand. Skerry drew the bar in the level hand. Skerry drew the two hands moving apart in the margin — the askew line's older cousin, the same shape, the same not-aligning, the same not-matching. The askew line was the chart's whole honest word about the port. The askew line was the chart's way of holding the port without resolving the port. The port was held. The port was carried south.</w:t>
      </w:r>
    </w:p>
    <w:p>
      <w:pPr>
        <w:spacing w:line="360" w:lineRule="auto" w:after="0"/>
        <w:ind w:firstLine="283"/>
      </w:pPr>
      <w:r>
        <w:t>Mira drew the double cross on the port's position. The double cross was the chart's way of holding the port's disagreement with the chart. The port was at the river-mouth. The chart said the port was at the river-mouth. The port was at the bar. The chart said the port was at the bar. The port was at the river-mouth and the bar. The two were the same place. The two were not the same place. The double cross held the disagreement.</w:t>
      </w:r>
    </w:p>
    <w:p>
      <w:pPr>
        <w:spacing w:line="360" w:lineRule="auto" w:after="0"/>
        <w:ind w:firstLine="283"/>
      </w:pPr>
      <w:r>
        <w:t>The fleet went south. The port was behind. The port was carried. The port was one port. The one port was the coast's whole honest word about the sea. The one port was the coast's whole honest word about the fleet. The one port was the coast's whole honest word about the Crack and the White and the not-staying. The one port was the coast. The coast was carried south. The fleet went on.</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Chapter 7 — The Deep Begins</w:t>
      </w:r>
    </w:p>
    <w:p>
      <w:pPr>
        <w:spacing w:line="360" w:lineRule="auto" w:after="0"/>
        <w:ind w:firstLine="283"/>
      </w:pPr>
      <w:r>
        <w:t>· salt ·</w:t>
      </w:r>
    </w:p>
    <w:p>
      <w:pPr>
        <w:spacing w:line="360" w:lineRule="auto" w:after="0"/>
        <w:ind w:firstLine="283"/>
      </w:pPr>
      <w:r>
        <w:t>Skerry marked the coast’s last edge at the dawn — the banks’ eastern fall, the green water going down into the dark — and the marking was the last honest line.</w:t>
      </w:r>
    </w:p>
    <w:p>
      <w:pPr>
        <w:spacing w:line="360" w:lineRule="auto" w:after="0"/>
        <w:ind w:firstLine="283"/>
      </w:pPr>
      <w:r>
        <w:t>The third shift was the one that made them look. The first two had been ordinary — a line drawn over the bank’s edge, the next morning the water was the wrong green, the double cross went down, nothing. The third was drawn by Mira. She had taken the evening’s consolidation, and the line she drew had closed the gap between two old double-crossed disagreements, by the old correctionist’s arithmetic of the truth lies between, into one honest line. The next morning the water had moved to agree with her. The bank’s edge was where she had drawn it, exactly. There was one opinion now. The water’s. And it was hers.</w:t>
      </w:r>
    </w:p>
    <w:p>
      <w:pPr>
        <w:spacing w:line="360" w:lineRule="auto" w:after="0"/>
        <w:ind w:firstLine="283"/>
      </w:pPr>
      <w:r>
        <w:t>“It agreed,” she said, when Skerry came off the watch. “The line. It agreed with the line.”</w:t>
      </w:r>
    </w:p>
    <w:p>
      <w:pPr>
        <w:spacing w:line="360" w:lineRule="auto" w:after="0"/>
        <w:ind w:firstLine="283"/>
      </w:pPr>
      <w:r>
        <w:t>Skerry looked at the page. Looked at the sand. She was a keeper with thirty years of mornings, and her face did the thing a keeper’s face does when the water’s grammar changes: stillness first, then age, then the working begin.</w:t>
      </w:r>
    </w:p>
    <w:p>
      <w:pPr>
        <w:spacing w:line="360" w:lineRule="auto" w:after="0"/>
        <w:ind w:firstLine="283"/>
      </w:pPr>
      <w:r>
        <w:t>“You closed the gap,” Skerry said slowly. “The two marks. You drew between them.”</w:t>
      </w:r>
    </w:p>
    <w:p>
      <w:pPr>
        <w:spacing w:line="360" w:lineRule="auto" w:after="0"/>
        <w:ind w:firstLine="283"/>
      </w:pPr>
      <w:r>
        <w:t>“I smoothed them. That’s consolidation. That’s the—”</w:t>
      </w:r>
    </w:p>
    <w:p>
      <w:pPr>
        <w:spacing w:line="360" w:lineRule="auto" w:after="0"/>
        <w:ind w:firstLine="283"/>
      </w:pPr>
      <w:r>
        <w:t>“That’s not consolidation,” Skerry said. “Consolidation is choosing between marks. You drew a line that was in no morning’s water. And the water took it.”</w:t>
      </w:r>
    </w:p>
    <w:p>
      <w:pPr>
        <w:spacing w:line="360" w:lineRule="auto" w:after="0"/>
        <w:ind w:firstLine="283"/>
      </w:pPr>
      <w:r>
        <w:t>They went to Ferrow, and Ferrow’s hands stopped in the dough — stopped entirely, which Ferrow’s hands did not do — and stood still, thinking the fleet’s way, which is long. Then Ferrow said the thing the fleet would be saying for the rest of the voyage: “We don’t know which way it goes.”</w:t>
      </w:r>
    </w:p>
    <w:p>
      <w:pPr>
        <w:spacing w:line="360" w:lineRule="auto" w:after="0"/>
        <w:ind w:firstLine="283"/>
      </w:pPr>
      <w:r>
        <w:t>They did the experiment. Of course they did the experiment. Mira designed it small, and honest, and wrong — the discipline of a woman who had once planted a wrong name in a ledger to keep a child off a list, and knew exactly what it was to write a thing into the world and live with the consequences. They chose empty water ten miles east, deep, charted dark, no bank within twenty miles. Mira drew, on the master page, a horseshoe shoal that existed on the page and nowhere else. Beside it, in the keepers’ marks: drawn, not sounded. test. we did not find this. we made it. Three days the fleet sailed east. The third morning the lead came up over the drawn shoal’s own heart, and the lead’s tallow was full of grey sand. Sand. The bank’s grey sand, from ten miles of charted nothing, the shoal exactly where her hand had put it, one fathom short of her drawn depth — the water’s one disagreement with the page — and the fleet stood off its own drawn shoal in a silence that had two hundred and sixty people in it.</w:t>
      </w:r>
    </w:p>
    <w:p>
      <w:pPr>
        <w:spacing w:line="360" w:lineRule="auto" w:after="0"/>
        <w:ind w:firstLine="283"/>
      </w:pPr>
      <w:r>
        <w:t>The black jar sat on the chart table through all of it. Skerry had sampled the becalmed patch’s still black water, keeper’s reflex, and stoppered it, and set it on the table’s corner. The water in the jar was black, and still, and did not grow anything, and did not evaporate. The pages near it were the pages that had changed. Every keeper had come to the same wordless arrangement with it: stand it in the corner, don’t open it, don’t let it touch the paper, don’t, ever, write it down.</w:t>
      </w:r>
    </w:p>
    <w:p>
      <w:pPr>
        <w:spacing w:line="360" w:lineRule="auto" w:after="0"/>
        <w:ind w:firstLine="283"/>
      </w:pPr>
      <w:r>
        <w:t>The protocol went into the marks the next morning. Mira wrote it herself: Line drawn on empty water, day one. Lead finds the drawn ground, day three. The drawing went first. The page may be a cause. Treat the page as a cause.</w:t>
      </w:r>
    </w:p>
    <w:p>
      <w:pPr>
        <w:spacing w:line="360" w:lineRule="auto" w:after="0"/>
        <w:ind w:firstLine="283"/>
      </w:pPr>
      <w:r>
        <w:t>The keepers stopped drawing judgment. No more closing the gap between the marks; the gap stayed, the double cross stayed, two opinions, forever, preserved on the page like two coins of a country that had two currencies. A keeper drew what the water had said, and did not add one letter of the water’s next word.</w:t>
      </w:r>
    </w:p>
    <w:p>
      <w:pPr>
        <w:spacing w:line="360" w:lineRule="auto" w:after="0"/>
        <w:ind w:firstLine="283"/>
      </w:pPr>
      <w:r>
        <w:t>Skerry drew last of all the keepers to adopt it, and Mira knew why: Skerry had thirty years of closed gaps in her hands, and the grandmothers’ road, the keepings, the marks where the birds went wrong — had the grandmothers drawn those, or found those? The fleet went south on the road, and the road held, and the keepings came true one by one — the water’s color changed at the mark; the birds went wrong at the mark; the strange swell came from the never-blown quarter at the mark — true, true, true, every truth now double-crossed.</w:t>
      </w:r>
    </w:p>
    <w:p>
      <w:pPr>
        <w:spacing w:line="360" w:lineRule="auto" w:after="0"/>
        <w:ind w:firstLine="283"/>
      </w:pPr>
      <w:r>
        <w:t>The chart’s first honest word on the southern water was we do not know. The wedge under the table leg got a new fold of sailcloth that morning. The fold was Skerry’s, and she did not say whose it was.</w:t>
      </w:r>
    </w:p>
    <w:p>
      <w:pPr>
        <w:spacing w:line="360" w:lineRule="auto" w:after="0"/>
        <w:ind w:firstLine="283"/>
      </w:pPr>
      <w:r>
        <w:t>The fleet’s freight was the dead. The city’s dead. The Sister’s twelve. The Tern’s nine. The Gull’s twelve. The boy Jory. The dead were carried in the sternum, the place the chart did not hold. Rook stood at the rail of the chart ship in the evening. The splice was in his pack the way the dead were in his sternum — the road not taken. The carrying was heavier than the walking would have been, and the rail held him while he held it.</w:t>
      </w:r>
    </w:p>
    <w:p>
      <w:pPr>
        <w:spacing w:line="360" w:lineRule="auto" w:after="0"/>
        <w:ind w:firstLine="283"/>
      </w:pPr>
      <w:r>
        <w:t>The fleet’s watches stood the whole night, the night of the grandmother’s road’s first league. Rook had the middle watch. He read the deck the way the Cadre had taught him to read a stair: by the give, by the weight, by the position of the feet. His hand was on the rail. The hand trembled once, a small tremor, and was still. He did not lift it. Nima had the same watch at the heavy ship’s rail. The two did not know they were the same watch — the city’s count and the Cadre’s count. Once, the heavy ship’s lamp swung on its gimbals and threw a longer cone across the water, and Nima saw, for the length of the swing, a figure at the chart ship’s foredeck — a man standing the way she stood, both hands on the rail, the chin a little up. She did not know him. She knew the stance. She looked away. The lamp swung back. The figure was a cone of light again, and the cone of light was enough.</w:t>
      </w:r>
    </w:p>
    <w:p>
      <w:pPr>
        <w:spacing w:line="360" w:lineRule="auto" w:after="0"/>
        <w:ind w:firstLine="283"/>
      </w:pPr>
      <w:r>
        <w:t>The morning’s marks were coherent and impossible. Thirty-two fathoms at the dawn cast, grey ooze; thirty fathoms at the noon cast, a half-cable east — the lead walking the bottom away from the keel. The glass was steady. The birds were the coast’s companions — grey gulls, storm-petrels — and the birds had opinions: land, south, half a day. All of it the coast’s own signature. And the chart held none of it. Mira charted it, and the chart held the losing, and the losing was the double cross.</w:t>
      </w:r>
    </w:p>
    <w:p>
      <w:pPr>
        <w:spacing w:line="360" w:lineRule="auto" w:after="0"/>
        <w:ind w:firstLine="283"/>
      </w:pPr>
      <w:r>
        <w:t>The signs came one at a time, each ordinary alone, and the wrongness only in the collection. The glass rose — wrong in itself, because the glass had been falling for two days, and falling glass over the open sea meant weather, and the sky was a hard blue bowl. The swell came wrong at the middle of the day.</w:t>
      </w:r>
    </w:p>
    <w:p>
      <w:pPr>
        <w:spacing w:line="360" w:lineRule="auto" w:after="0"/>
        <w:ind w:firstLine="283"/>
      </w:pPr>
      <w:r>
        <w:t>Two swells from two quarters — the old following swell from the south-southeast, and a new swell from the northeast — and the two seas met in the fleet’s midst and did not cross. They met, and stood, the two waters in the same place keeping their own skins, and the masts described slow wrong circles against the clean blue sky.</w:t>
      </w:r>
    </w:p>
    <w:p>
      <w:pPr>
        <w:spacing w:line="360" w:lineRule="auto" w:after="0"/>
        <w:ind w:firstLine="283"/>
      </w:pPr>
      <w:r>
        <w:t>The birds went wrong at the evening. The fleet’s companions rose off the water all together and flew, not wheeling, not settling, a straight line, all of them, north, and were gone in the clean light, and the evening came down on a birdless sea.</w:t>
      </w:r>
    </w:p>
    <w:p>
      <w:pPr>
        <w:spacing w:line="360" w:lineRule="auto" w:after="0"/>
        <w:ind w:firstLine="283"/>
      </w:pPr>
      <w:r>
        <w:t>By dark, the fleet’s people were standing at the rails without being posted — two hundred and sixty people, in their watches, quiet, looking at the water. Not aft at the empty horizon. Not north. Down. The looking had no word with it, and the standing went on past the middle watch, and Skerry stood her own part of it and could not have said, if the whole fleet had asked her, what she was looking at.</w:t>
      </w:r>
    </w:p>
    <w:p>
      <w:pPr>
        <w:spacing w:line="360" w:lineRule="auto" w:after="0"/>
        <w:ind w:firstLine="283"/>
      </w:pPr>
      <w:r>
        <w:t>At dawn, Orra came out of the hold. Orra had not been seen on deck for the whole middle passage — the old woman deep in the fleet’s below, in the warmest corner of the hold ship’s aftercabin — and at dawn the fleet’s oldest keeper came up the companionway in her grey shawl, complaining once, plainly, about the deck’s cold, and went to the chart ship by the morning boat, and the comparison was made for her, all of it.</w:t>
      </w:r>
    </w:p>
    <w:p>
      <w:pPr>
        <w:spacing w:line="360" w:lineRule="auto" w:after="0"/>
        <w:ind w:firstLine="283"/>
      </w:pPr>
      <w:r>
        <w:t>Then she named it.</w:t>
      </w:r>
    </w:p>
    <w:p>
      <w:pPr>
        <w:spacing w:line="360" w:lineRule="auto" w:after="0"/>
        <w:ind w:firstLine="283"/>
      </w:pPr>
      <w:r>
        <w:t>“The Deep,” Orra said.</w:t>
      </w:r>
    </w:p>
    <w:p>
      <w:pPr>
        <w:spacing w:line="360" w:lineRule="auto" w:after="0"/>
        <w:ind w:firstLine="283"/>
      </w:pPr>
      <w:r>
        <w:t>The word stood in the chart room. It did not explain anything. The word was a name, only a name. The word had been in the fleet all along, folded up in the grandmothers’ road like a kept coin. Skerry had seen it, on the oldest page, in the oldest hand, written small beside the road’s last keeping: the Deep, and a mark that meant nothing she had ever been able to read. Now the morning’s signs had added themselves up, in the fleet’s oldest person, to the fleet’s oldest word.</w:t>
      </w:r>
    </w:p>
    <w:p>
      <w:pPr>
        <w:spacing w:line="360" w:lineRule="auto" w:after="0"/>
        <w:ind w:firstLine="283"/>
      </w:pPr>
      <w:r>
        <w:t>“You will mark it on the page,” Orra said. “You will mark it small. You will not draw its edges.”</w:t>
      </w:r>
    </w:p>
    <w:p>
      <w:pPr>
        <w:spacing w:line="360" w:lineRule="auto" w:after="0"/>
        <w:ind w:firstLine="283"/>
      </w:pPr>
      <w:r>
        <w:t>Nobody asked what it was. Skerry marked it on the master page, small, where the old hand had marked it on the grandmothers’ chart: the Deep. No edges. No double cross. She went to the porthole, looked at the water one breath. Then she turned, took up the pen. She did not look at the water again that morning. The page was the work. The fleet stood out its canvas on the grandmothers’ road, into the middle of the word, and went south.</w:t>
      </w:r>
    </w:p>
    <w:p>
      <w:pPr>
        <w:spacing w:line="360" w:lineRule="auto" w:after="0"/>
        <w:ind w:firstLine="283"/>
      </w:pPr>
      <w:r>
        <w:t>Alfred drew the page that afternoon. The new page. He sat at the table with the pen in his hand for an hour before the pen moved. Then the pen moved. He drew the coast’s last edge — the last honest line. He drew the grandmothers’ road, ending where the road ended, in the middle of the new word. He did not draw the Deep’s edges. He wrote the word — the Deep — small, where the old hand had written it, in the same place, in the same proportion, as if the word had been waiting on the page for two years for the page to be drawn around it. The page held the coast’s last edge, the road’s last reach, the word. The rest of the page was blank.</w:t>
      </w:r>
    </w:p>
    <w:p>
      <w:pPr>
        <w:ind w:firstLine="0"/>
        <w:jc w:val="center"/>
      </w:pPr>
      <w:r>
        <w:rPr>
          <w:color w:val="AAAAAA"/>
        </w:rPr>
        <w:t>❖</w:t>
      </w:r>
    </w:p>
    <w:p>
      <w:pPr>
        <w:spacing w:line="360" w:lineRule="auto" w:after="0"/>
        <w:ind w:firstLine="283"/>
      </w:pPr>
      <w:r>
        <w:t>Book III — The Crossing</w:t>
      </w:r>
    </w:p>
    <w:p>
      <w:pPr>
        <w:spacing w:line="360" w:lineRule="auto" w:after="0"/>
        <w:ind w:firstLine="283"/>
      </w:pPr>
      <w:r>
        <w:t>The coast was the city's east edge. The coast was where the city stopped and the water started. The water was grey. The water was the morning's grey. The water was the kind of grey that comes when the sky has been overcast a long time and the sky has given its grey to the water and the water has taken it. The water did not mind the grey.</w:t>
      </w:r>
    </w:p>
    <w:p>
      <w:pPr>
        <w:spacing w:line="360" w:lineRule="auto" w:after="0"/>
        <w:ind w:firstLine="283"/>
      </w:pPr>
      <w:r>
        <w:t>The fleet was at the quay. The fleet was seven ships. The ships were black. The ships were the Registry's ships. The ships had been fishing boats once, before the Registry took them for the crossing. The ships had been repainted. The paint was black. The paint covered the fishing boats' old names. The names were gone. The paint was the Registry's. The Registry's paint covered the boats' names the way the Registry's book covered the children's names. The covering was the Registry's. The covering was not the witness's.</w:t>
      </w:r>
    </w:p>
    <w:p>
      <w:pPr>
        <w:spacing w:line="360" w:lineRule="auto" w:after="0"/>
        <w:ind w:firstLine="283"/>
      </w:pPr>
      <w:r>
        <w:t>Tansy was at the quay. The quay was stone. The quay ran the length of the coast's working edge. The quay had been a fish-market once. The fish-market had gone. The quay stayed. The quay held the morning's damp the way the slab had held the night's warmth — slowly, from the center out. The damp was the morning's. The morning did not mind the damp.</w:t>
      </w:r>
    </w:p>
    <w:p>
      <w:pPr>
        <w:spacing w:line="360" w:lineRule="auto" w:after="0"/>
        <w:ind w:firstLine="283"/>
      </w:pPr>
      <w:r>
        <w:t>There were children at the quay. There were nine children. The children were not the eleven from the lower ward. The eleven from the lower ward had been taken east in the cart. The eleven had been taken to the coast. The eleven had been taken to the fleet. The eleven had been put on the ships. The eleven were on the second ship from the end. Tansy had watched the eleven go onto the second ship. She had stood at the quay. She had not said anything. She had not waved. She had not cried. The waving and the crying were the other mothers' office. The other mothers were at the quay. The other mothers were waving. The other mothers were crying. The other mothers' children were on the ships. The other mothers' children were mixed with the eleven from the lower ward. The other mothers did not know which children were the lower ward's. The other mothers did not know the lower ward's children's names. The lower ward's children's names were in the book. The book did not share the names with the mothers.</w:t>
      </w:r>
    </w:p>
    <w:p>
      <w:pPr>
        <w:spacing w:line="360" w:lineRule="auto" w:after="0"/>
        <w:ind w:firstLine="283"/>
      </w:pPr>
      <w:r>
        <w:t>Tansy was not a mother. Tansy was the witness. The witness did not wave. The witness did not cry. The witness stood at the quay with the nine children. The nine children were the children who had not been taken. The nine children were the children who had been left. The children had been left because the ships were full. The children had been left because the Registry's book had room for eleven more and not for nine more. The nine children had been left on the quay. The nine children were Tansy's now. The nine children were always Tansy's. The children who were left were always Tansy's. The children who were taken were the book's.</w:t>
      </w:r>
    </w:p>
    <w:p>
      <w:pPr>
        <w:spacing w:line="360" w:lineRule="auto" w:after="0"/>
        <w:ind w:firstLine="283"/>
      </w:pPr>
      <w:r>
        <w:t>The nine children sat on the quay. The nine children sat where the fish had been laid out, on the stone, in the rows. The rows were gone. The stone stayed. The stone had the morning's damp. The children sat on the damp. The children did not mind the damp. The children had been at the coast a long time. The children had been at the coast long enough to know the damp. The damp was the coast's. The children were the coast's.</w:t>
      </w:r>
    </w:p>
    <w:p>
      <w:pPr>
        <w:spacing w:line="360" w:lineRule="auto" w:after="0"/>
        <w:ind w:firstLine="283"/>
      </w:pPr>
      <w:r>
        <w:t>The chalk was in Tansy's hand. The chalk was the wafer. The chalk had marked the slab. The chalk had marked the door-frame at the lower ward's orphanage. The chalk had a little left. The chalk had enough for the quay.</w:t>
      </w:r>
    </w:p>
    <w:p>
      <w:pPr>
        <w:spacing w:line="360" w:lineRule="auto" w:after="0"/>
        <w:ind w:firstLine="283"/>
      </w:pPr>
      <w:r>
        <w:t>The fleet was leaving at the tide. The tide was the morning's tide. The tide was going out. The water was leaving the quay. The ships would leave with the water. The ships could not leave without the water. The water was the ships' permission. The water gave the ships its permission slowly, the way water gives everything slowly, and the ships waited at the quay the way ships wait, and the waiting was the ships'.</w:t>
      </w:r>
    </w:p>
    <w:p>
      <w:pPr>
        <w:spacing w:line="360" w:lineRule="auto" w:after="0"/>
        <w:ind w:firstLine="283"/>
      </w:pPr>
      <w:r>
        <w:t>Tansy knelt at the quay's edge. The quay's edge was the line where the stone stopped and the water started. The line was wet. The line was the morning's wet. The line moved a little with the water's leaving, the way a line moves when the thing the line is the edge of is moving. The line moved down the stone, toward the water, an inch at a time, with the tide. The line would move down the stone until the tide was out, and then the line would move up the stone with the tide's coming, and the line would be at the quay's edge again.</w:t>
      </w:r>
    </w:p>
    <w:p>
      <w:pPr>
        <w:spacing w:line="360" w:lineRule="auto" w:after="0"/>
        <w:ind w:firstLine="283"/>
      </w:pPr>
      <w:r>
        <w:t>Tansy put the chalk to the quay's edge. She marked the quay's edge with the gull's-foot. The gull's-foot was three strokes and a crossbar. The first stroke was the gull's left wing. The second stroke was the gull's right wing. The third stroke was the gull's body, short, going down. The crossbar was the bar the gull stood on. The crossbar was the line that held the gull to the ground.</w:t>
      </w:r>
    </w:p>
    <w:p>
      <w:pPr>
        <w:spacing w:line="360" w:lineRule="auto" w:after="0"/>
        <w:ind w:firstLine="283"/>
      </w:pPr>
      <w:r>
        <w:t>The mark was on the stone at the quay's edge. The mark was small. The mark was the size of a child's fist. The mark said: a fleet left here. The mark did not say the fleet's name. The mark did not say the fleet's number. The mark did not say the children's names. The mark said only: a fleet left here, and the children were on the fleet, and the children are gone, and the mark is at the edge.</w:t>
      </w:r>
    </w:p>
    <w:p>
      <w:pPr>
        <w:spacing w:line="360" w:lineRule="auto" w:after="0"/>
        <w:ind w:firstLine="283"/>
      </w:pPr>
      <w:r>
        <w:t>The mark said it in the cardamom chalk. The chalk said it on the wet stone. The chalk did not mind the wet. The chalk had been on wet stone before. The chalk had been on the slab. The chalk had been on the door-frame. The chalk had been on the waystones and the fence-posts and the well-curbs of the road. The chalk knew the wet. The chalk did not mind.</w:t>
      </w:r>
    </w:p>
    <w:p>
      <w:pPr>
        <w:spacing w:line="360" w:lineRule="auto" w:after="0"/>
        <w:ind w:firstLine="283"/>
      </w:pPr>
      <w:r>
        <w:t>Tansy made the mark. She made it at the quay's edge. She made it where the line of the water was moving down the stone. She made the mark beside the line. The mark sat on the stone beside the water's leaving the way a hand sits beside a hip when the hand has been laid there and then lifted. The mark was the size of a child's fist. The mark was small. The mark was the witness's. The witness did not need the mark to be large. The witness needed the mark to be there.</w:t>
      </w:r>
    </w:p>
    <w:p>
      <w:pPr>
        <w:spacing w:line="360" w:lineRule="auto" w:after="0"/>
        <w:ind w:firstLine="283"/>
      </w:pPr>
      <w:r>
        <w:t>The nine children watched Tansy mark. The nine children watched from the rows where the fish had been. The nine children did not come to the quay's edge. The nine children had been told to stay in the rows. Tansy had told them. Tansy had said: stay in the rows. The children had stayed. The children did not ask why. The children had been at the coast long enough to know the rows. The rows were the children's. The children were the rows'.</w:t>
      </w:r>
    </w:p>
    <w:p>
      <w:pPr>
        <w:spacing w:line="360" w:lineRule="auto" w:after="0"/>
        <w:ind w:firstLine="283"/>
      </w:pPr>
      <w:r>
        <w:t>The first child in the rows was a boy. The boy was four. The boy's name was Pip. Tansy did not say the name. Saying the name was not her office. Pip sat in the first row. Pip watched Tansy mark the quay. Pip did not ask what the mark was. Pip had been at the coast long enough to know the mark. The mark was what Tansy did at the edges.</w:t>
      </w:r>
    </w:p>
    <w:p>
      <w:pPr>
        <w:spacing w:line="360" w:lineRule="auto" w:after="0"/>
        <w:ind w:firstLine="283"/>
      </w:pPr>
      <w:r>
        <w:t>The second child was a girl. The girl was six. The girl's name was Sal. Sal sat in the second row. Sal watched Tansy mark. Sal did not ask. The other children sat in the other rows. The nine children watched. The nine children were the witness's practice. The children were the ones not yet written. The children had not been put on the ships. The children had not been put in the book. The children were not yet the book's. The children were Tansy's. The children were the ones Tansy marked beside.</w:t>
      </w:r>
    </w:p>
    <w:p>
      <w:pPr>
        <w:spacing w:line="360" w:lineRule="auto" w:after="0"/>
        <w:ind w:firstLine="283"/>
      </w:pPr>
      <w:r>
        <w:t>The tide went out. The water left the quay. The ships left the quay. The ships left with the water. The ships went out of the harbor. The harbor was the coast's harbor. The harbor was the half-moon of water between the two stone moles. The ships went through the harbor's mouth. The harbor's mouth was the gap between the moles. The gap was the morning's grey. The ships went through the gap. The ships went out to the open water. The open water was grey. The open water did not mind the ships. The open water took the ships the way the open water took everything — without comment, without welcome, without goodbye.</w:t>
      </w:r>
    </w:p>
    <w:p>
      <w:pPr>
        <w:spacing w:line="360" w:lineRule="auto" w:after="0"/>
        <w:ind w:firstLine="283"/>
      </w:pPr>
      <w:r>
        <w:t>Tansy stood at the quay's edge. She did not watch the ships go. She had watched the ships go as far as the harbor's mouth. She had stopped watching at the harbor's mouth. The watching past the harbor's mouth was the other mothers' office. The other mothers were at the quay's edge. The other mothers were watching the ships go. The other mothers were watching the ships go past the harbor's mouth. The other mothers were watching the ships go until the ships were small on the water. The other mothers were watching the ships go until the ships were gone. The other mothers would watch the ships go until the ships were gone, and the watching was the other mothers', and the watching was the only mercy the morning had for them.</w:t>
      </w:r>
    </w:p>
    <w:p>
      <w:pPr>
        <w:spacing w:line="360" w:lineRule="auto" w:after="0"/>
        <w:ind w:firstLine="283"/>
      </w:pPr>
      <w:r>
        <w:t>Tansy did not watch the ships go. Tansy's office was the nine children in the rows. The nine children were at her back. The nine children were the children who had been left. The nine children would be with Tansy when the ships were gone. The nine children would be with Tansy when the other mothers had gone home. The nine children would be with Tansy tomorrow morning. The nine children would be with Tansy the morning after. The nine children were Tansy's. The nine children were the witness's.</w:t>
      </w:r>
    </w:p>
    <w:p>
      <w:pPr>
        <w:spacing w:line="360" w:lineRule="auto" w:after="0"/>
        <w:ind w:firstLine="283"/>
      </w:pPr>
      <w:r>
        <w:t>The mark on the quay's edge was at the line where the stone stopped and the water started. The mark was small. The mark was the size of a child's fist. The mark was in the cardamom chalk. The chalk had been a wafer. The chalk was now a smaller wafer. The chalk had been used. The chalk had been used at the quay's edge. The chalk had been used for the gull's-foot. The gull's-foot was the mark. The mark was at the edge. The edge was the line the tide would take.</w:t>
      </w:r>
    </w:p>
    <w:p>
      <w:pPr>
        <w:spacing w:line="360" w:lineRule="auto" w:after="0"/>
        <w:ind w:firstLine="283"/>
      </w:pPr>
      <w:r>
        <w:t>The tide would take the line. The tide would come back in. The tide would come back in at the afternoon. The tide would come back in and the water would cover the quay's edge. The water would cover the mark. The water would take the chalk into itself. The chalk would come off the stone. The chalk would go into the water. The water would take the chalk out to the harbor. The harbor would take the chalk out to the open water. The open water would take the chalk out to the sea. The chalk would be the sea's. The mark would be gone.</w:t>
      </w:r>
    </w:p>
    <w:p>
      <w:pPr>
        <w:spacing w:line="360" w:lineRule="auto" w:after="0"/>
        <w:ind w:firstLine="283"/>
      </w:pPr>
      <w:r>
        <w:t>Tansy knew this. Tansy had known this when she knelt at the quay's edge. Tansy had known this when she put the chalk to the stone. Tansy had known this when she made the mark. The mark was made anyway. The mark was made at the edge the tide would take. The mark was made at the edge the tide would cover. The mark was made at the edge the tide would erase. The mark was made anyway. The making was the witness's. The making was the whole office. The making was the only office the witness had at the coast.</w:t>
      </w:r>
    </w:p>
    <w:p>
      <w:pPr>
        <w:spacing w:line="360" w:lineRule="auto" w:after="0"/>
        <w:ind w:firstLine="283"/>
      </w:pPr>
      <w:r>
        <w:t>The mark was made because the fleet had left. The mark was made because the children were on the fleet. The mark was made because the children were gone. The mark was made because the witness had been at the quay. The mark was made because the witness had the chalk. The mark was made because the witness had knelt. The mark was made because the witness had put the chalk to the stone. The mark was made because the witness had made the mark.</w:t>
      </w:r>
    </w:p>
    <w:p>
      <w:pPr>
        <w:spacing w:line="360" w:lineRule="auto" w:after="0"/>
        <w:ind w:firstLine="283"/>
      </w:pPr>
      <w:r>
        <w:t>The mark would be gone by the afternoon. The mark would be gone by the tide. The mark would be gone by the water. The mark would be gone by the sea. The mark would be gone. The mark had been made. The mark had been made at the quay's edge. The mark had been made in the cardamom chalk. The mark had been made for the morning. The morning did not need to know it. The morning did not need to keep it. The morning did not need to hold it. The mark had been made.</w:t>
      </w:r>
    </w:p>
    <w:p>
      <w:pPr>
        <w:spacing w:line="360" w:lineRule="auto" w:after="0"/>
        <w:ind w:firstLine="283"/>
      </w:pPr>
      <w:r>
        <w:t>The nine children came to the quay's edge. The nine children came one at a time. Pip first. Sal next. The others. The nine children came to the mark. The mark was on the stone at the edge. The mark was small. The mark was the size of a child's fist. The children looked at the mark. The children did not touch the mark. The children had been at the coast long enough to know the mark. The mark was the witness's. The mark was not the children's to touch.</w:t>
      </w:r>
    </w:p>
    <w:p>
      <w:pPr>
        <w:spacing w:line="360" w:lineRule="auto" w:after="0"/>
        <w:ind w:firstLine="283"/>
      </w:pPr>
      <w:r>
        <w:t>Pip put his hand on the stone beside the mark. The hand was small. The hand was four. The hand sat on the stone beside the mark the way a hand sits beside a hand when the hands have been laid there together. Sal put her hand on the stone beside the mark. Sal's hand was six. The other children put their hands on the stone. Nine hands on the stone. Nine hands beside the mark. The hands were the children's. The mark was the witness's. The hands and the mark were at the quay's edge. The hands and the mark were at the line the tide would take.</w:t>
      </w:r>
    </w:p>
    <w:p>
      <w:pPr>
        <w:spacing w:line="360" w:lineRule="auto" w:after="0"/>
        <w:ind w:firstLine="283"/>
      </w:pPr>
      <w:r>
        <w:t>The tide would take the mark. The tide would not take the hands. The hands would be gone before the tide came back. The hands would be at the rows. The hands would be at the kitchen. The hands would be at the lower ward's next room. The hands would be with Tansy. The hands were the children's. The children were Tansy's. The hands would be with Tansy when the mark was gone. The hands would be with Tansy when the mark was the sea's. The hands would be with Tansy.</w:t>
      </w:r>
    </w:p>
    <w:p>
      <w:pPr>
        <w:spacing w:line="360" w:lineRule="auto" w:after="0"/>
        <w:ind w:firstLine="283"/>
      </w:pPr>
      <w:r>
        <w:t>Tansy stood at the quay's edge. The nine children stood at the quay's edge. The mark was on the stone at the edge. The mark was small. The mark was the gull's-foot. The mark was three strokes and a crossbar. The mark was in the cardamom chalk. The mark said: a fleet left here. The mark said: the children were on the fleet. The mark said: the children are gone. The mark said: the witness stayed. The mark said all of this in three strokes and a crossbar. The mark said it in the cardamom chalk. The chalk said it on the wet stone. The stone said it at the quay's edge. The quay's edge said it to the water. The water did not say it back.</w:t>
      </w:r>
    </w:p>
    <w:p>
      <w:pPr>
        <w:spacing w:line="360" w:lineRule="auto" w:after="0"/>
        <w:ind w:firstLine="283"/>
      </w:pPr>
      <w:r>
        <w:t>The water was grey. The water was leaving. The water would come back. The water would cover the mark. The water would take the mark. The mark would be gone. The mark had been made. The mark had been made anyway.</w:t>
      </w:r>
    </w:p>
    <w:p>
      <w:pPr>
        <w:spacing w:line="360" w:lineRule="auto" w:after="0"/>
        <w:ind w:firstLine="283"/>
      </w:pPr>
      <w:r>
        <w:t>Tansy turned from the quay's edge. The nine children turned from the quay's edge. The nine children went back to the rows. Tansy went with the nine children. The chalk was in Tansy's pocket. The chalk was the smaller wafer. The chalk had a little left. The chalk had enough for the next edge. The next edge would be another morning. The next edge would be another mark.</w:t>
      </w:r>
    </w:p>
    <w:p>
      <w:pPr>
        <w:spacing w:line="360" w:lineRule="auto" w:after="0"/>
        <w:ind w:firstLine="283"/>
      </w:pPr>
      <w:r>
        <w:t>The tide came back in the afternoon. The water covered the quay's edge. The water covered the mark. The water took the chalk into itself. The chalk went into the water. The water took the chalk out to the harbor. The harbor took the chalk out to the open water. The open water took the chalk out to the sea. The chalk was the sea's. The mark was gone. The mark had been made. The mark had been made at the edge the tide would take. The mark had been made anyway.</w:t>
      </w:r>
    </w:p>
    <w:p>
      <w:pPr>
        <w:spacing w:line="360" w:lineRule="auto" w:after="0"/>
        <w:ind w:firstLine="283"/>
      </w:pPr>
      <w:r>
        <w:t>The nine children were with Tansy. The nine children were at the kitchen. The nine children were eating the bread. The bread was the afternoon's. The bread was broken into nine pieces. The pieces were not equal. The larger pieces were the smaller children's. The smaller pieces were the larger children's. The soft end was Pip's. Pip was the smallest. The soft end was the part that kept. The bread was the afternoon's. The afternoon did not need to know the morning's mark. The morning's mark was the sea's now. The sea did not need to know it either. The mark had been made. The making was the witness's. The making was the whole office. The morning would have another edge. The chalk had a little left.</w:t>
      </w:r>
    </w:p>
    <w:p>
      <w:pPr>
        <w:spacing w:before="360" w:after="240"/>
        <w:ind w:firstLine="0"/>
        <w:jc w:val="center"/>
      </w:pPr>
      <w:r>
        <w:rPr>
          <w:b/>
          <w:i/>
          <w:color w:val="333333"/>
          <w:sz w:val="26"/>
        </w:rPr>
        <w:t>Chapter 8 — The Fleet's Social Contract</w:t>
      </w:r>
    </w:p>
    <w:p>
      <w:pPr>
        <w:spacing w:line="360" w:lineRule="auto" w:after="0"/>
        <w:ind w:firstLine="283"/>
      </w:pPr>
      <w:r>
        <w:t>· salt ·</w:t>
      </w:r>
    </w:p>
    <w:p>
      <w:pPr>
        <w:spacing w:line="360" w:lineRule="auto" w:after="0"/>
        <w:ind w:firstLine="283"/>
      </w:pPr>
      <w:r>
        <w:t>The hold ship carried two hundred and sixty. The chart ship carried twenty. The galley ship carried thirteen and the pot. The Gull carried none. The fleet’s whole freight was two hundred and ninety-three mouths and one pot, and the mouths were not evenly distributed.</w:t>
      </w:r>
    </w:p>
    <w:p>
      <w:pPr>
        <w:spacing w:line="360" w:lineRule="auto" w:after="0"/>
        <w:ind w:firstLine="283"/>
      </w:pPr>
      <w:r>
        <w:t>Nessa’s arithmetic took the inequality and made the level pot. The level pot was the making-level, not the making-equal. The pot could not give each the same. The hold ship’s children ate the same portion as the chart ship’s watchkeepers, and the chart ship’s watchkeepers ate the same portion as the galley’s scullery girl, and the galley’s scullery girl ate the same portion as the Gull’s lamplighter, who lit the Gull’s lamp by the rotation and ate his portion on the galley ship because the Gull had no galley. The same portion was not the same meal. The hold ship’s children were hungry after. The chart ship’s watchkeepers were not. Nessa knew this. She served the children first when the boats went out. The serving-first was the only adjustment the level pot allowed, and the adjustment was not written down.</w:t>
      </w:r>
    </w:p>
    <w:p>
      <w:pPr>
        <w:spacing w:line="360" w:lineRule="auto" w:after="0"/>
        <w:ind w:firstLine="283"/>
      </w:pPr>
      <w:r>
        <w:t>The child was twelve — one of the Atherin young, the ones who had come out of the city with nobody. Kael taught the child the first form. He did not explain it. He stood on the deck and moved through the first five steps, slowly, the way the form is taught, and the child watched. Then the child stood beside him, and the man adjusted the child’s stance — the left foot a hand’s width wider, the weight a half-inch further back — and the child moved through the steps, and the steps were wrong, and the man corrected them, and the corrections were the teaching.</w:t>
      </w:r>
    </w:p>
    <w:p>
      <w:pPr>
        <w:spacing w:line="360" w:lineRule="auto" w:after="0"/>
        <w:ind w:firstLine="283"/>
      </w:pPr>
      <w:r>
        <w:t>The teaching was not the words. The teaching was the hands. The man’s hand on the child’s shoulder — the small pressure that meant straighten — the hand on the child’s wrist — the light touch that meant lower — the hand on the child’s hip — the turn that meant follow. The hands did the teaching. The words were the hands’ servants.</w:t>
      </w:r>
    </w:p>
    <w:p>
      <w:pPr>
        <w:spacing w:line="360" w:lineRule="auto" w:after="0"/>
        <w:ind w:firstLine="283"/>
      </w:pPr>
      <w:r>
        <w:t>The man did not say good. The saying would have been the breaking. He said nothing. The child moved. The form moved. The teaching was the moving.</w:t>
      </w:r>
    </w:p>
    <w:p>
      <w:pPr>
        <w:ind w:firstLine="0"/>
        <w:jc w:val="center"/>
      </w:pPr>
      <w:r>
        <w:rPr>
          <w:color w:val="AAAAAA"/>
        </w:rPr>
        <w:t>❖</w:t>
      </w:r>
    </w:p>
    <w:p>
      <w:pPr>
        <w:spacing w:line="360" w:lineRule="auto" w:after="0"/>
        <w:ind w:firstLine="283"/>
      </w:pPr>
      <w:r>
        <w:t>Mew was mending the bucket’s bail at the galley ship’s rail, and Ash was sitting on the coil with the tally board across her knees, and the two were not speaking, and the conversation was the fleet’s.</w:t>
      </w:r>
    </w:p>
    <w:p>
      <w:pPr>
        <w:spacing w:line="360" w:lineRule="auto" w:after="0"/>
        <w:ind w:firstLine="283"/>
      </w:pPr>
      <w:r>
        <w:t>Mew had the sail-thread and the bone needle and the patience. Mew sewed the bail the way she swabbed the deck — without looking, the hands doing the work the hands knew. The thread held the bail the way the splice held the rope: invisibly, without being felt by hand.</w:t>
      </w:r>
    </w:p>
    <w:p>
      <w:pPr>
        <w:spacing w:line="360" w:lineRule="auto" w:after="0"/>
        <w:ind w:firstLine="283"/>
      </w:pPr>
      <w:r>
        <w:t>Mew’s hands were the hands of a woman who had swabbed decks for twenty years. The knuckles were thickened. The nails were kept short. The skin at the back of the hand cracked in the cold, and the cracks held salt the way the deck held the chalk — by the working-in, by the years. She could not close her left hand all the way anymore. She did not say. She did not need to say. The hand said. The fleet read the hand, and the fleet read the hands of all the others — the chart keeper’s stained fingertips, the helm hand’s rope-burned palm, the galley worker’s heat-reddened wrists — and the reading was the fleet’s whole census, and the census was kept in the hands, and the hands did not need a book.</w:t>
      </w:r>
    </w:p>
    <w:p>
      <w:pPr>
        <w:spacing w:line="360" w:lineRule="auto" w:after="0"/>
        <w:ind w:firstLine="283"/>
      </w:pPr>
      <w:r>
        <w:t>Ash was not watching Mew. Ash was watching the water the way Ash watched the water — with the lower lip bitten, the thinking of the next question. The next question was the tally board’s, and the tally board did not ask the question, and the board’s was Ash’s, and Ash’s was the fleet’s.</w:t>
      </w:r>
    </w:p>
    <w:p>
      <w:pPr>
        <w:spacing w:line="360" w:lineRule="auto" w:after="0"/>
        <w:ind w:firstLine="283"/>
      </w:pPr>
      <w:r>
        <w:t>“The casks,” Ash said. Not to Mew. To the board.</w:t>
      </w:r>
    </w:p>
    <w:p>
      <w:pPr>
        <w:spacing w:line="360" w:lineRule="auto" w:after="0"/>
        <w:ind w:firstLine="283"/>
      </w:pPr>
      <w:r>
        <w:t>Mew did not look up from the bail. “The casks.”</w:t>
      </w:r>
    </w:p>
    <w:p>
      <w:pPr>
        <w:spacing w:line="360" w:lineRule="auto" w:after="0"/>
        <w:ind w:firstLine="283"/>
      </w:pPr>
      <w:r>
        <w:t>“Down a cup a watch.”</w:t>
      </w:r>
    </w:p>
    <w:p>
      <w:pPr>
        <w:spacing w:line="360" w:lineRule="auto" w:after="0"/>
        <w:ind w:firstLine="283"/>
      </w:pPr>
      <w:r>
        <w:t>“The cup a watch.”</w:t>
      </w:r>
    </w:p>
    <w:p>
      <w:pPr>
        <w:spacing w:line="360" w:lineRule="auto" w:after="0"/>
        <w:ind w:firstLine="283"/>
      </w:pPr>
      <w:r>
        <w:t>“The cup a watch. The rotation’s not caught it.”</w:t>
      </w:r>
    </w:p>
    <w:p>
      <w:pPr>
        <w:spacing w:line="360" w:lineRule="auto" w:after="0"/>
        <w:ind w:firstLine="283"/>
      </w:pPr>
      <w:r>
        <w:t>Mew tied off the thread. The bail held. The bucket was the bucket again, and the again was the thread’s. Mew set the bucket on the deck and did not test the bail, because the testing would have been the kind of thing a person does who does not trust the thread, and Mew trusted the thread the way she trusted the water — without the testing, without the naming, the plain trusting.</w:t>
      </w:r>
    </w:p>
    <w:p>
      <w:pPr>
        <w:spacing w:line="360" w:lineRule="auto" w:after="0"/>
        <w:ind w:firstLine="283"/>
      </w:pPr>
      <w:r>
        <w:t>“The casks,” Mew said. “Nessa’s count.”</w:t>
      </w:r>
    </w:p>
    <w:p>
      <w:pPr>
        <w:spacing w:line="360" w:lineRule="auto" w:after="0"/>
        <w:ind w:firstLine="283"/>
      </w:pPr>
      <w:r>
        <w:t>“Nessa’s count.”</w:t>
      </w:r>
    </w:p>
    <w:p>
      <w:pPr>
        <w:spacing w:line="360" w:lineRule="auto" w:after="0"/>
        <w:ind w:firstLine="283"/>
      </w:pPr>
      <w:r>
        <w:t>“Nessa’s count caught it. Nessa’s count catches everything. The cup a watch was Nessa’s inside the week.”</w:t>
      </w:r>
    </w:p>
    <w:p>
      <w:pPr>
        <w:ind w:firstLine="0"/>
        <w:jc w:val="center"/>
      </w:pPr>
      <w:r>
        <w:rPr>
          <w:color w:val="AAAAAA"/>
        </w:rPr>
        <w:t>❖</w:t>
      </w:r>
    </w:p>
    <w:p>
      <w:pPr>
        <w:spacing w:before="360" w:after="240"/>
        <w:ind w:firstLine="0"/>
        <w:jc w:val="center"/>
      </w:pPr>
      <w:r>
        <w:rPr>
          <w:b/>
          <w:i/>
          <w:color w:val="333333"/>
          <w:sz w:val="26"/>
        </w:rPr>
        <w:t>Step — The Break (Nessa / Nima)</w:t>
      </w:r>
    </w:p>
    <w:p>
      <w:pPr>
        <w:spacing w:line="360" w:lineRule="auto" w:after="0"/>
        <w:ind w:firstLine="283"/>
      </w:pPr>
      <w:r>
        <w:t>· salt ·</w:t>
      </w:r>
    </w:p>
    <w:p>
      <w:pPr>
        <w:spacing w:line="360" w:lineRule="auto" w:after="0"/>
        <w:ind w:firstLine="283"/>
      </w:pPr>
      <w:r>
        <w:t>The break was not a scene. The break was the absence. The break was the not-speaking. The break was the apart. The break was the thing between the pot and the passage, and the thing was the not-going-between, and the not-going-between was the work.</w:t>
      </w:r>
    </w:p>
    <w:p>
      <w:pPr>
        <w:spacing w:line="360" w:lineRule="auto" w:after="0"/>
        <w:ind w:firstLine="283"/>
      </w:pPr>
      <w:r>
        <w:t>The boats had gone between. The boats had gone between the galley ship and the hold ship. The boats had carried the pot. The boats had carried the slate. The boats had carried the small messages — the sideways messages, the made-while-doing-something-else messages. The boats had carried the message that was not a message: the boat itself, going between, was the message.</w:t>
      </w:r>
    </w:p>
    <w:p>
      <w:pPr>
        <w:spacing w:line="360" w:lineRule="auto" w:after="0"/>
        <w:ind w:firstLine="283"/>
      </w:pPr>
      <w:r>
        <w:t>The boats stopped going between. The boats stopped going between the galley ship and the hold ship. The boats went between the galley ship and the chart ship. The boats went between the hold ship and the chart ship. The boats went between the chart ship and the Gull. The boats did not go between the galley ship and the hold ship.</w:t>
      </w:r>
    </w:p>
    <w:p>
      <w:pPr>
        <w:spacing w:line="360" w:lineRule="auto" w:after="0"/>
        <w:ind w:firstLine="283"/>
      </w:pPr>
      <w:r>
        <w:t>The not-going-between was the break. The break was not a thing that happened. The break was a thing that did not happen. The break was the absence of the boat. The break was the absence of the small messages. The break was the absence of the sideways messages. The break was the absence of the made-while-doing-something-else messages. The break was the absence of the boat itself.</w:t>
      </w:r>
    </w:p>
    <w:p>
      <w:pPr>
        <w:spacing w:line="360" w:lineRule="auto" w:after="0"/>
        <w:ind w:firstLine="283"/>
      </w:pPr>
      <w:r>
        <w:t>Nessa did not send the pot. The pot went out by the boats. The boats went to the chart ship. The boats went to the Gull. The boats did not go to the hold ship. The pot did not go to the hold ship. The pot was the galley ship's whole honest word about the fleet. The pot's not-going-to-the-hold-ship was the galley ship's whole honest word about the hold ship.</w:t>
      </w:r>
    </w:p>
    <w:p>
      <w:pPr>
        <w:spacing w:line="360" w:lineRule="auto" w:after="0"/>
        <w:ind w:firstLine="283"/>
      </w:pPr>
      <w:r>
        <w:t>Nima did not send the slate. The slate was in the pack. The pack was at Nima's feet. The slate was wrapped in the cloth, the double stitch. The chalk stub was the color of old cream. The slate was the line that was the mother. The slate's not-going-to-the-galley-ship was the hold ship's whole honest word about the galley ship.</w:t>
      </w:r>
    </w:p>
    <w:p>
      <w:pPr>
        <w:spacing w:line="360" w:lineRule="auto" w:after="0"/>
        <w:ind w:firstLine="283"/>
      </w:pPr>
      <w:r>
        <w:t>The two of them did not say: the break is the break. The two of them did not say: the boats have stopped going between. The two of them did not say: the pot and the passage have stopped being the two. The two of them did not say any of this. The not-saying was the break's whole honest work.</w:t>
      </w:r>
    </w:p>
    <w:p>
      <w:pPr>
        <w:spacing w:line="360" w:lineRule="auto" w:after="0"/>
        <w:ind w:firstLine="283"/>
      </w:pPr>
      <w:r>
        <w:t>The break was the absence. The absence was the work. The work was the not-going-between. The not-going-between was the break's whole honest word about itself: I am the absence, and the absence is mine, and the absence does not explain itself, and the absence does not ask to be explained.</w:t>
      </w:r>
    </w:p>
    <w:p>
      <w:pPr>
        <w:spacing w:line="360" w:lineRule="auto" w:after="0"/>
        <w:ind w:firstLine="283"/>
      </w:pPr>
      <w:r>
        <w:t>The sea was the sea. The sea was the wet that went between the hulls. The sea went between the galley ship and the hold ship. The sea was the boat that did not stop going between. The sea was the only honest passage between the two. The sea was the break's whole honest word about the passage: the passage is the sea's, and the sea's passage is not the boat's passage, and the sea's passage does not carry the small messages, and the sea's passage does not carry the sideways messages, and the sea's passage does not carry the made-while-doing-something-else messages.</w:t>
      </w:r>
    </w:p>
    <w:p>
      <w:pPr>
        <w:spacing w:line="360" w:lineRule="auto" w:after="0"/>
        <w:ind w:firstLine="283"/>
      </w:pPr>
      <w:r>
        <w:t>The work was the work. The work was the pot and the passage. The pot was the making-level. The passage was the making-count. The two were the two. The two-ness was the thing between them. The thing between them was the work. The work was the not-speaking. The not-speaking was the break's whole honest word about the work.</w:t>
      </w:r>
    </w:p>
    <w:p>
      <w:pPr>
        <w:spacing w:line="360" w:lineRule="auto" w:after="0"/>
        <w:ind w:firstLine="283"/>
      </w:pPr>
      <w:r>
        <w:t>The difference between the pot and the passage was the break. The pot was the making-level. The passage was the making-count. The making-level was the feeding. The making-count was the moving. The feeding was the standing-still. The moving was the going-through. The feeding was the here. The moving was the through. The two were the two. The two-ness was the thing between them. The thing between them was the difference. The difference was the break.</w:t>
      </w:r>
    </w:p>
    <w:p>
      <w:pPr>
        <w:spacing w:line="360" w:lineRule="auto" w:after="0"/>
        <w:ind w:firstLine="283"/>
      </w:pPr>
      <w:r>
        <w:t>Nessa did not say: the difference is the break. Nessa did not say this because Nessa did not say things. Nessa's whole work was the not-saying. The not-saying was the making-level. The making-level was the pot. The pot was the work. The work was Nessa's. Nessa did the work. The work did not say: the difference is the break.</w:t>
      </w:r>
    </w:p>
    <w:p>
      <w:pPr>
        <w:spacing w:line="360" w:lineRule="auto" w:after="0"/>
        <w:ind w:firstLine="283"/>
      </w:pPr>
      <w:r>
        <w:t>Nima did not say: the difference is the break. Nima did not say this because Nima did not say things. Nima's whole work was the not-saying. The not-saying was the making-count. The making-count was the slate. The slate was the work. The work was Nima's. Nima did the work. The work did not say: the difference is the break.</w:t>
      </w:r>
    </w:p>
    <w:p>
      <w:pPr>
        <w:spacing w:line="360" w:lineRule="auto" w:after="0"/>
        <w:ind w:firstLine="283"/>
      </w:pPr>
      <w:r>
        <w:t>The apart was the apart. The apart was not a thing that happened. The apart was a thing that was. The apart was the thing between the pot and the passage. The apart was the thing between the galley ship and the hold ship. The apart was the thing between the feeding and the moving. The apart was the thing between the standing-still and the going-through. The apart was the thing between the here and the through. The apart was the break.</w:t>
      </w:r>
    </w:p>
    <w:p>
      <w:pPr>
        <w:spacing w:line="360" w:lineRule="auto" w:after="0"/>
        <w:ind w:firstLine="283"/>
      </w:pPr>
      <w:r>
        <w:t>The break went on. The break was not a scene. The break was the absence. The break was the not-speaking. The break was the apart. The break was the work. The work went on.</w:t>
      </w:r>
    </w:p>
    <w:p>
      <w:pPr>
        <w:spacing w:line="360" w:lineRule="auto" w:after="0"/>
        <w:ind w:firstLine="283"/>
      </w:pPr>
      <w:r>
        <w:t>The morning came. The pot was scoured. The slate was wrapped. The boats went between the galley ship and the chart ship. The boats went between the hold ship and the chart ship. The boats did not go between the galley ship and the hold ship. The pot did not go to the hold ship. The slate did not go to the galley ship. The two of them were the two of them on different hulls, and the different hulls were the apart, and the apart was the break.</w:t>
      </w:r>
    </w:p>
    <w:p>
      <w:pPr>
        <w:spacing w:line="360" w:lineRule="auto" w:after="0"/>
        <w:ind w:firstLine="283"/>
      </w:pPr>
      <w:r>
        <w:t>The noon came. The pot went out by the boats. The boats went to the chart ship. The boats went to the Gull. The boats did not go to the hold ship. The slate was in the pack. The pack was at Nima's feet. The two of them were the two of them on different hulls, and the different hulls were the apart, and the apart was the break.</w:t>
      </w:r>
    </w:p>
    <w:p>
      <w:pPr>
        <w:spacing w:line="360" w:lineRule="auto" w:after="0"/>
        <w:ind w:firstLine="283"/>
      </w:pPr>
      <w:r>
        <w:t>The evening came. The pot was scoured. The slate was unwrapped. The boats went between the galley ship and the chart ship. The boats went between the hold ship and the chart ship. The boats did not go between the galley ship and the hold ship. The two of them were the two of them on different hulls, and the different hulls were the apart, and the apart was the break.</w:t>
      </w:r>
    </w:p>
    <w:p>
      <w:pPr>
        <w:spacing w:line="360" w:lineRule="auto" w:after="0"/>
        <w:ind w:firstLine="283"/>
      </w:pPr>
      <w:r>
        <w:t>The night came. The pot was cold. The slate was wrapped. The two of them were the two of them on different hulls. The two of them were the apart. The apart was the break. The break was the work. The work went on.</w:t>
      </w:r>
    </w:p>
    <w:p>
      <w:pPr>
        <w:spacing w:line="360" w:lineRule="auto" w:after="0"/>
        <w:ind w:firstLine="283"/>
      </w:pPr>
      <w:r>
        <w:t>The fleet went south. The galley ship went south. The hold ship went south. The chart ship went south. The two of them went south on different hulls. The two of them were the two of them. The two of them were the apart. The apart was the break. The break was the not-speaking. The not-speaking was the work. The work was the two.</w:t>
      </w:r>
    </w:p>
    <w:p>
      <w:pPr>
        <w:spacing w:line="360" w:lineRule="auto" w:after="0"/>
        <w:ind w:firstLine="283"/>
      </w:pPr>
      <w:r>
        <w:t>The break went on. The break was the absence. The absence went on. The not-speaking went on. The apart went on. The work went on. The two went on, on different hulls, the apart between them, the apart the only honest work. The two went south.</w:t>
      </w:r>
    </w:p>
    <w:p>
      <w:pPr>
        <w:spacing w:line="360" w:lineRule="auto" w:after="0"/>
        <w:ind w:firstLine="283"/>
      </w:pPr>
      <w:r>
        <w:t>The sea went between the hulls. The sea was the only honest passage. The sea was the break's whole honest word about the passage: the passage is the sea's, and the sea's passage is not the boat's passage, and the sea's passage does not carry the small messages, and the sea's passage does not carry the sideways messages, and the sea's passage does not carry the made-while-doing-something-else messages. The sea's passage carried the sea. The sea was the sea. The sea went between. The two went south.</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Chapter 9 — Refusal</w:t>
      </w:r>
    </w:p>
    <w:p>
      <w:pPr>
        <w:spacing w:line="360" w:lineRule="auto" w:after="0"/>
        <w:ind w:firstLine="283"/>
      </w:pPr>
      <w:r>
        <w:t>· salt ·</w:t>
      </w:r>
    </w:p>
    <w:p>
      <w:pPr>
        <w:spacing w:line="360" w:lineRule="auto" w:after="0"/>
        <w:ind w:firstLine="283"/>
      </w:pPr>
      <w:r>
        <w:t>The Gull’s tow-line chafed at the third week of the Deep, and the chafing was the council’s question: cut loose or not.</w:t>
      </w:r>
    </w:p>
    <w:p>
      <w:pPr>
        <w:spacing w:line="360" w:lineRule="auto" w:after="0"/>
        <w:ind w:firstLine="283"/>
      </w:pPr>
      <w:r>
        <w:t>The Gull was the fleet’s empty hull. The Gull rode the tow-line astern, dark, lamp lit by the rotation. The tow-line chafed. The chafing was the line’s own honesty — the line was chafing because the Gull was heavy, and the Gull was heavy because she was empty, and the empty was heavier than the full, the way a thing that has given up its reason is heavier than a thing that still has one.</w:t>
      </w:r>
    </w:p>
    <w:p>
      <w:pPr>
        <w:spacing w:line="360" w:lineRule="auto" w:after="0"/>
        <w:ind w:firstLine="283"/>
      </w:pPr>
      <w:r>
        <w:t>The fleet’s council met at the chart ship’s rail — Trine and Skerry and Mew and Rook. The council’s answer was the small breath through the nose. The yes was: not. The Gull was not cut loose. The cutting-loose would have been the answering.</w:t>
      </w:r>
    </w:p>
    <w:p>
      <w:pPr>
        <w:spacing w:line="360" w:lineRule="auto" w:after="0"/>
        <w:ind w:firstLine="283"/>
      </w:pPr>
      <w:r>
        <w:t>Mew said, before the breath, the thing she sometimes said, which was the plain thing: “She slows us a half-knot.” She said it to the water. The water took it. The breath was taken anyway. The Gull stayed. The half-knot was the cost, and the cost was paid.</w:t>
      </w:r>
    </w:p>
    <w:p>
      <w:pPr>
        <w:spacing w:line="360" w:lineRule="auto" w:after="0"/>
        <w:ind w:firstLine="283"/>
      </w:pPr>
      <w:r>
        <w:t>The Tern was not abandoned. The Sister was not abandoned. The boy Jory was not abandoned. The city’s dead were not abandoned. The fleet’s whole freight was carried south, and the south went on.</w:t>
      </w:r>
    </w:p>
    <w:p>
      <w:pPr>
        <w:spacing w:line="360" w:lineRule="auto" w:after="0"/>
        <w:ind w:firstLine="283"/>
      </w:pPr>
      <w:r>
        <w:t>The tow-line was mended. The mending was Ash’s, and Ash’s mending was the double stitch — Nima’s stitch, learned at the fore hatch, the stitch that held and lasted — and the double stitch held the tow-line, and the Gull rode on.</w:t>
      </w:r>
    </w:p>
    <w:p>
      <w:pPr>
        <w:spacing w:line="360" w:lineRule="auto" w:after="0"/>
        <w:ind w:firstLine="283"/>
      </w:pPr>
      <w:r>
        <w:t>Ash brought the mended line back to Nima at the next noon meal and said, “Your stitch held,” and Nima said, “It holds,” and Ash went back to the tally, and the small exchange was the only acknowledgment either of them gave it.</w:t>
      </w:r>
    </w:p>
    <w:p>
      <w:pPr>
        <w:spacing w:line="360" w:lineRule="auto" w:after="0"/>
        <w:ind w:firstLine="283"/>
      </w:pPr>
      <w:r>
        <w:t>The fleet stood out at the morning’s slack, and Ferrin stayed behind at the port, and the port stayed behind, and the fleet went south, and the count went on in Nima’s head, and the count was fewer.</w:t>
      </w:r>
    </w:p>
    <w:p>
      <w:pPr>
        <w:ind w:firstLine="0"/>
        <w:jc w:val="center"/>
      </w:pPr>
      <w:r>
        <w:rPr>
          <w:color w:val="AAAAAA"/>
        </w:rPr>
        <w:t>❖</w:t>
      </w:r>
    </w:p>
    <w:p>
      <w:pPr>
        <w:spacing w:line="360" w:lineRule="auto" w:after="0"/>
        <w:ind w:firstLine="283"/>
      </w:pPr>
      <w:r>
        <w:t>The island came up where the open sea should have been, and the island was the grandmother’s chart’s first maybe, and the maybe was real.</w:t>
      </w:r>
    </w:p>
    <w:p>
      <w:pPr>
        <w:spacing w:line="360" w:lineRule="auto" w:after="0"/>
        <w:ind w:firstLine="283"/>
      </w:pPr>
      <w:r>
        <w:t>The grandmother’s chart held a maybe: island, south of the banks’ fall, maybe, the green. The maybe was a mark — a dot in the oldest hand. The oldest hand had been honest. The dot was the chart’s first honest word on the southern water: maybe.</w:t>
      </w:r>
    </w:p>
    <w:p>
      <w:pPr>
        <w:spacing w:line="360" w:lineRule="auto" w:after="0"/>
        <w:ind w:firstLine="283"/>
      </w:pPr>
      <w:r>
        <w:t>The island was real. The island was green.</w:t>
      </w:r>
    </w:p>
    <w:p>
      <w:pPr>
        <w:spacing w:line="360" w:lineRule="auto" w:after="0"/>
        <w:ind w:firstLine="283"/>
      </w:pPr>
      <w:r>
        <w:t>The approach took the fleet’s whole morning. The island gave the morning back the way the island gave everything — slowly, without the explaining, the green arriving before the land and the land arriving before the shore and the shore arriving before the meaning.</w:t>
      </w:r>
    </w:p>
    <w:p>
      <w:pPr>
        <w:spacing w:line="360" w:lineRule="auto" w:after="0"/>
        <w:ind w:firstLine="283"/>
      </w:pPr>
      <w:r>
        <w:t>The green came first. The green was not the green of the coast the fleet had left, and not the green of the coast the fleet was sailing toward. The green was the green of a place that had not been named yet. The green did not mind.</w:t>
      </w:r>
    </w:p>
    <w:p>
      <w:pPr>
        <w:spacing w:line="360" w:lineRule="auto" w:after="0"/>
        <w:ind w:firstLine="283"/>
      </w:pPr>
      <w:r>
        <w:t>Skerry took the bearings at the chart room’s table. The bearings did not agree with the grandmother’s chart. The chart’s dot was a quarter-mile north of the island’s actual place, and the quarter-mile was the chart’s one honest disagreement with the island.</w:t>
      </w:r>
    </w:p>
    <w:p>
      <w:pPr>
        <w:spacing w:line="360" w:lineRule="auto" w:after="0"/>
        <w:ind w:firstLine="283"/>
      </w:pPr>
      <w:r>
        <w:t>I am deep and I am clear, and the two do not agree. The not-agreeing is mine. I do not explain it.</w:t>
      </w:r>
    </w:p>
    <w:p>
      <w:pPr>
        <w:spacing w:line="360" w:lineRule="auto" w:after="0"/>
        <w:ind w:firstLine="283"/>
      </w:pPr>
      <w:r>
        <w:t>Mew saw the fish first. The fish were below the clear, and the fish were not the Deep’s fish, and the testimony was the island’s second honest word. The fish were the fish of a coast — the kelp-line’s fish, the reef’s fish, the fish that live where the land meets the water — and the fish were a half-cable from an island that was not on the chart, in water that was deep and clear, and the being-there was the island’s, and the island held the fish the way it held the green: without explaining, without resolving.</w:t>
      </w:r>
    </w:p>
    <w:p>
      <w:pPr>
        <w:spacing w:line="360" w:lineRule="auto" w:after="0"/>
        <w:ind w:firstLine="283"/>
      </w:pPr>
      <w:r>
        <w:t>The island was low, and the island was a quarter-mile off the fleet’s line, and the island was not where the chart had put it. The fleet’s council met at the chart ship’s rail, and the council’s question was: do we stop. The council’s answer was the small breath. The yes was: not. The island was not the fleet’s destination. The island was the chart’s maybe, and the maybe was real, and the fleet sailed on.</w:t>
      </w:r>
    </w:p>
    <w:p>
      <w:pPr>
        <w:spacing w:line="360" w:lineRule="auto" w:after="0"/>
        <w:ind w:firstLine="283"/>
      </w:pPr>
      <w:r>
        <w:t>Mew wanted to stop. She said so, plainly, the way she said things: “Fresh water on that island. I’d put a boat in.” She looked at the green. The council’s breath had already been taken. Mew did not push it. Ash, at the tally board, said, to the board, The casks are low. The council did not take it up. The fleet sailed on. Mew still wanted the fresh water, and the wanting was hers, and the council’s breath did not un-want it.</w:t>
      </w:r>
    </w:p>
    <w:p>
      <w:pPr>
        <w:spacing w:line="360" w:lineRule="auto" w:after="0"/>
        <w:ind w:firstLine="283"/>
      </w:pPr>
      <w:r>
        <w:t>The Tern question went up to the island in the fleet’s boat, and the boat’s crew stood off the island’s reef and shouted the question at the island’s green, and the island’s green did not answer.</w:t>
      </w:r>
    </w:p>
    <w:p>
      <w:pPr>
        <w:spacing w:line="360" w:lineRule="auto" w:after="0"/>
        <w:ind w:firstLine="283"/>
      </w:pPr>
      <w:r>
        <w:t>The fleet did not land. The fleet’s boat went in.</w:t>
      </w:r>
    </w:p>
    <w:p>
      <w:pPr>
        <w:spacing w:line="360" w:lineRule="auto" w:after="0"/>
        <w:ind w:firstLine="283"/>
      </w:pPr>
      <w:r>
        <w:t>Mew had the boat. Mew had the boat because Mew had wanted the fresh water and the council’s breath had not un-wanted it, and the boat was the fleet’s one courtesy. The boat was four: Mew, Ash, the boy with the tally-tag, and Wake, who had the chart-keeper’s hand and the shore-work’s eye. The four rowed the boat in through the reef’s passage, and the passage was where the passage was, and the reef knew the passage the way the wall knew the gate, and the four went through it the way the four went through everything: by the reading, by the level hand, by the not-resolving.</w:t>
      </w:r>
    </w:p>
    <w:p>
      <w:pPr>
        <w:spacing w:line="360" w:lineRule="auto" w:after="0"/>
        <w:ind w:firstLine="283"/>
      </w:pPr>
      <w:r>
        <w:t>The shore was sand. The sand was white. The white was not the lime’s white — the lime’s white was the white’s whole one cruelty the coast had taught the fleet to fear — and the sand’s white was not the lime’s. The testimony was shorter this time: I am white and I am not the white you fear. The four did not ask.</w:t>
      </w:r>
    </w:p>
    <w:p>
      <w:pPr>
        <w:spacing w:line="360" w:lineRule="auto" w:after="0"/>
        <w:ind w:firstLine="283"/>
      </w:pPr>
      <w:r>
        <w:t>The green came down to the sand. The green was the green of a place that had not been cut. The green had no path, no clearing, no marks of a people — no hearth, no fish-rack, no water-jar, no lintel, no track.</w:t>
      </w:r>
    </w:p>
    <w:p>
      <w:pPr>
        <w:spacing w:line="360" w:lineRule="auto" w:after="0"/>
        <w:ind w:firstLine="283"/>
      </w:pPr>
      <w:r>
        <w:t>Ash took the tally board. The board had no entry for an island that was not on the chart. Ash made the entry the way Ash made the entry for the unnamed — the small dash, unbothered, the same size as the letters. The dash was the island’s name on the board, and the name was the dash.</w:t>
      </w:r>
    </w:p>
    <w:p>
      <w:pPr>
        <w:spacing w:line="360" w:lineRule="auto" w:after="0"/>
        <w:ind w:firstLine="283"/>
      </w:pPr>
      <w:r>
        <w:t>The fresh water was there. Mew had been right. The water was the island’s one practical gift to the fleet. The spring was the sand’s one disagreement with itself, and the water was fresh.</w:t>
      </w:r>
    </w:p>
    <w:p>
      <w:pPr>
        <w:spacing w:line="360" w:lineRule="auto" w:after="0"/>
        <w:ind w:firstLine="283"/>
      </w:pPr>
      <w:r>
        <w:t>They filled the casks. The filling was the work. The four worked the way the four worked — without the speaking, the hands doing the work the hands knew, the work older than the speaking. The casks filled. The water was fresh. The island held the spring the way it held everything: without explaining, without resolving.</w:t>
      </w:r>
    </w:p>
    <w:p>
      <w:pPr>
        <w:spacing w:line="360" w:lineRule="auto" w:after="0"/>
        <w:ind w:firstLine="283"/>
      </w:pPr>
      <w:r>
        <w:t>Mew gathered the green. The green was the kelp-line’s green, and the green was not the kelp-line’s — the green was the island’s own, a broad flat leaf the fleet did not know. Mew did not eat the leaf. Mew set it in the bail of the bucket, and the setting was the gathering.</w:t>
      </w:r>
    </w:p>
    <w:p>
      <w:pPr>
        <w:spacing w:line="360" w:lineRule="auto" w:after="0"/>
        <w:ind w:firstLine="283"/>
      </w:pPr>
      <w:r>
        <w:t>They ate at the sand. The eating was the boat’s own — the fleet’s bread, the fleet’s fish. The four ate the way the fleet ate at the noon — without the counting, without the weighing, the plain eating. The island did not give them food. The island gave them the sand to sit on.</w:t>
      </w:r>
    </w:p>
    <w:p>
      <w:pPr>
        <w:spacing w:line="360" w:lineRule="auto" w:after="0"/>
        <w:ind w:firstLine="283"/>
      </w:pPr>
      <w:r>
        <w:t>The boy with the tally-tag found the mark at the sand’s edge. The mark was in the wet sand where the tide had gone out, and the mark was two lines, neither straight, neither corrected, and the two lines were the askew line’s older cousin — the same shape, the same not-aligning, the same not-matching. The two lines were not the fleet’s. The boy did not touch them. The courtesy held.</w:t>
      </w:r>
    </w:p>
    <w:p>
      <w:pPr>
        <w:spacing w:line="360" w:lineRule="auto" w:after="0"/>
        <w:ind w:firstLine="283"/>
      </w:pPr>
      <w:r>
        <w:t>Ash copied the lines. The copying was the level hand’s, and the level hand took the lines onto the tally board the way it took the bearings — without the choosing, without the resolving. The lines sat on the board beside the dash, and the dash and the two lines were the island’s whole entry, and the entry was the board’s.</w:t>
      </w:r>
    </w:p>
    <w:p>
      <w:pPr>
        <w:spacing w:line="360" w:lineRule="auto" w:after="0"/>
        <w:ind w:firstLine="283"/>
      </w:pPr>
      <w:r>
        <w:t>They left at the afternoon’s turn. The casks were full. The leaf was in the bucket. The lines were on the board. The island held the sand and the spring and the green and the clear and the fish.</w:t>
      </w:r>
    </w:p>
    <w:p>
      <w:pPr>
        <w:spacing w:line="360" w:lineRule="auto" w:after="0"/>
        <w:ind w:firstLine="283"/>
      </w:pPr>
      <w:r>
        <w:t>The boat went out through the reef’s passage. The reef knew the passage the way the wall knew the gate. The four rowed the boat back to the fleet. The fleet took the casks and the leaf and the board. The fleet did not ask the island for the meaning. The three do not resolve, and the not-resolving is yours, and we will carry it. The fleet went south. The island stayed behind, green, real, maybe.</w:t>
      </w:r>
    </w:p>
    <w:p>
      <w:pPr>
        <w:ind w:firstLine="0"/>
        <w:jc w:val="center"/>
      </w:pPr>
      <w:r>
        <w:rPr>
          <w:color w:val="AAAAAA"/>
        </w:rPr>
        <w:t>❖</w:t>
      </w:r>
    </w:p>
    <w:p>
      <w:pPr>
        <w:spacing w:before="360" w:after="240"/>
        <w:ind w:firstLine="0"/>
        <w:jc w:val="center"/>
      </w:pPr>
      <w:r>
        <w:rPr>
          <w:b/>
          <w:i/>
          <w:color w:val="333333"/>
          <w:sz w:val="26"/>
        </w:rPr>
        <w:t>Chapter 10 — The Dead</w:t>
      </w:r>
    </w:p>
    <w:p>
      <w:pPr>
        <w:spacing w:line="360" w:lineRule="auto" w:after="0"/>
        <w:ind w:firstLine="283"/>
      </w:pPr>
      <w:r>
        <w:t>· salt ·</w:t>
      </w:r>
    </w:p>
    <w:p>
      <w:pPr>
        <w:spacing w:line="360" w:lineRule="auto" w:after="0"/>
        <w:ind w:firstLine="283"/>
      </w:pPr>
      <w:r>
        <w:t>The Gull’s log spoke at the fourth week’s end, and the speaking was the chart room’s whole morning.</w:t>
      </w:r>
    </w:p>
    <w:p>
      <w:pPr>
        <w:spacing w:line="360" w:lineRule="auto" w:after="0"/>
        <w:ind w:firstLine="283"/>
      </w:pPr>
      <w:r>
        <w:t>The Gull’s log had been stopped mid-sentence since the fleet had found her: the water is crowded be-. The half-sentence was the Gull’s whole freight. The log lay open on the chart room’s table once a week, and Skerry read the half-sentence, and the half-sentence was the half-sentence.</w:t>
      </w:r>
    </w:p>
    <w:p>
      <w:pPr>
        <w:spacing w:line="360" w:lineRule="auto" w:after="0"/>
        <w:ind w:firstLine="283"/>
      </w:pPr>
      <w:r>
        <w:t>On the fourth week’s end, the log spoke. The log’s page had a new line. The new line was not in the watchkeeper’s hand. The new line was in a hand Skerry did not know, and the hand was a chart keeper’s hand, and the chart keeper’s hand was honest, and the signature was a curl at the foot.</w:t>
      </w:r>
    </w:p>
    <w:p>
      <w:pPr>
        <w:spacing w:line="360" w:lineRule="auto" w:after="0"/>
        <w:ind w:firstLine="283"/>
      </w:pPr>
      <w:r>
        <w:t>Brannen. The hand was Brannen’s. The Tern’s chart keeper. The Tern had gone south two seasons before the fleet. Brannen had hailed the archive dock’s harbor. Brannen had not stopped. Brannen had gone south. And now Brannen’s hand was in the Gull’s log, and the Gull had been empty for two seasons, and the record was from the future, because Brannen’s hand had written in the Gull’s log a line the fleet had not yet reached: the coast curves east. The river is south. The Crack is south of the river. The fleet will find the Crack. The Crack is the world’s wound. Do not follow the crowded water east. Follow the coast. The land is south.</w:t>
      </w:r>
    </w:p>
    <w:p>
      <w:pPr>
        <w:spacing w:line="360" w:lineRule="auto" w:after="0"/>
        <w:ind w:firstLine="283"/>
      </w:pPr>
      <w:r>
        <w:t>The chart room did not say how a dead man’s hand wrote in an empty ship’s log. The chart room did not say before, or behind.</w:t>
      </w:r>
    </w:p>
    <w:p>
      <w:pPr>
        <w:spacing w:line="360" w:lineRule="auto" w:after="0"/>
        <w:ind w:firstLine="283"/>
      </w:pPr>
      <w:r>
        <w:t>The fleet stood south on the record’s word. The fleet did not follow the crowded water east. The fleet followed the coast. The fleet went south.</w:t>
      </w:r>
    </w:p>
    <w:p>
      <w:pPr>
        <w:spacing w:line="360" w:lineRule="auto" w:after="0"/>
        <w:ind w:firstLine="283"/>
      </w:pPr>
      <w:r>
        <w:t>Skerry read the line twice and did not copy it. The copying was for the felt roll, and the felt roll was Mira’s, and the line would go into the felt roll and out of Skerry’s hands, and Skerry let it go. The wanting behind her sternum — the wanting for Brannen’s line to continue, the wanting she had carried for two years — had been answered, and the answer was stranger than the wanting. Skerry did not say this.</w:t>
      </w:r>
    </w:p>
    <w:p>
      <w:pPr>
        <w:ind w:firstLine="0"/>
        <w:jc w:val="center"/>
      </w:pPr>
      <w:r>
        <w:rPr>
          <w:color w:val="AAAAAA"/>
        </w:rPr>
        <w:t>❖</w:t>
      </w:r>
    </w:p>
    <w:p>
      <w:pPr>
        <w:spacing w:line="360" w:lineRule="auto" w:after="0"/>
        <w:ind w:firstLine="283"/>
      </w:pPr>
      <w:r>
        <w:t>The lights began with the second evening’s dark, out on the water where no hull was, and they spoke in the fleet’s own language, and the fleet did not answer.</w:t>
      </w:r>
    </w:p>
    <w:p>
      <w:pPr>
        <w:spacing w:line="360" w:lineRule="auto" w:after="0"/>
        <w:ind w:firstLine="283"/>
      </w:pPr>
      <w:r>
        <w:t>Skerry had the first watch. She saw them from the chart room’s porthole — a light where the horizon should have been clean, low, at the water’s own line — and then more, and then the pattern came, and the pattern was the thing that brought her up on deck, because the pattern was a hail.</w:t>
      </w:r>
    </w:p>
    <w:p>
      <w:pPr>
        <w:spacing w:line="360" w:lineRule="auto" w:after="0"/>
        <w:ind w:firstLine="283"/>
      </w:pPr>
      <w:r>
        <w:t>Two, pause, three. The old ship’s hail.</w:t>
      </w:r>
    </w:p>
    <w:p>
      <w:pPr>
        <w:spacing w:line="360" w:lineRule="auto" w:after="0"/>
        <w:ind w:firstLine="283"/>
      </w:pPr>
      <w:r>
        <w:t>The hail-codes were the coast’s common tongue, old, plain, half of them older than the fleet — and every hull had her own, the working signature a ship put out when she hailed her company: the old ship’s was two-and-three, the deep-waisted wallower’s own signature, the hail she had put up from her short-handed deck a hundred times in the fleet’s line. Two, pause, three. The lights on the empty water made it exactly — the timing, the spacing, the length of the third light’s burn, the whole hail down to its weight, the way a voice is copied down to its breathing — and the fleet stood at its rails in the dark and received the old ship’s hail from no ship, out of the black water, and the fleet did not answer.</w:t>
      </w:r>
    </w:p>
    <w:p>
      <w:pPr>
        <w:spacing w:line="360" w:lineRule="auto" w:after="0"/>
        <w:ind w:firstLine="283"/>
      </w:pPr>
      <w:r>
        <w:t>The fleet’s discipline held: no one hailed back. You did not answer what you could not name. The lights lay low on the water two miles out and hailed the fleet in a dead hull’s own voice, and the fleet’s people stood at the rails, and the lights went on.</w:t>
      </w:r>
    </w:p>
    <w:p>
      <w:pPr>
        <w:spacing w:line="360" w:lineRule="auto" w:after="0"/>
        <w:ind w:firstLine="283"/>
      </w:pPr>
      <w:r>
        <w:t>The Gull’s hail came next. One, long, one, one. The empty ship’s signature — the hull that sailed herself south under a tow-line with her log stopped in the middle of a sentence; the Gull rode the fleet’s tow at that moment, astern, dark, lamp lit by the rotation, empty, and her own hail came off the empty water ahead, from where no Gull was, and the boy with the tally-tag was standing her middle watch, and the boy heard his own empty ship hailed out of the night ahead of the fleet, and the boy did not answer.</w:t>
      </w:r>
    </w:p>
    <w:p>
      <w:pPr>
        <w:spacing w:line="360" w:lineRule="auto" w:after="0"/>
        <w:ind w:firstLine="283"/>
      </w:pPr>
      <w:r>
        <w:t>They ran the fleet’s dead. That was what the lights did, through the middle of the dark, in the order of the fleet’s losses, in the voices of the losses’ own hails: the old ship; the Gull; the Mackerel’s Sister, gone north and never back, her hail a plain four-and-two the fleet had not heard in two years; and then the oldest one, the hail no living keeper knew from life but every keeper knew from the chest — the coast’s grandmother-hail, the pattern on the soft-as-cloth page, the dead grandmothers’ own hail, run out of the black water in the long slow timing of lanterns swung by hands that had been dust when the fleet’s mothers were children.</w:t>
      </w:r>
    </w:p>
    <w:p>
      <w:pPr>
        <w:spacing w:line="360" w:lineRule="auto" w:after="0"/>
        <w:ind w:firstLine="283"/>
      </w:pPr>
      <w:r>
        <w:t>Nobody slept. The watches stood their whole companies, hull to hull, and the water’s lights ran their round, patient, exact, copying the fleet’s dead into the night, and the copying was wrong in one way only, the way that made the skin of everyone who watched it cold: the lights did not hail. They had the voices of hails and none of the asking. A hail goes out over the water wanting an answer, and the wanting is in the timing, the held half-second at the end of the pattern where the sender listens for the reply. The lights had no held half-second. The patterns ended flat, closed, complete — statements, not questions — the dead’s own words spoken with the asking taken out.</w:t>
      </w:r>
    </w:p>
    <w:p>
      <w:pPr>
        <w:spacing w:line="360" w:lineRule="auto" w:after="0"/>
        <w:ind w:firstLine="283"/>
      </w:pPr>
      <w:r>
        <w:t>The unknown pattern came at the night’s end, in the last dark, and it came apart from the others.</w:t>
      </w:r>
    </w:p>
    <w:p>
      <w:pPr>
        <w:spacing w:line="360" w:lineRule="auto" w:after="0"/>
        <w:ind w:firstLine="283"/>
      </w:pPr>
      <w:r>
        <w:t>The others had been the fleet’s dead, one hull’s voice at a time, whole hails, complete. The last pattern was not a hail. It was small — smaller than the hails, two lights only, close together on the water, low, so low they seemed to lie in the water rather than on it, and the two lights did not run a pattern. They ran a disagreement.</w:t>
      </w:r>
    </w:p>
    <w:p>
      <w:pPr>
        <w:spacing w:line="360" w:lineRule="auto" w:after="0"/>
        <w:ind w:firstLine="283"/>
      </w:pPr>
      <w:r>
        <w:t>One light made two short flashes. The other made one long. Then the first made one long, and the second made two short. Then both together — not together; a half-beat out, the two short and the one long crossing in the water, crossing and not agreeing, the two lights taking each other’s signals and trading them back, the one and the two, the two and the one, over and over, the small lights at the water’s line in their own small language, and the language was nothing Skerry knew, and nothing the keepers knew, and nothing the chest held — a code with two words in it, and the two words were each other, and the words disagreed.</w:t>
      </w:r>
    </w:p>
    <w:p>
      <w:pPr>
        <w:spacing w:line="360" w:lineRule="auto" w:after="0"/>
        <w:ind w:firstLine="283"/>
      </w:pPr>
      <w:r>
        <w:t>Skerry watched it from the chart ship’s rail, and she was not watching the lights only. She had become aware, somewhere in the small pattern’s second hour, of the heavy ship’s rail across the dark water — aware the way keepers become aware, without the eye’s help, by the shape of a watching — that one watcher on the heavy ship’s rail stood apart from the rail’s knots, alone at the rail’s far end, and stood still.</w:t>
      </w:r>
    </w:p>
    <w:p>
      <w:pPr>
        <w:spacing w:line="360" w:lineRule="auto" w:after="0"/>
        <w:ind w:firstLine="283"/>
      </w:pPr>
      <w:r>
        <w:t>She knew the shape. She had seen it for two years without seeing it — the fleet’s own invisible: a man of no rotation, a quiet man of the city’s company, who took his meals at the edge of the meal and his air at the edge of the deck and had no place in any hull’s count and kept no mark in any chest; a man in a coat too large for him, grey-brown, a city’s coat, wearing through at the pockets, the cuffs turned back twice at the wrists. She had never heard his voice. She had seen his hands — at the meals, at the rails — the hands of a man who kept them quiet the way the fleet’s old ones kept their hands folded, but folded around nothing; the hands of a man who carried small things and let the carrying be invisible.</w:t>
      </w:r>
    </w:p>
    <w:p>
      <w:pPr>
        <w:spacing w:line="360" w:lineRule="auto" w:after="0"/>
        <w:ind w:firstLine="283"/>
      </w:pPr>
      <w:r>
        <w:t>But the shape at the heavy ship’s rail, in the last dark, was watching the small lights, and the watching was different from the fleet’s watching. The fleet watched the lights the way it watched the dark water, the storm’s edge, the Deep — the watching of people before a thing that could not be named. The man at the rail’s end watched the two lights trade their two words with a stillness Skerry had no marks for — a stillness like hearing, the stillness of a person receiving a thing they already held. He watched the two lights the way you watch two lines you have drawn yourself.</w:t>
      </w:r>
    </w:p>
    <w:p>
      <w:pPr>
        <w:spacing w:line="360" w:lineRule="auto" w:after="0"/>
        <w:ind w:firstLine="283"/>
      </w:pPr>
      <w:r>
        <w:t>The lights stopped at the first grey of the morning. No ending — the small pattern ran its one-and-two and its two-and-one and then did not, and the water was empty, and the morning came up herring-colored on a clean horizon, and the man at the rail’s end was not at the rail’s end. He was nowhere on the heavy ship’s deck. The meal’s edge would hold him at noon, most like; the noon meal would come, and the edge would come to it, and the fleet would hold him the way it held everyone.</w:t>
      </w:r>
    </w:p>
    <w:p>
      <w:pPr>
        <w:spacing w:line="360" w:lineRule="auto" w:after="0"/>
        <w:ind w:firstLine="283"/>
      </w:pPr>
      <w:r>
        <w:t>Skerry did not go looking, and did not ask. The marks chest took the night in the morning’s boat. She wrote the entry herself, the whole round — the dead ships’ hails, copied, unanswered; the flat endings; and the last pattern, small, unknown, not a hail, a disagreement, two words trading themselves — and she wrote it in the keepers’ marks, level, and the entry ended with the note that was true and was all she had:</w:t>
      </w:r>
    </w:p>
    <w:p>
      <w:pPr>
        <w:spacing w:line="360" w:lineRule="auto" w:after="0"/>
        <w:ind w:firstLine="283"/>
      </w:pPr>
      <w:r>
        <w:t>Not answered. Not resolved. The small code is known to someone. The sea did not say to whom.</w:t>
      </w:r>
    </w:p>
    <w:p>
      <w:pPr>
        <w:ind w:firstLine="0"/>
        <w:jc w:val="center"/>
      </w:pPr>
      <w:r>
        <w:rPr>
          <w:color w:val="AAAAAA"/>
        </w:rPr>
        <w:t>❖</w:t>
      </w:r>
    </w:p>
    <w:p>
      <w:pPr>
        <w:spacing w:before="360" w:after="240"/>
        <w:ind w:firstLine="0"/>
        <w:jc w:val="center"/>
      </w:pPr>
      <w:r>
        <w:rPr>
          <w:b/>
          <w:i/>
          <w:color w:val="333333"/>
          <w:sz w:val="26"/>
        </w:rPr>
        <w:t>Step — The Lights (the fleet / Kael)</w:t>
      </w:r>
    </w:p>
    <w:p>
      <w:pPr>
        <w:spacing w:line="360" w:lineRule="auto" w:after="0"/>
        <w:ind w:firstLine="283"/>
      </w:pPr>
      <w:r>
        <w:t>· salt ·</w:t>
      </w:r>
    </w:p>
    <w:p>
      <w:pPr>
        <w:spacing w:line="360" w:lineRule="auto" w:after="0"/>
        <w:ind w:firstLine="283"/>
      </w:pPr>
      <w:r>
        <w:t>The lights began at the second evening's dark, out on the water where no hull was, and the lights spoke in the fleet's own language, and the fleet did not answer.</w:t>
      </w:r>
    </w:p>
    <w:p>
      <w:pPr>
        <w:spacing w:line="360" w:lineRule="auto" w:after="0"/>
        <w:ind w:firstLine="283"/>
      </w:pPr>
      <w:r>
        <w:t>Skerry had the first watch. She saw them from the chart room's porthole — a light where the horizon should have been clean, low, at the water's own line — and then more, and then the pattern came, and the pattern was the thing that brought her up on deck, because the pattern was a hail.</w:t>
      </w:r>
    </w:p>
    <w:p>
      <w:pPr>
        <w:spacing w:line="360" w:lineRule="auto" w:after="0"/>
        <w:ind w:firstLine="283"/>
      </w:pPr>
      <w:r>
        <w:t>Two, pause, three. The old ship's hail.</w:t>
      </w:r>
    </w:p>
    <w:p>
      <w:pPr>
        <w:spacing w:line="360" w:lineRule="auto" w:after="0"/>
        <w:ind w:firstLine="283"/>
      </w:pPr>
      <w:r>
        <w:t>The hail-codes were the coast's common tongue, old, plain, half of them older than the fleet — and every hull had her own, the working signature a ship put out when she hailed her company: the old ship's was two-and-three, the deep-waisted wallower's own signature, the hail she had put up from her short-handed deck a hundred times in the fleet's line. Two, pause, three. The lights on the empty water made it exactly — the timing, the spacing, the length of the third light's burn, the whole hail down to its weight, the way a voice is copied down to its breathing — and the fleet stood at its rails in the dark and received the old ship's hail from no ship, out of the black water, and the fleet did not answer.</w:t>
      </w:r>
    </w:p>
    <w:p>
      <w:pPr>
        <w:spacing w:line="360" w:lineRule="auto" w:after="0"/>
        <w:ind w:firstLine="283"/>
      </w:pPr>
      <w:r>
        <w:t>The fleet's discipline held: no one hailed back. You did not answer what you could not name. The lights lay low on the water two miles out and hailed the fleet in a dead hull's own voice, and the fleet's people stood at the rails, and the lights went on.</w:t>
      </w:r>
    </w:p>
    <w:p>
      <w:pPr>
        <w:spacing w:line="360" w:lineRule="auto" w:after="0"/>
        <w:ind w:firstLine="283"/>
      </w:pPr>
      <w:r>
        <w:t>The Gull's hail came next. One, long, one, one. The empty ship's signature — the hull that sailed herself south under a tow-line with her log stopped in the middle of a sentence; the Gull rode the fleet's tow at that moment, astern, dark, lamp lit by the rotation, empty, and her own hail came off the empty water ahead, from where no Gull was, and the boy with the tally-tag was standing her middle watch, and the boy heard his own empty ship hailed out of the night ahead of the fleet, and the boy did not answer.</w:t>
      </w:r>
    </w:p>
    <w:p>
      <w:pPr>
        <w:spacing w:line="360" w:lineRule="auto" w:after="0"/>
        <w:ind w:firstLine="283"/>
      </w:pPr>
      <w:r>
        <w:t>They ran the fleet's dead. That was what the lights did, through the middle of the dark, in the order of the fleet's losses, in the voices of the losses' own hails: the old ship; the Gull; the Mackerel's Sister, gone north and never back, her hail a plain four-and-two the fleet had not heard in two years; and then the oldest one, the hail no living keeper knew from life but every keeper knew from the chest — the coast's grandmother-hail, the pattern on the soft-as-cloth page, the dead grandmothers' own hail, run out of the black water in the long slow timing of lanterns swung by hands that had been dust when the fleet's mothers were children.</w:t>
      </w:r>
    </w:p>
    <w:p>
      <w:pPr>
        <w:spacing w:line="360" w:lineRule="auto" w:after="0"/>
        <w:ind w:firstLine="283"/>
      </w:pPr>
      <w:r>
        <w:t>Nobody slept. The watches stood their whole companies, hull to hull, and the water's lights ran their round, patient, exact, copying the fleet's dead into the night, and the copying was wrong in one way only, the way that made the skin of everyone who watched it cold: the lights did not hail. They had the voices of hails and none of the asking. A hail goes out over the water wanting an answer, and the wanting is in the timing, the held half-second at the end of the pattern where the sender listens for the reply. The lights had no held half-second. The patterns ended flat, closed, complete — statements, not questions — the dead's own words spoken with the asking taken out.</w:t>
      </w:r>
    </w:p>
    <w:p>
      <w:pPr>
        <w:spacing w:line="360" w:lineRule="auto" w:after="0"/>
        <w:ind w:firstLine="283"/>
      </w:pPr>
      <w:r>
        <w:t>The unknown pattern came at the night's end, in the last dark, and it came apart from the others.</w:t>
      </w:r>
    </w:p>
    <w:p>
      <w:pPr>
        <w:spacing w:line="360" w:lineRule="auto" w:after="0"/>
        <w:ind w:firstLine="283"/>
      </w:pPr>
      <w:r>
        <w:t>The others had been the fleet's dead, one hull's voice at a time, whole hails, complete. The last pattern was not a hail. It was small — smaller than the hails, two lights only, close together on the water, low, so low they seemed to lie in the water rather than on it, and the two lights did not run a pattern. They ran a disagreement.</w:t>
      </w:r>
    </w:p>
    <w:p>
      <w:pPr>
        <w:spacing w:line="360" w:lineRule="auto" w:after="0"/>
        <w:ind w:firstLine="283"/>
      </w:pPr>
      <w:r>
        <w:t>One light made two short flashes. The other made one long. Then the first made one long, and the second made two short. Then both together — not together; a half-beat out, the two short and the one long crossing in the water, crossing and not agreeing, the two lights taking each other's signals and trading them back, the one and the two, the two and the one, over and over, the small lights at the water's line in their own small language, and the language was nothing Skerry knew, and nothing the keepers knew, and nothing the chest held — a code with two words in it, and the two words were each other, and the words disagreed.</w:t>
      </w:r>
    </w:p>
    <w:p>
      <w:pPr>
        <w:spacing w:line="360" w:lineRule="auto" w:after="0"/>
        <w:ind w:firstLine="283"/>
      </w:pPr>
      <w:r>
        <w:t>The compass-double. That was the small pattern's whole honest shape. The compass-double was the eyeglass's echo in light. The eyeglass was brass, dented, cracked in a star, and the crack ran north-to-south and pointed east. The compass-double was the two lights — one long, two short — trading each other's signals the way the eyeglass's crack and the chart's south traded each other's bearings. The compass-double was the disagreement made light. The compass-double was the disagreement made water. The compass-double was the disagreement made two.</w:t>
      </w:r>
    </w:p>
    <w:p>
      <w:pPr>
        <w:spacing w:line="360" w:lineRule="auto" w:after="0"/>
        <w:ind w:firstLine="283"/>
      </w:pPr>
      <w:r>
        <w:t>Skerry watched it from the chart ship's rail, and she was not watching the lights only. She had become aware, somewhere in the small pattern's second hour, of the heavy ship's rail across the dark water — aware the way keepers become aware, without the eye's help, by the shape of a watching — that one watcher on the heavy ship's rail stood apart from the rail's knots, alone at the rail's far end, and stood still.</w:t>
      </w:r>
    </w:p>
    <w:p>
      <w:pPr>
        <w:spacing w:line="360" w:lineRule="auto" w:after="0"/>
        <w:ind w:firstLine="283"/>
      </w:pPr>
      <w:r>
        <w:t>She knew the shape. She had seen it for two years without seeing it — the fleet's own invisible: a man of no rotation, a quiet man of the city's company, who took his meals at the edge of the meal and his air at the edge of the deck and had no place in any hull's count and kept no mark in any chest; a man in a coat too large for him, grey-brown, a city's coat, wearing through at the pockets, the cuffs turned back twice at the wrists. She had never heard his voice. She had seen his hands — at the meals, at the rails — the hands of a man who kept them quiet the way the fleet's old ones kept their hands folded, but folded around nothing; the hands of a man who carried small things and let the carrying be invisible.</w:t>
      </w:r>
    </w:p>
    <w:p>
      <w:pPr>
        <w:spacing w:line="360" w:lineRule="auto" w:after="0"/>
        <w:ind w:firstLine="283"/>
      </w:pPr>
      <w:r>
        <w:t>Kael. The man was Kael. The man was the city's company's last one — the boy who had been on the wall, who had come south with the fleet, who had been invisible for two years, who took his meals at the edge of the meal and his air at the edge of the deck. Kael watched the small lights.</w:t>
      </w:r>
    </w:p>
    <w:p>
      <w:pPr>
        <w:spacing w:line="360" w:lineRule="auto" w:after="0"/>
        <w:ind w:firstLine="283"/>
      </w:pPr>
      <w:r>
        <w:t>But the shape at the heavy ship's rail, in the last dark, was watching the small lights, and the watching was different from the fleet's watching. The fleet watched the lights the way it watched the dark water, the storm's edge, the Deep — the watching of people before a thing that could not be named. Kael at the rail's end watched the two lights trade their two words with a stillness Skerry had no marks for — a stillness like hearing, the stillness of a person receiving a thing they already held. He watched the two lights the way you watch two lines you have drawn yourself.</w:t>
      </w:r>
    </w:p>
    <w:p>
      <w:pPr>
        <w:spacing w:line="360" w:lineRule="auto" w:after="0"/>
        <w:ind w:firstLine="283"/>
      </w:pPr>
      <w:r>
        <w:t>Skerry did not go looking, and did not ask. The marks chest took the night in the morning's boat. She wrote the entry herself, the whole round — the dead ships' hails, copied, unanswered; the flat endings; and the last pattern, small, unknown, not a hail, a disagreement, two words trading themselves — and she wrote it in the keepers' marks, level, and the entry ended with the note that was true and was all she had:</w:t>
      </w:r>
    </w:p>
    <w:p>
      <w:pPr>
        <w:spacing w:line="360" w:lineRule="auto" w:after="0"/>
        <w:ind w:firstLine="283"/>
      </w:pPr>
      <w:r>
        <w:t>Not answered. Not resolved. The small code is known to someone. The sea did not say to whom. The entry did not draw the caret. The caret was the mark the clerks made to show where something has been put in, and the small code had been put in by someone the chart could not name, and the not-naming was the caret's whole honest word about itself: I am the caret, and the caret is the not-naming, and the not-naming is the work, and the work is the not-resolving.</w:t>
      </w:r>
    </w:p>
    <w:p>
      <w:pPr>
        <w:spacing w:line="360" w:lineRule="auto" w:after="0"/>
        <w:ind w:firstLine="283"/>
      </w:pPr>
      <w:r>
        <w:t>The lights stopped at the first grey of the morning. No ending — the small pattern ran its one-and-two and its two-and-one and then did not, and the water was empty, and the morning came up herring-colored on a clean horizon, and Kael was not at the rail's end. He was nowhere on the heavy ship's deck. The meal's edge would hold him at noon, most like; the noon meal would come, and the edge would come to it, and the fleet would hold him the way it held everyone.</w:t>
      </w:r>
    </w:p>
    <w:p>
      <w:pPr>
        <w:spacing w:line="360" w:lineRule="auto" w:after="0"/>
        <w:ind w:firstLine="283"/>
      </w:pPr>
      <w:r>
        <w:t>The fleet went south. The lights were not there the next night. The lights were not there the night after. The lights had been there the one night, and the one night was the night's whole honest word about itself, and the night did not say it again, and the fleet did not ask.</w:t>
      </w:r>
    </w:p>
    <w:p>
      <w:pPr>
        <w:spacing w:line="360" w:lineRule="auto" w:after="0"/>
        <w:ind w:firstLine="283"/>
      </w:pPr>
      <w:r>
        <w:t>The chart room held the entry. The entry was: not answered. Not resolved. The small code is known to someone. The sea did not say to whom. The entry was the chart's whole honest word about the lights. The entry was the chart's whole honest word about Kael. The entry did not say Kael. The entry did not say the compass-double. The entry said: the small code is known to someone. The someone was Kael's. The someone was the chart's whole honest word about the not-naming. The not-naming was the work.</w:t>
      </w:r>
    </w:p>
    <w:p>
      <w:pPr>
        <w:spacing w:line="360" w:lineRule="auto" w:after="0"/>
        <w:ind w:firstLine="283"/>
      </w:pPr>
      <w:r>
        <w:t>The fleet went south. The lights were behind. The lights were carried. The lights were the night's whole honest word about the dead. The lights were the compass-double's whole honest word about the disagreement. The lights were the chart's whole honest word about the not-resolving. The lights were the work. The work went on.</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Chapter 11 — The Sea's Politics</w:t>
      </w:r>
    </w:p>
    <w:p>
      <w:pPr>
        <w:spacing w:line="360" w:lineRule="auto" w:after="0"/>
        <w:ind w:firstLine="283"/>
      </w:pPr>
      <w:r>
        <w:t>· salt ·</w:t>
      </w:r>
    </w:p>
    <w:p>
      <w:pPr>
        <w:spacing w:line="360" w:lineRule="auto" w:after="0"/>
        <w:ind w:firstLine="283"/>
      </w:pPr>
      <w:r>
        <w:t>A hull appeared at the fifth week of the Deep, and the hull was not the fleet’s, and the hull’s order was the brutality, and the brutality was the city’s way, and the city was gone, and the hull brought it back.</w:t>
      </w:r>
    </w:p>
    <w:p>
      <w:pPr>
        <w:spacing w:line="360" w:lineRule="auto" w:after="0"/>
        <w:ind w:firstLine="283"/>
      </w:pPr>
      <w:r>
        <w:t>The hull was a patrol. A patrol of a southern power the fleet did not know. The patrol’s hull was armed, and the patrol’s order was the chain, and the chain was the rowers, and the rowers were chained to the benches.</w:t>
      </w:r>
    </w:p>
    <w:p>
      <w:pPr>
        <w:spacing w:line="360" w:lineRule="auto" w:after="0"/>
        <w:ind w:firstLine="283"/>
      </w:pPr>
      <w:r>
        <w:t>The patrol hailed the fleet. The patrol’s hail was the command: stop, be boarded, be counted, be listed. The fleet did not stop. The fleet’s council met at the chart ship’s rail — Trine and Skerry and Mew and Rook — and the council’s question was: do we stop. The council’s answer was the small breath. The yes was: not. The fleet did not stop. The fleet stood south on the grandmother’s road, and the patrol did not follow.</w:t>
      </w:r>
    </w:p>
    <w:p>
      <w:pPr>
        <w:spacing w:line="360" w:lineRule="auto" w:after="0"/>
        <w:ind w:firstLine="283"/>
      </w:pPr>
      <w:r>
        <w:t>Rook saw the chain. Rook saw the rowers. The rowers’ backs were bare and the chain ran through the bench and the chain was the rank. The splice in Rook’s pack did not move. The road not taken was carried south.</w:t>
      </w:r>
    </w:p>
    <w:p>
      <w:pPr>
        <w:spacing w:line="360" w:lineRule="auto" w:after="0"/>
        <w:ind w:firstLine="283"/>
      </w:pPr>
      <w:r>
        <w:t>He watched the patrol fall astern. He thought, briefly, that the patrol would have known the coast. He thought the patrol would have known the river-mouth and the Crack and the fishing people. He thought the patrol would have had names for the water the fleet was naming. He did not say this. The council’s breath had been taken, and the breath was right, and the rightness had cost whatever the patrol knew. The patrol fell astern. The fleet went south.</w:t>
      </w:r>
    </w:p>
    <w:p>
      <w:pPr>
        <w:spacing w:line="360" w:lineRule="auto" w:after="0"/>
        <w:ind w:firstLine="283"/>
      </w:pPr>
      <w:r>
        <w:t>Mew, at the rail, said, to no one, to the water: “Chained to the bench.” She said it twice, the second time quieter, and the second time was not for anyone, and she went on with the bucket.</w:t>
      </w:r>
    </w:p>
    <w:p>
      <w:pPr>
        <w:ind w:firstLine="0"/>
        <w:jc w:val="center"/>
      </w:pPr>
      <w:r>
        <w:rPr>
          <w:color w:val="AAAAAA"/>
        </w:rPr>
        <w:t>❖</w:t>
      </w:r>
    </w:p>
    <w:p>
      <w:pPr>
        <w:spacing w:line="360" w:lineRule="auto" w:after="0"/>
        <w:ind w:firstLine="283"/>
      </w:pPr>
      <w:r>
        <w:t>A port appeared at the sixth week of the Deep, and the port’s protection was the imprisonment.</w:t>
      </w:r>
    </w:p>
    <w:p>
      <w:pPr>
        <w:spacing w:line="360" w:lineRule="auto" w:after="0"/>
        <w:ind w:firstLine="283"/>
      </w:pPr>
      <w:r>
        <w:t>The port was a southern port. The port’s harbor was walled. The port’s welcome was the protection, and the protection was the wall. The port’s harbor-master hailed the fleet: come in, be protected, be safe, be kept. The fleet’s council met at the chart ship’s rail, and the council’s question was: do we go in. The council’s answer was the small breath. The yes was: not. The fleet did not go in. The fleet stood off the port’s walled harbor and watered from the port’s river-mouth in the boats, and the watering was the work.</w:t>
      </w:r>
    </w:p>
    <w:p>
      <w:pPr>
        <w:spacing w:line="360" w:lineRule="auto" w:after="0"/>
        <w:ind w:firstLine="283"/>
      </w:pPr>
      <w:r>
        <w:t>The wall had been built to keep the sea out and the people in. The people inside the wall were safe from the sea, and the sea was safe from nothing. The safety was the cage.</w:t>
      </w:r>
    </w:p>
    <w:p>
      <w:pPr>
        <w:spacing w:line="360" w:lineRule="auto" w:after="0"/>
        <w:ind w:firstLine="283"/>
      </w:pPr>
      <w:r>
        <w:t>There was a hold ship’s woman — one of the Atherin, one of the three who had wept at the harbor of kin — who stood at the rail and looked at the wall for a long time. She did not ask to go in. She did not say anything. She looked at the wall, and the wall looked back. The fleet carried that not-speaking the way it carried everything, and the fleet went south.</w:t>
      </w:r>
    </w:p>
    <w:p>
      <w:pPr>
        <w:ind w:firstLine="0"/>
        <w:jc w:val="center"/>
      </w:pPr>
      <w:r>
        <w:rPr>
          <w:color w:val="AAAAAA"/>
        </w:rPr>
        <w:t>❖</w:t>
      </w:r>
    </w:p>
    <w:p>
      <w:pPr>
        <w:spacing w:before="360" w:after="240"/>
        <w:ind w:firstLine="0"/>
        <w:jc w:val="center"/>
      </w:pPr>
      <w:r>
        <w:rPr>
          <w:b/>
          <w:i/>
          <w:color w:val="333333"/>
          <w:sz w:val="26"/>
        </w:rPr>
        <w:t>Chapter 12 — Provisional Charts</w:t>
      </w:r>
    </w:p>
    <w:p>
      <w:pPr>
        <w:spacing w:line="360" w:lineRule="auto" w:after="0"/>
        <w:ind w:firstLine="283"/>
      </w:pPr>
      <w:r>
        <w:t>· salt ·</w:t>
      </w:r>
    </w:p>
    <w:p>
      <w:pPr>
        <w:spacing w:line="360" w:lineRule="auto" w:after="0"/>
        <w:ind w:firstLine="283"/>
      </w:pPr>
      <w:r>
        <w:t>The system came out of a week of mornings, out of Mira’s hands. She knew it was the closest thing to a child she was ever going to have. The knowing did not embarrass her.</w:t>
      </w:r>
    </w:p>
    <w:p>
      <w:pPr>
        <w:spacing w:line="360" w:lineRule="auto" w:after="0"/>
        <w:ind w:firstLine="283"/>
      </w:pPr>
      <w:r>
        <w:t>The fleet needed it. Four positions — return, continue, settle, enter — and one chart room, and the chart room’s whole honest freight was disagreement. The double crosses, the confidence ticks, the chest of pages that argued with themselves and each other and the water. The fleet could not steer by an argument. The fleet had gone south on the road’s one line for two years, and the line was gone, and the argument was all the chart room had, and the argument needed a shape the fleet could sail by.</w:t>
      </w:r>
    </w:p>
    <w:p>
      <w:pPr>
        <w:spacing w:line="360" w:lineRule="auto" w:after="0"/>
        <w:ind w:firstLine="283"/>
      </w:pPr>
      <w:r>
        <w:t>The shape was the provisional chart.</w:t>
      </w:r>
    </w:p>
    <w:p>
      <w:pPr>
        <w:spacing w:line="360" w:lineRule="auto" w:after="0"/>
        <w:ind w:firstLine="283"/>
      </w:pPr>
      <w:r>
        <w:t>She made the first one in an evening, at the plank. She laid every chart the chest held over one another in the level hand, and where the charts agreed, she drew the line; and where the charts did not agree, she drew the lines — plural, side by side, the water’s own two opinions kept in two strokes. The strokes did not meet. The space between them was left on the page, visible, honest.</w:t>
      </w:r>
    </w:p>
    <w:p>
      <w:pPr>
        <w:spacing w:line="360" w:lineRule="auto" w:after="0"/>
        <w:ind w:firstLine="283"/>
      </w:pPr>
      <w:r>
        <w:t>And on every line, the ticks: confidence, one to four, the mark of the morning’s truth. And beside every tick, where the truth was borrowed — the traders’ reports, the grandmothers’ keepings, the Tern’s Brannen-hand record — the double cross, and the source’s name in the marks: heard, held, third-hand. And at the page’s foot, in the level hand, the two words the fleet had carried out of a drawer in a burning city: not resolved.</w:t>
      </w:r>
    </w:p>
    <w:p>
      <w:pPr>
        <w:spacing w:line="360" w:lineRule="auto" w:after="0"/>
        <w:ind w:firstLine="283"/>
      </w:pPr>
      <w:r>
        <w:t>The page reported, offered its own review-date, died at the review, and was redrawn from the morning’s actual marks. A chart that could not grow old.</w:t>
      </w:r>
    </w:p>
    <w:p>
      <w:pPr>
        <w:spacing w:line="360" w:lineRule="auto" w:after="0"/>
        <w:ind w:firstLine="283"/>
      </w:pPr>
      <w:r>
        <w:t>The keepers took it up the fleet’s way, without a meeting, by using it.</w:t>
      </w:r>
    </w:p>
    <w:p>
      <w:pPr>
        <w:spacing w:line="360" w:lineRule="auto" w:after="0"/>
        <w:ind w:firstLine="283"/>
      </w:pPr>
      <w:r>
        <w:t>Wake used it first. The deck, the spacing, the hulls’ evolutions run on the morning’s provisional page. Wake got the spacing wrong the first morning and corrected it without saying — the shore-eye’s own small embarrassment, absorbed. The watchkeepers called the course off the page’s southmost line with the ticks read aloud — confidence two, double cross, heard-and-held — and the calling-off sounded like a prayer in a language nobody had learned yet, and by the third morning it sounded like the fleet.</w:t>
      </w:r>
    </w:p>
    <w:p>
      <w:pPr>
        <w:spacing w:line="360" w:lineRule="auto" w:after="0"/>
        <w:ind w:firstLine="283"/>
      </w:pPr>
      <w:r>
        <w:t>Ferrow navigated the galley ship’s watch by the second line, the dissenting line, the eastern one. The two lines ran south side by side a half-mile apart, the galley ship on one and the chart ship on the other, and both south, and the fleet between them like a word said two ways. The fleet’s people looked from line to line at the noon meals and chose their trust by their hulls, and the choosing was open, and the two souths rode side by side over the same water, and the water did not mind. The water had two opinions. The fleet had two lines.</w:t>
      </w:r>
    </w:p>
    <w:p>
      <w:pPr>
        <w:spacing w:line="360" w:lineRule="auto" w:after="0"/>
        <w:ind w:firstLine="283"/>
      </w:pPr>
      <w:r>
        <w:t>The dissenting routes were the system’s second half, and the second half was Mira’s own: on every provisional page, drawn in a fine dotted stroke, the routes not taken. The page held the road — and it held, dotted, beside the road, the routes the fleet had refused: the northern return, drawn to the edge of the chart’s paper, and the mark at its end: the coast closed; return possible; cost: the fleet. The settle-route, dotted to the island’s remembered position, and the mark: maybe; the green; the count wrong by a day. The enter-route, drawn to the chart’s very edge and one stroke beyond the edge, off the paper, onto the margin, where a route that had no page to live on lived anyway, in the margin’s blank, with no mark at its end at all — no cost written, no verdict, nothing, the margin holding the dark middle’s route the way the sternum held the shapes: carried, not recorded.</w:t>
      </w:r>
    </w:p>
    <w:p>
      <w:pPr>
        <w:spacing w:line="360" w:lineRule="auto" w:after="0"/>
        <w:ind w:firstLine="283"/>
      </w:pPr>
      <w:r>
        <w:t>And one route pointed south.</w:t>
      </w:r>
    </w:p>
    <w:p>
      <w:pPr>
        <w:spacing w:line="360" w:lineRule="auto" w:after="0"/>
        <w:ind w:firstLine="283"/>
      </w:pPr>
      <w:r>
        <w:t>That was the finding of the week of mornings: laid over the chest’s every chart, the grandmother’s road, the traders’ lanes, the fleet’s own accumulated marks, the Tern’s Brannen-hand record, the withdrawn track, the refused current, the two souths of the provisional page itself — laid over all of them, the agreement rose. The disagreements argued everywhere — everywhere but south. Four lines, five, the road and the lanes and the marks and the record, all of them south, all of them within a hand’s width of one another, converging, not meeting, never meeting — but the convergence was there, visible at last, on a page drawn to hold the disagreement without hiding it, and the convergence said what the sea itself had been saying since the coast closed: south.</w:t>
      </w:r>
    </w:p>
    <w:p>
      <w:pPr>
        <w:spacing w:line="360" w:lineRule="auto" w:after="0"/>
        <w:ind w:firstLine="283"/>
      </w:pPr>
      <w:r>
        <w:t>The child came to the chart room on the third evening.</w:t>
      </w:r>
    </w:p>
    <w:p>
      <w:pPr>
        <w:spacing w:line="360" w:lineRule="auto" w:after="0"/>
        <w:ind w:firstLine="283"/>
      </w:pPr>
      <w:r>
        <w:t>She came the way the fleet’s children came — without the announcing, without the asking — and the fleet did not distinguish between the sent and the decided in its children. The child was one of the quarter’s, a girl of seven or eight, one of the ones who had come out of the city on the heavy ship, and her name was Lira, or something like Lira — the fleet’s names had the same disagreement as its counts, and Lira was close enough, and close enough was the fleet’s way.</w:t>
      </w:r>
    </w:p>
    <w:p>
      <w:pPr>
        <w:spacing w:line="360" w:lineRule="auto" w:after="0"/>
        <w:ind w:firstLine="283"/>
      </w:pPr>
      <w:r>
        <w:t>The child stood at the chart room’s threshold. She did not come in. She held a slate — one of the slates the chart room gave the fleet’s children for the learning of the marks. The slate had a mark on it. The mark was a double cross.</w:t>
      </w:r>
    </w:p>
    <w:p>
      <w:pPr>
        <w:spacing w:line="360" w:lineRule="auto" w:after="0"/>
        <w:ind w:firstLine="283"/>
      </w:pPr>
      <w:r>
        <w:t>Mira saw the child at the threshold. She set down the pen. She went to the threshold,</w:t>
      </w:r>
    </w:p>
    <w:p>
      <w:pPr>
        <w:spacing w:line="360" w:lineRule="auto" w:after="0"/>
        <w:ind w:firstLine="283"/>
      </w:pPr>
      <w:r>
        <w:t>“Show me,” Mira said.</w:t>
      </w:r>
    </w:p>
    <w:p>
      <w:pPr>
        <w:spacing w:line="360" w:lineRule="auto" w:after="0"/>
        <w:ind w:firstLine="283"/>
      </w:pPr>
      <w:r>
        <w:t>The child held out the slate.</w:t>
      </w:r>
    </w:p>
    <w:p>
      <w:pPr>
        <w:spacing w:line="360" w:lineRule="auto" w:after="0"/>
        <w:ind w:firstLine="283"/>
      </w:pPr>
      <w:r>
        <w:t>“That’s the double cross,” Mira said. “That’s the mark for here the accounting has two opinions.”</w:t>
      </w:r>
    </w:p>
    <w:p>
      <w:pPr>
        <w:spacing w:line="360" w:lineRule="auto" w:after="0"/>
        <w:ind w:firstLine="283"/>
      </w:pPr>
      <w:r>
        <w:t>“I know,” the child said. “I drew it for the water. The water has two opinions. The chart says one thing. The sea says another. I drew the double cross for the water.”</w:t>
      </w:r>
    </w:p>
    <w:p>
      <w:pPr>
        <w:spacing w:line="360" w:lineRule="auto" w:after="0"/>
        <w:ind w:firstLine="283"/>
      </w:pPr>
      <w:r>
        <w:t>Mira looked at the slate. The child had given the double cross to the sea.</w:t>
      </w:r>
    </w:p>
    <w:p>
      <w:pPr>
        <w:spacing w:line="360" w:lineRule="auto" w:after="0"/>
        <w:ind w:firstLine="283"/>
      </w:pPr>
      <w:r>
        <w:t>“Is the water going to agree?” the child asked.</w:t>
      </w:r>
    </w:p>
    <w:p>
      <w:pPr>
        <w:spacing w:line="360" w:lineRule="auto" w:after="0"/>
        <w:ind w:firstLine="283"/>
      </w:pPr>
      <w:r>
        <w:t>“No,” Mira said.</w:t>
      </w:r>
    </w:p>
    <w:p>
      <w:pPr>
        <w:spacing w:line="360" w:lineRule="auto" w:after="0"/>
        <w:ind w:firstLine="283"/>
      </w:pPr>
      <w:r>
        <w:t>“Good,” the child said. She took the slate back. She went the way she had come, without the announcing, without the asking.</w:t>
      </w:r>
    </w:p>
    <w:p>
      <w:pPr>
        <w:spacing w:line="360" w:lineRule="auto" w:after="0"/>
        <w:ind w:firstLine="283"/>
      </w:pPr>
      <w:r>
        <w:t>Mira went back to the page. She took up the pen. She wrote nothing about the child. The child was not for the chest. The child was for the sternum.</w:t>
      </w:r>
    </w:p>
    <w:p>
      <w:pPr>
        <w:ind w:firstLine="0"/>
        <w:jc w:val="center"/>
      </w:pPr>
      <w:r>
        <w:rPr>
          <w:color w:val="AAAAAA"/>
        </w:rPr>
        <w:t>❖</w:t>
      </w:r>
    </w:p>
    <w:p>
      <w:pPr>
        <w:spacing w:before="360" w:after="240"/>
        <w:ind w:firstLine="0"/>
        <w:jc w:val="center"/>
      </w:pPr>
      <w:r>
        <w:rPr>
          <w:b/>
          <w:i/>
          <w:color w:val="333333"/>
          <w:sz w:val="26"/>
        </w:rPr>
        <w:t>Step — The Island (the fleet)</w:t>
      </w:r>
    </w:p>
    <w:p>
      <w:pPr>
        <w:spacing w:line="360" w:lineRule="auto" w:after="0"/>
        <w:ind w:firstLine="283"/>
      </w:pPr>
      <w:r>
        <w:t>· salt ·</w:t>
      </w:r>
    </w:p>
    <w:p>
      <w:pPr>
        <w:spacing w:line="360" w:lineRule="auto" w:after="0"/>
        <w:ind w:firstLine="283"/>
      </w:pPr>
      <w:r>
        <w:t>The island came up where the open sea should have been, and the island was the grandmother's chart's first maybe, and the maybe was real.</w:t>
      </w:r>
    </w:p>
    <w:p>
      <w:pPr>
        <w:spacing w:line="360" w:lineRule="auto" w:after="0"/>
        <w:ind w:firstLine="283"/>
      </w:pPr>
      <w:r>
        <w:t>The grandmother's chart held a maybe: island, south of the banks' fall, maybe, the green. The maybe was a mark, and the mark was a dot, and the dot was in the oldest hand, and the oldest hand had been honest. The dot was the chart's first honest word on the southern water: maybe.</w:t>
      </w:r>
    </w:p>
    <w:p>
      <w:pPr>
        <w:spacing w:line="360" w:lineRule="auto" w:after="0"/>
        <w:ind w:firstLine="283"/>
      </w:pPr>
      <w:r>
        <w:t>The island was real. The island was green.</w:t>
      </w:r>
    </w:p>
    <w:p>
      <w:pPr>
        <w:spacing w:line="360" w:lineRule="auto" w:after="0"/>
        <w:ind w:firstLine="283"/>
      </w:pPr>
      <w:r>
        <w:t>The approach took the fleet's whole morning. The island gave the morning back the way the island gave everything — slowly, without the explaining, the green arriving before the land and the land arriving before the shore and the shore arriving before the meaning.</w:t>
      </w:r>
    </w:p>
    <w:p>
      <w:pPr>
        <w:spacing w:line="360" w:lineRule="auto" w:after="0"/>
        <w:ind w:firstLine="283"/>
      </w:pPr>
      <w:r>
        <w:t>The green came first. The green was not the green of the coast the fleet had left, and it was not the green of the coast the fleet was sailing to. The green was the green of a place that had not been looked at, and the not-looked-at was its whole color, and the fleet read it the way the fleet read all honest words: by the marks, by the level hand, by the not-resolving.</w:t>
      </w:r>
    </w:p>
    <w:p>
      <w:pPr>
        <w:spacing w:line="360" w:lineRule="auto" w:after="0"/>
        <w:ind w:firstLine="283"/>
      </w:pPr>
      <w:r>
        <w:t>Skerry took the bearings at the chart room's table. The bearings did not agree with the grandmother's chart. The chart's dot was a quarter-mile north of the island's actual place, and the quarter-mile was the chart's one honest disagreement with the island. The double cross went down between the chart's dot and the island's place. The double cross held the disagreement. The disagreement was kept.</w:t>
      </w:r>
    </w:p>
    <w:p>
      <w:pPr>
        <w:spacing w:line="360" w:lineRule="auto" w:after="0"/>
        <w:ind w:firstLine="283"/>
      </w:pPr>
      <w:r>
        <w:t>The water changed at the half-cable. The water had been the Deep's grey-green, and the grey-green had been the Deep's whole two years, and the two years had been the fleet's whole country. At the half-cable the water went clear. The clear was not the clear of a coast — the clear of a coast is the clear of a shelf, and the shelf's clear is the shallow's, and the shallow's clear is the shore's. The clear at the half-cable was the clear of deep water that had no business being clear, and the no-business was the water's whole testimony, and the testimony was: I am deep and I am clear, and the two do not agree, and the not-agreeing is mine, and I do not explain it.</w:t>
      </w:r>
    </w:p>
    <w:p>
      <w:pPr>
        <w:spacing w:line="360" w:lineRule="auto" w:after="0"/>
        <w:ind w:firstLine="283"/>
      </w:pPr>
      <w:r>
        <w:t>The water did not explain it. The fleet did not ask.</w:t>
      </w:r>
    </w:p>
    <w:p>
      <w:pPr>
        <w:spacing w:line="360" w:lineRule="auto" w:after="0"/>
        <w:ind w:firstLine="283"/>
      </w:pPr>
      <w:r>
        <w:t>Mew saw the fish first. The fish were below the clear, and the fish were not the Deep's fish, and the testimony was the island's second honest word. The fish were the fish of a coast — the kelp-line's fish, the reef's fish, the fish that live where the land meets the water — and the fish were a half-cable from an island that was not on the chart, in water that was deep and clear, and the being-there was the island's, and the island held the fish the way it held the green: without explaining, without resolving.</w:t>
      </w:r>
    </w:p>
    <w:p>
      <w:pPr>
        <w:spacing w:line="360" w:lineRule="auto" w:after="0"/>
        <w:ind w:firstLine="283"/>
      </w:pPr>
      <w:r>
        <w:t>The fleet's council met at the chart ship's rail. The council's question was: do we stop. The council's answer was the small breath through the nose. The yes was: not. The island was not the fleet's destination. The island was the chart's maybe, and the maybe was real, and the fleet sailed on.</w:t>
      </w:r>
    </w:p>
    <w:p>
      <w:pPr>
        <w:spacing w:line="360" w:lineRule="auto" w:after="0"/>
        <w:ind w:firstLine="283"/>
      </w:pPr>
      <w:r>
        <w:t>Mew wanted to stop. She said so, plainly, the way she said things: "Fresh water on that island. I'd put a boat in." She looked at the green. The council's breath had already been taken. Mew did not push it. Ash, at the tally board, said, to the board, "The casks are low." The council did not take it up. The fleet sailed on. Mew still wanted the fresh water, and the wanting was hers, and the council's breath did not un-want it.</w:t>
      </w:r>
    </w:p>
    <w:p>
      <w:pPr>
        <w:spacing w:line="360" w:lineRule="auto" w:after="0"/>
        <w:ind w:firstLine="283"/>
      </w:pPr>
      <w:r>
        <w:t>The fleet's boat went in. The boat was the fleet's one courtesy. The boat was four: Mew, Ash, the boy with the tally-tag, and Wake. The four rowed the boat in through the reef's passage, and the passage was where the passage was, and the reef knew the passage the way the wall knew the gate, and the four went through it the way the four went through everything: by the reading, by the level hand, by the not-resolving.</w:t>
      </w:r>
    </w:p>
    <w:p>
      <w:pPr>
        <w:spacing w:line="360" w:lineRule="auto" w:after="0"/>
        <w:ind w:firstLine="283"/>
      </w:pPr>
      <w:r>
        <w:t>The shore was sand. The sand was white. The white was not the lime's white — the lime's white was the White's whole one cruelty the coast had taught the fleet to fear — and the sand's white was not the lime's. The testimony was shorter this time: I am white and I am not the white you fear. The four did not ask.</w:t>
      </w:r>
    </w:p>
    <w:p>
      <w:pPr>
        <w:spacing w:line="360" w:lineRule="auto" w:after="0"/>
        <w:ind w:firstLine="283"/>
      </w:pPr>
      <w:r>
        <w:t>The green came down to the sand. The green was the green of a place that had not been cut, and the shape was the island's third honest word. The green did not have a path. The green did not have a clearing. The green did not have the marks of a people — no hearth, no fish-rack, no water-jar, no lintel, no track. The island held the not-having the way it held the green and the clear and the fish: without explaining, without resolving, without setting it down.</w:t>
      </w:r>
    </w:p>
    <w:p>
      <w:pPr>
        <w:spacing w:line="360" w:lineRule="auto" w:after="0"/>
        <w:ind w:firstLine="283"/>
      </w:pPr>
      <w:r>
        <w:t>Ash took the tally board. The board had no entry for an island that was not on the chart. Ash made the entry the way Ash made the entry for the unnamed — the small dash, unbothered, the same size as the letters. The dash was the island's name on the board, and the name was the dash.</w:t>
      </w:r>
    </w:p>
    <w:p>
      <w:pPr>
        <w:spacing w:line="360" w:lineRule="auto" w:after="0"/>
        <w:ind w:firstLine="283"/>
      </w:pPr>
      <w:r>
        <w:t>The fresh water was there. Mew had been right. The water was the island's one practical gift to the fleet. The spring was the sand's one disagreement with itself, and the water was fresh.</w:t>
      </w:r>
    </w:p>
    <w:p>
      <w:pPr>
        <w:spacing w:line="360" w:lineRule="auto" w:after="0"/>
        <w:ind w:firstLine="283"/>
      </w:pPr>
      <w:r>
        <w:t>They filled the casks. The filling was the work. The four worked the way the four worked — without the speaking, the hands doing the work the hands knew, the work older than the speaking. The casks filled. The water was fresh. The island held the spring the way it held everything: without explaining, without resolving.</w:t>
      </w:r>
    </w:p>
    <w:p>
      <w:pPr>
        <w:spacing w:line="360" w:lineRule="auto" w:after="0"/>
        <w:ind w:firstLine="283"/>
      </w:pPr>
      <w:r>
        <w:t>Mew gathered the green. The green was the kelp-line's green, and the green was not the kelp-line's — the green was the island's own, a broad flat leaf the fleet did not know. Mew did not eat the leaf. Mew set it in the bail of the bucket, and the setting was the gathering.</w:t>
      </w:r>
    </w:p>
    <w:p>
      <w:pPr>
        <w:spacing w:line="360" w:lineRule="auto" w:after="0"/>
        <w:ind w:firstLine="283"/>
      </w:pPr>
      <w:r>
        <w:t>The boy with the tally-tag found the mark at the sand's edge. The mark was in the wet sand where the tide had gone out, and the mark was two lines, neither straight, neither corrected, and the two lines were the askew line's older cousin — the same shape, the same not-aligning, the same not-matching. The two lines were not the fleet's. The boy did not touch them. The boy did not draw the caret beside them. The caret would have been the mark of the putting-in, and the two lines had been put in by someone the boy could not name, and the not-naming was the not-drawing of the caret, and the not-drawing was the courtesy's whole honest word about itself. The courtesy held.</w:t>
      </w:r>
    </w:p>
    <w:p>
      <w:pPr>
        <w:spacing w:line="360" w:lineRule="auto" w:after="0"/>
        <w:ind w:firstLine="283"/>
      </w:pPr>
      <w:r>
        <w:t>Ash copied the lines. The copying was the level hand's, and the level hand took the lines onto the tally board the way it took the bearings — without the choosing, without the resolving. The lines sat on the board beside the dash, and the dash and the two lines were the island's whole entry, and the entry was the board's.</w:t>
      </w:r>
    </w:p>
    <w:p>
      <w:pPr>
        <w:spacing w:line="360" w:lineRule="auto" w:after="0"/>
        <w:ind w:firstLine="283"/>
      </w:pPr>
      <w:r>
        <w:t>They left at the afternoon's turn. The casks were full. The leaf was in the bucket. The lines were on the board. The island held the sand and the spring and the green and the clear and the fish.</w:t>
      </w:r>
    </w:p>
    <w:p>
      <w:pPr>
        <w:spacing w:line="360" w:lineRule="auto" w:after="0"/>
        <w:ind w:firstLine="283"/>
      </w:pPr>
      <w:r>
        <w:t>The boat went out through the reef's passage. The reef knew the passage the way the wall knew the gate. The four rowed the boat back to the fleet. The fleet took the casks and the leaf and the board. The fleet did not ask the island for the meaning. The three do not resolve, and the not-resolving is yours, and we will carry it. The fleet went south. The island stayed behind, green, real, maybe.</w:t>
      </w:r>
    </w:p>
    <w:p>
      <w:pPr>
        <w:spacing w:line="360" w:lineRule="auto" w:after="0"/>
        <w:ind w:firstLine="283"/>
      </w:pPr>
      <w:r>
        <w:t>The chart room held the island. Skerry drew the island on the master page, small, where the grandmother's chart had the dot. The chart's dot was a quarter-mile north of the island's actual place. The double cross held the disagreement. The disagreement was kept.</w:t>
      </w:r>
    </w:p>
    <w:p>
      <w:pPr>
        <w:spacing w:line="360" w:lineRule="auto" w:after="0"/>
        <w:ind w:firstLine="283"/>
      </w:pPr>
      <w:r>
        <w:t>Mira drew the island on the felt roll. The felt roll was Mira's. The island on the felt roll was the island's third honest word: I am the maybe, and the maybe is real, and the real is not the destination, and the destination is not the real, and the not-resolving is the work. The work was the felt roll's. The work was Mira's.</w:t>
      </w:r>
    </w:p>
    <w:p>
      <w:pPr>
        <w:spacing w:line="360" w:lineRule="auto" w:after="0"/>
        <w:ind w:firstLine="283"/>
      </w:pPr>
      <w:r>
        <w:t>The fleet went south. The island was behind. The island was carried. The island was the chart's first honest word on the southern water: maybe. The maybe was real. The maybe was not the destination. The maybe was the maybe. The fleet went on.</w:t>
      </w:r>
    </w:p>
    <w:p>
      <w:pPr>
        <w:spacing w:line="360" w:lineRule="auto" w:after="0"/>
        <w:ind w:firstLine="283"/>
      </w:pPr>
      <w:r>
        <w:t>The green was behind. The clear was behind. The fish were behind. The fresh water was in the casks. The leaf was in the bucket. The two lines were on the board. The dash was on the board. The double cross was on the chart. The maybe was on the chart. The maybe was real. The fleet went south. The maybe went south with the fleet. The work went on.</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Chapter 12b — The Hinge</w:t>
      </w:r>
    </w:p>
    <w:p>
      <w:pPr>
        <w:spacing w:line="360" w:lineRule="auto" w:after="0"/>
        <w:ind w:firstLine="283"/>
      </w:pPr>
      <w:r>
        <w:t>Coda had the hinge. The hinge was on the door of the lane-house. The hinge was brass. The hinge was old. The hinge had a rivet, and the rivet had gone.</w:t>
      </w:r>
    </w:p>
    <w:p>
      <w:pPr>
        <w:spacing w:line="360" w:lineRule="auto" w:after="0"/>
        <w:ind w:firstLine="283"/>
      </w:pPr>
      <w:r>
        <w:t>She wanted the hinge to hold. The door was the door to the lane-house. The lane-house was the place where the ones who were not entered slept. The door had to hold. The hinge had to hold.</w:t>
      </w:r>
    </w:p>
    <w:p>
      <w:pPr>
        <w:spacing w:line="360" w:lineRule="auto" w:after="0"/>
        <w:ind w:firstLine="283"/>
      </w:pPr>
      <w:r>
        <w:t>Coda did not have a rivet. She had the strap and the wire and the patience. She had the hands. The hands were the mender’s hands.</w:t>
      </w:r>
    </w:p>
    <w:p>
      <w:pPr>
        <w:spacing w:line="360" w:lineRule="auto" w:after="0"/>
        <w:ind w:firstLine="283"/>
      </w:pPr>
      <w:r>
        <w:t>She took the strap. She laid it across the hinge. The strap was leather. The leather was old. The leather had been a belt once. The belt had been a man’s. The man was gone. The strap was what stayed.</w:t>
      </w:r>
    </w:p>
    <w:p>
      <w:pPr>
        <w:spacing w:line="360" w:lineRule="auto" w:after="0"/>
        <w:ind w:firstLine="283"/>
      </w:pPr>
      <w:r>
        <w:t>She sewed the strap to the hinge. The bone needle. The sail-thread. The needle through the leather. The needle through the brass. The hands did what the hands knew.</w:t>
      </w:r>
    </w:p>
    <w:p>
      <w:pPr>
        <w:spacing w:line="360" w:lineRule="auto" w:after="0"/>
        <w:ind w:firstLine="283"/>
      </w:pPr>
      <w:r>
        <w:t>The hinge did not hold. The brass was soft. The needle bent. The thread slipped.</w:t>
      </w:r>
    </w:p>
    <w:p>
      <w:pPr>
        <w:spacing w:line="360" w:lineRule="auto" w:after="0"/>
        <w:ind w:firstLine="283"/>
      </w:pPr>
      <w:r>
        <w:t>Coda took the wire. She wrapped the wire around the hinge and the strap. The wire bit into the brass. The wire bit into the leather. The wire held.</w:t>
      </w:r>
    </w:p>
    <w:p>
      <w:pPr>
        <w:spacing w:line="360" w:lineRule="auto" w:after="0"/>
        <w:ind w:firstLine="283"/>
      </w:pPr>
      <w:r>
        <w:t>The hinge held. The door swung. The door closed. The door held.</w:t>
      </w:r>
    </w:p>
    <w:p>
      <w:pPr>
        <w:spacing w:line="360" w:lineRule="auto" w:after="0"/>
        <w:ind w:firstLine="283"/>
      </w:pPr>
      <w:r>
        <w:t>Coda’s hands were thinner. The wire had taken the skin off her palms. The needle had taken the edge off her fingertips. The mending had taken from her. The mending always took from her.</w:t>
      </w:r>
    </w:p>
    <w:p>
      <w:pPr>
        <w:spacing w:line="360" w:lineRule="auto" w:after="0"/>
        <w:ind w:firstLine="283"/>
      </w:pPr>
      <w:r>
        <w:t>She looked at her hands. The hands were the mender’s hands. The hands were thinner than they had been. The hands would be thinner tomorrow. The mending was the consuming. The consuming was the title. The title was earned, not awarded.</w:t>
      </w:r>
    </w:p>
    <w:p>
      <w:pPr>
        <w:spacing w:line="360" w:lineRule="auto" w:after="0"/>
        <w:ind w:firstLine="283"/>
      </w:pPr>
      <w:r>
        <w:t>The door held. The hinge held. The strap held. The wire held. Coda’s hands held the door. The hands were thinner. The title was not yet named. The title was in the hands.</w:t>
      </w:r>
    </w:p>
    <w:p>
      <w:pPr>
        <w:ind w:firstLine="0"/>
        <w:jc w:val="center"/>
      </w:pPr>
      <w:r>
        <w:rPr>
          <w:color w:val="AAAAAA"/>
        </w:rPr>
        <w:t>❖</w:t>
      </w:r>
    </w:p>
    <w:p>
      <w:pPr>
        <w:spacing w:before="360" w:after="240"/>
        <w:ind w:firstLine="0"/>
        <w:jc w:val="center"/>
      </w:pPr>
      <w:r>
        <w:rPr>
          <w:b/>
          <w:i/>
          <w:color w:val="333333"/>
          <w:sz w:val="26"/>
        </w:rPr>
        <w:t>Chapter 12c — The Sweet Buns</w:t>
      </w:r>
    </w:p>
    <w:p>
      <w:pPr>
        <w:spacing w:line="360" w:lineRule="auto" w:after="0"/>
        <w:ind w:firstLine="283"/>
      </w:pPr>
      <w:r>
        <w:t>The Morning Without Bells was the morning the sweet buns were made.</w:t>
      </w:r>
    </w:p>
    <w:p>
      <w:pPr>
        <w:spacing w:line="360" w:lineRule="auto" w:after="0"/>
        <w:ind w:firstLine="283"/>
      </w:pPr>
      <w:r>
        <w:t>Nessa wanted the sweet buns. The flour was on the board. The honey was in the jar. The water was in the jug. The hands were hers.</w:t>
      </w:r>
    </w:p>
    <w:p>
      <w:pPr>
        <w:spacing w:line="360" w:lineRule="auto" w:after="0"/>
        <w:ind w:firstLine="283"/>
      </w:pPr>
      <w:r>
        <w:t>She made the dough. The flour and the honey and the water and the hands. The hands did what the hands knew. The dough was soft. The dough was warm. The dough was the thing between the flour and the bun.</w:t>
      </w:r>
    </w:p>
    <w:p>
      <w:pPr>
        <w:spacing w:line="360" w:lineRule="auto" w:after="0"/>
        <w:ind w:firstLine="283"/>
      </w:pPr>
      <w:r>
        <w:t>She shaped the buns. Twelve. One for each of the first twelve who came. The buns were round. The buns were small. The buns were the thing the morning would give.</w:t>
      </w:r>
    </w:p>
    <w:p>
      <w:pPr>
        <w:spacing w:line="360" w:lineRule="auto" w:after="0"/>
        <w:ind w:firstLine="283"/>
      </w:pPr>
      <w:r>
        <w:t>The oven was hot. The buns went in. The oven door closed. The kitchen smelled of honey and flour and the cardamom pod that was green in the jar on the shelf.</w:t>
      </w:r>
    </w:p>
    <w:p>
      <w:pPr>
        <w:spacing w:line="360" w:lineRule="auto" w:after="0"/>
        <w:ind w:firstLine="283"/>
      </w:pPr>
      <w:r>
        <w:t>The district came at seven. The hundred and forty. They came for the pot. They smelled the buns. The smell was the thing the morning had that the other mornings did not.</w:t>
      </w:r>
    </w:p>
    <w:p>
      <w:pPr>
        <w:spacing w:line="360" w:lineRule="auto" w:after="0"/>
        <w:ind w:firstLine="283"/>
      </w:pPr>
      <w:r>
        <w:t>The first twelve got the buns. The cart man. The mason’s apprentice. The laundry woman with the red hands. The old woman from the allotments. The child who had watched the puddle. The child’s sister.</w:t>
      </w:r>
    </w:p>
    <w:p>
      <w:pPr>
        <w:spacing w:line="360" w:lineRule="auto" w:after="0"/>
        <w:ind w:firstLine="283"/>
      </w:pPr>
      <w:r>
        <w:t>The child who had watched the puddle got the bun. The child ate the bun. The child ate the bun the way a child eats a sweet thing — entirely, by the gladness. The gladness was the honey and the flour and the warm.</w:t>
      </w:r>
    </w:p>
    <w:p>
      <w:pPr>
        <w:spacing w:line="360" w:lineRule="auto" w:after="0"/>
        <w:ind w:firstLine="283"/>
      </w:pPr>
      <w:r>
        <w:t>Nessa watched the child eat the bun. The child’s face had the gladness. The gladness was the thing the child’s face did that the adult faces did not do. The adult faces ate the bun and were grateful. The child’s face ate the bun and was glad.</w:t>
      </w:r>
    </w:p>
    <w:p>
      <w:pPr>
        <w:spacing w:line="360" w:lineRule="auto" w:after="0"/>
        <w:ind w:firstLine="283"/>
      </w:pPr>
      <w:r>
        <w:t>Nessa was glad. Not grateful. Glad. Glad that the child was there. Glad that the bun was warm. Glad that the morning was the morning. The gladness was the thing Nessa’s face did that it did not do on the other mornings.</w:t>
      </w:r>
    </w:p>
    <w:p>
      <w:pPr>
        <w:spacing w:line="360" w:lineRule="auto" w:after="0"/>
        <w:ind w:firstLine="283"/>
      </w:pPr>
      <w:r>
        <w:t>The pot was portioned. The district was fed. The buns were gone. The oven was cooling. The kitchen smelled of honey and flour and the cardamom pod.</w:t>
      </w:r>
    </w:p>
    <w:p>
      <w:pPr>
        <w:spacing w:line="360" w:lineRule="auto" w:after="0"/>
        <w:ind w:firstLine="283"/>
      </w:pPr>
      <w:r>
        <w:t>The morning was the Morning Without Bells. The morning had the sweet buns. The morning had the gladness. The gladness was the thing the morning had that the other mornings did not. The gladness was the joy.</w:t>
      </w:r>
    </w:p>
    <w:p>
      <w:pPr>
        <w:ind w:firstLine="0"/>
        <w:jc w:val="center"/>
      </w:pPr>
      <w:r>
        <w:rPr>
          <w:color w:val="AAAAAA"/>
        </w:rPr>
        <w:t>❖</w:t>
      </w:r>
    </w:p>
    <w:p>
      <w:pPr>
        <w:spacing w:before="360" w:after="240"/>
        <w:ind w:firstLine="0"/>
        <w:jc w:val="center"/>
      </w:pPr>
      <w:r>
        <w:rPr>
          <w:b/>
          <w:i/>
          <w:color w:val="333333"/>
          <w:sz w:val="26"/>
        </w:rPr>
        <w:t>Chapter 13 — One Ship Cannot Be Saved</w:t>
      </w:r>
    </w:p>
    <w:p>
      <w:pPr>
        <w:spacing w:line="360" w:lineRule="auto" w:after="0"/>
        <w:ind w:firstLine="283"/>
      </w:pPr>
      <w:r>
        <w:t>· salt ·</w:t>
      </w:r>
    </w:p>
    <w:p>
      <w:pPr>
        <w:spacing w:line="360" w:lineRule="auto" w:after="0"/>
        <w:ind w:firstLine="283"/>
      </w:pPr>
      <w:r>
        <w:t>The ridges came up at the ninth week of the Deep, and the ridges were the sea’s own wrong, and the wrong was the heavy ship’s.</w:t>
      </w:r>
    </w:p>
    <w:p>
      <w:pPr>
        <w:spacing w:line="360" w:lineRule="auto" w:after="0"/>
        <w:ind w:firstLine="283"/>
      </w:pPr>
      <w:r>
        <w:t>The ridges were the sea’s own ridge, a cross-swell from the northeast meeting the following swell from the south-southeast, and the meeting was the ridges. The heavy ship was the fleet’s largest hull, and the heavy ship carried two hundred and sixty, and the heavy ship’s hull was old, and the old was the ridges’ own opportunity.</w:t>
      </w:r>
    </w:p>
    <w:p>
      <w:pPr>
        <w:spacing w:line="360" w:lineRule="auto" w:after="0"/>
        <w:ind w:firstLine="283"/>
      </w:pPr>
      <w:r>
        <w:t>The heavy ship began to take water at the second hour of the middle watch. The taking was the hull’s own seam, and the seam was the old. The ridges worked the seam, and the seam gave.</w:t>
      </w:r>
    </w:p>
    <w:p>
      <w:pPr>
        <w:spacing w:line="360" w:lineRule="auto" w:after="0"/>
        <w:ind w:firstLine="283"/>
      </w:pPr>
      <w:r>
        <w:t>Rook was on the foredeck of the chart ship. The chart ship lay hull to hull with the heavy ship in the company of the fleet’s middle, and the chart ship’s foredeck was the place Rook had the watch. The cry came from the heavy ship at the second hour: she’s taking, she’s taking, the hold’s flooded, the pumps are not enough, the ridges have her.</w:t>
      </w:r>
    </w:p>
    <w:p>
      <w:pPr>
        <w:spacing w:line="360" w:lineRule="auto" w:after="0"/>
        <w:ind w:firstLine="283"/>
      </w:pPr>
      <w:r>
        <w:t>Rook’s body had the answer before the cry finished. His weight came forward onto the balls of his feet, his chin went up, his right hand had already begun the movement — the Cadre’s hold — and the gesture was halfway through the air when the rank caught up with it, and the rank was not there, and the gesture finished anyway, orphaned. But the gesture this time was not the orphaned gesture of the fouled line. The gesture this time was the beginning of the order, and the order was the tow.</w:t>
      </w:r>
    </w:p>
    <w:p>
      <w:pPr>
        <w:spacing w:line="360" w:lineRule="auto" w:after="0"/>
        <w:ind w:firstLine="283"/>
      </w:pPr>
      <w:r>
        <w:t>The splice was in his pack. The splice was Breck’s, and Breck’s was the long splice, the invisible join, the splice that held two ropes as one. The splice was the road not taken. The splice was the command.</w:t>
      </w:r>
    </w:p>
    <w:p>
      <w:pPr>
        <w:spacing w:line="360" w:lineRule="auto" w:after="0"/>
        <w:ind w:firstLine="283"/>
      </w:pPr>
      <w:r>
        <w:t>The heavy ship was taking. The boats were going in the water — Herring’s boat was in the water, and Mew’s boat was in the water, and the watch’s boats were in the water, and the boats were going to the heavy ship’s side, and the boats were the rescue, and the rescue was not the tow. The tow was the splice. The splice was in Rook’s pack.</w:t>
      </w:r>
    </w:p>
    <w:p>
      <w:pPr>
        <w:spacing w:line="360" w:lineRule="auto" w:after="0"/>
        <w:ind w:firstLine="283"/>
      </w:pPr>
      <w:r>
        <w:t>Rook went below. He went to his pack. The pack was where he had stowed it at the watch’s beginning, against the forepeak’s frame, the leather wet at the flap. He opened the pack. He took the splice out.</w:t>
      </w:r>
    </w:p>
    <w:p>
      <w:pPr>
        <w:spacing w:line="360" w:lineRule="auto" w:after="0"/>
        <w:ind w:firstLine="283"/>
      </w:pPr>
      <w:r>
        <w:t>The splice was in his hands. The hands were the Cadre’s. The hands knew the splice the way the hands knew the coil: by the twist, by the lay, by the give. His thumbs found the long splice’s buried join — the invisible place where two ropes became one — and the splice’s weight was the weight it had always been: a coil and a half of good rope, finished by a dead man, for a use no one had been able to name in eleven years. The weight of it sat in his palms the way the rank sat in his boots. His arms knew what a tow felt like — the slow straightening of the line under strain, the creak of the hull coming up to the tow, the moment the taking ship’s way matched the towing ship’s way and the line went bar-taut and held. The splice could hold a tow-line. The tow-line could hold the heavy ship to the chart ship. The chart ship could tow the heavy ship out of the ridges.</w:t>
      </w:r>
    </w:p>
    <w:p>
      <w:pPr>
        <w:spacing w:line="360" w:lineRule="auto" w:after="0"/>
        <w:ind w:firstLine="283"/>
      </w:pPr>
      <w:r>
        <w:t>Rook held the splice. He held it in both hands. He stood in the forepeak with the wet pack at his feet and the splice in his hands. The forepeak’s lamp swung with the ridges, and the splice swung with the lamp’s motion in his hands.</w:t>
      </w:r>
    </w:p>
    <w:p>
      <w:pPr>
        <w:spacing w:line="360" w:lineRule="auto" w:after="0"/>
        <w:ind w:firstLine="283"/>
      </w:pPr>
      <w:r>
        <w:t>He held it. The heavy ship was taking. The ridges had her. The splice could hold her. The splice could hold her and the holding would be the city’s mercy, and the city’s mercy was the cage.</w:t>
      </w:r>
    </w:p>
    <w:p>
      <w:pPr>
        <w:spacing w:line="360" w:lineRule="auto" w:after="0"/>
        <w:ind w:firstLine="283"/>
      </w:pPr>
      <w:r>
        <w:t>Rook set the splice down.</w:t>
      </w:r>
    </w:p>
    <w:p>
      <w:pPr>
        <w:spacing w:line="360" w:lineRule="auto" w:after="0"/>
        <w:ind w:firstLine="283"/>
      </w:pPr>
      <w:r>
        <w:t>the setting-down was the choice. Not the tow, not the splice, not the command, not the city. The fleet’s way was the nearest-hands. The boats were the rescue.</w:t>
      </w:r>
    </w:p>
    <w:p>
      <w:pPr>
        <w:spacing w:line="360" w:lineRule="auto" w:after="0"/>
        <w:ind w:firstLine="283"/>
      </w:pPr>
      <w:r>
        <w:t>The splice lay on the foredeck. The road not taken was the road not taken.</w:t>
      </w:r>
    </w:p>
    <w:p>
      <w:pPr>
        <w:spacing w:line="360" w:lineRule="auto" w:after="0"/>
        <w:ind w:firstLine="283"/>
      </w:pPr>
      <w:r>
        <w:t>The heavy ship went down at the fourth hour. The boats took off two hundred and fifty-seven. Three were lost: Andrey, Jory, Nace — the boy Jory, the same name, a different boy, the fleet’s names had the same disagreement as its counts, and the boy Jory who was lost in the ridges was not the boy Jory who had gone ashore at the fifth port, and the fleet carried both Jorys.</w:t>
      </w:r>
    </w:p>
    <w:p>
      <w:pPr>
        <w:spacing w:line="360" w:lineRule="auto" w:after="0"/>
        <w:ind w:firstLine="283"/>
      </w:pPr>
      <w:r>
        <w:t>Rook picked the splice up off the foredeck after the boats came back. The splice was wet. He held the splice in his hands one breath more — the same weight, the same lay, the same buried join under his thumbs — the body’s second reading of the road not taken, done after the choice was made. He put the splice back in his pack.</w:t>
      </w:r>
    </w:p>
    <w:p>
      <w:pPr>
        <w:spacing w:line="360" w:lineRule="auto" w:after="0"/>
        <w:ind w:firstLine="283"/>
      </w:pPr>
      <w:r>
        <w:t>He did not know, and would never know, whether the splice would have held. The cost was paid again every evening he held the splice in the forepeak. The road not taken was carried south, and the fleet went south, and the splice was in Rook’s pack, carried, not used.</w:t>
      </w:r>
    </w:p>
    <w:p>
      <w:pPr>
        <w:spacing w:line="360" w:lineRule="auto" w:after="0"/>
        <w:ind w:firstLine="283"/>
      </w:pPr>
      <w:r>
        <w:t>The fleet had stood by the heavy ship. The standing-by had been Mew’s breath at the council, two nights before, when the heavy ship’s seam had first been reported, and the council’s question had been do we stand by her, and the breath had been yes. The standing-by had been right. It had also cost three. The fleet’s way — the not-abandoning, the nearest-hands, the boats — had been right, and the rightness had not been enough, and the cost was three names, and the three names were carried.</w:t>
      </w:r>
    </w:p>
    <w:p>
      <w:pPr>
        <w:spacing w:line="360" w:lineRule="auto" w:after="0"/>
        <w:ind w:firstLine="283"/>
      </w:pPr>
      <w:r>
        <w:t>Skerry entered the three names in the marks. The entry was made at the chart ship’s after-table, in the level hand, in the chart’s blue. The three names — Andrey, Jory, Nace — were set one beneath the other, in the same column, in the same level register. The entry was the chart’s own plain office: the names were entered because the names were gone, and the chart held the gone the way the chart held the coast — by the mark, by the level line, by the not-resolving. Skerry drew the open hand above the three names. The open hand was the chart’s held form. The three names stood beneath the open hand. The entry was not a monument.</w:t>
      </w:r>
    </w:p>
    <w:p>
      <w:pPr>
        <w:ind w:firstLine="0"/>
        <w:jc w:val="center"/>
      </w:pPr>
      <w:r>
        <w:rPr>
          <w:color w:val="AAAAAA"/>
        </w:rPr>
        <w:t>❖</w:t>
      </w:r>
    </w:p>
    <w:p>
      <w:pPr>
        <w:spacing w:before="360" w:after="240"/>
        <w:ind w:firstLine="0"/>
        <w:jc w:val="center"/>
      </w:pPr>
      <w:r>
        <w:rPr>
          <w:b/>
          <w:i/>
          <w:color w:val="333333"/>
          <w:sz w:val="26"/>
        </w:rPr>
        <w:t>Step — The Splice Set Down (Rook)</w:t>
      </w:r>
    </w:p>
    <w:p>
      <w:pPr>
        <w:spacing w:line="360" w:lineRule="auto" w:after="0"/>
        <w:ind w:firstLine="283"/>
      </w:pPr>
      <w:r>
        <w:t>· salt ·</w:t>
      </w:r>
    </w:p>
    <w:p>
      <w:pPr>
        <w:spacing w:line="360" w:lineRule="auto" w:after="0"/>
        <w:ind w:firstLine="283"/>
      </w:pPr>
      <w:r>
        <w:t>The splice was in his hands, and the splice had been in his hands, and the splice would be in his hands, and the holding was the work, and the work was the road not taken.</w:t>
      </w:r>
    </w:p>
    <w:p>
      <w:pPr>
        <w:spacing w:line="360" w:lineRule="auto" w:after="0"/>
        <w:ind w:firstLine="283"/>
      </w:pPr>
      <w:r>
        <w:t>Rook was in the forepeak. The forepeak was the chart ship's. The forepeak was the place Rook had the watch. The forepeak was the place Rook had the pack. The pack was at his feet. The splice was in the pack. The splice was Breck's, and Breck's was the long splice, the invisible join, the splice that held two ropes as one. The splice had been in the pack since the day before the burning. The splice had been the road not taken. The splice had been the road not taken for years.</w:t>
      </w:r>
    </w:p>
    <w:p>
      <w:pPr>
        <w:spacing w:line="360" w:lineRule="auto" w:after="0"/>
        <w:ind w:firstLine="283"/>
      </w:pPr>
      <w:r>
        <w:t>The heavy ship had gone down at the fourth hour. The boats had taken off two hundred and fifty-seven. Three had been lost: Andrey, Jory, Nace — the boy Jory, the same name, a different boy, the fleet's names had the way of repeating the lost. The three names were in the marks now. Skerry had entered them at the chart ship's after-table, in the level hand, in the chart's blue. The three names were set one beneath the other, in the order of the going-down, and the order was the order, and the order was kept.</w:t>
      </w:r>
    </w:p>
    <w:p>
      <w:pPr>
        <w:spacing w:line="360" w:lineRule="auto" w:after="0"/>
        <w:ind w:firstLine="283"/>
      </w:pPr>
      <w:r>
        <w:t>The splice was in Rook's hands. He had held the splice in the forepeak while the heavy ship went down. He had stood in the forepeak with the wet pack at his feet and the splice in his hands. The forepeak's lamp had swung with the ridges, and the splice had swung with the lamp, and the splice had been the road not taken, and the road not taken had been the only honest work Rook had been able to do while the heavy ship went down.</w:t>
      </w:r>
    </w:p>
    <w:p>
      <w:pPr>
        <w:spacing w:line="360" w:lineRule="auto" w:after="0"/>
        <w:ind w:firstLine="283"/>
      </w:pPr>
      <w:r>
        <w:t>He had set the splice down. The setting-down had been the choice. Not the tow, not the splice, not the command, not the city. The fleet's way was the nearest-hands. The boats were the rescue. The setting-down had been the choice, and the choice had been the not-using, and the not-using had been the city's mercy refused.</w:t>
      </w:r>
    </w:p>
    <w:p>
      <w:pPr>
        <w:spacing w:line="360" w:lineRule="auto" w:after="0"/>
        <w:ind w:firstLine="283"/>
      </w:pPr>
      <w:r>
        <w:t>The city's mercy had been the cage. The cage's three mercies had been the feeding, the keeping, and the entry. The making-small had been the city's whole freight. The lists had been the cage's whole vocabulary. The not-resolving had been the city's whole honest word about itself: I am the cage, and I am the mercy, and the two are the same, and the same is the work.</w:t>
      </w:r>
    </w:p>
    <w:p>
      <w:pPr>
        <w:spacing w:line="360" w:lineRule="auto" w:after="0"/>
        <w:ind w:firstLine="283"/>
      </w:pPr>
      <w:r>
        <w:t>The splice was the city's mercy. The splice was the long splice, the invisible join, the splice that held two ropes as one. The splice was the cage's whole honest work made rope. The splice was the cage's whole vocabulary made lay. The splice was the city's whole freight made line. The splice was the not-resolving made invisible.</w:t>
      </w:r>
    </w:p>
    <w:p>
      <w:pPr>
        <w:spacing w:line="360" w:lineRule="auto" w:after="0"/>
        <w:ind w:firstLine="283"/>
      </w:pPr>
      <w:r>
        <w:t>Rook had set the splice down. The setting-down had been the choice. The choice had been the not-using. The not-using had been the city's mercy refused. The refusing had been the work. The work had been the not-resolving's whole honest word about itself: I am the road not taken, and the road not taken is the city's mercy refused, and the refusing is the work, and the work is the cage's whole honest word about the not-cage.</w:t>
      </w:r>
    </w:p>
    <w:p>
      <w:pPr>
        <w:spacing w:line="360" w:lineRule="auto" w:after="0"/>
        <w:ind w:firstLine="283"/>
      </w:pPr>
      <w:r>
        <w:t>The heavy ship had gone down. The boats had taken off two hundred and fifty-seven. Three had been lost. The splice had been set down. The splice had been the road not taken. The road not taken had been the only honest work.</w:t>
      </w:r>
    </w:p>
    <w:p>
      <w:pPr>
        <w:spacing w:line="360" w:lineRule="auto" w:after="0"/>
        <w:ind w:firstLine="283"/>
      </w:pPr>
      <w:r>
        <w:t>Rook picked the splice up off the foredeck after the boats came back. The splice was wet. He held the splice in his hands one breath more — the same weight, the same lay, the same buried join under his thumbs — and put it back in the pack. The pack was the weight it had always been.</w:t>
      </w:r>
    </w:p>
    <w:p>
      <w:pPr>
        <w:spacing w:line="360" w:lineRule="auto" w:after="0"/>
        <w:ind w:firstLine="283"/>
      </w:pPr>
      <w:r>
        <w:t>He did not know, and would never know, whether the splice would have held. The cost was paid again every evening he held the splice in the forepeak. The road not taken was carried south, and the fleet carried it without knowing what the carrying was the carrying of.</w:t>
      </w:r>
    </w:p>
    <w:p>
      <w:pPr>
        <w:spacing w:line="360" w:lineRule="auto" w:after="0"/>
        <w:ind w:firstLine="283"/>
      </w:pPr>
      <w:r>
        <w:t>The grief was the holding. The grief was not the going-down. The grief was the holding of the splice after the going-down. The grief was the not-using. The grief was the not-knowing. The grief was the road not taken carried south. The grief was the work.</w:t>
      </w:r>
    </w:p>
    <w:p>
      <w:pPr>
        <w:spacing w:line="360" w:lineRule="auto" w:after="0"/>
        <w:ind w:firstLine="283"/>
      </w:pPr>
      <w:r>
        <w:t>Rook stood at the forepeak. The lamp swung with the swell. The splice was in the pack. The pack was at his feet. The three names were in the marks — Andrey, Jory, Nace — and the three names were carried south, and the three names were the heavy ship's whole honest word about itself: I am gone, and the gone is the work, and the work is the fleet's, and the fleet carries.</w:t>
      </w:r>
    </w:p>
    <w:p>
      <w:pPr>
        <w:spacing w:line="360" w:lineRule="auto" w:after="0"/>
        <w:ind w:firstLine="283"/>
      </w:pPr>
      <w:r>
        <w:t>Rook held the splice in his hands. He had taken it out of the pack because the holding was the work. The holding was the grief. The grief was the not-using. The not-using was the city's mercy refused. The city's mercy refused was the work. The work was the not-resolving's whole honest word about itself.</w:t>
      </w:r>
    </w:p>
    <w:p>
      <w:pPr>
        <w:spacing w:line="360" w:lineRule="auto" w:after="0"/>
        <w:ind w:firstLine="283"/>
      </w:pPr>
      <w:r>
        <w:t>The splice was Breck's. Breck had been the Cadre's rope-man. Breck had been dead in the dyers' quarter when the stair fell. The splice had been Breck's last finished work. The splice was the last finished work of a dead man. The splice was the dead man's whole honest word about the living: I am gone, and the gone is the splice, and the splice is the work, and the work is the living's, and the living carries.</w:t>
      </w:r>
    </w:p>
    <w:p>
      <w:pPr>
        <w:spacing w:line="360" w:lineRule="auto" w:after="0"/>
        <w:ind w:firstLine="283"/>
      </w:pPr>
      <w:r>
        <w:t>Rook held the splice. The splice was the dead man's. The splice was the city's. The splice was the cage's. The splice was the road not taken. The splice was the grief. The splice was the work. The work was the not-resolving. The not-resolving was the splice's whole honest word about itself: I am the splice, and I am the road not taken, and the road not taken is the city's mercy refused, and the refusing is the work, and the work is Rook's.</w:t>
      </w:r>
    </w:p>
    <w:p>
      <w:pPr>
        <w:spacing w:line="360" w:lineRule="auto" w:after="0"/>
        <w:ind w:firstLine="283"/>
      </w:pPr>
      <w:r>
        <w:t>Rook put the splice back in the pack. The pack was the weight it had always been. The weight was the grief. The grief was the work. The work was the carrying. The carrying was the not-using. The not-using was the city's mercy refused. The city's mercy refused was the cage's whole honest word about the not-cage.</w:t>
      </w:r>
    </w:p>
    <w:p>
      <w:pPr>
        <w:spacing w:line="360" w:lineRule="auto" w:after="0"/>
        <w:ind w:firstLine="283"/>
      </w:pPr>
      <w:r>
        <w:t>The fleet went south. The heavy ship was gone. The three names were in the marks. The splice was in the pack. The pack was at Rook's feet. The weight was the work. The work went on.</w:t>
      </w:r>
    </w:p>
    <w:p>
      <w:pPr>
        <w:spacing w:line="360" w:lineRule="auto" w:after="0"/>
        <w:ind w:firstLine="283"/>
      </w:pPr>
      <w:r>
        <w:t>The morning came. The splice was in the pack. The noon came. The splice was in the pack. The evening came. Rook took the splice out. Rook held the splice in his hands. The holding was the grief. The grief was the work. Rook put the splice back. The pack was the weight. The night came. The splice was in the pack. The work went on.</w:t>
      </w:r>
    </w:p>
    <w:p>
      <w:pPr>
        <w:spacing w:line="360" w:lineRule="auto" w:after="0"/>
        <w:ind w:firstLine="283"/>
      </w:pPr>
      <w:r>
        <w:t>The grief was the work, and the work was the not-resolving. The splice was carried south. The fleet went south. The road not taken, the city's mercy refused, the three names, the heavy ship — the fleet carried everything south, without the resolving, without the telling, the carrying the only honest work.</w:t>
      </w:r>
    </w:p>
    <w:p>
      <w:pPr>
        <w:spacing w:line="360" w:lineRule="auto" w:after="0"/>
        <w:ind w:firstLine="283"/>
      </w:pPr>
      <w:r>
        <w:t>The work went on. The grief went on. The splice went on, in the pack, at the feet, in the forepeak, on the chart ship, in the fleet, on the sea. The work went on. The fleet went south.</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Chapter 14 — Something Enormous Below</w:t>
      </w:r>
    </w:p>
    <w:p>
      <w:pPr>
        <w:spacing w:line="360" w:lineRule="auto" w:after="0"/>
        <w:ind w:firstLine="283"/>
      </w:pPr>
      <w:r>
        <w:t>· salt ·</w:t>
      </w:r>
    </w:p>
    <w:p>
      <w:pPr>
        <w:spacing w:line="360" w:lineRule="auto" w:after="0"/>
        <w:ind w:firstLine="283"/>
      </w:pPr>
      <w:r>
        <w:t>The land came up on a Thursday that was not a Thursday, in a month the fleet had no name for, out of water that had stopped being the Deep.</w:t>
      </w:r>
    </w:p>
    <w:p>
      <w:pPr>
        <w:spacing w:line="360" w:lineRule="auto" w:after="0"/>
        <w:ind w:firstLine="283"/>
      </w:pPr>
      <w:r>
        <w:t>The stopping had been going on for days, and Skerry had been reading it the way she read everything, by the leads and the light and the water’s own color, and the reading had said what the reading had been saying for a week with increasing plainness: shallow. The soundings climbed out of the honest dark — sixty-three fathoms at the dawn cast, then forty-two at noon, then twenty-eight at the evening cast, then nineteen and a half at the first night sounding — a floor rising under the fleet’s keels with the long slow patience of a thing that had always been there, and the grandmothers’ chart had held nothing of it, and the bottom under the fleet was new, and rising, and real, and grey with the fine grey ooze of coasts.</w:t>
      </w:r>
    </w:p>
    <w:p>
      <w:pPr>
        <w:spacing w:line="360" w:lineRule="auto" w:after="0"/>
        <w:ind w:firstLine="283"/>
      </w:pPr>
      <w:r>
        <w:t>And the water’s color changed. The Deep’s flat grey — the color the fleet had lived under for weeks — thinned, day by day, into the water’s ordinary colors: the green of shallows, the brown of rivers’ reach, the bottle-glass green of banks. The fleet’s old ones stood at the rails and read the colors with forty years of eyes and said the coast’s first word: landwater. The fleet was in landwater. Somewhere ahead, over the rising floor, there was land.</w:t>
      </w:r>
    </w:p>
    <w:p>
      <w:pPr>
        <w:spacing w:line="360" w:lineRule="auto" w:after="0"/>
        <w:ind w:firstLine="283"/>
      </w:pPr>
      <w:r>
        <w:t>The keepings came true in a rush: the birds came back — grey gulls, storm-petrels, the coast’s own companions, arriving out of the south in their unhurried lines — and standing on the water’s face around the fleet’s hulls in the evenings, riding the swell, and the birds had opinions again, and the opinions were land, south, half a day. The swell’s quarter changed to the land’s own long heartbeat. The air took a smell at the dawn and the evening — wet stone, and green, and something under both that was not either, the land’s own breath, the first land-smell the fleet had smelled since Sennet.</w:t>
      </w:r>
    </w:p>
    <w:p>
      <w:pPr>
        <w:spacing w:line="360" w:lineRule="auto" w:after="0"/>
        <w:ind w:firstLine="283"/>
      </w:pPr>
      <w:r>
        <w:t>And beneath the fleet, the enormous thing moved.</w:t>
      </w:r>
    </w:p>
    <w:p>
      <w:pPr>
        <w:spacing w:line="360" w:lineRule="auto" w:after="0"/>
        <w:ind w:firstLine="283"/>
      </w:pPr>
      <w:r>
        <w:t>It had come back in the night of the landwater’s first thinning — the crowded-below feeling, the water’s changed pitch, the hulls’ half-second lag — and it came back different: it was no longer pacing them. It was crossing them. The mass below the fleet’s keels — the thing without a page, the freight the boy had written in the Gull’s log as the water is crowded below — was moving south and east, at a walking pace, steady, unhurried, and it crossed under the fleet’s line in the second night of the landwater.</w:t>
      </w:r>
    </w:p>
    <w:p>
      <w:pPr>
        <w:spacing w:line="360" w:lineRule="auto" w:after="0"/>
        <w:ind w:firstLine="283"/>
      </w:pPr>
      <w:r>
        <w:t>The fleet’s people stood at the rails in the dark and felt it pass beneath their feet. Two hundred and ninety people in ten hulls, at the rails, looking down at the water, the way they had stood in the Deep’s first night. The water lay flat and dark under the riding lights, and the lights’ cones lay on the surface and did not go in, and the surface did not break, and the thing passed, and the fleet rode its passing.</w:t>
      </w:r>
    </w:p>
    <w:p>
      <w:pPr>
        <w:spacing w:line="360" w:lineRule="auto" w:after="0"/>
        <w:ind w:firstLine="283"/>
      </w:pPr>
      <w:r>
        <w:t>Skerry was at the chart ship’s rail. Her body was at the rail the way the fleet’s bodies were at the rails — leaning forward, both hands on the wood, the chin a little up, the eyes down. The half-second lag had come into the chart ship’s hull. She was looking down. The water was dark. The water was the landwater’s green-black, honest, ordinary, the color of a thousand ordinary nights. And beneath the ordinary color, the thing moved. The water’s surface did not break. The water’s surface did not change.</w:t>
      </w:r>
    </w:p>
    <w:p>
      <w:pPr>
        <w:spacing w:line="360" w:lineRule="auto" w:after="0"/>
        <w:ind w:firstLine="283"/>
      </w:pPr>
      <w:r>
        <w:t>Two hundred and forty-five bodies leaned at the rails around her, looking down, not one of them speaking the thing’s name, because the thing had no name.</w:t>
      </w:r>
    </w:p>
    <w:p>
      <w:pPr>
        <w:spacing w:line="360" w:lineRule="auto" w:after="0"/>
        <w:ind w:firstLine="283"/>
      </w:pPr>
      <w:r>
        <w:t>And then Skerry turned.</w:t>
      </w:r>
    </w:p>
    <w:p>
      <w:pPr>
        <w:spacing w:line="360" w:lineRule="auto" w:after="0"/>
        <w:ind w:firstLine="283"/>
      </w:pPr>
      <w:r>
        <w:t>She did not decide to turn the way you decide to lift a hand or take a step. The turn came the way a breath comes when the breath has been held too long: the body’s own correction, the lungs’ own insistence. She felt her hands come off the rail — first the right, then the left — and the wood was still there, and the thing was still beneath, and her body had decided before her mind had agreed, and her mind agreed only afterward. She turned from the rail. Her back was to the water. She did not look over her shoulder. She walked back into the chart room.</w:t>
      </w:r>
    </w:p>
    <w:p>
      <w:pPr>
        <w:spacing w:line="360" w:lineRule="auto" w:after="0"/>
        <w:ind w:firstLine="283"/>
      </w:pPr>
      <w:r>
        <w:t>The thing below had no page, and she was a keeper of pages.</w:t>
      </w:r>
    </w:p>
    <w:p>
      <w:pPr>
        <w:spacing w:line="360" w:lineRule="auto" w:after="0"/>
        <w:ind w:firstLine="283"/>
      </w:pPr>
      <w:r>
        <w:t>Skerry took up the pen. She did not look at the water. She did not go back to the rail. The thing passed beneath the chart ship’s hull, and the chart ship rode the passing, and Skerry did not look. Her eyes stayed on the page. The pen went where her eyes went. She marked the landwater’s first line. She marked the soundings and the color and the birds’ opinions and the smell. She marked the thing’s passing in the keepers’ marks, small, at the page’s foot: the crowded water crossed under the fleet, south and east, walking. Not followed. Not charted. Not named.</w:t>
      </w:r>
    </w:p>
    <w:p>
      <w:pPr>
        <w:spacing w:line="360" w:lineRule="auto" w:after="0"/>
        <w:ind w:firstLine="283"/>
      </w:pPr>
      <w:r>
        <w:t>The thing passed. The chart ship’s hull settled. The half-second lag went out of the hull the way a held breath goes out of the lungs. The fleet’s people stayed at the rails a while longer, looking down, and then, in ones and twos, they went below, and the rails emptied, and the water went on being the water, and the thing was gone.</w:t>
      </w:r>
    </w:p>
    <w:p>
      <w:pPr>
        <w:spacing w:line="360" w:lineRule="auto" w:after="0"/>
        <w:ind w:firstLine="283"/>
      </w:pPr>
      <w:r>
        <w:t>The fleet turned south.</w:t>
      </w:r>
    </w:p>
    <w:p>
      <w:pPr>
        <w:spacing w:line="360" w:lineRule="auto" w:after="0"/>
        <w:ind w:firstLine="283"/>
      </w:pPr>
      <w:r>
        <w:t>The turning was made in the fleet’s way — no trumpet, no meeting; the provisional page redrawn at the morning’s keeping with the new facts in the level hand: the rising floor, the landwater’s colors, the birds’ opinions, the coast’s heartbeat swell, the smell, the thing’s crossing logged and not-named — and the page’s two souths, which had ridden side by side for weeks, converged at last into one line, one south, the line running down the landwater’s middle toward the birds’ own half-day promise, and the fleet stood south on the one line, hull by hull, each in her own moment, the canvas set wing-and-wing on a following air that the coast’s own heat was drawing, and the fleet went south at five knots, the fastest the fleet had gone in the whole voyage, and the land came up.</w:t>
      </w:r>
    </w:p>
    <w:p>
      <w:pPr>
        <w:spacing w:line="360" w:lineRule="auto" w:after="0"/>
        <w:ind w:firstLine="283"/>
      </w:pPr>
      <w:r>
        <w:t>It came up at the noon. A smudge, then a line, then a coast: low land, dark with the distance, with a headland on its southern end standing up in the haze, and a river’s brown reach fanning out into the green water before it, and smoke — smoke, thin, in two places, rising from the land’s low line, the first human smoke the fleet had seen since the northern ports, and the smoke was the answer to the whole voyage’s last question, the question the fleet had carried under everything: is there anyone there? And the smoke said: yes.</w:t>
      </w:r>
    </w:p>
    <w:p>
      <w:pPr>
        <w:spacing w:line="360" w:lineRule="auto" w:after="0"/>
        <w:ind w:firstLine="283"/>
      </w:pPr>
      <w:r>
        <w:t>The fleet hove to at the landwater’s edge, and the fleet’s council went in to the coast in the boats — Trine and Skerry and Mew, and Rook in the bow, because the reading of a strange coast was the nearest-hands work — and the boats ran the green water to the river’s mouth, and the mouth was barred, and the boats went in over the bar at the tide’s top, brown and slow and sweet-smelling, and the banks were green with reeds, and the land stood on either side of the boats, solid, flat, real. The men and women of the fleet’s council put their hands on the reeds as the boats went by, and the reeds were real, and the land was land, and the land was there.</w:t>
      </w:r>
    </w:p>
    <w:p>
      <w:pPr>
        <w:spacing w:line="360" w:lineRule="auto" w:after="0"/>
        <w:ind w:firstLine="283"/>
      </w:pPr>
      <w:r>
        <w:t>The people were there. The smoke was their smoke, and the people were a fishing people, brown-skinned, river-mouth people, netters and weir-builders, and their language was no language the fleet had, and the fleet’s language was no language they had.</w:t>
      </w:r>
    </w:p>
    <w:p>
      <w:pPr>
        <w:spacing w:line="360" w:lineRule="auto" w:after="0"/>
        <w:ind w:firstLine="283"/>
      </w:pPr>
      <w:r>
        <w:t>The meeting was made in the coast’s old ways — fish shown, fish given, the salt traded, the signs of water and wood and fire — and the meeting’s first hour made the fleet’s whole understanding plain in the only words that mattered: the river, yes; the weir, yes; the water, yes; the fire, yes; the fleet, the sea, the boats, the coming-from-the-north, the grey sails, the two hundred and ninety.</w:t>
      </w:r>
    </w:p>
    <w:p>
      <w:pPr>
        <w:spacing w:line="360" w:lineRule="auto" w:after="0"/>
        <w:ind w:firstLine="283"/>
      </w:pPr>
      <w:r>
        <w:t>The river people looked at the grey sails out on the landwater, and looked at the council, and gave the coast’s first gift, the gift every coast’s people had given every stranger since the world was young: they pointed south, along their coast, and made the sign of walking, and made the sign of many, and made the sign of a crack — two hands, held flat together, and moved apart.</w:t>
      </w:r>
    </w:p>
    <w:p>
      <w:pPr>
        <w:spacing w:line="360" w:lineRule="auto" w:after="0"/>
        <w:ind w:firstLine="283"/>
      </w:pPr>
      <w:r>
        <w:t>The fleet’s council looked at the two hands moving apart, and the hands were the fleet’s first word of the south land’s own wound, and the word was old, and the river people did not know the word’s whole history, and the fleet did not know the word’s whole history, and the word was the Crack, and the Crack was south, along the coast, and the coast was the fleet’s way, and the fleet went back out over the bar at the tide’s turn with the land in their eyes and the two hands’ gesture in their sternums.</w:t>
      </w:r>
    </w:p>
    <w:p>
      <w:pPr>
        <w:spacing w:line="360" w:lineRule="auto" w:after="0"/>
        <w:ind w:firstLine="283"/>
      </w:pPr>
      <w:r>
        <w:t>The fleet lay in the landwater that night, hull to hull, boats going between, and the talk between the hulls was the talk of arrivals: the weir-people, the fish-trade, the water, the coast, the south, the smoke, the two hands moving apart. The Tern was not found. The Tern’s Brannen-hand record had said the Crack is south of the river, and the river was here, and the Crack was south, and the Tern had gone south, and the Tern was not here.</w:t>
      </w:r>
    </w:p>
    <w:p>
      <w:pPr>
        <w:spacing w:line="360" w:lineRule="auto" w:after="0"/>
        <w:ind w:firstLine="283"/>
      </w:pPr>
      <w:r>
        <w:t>At the rail of the chart ship, in the channel of the landwater’s dusk, the fleet’s children were at the rails, looking at the land, and the fleet’s old ones were at the rails, looking at the land. The children were the future at the rails; the old ones were the past at the rails. The fleet held both — the water and the land — in its two hands.</w:t>
      </w:r>
    </w:p>
    <w:p>
      <w:pPr>
        <w:spacing w:line="360" w:lineRule="auto" w:after="0"/>
        <w:ind w:firstLine="283"/>
      </w:pPr>
      <w:r>
        <w:t>And below the landwater, far out east, seaward, going south along the coast’s drowned edge at its walking pace, the enormous thing went on — felt, uncharted, unnamed — the fleet’s oldest feeling pacing the fleet’s newest land, and the fleet did not follow it, and the fleet did not know what it was, and the fleet’s marks took the whole day in the morning’s boat, and the entry was in Skerry’s level hand:</w:t>
      </w:r>
    </w:p>
    <w:p>
      <w:pPr>
        <w:spacing w:line="360" w:lineRule="auto" w:after="0"/>
        <w:ind w:firstLine="283"/>
      </w:pPr>
      <w:r>
        <w:t>Land at the noon. River mouth, bar, weir-people, trade made. Coast runs south. South land’s wound south along the coast: the Crack’s reach, hear-say, held. The crowded water went east along the drowned land, walking south. Not followed. Not charted.</w:t>
      </w:r>
    </w:p>
    <w:p>
      <w:pPr>
        <w:ind w:firstLine="0"/>
        <w:jc w:val="center"/>
      </w:pPr>
      <w:r>
        <w:rPr>
          <w:color w:val="AAAAAA"/>
        </w:rPr>
        <w:t>❖</w:t>
      </w:r>
    </w:p>
    <w:p>
      <w:pPr>
        <w:spacing w:before="360" w:after="240"/>
        <w:ind w:firstLine="0"/>
        <w:jc w:val="center"/>
      </w:pPr>
      <w:r>
        <w:rPr>
          <w:b/>
          <w:i/>
          <w:color w:val="333333"/>
          <w:sz w:val="26"/>
        </w:rPr>
        <w:t>Step — The Count is Fewer (Nima)</w:t>
      </w:r>
    </w:p>
    <w:p>
      <w:pPr>
        <w:spacing w:line="360" w:lineRule="auto" w:after="0"/>
        <w:ind w:firstLine="283"/>
      </w:pPr>
      <w:r>
        <w:t>· salt ·</w:t>
      </w:r>
    </w:p>
    <w:p>
      <w:pPr>
        <w:spacing w:line="360" w:lineRule="auto" w:after="0"/>
        <w:ind w:firstLine="283"/>
      </w:pPr>
      <w:r>
        <w:t>The count was fewer, and the fewer was the work, and the work was the slate, and the slate was the line that was the mother, and the mother was small, and the small was the not-vanishing.</w:t>
      </w:r>
    </w:p>
    <w:p>
      <w:pPr>
        <w:spacing w:line="360" w:lineRule="auto" w:after="0"/>
        <w:ind w:firstLine="283"/>
      </w:pPr>
      <w:r>
        <w:t>Nima counted the exits. She did it the way she had always done it, the way she had been taught at fifteen in the passages under the East Annex — the hold ladders, the side ladders, the gangways rigged ship-to-ship when the fleet lay in company, the bow head, the rail itself, the rail being the exit of the wrong kind. The count was the habit. The habit kept her, or she kept it; she had stopped being able to tell.</w:t>
      </w:r>
    </w:p>
    <w:p>
      <w:pPr>
        <w:spacing w:line="360" w:lineRule="auto" w:after="0"/>
        <w:ind w:firstLine="283"/>
      </w:pPr>
      <w:r>
        <w:t>The count was fewer. The heavy ship was gone, and her exits with her. Three names gone with her — Andrey, Jory, Nace. And Ferrin: Ferrin was not aboard, and Ferrin's absence was an exit the fleet had lost without the asking, the way a person loses a thing they did not know they were carrying, and the losing is the not-knowing, and the not-knowing is the work.</w:t>
      </w:r>
    </w:p>
    <w:p>
      <w:pPr>
        <w:spacing w:line="360" w:lineRule="auto" w:after="0"/>
        <w:ind w:firstLine="283"/>
      </w:pPr>
      <w:r>
        <w:t>The slate was in the pack. The pack was at her feet. The slate was wrapped in the cloth she had sewn herself, the double stitch. The chalk stub was the color of old cream. The slate was the line that was the mother. The line was small. The line was the not-vanishing. The slate was Nima's whole country.</w:t>
      </w:r>
    </w:p>
    <w:p>
      <w:pPr>
        <w:spacing w:line="360" w:lineRule="auto" w:after="0"/>
        <w:ind w:firstLine="283"/>
      </w:pPr>
      <w:r>
        <w:t>Nima took the slate out. She unwrapped the cloth. The slate was the slate. The line was the line. The mother was the mother. The small was the small. The not-vanishing was the not-vanishing. The slate held the line, and the line held the mother, and the mother held the small, and the small held the not-vanishing, and the not-vanishing held.</w:t>
      </w:r>
    </w:p>
    <w:p>
      <w:pPr>
        <w:spacing w:line="360" w:lineRule="auto" w:after="0"/>
        <w:ind w:firstLine="283"/>
      </w:pPr>
      <w:r>
        <w:t>The count was fewer. The count had been more. The count had been the count at the harbor — the city's exits, the passages' exits, the East Annex's exits, the West Quarter's exits, the gates, the grilles, the doors, the windows. The count had been the count at fifteen — the hold ladders, the side ladders, the bow head, the rail. The count had been the count at the second week of the Deep — the same count, the same exits, the same habit. The count had been the count at the heavy ship's going-down — the count was fewer.</w:t>
      </w:r>
    </w:p>
    <w:p>
      <w:pPr>
        <w:spacing w:line="360" w:lineRule="auto" w:after="0"/>
        <w:ind w:firstLine="283"/>
      </w:pPr>
      <w:r>
        <w:t>The fewer was the work. The work was the carrying of the fewer. The carrying was the slate. The slate was the line that was the mother. The mother was small. The small was the not-vanishing. The not-vanishing was the fewer's whole honest word about itself: I am the fewer, and the fewer is the gone, and the gone is the count's, and the count is the work, and the work is the not-vanishing.</w:t>
      </w:r>
    </w:p>
    <w:p>
      <w:pPr>
        <w:spacing w:line="360" w:lineRule="auto" w:after="0"/>
        <w:ind w:firstLine="283"/>
      </w:pPr>
      <w:r>
        <w:t>Nima did not write the gone. The gone was not for the slate. The gone was for the sternum. The sternum was the place behind the count, the place where the shapes lived, the place where the dead were carried. The gone went to the sternum. The gone did not go to the slate. The slate held the line. The line held the mother. The mother held the small. The small held the not-vanishing. The not-vanishing held.</w:t>
      </w:r>
    </w:p>
    <w:p>
      <w:pPr>
        <w:spacing w:line="360" w:lineRule="auto" w:after="0"/>
        <w:ind w:firstLine="283"/>
      </w:pPr>
      <w:r>
        <w:t>The gone was three names. Andrey, Jory, Nace. The three names were in the marks. The three names were Skerry's. The three names were the chart's. The three names were the chart's whole honest word about the gone. The three names were not Nima's. The three names were not the slate's. The three names were the gone's whole honest word about itself: I am gone, and the gone is the marks', and the marks are the chart's, and the chart is the work, and the work is the not-vanishing.</w:t>
      </w:r>
    </w:p>
    <w:p>
      <w:pPr>
        <w:spacing w:line="360" w:lineRule="auto" w:after="0"/>
        <w:ind w:firstLine="283"/>
      </w:pPr>
      <w:r>
        <w:t>Nima did not write Ferrin. Ferrin was not gone. Ferrin was not aboard. The not-aboard was not the gone. The not-aboard was the not-here. The not-here was the not-gone's whole honest word about itself: I am not here, and the not-here is not the gone, and the not-gone is the work, and the work is the carrying of the not-here without the resolving of the not-here. Ferrin was the not-here. Ferrin was the not-resolved.</w:t>
      </w:r>
    </w:p>
    <w:p>
      <w:pPr>
        <w:spacing w:line="360" w:lineRule="auto" w:after="0"/>
        <w:ind w:firstLine="283"/>
      </w:pPr>
      <w:r>
        <w:t>Nima wrote the new number on the slate. She wrote it small, in the chalk, the level hand, beside the line that was the mother. She wrote nothing else. She did not write the gone. She did not write Ferrin. She did not write the heavy ship. She did not write the ridges. She did not write the three names. She wrote the new number.</w:t>
      </w:r>
    </w:p>
    <w:p>
      <w:pPr>
        <w:spacing w:line="360" w:lineRule="auto" w:after="0"/>
        <w:ind w:firstLine="283"/>
      </w:pPr>
      <w:r>
        <w:t>The new number was fewer. The new number was the count's whole honest word about itself: I am fewer, and the fewer is the work, and the work is the slate's, and the slate is the line's, and the line is the mother's, and the mother is the small's, and the small is the not-vanishing's, and the not-vanishing is the count's whole honest word about itself.</w:t>
      </w:r>
    </w:p>
    <w:p>
      <w:pPr>
        <w:spacing w:line="360" w:lineRule="auto" w:after="0"/>
        <w:ind w:firstLine="283"/>
      </w:pPr>
      <w:r>
        <w:t>The new number was small. The new number was the size of the line that was the mother. The new number was the size of the chalk stub, the color of old cream. The new number was the size of the slate's whole honest word about itself. The new number was small. The new number was the not-vanishing's whole honest word about itself: I am small, and the small is the fewer, and the fewer is the count's, and the count is the work, and the work is the not-vanishing.</w:t>
      </w:r>
    </w:p>
    <w:p>
      <w:pPr>
        <w:spacing w:line="360" w:lineRule="auto" w:after="0"/>
        <w:ind w:firstLine="283"/>
      </w:pPr>
      <w:r>
        <w:t>Nima wrapped the slate back in the cloth. The cloth was the cloth she had sewn herself, the double stitch. The double stitch held the slate. The slate held the line. The line held the mother. The mother held the small. The small held the not-vanishing. The not-vanishing held.</w:t>
      </w:r>
    </w:p>
    <w:p>
      <w:pPr>
        <w:spacing w:line="360" w:lineRule="auto" w:after="0"/>
        <w:ind w:firstLine="283"/>
      </w:pPr>
      <w:r>
        <w:t>Nima put the slate in the pack. The pack was the weight it had always been. The weight was the count. The count was the fewer. The fewer was the work. The work was the carrying. The carrying was the not-vanishing. The not-vanishing was the weight.</w:t>
      </w:r>
    </w:p>
    <w:p>
      <w:pPr>
        <w:spacing w:line="360" w:lineRule="auto" w:after="0"/>
        <w:ind w:firstLine="283"/>
      </w:pPr>
      <w:r>
        <w:t>Nima picked the pack up. The pack was at her feet. The pack was at her hip. The pack was the weight. The weight was the work. The work was the not-vanishing. The not-vanishing was the count's whole honest word about itself: I am fewer, and the fewer is the work, and the work is the carrying, and the carrying is the not-vanishing, and the not-vanishing is the count.</w:t>
      </w:r>
    </w:p>
    <w:p>
      <w:pPr>
        <w:spacing w:line="360" w:lineRule="auto" w:after="0"/>
        <w:ind w:firstLine="283"/>
      </w:pPr>
      <w:r>
        <w:t>The fleet went south. The count was fewer. The fewer was carried. The gone was carried. The not-here was carried. The three names were carried. Ferrin was carried. The heavy ship was carried. The ridges were carried. The fleet carried everything south, without the resolving, without the telling, the carrying the only honest work.</w:t>
      </w:r>
    </w:p>
    <w:p>
      <w:pPr>
        <w:spacing w:line="360" w:lineRule="auto" w:after="0"/>
        <w:ind w:firstLine="283"/>
      </w:pPr>
      <w:r>
        <w:t>The count went in Nima's head — exits, lights, bowls, gone, not-here, fewer — the way the slate went in the pack, carried, not held. The count was fewer. The fewer was the work. The work went on.</w:t>
      </w:r>
    </w:p>
    <w:p>
      <w:pPr>
        <w:spacing w:line="360" w:lineRule="auto" w:after="0"/>
        <w:ind w:firstLine="283"/>
      </w:pPr>
      <w:r>
        <w:t>The morning came. The count was fewer. The noon came. The count was fewer. The evening came. The count was fewer. The night came. The count was fewer. The fewer went on. The work went on. The count went on. The slate went on, in the pack, at the hip, on the chart ship, in the fleet, on the sea. The count went on. The fewer went on. The not-vanishing went on.</w:t>
      </w:r>
    </w:p>
    <w:p>
      <w:pPr>
        <w:spacing w:line="360" w:lineRule="auto" w:after="0"/>
        <w:ind w:firstLine="283"/>
      </w:pPr>
      <w:r>
        <w:t>The fleet went south. The count went south. The fewer went south. The not-vanishing went south. The slate went south. The line went south. The mother went south. The small went south. The not-vanishing went south. The work went on. The fleet went south.</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Chapter 15 — Seaward Edge</w:t>
      </w:r>
    </w:p>
    <w:p>
      <w:pPr>
        <w:spacing w:line="360" w:lineRule="auto" w:after="0"/>
        <w:ind w:firstLine="283"/>
      </w:pPr>
      <w:r>
        <w:t>· salt ·</w:t>
      </w:r>
    </w:p>
    <w:p>
      <w:pPr>
        <w:spacing w:line="360" w:lineRule="auto" w:after="0"/>
        <w:ind w:firstLine="283"/>
      </w:pPr>
      <w:r>
        <w:t>The fleet sailed the new coast south for six days, and on the sixth day the soundings found the Crack’s seaward edge.</w:t>
      </w:r>
    </w:p>
    <w:p>
      <w:pPr>
        <w:spacing w:line="360" w:lineRule="auto" w:after="0"/>
        <w:ind w:firstLine="283"/>
      </w:pPr>
      <w:r>
        <w:t>The coast ran low and green, river-mouth to river-mouth, weir-people to weir-people, the land’s smokes standing up thin and honest along the mornings, and the fleet sailed it in the landwater’s green at its careful five knots, the leads going ahead, the provisional page redrawn every keeping with the coast’s honest line — and on the sixth day, at the noon, the leads stopped agreeing with the world.</w:t>
      </w:r>
    </w:p>
    <w:p>
      <w:pPr>
        <w:spacing w:line="360" w:lineRule="auto" w:after="0"/>
        <w:ind w:firstLine="283"/>
      </w:pPr>
      <w:r>
        <w:t>Forty-one fathoms, the starboard lead. Forty-one, the port. Then the starboard: thirty-eight. The port: no bottom. The boats cast again, closer together, a cable apart: forty-one, and no bottom. The fleet hove to over the seam, and the seam ran — the leads walked it, boat by boat, an hour’s work — and the seam ran north and south along the coast’s line, straight as a ruled line, a half-mile wide, and inside it the lead found nothing: not the honest dark, not the great depth of the Deep’s middle, but no bottom — the sounding-line run out to its last knot, the lead’s weight gone into the water and the water giving no answer back. The sea floor’s own answer withheld. The withheld was not depth. The withheld was an absence. The seam in the world’s floor was not deep. It was gone.</w:t>
      </w:r>
    </w:p>
    <w:p>
      <w:pPr>
        <w:spacing w:line="360" w:lineRule="auto" w:after="0"/>
        <w:ind w:firstLine="283"/>
      </w:pPr>
      <w:r>
        <w:t>The Crack. The south land’s wound, come out of the land and into the sea: the two hands moving apart, made real — the ruled line in the soundings, the half-mile of no-bottom running along the drowned edge of a continent, and the people stood at the rails over the seam and looked down into the water over it, and the water was the water — green, ordinary, the landwater’s color, the swell’s heartbeat running unchanged across its face — and under the water’s face the world was open, and the opening had no floor.</w:t>
      </w:r>
    </w:p>
    <w:p>
      <w:pPr>
        <w:spacing w:line="360" w:lineRule="auto" w:after="0"/>
        <w:ind w:firstLine="283"/>
      </w:pPr>
      <w:r>
        <w:t>Mira charted it, and the charting was her work.</w:t>
      </w:r>
    </w:p>
    <w:p>
      <w:pPr>
        <w:spacing w:line="360" w:lineRule="auto" w:after="0"/>
        <w:ind w:firstLine="283"/>
      </w:pPr>
      <w:r>
        <w:t>She drew it on the provisional page in the level hand: the coast’s line, honest, green-water true; and beside the coast’s line, at the half-mile’s distance, the seam — and the seam was the one thing in the whole voyage she drew as it was, with no ticks, no crosses, no confidence and no doubt, no heard-and-held, no source in the marks: a single stroke, ruled straight, the chart’s own honesty reduced to the line and the space beside it, and beside the line, in the level hand, in the fleet’s plain language, the entry that every keeper on every hull would read at the morning’s keeping and that no keeper would ever resolve:</w:t>
      </w:r>
    </w:p>
    <w:p>
      <w:pPr>
        <w:spacing w:line="360" w:lineRule="auto" w:after="0"/>
        <w:ind w:firstLine="283"/>
      </w:pPr>
      <w:r>
        <w:t>The Crack’s seaward edge. The floor ends. No bottom. The line runs north and south. The fleet sails between the coast and the edge. The water is ordinary. The world is not.</w:t>
      </w:r>
    </w:p>
    <w:p>
      <w:pPr>
        <w:spacing w:line="360" w:lineRule="auto" w:after="0"/>
        <w:ind w:firstLine="283"/>
      </w:pPr>
      <w:r>
        <w:t>The fleet turned south into the channel.</w:t>
      </w:r>
    </w:p>
    <w:p>
      <w:pPr>
        <w:spacing w:line="360" w:lineRule="auto" w:after="0"/>
        <w:ind w:firstLine="283"/>
      </w:pPr>
      <w:r>
        <w:t>The channel was the water between: the coast’s green landwater on the one hand, the ruled seam’s no-bottom on the other, the half-league of world’s floor that remained between the land and the opening. The fleet sailed it at the careful pace with the leads going ahead and the compact’s turning month in its first turning, and the channel was the fleet’s way now — south, the river people’s gesture, the two hands’ wound, the Crack’s reach along the coast.</w:t>
      </w:r>
    </w:p>
    <w:p>
      <w:pPr>
        <w:spacing w:line="360" w:lineRule="auto" w:after="0"/>
        <w:ind w:firstLine="283"/>
      </w:pPr>
      <w:r>
        <w:t>The fleet’s whole remaining south was the channel, and the channel was narrow, and the channel was new, and the channel was on no grandmother’s chart and no trader’s lane and no fleet’s mark, because the channel had not existed when the grandmothers had drawn their road: the road’s ending had been land, from this water, sometime — and the land had come, and the land’s coast had a wound in its floor, and the wound had cut the road’s own last league.</w:t>
      </w:r>
    </w:p>
    <w:p>
      <w:pPr>
        <w:spacing w:line="360" w:lineRule="auto" w:after="0"/>
        <w:ind w:firstLine="283"/>
      </w:pPr>
      <w:r>
        <w:t>The fleet had come south for land, and the land was here, and the land was cut, and the cut ran south with them, pacing them, the seam’s no-bottom on the fleet’s port hand for league after league. The fleet’s people stood at the port rails in the evenings and looked at the ordinary green water over the world’s opening and did not say anything, because the water was ordinary, and the world was not.</w:t>
      </w:r>
    </w:p>
    <w:p>
      <w:pPr>
        <w:spacing w:line="360" w:lineRule="auto" w:after="0"/>
        <w:ind w:firstLine="283"/>
      </w:pPr>
      <w:r>
        <w:t>The fleet’s oldest held council at the rail of the chart ship on the sixth evening, Orra and Trine and Skerry and Mira and Rook and Nessa and Nima, the fleet’s whole remaining spine at one rail in the channel’s dusk, and the council was short, because the council’s question had been the voyage’s question all along, turned one last time by the coast’s own geography: where now. And the answer was south. South along the channel, between the land and the edge; south with the leads going ahead; south with the compact and the pot and the provisional page, reviewed at every keeping; south because the river people’s two hands had pointed south, and the grey walkers the river people had signed — many, walking, south, along the coast — the Grey Pilgrims, the coast’s own road-people, were south, and the fleet’s south and the walkers’ south were the same south now. The council’s answer was the small breath, and the yes was provisional, and the yes had no relief in it, and the yes was the fleet’s own.</w:t>
      </w:r>
    </w:p>
    <w:p>
      <w:pPr>
        <w:spacing w:line="360" w:lineRule="auto" w:after="0"/>
        <w:ind w:firstLine="283"/>
      </w:pPr>
      <w:r>
        <w:t>Mira made the final page that night.</w:t>
      </w:r>
    </w:p>
    <w:p>
      <w:pPr>
        <w:spacing w:line="360" w:lineRule="auto" w:after="0"/>
        <w:ind w:firstLine="283"/>
      </w:pPr>
      <w:r>
        <w:t>South. The channel holds. The fleet holds. Provisional.</w:t>
      </w:r>
    </w:p>
    <w:p>
      <w:pPr>
        <w:spacing w:line="360" w:lineRule="auto" w:after="0"/>
        <w:ind w:firstLine="283"/>
      </w:pPr>
      <w:r>
        <w:t>South. The channel holds. The fleet holds. Provisional. The rest is the work.</w:t>
      </w:r>
    </w:p>
    <w:p>
      <w:pPr>
        <w:spacing w:line="360" w:lineRule="auto" w:after="0"/>
        <w:ind w:firstLine="283"/>
      </w:pPr>
      <w:r>
        <w:t>The forward order went out over the water at the first light, hull to hull, in plain words, without the trumpet, without triumph: make sail, south, the leads ahead. And the fleet made sail, and the channel took them, and the coast ran green on the one hand and the edge ran open on the other.</w:t>
      </w:r>
    </w:p>
    <w:p>
      <w:pPr>
        <w:spacing w:line="360" w:lineRule="auto" w:after="0"/>
        <w:ind w:firstLine="283"/>
      </w:pPr>
      <w:r>
        <w:t>Nima was at the chart ship’s rail when the fleet made sail. The slate was in her pack, the pack at her feet, the chalk stub wrapped in its cloth, the color of old cream. She took the slate out. She unwrapped the cloth. The line was on the slate — the mother, the small, the not-vanishing — and she did not look at the line. She turned the slate to the blank side, the side she used for the count.</w:t>
      </w:r>
    </w:p>
    <w:p>
      <w:pPr>
        <w:spacing w:line="360" w:lineRule="auto" w:after="0"/>
        <w:ind w:firstLine="283"/>
      </w:pPr>
      <w:r>
        <w:t>She counted the exits. She did it the way she had always done it, the way she had been taught at fifteen in the passages under the East Annex — the hold ladders, the side ladders, the gangways rigged or not, the boats at the davits, the sea on every side. The count was the habit. The count came, at the end of the morning, to a number, and the number was fewer than it had been at the last keeping.</w:t>
      </w:r>
    </w:p>
    <w:p>
      <w:pPr>
        <w:spacing w:line="360" w:lineRule="auto" w:after="0"/>
        <w:ind w:firstLine="283"/>
      </w:pPr>
      <w:r>
        <w:t>Fewer. The heavy ship was gone, and her exits with her. Three names gone with her — Andrey, Jory, Nace. And Ferrin: Ferrin was not aboard, and Ferrin’s absence was an exit the fleet had lost without the losing being marked.</w:t>
      </w:r>
    </w:p>
    <w:p>
      <w:pPr>
        <w:spacing w:line="360" w:lineRule="auto" w:after="0"/>
        <w:ind w:firstLine="283"/>
      </w:pPr>
      <w:r>
        <w:t>Nima wrote the new number on the slate. She wrote it small, in the chalk, the level hand, beside the line that was the mother. She wrote nothing else. She did not write the gone. She did not write Ferrin’s name. She wrote the number, and the number was the count of the exits the fleet had, and the number was true.</w:t>
      </w:r>
    </w:p>
    <w:p>
      <w:pPr>
        <w:spacing w:line="360" w:lineRule="auto" w:after="0"/>
        <w:ind w:firstLine="283"/>
      </w:pPr>
      <w:r>
        <w:t>She wrapped the slate back in the cloth. She put the slate in the pack. She picked the pack up, and the pack was the weight it had always been.</w:t>
      </w:r>
    </w:p>
    <w:p>
      <w:pPr>
        <w:spacing w:line="360" w:lineRule="auto" w:after="0"/>
        <w:ind w:firstLine="283"/>
      </w:pPr>
      <w:r>
        <w:t>Rook was at the foredeck when the fleet made sail. The splice was in his pack. The splice was Breck’s, and Breck’s was the long splice, the invisible join. The splice had been in his pack when the heavy ship went down, and the splice had been in his hands, and the splice had been set down on the chart ship’s foredeck, and the splice had been picked up and held again. He held the splice in his hands one last time. The splice was the road not taken. He put it back in the pack. The pack was the weight it had always been.</w:t>
      </w:r>
    </w:p>
    <w:p>
      <w:pPr>
        <w:spacing w:line="360" w:lineRule="auto" w:after="0"/>
        <w:ind w:firstLine="283"/>
      </w:pPr>
      <w:r>
        <w:t>The fleet went south.</w:t>
      </w:r>
    </w:p>
    <w:p>
      <w:pPr>
        <w:ind w:firstLine="0"/>
        <w:jc w:val="center"/>
      </w:pPr>
      <w:r>
        <w:rPr>
          <w:color w:val="AAAAAA"/>
        </w:rPr>
        <w:t>❖</w:t>
      </w:r>
    </w:p>
    <w:p>
      <w:pPr>
        <w:spacing w:before="360" w:after="240"/>
        <w:ind w:firstLine="0"/>
        <w:jc w:val="center"/>
      </w:pPr>
      <w:r>
        <w:rPr>
          <w:b/>
          <w:i/>
          <w:color w:val="333333"/>
          <w:sz w:val="26"/>
        </w:rPr>
        <w:t>Step — The Currents (the fleet)</w:t>
      </w:r>
    </w:p>
    <w:p>
      <w:pPr>
        <w:spacing w:line="360" w:lineRule="auto" w:after="0"/>
        <w:ind w:firstLine="283"/>
      </w:pPr>
      <w:r>
        <w:t>· salt ·</w:t>
      </w:r>
    </w:p>
    <w:p>
      <w:pPr>
        <w:spacing w:line="360" w:lineRule="auto" w:after="0"/>
        <w:ind w:firstLine="283"/>
      </w:pPr>
      <w:r>
        <w:t>The currents came up in the channel's first night, and the currents were the channel's whole honest word about itself, and the word was the taking-apart, and the taking-apart was the work.</w:t>
      </w:r>
    </w:p>
    <w:p>
      <w:pPr>
        <w:spacing w:line="360" w:lineRule="auto" w:after="0"/>
        <w:ind w:firstLine="283"/>
      </w:pPr>
      <w:r>
        <w:t>The channel was the water between. The channel was the coast's green landwater on the one hand, the ruled seam's no-bottom on the other, the half-league of world's floor that remained between the land and the opening. The channel was narrow. The channel was new. The channel was on no grandmother's chart and no trader's lane and no fleet's mark, because no hull had been this way before and the channel had been made by the Crack, and the Crack was new, and the new was the channel's.</w:t>
      </w:r>
    </w:p>
    <w:p>
      <w:pPr>
        <w:spacing w:line="360" w:lineRule="auto" w:after="0"/>
        <w:ind w:firstLine="283"/>
      </w:pPr>
      <w:r>
        <w:t>The currents came up at the second hour of the first watch. The currents were not the wind. The wind was the wind. The wind came from the south-west. The wind was wet. The wind pushed the fleet south. The currents were not the wind. The currents were below. The currents were the water's own moving, the water's own going, the water's own honest word about the channel: I am the channel, and I am moving, and the moving is mine, and the moving does not agree with the wind, and the not-agreeing is the channel's.</w:t>
      </w:r>
    </w:p>
    <w:p>
      <w:pPr>
        <w:spacing w:line="360" w:lineRule="auto" w:after="0"/>
        <w:ind w:firstLine="283"/>
      </w:pPr>
      <w:r>
        <w:t>The fleet's hulls felt the currents the way a floor feels a body. The fleet's hulls rode the currents. The fleet's masts described slow wrong circles against the clean blue sky. The fleet's people stood at the rails. The standing was the watching. The watching was the feeling. The feeling was the way the fleet's people knew the currents were there.</w:t>
      </w:r>
    </w:p>
    <w:p>
      <w:pPr>
        <w:spacing w:line="360" w:lineRule="auto" w:after="0"/>
        <w:ind w:firstLine="283"/>
      </w:pPr>
      <w:r>
        <w:t>The grey ship felt the currents. The grey ship was astern. The grey ship was at the tow-line. The tow-line was the line between the fleet and the grey ship. The currents took the grey ship east. The wind took the fleet south. The tow-line held both. The tow-line was the line of the disagreement. The disagreement was the currents' whole honest word about itself: I am the currents, and I am the east, and the east is the grey ship's, and the grey ship is the currents', and the currents do not agree with the wind, and the not-agreeing is the currents' whole honest work.</w:t>
      </w:r>
    </w:p>
    <w:p>
      <w:pPr>
        <w:spacing w:line="360" w:lineRule="auto" w:after="0"/>
        <w:ind w:firstLine="283"/>
      </w:pPr>
      <w:r>
        <w:t>Meret was at the wheel. The wheel said east. The currents said east. The wheel and the currents agreed. The agreement was the first agreement the wheel had had with anything since the grey ship had been towed. The agreement was Rafiki-extreme's whole honest word about itself: I am the east, and the east is the currents', and the currents are the east's, and the east is the question's, and the question is: are they still alive?</w:t>
      </w:r>
    </w:p>
    <w:p>
      <w:pPr>
        <w:spacing w:line="360" w:lineRule="auto" w:after="0"/>
        <w:ind w:firstLine="283"/>
      </w:pPr>
      <w:r>
        <w:t>The tow-line chafed. The chafing was the line's own honesty — the line was chafing because the grey ship was heavy, and the grey ship was heavy because she was old, and the old was heavier than the new, the way a thing that has been held for years is heavier than a thing that has just been taken up. The chafing was the tow-line's whole honest word about itself: I am the line, and I am the disagreement, and the disagreement is the currents and the wind, and the currents and the wind are not the same, and the not-same is the chafing, and the chafing is the work.</w:t>
      </w:r>
    </w:p>
    <w:p>
      <w:pPr>
        <w:spacing w:line="360" w:lineRule="auto" w:after="0"/>
        <w:ind w:firstLine="283"/>
      </w:pPr>
      <w:r>
        <w:t>The grey ship's rafts were lashed on the deck. The rafts were the grey ship's whole honest word about the storm: the storm is coming, and the storm is the currents' other hand, and the rafts are the storm's whole honest word about the grey ship: the grey ship will not hold, and the not-holding is the rafts', and the rafts are the storm's. The rafts were lashed. The rafts were ready. The rafts had been ready for years. The rafts were Rafiki-extreme's whole honest word about itself: I am the east, and the east is the storm's, and the storm is the rafts', and the rafts are the east's.</w:t>
      </w:r>
    </w:p>
    <w:p>
      <w:pPr>
        <w:spacing w:line="360" w:lineRule="auto" w:after="0"/>
        <w:ind w:firstLine="283"/>
      </w:pPr>
      <w:r>
        <w:t>The fleet did not see the rafts. The fleet saw the grey ship. The fleet saw the tow-line. The fleet saw the currents. The fleet saw the wind. The fleet saw the storm's edge. The fleet did not see the rafts. The rafts were the grey ship's whole honest word about the storm, and the storm was the grey ship's whole honest word about the rafts, and the two were the same, and the same was the grey ship's, and the grey ship was the fleet's tow.</w:t>
      </w:r>
    </w:p>
    <w:p>
      <w:pPr>
        <w:spacing w:line="360" w:lineRule="auto" w:after="0"/>
        <w:ind w:firstLine="283"/>
      </w:pPr>
      <w:r>
        <w:t>The storm approached. The storm was at the east. The east was the question's whole country. The east was the eyeglass's whole bearing. The east was the crack's whole bearing. The east was the dot's whole bearing. The east was the currents' whole country. The east was the storm's whole country. The east was the question and the currents and the storm and the dot and the crack and the eyeglass and the grey ship and the rafts and the not-coming-back. The east was the east.</w:t>
      </w:r>
    </w:p>
    <w:p>
      <w:pPr>
        <w:spacing w:line="360" w:lineRule="auto" w:after="0"/>
        <w:ind w:firstLine="283"/>
      </w:pPr>
      <w:r>
        <w:t>The fleet's council met at the chart ship's rail. The council's question was: do we heave to. The council's answer was the small breath through the nose. The yes was: heave to. The fleet hove to. The fleet waited. The storm came up.</w:t>
      </w:r>
    </w:p>
    <w:p>
      <w:pPr>
        <w:spacing w:line="360" w:lineRule="auto" w:after="0"/>
        <w:ind w:firstLine="283"/>
      </w:pPr>
      <w:r>
        <w:t>The currents took the grey ship east. The wind took the fleet south. The tow-line held the disagreement. The disagreement was the currents' whole honest word about itself. The storm was the currents' other hand. The storm was the east's other hand. The storm was the question's other hand. The storm was the not-coming-back's other hand. The storm was the rafts' other hand. The storm was the east's whole honest word about itself: I am the east, and the east is the storm's, and the storm is the rafts', and the rafts are the not-coming-back's, and the not-coming-back is the question's, and the question is: are they still alive?</w:t>
      </w:r>
    </w:p>
    <w:p>
      <w:pPr>
        <w:spacing w:line="360" w:lineRule="auto" w:after="0"/>
        <w:ind w:firstLine="283"/>
      </w:pPr>
      <w:r>
        <w:t>The currents went on. The fleet went on. The grey ship went on. The tow-line held the disagreement. The storm approached. The east was the east. The currents were the currents. The wind was the wind. The disagreement was the channel's whole honest word about itself.</w:t>
      </w:r>
    </w:p>
    <w:p>
      <w:pPr>
        <w:spacing w:line="360" w:lineRule="auto" w:after="0"/>
        <w:ind w:firstLine="283"/>
      </w:pPr>
      <w:r>
        <w:t>The morning came. The currents went on. The noon came. The currents went on. The evening came. The currents went on. The night came. The currents went on. The storm came up. The currents went on. The currents did not stop. The currents were the work. The work was the not-stopping. The not-stopping was the currents' whole honest word about itself.</w:t>
      </w:r>
    </w:p>
    <w:p>
      <w:pPr>
        <w:spacing w:line="360" w:lineRule="auto" w:after="0"/>
        <w:ind w:firstLine="283"/>
      </w:pPr>
      <w:r>
        <w:t>The fleet hove to. The grey ship sailed into the wind. The tow-line held the disagreement. The currents took the grey ship east. The storm took the grey ship east. The east was the question's whole country. The east was the currents' whole country. The east was the storm's whole country. The east was the east.</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Chapter 15b — The Last Visible Dance</w:t>
      </w:r>
    </w:p>
    <w:p>
      <w:pPr>
        <w:spacing w:line="360" w:lineRule="auto" w:after="0"/>
        <w:ind w:firstLine="283"/>
      </w:pPr>
      <w:r>
        <w:t>· salt ·</w:t>
      </w:r>
    </w:p>
    <w:p>
      <w:pPr>
        <w:spacing w:line="360" w:lineRule="auto" w:after="0"/>
        <w:ind w:firstLine="283"/>
      </w:pPr>
      <w:r>
        <w:t>The storm came up in the second night of the channel.</w:t>
      </w:r>
    </w:p>
    <w:p>
      <w:pPr>
        <w:spacing w:line="360" w:lineRule="auto" w:after="0"/>
        <w:ind w:firstLine="283"/>
      </w:pPr>
      <w:r>
        <w:t>It came from the east. The east was the direction the dot pointed. The fleet had been sailing south, but the storm came from the east, and the storm took the grey ship first.</w:t>
      </w:r>
    </w:p>
    <w:p>
      <w:pPr>
        <w:spacing w:line="360" w:lineRule="auto" w:after="0"/>
        <w:ind w:firstLine="283"/>
      </w:pPr>
      <w:r>
        <w:t>The tow-line parted. The grey ship fell behind. The fleet went on. The grey ship did not.</w:t>
      </w:r>
    </w:p>
    <w:p>
      <w:pPr>
        <w:spacing w:line="360" w:lineRule="auto" w:after="0"/>
        <w:ind w:firstLine="283"/>
      </w:pPr>
      <w:r>
        <w:t>Skerry saw the lantern on the grey ship’s stern go dark. Then it came back. Then it went dark again. Then the storm was between the fleet and the grey ship, and the fleet could not see.</w:t>
      </w:r>
    </w:p>
    <w:p>
      <w:pPr>
        <w:spacing w:line="360" w:lineRule="auto" w:after="0"/>
        <w:ind w:firstLine="283"/>
      </w:pPr>
      <w:r>
        <w:t>The fleet hove to. The fleet waited. The storm went on.</w:t>
      </w:r>
    </w:p>
    <w:p>
      <w:pPr>
        <w:spacing w:line="360" w:lineRule="auto" w:after="0"/>
        <w:ind w:firstLine="283"/>
      </w:pPr>
      <w:r>
        <w:t>In the storm, the thing showed itself.</w:t>
      </w:r>
    </w:p>
    <w:p>
      <w:pPr>
        <w:spacing w:line="360" w:lineRule="auto" w:after="0"/>
        <w:ind w:firstLine="283"/>
      </w:pPr>
      <w:r>
        <w:t>It was below first. The fleet felt it the way a floor feels a body — the water moved, and the movement was not the storm’s movement. The storm moved the surface. The thing moved the deep. The fleet’s hulls rolled in the thing’s wake, and the rolling was slow.</w:t>
      </w:r>
    </w:p>
    <w:p>
      <w:pPr>
        <w:spacing w:line="360" w:lineRule="auto" w:after="0"/>
        <w:ind w:firstLine="283"/>
      </w:pPr>
      <w:r>
        <w:t>Then the lightning.</w:t>
      </w:r>
    </w:p>
    <w:p>
      <w:pPr>
        <w:spacing w:line="360" w:lineRule="auto" w:after="0"/>
        <w:ind w:firstLine="283"/>
      </w:pPr>
      <w:r>
        <w:t>The first flash showed the grey ship. The hull. The wheel. The man at the wheel. He was still there. He had not gone below. His hands were on the wheel the way hands hold a thing they will not let go of. The eyeglass was on the housing beside him. He was not looking through it. He was looking at the thing.</w:t>
      </w:r>
    </w:p>
    <w:p>
      <w:pPr>
        <w:spacing w:line="360" w:lineRule="auto" w:after="0"/>
        <w:ind w:firstLine="283"/>
      </w:pPr>
      <w:r>
        <w:t>The dark came back. The dark was long.</w:t>
      </w:r>
    </w:p>
    <w:p>
      <w:pPr>
        <w:spacing w:line="360" w:lineRule="auto" w:after="0"/>
        <w:ind w:firstLine="283"/>
      </w:pPr>
      <w:r>
        <w:t>The second flash showed the thing. It was in the water the way a wall is in the ground — the part above was not the half of it. The part above was the color of the deep, and the deep is not a color the eye holds. The thing was enormous. The thing did not know the fleet was there.</w:t>
      </w:r>
    </w:p>
    <w:p>
      <w:pPr>
        <w:spacing w:line="360" w:lineRule="auto" w:after="0"/>
        <w:ind w:firstLine="283"/>
      </w:pPr>
      <w:r>
        <w:t>The dark came back. The dark was longer.</w:t>
      </w:r>
    </w:p>
    <w:p>
      <w:pPr>
        <w:spacing w:line="360" w:lineRule="auto" w:after="0"/>
        <w:ind w:firstLine="283"/>
      </w:pPr>
      <w:r>
        <w:t>The rafts were away from the grey ship. Two rafts. The first had a man on it — old, white-haired, the coat that had been blue. Vasryn. The second had a man on it — younger, dark-haired, the coat with the cuffs turned back twice. Kael. The rafts were clear of the grey ship. The currents were taking the rafts — not fast, not violent, the way the sea takes a thing that has been set down in it.</w:t>
      </w:r>
    </w:p>
    <w:p>
      <w:pPr>
        <w:spacing w:line="360" w:lineRule="auto" w:after="0"/>
        <w:ind w:firstLine="283"/>
      </w:pPr>
      <w:r>
        <w:t>The third flash showed the space between. The wheel. The helm. The man. Meret was at the wheel. His hands were on the wheel and his face was toward the thing and the thing was toward him and the space between was the space of a man who has been chasing a thing for years and has come to the end of the chasing.</w:t>
      </w:r>
    </w:p>
    <w:p>
      <w:pPr>
        <w:spacing w:line="360" w:lineRule="auto" w:after="0"/>
        <w:ind w:firstLine="283"/>
      </w:pPr>
      <w:r>
        <w:t>The laugh came before the line. It was not a happy laugh. It was the laugh of a man who has been running and has stopped running and the stopping is the thing. The laugh carried across the water. The rafts heard it. The fleet heard it.</w:t>
      </w:r>
    </w:p>
    <w:p>
      <w:pPr>
        <w:spacing w:line="360" w:lineRule="auto" w:after="0"/>
        <w:ind w:firstLine="283"/>
      </w:pPr>
      <w:r>
        <w:t>Then the line. Meret said it. He said it to the thing. He said it past the thing, to the east, to the bearing the eyeglass had shown him for years. He said it so the rafts would hear it. He said it so Kael would hear it.</w:t>
      </w:r>
    </w:p>
    <w:p>
      <w:pPr>
        <w:spacing w:line="360" w:lineRule="auto" w:after="0"/>
        <w:ind w:firstLine="283"/>
      </w:pPr>
      <w:r>
        <w:t>“All our paths are connected, but we each must walk our own.”</w:t>
      </w:r>
    </w:p>
    <w:p>
      <w:pPr>
        <w:spacing w:line="360" w:lineRule="auto" w:after="0"/>
        <w:ind w:firstLine="283"/>
      </w:pPr>
      <w:r>
        <w:t>He did not say anything to Vasryn. He looked at Vasryn. Vasryn was on the raft. Vasryn’s hands were on the gunwale. Vasryn knew what Meret was telling him. Meret did not have to say it.</w:t>
      </w:r>
    </w:p>
    <w:p>
      <w:pPr>
        <w:spacing w:line="360" w:lineRule="auto" w:after="0"/>
        <w:ind w:firstLine="283"/>
      </w:pPr>
      <w:r>
        <w:t>The dark came back. The dark was the longest.</w:t>
      </w:r>
    </w:p>
    <w:p>
      <w:pPr>
        <w:spacing w:line="360" w:lineRule="auto" w:after="0"/>
        <w:ind w:firstLine="283"/>
      </w:pPr>
      <w:r>
        <w:t>The currents took the rafts. The rafts went out of sight of the grey ship. The grey ship went out of sight of the rafts. The storm was between them.</w:t>
      </w:r>
    </w:p>
    <w:p>
      <w:pPr>
        <w:spacing w:line="360" w:lineRule="auto" w:after="0"/>
        <w:ind w:firstLine="283"/>
      </w:pPr>
      <w:r>
        <w:t>The fleet saw the third flash and then nothing. No fourth flash. No body. No ship. No creature. The sea, and the storm, and the rafts, and the survivors.</w:t>
      </w:r>
    </w:p>
    <w:p>
      <w:pPr>
        <w:spacing w:line="360" w:lineRule="auto" w:after="0"/>
        <w:ind w:firstLine="283"/>
      </w:pPr>
      <w:r>
        <w:t>In the morning the storm was gone. The sea was the sea. The grey ship was not there. The thing was not there. Meret was not there.</w:t>
      </w:r>
    </w:p>
    <w:p>
      <w:pPr>
        <w:spacing w:line="360" w:lineRule="auto" w:after="0"/>
        <w:ind w:firstLine="283"/>
      </w:pPr>
      <w:r>
        <w:t>The rafts came back to the fleet. Vasryn was on the first. Kael was on the second. They did not say what they had seen. The fleet did not ask.</w:t>
      </w:r>
    </w:p>
    <w:p>
      <w:pPr>
        <w:spacing w:line="360" w:lineRule="auto" w:after="0"/>
        <w:ind w:firstLine="283"/>
      </w:pPr>
      <w:r>
        <w:t>Kael had the eyeglass. He did not know he had it. Meret had put it in Kael’s coat before the rafts went — the inside pocket, the one Kael did not use. The eyeglass was there. Kael did not find it for weeks.</w:t>
      </w:r>
    </w:p>
    <w:p>
      <w:pPr>
        <w:spacing w:line="360" w:lineRule="auto" w:after="0"/>
        <w:ind w:firstLine="283"/>
      </w:pPr>
      <w:r>
        <w:t>The fleet went south.</w:t>
      </w:r>
    </w:p>
    <w:p>
      <w:pPr>
        <w:ind w:firstLine="0"/>
        <w:jc w:val="center"/>
      </w:pPr>
      <w:r>
        <w:rPr>
          <w:color w:val="AAAAAA"/>
        </w:rPr>
        <w:t>❖</w:t>
      </w:r>
    </w:p>
    <w:p>
      <w:pPr>
        <w:spacing w:before="360" w:after="240"/>
        <w:ind w:firstLine="0"/>
        <w:jc w:val="center"/>
      </w:pPr>
      <w:r>
        <w:rPr>
          <w:b/>
          <w:i/>
          <w:color w:val="333333"/>
          <w:sz w:val="26"/>
        </w:rPr>
        <w:t>Step — The Raft (Vasryn)</w:t>
      </w:r>
    </w:p>
    <w:p>
      <w:pPr>
        <w:spacing w:line="360" w:lineRule="auto" w:after="0"/>
        <w:ind w:firstLine="283"/>
      </w:pPr>
      <w:r>
        <w:t>· salt ·</w:t>
      </w:r>
    </w:p>
    <w:p>
      <w:pPr>
        <w:spacing w:line="360" w:lineRule="auto" w:after="0"/>
        <w:ind w:firstLine="283"/>
      </w:pPr>
      <w:r>
        <w:t>The raft was the raft, and the raft was the crossing, and the crossing was the cost, and the cost was the old man, and the old man was the coat that had been blue.</w:t>
      </w:r>
    </w:p>
    <w:p>
      <w:pPr>
        <w:spacing w:line="360" w:lineRule="auto" w:after="0"/>
        <w:ind w:firstLine="283"/>
      </w:pPr>
      <w:r>
        <w:t>Vasryn was on the raft. The raft was small. The raft was the grey ship's. The raft was lashed to the grey ship's deck for years. The raft had been the grey ship's whole honest word about the storm: the storm is coming, and the storm is the east's, and the raft is the storm's, and the raft is the east's. The raft was in the water now. The raft was Vasryn's. The raft was the cost.</w:t>
      </w:r>
    </w:p>
    <w:p>
      <w:pPr>
        <w:spacing w:line="360" w:lineRule="auto" w:after="0"/>
        <w:ind w:firstLine="283"/>
      </w:pPr>
      <w:r>
        <w:t>The cost was the going-east. The going-east was the cost. The cost was Meret at the wheel. The cost was the grey ship sailing into the wind. The cost was the tow-line parted. The cost was the storm. The cost was the thing below. The cost was the east. The cost was the question: are they still alive?</w:t>
      </w:r>
    </w:p>
    <w:p>
      <w:pPr>
        <w:spacing w:line="360" w:lineRule="auto" w:after="0"/>
        <w:ind w:firstLine="283"/>
      </w:pPr>
      <w:r>
        <w:t>Vasryn was on the raft. Vasryn's hands were on the gunwale. Vasryn's hands were the form's hands. The form was the wall's whole vocabulary made body. The form was the road's whole honest word about itself: I am the form, and the form is the body's, and the body is the wall's, and the wall is the road's, and the road is the east's, and the east is the question's, and the question is: are they still alive?</w:t>
      </w:r>
    </w:p>
    <w:p>
      <w:pPr>
        <w:spacing w:line="360" w:lineRule="auto" w:after="0"/>
        <w:ind w:firstLine="283"/>
      </w:pPr>
      <w:r>
        <w:t>Vasryn's right foot dragged. Vasryn's right hand swung and stopped. The dragging was the form's whole honest word about itself: I am the form, and the form is the body's, and the body is the dragging, and the dragging is the cost, and the cost is the going-east, and the going-east is the question's, and the question is: are they still alive?</w:t>
      </w:r>
    </w:p>
    <w:p>
      <w:pPr>
        <w:spacing w:line="360" w:lineRule="auto" w:after="0"/>
        <w:ind w:firstLine="283"/>
      </w:pPr>
      <w:r>
        <w:t>The coat that had been blue. Vasryn's coat was the coat that had been blue. The blue was gone. The blue had been the city's blue — the blue of the company, the blue of the wall, the blue of the road. The blue had been the form's whole color. The blue had been the road's whole color. The blue had been the east's whole color. The blue was gone. The blue had gone to grey. The grey was the salt's. The grey was the sea's. The grey was the storm's. The grey was the cost's whole honest word about itself: I am the cost, and the cost is the coat that had been blue, and the coat that had been blue is grey now, and the grey is the cost's whole color.</w:t>
      </w:r>
    </w:p>
    <w:p>
      <w:pPr>
        <w:spacing w:line="360" w:lineRule="auto" w:after="0"/>
        <w:ind w:firstLine="283"/>
      </w:pPr>
      <w:r>
        <w:t>Vasryn did not say anything. Vasryn's not-saying was the form's whole honest word about itself: I am the form, and the form is the not-saying, and the not-saying is the cost, and the cost is the going-east, and the going-east is the question's, and the question is: are they still alive?</w:t>
      </w:r>
    </w:p>
    <w:p>
      <w:pPr>
        <w:spacing w:line="360" w:lineRule="auto" w:after="0"/>
        <w:ind w:firstLine="283"/>
      </w:pPr>
      <w:r>
        <w:t>The raft crossed. The crossing was the work. The work was the going-from-the-grey-ship-to-the-fleet. The work was the going-from-the-east-to-the-south. The work was the going-from-the-question-to-the-not-question. The work was the going-from-the-cost-to-the-not-cost. The work was the going-from.</w:t>
      </w:r>
    </w:p>
    <w:p>
      <w:pPr>
        <w:spacing w:line="360" w:lineRule="auto" w:after="0"/>
        <w:ind w:firstLine="283"/>
      </w:pPr>
      <w:r>
        <w:t>The going-from was the raft's whole honest word about itself: I am the raft, and the raft is the going-from, and the going-from is the cost, and the cost is the going-east, and the going-east is the question's, and the question is: are they still alive?</w:t>
      </w:r>
    </w:p>
    <w:p>
      <w:pPr>
        <w:spacing w:line="360" w:lineRule="auto" w:after="0"/>
        <w:ind w:firstLine="283"/>
      </w:pPr>
      <w:r>
        <w:t>The old man was Meret. Meret was at the wheel. Meret was at the wheel of the grey ship. The grey ship was in the storm. The storm was the east's. The grey ship was the east's. Meret was the east's. The old man was the east's whole honest word about itself: I am the east, and the east is the old man's, and the old man is the wheel's, and the wheel is the question's, and the question is: are they still alive?</w:t>
      </w:r>
    </w:p>
    <w:p>
      <w:pPr>
        <w:spacing w:line="360" w:lineRule="auto" w:after="0"/>
        <w:ind w:firstLine="283"/>
      </w:pPr>
      <w:r>
        <w:t>Vasryn did not look back at the grey ship. Vasryn did not look back at the old man. Vasryn's not-looking-back was the form's whole honest word about itself: I am the form, and the form is the not-looking-back, and the not-looking-back is the cost, and the cost is the going-east, and the going-east is the question's, and the question is: are they still alive?</w:t>
      </w:r>
    </w:p>
    <w:p>
      <w:pPr>
        <w:spacing w:line="360" w:lineRule="auto" w:after="0"/>
        <w:ind w:firstLine="283"/>
      </w:pPr>
      <w:r>
        <w:t>The not-looking-back was the road's whole honest word about itself. The road at Koric had gone east. The road had not looked back. The drivers had gone east. The drivers had not looked back. The wall at Koric had been the not-looking-back's whole country. The wall had watched east. The wall had not looked back. The wall was the not-looking-back's whole honest word about itself.</w:t>
      </w:r>
    </w:p>
    <w:p>
      <w:pPr>
        <w:spacing w:line="360" w:lineRule="auto" w:after="0"/>
        <w:ind w:firstLine="283"/>
      </w:pPr>
      <w:r>
        <w:t>Vasryn was the wall. Vasryn was the wall at Koric made body. Vasryn was the wall's whole vocabulary made muscle. Vasryn was the form's whole honest word about itself: I am the form, and the form is the wall, and the wall is the not-looking-back, and the not-looking-back is the cost, and the cost is the going-east, and the going-east is the question's, and the question is: are they still alive?</w:t>
      </w:r>
    </w:p>
    <w:p>
      <w:pPr>
        <w:spacing w:line="360" w:lineRule="auto" w:after="0"/>
        <w:ind w:firstLine="283"/>
      </w:pPr>
      <w:r>
        <w:t>The raft went on. The currents took the raft. The currents took the raft east. The currents took the raft south. The currents took the raft from the grey ship. The currents took the raft from the old man. The currents took the raft from the east. The currents took the raft to the fleet.</w:t>
      </w:r>
    </w:p>
    <w:p>
      <w:pPr>
        <w:spacing w:line="360" w:lineRule="auto" w:after="0"/>
        <w:ind w:firstLine="283"/>
      </w:pPr>
      <w:r>
        <w:t>The fleet was three hulls — the chart ship and the galley ship and the hold ship and the Gull. The fleet was the south. The south was the fleet's whole honest word about itself: I am the south, and the south is the fleet's, and the work is the carrying.</w:t>
      </w:r>
    </w:p>
    <w:p>
      <w:pPr>
        <w:spacing w:line="360" w:lineRule="auto" w:after="0"/>
        <w:ind w:firstLine="283"/>
      </w:pPr>
      <w:r>
        <w:t>The raft came to the fleet. The raft came to the chart ship. The raft came to the chart ship's rail. The raft came to the chart ship's rail at the dawn. The dawn was the morning's whole honest word about itself: I am the dawn, and the dawn is the morning's, and the morning is the not-storm's, and the not-storm is the not-east's, and the not-east is the not-question's, and the not-question is the not-cost's, and the not-cost is the work's, and the work is the carrying.</w:t>
      </w:r>
    </w:p>
    <w:p>
      <w:pPr>
        <w:spacing w:line="360" w:lineRule="auto" w:after="0"/>
        <w:ind w:firstLine="283"/>
      </w:pPr>
      <w:r>
        <w:t>Vasryn was on the raft. Vasryn's hands were on the gunwale. Vasryn's hands were the form's. The form was the not-looking-back's. The not-looking-back was the cost's. The cost was the going-east's. The going-east was the question's. The question was: are they still alive?</w:t>
      </w:r>
    </w:p>
    <w:p>
      <w:pPr>
        <w:spacing w:line="360" w:lineRule="auto" w:after="0"/>
        <w:ind w:firstLine="283"/>
      </w:pPr>
      <w:r>
        <w:t>The fleet took Vasryn aboard. The fleet took the form aboard. The fleet took the not-looking-back aboard. The fleet took the cost aboard. The fleet took the going-east aboard. The fleet took the question aboard. The fleet took everything aboard the way the fleet took everything — without the resolving, without the telling, the taking the only honest work.</w:t>
      </w:r>
    </w:p>
    <w:p>
      <w:pPr>
        <w:spacing w:line="360" w:lineRule="auto" w:after="0"/>
        <w:ind w:firstLine="283"/>
      </w:pPr>
      <w:r>
        <w:t>Vasryn did not say what he had seen. The fleet did not ask. The not-saying was the form's whole honest word about itself. The not-asking was the fleet's whole honest word about itself. The two were the same. The same was the work. The work was the not-resolving.</w:t>
      </w:r>
    </w:p>
    <w:p>
      <w:pPr>
        <w:spacing w:line="360" w:lineRule="auto" w:after="0"/>
        <w:ind w:firstLine="283"/>
      </w:pPr>
      <w:r>
        <w:t>The fleet went south. The raft was taken aboard. The raft was lashed to the chart ship's deck. The raft was the cost's whole honest word about itself: I am the raft, and the raft is the cost's, and the cost is the going-east's, and the going-east is the question's, and the question is: are they still alive?</w:t>
      </w:r>
    </w:p>
    <w:p>
      <w:pPr>
        <w:spacing w:line="360" w:lineRule="auto" w:after="0"/>
        <w:ind w:firstLine="283"/>
      </w:pPr>
      <w:r>
        <w:t>The fleet went south. The cost was carried. The going-east was carried. The not-looking-back was carried. The form was carried. The coat that had been blue was carried. The old man was carried. The grey ship was carried. The east was carried. The question was carried. The question was: are they still alive?</w:t>
      </w:r>
    </w:p>
    <w:p>
      <w:pPr>
        <w:spacing w:line="360" w:lineRule="auto" w:after="0"/>
        <w:ind w:firstLine="283"/>
      </w:pPr>
      <w:r>
        <w:t>The fleet did not answer. The sea did not answer. The east did not answer. The not-coming-back did not answer. The not-answering was the work. The work was the not-resolving. The not-resolving was the question's whole honest word about itself: I am the question, and the question is the not-answering, and the not-answering is the not-resolving, and the not-resolving is the cost, and the cost is the going-east, and the going-east is the question, and the question is: are they still alive?</w:t>
      </w:r>
    </w:p>
    <w:p>
      <w:pPr>
        <w:spacing w:line="360" w:lineRule="auto" w:after="0"/>
        <w:ind w:firstLine="283"/>
      </w:pPr>
      <w:r>
        <w:t>The fleet went south. The cost went south. The question went south. The not-answering went south. The not-resolving went south. The work went on. The fleet went south.</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Step — The Line Unspoken (Meret / Vasryn)</w:t>
      </w:r>
    </w:p>
    <w:p>
      <w:pPr>
        <w:spacing w:line="360" w:lineRule="auto" w:after="0"/>
        <w:ind w:firstLine="283"/>
      </w:pPr>
      <w:r>
        <w:t>· salt ·</w:t>
      </w:r>
    </w:p>
    <w:p>
      <w:pPr>
        <w:spacing w:line="360" w:lineRule="auto" w:after="0"/>
        <w:ind w:firstLine="283"/>
      </w:pPr>
      <w:r>
        <w:t>The line was unspoken, and the unspoken was the line, and the two were the same, and the same was the work, and the work was the not-saying.</w:t>
      </w:r>
    </w:p>
    <w:p>
      <w:pPr>
        <w:spacing w:line="360" w:lineRule="auto" w:after="0"/>
        <w:ind w:firstLine="283"/>
      </w:pPr>
      <w:r>
        <w:t>Meret looked at Vasryn. Vasryn was on the raft. Vasryn's hands were on the gunwale. The raft was small. The raft was in the water. The water was the storm's. The storm was the east's. The east was the question's. The question was: are they still alive?</w:t>
      </w:r>
    </w:p>
    <w:p>
      <w:pPr>
        <w:spacing w:line="360" w:lineRule="auto" w:after="0"/>
        <w:ind w:firstLine="283"/>
      </w:pPr>
      <w:r>
        <w:t>Meret was at the wheel. Meret's hands were on the wheel. Meret's hands were Rafiki's. The wheel said east. The eyeglass said east. The crack said east. The dot said east. The east was Rafiki's whole country. The east was the question's whole country.</w:t>
      </w:r>
    </w:p>
    <w:p>
      <w:pPr>
        <w:spacing w:line="360" w:lineRule="auto" w:after="0"/>
        <w:ind w:firstLine="283"/>
      </w:pPr>
      <w:r>
        <w:t>The look was the line. The two were the not-saying. The not-saying was the work.</w:t>
      </w:r>
    </w:p>
    <w:p>
      <w:pPr>
        <w:spacing w:line="360" w:lineRule="auto" w:after="0"/>
        <w:ind w:firstLine="283"/>
      </w:pPr>
      <w:r>
        <w:t>The line Meret did not say to Vasryn was the road at Koric. The road at Koric had been the road that went east. The road had gone to the next town. The road had gone to the next town after that. The road had gone to the next town after that. The drivers had driven the mules and the mules had gone east and the drivers had not come back.</w:t>
      </w:r>
    </w:p>
    <w:p>
      <w:pPr>
        <w:spacing w:line="360" w:lineRule="auto" w:after="0"/>
        <w:ind w:firstLine="283"/>
      </w:pPr>
      <w:r>
        <w:t>The line Meret did not say to Vasryn was the wall at Koric. The wall at Koric had been the wall. The wall had the lean. The wall had been the watcher's whole country. The wall had been the watching's whole honest word about itself: I am the wall, and the wall is the watching, and the watching is the not-coming-back, and the not-coming-back is the road's, and the road is the east's, and the east is the question's, and the question is: are they still alive?</w:t>
      </w:r>
    </w:p>
    <w:p>
      <w:pPr>
        <w:spacing w:line="360" w:lineRule="auto" w:after="0"/>
        <w:ind w:firstLine="283"/>
      </w:pPr>
      <w:r>
        <w:t>The line Meret did not say to Vasryn was the watching. The watching had been Meret's whole work. The watching had been the not-letting-go. The watching had been Rafiki. The watching had been the staff folded on the parapet. The watching had been the eyeglass at the eye. The watching had been the wheel at the helm. The watching had been the question asked of the sea. The sea had not answered. The watching had been the not-answering's whole honest word about itself.</w:t>
      </w:r>
    </w:p>
    <w:p>
      <w:pPr>
        <w:spacing w:line="360" w:lineRule="auto" w:after="0"/>
        <w:ind w:firstLine="283"/>
      </w:pPr>
      <w:r>
        <w:t>The line Meret did not say to Vasryn was the not-coming-back. The not-coming-back had been the drivers. The not-coming-back had been the road. The not-coming-back had been the wall. The not-coming-back had been the east. The not-coming-back had been the question. The not-coming-back had been the work.</w:t>
      </w:r>
    </w:p>
    <w:p>
      <w:pPr>
        <w:spacing w:line="360" w:lineRule="auto" w:after="0"/>
        <w:ind w:firstLine="283"/>
      </w:pPr>
      <w:r>
        <w:t>The line Meret did not say to Vasryn was: I am going east. I am going east with the question. I am going east with the not-coming-back. I am going east with the east. I am going east with the thing below. I am going east with the storm. I am going east with the wheel. I am going east with the eyeglass. I am going east with the crack. I am going east with the dot. I am going east with Rafiki. Rafiki is mine. The east is mine. The question is mine. The not-coming-back is mine. The work is mine.</w:t>
      </w:r>
    </w:p>
    <w:p>
      <w:pPr>
        <w:spacing w:line="360" w:lineRule="auto" w:after="0"/>
        <w:ind w:firstLine="283"/>
      </w:pPr>
      <w:r>
        <w:t>The line Meret did not say to Vasryn was: you are going south. You are going south with the fleet. You are going south with the form. You are going south with the wall's whole vocabulary made body. You are going south with the not-looking-back. You are going south with the cost. You are going south with the going-from. You are going south with the fleet's whole honest word about itself: I am the south, and the south is the not-east, and the not-east is the not-question, and the not-question is the not-cost, and the not-cost is the work, and the work is the carrying.</w:t>
      </w:r>
    </w:p>
    <w:p>
      <w:pPr>
        <w:spacing w:line="360" w:lineRule="auto" w:after="0"/>
        <w:ind w:firstLine="283"/>
      </w:pPr>
      <w:r>
        <w:t>The line Meret did not say to Vasryn was: the road at Koric was the line. The wall at Koric was the line. The watching was the line. The not-coming-back was the line. The east was the line. The question was the line. The line was: all our paths are connected, but we each must walk our own.</w:t>
      </w:r>
    </w:p>
    <w:p>
      <w:pPr>
        <w:spacing w:line="360" w:lineRule="auto" w:after="0"/>
        <w:ind w:firstLine="283"/>
      </w:pPr>
      <w:r>
        <w:t>Meret said that line. Meret said it to the thing. Meret said it past the thing, to the east. Meret said it so the rafts would hear it. Meret said it so the fleet would hear it. Meret said it so the sea would hear it.</w:t>
      </w:r>
    </w:p>
    <w:p>
      <w:pPr>
        <w:spacing w:line="360" w:lineRule="auto" w:after="0"/>
        <w:ind w:firstLine="283"/>
      </w:pPr>
      <w:r>
        <w:t>But the line to Vasryn was unspoken. The unspoken was the line's whole honest word about itself: I am the line, and the line is unspoken, and the unspoken is Meret's and Vasryn's, and Meret and Vasryn are the line's, and the line is the not-saying, and the not-saying is the work, and the work is the east's.</w:t>
      </w:r>
    </w:p>
    <w:p>
      <w:pPr>
        <w:spacing w:line="360" w:lineRule="auto" w:after="0"/>
        <w:ind w:firstLine="283"/>
      </w:pPr>
      <w:r>
        <w:t>Vasryn knew. Vasryn's hands were on the gunwale. Vasryn's hands were the form's. The form did not turn its head. The form stood at the gunwale the way the form stood at the rail — without weight, without speaking. Vasryn's knowing was the unspoken line's whole honest word about itself.</w:t>
      </w:r>
    </w:p>
    <w:p>
      <w:pPr>
        <w:spacing w:line="360" w:lineRule="auto" w:after="0"/>
        <w:ind w:firstLine="283"/>
      </w:pPr>
      <w:r>
        <w:t>The knowing was the road at Koric. The knowing was the wall at Koric. The knowing was the watching. The knowing was the not-coming-back. The knowing was the east. The knowing was the question. The knowing was: are they still alive?</w:t>
      </w:r>
    </w:p>
    <w:p>
      <w:pPr>
        <w:spacing w:line="360" w:lineRule="auto" w:after="0"/>
        <w:ind w:firstLine="283"/>
      </w:pPr>
      <w:r>
        <w:t>The knowing was Vasryn's whole honest word about itself: I am the form, and the form is the knowing, and the knowing is the unspoken line's, and the unspoken line is Meret's, and Meret's unspoken line is to Vasryn, and Vasryn's knowing is the unspoken line's whole honest word about itself.</w:t>
      </w:r>
    </w:p>
    <w:p>
      <w:pPr>
        <w:spacing w:line="360" w:lineRule="auto" w:after="0"/>
        <w:ind w:firstLine="283"/>
      </w:pPr>
      <w:r>
        <w:t>The rafts separated. The currents took the rafts. The currents took Meret's raft east. The currents took Vasryn's raft south. The rafts went out of sight of each other. The storm was between them. The east was between them. The question was between them. The not-coming-back was between them. The unspoken line was between them.</w:t>
      </w:r>
    </w:p>
    <w:p>
      <w:pPr>
        <w:spacing w:line="360" w:lineRule="auto" w:after="0"/>
        <w:ind w:firstLine="283"/>
      </w:pPr>
      <w:r>
        <w:t>The between was the unspoken line's whole honest word about itself: I am the between, and the between is the unspoken line, and the unspoken line is Meret's and Vasryn's, and Meret and Vasryn are the between's, and the between is the east and the south, and the east and the south are the unspoken line's whole honest word about itself.</w:t>
      </w:r>
    </w:p>
    <w:p>
      <w:pPr>
        <w:spacing w:line="360" w:lineRule="auto" w:after="0"/>
        <w:ind w:firstLine="283"/>
      </w:pPr>
      <w:r>
        <w:t>Meret went east. Vasryn went south. The unspoken line went with both. The unspoken line was the work. The work was the not-saying. The not-saying was the between. The between was the unspoken line's whole honest word about itself.</w:t>
      </w:r>
    </w:p>
    <w:p>
      <w:pPr>
        <w:spacing w:line="360" w:lineRule="auto" w:after="0"/>
        <w:ind w:firstLine="283"/>
      </w:pPr>
      <w:r>
        <w:t>The morning came. The storm was gone. The sea was the sea. The grey ship was not there. The thing was not there. Meret was not there. Vasryn was on the raft. The raft came back to the fleet. The fleet took Vasryn aboard. The fleet took the form aboard. The fleet took the knowing aboard. The fleet took the unspoken line aboard.</w:t>
      </w:r>
    </w:p>
    <w:p>
      <w:pPr>
        <w:spacing w:line="360" w:lineRule="auto" w:after="0"/>
        <w:ind w:firstLine="283"/>
      </w:pPr>
      <w:r>
        <w:t>The fleet went south. The unspoken line was carried. The unspoken line was Meret's. The unspoken line was Vasryn's. The unspoken line was the between's. The unspoken line was the east's. The unspoken line was the south's. The unspoken line was the question's. The unspoken line was the work. The work went on. The fleet went south.</w:t>
      </w:r>
    </w:p>
    <w:p>
      <w:pPr>
        <w:spacing w:line="360" w:lineRule="auto" w:after="0"/>
        <w:ind w:firstLine="283"/>
      </w:pPr>
      <w:r>
        <w:t>The unspoken line was: are they still alive? The unspoken line was the question. The question was the unspoken line. The two were the same. The same was the work. The work was the not-saying. The not-saying was the unspoken line's whole honest word about itself. The unspoken line went south. The work went on. The fleet went south.</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Step — The Eyeglass in the Pocket (Kael)</w:t>
      </w:r>
    </w:p>
    <w:p>
      <w:pPr>
        <w:spacing w:line="360" w:lineRule="auto" w:after="0"/>
        <w:ind w:firstLine="283"/>
      </w:pPr>
      <w:r>
        <w:t>· salt ·</w:t>
      </w:r>
    </w:p>
    <w:p>
      <w:pPr>
        <w:spacing w:line="360" w:lineRule="auto" w:after="0"/>
        <w:ind w:firstLine="283"/>
      </w:pPr>
      <w:r>
        <w:t>The eyeglass was in the pocket, and the pocket was the one Kael did not use, and the not-using was the eyeglass's whole honest word about itself: I am the eyeglass, and I am in the pocket that is not used, and the not-using is the eyeglass's whole honest word about itself.</w:t>
      </w:r>
    </w:p>
    <w:p>
      <w:pPr>
        <w:spacing w:line="360" w:lineRule="auto" w:after="0"/>
        <w:ind w:firstLine="283"/>
      </w:pPr>
      <w:r>
        <w:t>Kael found the eyeglass on the third day after the storm. The storm was gone. The grey ship was gone. Meret was gone. The fleet had taken Vasryn aboard. The fleet had taken Kael aboard. The fleet had gone south.</w:t>
      </w:r>
    </w:p>
    <w:p>
      <w:pPr>
        <w:spacing w:line="360" w:lineRule="auto" w:after="0"/>
        <w:ind w:firstLine="283"/>
      </w:pPr>
      <w:r>
        <w:t>Kael was on the chart ship's foredeck. The foredeck was the place Kael had the form. The form was the body's whole office. The form was the wall's whole vocabulary made body. Kael was at the foredeck's edge. The rail was at his back. The water was below. The water was the south. The south was the not-east. The not-east was the not-question. The not-question was the not-cost.</w:t>
      </w:r>
    </w:p>
    <w:p>
      <w:pPr>
        <w:spacing w:line="360" w:lineRule="auto" w:after="0"/>
        <w:ind w:firstLine="283"/>
      </w:pPr>
      <w:r>
        <w:t>The coat was the city's coat, grey-brown, wearing through at the pockets, the cuffs turned back twice at the wrists. The coat was Kael's. The coat had been Kael's since the city. The coat had been the city's company's coat. The coat had been the wall's coat. The coat had been the road's coat. The coat had been the form's coat. The coat was the coat.</w:t>
      </w:r>
    </w:p>
    <w:p>
      <w:pPr>
        <w:spacing w:line="360" w:lineRule="auto" w:after="0"/>
        <w:ind w:firstLine="283"/>
      </w:pPr>
      <w:r>
        <w:t>Kael put his hand in the inside pocket. The inside pocket was the one Kael did not use. The inside pocket was the coat's whole honest word about the not-using: I am the coat, and the coat has the inside pocket, and the inside pocket is the one Kael does not use, and the not-using is the inside pocket's whole honest word about itself.</w:t>
      </w:r>
    </w:p>
    <w:p>
      <w:pPr>
        <w:spacing w:line="360" w:lineRule="auto" w:after="0"/>
        <w:ind w:firstLine="283"/>
      </w:pPr>
      <w:r>
        <w:t>The eyeglass was in the inside pocket. The eyeglass was brass. The eyeglass was dented at the lower corner. The eyeglass was cracked in a star. The crack's longest arm ran north-to-south across the glass and pointed east. The eyeglass was Rafiki. Rafiki was the eyeglass.</w:t>
      </w:r>
    </w:p>
    <w:p>
      <w:pPr>
        <w:spacing w:line="360" w:lineRule="auto" w:after="0"/>
        <w:ind w:firstLine="283"/>
      </w:pPr>
      <w:r>
        <w:t>Kael took the eyeglass out. He held it in his hand. The eyeglass was the size of a pocket-watch. The eyeglass was the size of a hand-telescope. The eyeglass was the size of a thing that has been carried in a coat for years. The eyeglass was the size of Rafiki. The eyeglass was the size of the east. The eyeglass was the size of the question.</w:t>
      </w:r>
    </w:p>
    <w:p>
      <w:pPr>
        <w:spacing w:line="360" w:lineRule="auto" w:after="0"/>
        <w:ind w:firstLine="283"/>
      </w:pPr>
      <w:r>
        <w:t>Kael did not know the eyeglass was in the coat. Kael had not put the eyeglass in the coat. Meret had put the eyeglass in the coat. Meret had put the eyeglass in the coat before the rafts went. Meret had put the eyeglass in the inside pocket, the one Kael did not use. Meret had put the eyeglass in the coat the way a man puts a thing in a coat when the putting is the work, and the work is the not-telling, and the not-telling is the giving, and the giving is the not-saying.</w:t>
      </w:r>
    </w:p>
    <w:p>
      <w:pPr>
        <w:spacing w:line="360" w:lineRule="auto" w:after="0"/>
        <w:ind w:firstLine="283"/>
      </w:pPr>
      <w:r>
        <w:t>Meret had given Kael the eyeglass. The giving was the not-telling. The not-telling was the giving's whole honest word about itself: I am the giving, and the giving is the not-telling, and the not-telling is the eyeglass's whole honest word about itself, and the eyeglass is Rafiki's, and Rafiki is Meret's, and Meret's Rafiki is Kael's now.</w:t>
      </w:r>
    </w:p>
    <w:p>
      <w:pPr>
        <w:spacing w:line="360" w:lineRule="auto" w:after="0"/>
        <w:ind w:firstLine="283"/>
      </w:pPr>
      <w:r>
        <w:t>Kael did not know why the eyeglass was in the coat. Kael did not know why Meret had put the eyeglass in the coat. Kael did not know why the eyeglass was Rafiki. Kael did not know why Rafiki was the eyeglass. Kael did not know why the eyeglass was the east. Kael did not know why the east was the question. Kael did not know why the question was: are they still alive?</w:t>
      </w:r>
    </w:p>
    <w:p>
      <w:pPr>
        <w:spacing w:line="360" w:lineRule="auto" w:after="0"/>
        <w:ind w:firstLine="283"/>
      </w:pPr>
      <w:r>
        <w:t>Kael held the eyeglass. The eyeglass was in his hand. The hand was the form's hand. The form was the wall's whole vocabulary made body. The hand was the wall's. The hand was the road's. The hand was the form's. The hand was the eyeglass's now.</w:t>
      </w:r>
    </w:p>
    <w:p>
      <w:pPr>
        <w:spacing w:line="360" w:lineRule="auto" w:after="0"/>
        <w:ind w:firstLine="283"/>
      </w:pPr>
      <w:r>
        <w:t>Kael did not look through the eyeglass. Kael did not raise the eyeglass to his eye. Kael did not look at the crack. Kael did not look at the dot. Kael did not look at the east. Kael held the eyeglass in his hand, and the holding was the work, and the work was the not-looking-through, and the not-looking-through was the eyeglass's whole honest word about itself: I am the eyeglass, and I am held, and the held is the not-looking-through, and the not-looking-through is the work, and the work is the carrying.</w:t>
      </w:r>
    </w:p>
    <w:p>
      <w:pPr>
        <w:spacing w:line="360" w:lineRule="auto" w:after="0"/>
        <w:ind w:firstLine="283"/>
      </w:pPr>
      <w:r>
        <w:t>The carrying was the work — the carrying of the eyeglass without the using of the eyeglass. The not-resolving was the eyeglass's whole honest word about itself: I am the eyeglass, and the not-resolving is the carrying, and the carrying is the work, and the work is the not-looking-through, and the not-looking-through is the question.</w:t>
      </w:r>
    </w:p>
    <w:p>
      <w:pPr>
        <w:spacing w:line="360" w:lineRule="auto" w:after="0"/>
        <w:ind w:firstLine="283"/>
      </w:pPr>
      <w:r>
        <w:t>Kael put the eyeglass back in the inside pocket. The inside pocket was the one Kael did not use. Kael used the inside pocket now. The using was the eyeglass's whole honest word about itself: I am the eyeglass, and I am in the inside pocket, and the inside pocket is Kael's now, and Kael's inside pocket is the eyeglass's whole country.</w:t>
      </w:r>
    </w:p>
    <w:p>
      <w:pPr>
        <w:spacing w:line="360" w:lineRule="auto" w:after="0"/>
        <w:ind w:firstLine="283"/>
      </w:pPr>
      <w:r>
        <w:t>Kael carried the eyeglass. Kael carried the eyeglass the way the fleet carried the tow-line — without the using, without the knowing why, the carrying the only honest work. Kael carried the eyeglass the way Rook carried the splice — the road not taken, the not-using, the not-resolving, the carrying the only honest work.</w:t>
      </w:r>
    </w:p>
    <w:p>
      <w:pPr>
        <w:spacing w:line="360" w:lineRule="auto" w:after="0"/>
        <w:ind w:firstLine="283"/>
      </w:pPr>
      <w:r>
        <w:t>Kael carried the eyeglass the way Nima carried the slate — the count, the line that was the mother, the small, the not-vanishing. Kael carried the eyeglass the way Nessa carried the pot — the making-level, the feeding, the standing-still. Kael carried the eyeglass the way Skerry carried the chart — the double cross, the not-resolving, the not-knowing. Kael carried the eyeglass the way the fleet carried everything — without the resolving, without the telling, the carrying the only honest work.</w:t>
      </w:r>
    </w:p>
    <w:p>
      <w:pPr>
        <w:spacing w:line="360" w:lineRule="auto" w:after="0"/>
        <w:ind w:firstLine="283"/>
      </w:pPr>
      <w:r>
        <w:t>Kael did not look through the eyeglass. Kael did not look through the eyeglass for days. Kael did not look through the eyeglass for weeks. Kael did not look through the eyeglass for months. Kael carried the eyeglass. Kael carried the eyeglass in the inside pocket, the one Kael used now. The using was the carrying. The carrying was the not-looking-through. The not-looking-through was the work. The work was the carrying.</w:t>
      </w:r>
    </w:p>
    <w:p>
      <w:pPr>
        <w:spacing w:line="360" w:lineRule="auto" w:after="0"/>
        <w:ind w:firstLine="283"/>
      </w:pPr>
      <w:r>
        <w:t>The eyeglass was Rafiki. Rafiki was the asking. Rafiki was not the answering. Rafiki was the instrument the watcher put between his eye and the world to ask the world the question. The eyeglass was the asking. The eyeglass was not the answering. The eyeglass was the question's whole honest word about itself: I am the question, and the question is the asking, and the asking is the eyeglass's, and the eyeglass is Rafiki's, and Rafiki is Meret's, and Meret's Rafiki is Kael's now, and Kael's Rafiki is the eyeglass's, and the eyeglass is in the inside pocket, and the inside pocket is the not-looking-through's whole honest word about itself.</w:t>
      </w:r>
    </w:p>
    <w:p>
      <w:pPr>
        <w:spacing w:line="360" w:lineRule="auto" w:after="0"/>
        <w:ind w:firstLine="283"/>
      </w:pPr>
      <w:r>
        <w:t>The fleet went south. Kael carried the eyeglass. The eyeglass was in the inside pocket. The inside pocket was the one Kael used now. The using was the carrying. The carrying was the not-looking-through. The not-looking-through was the not-asking. The not-asking was the not-answering. The not-answering was the question. The question was: are they still alive?</w:t>
      </w:r>
    </w:p>
    <w:p>
      <w:pPr>
        <w:spacing w:line="360" w:lineRule="auto" w:after="0"/>
        <w:ind w:firstLine="283"/>
      </w:pPr>
      <w:r>
        <w:t>Kael did not ask the question. Kael did not ask the question because Kael did not look through the eyeglass. Kael did not look through the eyeglass because Kael did not know the eyeglass was the asking. Kael carried the eyeglass the way a man carries a thing he does not know is the asking. Kael carried the eyeglass the way a man carries a thing he does not know is the question. Kael carried the eyeglass the way a man carries a thing he does not know is Rafiki.</w:t>
      </w:r>
    </w:p>
    <w:p>
      <w:pPr>
        <w:spacing w:line="360" w:lineRule="auto" w:after="0"/>
        <w:ind w:firstLine="283"/>
      </w:pPr>
      <w:r>
        <w:t>The eyeglass was Rafiki. Rafiki was Meret's. Rafiki was Kael's now. The eyeglass was the asking. The eyeglass was the question. The eyeglass was: are they still alive?</w:t>
      </w:r>
    </w:p>
    <w:p>
      <w:pPr>
        <w:spacing w:line="360" w:lineRule="auto" w:after="0"/>
        <w:ind w:firstLine="283"/>
      </w:pPr>
      <w:r>
        <w:t>Kael carried the eyeglass. Kael did not look through the eyeglass. Kael did not ask the question. Kael carried the question. Kael carried the question the way the fleet carried the tow-line — without the using, without the knowing why, the carrying the only honest work.</w:t>
      </w:r>
    </w:p>
    <w:p>
      <w:pPr>
        <w:spacing w:line="360" w:lineRule="auto" w:after="0"/>
        <w:ind w:firstLine="283"/>
      </w:pPr>
      <w:r>
        <w:t>The fleet went south. Kael went south. The eyeglass went south, in the inside pocket, in the coat, on the chart ship, in the fleet, on the sea. The eyeglass went south. The question went south. The not-asking went south. The not-looking-through went south. The carrying went south. The work went on.</w:t>
      </w:r>
    </w:p>
    <w:p>
      <w:pPr>
        <w:spacing w:line="360" w:lineRule="auto" w:after="0"/>
        <w:ind w:firstLine="283"/>
      </w:pPr>
      <w:r>
        <w:t>The fleet went south. The eyeglass was carried. The question was carried. The not-answering was carried. The not-resolving was carried. The not-using was carried. The carrying was the work. The work went on. The fleet went south.</w:t>
      </w:r>
    </w:p>
    <w:p>
      <w:pPr>
        <w:ind w:firstLine="0"/>
        <w:jc w:val="center"/>
      </w:pPr>
      <w:r>
        <w:rPr>
          <w:color w:val="AAAAAA"/>
        </w:rPr>
        <w:t>❖</w:t>
      </w:r>
    </w:p>
    <w:p>
      <w:pPr>
        <w:ind w:firstLine="0"/>
        <w:jc w:val="center"/>
      </w:pPr>
      <w:r>
        <w:rPr>
          <w:color w:val="AAAAAA"/>
        </w:rPr>
        <w:t>❖</w:t>
      </w:r>
    </w:p>
    <w:p>
      <w:pPr>
        <w:spacing w:before="360" w:after="240"/>
        <w:ind w:firstLine="0"/>
        <w:jc w:val="center"/>
      </w:pPr>
      <w:r>
        <w:rPr>
          <w:b/>
          <w:i/>
          <w:color w:val="333333"/>
          <w:sz w:val="26"/>
        </w:rPr>
        <w:t>Step — The Verification</w:t>
      </w:r>
    </w:p>
    <w:p>
      <w:pPr>
        <w:spacing w:line="360" w:lineRule="auto" w:after="0"/>
        <w:ind w:firstLine="283"/>
      </w:pPr>
      <w:r>
        <w:t>The clerk came ashore at the eighth port with the coalition's verification under his arm, and the verification was a long sheet, and the long sheet was a list, and the list was the names, and the names were the fleet's, and the fleet's were two hundred and ninety, and the clerk wanted them counted.</w:t>
      </w:r>
    </w:p>
    <w:p>
      <w:pPr>
        <w:spacing w:line="360" w:lineRule="auto" w:after="0"/>
        <w:ind w:firstLine="283"/>
      </w:pPr>
      <w:r>
        <w:t>He came to the chart room at the noon. He had a clean coat and a clean collar and a pen with a steel nib and a small bottle of the coast's brown ink. He set the long sheet on the chart table. The chart table was the hatch-cover; the legs were still uneven; the wedge of folded sailcloth under the north leg had the caret-shape of every chart-keeper's doubt. The sheet covered the wedge. The wedge held the sheet.</w:t>
      </w:r>
    </w:p>
    <w:p>
      <w:pPr>
        <w:spacing w:line="360" w:lineRule="auto" w:after="0"/>
        <w:ind w:firstLine="283"/>
      </w:pPr>
      <w:r>
        <w:t>Mira was at the table. The clerk did not see her at first. The desk the rotation had given her was wedged between the chart table and the porthole, and the clerk's eye went to the chart table's center, where the chest was. He set the long sheet down beside the chest.</w:t>
      </w:r>
    </w:p>
    <w:p>
      <w:pPr>
        <w:spacing w:line="360" w:lineRule="auto" w:after="0"/>
        <w:ind w:firstLine="283"/>
      </w:pPr>
      <w:r>
        <w:t>"The coalition's verification," the clerk said. "Two hundred and ninety mouths, by the coalition's last relief count. The coalition requires a confirmation. The coalition's relief will be apportioned at the count."</w:t>
      </w:r>
    </w:p>
    <w:p>
      <w:pPr>
        <w:spacing w:line="360" w:lineRule="auto" w:after="0"/>
        <w:ind w:firstLine="283"/>
      </w:pPr>
      <w:r>
        <w:t>Mira did not look up. The felt roll was in her hands. She was copying the morning's consolidation. The pen moved, stopped, moved. She did not answer.</w:t>
      </w:r>
    </w:p>
    <w:p>
      <w:pPr>
        <w:spacing w:line="360" w:lineRule="auto" w:after="0"/>
        <w:ind w:firstLine="283"/>
      </w:pPr>
      <w:r>
        <w:t>"The names," the clerk said. "You will have the names. The coalition requires the names, by the household, for the relief's apportionment. The household is the relief's unit."</w:t>
      </w:r>
    </w:p>
    <w:p>
      <w:pPr>
        <w:spacing w:line="360" w:lineRule="auto" w:after="0"/>
        <w:ind w:firstLine="283"/>
      </w:pPr>
      <w:r>
        <w:t>Skerry came down the companionway with the morning's soundings. She saw the clerk. She saw the long sheet. She saw the sheet's columns. She stopped at the ladder's foot.</w:t>
      </w:r>
    </w:p>
    <w:p>
      <w:pPr>
        <w:spacing w:line="360" w:lineRule="auto" w:after="0"/>
        <w:ind w:firstLine="283"/>
      </w:pPr>
      <w:r>
        <w:t>"Two hundred and ninety," the clerk said. "Two hundred and ninety mouths. The coalition requires the list. The household. The age. The trade. The origin. The condition. The coalition's relief requires the entry. The entry is the relief's plain office."</w:t>
      </w:r>
    </w:p>
    <w:p>
      <w:pPr>
        <w:spacing w:line="360" w:lineRule="auto" w:after="0"/>
        <w:ind w:firstLine="283"/>
      </w:pPr>
      <w:r>
        <w:t>The chart room held the clerk's saying. The chart room did not answer. The clerk's saying sat in the air the way the Gull's empty hail sat on the water at the middle watch — flat, closed, complete, the asking taken out.</w:t>
      </w:r>
    </w:p>
    <w:p>
      <w:pPr>
        <w:spacing w:line="360" w:lineRule="auto" w:after="0"/>
        <w:ind w:firstLine="283"/>
      </w:pPr>
      <w:r>
        <w:t>Mira set the pen down. She did not look at the clerk. She looked at Skerry. Skerry looked at the clerk. Skerry looked at the chest. Skerry did not speak.</w:t>
      </w:r>
    </w:p>
    <w:p>
      <w:pPr>
        <w:spacing w:line="360" w:lineRule="auto" w:after="0"/>
        <w:ind w:firstLine="283"/>
      </w:pPr>
      <w:r>
        <w:t>The clerk waited. The clerk's clean collar did not move. The clerk's clean pen lay across the long sheet. The clerk's small bottle of brown ink stood at the sheet's edge.</w:t>
      </w:r>
    </w:p>
    <w:p>
      <w:pPr>
        <w:spacing w:line="360" w:lineRule="auto" w:after="0"/>
        <w:ind w:firstLine="283"/>
      </w:pPr>
      <w:r>
        <w:t>"The list," the clerk said.</w:t>
      </w:r>
    </w:p>
    <w:p>
      <w:pPr>
        <w:spacing w:line="360" w:lineRule="auto" w:after="0"/>
        <w:ind w:firstLine="283"/>
      </w:pPr>
      <w:r>
        <w:t>Mira took the felt roll. She opened the roll. She laid it on the chart table beside the long sheet. The roll's pages were the consolidation — the marks, the confidence ticks, the double crosses, the sources' names, the two words at every page's foot. Not resolved.</w:t>
      </w:r>
    </w:p>
    <w:p>
      <w:pPr>
        <w:spacing w:line="360" w:lineRule="auto" w:after="0"/>
        <w:ind w:firstLine="283"/>
      </w:pPr>
      <w:r>
        <w:t>She took the morning's provisional page. She laid it on the roll. The page held the fleet's two souths, the dotted routes not taken, the convergence at the bottom. Not resolved. The two words stood at the foot.</w:t>
      </w:r>
    </w:p>
    <w:p>
      <w:pPr>
        <w:spacing w:line="360" w:lineRule="auto" w:after="0"/>
        <w:ind w:firstLine="283"/>
      </w:pPr>
      <w:r>
        <w:t>She took the chest's oldest leaf. She laid the leaf on the page. The leaf held the open hand. The leaf held the two words: Name uncertain. Person remembered.</w:t>
      </w:r>
    </w:p>
    <w:p>
      <w:pPr>
        <w:spacing w:line="360" w:lineRule="auto" w:after="0"/>
        <w:ind w:firstLine="283"/>
      </w:pPr>
      <w:r>
        <w:t>She laid the three on the chart table, one on the other, the felt roll at the bottom, the provisional page in the middle, the chest's oldest leaf at the top. The three lay on the table. The long sheet lay at the side. The clerk's clean pen lay across the long sheet.</w:t>
      </w:r>
    </w:p>
    <w:p>
      <w:pPr>
        <w:spacing w:line="360" w:lineRule="auto" w:after="0"/>
        <w:ind w:firstLine="283"/>
      </w:pPr>
      <w:r>
        <w:t>"The coalition requires the list," the clerk said. He said it levelly. The public grammar's own register. The relief's plain office. The household. The age. The trade. The origin. The condition.</w:t>
      </w:r>
    </w:p>
    <w:p>
      <w:pPr>
        <w:spacing w:line="360" w:lineRule="auto" w:after="0"/>
        <w:ind w:firstLine="283"/>
      </w:pPr>
      <w:r>
        <w:t>Mira looked at the clerk. The clerk's face did the face the coalition's faces did at the chart room's silence — the held reading, the held breath, the not-answering. The face waited.</w:t>
      </w:r>
    </w:p>
    <w:p>
      <w:pPr>
        <w:spacing w:line="360" w:lineRule="auto" w:after="0"/>
        <w:ind w:firstLine="283"/>
      </w:pPr>
      <w:r>
        <w:t>"The fleet does not have a list," Mira said.</w:t>
      </w:r>
    </w:p>
    <w:p>
      <w:pPr>
        <w:spacing w:line="360" w:lineRule="auto" w:after="0"/>
        <w:ind w:firstLine="283"/>
      </w:pPr>
      <w:r>
        <w:t>The clerk's clean collar moved. The clerk's clean pen moved. The clerk's small bottle of brown ink did not move. The ink was the ink's.</w:t>
      </w:r>
    </w:p>
    <w:p>
      <w:pPr>
        <w:spacing w:line="360" w:lineRule="auto" w:after="0"/>
        <w:ind w:firstLine="283"/>
      </w:pPr>
      <w:r>
        <w:t>"The relief requires the list," the clerk said. "The relief is the coalition's. The coalition's relief is the coast's. The coast's relief is the fleet's. The relief will not be apportioned without the list."</w:t>
      </w:r>
    </w:p>
    <w:p>
      <w:pPr>
        <w:spacing w:line="360" w:lineRule="auto" w:after="0"/>
        <w:ind w:firstLine="283"/>
      </w:pPr>
      <w:r>
        <w:t>Mira did not look at the clerk. She looked at the chart table's three laid pages. The three did not agree. The three did not need to.</w:t>
      </w:r>
    </w:p>
    <w:p>
      <w:pPr>
        <w:spacing w:line="360" w:lineRule="auto" w:after="0"/>
        <w:ind w:firstLine="283"/>
      </w:pPr>
      <w:r>
        <w:t>"The fleet has the chest," Mira said. "The chest has the pages. The pages have the marks. The marks do not agree. The marks are the marks. The fleet does not have a list. The fleet has the chest."</w:t>
      </w:r>
    </w:p>
    <w:p>
      <w:pPr>
        <w:spacing w:line="360" w:lineRule="auto" w:after="0"/>
        <w:ind w:firstLine="283"/>
      </w:pPr>
      <w:r>
        <w:t>"The relief requires the list," the clerk said.</w:t>
      </w:r>
    </w:p>
    <w:p>
      <w:pPr>
        <w:spacing w:line="360" w:lineRule="auto" w:after="0"/>
        <w:ind w:firstLine="283"/>
      </w:pPr>
      <w:r>
        <w:t>"The relief requires the list," Mira said. "The relief will not be apportioned. The fleet has the chest. The chest is the fleet's relief. The relief is the chest's. The relief will not be apportioned without the list, and the list is not the fleet's, and the fleet does not have a list."</w:t>
      </w:r>
    </w:p>
    <w:p>
      <w:pPr>
        <w:spacing w:line="360" w:lineRule="auto" w:after="0"/>
        <w:ind w:firstLine="283"/>
      </w:pPr>
      <w:r>
        <w:t>The clerk's clean collar moved again. The clerk's clean pen moved. The clerk's small bottle of brown ink did not move. The ink was the ink's. The clerk took the long sheet. The clerk folded the long sheet. The clerk took his clean pen. The clerk took his small bottle of brown ink. The clerk went up the companionway. The clerk went down to the boat. The clerk went ashore. The clerk's long sheet was folded in the clerk's clean coat.</w:t>
      </w:r>
    </w:p>
    <w:p>
      <w:pPr>
        <w:spacing w:line="360" w:lineRule="auto" w:after="0"/>
        <w:ind w:firstLine="283"/>
      </w:pPr>
      <w:r>
        <w:t>The fleet did not get the coalition's relief.</w:t>
      </w:r>
    </w:p>
    <w:p>
      <w:pPr>
        <w:spacing w:line="360" w:lineRule="auto" w:after="0"/>
        <w:ind w:firstLine="283"/>
      </w:pPr>
      <w:r>
        <w:t>Skerry looked at Mira. Skerry did not say anything. The chart room held the saying. The chart room held the not-saying. The chart room held the chest. The chest held the pages. The pages held the marks. The marks did not agree. The marks did not need to. The chart room went on. The fleet went on.</w:t>
      </w:r>
    </w:p>
    <w:p>
      <w:pPr>
        <w:spacing w:line="360" w:lineRule="auto" w:after="0"/>
        <w:ind w:firstLine="283"/>
      </w:pPr>
      <w:r>
        <w:t>The clerk's clean collar was at the harbor's edge in the afternoon, going up the harbor's road. The collar was the collar. The fleet was the fleet. The fleet went south.</w:t>
      </w:r>
    </w:p>
    <w:p>
      <w:pPr>
        <w:spacing w:before="360" w:after="240"/>
        <w:ind w:firstLine="0"/>
        <w:jc w:val="center"/>
      </w:pPr>
      <w:r>
        <w:rPr>
          <w:b/>
          <w:i/>
          <w:color w:val="333333"/>
          <w:sz w:val="26"/>
        </w:rPr>
        <w:t>Step — The Pen at the Coast</w:t>
      </w:r>
    </w:p>
    <w:p>
      <w:pPr>
        <w:spacing w:line="360" w:lineRule="auto" w:after="0"/>
        <w:ind w:firstLine="283"/>
      </w:pPr>
      <w:r>
        <w:t>The crusade came to the coast in the autumn's first cold, and Elias walked behind Saint Alexander, and the pen was in his left hand, and the ink was on his finger.</w:t>
      </w:r>
    </w:p>
    <w:p>
      <w:pPr>
        <w:spacing w:line="360" w:lineRule="auto" w:after="0"/>
        <w:ind w:firstLine="283"/>
      </w:pPr>
      <w:r>
        <w:t>The coast was the walkers' coast. The coast was the corridor's coast. The coast was the fleet's last landing and the walkers' first walking. The coast had been walked south for nine years by the grey companies. The coast had been carried by Nima's runners. The coast had been fed by Nessa's pot. The coast was the carrying's coast, and the carrying was the work Elias had refused, and the crusade was the refusal walked out of the archive and onto the road.</w:t>
      </w:r>
    </w:p>
    <w:p>
      <w:pPr>
        <w:spacing w:line="360" w:lineRule="auto" w:after="0"/>
        <w:ind w:firstLine="283"/>
      </w:pPr>
      <w:r>
        <w:t>Elias had not been on the coast. Elias had been at the desk. The desk was west of the ridge. The desk was the third from the door. The desk was the back room. The desk had been the work. The work had been the pen. The pen had been the form. The form had been the household. The household had been the column. The column had been the name. The name had been a column. The desk had been the cage's first mercy.</w:t>
      </w:r>
    </w:p>
    <w:p>
      <w:pPr>
        <w:spacing w:line="360" w:lineRule="auto" w:after="0"/>
        <w:ind w:firstLine="283"/>
      </w:pPr>
      <w:r>
        <w:t>Elias walked behind Saint Alexander. Saint Alexander wore the white of the Saints. The White walked behind Saint Alexander. The White was sixty. The White was drilled. The White was courteous. The courtesy was the cage's third mercy walked out of the archive.</w:t>
      </w:r>
    </w:p>
    <w:p>
      <w:pPr>
        <w:spacing w:line="360" w:lineRule="auto" w:after="0"/>
        <w:ind w:firstLine="283"/>
      </w:pPr>
      <w:r>
        <w:t>The pen was in his left hand. The pen was not at a desk. The pen was on the road. The pen had been at the desk for fifteen years. The pen had not been on the road. The road was new. The road was the coast's. The road was the walkers' road. The road had been walked by the brother. The brother was on the road. The brother was the walker.</w:t>
      </w:r>
    </w:p>
    <w:p>
      <w:pPr>
        <w:spacing w:line="360" w:lineRule="auto" w:after="0"/>
        <w:ind w:firstLine="283"/>
      </w:pPr>
      <w:r>
        <w:t>Elias did not know the brother was the walker. The pen knew. The pen drew the crusade east. The east was where the brother was. The east was also where the walkers' road ran. The east was where the corridor ran. The east was where the carrying ran. The east was where the work Elias had refused ran. The pen drew east.</w:t>
      </w:r>
    </w:p>
    <w:p>
      <w:pPr>
        <w:spacing w:line="360" w:lineRule="auto" w:after="0"/>
        <w:ind w:firstLine="283"/>
      </w:pPr>
      <w:r>
        <w:t>The coast's first town was at the river's mouth. The town was a fishing town. The town was a weaving town. The town had a wall. The wall was low. The wall was stone. The wall was the coast's own old stonework, the kind the walkers had read at a hundred walls. The town's gate was open. The town's people were at the gate. The town's people had heard the white was coming. The town's people had heard the unclean word. The town's people stood at the gate.</w:t>
      </w:r>
    </w:p>
    <w:p>
      <w:pPr>
        <w:spacing w:line="360" w:lineRule="auto" w:after="0"/>
        <w:ind w:firstLine="283"/>
      </w:pPr>
      <w:r>
        <w:t>Saint Alexander stood at the gate. The White stood behind Saint Alexander. Elias stood behind Saint Alexander. The pen was in his left hand.</w:t>
      </w:r>
    </w:p>
    <w:p>
      <w:pPr>
        <w:spacing w:line="360" w:lineRule="auto" w:after="0"/>
        <w:ind w:firstLine="283"/>
      </w:pPr>
      <w:r>
        <w:t>The town's headman stood at the gate. The headman was old. The headman had a face that had been the face of the coast for sixty years. The headman's hands were at his sides. The headman's hands were the fisherman's hands — the rope-burned, the salt-cracked, the hands that had held the net and the lead and the line.</w:t>
      </w:r>
    </w:p>
    <w:p>
      <w:pPr>
        <w:spacing w:line="360" w:lineRule="auto" w:after="0"/>
        <w:ind w:firstLine="283"/>
      </w:pPr>
      <w:r>
        <w:t>"The unclean," Saint Alexander said. The level voice. The mother's eye. "The touched row. The processing. The washing. The clean ground. The joint seals. The order. The coast's wound, by the white's name for it."</w:t>
      </w:r>
    </w:p>
    <w:p>
      <w:pPr>
        <w:spacing w:line="360" w:lineRule="auto" w:after="0"/>
        <w:ind w:firstLine="283"/>
      </w:pPr>
      <w:r>
        <w:t>The headman did not move. The headman's hands did not move. The headman's face did the face the coast's faces did at the white's word — the held reading, the held breath, the not-answering.</w:t>
      </w:r>
    </w:p>
    <w:p>
      <w:pPr>
        <w:spacing w:line="360" w:lineRule="auto" w:after="0"/>
        <w:ind w:firstLine="283"/>
      </w:pPr>
      <w:r>
        <w:t>"The coast's wound is the coast's," the headman said. "The coast's wound is not the white's name for it. The coast's wound is the coast's name for it. The coast's name is the talking. The talking is the ground's. The white's name is the lime. The lime is the white's. The coast's name is the carrying. The carrying is the coast's."</w:t>
      </w:r>
    </w:p>
    <w:p>
      <w:pPr>
        <w:spacing w:line="360" w:lineRule="auto" w:after="0"/>
        <w:ind w:firstLine="283"/>
      </w:pPr>
      <w:r>
        <w:t>Elias did not look at the headman. Elias had the form. The form was the household form. The form was the new format. The name at the head. The reason down the left. The count down the middle. The authorization down the right.</w:t>
      </w:r>
    </w:p>
    <w:p>
      <w:pPr>
        <w:spacing w:line="360" w:lineRule="auto" w:after="0"/>
        <w:ind w:firstLine="283"/>
      </w:pPr>
      <w:r>
        <w:t>Elias set the form on the gate's stone. The gate's stone was the leaving-stone — the coast's oldest ordinary thing, the flat top worn by generations of the town's own hands setting down what they set down. The form lay on the stone. The stone held the form. The form held the column.</w:t>
      </w:r>
    </w:p>
    <w:p>
      <w:pPr>
        <w:spacing w:line="360" w:lineRule="auto" w:after="0"/>
        <w:ind w:firstLine="283"/>
      </w:pPr>
      <w:r>
        <w:t>"What are you owed?" Elias said.</w:t>
      </w:r>
    </w:p>
    <w:p>
      <w:pPr>
        <w:spacing w:line="360" w:lineRule="auto" w:after="0"/>
        <w:ind w:firstLine="283"/>
      </w:pPr>
      <w:r>
        <w:t>The headman looked at the form. The headman's eyes went to the name at the head. The headman's eyes went to the reason down the left. The headman's eyes went to the count down the middle. The headman's eyes went to the authorization down the right. The headman did not sign.</w:t>
      </w:r>
    </w:p>
    <w:p>
      <w:pPr>
        <w:spacing w:line="360" w:lineRule="auto" w:after="0"/>
        <w:ind w:firstLine="283"/>
      </w:pPr>
      <w:r>
        <w:t>"The coast's wound is the coast's," the headman said. "The coast does not owe the white. The coast does not owe the form. The coast does not owe the pen. The coast's carrying is the coast's. The coast's carrying is not the white's. The coast's carrying is not the form's."</w:t>
      </w:r>
    </w:p>
    <w:p>
      <w:pPr>
        <w:spacing w:line="360" w:lineRule="auto" w:after="0"/>
        <w:ind w:firstLine="283"/>
      </w:pPr>
      <w:r>
        <w:t>Elias did not look up. Elias had the next form. Elias set the nib to the page. Elias wrote the name. Elias wrote the date. Elias wrote the household. Elias did not read the household. The household was a column.</w:t>
      </w:r>
    </w:p>
    <w:p>
      <w:pPr>
        <w:spacing w:line="360" w:lineRule="auto" w:after="0"/>
        <w:ind w:firstLine="283"/>
      </w:pPr>
      <w:r>
        <w:t>Saint Alexander turned from the gate. The White turned from the gate. Elias turned from the gate. The pen was in his left hand. The ink was on his finger. The form was on the stack. The form had not been signed. The form had been written. The form would go to the door. The door would go to the road. The road would go to the household.</w:t>
      </w:r>
    </w:p>
    <w:p>
      <w:pPr>
        <w:spacing w:line="360" w:lineRule="auto" w:after="0"/>
        <w:ind w:firstLine="283"/>
      </w:pPr>
      <w:r>
        <w:t>The household was the headman's. The headman had not signed. The form was written anyway. The form was the cage's first mercy walked out of the archive and onto the gate's stone. The stone crossed it or it did not. The white walked on.</w:t>
      </w:r>
    </w:p>
    <w:p>
      <w:pPr>
        <w:spacing w:line="360" w:lineRule="auto" w:after="0"/>
        <w:ind w:firstLine="283"/>
      </w:pPr>
      <w:r>
        <w:t>The town's people stood at the gate. The town's people did not move. The town's people's faces did the coast's face — the held reading, the held breath, the not-answering. The white walked on. The pen drew east. The east was where the brother was. The east was where the road ran. The east was where the carrying ran. The pen drew east.</w:t>
      </w:r>
    </w:p>
    <w:p>
      <w:pPr>
        <w:spacing w:before="360" w:after="240"/>
        <w:ind w:firstLine="0"/>
        <w:jc w:val="center"/>
      </w:pPr>
      <w:r>
        <w:rPr>
          <w:b/>
          <w:i/>
          <w:color w:val="333333"/>
          <w:sz w:val="26"/>
        </w:rPr>
        <w:t>Step — The Form on the Road</w:t>
      </w:r>
    </w:p>
    <w:p>
      <w:pPr>
        <w:spacing w:line="360" w:lineRule="auto" w:after="0"/>
        <w:ind w:firstLine="283"/>
      </w:pPr>
      <w:r>
        <w:t>The road went south. The white walked south. Elias walked behind Saint Alexander. The pen was in his left hand. The ink was on his finger.</w:t>
      </w:r>
    </w:p>
    <w:p>
      <w:pPr>
        <w:spacing w:line="360" w:lineRule="auto" w:after="0"/>
        <w:ind w:firstLine="283"/>
      </w:pPr>
      <w:r>
        <w:t>The road was the walkers' road. The road had been walked by the grey companies for nine years. The road had been walked by the brother. The road had been walked by Nima's runners. The road had been walked by the carrying. The road was the carrying's road. The road was the work Elias had refused.</w:t>
      </w:r>
    </w:p>
    <w:p>
      <w:pPr>
        <w:spacing w:line="360" w:lineRule="auto" w:after="0"/>
        <w:ind w:firstLine="283"/>
      </w:pPr>
      <w:r>
        <w:t>Elias walked the road. The road was new. The road was the coast's. The road was the walkers'. The road had been walked. The walking was the carrying. The carrying was the work. The work was the road. The road went south.</w:t>
      </w:r>
    </w:p>
    <w:p>
      <w:pPr>
        <w:spacing w:line="360" w:lineRule="auto" w:after="0"/>
        <w:ind w:firstLine="283"/>
      </w:pPr>
      <w:r>
        <w:t>Elias's boots were on the road. The boots were the desk's boots — the city's boots, the leather good, the soles thin. The boots had not been on the road. The boots had been at the desk. The desk's boots on the road were the desk's plain confession: the boots did not know the road. The road knew the boots. The road had been walked by the boots that knew the road — the walkers' boots, the grey-cloth boots, the boots that had been resoled three times in nine years. Elias's boots were not those boots.</w:t>
      </w:r>
    </w:p>
    <w:p>
      <w:pPr>
        <w:spacing w:line="360" w:lineRule="auto" w:after="0"/>
        <w:ind w:firstLine="283"/>
      </w:pPr>
      <w:r>
        <w:t>Elias did not know this. Elias had the pen. The pen did not know the road. The pen knew the page. The page knew the column. The column knew the name. The name knew the household. The household knew the form. The form was the road's office, walked out of the archive and onto the boots' thin soles.</w:t>
      </w:r>
    </w:p>
    <w:p>
      <w:pPr>
        <w:spacing w:line="360" w:lineRule="auto" w:after="0"/>
        <w:ind w:firstLine="283"/>
      </w:pPr>
      <w:r>
        <w:t>The road went through a village at the noon. The village was small — five houses, a well, a threshing floor, a stack of barley. The village's people were at the well. The village's people had heard the white was coming. The village's people stood at the well.</w:t>
      </w:r>
    </w:p>
    <w:p>
      <w:pPr>
        <w:spacing w:line="360" w:lineRule="auto" w:after="0"/>
        <w:ind w:firstLine="283"/>
      </w:pPr>
      <w:r>
        <w:t>Saint Alexander stood at the well. The White stood behind Saint Alexander. Elias stood behind Saint Alexander. The pen was in his left hand.</w:t>
      </w:r>
    </w:p>
    <w:p>
      <w:pPr>
        <w:spacing w:line="360" w:lineRule="auto" w:after="0"/>
        <w:ind w:firstLine="283"/>
      </w:pPr>
      <w:r>
        <w:t>The village's oldest stood at the well. The oldest was a woman. The oldest had a face that had been the village's face for seventy years. The oldest's hands were at her sides. The oldest's hands were the spinner's hands — the spindle-calloused, the wool-stained, the hands that had held the thread and the distaff and the wheel.</w:t>
      </w:r>
    </w:p>
    <w:p>
      <w:pPr>
        <w:spacing w:line="360" w:lineRule="auto" w:after="0"/>
        <w:ind w:firstLine="283"/>
      </w:pPr>
      <w:r>
        <w:t>"The unclean," Saint Alexander said. The level voice. The mother's eye.</w:t>
      </w:r>
    </w:p>
    <w:p>
      <w:pPr>
        <w:spacing w:line="360" w:lineRule="auto" w:after="0"/>
        <w:ind w:firstLine="283"/>
      </w:pPr>
      <w:r>
        <w:t>The oldest did not move. The oldest's hands did not move. The oldest's face did the face.</w:t>
      </w:r>
    </w:p>
    <w:p>
      <w:pPr>
        <w:spacing w:line="360" w:lineRule="auto" w:after="0"/>
        <w:ind w:firstLine="283"/>
      </w:pPr>
      <w:r>
        <w:t>"The village's wound is the village's," the oldest said. "The village's wound is the ground's. The village's wound is not the white's. The village's wound is the village's name for it. The village's name is the talking. The white's name is the lime."</w:t>
      </w:r>
    </w:p>
    <w:p>
      <w:pPr>
        <w:spacing w:line="360" w:lineRule="auto" w:after="0"/>
        <w:ind w:firstLine="283"/>
      </w:pPr>
      <w:r>
        <w:t>Elias did not look at the oldest. Elias had the form. Elias set the form on the well's rim. The well's rim was stone. The stone was the village's oldest ordinary thing. The form lay on the stone. The stone held the form.</w:t>
      </w:r>
    </w:p>
    <w:p>
      <w:pPr>
        <w:spacing w:line="360" w:lineRule="auto" w:after="0"/>
        <w:ind w:firstLine="283"/>
      </w:pPr>
      <w:r>
        <w:t>"What are you owed?" Elias said.</w:t>
      </w:r>
    </w:p>
    <w:p>
      <w:pPr>
        <w:spacing w:line="360" w:lineRule="auto" w:after="0"/>
        <w:ind w:firstLine="283"/>
      </w:pPr>
      <w:r>
        <w:t>The oldest looked at the form. The oldest's eyes went to the name at the head. The oldest's eyes went to the reason down the left. The oldest's eyes went to the count down the middle. The oldest's eyes went to the authorization down the right.</w:t>
      </w:r>
    </w:p>
    <w:p>
      <w:pPr>
        <w:spacing w:line="360" w:lineRule="auto" w:after="0"/>
        <w:ind w:firstLine="283"/>
      </w:pPr>
      <w:r>
        <w:t>The oldest did not sign.</w:t>
      </w:r>
    </w:p>
    <w:p>
      <w:pPr>
        <w:spacing w:line="360" w:lineRule="auto" w:after="0"/>
        <w:ind w:firstLine="283"/>
      </w:pPr>
      <w:r>
        <w:t>"The village does not owe the white," the oldest said. "The village does not owe the form. The village's carrying is the village's. The village's carrying is the ground's. The village's carrying is the spinner's. The spinner's thread is the village's. The thread is not the white's. The thread is not the form's."</w:t>
      </w:r>
    </w:p>
    <w:p>
      <w:pPr>
        <w:spacing w:line="360" w:lineRule="auto" w:after="0"/>
        <w:ind w:firstLine="283"/>
      </w:pPr>
      <w:r>
        <w:t>Elias did not look up. Elias had the next form. Elias set the nib to the page. Elias wrote the name. Elias wrote the date. Elias wrote the household. Elias did not read the household. The household was a column.</w:t>
      </w:r>
    </w:p>
    <w:p>
      <w:pPr>
        <w:spacing w:line="360" w:lineRule="auto" w:after="0"/>
        <w:ind w:firstLine="283"/>
      </w:pPr>
      <w:r>
        <w:t>The white walked on. The pen drew east. The east was where the brother was. The east was where the road ran. The east was where the thread ran. The thread was the spinner's. The thread was the village's. The thread was not the white's. The thread was not the form's.</w:t>
      </w:r>
    </w:p>
    <w:p>
      <w:pPr>
        <w:spacing w:line="360" w:lineRule="auto" w:after="0"/>
        <w:ind w:firstLine="283"/>
      </w:pPr>
      <w:r>
        <w:t>Elias walked behind Saint Alexander. The boots were on the road. The road went south. The pen was in his left hand. The ink was on his finger. The form was on the stack. The form had not been signed. The form had been written. The form would go to the door. The door would go to the road. The road would go to the household.</w:t>
      </w:r>
    </w:p>
    <w:p>
      <w:pPr>
        <w:spacing w:line="360" w:lineRule="auto" w:after="0"/>
        <w:ind w:firstLine="283"/>
      </w:pPr>
      <w:r>
        <w:t>The household was the oldest's. The oldest had not signed. The form was written anyway. The form was the cage's first mercy walked out of the archive and onto the well's rim. The rim crossed it or it did not. The white walked on.</w:t>
      </w:r>
    </w:p>
    <w:p>
      <w:pPr>
        <w:spacing w:line="360" w:lineRule="auto" w:after="0"/>
        <w:ind w:firstLine="283"/>
      </w:pPr>
      <w:r>
        <w:t>The village's people stood at the well. The village's people did not move. The village's people's faces did the face. The white walked on. The pen drew east.</w:t>
      </w:r>
    </w:p>
    <w:p>
      <w:pPr>
        <w:spacing w:line="360" w:lineRule="auto" w:after="0"/>
        <w:ind w:firstLine="283"/>
      </w:pPr>
      <w:r>
        <w:t>The east was where the brother was. The brother was on the road. The brother was the walker. The brother was the carrier. The brother was the work Elias had refused. The pen drew east. The east was where the work ran. The work was the road. The road went south. The pen went south.</w:t>
      </w:r>
    </w:p>
    <w:p>
      <w:pPr>
        <w:spacing w:before="360" w:after="240"/>
        <w:ind w:firstLine="0"/>
        <w:jc w:val="center"/>
      </w:pPr>
      <w:r>
        <w:rPr>
          <w:b/>
          <w:i/>
          <w:color w:val="333333"/>
          <w:sz w:val="26"/>
        </w:rPr>
        <w:t>Step — The Cup in the Inn</w:t>
      </w:r>
    </w:p>
    <w:p>
      <w:pPr>
        <w:spacing w:line="360" w:lineRule="auto" w:after="0"/>
        <w:ind w:firstLine="283"/>
      </w:pPr>
      <w:r>
        <w:t>The inn was at the seventeenth town. The inn was the back of the town. The inn was where the brother had been. The brother had been at the back of the inn. The brother had been drinking from the cup. The cup was the cardamom-coloured one. The cup was the dented one — the rim dented where the mule had knocked it, the year the mother had died.</w:t>
      </w:r>
    </w:p>
    <w:p>
      <w:pPr>
        <w:spacing w:line="360" w:lineRule="auto" w:after="0"/>
        <w:ind w:firstLine="283"/>
      </w:pPr>
      <w:r>
        <w:t>Elias came to the inn at the dusk. Saint Alexander came to the inn. The White came to the inn. The inn was quiet. The inn was the back of the town. The inn was the back of the road.</w:t>
      </w:r>
    </w:p>
    <w:p>
      <w:pPr>
        <w:spacing w:line="360" w:lineRule="auto" w:after="0"/>
        <w:ind w:firstLine="283"/>
      </w:pPr>
      <w:r>
        <w:t>The inn's keeper stood at the bar. The keeper was a woman. The keeper had a face that had been the inn's face for thirty years. The keeper's hands were at the bar. The keeper's hands were the bar-keep's hands — the glass-wiped, the cloth-folded, the hands that had held the bottle and the cup and the plate.</w:t>
      </w:r>
    </w:p>
    <w:p>
      <w:pPr>
        <w:spacing w:line="360" w:lineRule="auto" w:after="0"/>
        <w:ind w:firstLine="283"/>
      </w:pPr>
      <w:r>
        <w:t>Elias stood at the door of the inn. Saint Alexander stood behind Elias. The White stood behind Saint Alexander. The inn was quiet.</w:t>
      </w:r>
    </w:p>
    <w:p>
      <w:pPr>
        <w:spacing w:line="360" w:lineRule="auto" w:after="0"/>
        <w:ind w:firstLine="283"/>
      </w:pPr>
      <w:r>
        <w:t>"Ale," Elias said.</w:t>
      </w:r>
    </w:p>
    <w:p>
      <w:pPr>
        <w:spacing w:line="360" w:lineRule="auto" w:after="0"/>
        <w:ind w:firstLine="283"/>
      </w:pPr>
      <w:r>
        <w:t>The keeper drew the ale. The keeper set the cup on the bar. The cup was tin. The cup was dented. The cup was not the cardamom-coloured one. The cup was the inn's. The cup was the bar's. The cup was not the brother's.</w:t>
      </w:r>
    </w:p>
    <w:p>
      <w:pPr>
        <w:spacing w:line="360" w:lineRule="auto" w:after="0"/>
        <w:ind w:firstLine="283"/>
      </w:pPr>
      <w:r>
        <w:t>Elias took the cup. Elias drank. The ale was thin. The ale was the inn's. The ale was the road's. The ale was the dusk's.</w:t>
      </w:r>
    </w:p>
    <w:p>
      <w:pPr>
        <w:spacing w:line="360" w:lineRule="auto" w:after="0"/>
        <w:ind w:firstLine="283"/>
      </w:pPr>
      <w:r>
        <w:t>The brother had been at the back of the inn. The brother had been at the table at the back. The table was there. The table was empty. The brother was not there.</w:t>
      </w:r>
    </w:p>
    <w:p>
      <w:pPr>
        <w:spacing w:line="360" w:lineRule="auto" w:after="0"/>
        <w:ind w:firstLine="283"/>
      </w:pPr>
      <w:r>
        <w:t>Elias did not go to the table at the back. Elias stayed at the bar. The cup was in his hand. The ale was in the cup. The pen was in his left hand. The ink was on his finger.</w:t>
      </w:r>
    </w:p>
    <w:p>
      <w:pPr>
        <w:spacing w:line="360" w:lineRule="auto" w:after="0"/>
        <w:ind w:firstLine="283"/>
      </w:pPr>
      <w:r>
        <w:t>"The walker," Elias said. "The man who was at the back. The man with the cup. The cardamom-coloured one."</w:t>
      </w:r>
    </w:p>
    <w:p>
      <w:pPr>
        <w:spacing w:line="360" w:lineRule="auto" w:after="0"/>
        <w:ind w:firstLine="283"/>
      </w:pPr>
      <w:r>
        <w:t>The keeper did not look at Elias. The keeper's hands went on with the cloth. The cloth went over the bar. The cloth went over the glass. The cloth went over the bar-keep's hands.</w:t>
      </w:r>
    </w:p>
    <w:p>
      <w:pPr>
        <w:spacing w:line="360" w:lineRule="auto" w:after="0"/>
        <w:ind w:firstLine="283"/>
      </w:pPr>
      <w:r>
        <w:t>"The walker was here," the keeper said. "The walker went south. The walker was here three days. The walker drank from his own cup. The walker did not eat. The walker did not sleep. The walker sat at the table at the back. The walker read the ground at the table at the back. The walker did not say anything. The walker went south."</w:t>
      </w:r>
    </w:p>
    <w:p>
      <w:pPr>
        <w:spacing w:line="360" w:lineRule="auto" w:after="0"/>
        <w:ind w:firstLine="283"/>
      </w:pPr>
      <w:r>
        <w:t>Elias did not look at the keeper. Elias looked at the table at the back. The table was empty. The table was the table. The table was not the brother's. The table was the inn's. The table was the back's.</w:t>
      </w:r>
    </w:p>
    <w:p>
      <w:pPr>
        <w:spacing w:line="360" w:lineRule="auto" w:after="0"/>
        <w:ind w:firstLine="283"/>
      </w:pPr>
      <w:r>
        <w:t>"The cup," Elias said. "The cardamom-coloured one. The dented one. Where did the cup come from."</w:t>
      </w:r>
    </w:p>
    <w:p>
      <w:pPr>
        <w:spacing w:line="360" w:lineRule="auto" w:after="0"/>
        <w:ind w:firstLine="283"/>
      </w:pPr>
      <w:r>
        <w:t>The keeper did not look at Elias. The keeper's hands went on with the cloth.</w:t>
      </w:r>
    </w:p>
    <w:p>
      <w:pPr>
        <w:spacing w:line="360" w:lineRule="auto" w:after="0"/>
        <w:ind w:firstLine="283"/>
      </w:pPr>
      <w:r>
        <w:t>"The cup was the walker's," the keeper said. "The cup was the walker's own. The cup had been the walker's for years. The cup had been the mother's. The cup had been the household's. The cup had been the kitchen's. The cup had been the table's. The cup had been the mother's place at the table. The cup had been the mother's turning. The mother had turned the cup every morning. The chip was turned to the far side. The mother had turned the chip. The walker drank from the cup the way the mother had drunk from the cup. The walker turned the chip to the far side. The walker did not say anything."</w:t>
      </w:r>
    </w:p>
    <w:p>
      <w:pPr>
        <w:spacing w:line="360" w:lineRule="auto" w:after="0"/>
        <w:ind w:firstLine="283"/>
      </w:pPr>
      <w:r>
        <w:t>Elias did not look at the keeper. Elias looked at the cup in his hand. The cup was tin. The cup was dented. The cup was not the cardamom-coloured one. The cup was the inn's. The cup was not the brother's.</w:t>
      </w:r>
    </w:p>
    <w:p>
      <w:pPr>
        <w:spacing w:line="360" w:lineRule="auto" w:after="0"/>
        <w:ind w:firstLine="283"/>
      </w:pPr>
      <w:r>
        <w:t>The brother's cup was the mother's cup. The brother's cup was the household's. The brother's cup was the kitchen's. The brother's cup was the mother's place at the table. The brother's cup was the chip turned to the far side. The brother had drunk from the mother's cup. The brother had turned the chip. The brother had not said anything.</w:t>
      </w:r>
    </w:p>
    <w:p>
      <w:pPr>
        <w:spacing w:line="360" w:lineRule="auto" w:after="0"/>
        <w:ind w:firstLine="283"/>
      </w:pPr>
      <w:r>
        <w:t>Elias had not drunk from the mother's cup. Elias had not turned the chip. Elias had not been at the table. Elias had been at the desk. The desk was west of the ridge. The desk was the third from the door. The desk had been the work. The work had been the pen. The pen had been the form. The form had been the household. The household had been the column. The column had been the name. The name had been the mother's. The name had been the column. The column had been the form. The form had been the cage's first mercy.</w:t>
      </w:r>
    </w:p>
    <w:p>
      <w:pPr>
        <w:spacing w:line="360" w:lineRule="auto" w:after="0"/>
        <w:ind w:firstLine="283"/>
      </w:pPr>
      <w:r>
        <w:t>Elias drank the ale. The ale was thin. The ale was the inn's. The ale was the road's. The ale was the dusk's.</w:t>
      </w:r>
    </w:p>
    <w:p>
      <w:pPr>
        <w:spacing w:line="360" w:lineRule="auto" w:after="0"/>
        <w:ind w:firstLine="283"/>
      </w:pPr>
      <w:r>
        <w:t>Saint Alexander turned from the bar. The White turned from the bar. Elias turned from the bar. The pen was in his left hand. The ink was on his finger. The cup was on the bar. The cup was the inn's.</w:t>
      </w:r>
    </w:p>
    <w:p>
      <w:pPr>
        <w:spacing w:line="360" w:lineRule="auto" w:after="0"/>
        <w:ind w:firstLine="283"/>
      </w:pPr>
      <w:r>
        <w:t>The white walked on. The pen drew east. The east was where the brother was. The brother was south. The brother was on the road. The brother was the walker. The brother was the carrier. The brother was the work Elias had refused. The pen drew south.</w:t>
      </w:r>
    </w:p>
    <w:p>
      <w:pPr>
        <w:spacing w:line="360" w:lineRule="auto" w:after="0"/>
        <w:ind w:firstLine="283"/>
      </w:pPr>
      <w:r>
        <w:t>The inn was at the back of the town. The inn was the back of the road. The inn's keeper stood at the bar. The keeper's hands went on with the cloth. The cloth went over the bar. The cloth went over the glass. The cloth went over the bar-keep's hands. The inn went on being the inn. The white walked on. The pen drew south. The south was where the brother was. The south was where the road ran. The south was where the cup ran. The cup was the mother's. The cup was the brother's. The cup was not Elias's. The cup was the work Elias had refused. The pen drew south.</w:t>
      </w:r>
    </w:p>
    <w:p>
      <w:pPr>
        <w:spacing w:before="360" w:after="240"/>
        <w:ind w:firstLine="0"/>
        <w:jc w:val="center"/>
      </w:pPr>
      <w:r>
        <w:rPr>
          <w:b/>
          <w:i/>
          <w:color w:val="333333"/>
          <w:sz w:val="26"/>
        </w:rPr>
        <w:t>Step — Tansy at the Lantern</w:t>
      </w:r>
    </w:p>
    <w:p>
      <w:pPr>
        <w:spacing w:line="360" w:lineRule="auto" w:after="0"/>
        <w:ind w:firstLine="283"/>
      </w:pPr>
      <w:r>
        <w:t>There was a child on the chart ship. The child's name was Tansy. The child was eight. The child had come aboard at the second port — the harbor of kin, where two of the hold ship's Atherin had been born. The child had come aboard with the woman who had been her grandmother, and the grandmother had gone ashore at the harbor of kin, and the child had stayed. The grandmother had said, plainly, to the water: She stays. The grandmother had gone ashore. The child had stayed.</w:t>
      </w:r>
    </w:p>
    <w:p>
      <w:pPr>
        <w:spacing w:line="360" w:lineRule="auto" w:after="0"/>
        <w:ind w:firstLine="283"/>
      </w:pPr>
      <w:r>
        <w:t>The child had been on the chart ship for six weeks. The child had been at the rail at the noon meals. The child had been at the foredeck at the morning's marks. The child had been at the chart room's threshold at the dusk's first dark. The child had been at the threshold the way the fleet's children came to thresholds — without the announcing, without the asking.</w:t>
      </w:r>
    </w:p>
    <w:p>
      <w:pPr>
        <w:spacing w:line="360" w:lineRule="auto" w:after="0"/>
        <w:ind w:firstLine="283"/>
      </w:pPr>
      <w:r>
        <w:t>The child had a slate. The slate was the chart room's — one of the slates the chart room gave the fleet's children for the learning of the marks. The slate was small. The chalk was the chart keepers' grey. The slate was the child's. The slate had been the child's for six weeks.</w:t>
      </w:r>
    </w:p>
    <w:p>
      <w:pPr>
        <w:spacing w:line="360" w:lineRule="auto" w:after="0"/>
        <w:ind w:firstLine="283"/>
      </w:pPr>
      <w:r>
        <w:t>The child sat at the chart room's threshold at the dusk's first dark. The lamp was lit. The lamp was the dented-tin-chimney lamp, the lamp Ferrow had on the middle watch. The lamp threw the crooked light on the deck. The crooked light came into the chart room's threshold. The child sat in the crooked light.</w:t>
      </w:r>
    </w:p>
    <w:p>
      <w:pPr>
        <w:spacing w:line="360" w:lineRule="auto" w:after="0"/>
        <w:ind w:firstLine="283"/>
      </w:pPr>
      <w:r>
        <w:t>The child drew on the slate. The child drew a line. The line was not straight. The line was not corrected. The line was the askew line — the two lines that did not align, that did not match, that were the same shape and not the same. The child did not know the askew line's name. The child drew it anyway.</w:t>
      </w:r>
    </w:p>
    <w:p>
      <w:pPr>
        <w:spacing w:line="360" w:lineRule="auto" w:after="0"/>
        <w:ind w:firstLine="283"/>
      </w:pPr>
      <w:r>
        <w:t>Nima was at the chart ship's rail. Nima had been at the rail since the noon. Nima had been counting the exits — the side ladder, the fore hatch, the gangway, the sea on every side. The count was the habit. The count came at the dusk's first dark to the chart room's threshold, and Nima saw the child.</w:t>
      </w:r>
    </w:p>
    <w:p>
      <w:pPr>
        <w:spacing w:line="360" w:lineRule="auto" w:after="0"/>
        <w:ind w:firstLine="283"/>
      </w:pPr>
      <w:r>
        <w:t>Nima did not come in. Nima stood at the rail. The rail was cold under her hands. The count went in her head — exits, lights, the child at the threshold.</w:t>
      </w:r>
    </w:p>
    <w:p>
      <w:pPr>
        <w:spacing w:line="360" w:lineRule="auto" w:after="0"/>
        <w:ind w:firstLine="283"/>
      </w:pPr>
      <w:r>
        <w:t>The child drew the askew line on the slate. The child did not look up. The child's hand was the child's own — small, the chalk-stub held in the fist, the wrist bent the way a child's wrist bends when the hand is learning the line. The line was askew. The line was the child's.</w:t>
      </w:r>
    </w:p>
    <w:p>
      <w:pPr>
        <w:spacing w:line="360" w:lineRule="auto" w:after="0"/>
        <w:ind w:firstLine="283"/>
      </w:pPr>
      <w:r>
        <w:t>Nima watched the line. The line was the same line Nima had been counting — the line that did not align, the line that did not match, the line that was the same shape and not the same. The line was the corridor's line. The line was the city's line. The line was the passage-man's line. The line was the line Nima had been taught at fifteen in the passages under the East Annex. The child did not know. The child drew it anyway.</w:t>
      </w:r>
    </w:p>
    <w:p>
      <w:pPr>
        <w:spacing w:line="360" w:lineRule="auto" w:after="0"/>
        <w:ind w:firstLine="283"/>
      </w:pPr>
      <w:r>
        <w:t>Nima came down the rail. Nima came to the threshold. The child did not look up. The child drew the line.</w:t>
      </w:r>
    </w:p>
    <w:p>
      <w:pPr>
        <w:spacing w:line="360" w:lineRule="auto" w:after="0"/>
        <w:ind w:firstLine="283"/>
      </w:pPr>
      <w:r>
        <w:t>"That is the askew line," Nima said.</w:t>
      </w:r>
    </w:p>
    <w:p>
      <w:pPr>
        <w:spacing w:line="360" w:lineRule="auto" w:after="0"/>
        <w:ind w:firstLine="283"/>
      </w:pPr>
      <w:r>
        <w:t>The child looked up. The child's face was the face of the eight-year-old — the face that has not yet learned the not-asking, the face that has not yet learned the not-answering.</w:t>
      </w:r>
    </w:p>
    <w:p>
      <w:pPr>
        <w:spacing w:line="360" w:lineRule="auto" w:after="0"/>
        <w:ind w:firstLine="283"/>
      </w:pPr>
      <w:r>
        <w:t>"What's the askew line?" the child said.</w:t>
      </w:r>
    </w:p>
    <w:p>
      <w:pPr>
        <w:spacing w:line="360" w:lineRule="auto" w:after="0"/>
        <w:ind w:firstLine="283"/>
      </w:pPr>
      <w:r>
        <w:t>"It is two lines," Nima said. "Neither straight. Neither corrected. The same shape. Not the same."</w:t>
      </w:r>
    </w:p>
    <w:p>
      <w:pPr>
        <w:spacing w:line="360" w:lineRule="auto" w:after="0"/>
        <w:ind w:firstLine="283"/>
      </w:pPr>
      <w:r>
        <w:t>"Why?"</w:t>
      </w:r>
    </w:p>
    <w:p>
      <w:pPr>
        <w:spacing w:line="360" w:lineRule="auto" w:after="0"/>
        <w:ind w:firstLine="283"/>
      </w:pPr>
      <w:r>
        <w:t>"Because the world is the world," Nima said. "The world does not align. The world does not match. The askew line is the world's. The world's line is askew. The askew line is the carrying's. The carrying carries the askew. The askew is the carrying's."</w:t>
      </w:r>
    </w:p>
    <w:p>
      <w:pPr>
        <w:spacing w:line="360" w:lineRule="auto" w:after="0"/>
        <w:ind w:firstLine="283"/>
      </w:pPr>
      <w:r>
        <w:t>The child looked at the slate. The child's hand went back to the chalk. The child drew the second line. The second line was askew the way the first was askew. The two lines did not align. The two lines did not match. The two lines were the same shape and not the same.</w:t>
      </w:r>
    </w:p>
    <w:p>
      <w:pPr>
        <w:spacing w:line="360" w:lineRule="auto" w:after="0"/>
        <w:ind w:firstLine="283"/>
      </w:pPr>
      <w:r>
        <w:t>"Is that right?" the child said.</w:t>
      </w:r>
    </w:p>
    <w:p>
      <w:pPr>
        <w:spacing w:line="360" w:lineRule="auto" w:after="0"/>
        <w:ind w:firstLine="283"/>
      </w:pPr>
      <w:r>
        <w:t>"It is the askew line," Nima said. "It is the line. The line is right. The line is askew. The askew is right."</w:t>
      </w:r>
    </w:p>
    <w:p>
      <w:pPr>
        <w:spacing w:line="360" w:lineRule="auto" w:after="0"/>
        <w:ind w:firstLine="283"/>
      </w:pPr>
      <w:r>
        <w:t>The child did not say anything. The child drew a third line — small, at the slate's edge, beside the two. The third line was askew the way the first two were askew. The three lines did not align. The three lines did not match. The three lines were the same shape and not the same.</w:t>
      </w:r>
    </w:p>
    <w:p>
      <w:pPr>
        <w:spacing w:line="360" w:lineRule="auto" w:after="0"/>
        <w:ind w:firstLine="283"/>
      </w:pPr>
      <w:r>
        <w:t>Nima watched the three lines. The three lines were the corridor's. The three lines were the child's. The three lines were the practice's first seed, planted at the chart room's threshold, in the lamp's crooked light, on the chart room's slate.</w:t>
      </w:r>
    </w:p>
    <w:p>
      <w:pPr>
        <w:spacing w:line="360" w:lineRule="auto" w:after="0"/>
        <w:ind w:firstLine="283"/>
      </w:pPr>
      <w:r>
        <w:t>The lamp threw the crooked light on the deck. The deck held the child. The child held the slate. The slate held the three lines. The three lines held the askew. The askew held the world. The world held the child.</w:t>
      </w:r>
    </w:p>
    <w:p>
      <w:pPr>
        <w:spacing w:line="360" w:lineRule="auto" w:after="0"/>
        <w:ind w:firstLine="283"/>
      </w:pPr>
      <w:r>
        <w:t>Nima went back to the rail. The count went in her head — exits, lights, the child at the threshold. The new shape was settling in beside the old ones — the chart room's lamp, the slate, the three lines, the child's wrist bent the way a child's wrist bends when the hand is learning the line.</w:t>
      </w:r>
    </w:p>
    <w:p>
      <w:pPr>
        <w:spacing w:line="360" w:lineRule="auto" w:after="0"/>
        <w:ind w:firstLine="283"/>
      </w:pPr>
      <w:r>
        <w:t>The fleet went south. The chart room's lamp went on. The child drew at the threshold. The slate held the three lines. The three lines were askew. The askew was right.</w:t>
      </w:r>
    </w:p>
    <w:p>
      <w:pPr>
        <w:spacing w:before="360" w:after="240"/>
        <w:ind w:firstLine="0"/>
        <w:jc w:val="center"/>
      </w:pPr>
      <w:r>
        <w:rPr>
          <w:b/>
          <w:i/>
          <w:color w:val="333333"/>
          <w:sz w:val="26"/>
        </w:rPr>
        <w:t>Step — Tansy's First Count</w:t>
      </w:r>
    </w:p>
    <w:p>
      <w:pPr>
        <w:spacing w:line="360" w:lineRule="auto" w:after="0"/>
        <w:ind w:firstLine="283"/>
      </w:pPr>
      <w:r>
        <w:t>The child came to the rail at the noon of the next day. Nima was at the rail. The child stood beside Nima. The child did not say anything. The child stood the way the fleet's children stood — without the announcing, without the asking.</w:t>
      </w:r>
    </w:p>
    <w:p>
      <w:pPr>
        <w:spacing w:line="360" w:lineRule="auto" w:after="0"/>
        <w:ind w:firstLine="283"/>
      </w:pPr>
      <w:r>
        <w:t>Nima did not look at the child. Nima looked at the water. The water went to the rim of what the eye could hold, and past the rim, and past the rim's rim.</w:t>
      </w:r>
    </w:p>
    <w:p>
      <w:pPr>
        <w:spacing w:line="360" w:lineRule="auto" w:after="0"/>
        <w:ind w:firstLine="283"/>
      </w:pPr>
      <w:r>
        <w:t>"What are you counting?" the child said.</w:t>
      </w:r>
    </w:p>
    <w:p>
      <w:pPr>
        <w:spacing w:line="360" w:lineRule="auto" w:after="0"/>
        <w:ind w:firstLine="283"/>
      </w:pPr>
      <w:r>
        <w:t>Nima did not look at the child. Nima looked at the water.</w:t>
      </w:r>
    </w:p>
    <w:p>
      <w:pPr>
        <w:spacing w:line="360" w:lineRule="auto" w:after="0"/>
        <w:ind w:firstLine="283"/>
      </w:pPr>
      <w:r>
        <w:t>"The exits," Nima said. "The exits are the ways out. The exits are the doors. The doors are the count."</w:t>
      </w:r>
    </w:p>
    <w:p>
      <w:pPr>
        <w:spacing w:line="360" w:lineRule="auto" w:after="0"/>
        <w:ind w:firstLine="283"/>
      </w:pPr>
      <w:r>
        <w:t>The child looked at the water. The child looked at the deck. The child looked at the rail. The child's eyes went the way the eyes go when the eyes are learning the count — from the deck to the rail, from the rail to the ladder, from the ladder to the hatch, from the hatch to the sea.</w:t>
      </w:r>
    </w:p>
    <w:p>
      <w:pPr>
        <w:spacing w:line="360" w:lineRule="auto" w:after="0"/>
        <w:ind w:firstLine="283"/>
      </w:pPr>
      <w:r>
        <w:t>"How many?" the child said.</w:t>
      </w:r>
    </w:p>
    <w:p>
      <w:pPr>
        <w:spacing w:line="360" w:lineRule="auto" w:after="0"/>
        <w:ind w:firstLine="283"/>
      </w:pPr>
      <w:r>
        <w:t>"Four," Nima said. "The side ladder. The fore hatch. The gangway. The sea on every side. Four."</w:t>
      </w:r>
    </w:p>
    <w:p>
      <w:pPr>
        <w:spacing w:line="360" w:lineRule="auto" w:after="0"/>
        <w:ind w:firstLine="283"/>
      </w:pPr>
      <w:r>
        <w:t>The child counted. The child's eyes went from the side ladder to the fore hatch to the gangway to the sea. The child's lips moved. The child did not say the count aloud. The child counted the way the count is counted — in the head, not in the mouth.</w:t>
      </w:r>
    </w:p>
    <w:p>
      <w:pPr>
        <w:spacing w:line="360" w:lineRule="auto" w:after="0"/>
        <w:ind w:firstLine="283"/>
      </w:pPr>
      <w:r>
        <w:t>"Four," the child said.</w:t>
      </w:r>
    </w:p>
    <w:p>
      <w:pPr>
        <w:spacing w:line="360" w:lineRule="auto" w:after="0"/>
        <w:ind w:firstLine="283"/>
      </w:pPr>
      <w:r>
        <w:t>"Four," Nima said.</w:t>
      </w:r>
    </w:p>
    <w:p>
      <w:pPr>
        <w:spacing w:line="360" w:lineRule="auto" w:after="0"/>
        <w:ind w:firstLine="283"/>
      </w:pPr>
      <w:r>
        <w:t>The child counted again. The child's eyes went the same way. The child's lips moved. The child did not say the count aloud.</w:t>
      </w:r>
    </w:p>
    <w:p>
      <w:pPr>
        <w:spacing w:line="360" w:lineRule="auto" w:after="0"/>
        <w:ind w:firstLine="283"/>
      </w:pPr>
      <w:r>
        <w:t>"Four," the child said.</w:t>
      </w:r>
    </w:p>
    <w:p>
      <w:pPr>
        <w:spacing w:line="360" w:lineRule="auto" w:after="0"/>
        <w:ind w:firstLine="283"/>
      </w:pPr>
      <w:r>
        <w:t>"Four," Nima said. "The count is the count. The count does not change. The count is the habit. The habit is the count's. The count is the corridor's. The corridor is the count's."</w:t>
      </w:r>
    </w:p>
    <w:p>
      <w:pPr>
        <w:spacing w:line="360" w:lineRule="auto" w:after="0"/>
        <w:ind w:firstLine="283"/>
      </w:pPr>
      <w:r>
        <w:t>The child looked at Nima. The child's face was the face of the eight-year-old — the face that has not yet learned the not-asking.</w:t>
      </w:r>
    </w:p>
    <w:p>
      <w:pPr>
        <w:spacing w:line="360" w:lineRule="auto" w:after="0"/>
        <w:ind w:firstLine="283"/>
      </w:pPr>
      <w:r>
        <w:t>"Why?" the child said.</w:t>
      </w:r>
    </w:p>
    <w:p>
      <w:pPr>
        <w:spacing w:line="360" w:lineRule="auto" w:after="0"/>
        <w:ind w:firstLine="283"/>
      </w:pPr>
      <w:r>
        <w:t>"Because the doors are the world's," Nima said. "The world's doors are the world's ways out. The ways out are the ways the world goes. The count is the world's ways out. The count is the corridor's. The corridor counts the world's ways out. The corridor counts because the doors are the world's. The doors are the world's because the doors are the ways out. The ways out are the ways the world goes. The count goes in the head. The head goes in the body. The body goes at the rail. The rail goes on the ship. The ship goes on the sea. The sea goes on the world. The count goes on the world."</w:t>
      </w:r>
    </w:p>
    <w:p>
      <w:pPr>
        <w:spacing w:line="360" w:lineRule="auto" w:after="0"/>
        <w:ind w:firstLine="283"/>
      </w:pPr>
      <w:r>
        <w:t>The child did not say anything. The child counted again. The child's eyes went the same way. The child's lips moved. The child did not say the count aloud.</w:t>
      </w:r>
    </w:p>
    <w:p>
      <w:pPr>
        <w:spacing w:line="360" w:lineRule="auto" w:after="0"/>
        <w:ind w:firstLine="283"/>
      </w:pPr>
      <w:r>
        <w:t>"Four," the child said.</w:t>
      </w:r>
    </w:p>
    <w:p>
      <w:pPr>
        <w:spacing w:line="360" w:lineRule="auto" w:after="0"/>
        <w:ind w:firstLine="283"/>
      </w:pPr>
      <w:r>
        <w:t>"Four," Nima said.</w:t>
      </w:r>
    </w:p>
    <w:p>
      <w:pPr>
        <w:spacing w:line="360" w:lineRule="auto" w:after="0"/>
        <w:ind w:firstLine="283"/>
      </w:pPr>
      <w:r>
        <w:t>The fleet's riding lights were lit at the dusk. The lights were one to a ship, no two the same height, and the lights did not form a line, and the counting did not require them to. The count was the count. The count was eleven on the calm nights, ten on the nights the Gull's lamp had gone out.</w:t>
      </w:r>
    </w:p>
    <w:p>
      <w:pPr>
        <w:spacing w:line="360" w:lineRule="auto" w:after="0"/>
        <w:ind w:firstLine="283"/>
      </w:pPr>
      <w:r>
        <w:t>The child counted the lights. The child's eyes went from light to light. The child's lips moved. The child did not say the count aloud.</w:t>
      </w:r>
    </w:p>
    <w:p>
      <w:pPr>
        <w:spacing w:line="360" w:lineRule="auto" w:after="0"/>
        <w:ind w:firstLine="283"/>
      </w:pPr>
      <w:r>
        <w:t>"Eleven," the child said.</w:t>
      </w:r>
    </w:p>
    <w:p>
      <w:pPr>
        <w:spacing w:line="360" w:lineRule="auto" w:after="0"/>
        <w:ind w:firstLine="283"/>
      </w:pPr>
      <w:r>
        <w:t>"Eleven," Nima said. "The lights are the fleet's. The lights are the fleet's dead. The lights are the fleet's living. The lights are the count. The count is the lights'."</w:t>
      </w:r>
    </w:p>
    <w:p>
      <w:pPr>
        <w:spacing w:line="360" w:lineRule="auto" w:after="0"/>
        <w:ind w:firstLine="283"/>
      </w:pPr>
      <w:r>
        <w:t>The child counted again. The child's eyes went from light to light. The child's lips moved.</w:t>
      </w:r>
    </w:p>
    <w:p>
      <w:pPr>
        <w:spacing w:line="360" w:lineRule="auto" w:after="0"/>
        <w:ind w:firstLine="283"/>
      </w:pPr>
      <w:r>
        <w:t>"Ten," the child said. "The Gull's lamp is out."</w:t>
      </w:r>
    </w:p>
    <w:p>
      <w:pPr>
        <w:spacing w:line="360" w:lineRule="auto" w:after="0"/>
        <w:ind w:firstLine="283"/>
      </w:pPr>
      <w:r>
        <w:t>"The Gull's lamp is out," Nima said. "The Gull's lamp is always out. The Gull is empty. The empty's lamp is the empty's testimony. The testimony is the lamp's. The lamp is the empty's. The empty is the Gull's. The Gull is the fleet's."</w:t>
      </w:r>
    </w:p>
    <w:p>
      <w:pPr>
        <w:spacing w:line="360" w:lineRule="auto" w:after="0"/>
        <w:ind w:firstLine="283"/>
      </w:pPr>
      <w:r>
        <w:t>The child did not say anything. The child counted again. The child's eyes went from light to light. The child's lips moved.</w:t>
      </w:r>
    </w:p>
    <w:p>
      <w:pPr>
        <w:spacing w:line="360" w:lineRule="auto" w:after="0"/>
        <w:ind w:firstLine="283"/>
      </w:pPr>
      <w:r>
        <w:t>"Ten," the child said. "The Gull's lamp is out. The Gull is empty. The empty is the Gull's. The Gull is the fleet's."</w:t>
      </w:r>
    </w:p>
    <w:p>
      <w:pPr>
        <w:spacing w:line="360" w:lineRule="auto" w:after="0"/>
        <w:ind w:firstLine="283"/>
      </w:pPr>
      <w:r>
        <w:t>The fleet went south. The lights went on. The child counted the lights. The count was ten. The count was the count. The count was the child's first count. The count was the corridor's first seed, planted at the rail, in the dusk's first dark, on the chart ship's deck.</w:t>
      </w:r>
    </w:p>
    <w:p>
      <w:pPr>
        <w:spacing w:line="360" w:lineRule="auto" w:after="0"/>
        <w:ind w:firstLine="283"/>
      </w:pPr>
      <w:r>
        <w:t>Nima did not look at the child. Nima looked at the water. The water went to the rim of what the eye could hold, and past the rim, and past the rim's rim.</w:t>
      </w:r>
    </w:p>
    <w:p>
      <w:pPr>
        <w:spacing w:line="360" w:lineRule="auto" w:after="0"/>
        <w:ind w:firstLine="283"/>
      </w:pPr>
      <w:r>
        <w:t>The new shape was settling in beside the old ones — the askew line on the slate, the count at the rail, the child's lips moving the way the count is counted, in the head, not in the mouth. The shape was the corridor's. The shape was the child's. The shape was the practice's first seed, planted at the rail, in the dusk's first dark, on the chart ship's deck.</w:t>
      </w:r>
    </w:p>
    <w:p>
      <w:pPr>
        <w:spacing w:line="360" w:lineRule="auto" w:after="0"/>
        <w:ind w:firstLine="283"/>
      </w:pPr>
      <w:r>
        <w:t>The fleet went south. The child counted. The count was ten. The count was the count. The count was the child's.</w:t>
      </w:r>
    </w:p>
    <w:p>
      <w:pPr>
        <w:spacing w:before="360" w:after="240"/>
        <w:ind w:firstLine="0"/>
        <w:jc w:val="center"/>
      </w:pPr>
      <w:r>
        <w:rPr>
          <w:b/>
          <w:i/>
          <w:color w:val="333333"/>
          <w:sz w:val="26"/>
        </w:rPr>
        <w:t>Step — The Cult's Second Step</w:t>
      </w:r>
    </w:p>
    <w:p>
      <w:pPr>
        <w:spacing w:line="360" w:lineRule="auto" w:after="0"/>
        <w:ind w:firstLine="283"/>
      </w:pPr>
      <w:r>
        <w:t>The Cult's second step with Rook was at the chart ship's rail in the spring's third week, and the step was the relief deepened, and the relief was the splice set down deeper, and the deeper was the Cult's, and the Cult's was the spiral's second turn.</w:t>
      </w:r>
    </w:p>
    <w:p>
      <w:pPr>
        <w:spacing w:line="360" w:lineRule="auto" w:after="0"/>
        <w:ind w:firstLine="283"/>
      </w:pPr>
      <w:r>
        <w:t>The Cult had come aboard at the eighth port. The Cult had been a woman with a grey-cloth shoulder and a small voice. The Cult had said, at the rail, sideways, while looking at the water: The carrying is the cage. The cage is the carrying. The taking is the liberation. The liberation is the taking. The Cult had gone ashore. The Cult had left the saying. The saying had sat in Rook's sternum the way the splice sat in his pack — carried, not used.</w:t>
      </w:r>
    </w:p>
    <w:p>
      <w:pPr>
        <w:spacing w:line="360" w:lineRule="auto" w:after="0"/>
        <w:ind w:firstLine="283"/>
      </w:pPr>
      <w:r>
        <w:t>The Cult's second step was a man. The man came aboard at the ninth port. The man had a coast-trader's coat and a coast-trader's voice and a coast-trader's level register. The man stood at the chart ship's rail at the noon. The man did not look at Rook. The man looked at the water.</w:t>
      </w:r>
    </w:p>
    <w:p>
      <w:pPr>
        <w:spacing w:line="360" w:lineRule="auto" w:after="0"/>
        <w:ind w:firstLine="283"/>
      </w:pPr>
      <w:r>
        <w:t>"The carrying is the cage," the man said. "The cage is the carrying. The taking is the liberation. The liberation is the taking. The fleet carries. The fleet does not take. The fleet's carrying is the cage. The fleet's cage is the carrying. The fleet's liberation is the taking. The fleet's taking is the liberation."</w:t>
      </w:r>
    </w:p>
    <w:p>
      <w:pPr>
        <w:spacing w:line="360" w:lineRule="auto" w:after="0"/>
        <w:ind w:firstLine="283"/>
      </w:pPr>
      <w:r>
        <w:t>Rook did not look at the man. Rook looked at the water. The water went to the rim of what the eye could hold, and past the rim, and past the rim's rim. The water did not take. The water did not carry. The water was the water. The water went on.</w:t>
      </w:r>
    </w:p>
    <w:p>
      <w:pPr>
        <w:spacing w:line="360" w:lineRule="auto" w:after="0"/>
        <w:ind w:firstLine="283"/>
      </w:pPr>
      <w:r>
        <w:t>"The fleet carries the dead," the man said. "The fleet carries the Gull. The fleet carries the Tern. The fleet carries the Sister. The fleet carries the boy Jory. The fleet carries the city's dead. The fleet carries the carrying. The carrying is the cage. The fleet's cage is the carrying. The fleet's liberation is the taking. The fleet's taking is the liberation. The fleet takes the dead. The fleet takes the carrying. The fleet takes the cage. The fleet's taking is the liberation. The fleet's liberation is the taking."</w:t>
      </w:r>
    </w:p>
    <w:p>
      <w:pPr>
        <w:spacing w:line="360" w:lineRule="auto" w:after="0"/>
        <w:ind w:firstLine="283"/>
      </w:pPr>
      <w:r>
        <w:t>Rook did not look at the man. Rook's hand went to the pack at his feet. The pack was where he had stowed it at the watch's beginning. The pack was leather. The pack was wet at the flap. The pack held the splice. The splice was Breck's. The splice was the long splice. The splice was the road not taken. The splice was the command.</w:t>
      </w:r>
    </w:p>
    <w:p>
      <w:pPr>
        <w:spacing w:line="360" w:lineRule="auto" w:after="0"/>
        <w:ind w:firstLine="283"/>
      </w:pPr>
      <w:r>
        <w:t>Rook's hand did not open the pack. Rook's hand rested on the flap. The flap was wet. The hand was steady. The hand did not tremble.</w:t>
      </w:r>
    </w:p>
    <w:p>
      <w:pPr>
        <w:spacing w:line="360" w:lineRule="auto" w:after="0"/>
        <w:ind w:firstLine="283"/>
      </w:pPr>
      <w:r>
        <w:t>"The fleet does not take," Rook said. "The fleet carries. The carrying is the fleet's. The fleet's carrying is the fleet's. The fleet's carrying is not the cage. The fleet's carrying is the carrying. The carrying is the work. The work is the fleet's. The fleet does not take. The fleet carries."</w:t>
      </w:r>
    </w:p>
    <w:p>
      <w:pPr>
        <w:spacing w:line="360" w:lineRule="auto" w:after="0"/>
        <w:ind w:firstLine="283"/>
      </w:pPr>
      <w:r>
        <w:t>The man did not look at Rook. The man looked at the water. The man's coast-trader's voice did not change.</w:t>
      </w:r>
    </w:p>
    <w:p>
      <w:pPr>
        <w:spacing w:line="360" w:lineRule="auto" w:after="0"/>
        <w:ind w:firstLine="283"/>
      </w:pPr>
      <w:r>
        <w:t>"The carrying is the cage," the man said. "The cage is the carrying. The fleet carries the dead. The dead are the cage. The cage is the dead. The dead are the carrying. The carrying is the dead. The fleet's liberation is the taking. The taking is the liberation. The fleet takes the dead. The fleet takes the cage. The fleet takes the carrying. The fleet's taking is the liberation. The fleet's liberation is the taking."</w:t>
      </w:r>
    </w:p>
    <w:p>
      <w:pPr>
        <w:spacing w:line="360" w:lineRule="auto" w:after="0"/>
        <w:ind w:firstLine="283"/>
      </w:pPr>
      <w:r>
        <w:t>Rook's hand did not move from the flap. The flap was wet. The hand was steady. The hand did not tremble. The hand did not open the pack. The hand rested on the flap.</w:t>
      </w:r>
    </w:p>
    <w:p>
      <w:pPr>
        <w:spacing w:line="360" w:lineRule="auto" w:after="0"/>
        <w:ind w:firstLine="283"/>
      </w:pPr>
      <w:r>
        <w:t>"The fleet does not take," Rook said. "The fleet carries. The carrying is the fleet's. The fleet's carrying is the carrying. The carrying is the work. The work is the fleet's. The fleet does not take. The fleet carries."</w:t>
      </w:r>
    </w:p>
    <w:p>
      <w:pPr>
        <w:spacing w:line="360" w:lineRule="auto" w:after="0"/>
        <w:ind w:firstLine="283"/>
      </w:pPr>
      <w:r>
        <w:t>The man did not say anything. The man went down the ladder. The man went down to the boat. The man went ashore. The man's coast-trader's coat was at the harbor's edge in the afternoon, going up the harbor's road. The coat was the coat. The man was the man. The fleet went south.</w:t>
      </w:r>
    </w:p>
    <w:p>
      <w:pPr>
        <w:spacing w:line="360" w:lineRule="auto" w:after="0"/>
        <w:ind w:firstLine="283"/>
      </w:pPr>
      <w:r>
        <w:t>Rook's hand stayed on the flap. The flap was wet. The hand was steady. The hand did not tremble. The hand did not open the pack. The hand rested on the flap.</w:t>
      </w:r>
    </w:p>
    <w:p>
      <w:pPr>
        <w:spacing w:line="360" w:lineRule="auto" w:after="0"/>
        <w:ind w:firstLine="283"/>
      </w:pPr>
      <w:r>
        <w:t>The saying sat in Rook's sternum the way the splice sat in his pack — carried, not used. The saying was the Cult's. The saying was the spiral's second turn. The saying was the relief deepened. The relief was the second step. The second step was the Cult's. The Cult's was the spiral's. The spiral's second turn was the splice set down deeper, and the deeper was the Cult's, and the Cult's was the saying's, and the saying's was the relief's, and the relief's was the second step's, and the second step's was the spiral's.</w:t>
      </w:r>
    </w:p>
    <w:p>
      <w:pPr>
        <w:spacing w:line="360" w:lineRule="auto" w:after="0"/>
        <w:ind w:firstLine="283"/>
      </w:pPr>
      <w:r>
        <w:t>Rook did not look at the water. Rook looked at the pack. The pack was leather. The pack was wet at the flap. The pack held the splice. The splice was Breck's. The splice was the long splice. The splice was the road not taken. The splice was the command. The splice was the cage. The splice was the carrying. The splice was the taking. The splice was the liberation.</w:t>
      </w:r>
    </w:p>
    <w:p>
      <w:pPr>
        <w:spacing w:line="360" w:lineRule="auto" w:after="0"/>
        <w:ind w:firstLine="283"/>
      </w:pPr>
      <w:r>
        <w:t>Rook's hand did not open the pack. The hand rested on the flap. The fleet went south. The saying sat in the sternum. The splice sat in the pack. The two sat. The two did not move. The two were carried.</w:t>
      </w:r>
    </w:p>
    <w:p>
      <w:pPr>
        <w:spacing w:before="360" w:after="240"/>
        <w:ind w:firstLine="0"/>
        <w:jc w:val="center"/>
      </w:pPr>
      <w:r>
        <w:rPr>
          <w:b/>
          <w:i/>
          <w:color w:val="333333"/>
          <w:sz w:val="26"/>
        </w:rPr>
        <w:t>Step — Rook at the Rail</w:t>
      </w:r>
    </w:p>
    <w:p>
      <w:pPr>
        <w:spacing w:line="360" w:lineRule="auto" w:after="0"/>
        <w:ind w:firstLine="283"/>
      </w:pPr>
      <w:r>
        <w:t>Rook was at the rail at the dusk of the spring's fourth week, and the rail was the place the lesson had been learned, and the lesson was the splice set down, and the splice was in his hands, and the hands were the body's second reading, and the second reading was the road not taken, and the road not taken was the splice's, and the splice's was the rail's, and the rail's was the dusk's.</w:t>
      </w:r>
    </w:p>
    <w:p>
      <w:pPr>
        <w:spacing w:line="360" w:lineRule="auto" w:after="0"/>
        <w:ind w:firstLine="283"/>
      </w:pPr>
      <w:r>
        <w:t>The chart ship's forepeak was the place. The forepeak was the small cabin at the bow, the place the watchkeeper kept the coil and the lamp and the splice. The splice was in Rook's hands. The splice was Breck's. The splice was the long splice. The splice was the invisible join. The splice held two ropes as one and could not be felt by hand.</w:t>
      </w:r>
    </w:p>
    <w:p>
      <w:pPr>
        <w:spacing w:line="360" w:lineRule="auto" w:after="0"/>
        <w:ind w:firstLine="283"/>
      </w:pPr>
      <w:r>
        <w:t>Rook held the splice. The splice's weight sat in his palms the way the rank sat in his boots. The weight was a coil and a half of good rope, finished by a dead man, for a use no one had been able to name in eleven years. The weight of it sat in his palms. His arms knew what a tow felt like — the slow straightening of the line under strain, the creak of the hull coming up to the tow, the moment the taking ship's way matched the towing ship's way and the line went bar-taut and held. The splice could hold a tow-line. The tow-line could hold the heavy ship to the chart ship. The chart ship could tow the heavy ship out of the ridges.</w:t>
      </w:r>
    </w:p>
    <w:p>
      <w:pPr>
        <w:spacing w:line="360" w:lineRule="auto" w:after="0"/>
        <w:ind w:firstLine="283"/>
      </w:pPr>
      <w:r>
        <w:t>The heavy ship was gone. The heavy ship had gone down at the ridges. The heavy ship had taken three. The three were Andrey, Jory, Nace. The three were in the marks. The three were in the chart's blue. The three were in the open hand above the names. The three were carried.</w:t>
      </w:r>
    </w:p>
    <w:p>
      <w:pPr>
        <w:spacing w:line="360" w:lineRule="auto" w:after="0"/>
        <w:ind w:firstLine="283"/>
      </w:pPr>
      <w:r>
        <w:t>Rook held the splice. The splice had been in his hands at the ridges. The splice had been set down on the chart ship's foredeck. The splice had been picked up and held again. The splice had been put back in the pack. The splice had been in the pack for the weeks since. The splice was in his hands now. The hands were the body's second reading.</w:t>
      </w:r>
    </w:p>
    <w:p>
      <w:pPr>
        <w:spacing w:line="360" w:lineRule="auto" w:after="0"/>
        <w:ind w:firstLine="283"/>
      </w:pPr>
      <w:r>
        <w:t>The second reading was the rail's. The rail was the place the lesson had been learned — by the fleet before Rook had arrived. The lesson was the splice set down. The lesson was the road not taken. The lesson was the nearest-hands. The lesson was the boats. The lesson was the rescue.</w:t>
      </w:r>
    </w:p>
    <w:p>
      <w:pPr>
        <w:spacing w:line="360" w:lineRule="auto" w:after="0"/>
        <w:ind w:firstLine="283"/>
      </w:pPr>
      <w:r>
        <w:t>Rook's thumbs found the long splice's buried join — the invisible place where two ropes became one — and the join was the same join. The join was Breck's. The join was the long splice's. The join was the road not taken. The join was the command.</w:t>
      </w:r>
    </w:p>
    <w:p>
      <w:pPr>
        <w:spacing w:line="360" w:lineRule="auto" w:after="0"/>
        <w:ind w:firstLine="283"/>
      </w:pPr>
      <w:r>
        <w:t>Rook held the splice a long breath. The breath was the forepeak's. The breath was the dusk's. The breath was the splice's.</w:t>
      </w:r>
    </w:p>
    <w:p>
      <w:pPr>
        <w:spacing w:line="360" w:lineRule="auto" w:after="0"/>
        <w:ind w:firstLine="283"/>
      </w:pPr>
      <w:r>
        <w:t>He set the splice down. He set it down on the forepeak's plank, the way he had set it down on the foredeck at the ridges — set it down, did not drop it — and the setting-down was the choice, and the choice was not the tow, and not the splice, and not the command, and not the city, and the fleet's way was the nearest-hands, and the nearest-hands were the boats, and the boats were the rescue.</w:t>
      </w:r>
    </w:p>
    <w:p>
      <w:pPr>
        <w:spacing w:line="360" w:lineRule="auto" w:after="0"/>
        <w:ind w:firstLine="283"/>
      </w:pPr>
      <w:r>
        <w:t>The setting-down was the body's second reading. The second reading was the rail's. The rail was the dusk's. The dusk was the splice's. The splice was the road not taken. The road not taken was the rail's. The rail was the lesson's. The lesson was the fleet's. The fleet was the nearest-hands. The nearest-hands were the boats. The boats were the rescue. The rescue was the fleet's. The fleet was the nearest-hands. The nearest-hands were the lesson. The lesson was the splice set down.</w:t>
      </w:r>
    </w:p>
    <w:p>
      <w:pPr>
        <w:spacing w:line="360" w:lineRule="auto" w:after="0"/>
        <w:ind w:firstLine="283"/>
      </w:pPr>
      <w:r>
        <w:t>Rook picked the splice up off the forepeak's plank. The splice was wet. He held the splice in his hands one breath more — the same weight, the same lay, the same buried join under his thumbs — the body's third reading of the road not taken, done after the choice was made. He put the splice back in the pack.</w:t>
      </w:r>
    </w:p>
    <w:p>
      <w:pPr>
        <w:spacing w:line="360" w:lineRule="auto" w:after="0"/>
        <w:ind w:firstLine="283"/>
      </w:pPr>
      <w:r>
        <w:t>The pack was the weight it had always been. The weight was his. The weight was the splice's. The weight was the road not taken. The weight was the command. The weight was the carrying. The weight was the cage. The weight was the liberation. The weight was the taking. The weight was the Cult's saying, sat in the sternum, carried, not used.</w:t>
      </w:r>
    </w:p>
    <w:p>
      <w:pPr>
        <w:spacing w:line="360" w:lineRule="auto" w:after="0"/>
        <w:ind w:firstLine="283"/>
      </w:pPr>
      <w:r>
        <w:t>Rook did not know this. Rook knew the splice. Rook knew the rail. Rook knew the lesson. Rook knew the fleet. Rook did not know the Cult's saying sat in his sternum the way the splice sat in his pack. The saying was the Cult's. The saying was the spiral's second turn. The saying was the relief deepened. The saying was the second step. The second step was the Cult's. The Cult's was the spiral's. The spiral's second turn was the splice set down deeper.</w:t>
      </w:r>
    </w:p>
    <w:p>
      <w:pPr>
        <w:spacing w:line="360" w:lineRule="auto" w:after="0"/>
        <w:ind w:firstLine="283"/>
      </w:pPr>
      <w:r>
        <w:t>The rail was cold under his hands. The water went to the rim of what the eye could hold, and past the rim, and past the rim's rim. The water did not take. The water did not carry. The water was the water. The water went on.</w:t>
      </w:r>
    </w:p>
    <w:p>
      <w:pPr>
        <w:spacing w:line="360" w:lineRule="auto" w:after="0"/>
        <w:ind w:firstLine="283"/>
      </w:pPr>
      <w:r>
        <w:t>The fleet went south. The splice was in the pack. The saying was in the sternum. The two were carried. The two did not move. The two were the road not taken. The two were the command. The two were the cage. The two were the carrying. The two were the taking. The two were the liberation. The two were the Cult's. The two were the spiral's. The two were the second step. The second step was the rail's. The rail was the dusk's. The dusk was the fleet's. The fleet went south.</w:t>
      </w:r>
    </w:p>
    <w:p>
      <w:pPr>
        <w:spacing w:before="360" w:after="240"/>
        <w:ind w:firstLine="0"/>
        <w:jc w:val="center"/>
      </w:pPr>
      <w:r>
        <w:rPr>
          <w:b/>
          <w:i/>
          <w:color w:val="333333"/>
          <w:sz w:val="26"/>
        </w:rPr>
        <w:t>Step — Kael Looks Through</w:t>
      </w:r>
    </w:p>
    <w:p>
      <w:pPr>
        <w:spacing w:line="360" w:lineRule="auto" w:after="0"/>
        <w:ind w:firstLine="283"/>
      </w:pPr>
      <w:r>
        <w:t>The eyeglass was in his pocket. The eyeglass had been in his pocket since the morning Meret had put it there. The eyeglass was brass. The eyeglass was dented. The eyeglass was cracked in a star. The crack showed the east. The crack showed every route. Every outcome. The eyeglass had been Meret's. The eyeglass had been the old man's at the wheel. The eyeglass had been the watcher's. The eyeglass had been the searcher's.</w:t>
      </w:r>
    </w:p>
    <w:p>
      <w:pPr>
        <w:spacing w:line="360" w:lineRule="auto" w:after="0"/>
        <w:ind w:firstLine="283"/>
      </w:pPr>
      <w:r>
        <w:t>Kael had not looked through the eyeglass. He had carried it the way the splice was carried in Rook's pack — carried, not used.</w:t>
      </w:r>
    </w:p>
    <w:p>
      <w:pPr>
        <w:spacing w:line="360" w:lineRule="auto" w:after="0"/>
        <w:ind w:firstLine="283"/>
      </w:pPr>
      <w:r>
        <w:t>The night was the night of the lights. The lights had come back — the dead ships' hails, the flat endings, the small code at the water's line, the two lights trading their two words. The lights had come. The lights had gone. The morning had come up herring-colored on a clean horizon. The man at the rail's end was not at the rail's end. The man was the chart room's invisible. The man was the city's company. The man was the man with the diagram — the trader's diagram, the one the chest had copied, the one the man had modified.</w:t>
      </w:r>
    </w:p>
    <w:p>
      <w:pPr>
        <w:spacing w:line="360" w:lineRule="auto" w:after="0"/>
        <w:ind w:firstLine="283"/>
      </w:pPr>
      <w:r>
        <w:t>Kael had the man's diagram in his pocket. The diagram was the worn one — the fourth version, the modified fourth figure, the one no chest had held. The diagram was Kael's. The diagram was the form's. The form was Kael's. The form was the body's.</w:t>
      </w:r>
    </w:p>
    <w:p>
      <w:pPr>
        <w:spacing w:line="360" w:lineRule="auto" w:after="0"/>
        <w:ind w:firstLine="283"/>
      </w:pPr>
      <w:r>
        <w:t>The night was the night after the lights. Kael was at the chart ship's foredeck at the dusk's first dark. The chart ship's foredeck was the place Rook had the watch. Rook was at the rail. Rook's hand was on the pack at his feet. Rook did not look at Kael. Kael did not look at Rook.</w:t>
      </w:r>
    </w:p>
    <w:p>
      <w:pPr>
        <w:spacing w:line="360" w:lineRule="auto" w:after="0"/>
        <w:ind w:firstLine="283"/>
      </w:pPr>
      <w:r>
        <w:t>Kael took the eyeglass out of his pocket. The eyeglass was brass. The eyeglass was dented. The eyeglass was cracked in a star. The crack showed the east. The crack showed every route. Every outcome.</w:t>
      </w:r>
    </w:p>
    <w:p>
      <w:pPr>
        <w:spacing w:line="360" w:lineRule="auto" w:after="0"/>
        <w:ind w:firstLine="283"/>
      </w:pPr>
      <w:r>
        <w:t>Kael held the eyeglass. The eyeglass was the weight it had always been — the brass, the dent, the crack, the lens. The weight was Meret's. The weight was the watcher's. The weight was the searcher's. The weight was the carrying's.</w:t>
      </w:r>
    </w:p>
    <w:p>
      <w:pPr>
        <w:spacing w:line="360" w:lineRule="auto" w:after="0"/>
        <w:ind w:firstLine="283"/>
      </w:pPr>
      <w:r>
        <w:t>Kael did not look through the eyeglass. Kael held the eyeglass. Kael's hand was the hand that had held the form's fourth step — the modified fourth figure, the one no chest had held, the one the body had changed. The hand was the form's. The hand was the eyeglass's. The hand was the carrying's.</w:t>
      </w:r>
    </w:p>
    <w:p>
      <w:pPr>
        <w:spacing w:line="360" w:lineRule="auto" w:after="0"/>
        <w:ind w:firstLine="283"/>
      </w:pPr>
      <w:r>
        <w:t>The night was the night's. The dusk's first dark was the dusk's. The foredeck was the foredeck's. Kael held the eyeglass. Kael did not look through the eyeglass.</w:t>
      </w:r>
    </w:p>
    <w:p>
      <w:pPr>
        <w:spacing w:line="360" w:lineRule="auto" w:after="0"/>
        <w:ind w:firstLine="283"/>
      </w:pPr>
      <w:r>
        <w:t>Kael looked through the eyeglass.</w:t>
      </w:r>
    </w:p>
    <w:p>
      <w:pPr>
        <w:spacing w:line="360" w:lineRule="auto" w:after="0"/>
        <w:ind w:firstLine="283"/>
      </w:pPr>
      <w:r>
        <w:t>The eyeglass was at his eye. The brass was at his brow. The dent was at his cheek. The crack was at the lens. The crack showed the east. The crack showed every route. Every outcome.</w:t>
      </w:r>
    </w:p>
    <w:p>
      <w:pPr>
        <w:spacing w:line="360" w:lineRule="auto" w:after="0"/>
        <w:ind w:firstLine="283"/>
      </w:pPr>
      <w:r>
        <w:t>The eyeglass showed the water. The water was the water — green-black, honest, ordinary, the color of a thousand ordinary nights. The eyeglass showed the water the way the eye showed the water. The eyeglass did not show more. The eyeglass did not show less. The eyeglass showed the water.</w:t>
      </w:r>
    </w:p>
    <w:p>
      <w:pPr>
        <w:spacing w:line="360" w:lineRule="auto" w:after="0"/>
        <w:ind w:firstLine="283"/>
      </w:pPr>
      <w:r>
        <w:t>The crack showed the east. The crack ran corner to corner. The crack ran through the lens. The crack showed the east — the east where the brother was, the east where the road ran, the east where the carrying ran, the east where the work ran. The crack showed the east. The crack showed every route. Every outcome.</w:t>
      </w:r>
    </w:p>
    <w:p>
      <w:pPr>
        <w:spacing w:line="360" w:lineRule="auto" w:after="0"/>
        <w:ind w:firstLine="283"/>
      </w:pPr>
      <w:r>
        <w:t>Kael did not see the routes. Kael did not see the outcomes. Kael saw the water. Kael saw the crack. Kael saw the east. The east was the east. The east was where the eyeglass's crack showed. The east was where the dawn would come. The east was where the dawn had always come. The eyeglass did not show the dawn. The eyeglass showed the east. The east was the east's.</w:t>
      </w:r>
    </w:p>
    <w:p>
      <w:pPr>
        <w:spacing w:line="360" w:lineRule="auto" w:after="0"/>
        <w:ind w:firstLine="283"/>
      </w:pPr>
      <w:r>
        <w:t>Kael lowered the eyeglass. The eyeglass was in his hand. The brass was at his palm. The dent was at his thumb. The crack was at the lens. The eyeglass was the weight it had always been.</w:t>
      </w:r>
    </w:p>
    <w:p>
      <w:pPr>
        <w:spacing w:line="360" w:lineRule="auto" w:after="0"/>
        <w:ind w:firstLine="283"/>
      </w:pPr>
      <w:r>
        <w:t>Kael did not know what the eyeglass had shown. Kael knew the eyeglass had shown the water. Kael knew the eyeglass had shown the crack. Kael knew the eyeglass had shown the east. The east was the east's. The water was the water's. The crack was the crack's. The eyeglass was the eyeglass's.</w:t>
      </w:r>
    </w:p>
    <w:p>
      <w:pPr>
        <w:spacing w:line="360" w:lineRule="auto" w:after="0"/>
        <w:ind w:firstLine="283"/>
      </w:pPr>
      <w:r>
        <w:t>Kael put the eyeglass back in his pocket. The carrying went on. The pocket held the eyeglass. The eyeglass held the crack. The crack held the east. The east held the dawn. The morning held the water. The water held the fleet.</w:t>
      </w:r>
    </w:p>
    <w:p>
      <w:pPr>
        <w:spacing w:line="360" w:lineRule="auto" w:after="0"/>
        <w:ind w:firstLine="283"/>
      </w:pPr>
      <w:r>
        <w:t>Rook did not look at Kael. Rook's hand was on the pack at his feet. Rook's pack held the splice. Kael's pocket held the eyeglass. The two were carried. The two did not move. The two were the road not taken. The two were the command. The two were the carrying. The two were the form's. The two were the body's. The two were the fleet's. The fleet went south.</w:t>
      </w:r>
    </w:p>
    <w:p>
      <w:pPr>
        <w:spacing w:line="360" w:lineRule="auto" w:after="0"/>
        <w:ind w:firstLine="283"/>
      </w:pPr>
      <w:r>
        <w:t>Kael did not look through the eyeglass again. He carried the eyeglass. The fleet went south. The crack showed the east. The dawn had always come. The eyeglass showed the east.</w:t>
      </w:r>
    </w:p>
    <w:p>
      <w:pPr>
        <w:spacing w:before="360" w:after="240"/>
        <w:ind w:firstLine="0"/>
        <w:jc w:val="center"/>
      </w:pPr>
      <w:r>
        <w:rPr>
          <w:b/>
          <w:i/>
          <w:color w:val="333333"/>
          <w:sz w:val="26"/>
        </w:rPr>
        <w:t>Step — The Form's Next Test</w:t>
      </w:r>
    </w:p>
    <w:p>
      <w:pPr>
        <w:spacing w:line="360" w:lineRule="auto" w:after="0"/>
        <w:ind w:firstLine="283"/>
      </w:pPr>
      <w:r>
        <w:t>The form's next test came at the chart ship's foredeck at the dusk's second dark, and the test was a line fouled at the second hour of the forenoon watch, and the line was the mackerel boat's haul-line, and the haul-line was going out to the heavy ship, and the swell came wrong between the hulls, and the line went taut and then slack and then taut at the wrong moment, and the boat began to swing in toward the chart ship's side where the hulls were close enough to touch.</w:t>
      </w:r>
    </w:p>
    <w:p>
      <w:pPr>
        <w:spacing w:line="360" w:lineRule="auto" w:after="0"/>
        <w:ind w:firstLine="283"/>
      </w:pPr>
      <w:r>
        <w:t>Kael was at the foredeck, had been there since the morning's marks. He had been practicing the form — the modified fourth figure, the one no chest had held, the one the body had changed. The form was in his body the way the eyeglass was in his pocket.</w:t>
      </w:r>
    </w:p>
    <w:p>
      <w:pPr>
        <w:spacing w:line="360" w:lineRule="auto" w:after="0"/>
        <w:ind w:firstLine="283"/>
      </w:pPr>
      <w:r>
        <w:t>The line fouled. The boat swung in. The boat was the mackerel boat. The boat's crew was three. The boat's bow held a basket of fish. The boat's stern held the line's end. The line's end was in the hands of a woman. The woman was Mew.</w:t>
      </w:r>
    </w:p>
    <w:p>
      <w:pPr>
        <w:spacing w:line="360" w:lineRule="auto" w:after="0"/>
        <w:ind w:firstLine="283"/>
      </w:pPr>
      <w:r>
        <w:t>Kael's body had the answer before the line finished fouling. The body had been the form's. The form had been the body's. The body read the line the way the body read the form — by the give, by the weight, by the position of the feet. The body's weight came forward onto the balls of the feet. The body's chin went up. The body's right hand had already begun the movement — the small, flat, downward gesture, palm out, fingers together, the form's fourth step, the modified fourth figure, the one no chest had held.</w:t>
      </w:r>
    </w:p>
    <w:p>
      <w:pPr>
        <w:spacing w:line="360" w:lineRule="auto" w:after="0"/>
        <w:ind w:firstLine="283"/>
      </w:pPr>
      <w:r>
        <w:t>The gesture was the form's. The gesture was not the Cadre's. The gesture was not the city's. The gesture was the form's. The gesture was the body's. The gesture was Kael's.</w:t>
      </w:r>
    </w:p>
    <w:p>
      <w:pPr>
        <w:spacing w:line="360" w:lineRule="auto" w:after="0"/>
        <w:ind w:firstLine="283"/>
      </w:pPr>
      <w:r>
        <w:t>The gesture did not finish. The gesture was halfway through the air when the form caught up with it, and the form was the modified fourth figure, and the modified fourth figure was not the command, and the modified fourth figure was not the hold. The modified fourth figure was the turn. The modified fourth figure was the turn the body made when the body read the give and the weight and the position of the feet.</w:t>
      </w:r>
    </w:p>
    <w:p>
      <w:pPr>
        <w:spacing w:line="360" w:lineRule="auto" w:after="0"/>
        <w:ind w:firstLine="283"/>
      </w:pPr>
      <w:r>
        <w:t>Kael's body turned. The body's weight came off the balls of the feet and onto the heels and onto the left foot and onto the right foot, and the body turned the way the form's fourth step turned — the turn, the hips leading, the held breath, the pause. The body turned at the rail. The body's right hand came off the rail. The body's right hand went to the boathook.</w:t>
      </w:r>
    </w:p>
    <w:p>
      <w:pPr>
        <w:spacing w:line="360" w:lineRule="auto" w:after="0"/>
        <w:ind w:firstLine="283"/>
      </w:pPr>
      <w:r>
        <w:t>Herring was at the foredeck. Herring had the boathook in his hand. Herring had been stepping toward the boathook. Herring's body had the answer before the line finished fouling. Herring's body had the boathook. Herring's body was the fleet's. The fleet's body was the nearest-hands. The nearest-hands were the boats.</w:t>
      </w:r>
    </w:p>
    <w:p>
      <w:pPr>
        <w:spacing w:line="360" w:lineRule="auto" w:after="0"/>
        <w:ind w:firstLine="283"/>
      </w:pPr>
      <w:r>
        <w:t>Kael's body turned. The body's right hand came off the rail. The body's right hand did not go to the boathook. The body's right hand went to the line. The line was fouled. The line was taut and slack and taut at the wrong moment. The line was the wrong line. The line was the line's.</w:t>
      </w:r>
    </w:p>
    <w:p>
      <w:pPr>
        <w:spacing w:line="360" w:lineRule="auto" w:after="0"/>
        <w:ind w:firstLine="283"/>
      </w:pPr>
      <w:r>
        <w:t>Kael's body took the line. The body's hands were the form's hands — the modified fourth figure's hands, the turn's hands, the held breath's hands. The body's hands took the line at the foul. The body's hands did not pull the line. The body's hands did not hold the line. The body's hands read the line — the give, the weight, the position of the foul.</w:t>
      </w:r>
    </w:p>
    <w:p>
      <w:pPr>
        <w:spacing w:line="360" w:lineRule="auto" w:after="0"/>
        <w:ind w:firstLine="283"/>
      </w:pPr>
      <w:r>
        <w:t>The line came free. The foul was the line's own wrong. The foul was the swell's. The foul was the wrong moment's. The line came free of the counter on its own, running out clean, the way it had at the fouled-line morning — the line, having been allowed for one breath to be nobody's problem, came free of the counter on its own. The boat drifted a boat's width clear. The boat's crew sat down. The basket sat in the bow.</w:t>
      </w:r>
    </w:p>
    <w:p>
      <w:pPr>
        <w:spacing w:line="360" w:lineRule="auto" w:after="0"/>
        <w:ind w:firstLine="283"/>
      </w:pPr>
      <w:r>
        <w:t>Kael's body stood at the rail. The body's hands were empty. The line was gone.</w:t>
      </w:r>
    </w:p>
    <w:p>
      <w:pPr>
        <w:spacing w:line="360" w:lineRule="auto" w:after="0"/>
        <w:ind w:firstLine="283"/>
      </w:pPr>
      <w:r>
        <w:t>Herring did not look at Kael. Herring had the boathook in his hand. Herring's body had the answer. Herring's body had been the fleet's. The fleet's body was the nearest-hands. The nearest-hands were the boats. The boats were the rescue. The rescue was the fleet's. The fleet was the nearest-hands.</w:t>
      </w:r>
    </w:p>
    <w:p>
      <w:pPr>
        <w:spacing w:line="360" w:lineRule="auto" w:after="0"/>
        <w:ind w:firstLine="283"/>
      </w:pPr>
      <w:r>
        <w:t>Mew did not look at Kael. Mew was at the boat's stern. Mew's hands were on the fish basket. Mew's hands had been on the fish basket the whole time. Mew had not let go of the fish basket. Mew had not pulled the line. Mew had not held the line. Mew had steadied the cargo that mattered, which was not the line at all.</w:t>
      </w:r>
    </w:p>
    <w:p>
      <w:pPr>
        <w:spacing w:line="360" w:lineRule="auto" w:after="0"/>
        <w:ind w:firstLine="283"/>
      </w:pPr>
      <w:r>
        <w:t>The boat went away with the fish. The boat's crew did not say anything. The boat's crew did not look back. The line was free. The line was the line's. The line was not Kael's. The line was not the form's. The line was not the body's. The line was the line's.</w:t>
      </w:r>
    </w:p>
    <w:p>
      <w:pPr>
        <w:spacing w:line="360" w:lineRule="auto" w:after="0"/>
        <w:ind w:firstLine="283"/>
      </w:pPr>
      <w:r>
        <w:t>Kael's body stood at the rail. The body's hands were empty. The form's next test had been the line.</w:t>
      </w:r>
    </w:p>
    <w:p>
      <w:pPr>
        <w:spacing w:line="360" w:lineRule="auto" w:after="0"/>
        <w:ind w:firstLine="283"/>
      </w:pPr>
      <w:r>
        <w:t>Kael did not look at Rook. Rook did not look at Kael. Rook was at the rail. Rook's hand was on the pack at his feet. Rook's pack held the splice. Kael's pocket held the eyeglass. Kael's body held the form. The three were carried. The three did not move. The three were the road not taken. The three were the carrying. The three were the form's. The three were the body's. The three were the fleet's. The fleet went south.</w:t>
      </w:r>
    </w:p>
    <w:p>
      <w:pPr>
        <w:spacing w:before="360" w:after="240"/>
        <w:ind w:firstLine="0"/>
        <w:jc w:val="center"/>
      </w:pPr>
      <w:r>
        <w:rPr>
          <w:b/>
          <w:i/>
          <w:color w:val="333333"/>
          <w:sz w:val="26"/>
        </w:rPr>
        <w:t>Step — The Eighth Port</w:t>
      </w:r>
    </w:p>
    <w:p>
      <w:pPr>
        <w:spacing w:line="360" w:lineRule="auto" w:after="0"/>
        <w:ind w:firstLine="283"/>
      </w:pPr>
      <w:r>
        <w:t>The eighth port was the port of the testimonies, and the testimonies were two, and the two could not both be true, and the two could not both be false, and the two were the chart's, and the chart held the two, and the chart did not resolve the two, and the not-resolving was the chart's, and the chart's was the not-resolving's, and the not-resolving's was the fleet's.</w:t>
      </w:r>
    </w:p>
    <w:p>
      <w:pPr>
        <w:spacing w:line="360" w:lineRule="auto" w:after="0"/>
        <w:ind w:firstLine="283"/>
      </w:pPr>
      <w:r>
        <w:t>The eighth port was a coast port. The eighth port had an open market. The eighth port had an archive dock. The eighth port had an ink-seller and a fish-wife and a harbor-master and a clerk who had been the clerk's apprentice for thirty years. The eighth port was the port of the testimonies.</w:t>
      </w:r>
    </w:p>
    <w:p>
      <w:pPr>
        <w:spacing w:line="360" w:lineRule="auto" w:after="0"/>
        <w:ind w:firstLine="283"/>
      </w:pPr>
      <w:r>
        <w:t>Mira went ashore at the eighth port. Mira went to the ink-seller's stall. Mira asked the Tern question: a grey hull, two seasons back, a chart keeper aboard who signed his marks with a curl at the foot? The ink-seller thought, and shook his head, and then stopped shaking, and said: there was a hull, grey, late in the season, two seasons back. She did not stop. She went south. She did not come back north. She did not stop was not the Tern, and it was not not-the-Tern. It was the fleet's first fragment, and the fragment was a maybe, and the maybe was carried.</w:t>
      </w:r>
    </w:p>
    <w:p>
      <w:pPr>
        <w:spacing w:line="360" w:lineRule="auto" w:after="0"/>
        <w:ind w:firstLine="283"/>
      </w:pPr>
      <w:r>
        <w:t>Mira went to the fish-wife. The fish-wife had a name for the headland. The man at the next stall had another name. Mira did not write the name. Mira drew the double cross between the two names. The double cross was the chart's. The chart held the two names. The two names did not agree. The two names were the chart's.</w:t>
      </w:r>
    </w:p>
    <w:p>
      <w:pPr>
        <w:spacing w:line="360" w:lineRule="auto" w:after="0"/>
        <w:ind w:firstLine="283"/>
      </w:pPr>
      <w:r>
        <w:t>Mira went to the archive dock. The archive was small — three shelves, a clerk who had been the clerk's apprentice for thirty years. Mira asked for the Tern. The clerk came back with a harbor-master's log: grey hull, south, late season, chart keeper aboard, did not stop, did not answer hail. And the harbor-master had noted the chart keeper's signature — a curl at the foot. Brannen. The name was in the log. Brannen had hailed this harbor. The Tern had gone south. Mira's hand was not steady. She copied the entry into the felt roll in the level hand. The Tern was still not found. But the Tern had been here, and the here was the archive dock.</w:t>
      </w:r>
    </w:p>
    <w:p>
      <w:pPr>
        <w:spacing w:line="360" w:lineRule="auto" w:after="0"/>
        <w:ind w:firstLine="283"/>
      </w:pPr>
      <w:r>
        <w:t>The Tern was still not found. The Tern had been here. The two were the chart's. The chart held the two. The chart did not resolve the two. The not-resolving was the chart's. The chart's was the not-resolving's. The not-resolving's was the fleet's.</w:t>
      </w:r>
    </w:p>
    <w:p>
      <w:pPr>
        <w:spacing w:line="360" w:lineRule="auto" w:after="0"/>
        <w:ind w:firstLine="283"/>
      </w:pPr>
      <w:r>
        <w:t>The trader came aboard at the eighth port. The trader had a testimony: land, south, a week's sailing, a river-mouth, a fishing people. The trader's testimony was the trader's. The trader's testimony was not the chart's. The trader's testimony was a source. The source was heard. The source was held. The source was third-hand.</w:t>
      </w:r>
    </w:p>
    <w:p>
      <w:pPr>
        <w:spacing w:line="360" w:lineRule="auto" w:after="0"/>
        <w:ind w:firstLine="283"/>
      </w:pPr>
      <w:r>
        <w:t>The coaster came aboard at the eighth port. The coaster had a testimony: no land, south, the open sea, the world's edge, the water goes on. The coaster's testimony was the coaster's. The coaster's testimony was not the chart's. The coaster's testimony was a source. The source was heard. The source was held. The source was third-hand.</w:t>
      </w:r>
    </w:p>
    <w:p>
      <w:pPr>
        <w:spacing w:line="360" w:lineRule="auto" w:after="0"/>
        <w:ind w:firstLine="283"/>
      </w:pPr>
      <w:r>
        <w:t>The two testimonies could not both be true. The two testimonies could not both be false. The two were the chart's. The chart held the two. The chart did not resolve the two. The not-resolving was the chart's. The chart's was the not-resolving's. The not-resolving's was the fleet's.</w:t>
      </w:r>
    </w:p>
    <w:p>
      <w:pPr>
        <w:spacing w:line="360" w:lineRule="auto" w:after="0"/>
        <w:ind w:firstLine="283"/>
      </w:pPr>
      <w:r>
        <w:t>Brannen's chart — the Tern's last chart, in its sleeve, in the chest — held a third coast. Brannen's coast ran south and curved east, and the curve disagreed with the trader and the coaster both, and the three disagreements were the chart.</w:t>
      </w:r>
    </w:p>
    <w:p>
      <w:pPr>
        <w:spacing w:line="360" w:lineRule="auto" w:after="0"/>
        <w:ind w:firstLine="283"/>
      </w:pPr>
      <w:r>
        <w:t>Mira did not resolve the three. She wrote at the foot of the page, in the level hand: three coasts, three testimonies, none reconciled. South continues. Provisional. The word provisional was not yet the system's whole spine. The word was Mira's, that morning, alone. The seed was planted at the eighth port, and Mira went to the noon meal with the ink of the word still wet on her finger and did not say what she had written, and the seed grew in the chest and not in the talk.</w:t>
      </w:r>
    </w:p>
    <w:p>
      <w:pPr>
        <w:spacing w:line="360" w:lineRule="auto" w:after="0"/>
        <w:ind w:firstLine="283"/>
      </w:pPr>
      <w:r>
        <w:t>The fleet left the eighth port at the turning of the second month. The leaving was the leaving of the coast the fleet had charted. The coast closed behind the fleet — the chart's own honest word: the coast the fleet has charted ends here; the chart south is the grandmother's road, and the grandmother's road is a line on a soft-as-cloth page, and the line is not the sea. The fleet stood south. The Deep began at the turning of the third.</w:t>
      </w:r>
    </w:p>
    <w:p>
      <w:pPr>
        <w:spacing w:line="360" w:lineRule="auto" w:after="0"/>
        <w:ind w:firstLine="283"/>
      </w:pPr>
      <w:r>
        <w:t>The eighth port was the port of the testimonies. The testimonies were three. The three were the chart's. The chart held the three. The chart did not resolve the three. The not-resolving was the chart's. The chart's was the not-resolving's. The not-resolving's was the fleet's. The fleet went south. The Deep began.</w:t>
      </w:r>
    </w:p>
    <w:p>
      <w:pPr>
        <w:spacing w:before="360" w:after="240"/>
        <w:ind w:firstLine="0"/>
        <w:jc w:val="center"/>
      </w:pPr>
      <w:r>
        <w:rPr>
          <w:b/>
          <w:i/>
          <w:color w:val="333333"/>
          <w:sz w:val="26"/>
        </w:rPr>
        <w:t>Step — The Reef</w:t>
      </w:r>
    </w:p>
    <w:p>
      <w:pPr>
        <w:spacing w:line="360" w:lineRule="auto" w:after="0"/>
        <w:ind w:firstLine="283"/>
      </w:pPr>
      <w:r>
        <w:t>The reef was at the eighth port's south coast, and the reef was the harbor boat's, and the harbor boat went aground on the reef in the dark, and the fleet saved her without orders.</w:t>
      </w:r>
    </w:p>
    <w:p>
      <w:pPr>
        <w:spacing w:line="360" w:lineRule="auto" w:after="0"/>
        <w:ind w:firstLine="283"/>
      </w:pPr>
      <w:r>
        <w:t>The dark was the dark's. The reef was the reef's. The harbor boat was the harbor boat's. The harbor boat had been at the harbor's mouth at the dusk. The harbor boat had been bringing a coast trader in. The coast trader had been running for the harbor's mouth before the night's weather. The night's weather had come in the dusk's second dark. The weather was the cross-sea on a falling tide. The weather was the reef's opportunity.</w:t>
      </w:r>
    </w:p>
    <w:p>
      <w:pPr>
        <w:spacing w:line="360" w:lineRule="auto" w:after="0"/>
        <w:ind w:firstLine="283"/>
      </w:pPr>
      <w:r>
        <w:t>The harbor boat went aground at the reef's edge. The reef was a quarter-mile off the harbor's mouth. The reef was a stone reef. The reef was the coast's old reef — the kind the coast's people knew and the fleet did not. The harbor boat's hull was the harbor's. The harbor boat's crew was three. The three were at the harbor boat's rail. The three were at the reef's edge. The three were the reef's.</w:t>
      </w:r>
    </w:p>
    <w:p>
      <w:pPr>
        <w:spacing w:line="360" w:lineRule="auto" w:after="0"/>
        <w:ind w:firstLine="283"/>
      </w:pPr>
      <w:r>
        <w:t>Herring was at the foredeck of the galley ship. Herring had the boathook in his hand. Herring had been at the foredeck since the middle watch. Herring's body had the answer before the cry finished. Herring's body had been the fleet's. The fleet's body was the nearest-hands. The nearest-hands were the boats. The boats were the rescue. The rescue was the fleet's.</w:t>
      </w:r>
    </w:p>
    <w:p>
      <w:pPr>
        <w:spacing w:line="360" w:lineRule="auto" w:after="0"/>
        <w:ind w:firstLine="283"/>
      </w:pPr>
      <w:r>
        <w:t>Herring put the boat in the water. Herring did not hail the chart room. Herring did not wait for the council. Herring did not wait for the rotation. Herring went. The boat was Herring's boat. The boat was the galley ship's boat. The boat was the fleet's boat. The boat was in the water. Herring was in the boat. The two men at the oars were in the boat. The two men were the galley ship's men. The two men were the fleet's men. The two men were the nearest-hands. The nearest-hands were the boats.</w:t>
      </w:r>
    </w:p>
    <w:p>
      <w:pPr>
        <w:spacing w:line="360" w:lineRule="auto" w:after="0"/>
        <w:ind w:firstLine="283"/>
      </w:pPr>
      <w:r>
        <w:t>The boat went to the reef. The surf at the reef was wrong — cross-sea on a falling tide. The boat came broadside in it once and the rail went under, and the two men at the oars held the oars, held them, and the boat came back. The faces of both men went white and then the color came back and neither said anything about it.</w:t>
      </w:r>
    </w:p>
    <w:p>
      <w:pPr>
        <w:spacing w:line="360" w:lineRule="auto" w:after="0"/>
        <w:ind w:firstLine="283"/>
      </w:pPr>
      <w:r>
        <w:t>The harbor boat's crew was at the rail. The harbor boat's crew was three. The three were at the reef's edge. The three were the reef's. The three did not hail the fleet's boat. The three did not say anything. The three stood at the rail the way the coast's people stood at the rail — the held reading, the held breath, the not-answering.</w:t>
      </w:r>
    </w:p>
    <w:p>
      <w:pPr>
        <w:spacing w:line="360" w:lineRule="auto" w:after="0"/>
        <w:ind w:firstLine="283"/>
      </w:pPr>
      <w:r>
        <w:t>Herring's boat came alongside the harbor boat. Herring's boat was the fleet's. The harbor boat was the harbor's. The two boats were at the reef's edge. The two boats were the reef's. The reef was the reef's.</w:t>
      </w:r>
    </w:p>
    <w:p>
      <w:pPr>
        <w:spacing w:line="360" w:lineRule="auto" w:after="0"/>
        <w:ind w:firstLine="283"/>
      </w:pPr>
      <w:r>
        <w:t>Herring did not hail the harbor boat. Herring did not hail the chart room. Herring's body had the answer. The body's hands were the boathook's. The body's hands took the harbor boat's rail. The body's hands held the harbor boat's rail. The body's hands were the fleet's hands. The fleet's hands were the nearest-hands. The nearest-hands were the boats. The boats were the rescue. The rescue was the fleet's.</w:t>
      </w:r>
    </w:p>
    <w:p>
      <w:pPr>
        <w:spacing w:line="360" w:lineRule="auto" w:after="0"/>
        <w:ind w:firstLine="283"/>
      </w:pPr>
      <w:r>
        <w:t>The harbor boat's crew came over the rail. The three came over the rail. The three came into Herring's boat. The three were the fleet's. The three were the nearest-hands'. The nearest-hands' were the boats'. The boats' were the rescue's. The rescue's was the fleet's.</w:t>
      </w:r>
    </w:p>
    <w:p>
      <w:pPr>
        <w:spacing w:line="360" w:lineRule="auto" w:after="0"/>
        <w:ind w:firstLine="283"/>
      </w:pPr>
      <w:r>
        <w:t>The harbor boat went aground on the reef. The harbor boat was the harbor's. The harbor boat was not the fleet's. The harbor boat was the reef's. The reef was the reef's. The harbor boat was the reef's. The harbor boat's hull was the reef's. The reef held the harbor boat. The harbor boat did not come off the reef. The harbor boat stayed on the reef. The reef was the reef's.</w:t>
      </w:r>
    </w:p>
    <w:p>
      <w:pPr>
        <w:spacing w:line="360" w:lineRule="auto" w:after="0"/>
        <w:ind w:firstLine="283"/>
      </w:pPr>
      <w:r>
        <w:t>Herring's boat came back to the galley ship. The three were in the boat. The three were the fleet's. The three did not know the names of the men who had saved them. The two men at the oars did not know the names of the men they had saved. Herring did not know the names of the men he had saved. The names were not the fleet's. The names were the three's. The three were the fleet's. The fleet did not ask the names.</w:t>
      </w:r>
    </w:p>
    <w:p>
      <w:pPr>
        <w:spacing w:line="360" w:lineRule="auto" w:after="0"/>
        <w:ind w:firstLine="283"/>
      </w:pPr>
      <w:r>
        <w:t>The three went down to the hold. The three were given the galley ship's bread and the galley ship's soup. The three ate. The three did not say anything. The three's faces did the coast's face — the held reading, the held breath, the not-answering.</w:t>
      </w:r>
    </w:p>
    <w:p>
      <w:pPr>
        <w:spacing w:line="360" w:lineRule="auto" w:after="0"/>
        <w:ind w:firstLine="283"/>
      </w:pPr>
      <w:r>
        <w:t>Rook was at the foredeck of the chart ship. Rook had been at the foredeck since the middle watch. Rook's hand had gone out twice on the search — the Cadre's hold, the flat palm over the water — and twice the hand had finished orphaned, because Herring had already gone. Rook set the hand down on the rail. The rail was cold under his hand. The hand was the hand's. The rail was the rail's.</w:t>
      </w:r>
    </w:p>
    <w:p>
      <w:pPr>
        <w:spacing w:line="360" w:lineRule="auto" w:after="0"/>
        <w:ind w:firstLine="283"/>
      </w:pPr>
      <w:r>
        <w:t>The save cost a plank and a hand. The cost was paid. Herring did not hail the chart room on the way back either. The chart room let it pass. The chart room did not say anything. The chart room held the saying. The chart room held the not-saying. The chart room held the save. The save was the fleet's. The fleet was the nearest-hands. The nearest-hands were the boats. The boats were the rescue. The rescue was the fleet's.</w:t>
      </w:r>
    </w:p>
    <w:p>
      <w:pPr>
        <w:spacing w:line="360" w:lineRule="auto" w:after="0"/>
        <w:ind w:firstLine="283"/>
      </w:pPr>
      <w:r>
        <w:t>The fleet went south. The reef was behind them. The reef was the reef's. The harbor boat was the reef's. The three were the fleet's. The fleet did not ask the names. The names were the three's. The three were the fleet's. The fleet went south.</w:t>
      </w:r>
    </w:p>
    <w:p>
      <w:pPr>
        <w:spacing w:before="360" w:after="240"/>
        <w:ind w:firstLine="0"/>
        <w:jc w:val="center"/>
      </w:pPr>
      <w:r>
        <w:rPr>
          <w:b/>
          <w:i/>
          <w:color w:val="333333"/>
          <w:sz w:val="26"/>
        </w:rPr>
        <w:t>Step — The Tern's Wake</w:t>
      </w:r>
    </w:p>
    <w:p>
      <w:pPr>
        <w:spacing w:line="360" w:lineRule="auto" w:after="0"/>
        <w:ind w:firstLine="283"/>
      </w:pPr>
      <w:r>
        <w:t>The Tern's wake was at the eighth port's archive dock, and the wake was the curl at the foot, and the curl was Brannen's, and Brannen was the Tern's chart keeper, and the Tern was gone south, and the wake was the Tern's, and the wake was the fleet's first fragment, and the fragment was a maybe, and the maybe was carried.</w:t>
      </w:r>
    </w:p>
    <w:p>
      <w:pPr>
        <w:spacing w:line="360" w:lineRule="auto" w:after="0"/>
        <w:ind w:firstLine="283"/>
      </w:pPr>
      <w:r>
        <w:t>Mira had the fragment in the felt roll. The fragment was the harbor-master's log entry, copied in the level hand: grey hull, south, late season, chart keeper aboard, did not stop, did not answer hail. The signature was a curl at the foot. Brannen. The name was in the log. The Tern had hailed the archive dock. The Tern had gone south.</w:t>
      </w:r>
    </w:p>
    <w:p>
      <w:pPr>
        <w:spacing w:line="360" w:lineRule="auto" w:after="0"/>
        <w:ind w:firstLine="283"/>
      </w:pPr>
      <w:r>
        <w:t>The fragment was a maybe, carried in the felt roll. The felt roll was Mira's, the chest's, the fleet's.</w:t>
      </w:r>
    </w:p>
    <w:p>
      <w:pPr>
        <w:spacing w:line="360" w:lineRule="auto" w:after="0"/>
        <w:ind w:firstLine="283"/>
      </w:pPr>
      <w:r>
        <w:t>The Tern was still not found. The Tern had been here. The two were the maybe's. The maybe held the two. The maybe did not resolve the two. The not-resolving was the maybe's. The maybe's was the not-resolving's. The not-resolving's was the fleet's.</w:t>
      </w:r>
    </w:p>
    <w:p>
      <w:pPr>
        <w:spacing w:line="360" w:lineRule="auto" w:after="0"/>
        <w:ind w:firstLine="283"/>
      </w:pPr>
      <w:r>
        <w:t>Skerry had the wanting. The wanting was behind her sternum. The wanting was for Brannen's line to continue. The line had been stopped mid-coast for two years. The wanting had been the wanting's for two years. The wanting was Skerry's. The wanting was private. The wanting was not brought to the chest. The chest was the chest's. The wanting was Skerry's.</w:t>
      </w:r>
    </w:p>
    <w:p>
      <w:pPr>
        <w:spacing w:line="360" w:lineRule="auto" w:after="0"/>
        <w:ind w:firstLine="283"/>
      </w:pPr>
      <w:r>
        <w:t>Skerry did not say the wanting. Skerry held the wanting. The wanting was held the way the splice was held in Rook's pack — carried, not used. The wanting was the road not taken. The wanting was the road not continued. The wanting was the line not drawn.</w:t>
      </w:r>
    </w:p>
    <w:p>
      <w:pPr>
        <w:spacing w:line="360" w:lineRule="auto" w:after="0"/>
        <w:ind w:firstLine="283"/>
      </w:pPr>
      <w:r>
        <w:t>Mira's fragment was the road continued, the line picked up, the Tern's wake. The wake was the curl at the foot — Brannen's, the Tern's. The Tern had gone south. The wake was the south's.</w:t>
      </w:r>
    </w:p>
    <w:p>
      <w:pPr>
        <w:spacing w:line="360" w:lineRule="auto" w:after="0"/>
        <w:ind w:firstLine="283"/>
      </w:pPr>
      <w:r>
        <w:t>Skerry did not know the fragment was the road continued. Skerry held the wanting. The wanting was Skerry's. The wanting was private. The wanting was not brought to the chest. The chest was the chest's. The wanting was Skerry's.</w:t>
      </w:r>
    </w:p>
    <w:p>
      <w:pPr>
        <w:spacing w:line="360" w:lineRule="auto" w:after="0"/>
        <w:ind w:firstLine="283"/>
      </w:pPr>
      <w:r>
        <w:t>The fleet went south. The Tern's wake was in the felt roll. The fleet carried the wake. The wake was the south's.</w:t>
      </w:r>
    </w:p>
    <w:p>
      <w:pPr>
        <w:spacing w:line="360" w:lineRule="auto" w:after="0"/>
        <w:ind w:firstLine="283"/>
      </w:pPr>
      <w:r>
        <w:t>The fleet's whole remaining south was the channel, and the channel was the water between the coast and the seam, and the channel was the Tern's wake, and the wake was the channel's, and the channel was the fleet's, and the fleet went south, and the Tern had gone south, and the south was the Tern's, and the south was the fleet's, and the south was the wake's.</w:t>
      </w:r>
    </w:p>
    <w:p>
      <w:pPr>
        <w:spacing w:line="360" w:lineRule="auto" w:after="0"/>
        <w:ind w:firstLine="283"/>
      </w:pPr>
      <w:r>
        <w:t>The fleet went south. The Tern's wake was in the felt roll. The wanting was in Skerry's sternum. The two were carried. The two did not move. The two were the road not taken. The two were the road continued. The two were the maybe's. The maybe was the fragment's. The fragment was the fleet's. The fleet carried the two. The two were the fleet's. The fleet went south.</w:t>
      </w:r>
    </w:p>
    <w:p>
      <w:pPr>
        <w:spacing w:before="360" w:after="240"/>
        <w:ind w:firstLine="0"/>
        <w:jc w:val="center"/>
      </w:pPr>
      <w:r>
        <w:rPr>
          <w:b/>
          <w:i/>
          <w:color w:val="333333"/>
          <w:sz w:val="26"/>
        </w:rPr>
        <w:t>Step — The Drift</w:t>
      </w:r>
    </w:p>
    <w:p>
      <w:pPr>
        <w:spacing w:line="360" w:lineRule="auto" w:after="0"/>
        <w:ind w:firstLine="283"/>
      </w:pPr>
      <w:r>
        <w:t>The drift was at the Deep's fourth week, and the drift was the wind's, and the wind was dead, and the dead was the drift's, and the drift was the fleet's, and the fleet sat on the water like a held breath.</w:t>
      </w:r>
    </w:p>
    <w:p>
      <w:pPr>
        <w:spacing w:line="360" w:lineRule="auto" w:after="0"/>
        <w:ind w:firstLine="283"/>
      </w:pPr>
      <w:r>
        <w:t>The wind had died at the dusk's first dark. The wind had been a following air, and the following air had drawn the fleet south at five knots, and the five knots had been the fleet's fastest, and the fastest had been the following air's. The following air had died at the dusk's first dark. The death was the wind's. The death was the drift's. The drift was the fleet's.</w:t>
      </w:r>
    </w:p>
    <w:p>
      <w:pPr>
        <w:spacing w:line="360" w:lineRule="auto" w:after="0"/>
        <w:ind w:firstLine="283"/>
      </w:pPr>
      <w:r>
        <w:t>The fleet sat on the water. The fleet was ten hulls. The fleet was two hundred and ninety. The fleet sat on the water the way the fleet sat on the water when the water had no opinion. The water did not have an opinion. The water was the water. The water went on.</w:t>
      </w:r>
    </w:p>
    <w:p>
      <w:pPr>
        <w:spacing w:line="360" w:lineRule="auto" w:after="0"/>
        <w:ind w:firstLine="283"/>
      </w:pPr>
      <w:r>
        <w:t>The boats did not go between the hulls. There was no point. The fleet's people sat at the rails with nothing to do, and the nothing was a strange cargo, and the fleet did not have a grammar for it. The fleet had the grammar of the work — the rotation, the marks, the watch, the bucket, the pot, the tally, the splice, the chart, the chest. The nothing was the drift's.</w:t>
      </w:r>
    </w:p>
    <w:p>
      <w:pPr>
        <w:spacing w:line="360" w:lineRule="auto" w:after="0"/>
        <w:ind w:firstLine="283"/>
      </w:pPr>
      <w:r>
        <w:t>Rea-or-Rena counted the riding lights at noon. The child counted the lights the way Ferrow counted them at the middle watch — one to a ship, no two the same height. The child's count was eleven, the same as Ferrow's count. The count was the drift's.</w:t>
      </w:r>
    </w:p>
    <w:p>
      <w:pPr>
        <w:spacing w:line="360" w:lineRule="auto" w:after="0"/>
        <w:ind w:firstLine="283"/>
      </w:pPr>
      <w:r>
        <w:t>The afternoon was very long. The afternoon did not end. The drift went on.</w:t>
      </w:r>
    </w:p>
    <w:p>
      <w:pPr>
        <w:spacing w:line="360" w:lineRule="auto" w:after="0"/>
        <w:ind w:firstLine="283"/>
      </w:pPr>
      <w:r>
        <w:t>Mew went by with the bucket. There was always the bucket. The bucket was the fleet's. The bucket was Mew's. The bucket was the work's. The bucket was the rotation's. The bucket was the only grammar the fleet had at the drift. The bucket went on being the bucket.</w:t>
      </w:r>
    </w:p>
    <w:p>
      <w:pPr>
        <w:spacing w:line="360" w:lineRule="auto" w:after="0"/>
        <w:ind w:firstLine="283"/>
      </w:pPr>
      <w:r>
        <w:t>Mew said, plainly, to the water: "Half a knot's more than we're making." Mew went on with the bucket. The bucket went on being the bucket. The water went on being the water. The drift went on being the drift.</w:t>
      </w:r>
    </w:p>
    <w:p>
      <w:pPr>
        <w:spacing w:line="360" w:lineRule="auto" w:after="0"/>
        <w:ind w:firstLine="283"/>
      </w:pPr>
      <w:r>
        <w:t>The baker who did not like the fish sat in the galley ship's shade and did not eat. The baker had been a baker in the city. The fleet's flour was gone. The baker did not have the flour. The baker did not have the bread. The baker did not eat. The not-eating was the baker's. The baker's was the not-eating's. The not-eating was the drift's. The drift was the not-eating's.</w:t>
      </w:r>
    </w:p>
    <w:p>
      <w:pPr>
        <w:spacing w:line="360" w:lineRule="auto" w:after="0"/>
        <w:ind w:firstLine="283"/>
      </w:pPr>
      <w:r>
        <w:t>Nessa did not press the baker. Nessa was at the pot. The pot was iron. The lip was beaten back by a hammer years ago. The pot was the fleet's. The pot was the work's. The pot was the only grammar the fleet had at the drift. The pot went on being the pot. Nessa went on being at the pot.</w:t>
      </w:r>
    </w:p>
    <w:p>
      <w:pPr>
        <w:spacing w:line="360" w:lineRule="auto" w:after="0"/>
        <w:ind w:firstLine="283"/>
      </w:pPr>
      <w:r>
        <w:t>The drift went on. The afternoon went on. The water went on being the water. The bucket went on being the bucket. The pot went on being the pot. The baker went on not eating. The child went on counting. The count went on being the count. The drift went on being the drift.</w:t>
      </w:r>
    </w:p>
    <w:p>
      <w:pPr>
        <w:spacing w:line="360" w:lineRule="auto" w:after="0"/>
        <w:ind w:firstLine="283"/>
      </w:pPr>
      <w:r>
        <w:t>The wind came back in the second night, at the dusk's second dark. The wind was a following air. The following air drew the fleet south. The fleet went south at the following air's pace. The pace was the wind's.</w:t>
      </w:r>
    </w:p>
    <w:p>
      <w:pPr>
        <w:spacing w:line="360" w:lineRule="auto" w:after="0"/>
        <w:ind w:firstLine="283"/>
      </w:pPr>
      <w:r>
        <w:t>The drift was over. The drift was the drift's. The drift was the held breath's. The held breath was over. The drift was the nothing's. The nothing was over. The grammar of the nothing was over. The grammar of the work was the fleet's again. The work went on being the work. The fleet went south.</w:t>
      </w:r>
    </w:p>
    <w:p>
      <w:pPr>
        <w:spacing w:line="360" w:lineRule="auto" w:after="0"/>
        <w:ind w:firstLine="283"/>
      </w:pPr>
      <w:r>
        <w:t>The drift had been the drift. The drift had been the wind's. The drift had been the water's. The drift had been the nothing's. The drift had been the held breath's. The drift had been the count's. The drift had been the bucket's. The drift had been the pot's. The drift had been the baker's. The drift had been the not-eating's. The drift had been the drift's. The drift was over. The fleet went south.</w:t>
      </w:r>
    </w:p>
    <w:p>
      <w:pPr>
        <w:spacing w:before="360" w:after="240"/>
        <w:ind w:firstLine="0"/>
        <w:jc w:val="center"/>
      </w:pPr>
      <w:r>
        <w:rPr>
          <w:b/>
          <w:i/>
          <w:color w:val="333333"/>
          <w:sz w:val="26"/>
        </w:rPr>
        <w:t>Step — The Second Dark</w:t>
      </w:r>
    </w:p>
    <w:p>
      <w:pPr>
        <w:spacing w:line="360" w:lineRule="auto" w:after="0"/>
        <w:ind w:firstLine="283"/>
      </w:pPr>
      <w:r>
        <w:t>The second dark was the Deep's sixth week, and the dark was the night's, and the night was the dark's, and the dark was the lights', and the lights were the dead ships' hails, and the dead ships' hails were the lights', and the lights were the dark's, and the dark was the lights'.</w:t>
      </w:r>
    </w:p>
    <w:p>
      <w:pPr>
        <w:spacing w:line="360" w:lineRule="auto" w:after="0"/>
        <w:ind w:firstLine="283"/>
      </w:pPr>
      <w:r>
        <w:t>The lights had come back. The lights had come at the dusk's first dark. The lights had come the way the lights came — out on the water where no hull was, low, at the water's own line. The lights were the dead ships' hails. The lights were the fleet's dead. The lights were the copying of the dead's voices.</w:t>
      </w:r>
    </w:p>
    <w:p>
      <w:pPr>
        <w:spacing w:line="360" w:lineRule="auto" w:after="0"/>
        <w:ind w:firstLine="283"/>
      </w:pPr>
      <w:r>
        <w:t>The first hail was the old ship's. Two, pause, three. The deep-waisted wallower's own signature. The hail came off the empty water ahead, from where no old ship was. The boy with the tally-tag was standing the middle watch. The boy heard the old ship hailed out of the night ahead of the fleet. The boy did not answer.</w:t>
      </w:r>
    </w:p>
    <w:p>
      <w:pPr>
        <w:spacing w:line="360" w:lineRule="auto" w:after="0"/>
        <w:ind w:firstLine="283"/>
      </w:pPr>
      <w:r>
        <w:t>The second hail was the Gull's. One, long, one, one. The empty ship's signature. The Gull rode the fleet's tow at that moment, astern, dark, lamp lit by the rotation, empty, and her own hail came off the empty water ahead, from where no Gull was. The boy heard the Gull's hail. The boy did not answer.</w:t>
      </w:r>
    </w:p>
    <w:p>
      <w:pPr>
        <w:spacing w:line="360" w:lineRule="auto" w:after="0"/>
        <w:ind w:firstLine="283"/>
      </w:pPr>
      <w:r>
        <w:t>The third hail was the Mackerel's Sister's. Four, two. The Sister had gone north two seasons before the fleet. The Sister had not come back. The Sister's hail was four and two. The boy heard the Sister's hail. The boy did not answer.</w:t>
      </w:r>
    </w:p>
    <w:p>
      <w:pPr>
        <w:spacing w:line="360" w:lineRule="auto" w:after="0"/>
        <w:ind w:firstLine="283"/>
      </w:pPr>
      <w:r>
        <w:t>The fourth hail was the oldest one. The grandmother-hail. The pattern on the soft-as-cloth page. The dead grandmothers' own hail, run out of the black water in the long slow timing of lanterns swung by hands that had been dust when the fleet's mothers were children. The boy heard the grandmother-hail. The boy did not answer.</w:t>
      </w:r>
    </w:p>
    <w:p>
      <w:pPr>
        <w:spacing w:line="360" w:lineRule="auto" w:after="0"/>
        <w:ind w:firstLine="283"/>
      </w:pPr>
      <w:r>
        <w:t>Nobody slept. The watches stood their whole companies, hull to hull, and the water's lights ran their round, patient, exact, copying the fleet's dead into the night, and the copying was wrong in one way only, the way that made the skin of everyone who watched it cold: the lights did not hail. They had the voices of hails and none of the asking. A hail goes out over the water wanting an answer, and the wanting is in the timing, the held half-second at the end of the pattern where the sender listens for the reply. The lights had no held half-second. The patterns ended flat, closed, complete — statements, not questions — the dead's own words spoken with the asking taken out.</w:t>
      </w:r>
    </w:p>
    <w:p>
      <w:pPr>
        <w:spacing w:line="360" w:lineRule="auto" w:after="0"/>
        <w:ind w:firstLine="283"/>
      </w:pPr>
      <w:r>
        <w:t>The unknown pattern came at the night's end, in the last dark, and it came apart from the others. The others had been the fleet's dead, one hull's voice at a time, whole hails, complete. The last pattern was not a hail. It was small — smaller than the hails, two lights only, close together on the water, low, so low they seemed to lie in the water rather than on it, and the two lights did not run a pattern. They ran a disagreement.</w:t>
      </w:r>
    </w:p>
    <w:p>
      <w:pPr>
        <w:spacing w:line="360" w:lineRule="auto" w:after="0"/>
        <w:ind w:firstLine="283"/>
      </w:pPr>
      <w:r>
        <w:t>One light made two short flashes. The other made one long. Then the first made one long, and the second made two short. Then both together — not together; a half-beat out, the two short and the one long crossing in the water, crossing and not agreeing, the two lights taking each other's signals and trading them back, the one and the two, the two and the one, over and over, the small lights at the water's line in their own small language, and the language was nothing Skerry knew, and nothing the keepers knew, and nothing the chest held — a code with two words in it, and the two words were each other, and the words disagreed.</w:t>
      </w:r>
    </w:p>
    <w:p>
      <w:pPr>
        <w:spacing w:line="360" w:lineRule="auto" w:after="0"/>
        <w:ind w:firstLine="283"/>
      </w:pPr>
      <w:r>
        <w:t>Kael was at the chart ship's rail. Kael had the eyeglass in his pocket. Kael did not take the eyeglass out. Kael watched the two lights trade their two words with the stillness of a person receiving a thing they already held. Kael watched the two lights the way you watch two lines you have drawn yourself.</w:t>
      </w:r>
    </w:p>
    <w:p>
      <w:pPr>
        <w:spacing w:line="360" w:lineRule="auto" w:after="0"/>
        <w:ind w:firstLine="283"/>
      </w:pPr>
      <w:r>
        <w:t>Skerry was at the chart ship's rail. Skerry had the marks chest. Skerry did not take the chest's page out. Skerry watched the two lights. Skerry did not know the two lights. Skerry did not know the small code. Skerry knew the small code was known to someone. The sea did not say to whom.</w:t>
      </w:r>
    </w:p>
    <w:p>
      <w:pPr>
        <w:spacing w:line="360" w:lineRule="auto" w:after="0"/>
        <w:ind w:firstLine="283"/>
      </w:pPr>
      <w:r>
        <w:t>The lights stopped at the first grey of the morning. No ending — the small pattern ran its one-and-two and its two-and-one and then did not, and the water was empty, and the morning came up herring-colored on a clean horizon, and the man at the rail's end was not at the rail's end. The man was the chart room's invisible. The man was the city's company. The man was the man with the diagram.</w:t>
      </w:r>
    </w:p>
    <w:p>
      <w:pPr>
        <w:spacing w:line="360" w:lineRule="auto" w:after="0"/>
        <w:ind w:firstLine="283"/>
      </w:pPr>
      <w:r>
        <w:t>Skerry did not go looking, and did not ask. The marks chest took the night in the morning's boat. She wrote the entry herself, the whole round — the dead ships' hails, copied, unanswered; the flat endings; and the last pattern, small, unknown, not a hail, a disagreement, two words trading themselves — and she wrote it in the keepers' marks, level, and the entry ended with the note that was true and was all she had:</w:t>
      </w:r>
    </w:p>
    <w:p>
      <w:pPr>
        <w:spacing w:line="360" w:lineRule="auto" w:after="0"/>
        <w:ind w:firstLine="283"/>
      </w:pPr>
      <w:r>
        <w:t>Not answered. Not resolved. The small code is known to someone. The sea did not say to whom.</w:t>
      </w:r>
    </w:p>
    <w:p>
      <w:pPr>
        <w:spacing w:line="360" w:lineRule="auto" w:after="0"/>
        <w:ind w:firstLine="283"/>
      </w:pPr>
      <w:r>
        <w:t>The fleet went south. The dark was the dark's. The lights were the lights'. The lights were the dark's. The dark was the lights'. The small code was the small code's. The small code was known to someone. The sea did not say to whom. The not-resolving was the small code's. The small code's was the not-resolving's. The not-resolving's was the fleet's. The fleet went south.</w:t>
      </w:r>
    </w:p>
    <w:p>
      <w:pPr>
        <w:spacing w:line="360" w:lineRule="auto" w:after="0"/>
        <w:ind w:firstLine="283"/>
      </w:pPr>
      <w:r>
        <w:t>Act III — The Crusades</w:t>
      </w:r>
    </w:p>
    <w:p>
      <w:pPr>
        <w:spacing w:line="360" w:lineRule="auto" w:after="0"/>
        <w:ind w:firstLine="283"/>
      </w:pPr>
      <w:r>
        <w:t>The coast had a frightened name for it. The coast called it the White.</w:t>
      </w:r>
    </w:p>
    <w:p>
      <w:pPr>
        <w:spacing w:line="360" w:lineRule="auto" w:after="0"/>
        <w:ind w:firstLine="283"/>
      </w:pPr>
      <w:r>
        <w:t>The White was the Registry's arm. The White had come out of the Registry's fragments after the fall of Atherin — the Registry that had lost its city and found a book, a lime, a warrant. The White was the book, the lime, the warrant, walked out of the archive and onto the road.</w:t>
      </w:r>
    </w:p>
    <w:p>
      <w:pPr>
        <w:spacing w:line="360" w:lineRule="auto" w:after="0"/>
        <w:ind w:firstLine="283"/>
      </w:pPr>
      <w:r>
        <w:t>Elias led it. He had not meant to. The pen had led it. The pen's hunger had led it. The elevation form had led it. The boy in the chair at the back — the boy whose name was Alexander, the boy whose name had been written on the elevation form — was Saint Alexander now. Saint Alexander stood at the front of the White. Saint Alexander's coat was the white of the Saints. Saint Alexander's hands were stained now. The stain had gone into the grain.</w:t>
      </w:r>
    </w:p>
    <w:p>
      <w:pPr>
        <w:spacing w:line="360" w:lineRule="auto" w:after="0"/>
        <w:ind w:firstLine="283"/>
      </w:pPr>
      <w:r>
        <w:t>Elias stood behind the Saint. Elias's coat was still the grey of the clerks. The grey was the desk's colour. The Saint's white was the desk's other colour. The two colours were the Registry's two arms — the grey that wrote, the white that walked.</w:t>
      </w:r>
    </w:p>
    <w:p>
      <w:pPr>
        <w:spacing w:line="360" w:lineRule="auto" w:after="0"/>
        <w:ind w:firstLine="283"/>
      </w:pPr>
      <w:r>
        <w:t>Elias had not meant to lead. The pen had led. The hand had led. The hand wanted the next name. The hand wanted the next household. The household was the coast.</w:t>
      </w:r>
    </w:p>
    <w:p>
      <w:pPr>
        <w:spacing w:line="360" w:lineRule="auto" w:after="0"/>
        <w:ind w:firstLine="283"/>
      </w:pPr>
      <w:r>
        <w:t>The crusade was the refusal to carry. Elias had not known this. Elias had thought the crusade was the work. The work was the desk. The crusade was the cage's third mercy, walked out of the archive and onto the coast.</w:t>
      </w:r>
    </w:p>
    <w:p>
      <w:pPr>
        <w:spacing w:line="360" w:lineRule="auto" w:after="0"/>
        <w:ind w:firstLine="283"/>
      </w:pPr>
      <w:r>
        <w:t>The coast was the walkers — the ones who walked the corridor and carried what could not be resolved, who refused the entry and the form. The walkers were the ones the cage could not hold. The cage's answer to the walkers was the clean fire.</w:t>
      </w:r>
    </w:p>
    <w:p>
      <w:pPr>
        <w:spacing w:line="360" w:lineRule="auto" w:after="0"/>
        <w:ind w:firstLine="283"/>
      </w:pPr>
      <w:r>
        <w:t>Elias had not lit the fire. Elias had signed the form. The form was the warrant. The warrant was the authorization. The clean fire was the third mercy, walked out of the archive.</w:t>
      </w:r>
    </w:p>
    <w:p>
      <w:pPr>
        <w:spacing w:line="360" w:lineRule="auto" w:after="0"/>
        <w:ind w:firstLine="283"/>
      </w:pPr>
      <w:r>
        <w:t>The warrant was the form on the desk. The name at the head was the walker's name. The column for the reason was the ink-taint. The ink-taint was the cage's word for the carrying.</w:t>
      </w:r>
    </w:p>
    <w:p>
      <w:pPr>
        <w:spacing w:line="360" w:lineRule="auto" w:after="0"/>
        <w:ind w:firstLine="283"/>
      </w:pPr>
      <w:r>
        <w:t>The carrying was the work the walkers did. The carrying was the work Elias had refused. The carrying was the work Vasryn did.</w:t>
      </w:r>
    </w:p>
    <w:p>
      <w:pPr>
        <w:spacing w:line="360" w:lineRule="auto" w:after="0"/>
        <w:ind w:firstLine="283"/>
      </w:pPr>
      <w:r>
        <w:t>Vasryn.</w:t>
      </w:r>
    </w:p>
    <w:p>
      <w:pPr>
        <w:spacing w:line="360" w:lineRule="auto" w:after="0"/>
        <w:ind w:firstLine="283"/>
      </w:pPr>
      <w:r>
        <w:t>Elias had not seen his brother in the years at the desk. Elias had not seen his brother in the years of the White. The brother was on the road. The brother was on the coast. The brother was at the head of the walkers. The brother was the walker.</w:t>
      </w:r>
    </w:p>
    <w:p>
      <w:pPr>
        <w:spacing w:line="360" w:lineRule="auto" w:after="0"/>
        <w:ind w:firstLine="283"/>
      </w:pPr>
      <w:r>
        <w:t>Elias had a memory of the wall. The wall at Koric. The wall with the lean. Meret had been on the wall. Meret had been the old watchman. Meret had sat on the stool by the east post with his cloak around his shoulders and his hands folded on the head of his staff. Meret had watched the road for forty years. Meret had named the morning carts without looking. Meret had said: who comes back. Everyone goes somewhere. Ask who comes back. The answer is usually: fewer than left.</w:t>
      </w:r>
    </w:p>
    <w:p>
      <w:pPr>
        <w:spacing w:line="360" w:lineRule="auto" w:after="0"/>
        <w:ind w:firstLine="283"/>
      </w:pPr>
      <w:r>
        <w:t>Elias had stood on the wall as a boy. Elias had stood where Meret had stood. Elias had watched the road as Meret had watched the road. Elias had wanted to fix the road for every town. The wall fixed it for one town. The watching fixed it for one town. Elias had wanted the every-town.</w:t>
      </w:r>
    </w:p>
    <w:p>
      <w:pPr>
        <w:spacing w:line="360" w:lineRule="auto" w:after="0"/>
        <w:ind w:firstLine="283"/>
      </w:pPr>
      <w:r>
        <w:t>Elias had not known the brother was the walker. The hand had known. The hand had drawn the crusade east. The hand had drawn the White east. The hand had drawn Elias east. The east was where the brother was.</w:t>
      </w:r>
    </w:p>
    <w:p>
      <w:pPr>
        <w:spacing w:line="360" w:lineRule="auto" w:after="0"/>
        <w:ind w:firstLine="283"/>
      </w:pPr>
      <w:r>
        <w:t>The brother was at a town. The town was on the coast. The town was the seventeenth town, or the twenty-first, or the twenty-third. The brother was at an inn at the back of the town.</w:t>
      </w:r>
    </w:p>
    <w:p>
      <w:pPr>
        <w:spacing w:line="360" w:lineRule="auto" w:after="0"/>
        <w:ind w:firstLine="283"/>
      </w:pPr>
      <w:r>
        <w:t>Elias came to the town. Elias came in the grey. Saint Alexander came in the white. The White came behind.</w:t>
      </w:r>
    </w:p>
    <w:p>
      <w:pPr>
        <w:spacing w:line="360" w:lineRule="auto" w:after="0"/>
        <w:ind w:firstLine="283"/>
      </w:pPr>
      <w:r>
        <w:t>The brother was at the back of the inn. The brother was drinking from a cup. The cup was the cardamom-coloured one. The cup was the one with the dented rim — the rim dented where the mule had knocked it in Leth. The brother held the cup the way the brother held the cup — the rim turned away from the mouth, the way the grandmother had turned the chip to the far side. Some gestures come down through kitchens like blood through families.</w:t>
      </w:r>
    </w:p>
    <w:p>
      <w:pPr>
        <w:spacing w:line="360" w:lineRule="auto" w:after="0"/>
        <w:ind w:firstLine="283"/>
      </w:pPr>
      <w:r>
        <w:t>Elias stood at the door of the inn. Saint Alexander stood behind Elias. The White stood behind Saint Alexander. The inn was quiet. The brother was at the back.</w:t>
      </w:r>
    </w:p>
    <w:p>
      <w:pPr>
        <w:spacing w:line="360" w:lineRule="auto" w:after="0"/>
        <w:ind w:firstLine="283"/>
      </w:pPr>
      <w:r>
        <w:t>"Vasryn," Elias said.</w:t>
      </w:r>
    </w:p>
    <w:p>
      <w:pPr>
        <w:spacing w:line="360" w:lineRule="auto" w:after="0"/>
        <w:ind w:firstLine="283"/>
      </w:pPr>
      <w:r>
        <w:t>The brother looked up. The brother's eyes were the grey of the road in rain. The brother's eyes were the not-quite-looking — the looking that saw the road without wanting it.</w:t>
      </w:r>
    </w:p>
    <w:p>
      <w:pPr>
        <w:spacing w:line="360" w:lineRule="auto" w:after="0"/>
        <w:ind w:firstLine="283"/>
      </w:pPr>
      <w:r>
        <w:t>"Elias," the brother said.</w:t>
      </w:r>
    </w:p>
    <w:p>
      <w:pPr>
        <w:spacing w:line="360" w:lineRule="auto" w:after="0"/>
        <w:ind w:firstLine="283"/>
      </w:pPr>
      <w:r>
        <w:t>Elias sat across from the brother. The cup was between them. The cup was the dented cup — the cup the brother had carried the whole road, the cup the mother had drunk from, before the form, before the taking.</w:t>
      </w:r>
    </w:p>
    <w:p>
      <w:pPr>
        <w:spacing w:line="360" w:lineRule="auto" w:after="0"/>
        <w:ind w:firstLine="283"/>
      </w:pPr>
      <w:r>
        <w:t>Elias looked at the cup. Elias looked at the brother. Elias looked at the cup.</w:t>
      </w:r>
    </w:p>
    <w:p>
      <w:pPr>
        <w:spacing w:line="360" w:lineRule="auto" w:after="0"/>
        <w:ind w:firstLine="283"/>
      </w:pPr>
      <w:r>
        <w:t>"You watched," Elias said. "You watched the road. You watched the wall. The road took them. The wall held. The holding did nothing."</w:t>
      </w:r>
    </w:p>
    <w:p>
      <w:pPr>
        <w:spacing w:line="360" w:lineRule="auto" w:after="0"/>
        <w:ind w:firstLine="283"/>
      </w:pPr>
      <w:r>
        <w:t>Vasryn turned the dented rim away from his mouth and drank.</w:t>
      </w:r>
    </w:p>
    <w:p>
      <w:pPr>
        <w:spacing w:line="360" w:lineRule="auto" w:after="0"/>
        <w:ind w:firstLine="283"/>
      </w:pPr>
      <w:r>
        <w:t>"I went north to fix it for every town. You stayed for one. The one town is gone. The every-town is gone. The wall still leans."</w:t>
      </w:r>
    </w:p>
    <w:p>
      <w:pPr>
        <w:spacing w:line="360" w:lineRule="auto" w:after="0"/>
        <w:ind w:firstLine="283"/>
      </w:pPr>
      <w:r>
        <w:t>"The wall was the wall," Vasryn said. "The watching was the watching. They were not the same work."</w:t>
      </w:r>
    </w:p>
    <w:p>
      <w:pPr>
        <w:spacing w:line="360" w:lineRule="auto" w:after="0"/>
        <w:ind w:firstLine="283"/>
      </w:pPr>
      <w:r>
        <w:t>"They were the same work." Elias's voice did not rise. It narrowed. "The holding is the cage. You are the cage's hand on the parapet. You always were."</w:t>
      </w:r>
    </w:p>
    <w:p>
      <w:pPr>
        <w:spacing w:line="360" w:lineRule="auto" w:after="0"/>
        <w:ind w:firstLine="283"/>
      </w:pPr>
      <w:r>
        <w:t>Elias stood. Elias left the inn. Saint Alexander left the inn. The White left the inn.</w:t>
      </w:r>
    </w:p>
    <w:p>
      <w:pPr>
        <w:spacing w:line="360" w:lineRule="auto" w:after="0"/>
        <w:ind w:firstLine="283"/>
      </w:pPr>
      <w:r>
        <w:t>The brother was at the back of the inn. The brother held the cup. The cup was the dented cup. The brother turned the dented rim away.</w:t>
      </w:r>
    </w:p>
    <w:p>
      <w:pPr>
        <w:spacing w:line="360" w:lineRule="auto" w:after="0"/>
        <w:ind w:firstLine="283"/>
      </w:pPr>
      <w:r>
        <w:t>The brother did not leave the inn. The brother sat at the back. The brother held the cup. The brother turned the dented rim. The brother drank. The White was on the road. The brother was at the back of the inn.</w:t>
      </w:r>
    </w:p>
    <w:p>
      <w:pPr>
        <w:spacing w:line="360" w:lineRule="auto" w:after="0"/>
        <w:ind w:firstLine="283"/>
      </w:pPr>
      <w:r>
        <w:t>Elias walked. The pen was in his left hand. The hand was empty of the desk and full of the road. The road went east.</w:t>
      </w:r>
    </w:p>
    <w:p>
      <w:pPr>
        <w:spacing w:line="360" w:lineRule="auto" w:after="0"/>
        <w:ind w:firstLine="283"/>
      </w:pPr>
      <w:r>
        <w:t>He did not look back at the inn. He did not look at the cup. He looked at the road the way the Architect had looked at the form — at the column, not the name.</w:t>
      </w:r>
    </w:p>
    <w:p>
      <w:pPr>
        <w:spacing w:line="360" w:lineRule="auto" w:after="0"/>
        <w:ind w:firstLine="283"/>
      </w:pPr>
      <w:r>
        <w:t>The Architect had asked the question once. What are you owed? Elias had answered. The answer had been written. The answer had become the chair. The chair had become the desk. The desk had become the pen. The pen had become the White.</w:t>
      </w:r>
    </w:p>
    <w:p>
      <w:pPr>
        <w:spacing w:line="360" w:lineRule="auto" w:after="0"/>
        <w:ind w:firstLine="283"/>
      </w:pPr>
      <w:r>
        <w:t>Elias did not think of the Architect. He thought of the wall that still leaned. He thought of the brother who had carried stone while he had carried ink. He thought of the mother whose name had been a column. The anger was clean. The anger was pointed at the brother who had stayed and watched and held.</w:t>
      </w:r>
    </w:p>
    <w:p>
      <w:pPr>
        <w:spacing w:line="360" w:lineRule="auto" w:after="0"/>
        <w:ind w:firstLine="283"/>
      </w:pPr>
      <w:r>
        <w:t>The anger did not know it was pointed at the man who had asked the question and then become the Core.</w:t>
      </w:r>
    </w:p>
    <w:p>
      <w:pPr>
        <w:spacing w:line="360" w:lineRule="auto" w:after="0"/>
        <w:ind w:firstLine="283"/>
      </w:pPr>
      <w:r>
        <w:t>The pen knew. The pen drew east. The east was where the brother was. The east was also where the Architect's house stood at the far end of the road, small, finished, the beautiful room scaled to a coast.</w:t>
      </w:r>
    </w:p>
    <w:p>
      <w:pPr>
        <w:spacing w:line="360" w:lineRule="auto" w:after="0"/>
        <w:ind w:firstLine="283"/>
      </w:pPr>
      <w:r>
        <w:t>Elias did not look that far. He looked at the next town. The pen wanted the next name. The hand went.</w:t>
      </w:r>
    </w:p>
    <w:p>
      <w:pPr>
        <w:spacing w:line="360" w:lineRule="auto" w:after="0"/>
        <w:ind w:firstLine="283"/>
      </w:pPr>
      <w:r>
        <w:t>Down the coast, the White walked. The clean fire was at the edge of the White. The fire was the third mercy, walked out of the archive and onto the road.</w:t>
      </w:r>
    </w:p>
    <w:p>
      <w:pPr>
        <w:spacing w:line="360" w:lineRule="auto" w:after="0"/>
        <w:ind w:firstLine="283"/>
      </w:pPr>
      <w:r>
        <w:t>Elias walked behind Saint Alexander. Elias's coat was the grey. The grey was the desk's colour. The pen was in his left hand. The pen was not at a desk now. The pen was on the road. The hand wanted the next name. The hand wanted the next household. The hand wanted the brother's name. The hand wanted the brother's household.</w:t>
      </w:r>
    </w:p>
    <w:p>
      <w:pPr>
        <w:spacing w:line="360" w:lineRule="auto" w:after="0"/>
        <w:ind w:firstLine="283"/>
      </w:pPr>
      <w:r>
        <w:t>The household was the kitchen on Miller's Lane. The kitchen was the mother's. The mother's name was at the head of the form. The form was the form Elias had signed. The form was the form that had taken the mother.</w:t>
      </w:r>
    </w:p>
    <w:p>
      <w:pPr>
        <w:spacing w:line="360" w:lineRule="auto" w:after="0"/>
        <w:ind w:firstLine="283"/>
      </w:pPr>
      <w:r>
        <w:t>The hand wanted the next form.</w:t>
      </w:r>
    </w:p>
    <w:p>
      <w:pPr>
        <w:spacing w:line="360" w:lineRule="auto" w:after="0"/>
        <w:ind w:firstLine="283"/>
      </w:pPr>
      <w:r>
        <w:t>Elias did not know the hand wanted the brother. Elias did not know the crusade was the brother. The hand drew the brother east. The east was where the brother was. The White walked east. The clean fire was at the edge. The pen was in the hand. The hand was on the road.</w:t>
      </w:r>
    </w:p>
    <w:p>
      <w:pPr>
        <w:ind w:firstLine="0"/>
        <w:jc w:val="center"/>
      </w:pPr>
      <w:r>
        <w:rPr>
          <w:color w:val="AAAAAA"/>
        </w:rPr>
        <w:t>❖</w:t>
      </w:r>
    </w:p>
    <w:p>
      <w:pPr>
        <w:spacing w:line="360" w:lineRule="auto" w:after="0"/>
        <w:ind w:firstLine="283"/>
      </w:pPr>
      <w:r>
        <w:t>The twenty-third town had a household at the east edge. The household had a grandmother at the board. The grandmother was rolling dough. The grandmother rolled left-handed.</w:t>
      </w:r>
    </w:p>
    <w:p>
      <w:pPr>
        <w:spacing w:line="360" w:lineRule="auto" w:after="0"/>
        <w:ind w:firstLine="283"/>
      </w:pPr>
      <w:r>
        <w:t>Elias stood at the door of the kitchen. The White stood behind. Saint Alexander at the front.</w:t>
      </w:r>
    </w:p>
    <w:p>
      <w:pPr>
        <w:spacing w:line="360" w:lineRule="auto" w:after="0"/>
        <w:ind w:firstLine="283"/>
      </w:pPr>
      <w:r>
        <w:t>The grandmother looked up. The grandmother's hands were floured. The grandmother's left hand was on the pin. The grandmother's left hand had the rolling.</w:t>
      </w:r>
    </w:p>
    <w:p>
      <w:pPr>
        <w:spacing w:line="360" w:lineRule="auto" w:after="0"/>
        <w:ind w:firstLine="283"/>
      </w:pPr>
      <w:r>
        <w:t>Elias did not see the hand. Elias had the form.</w:t>
      </w:r>
    </w:p>
    <w:p>
      <w:pPr>
        <w:spacing w:line="360" w:lineRule="auto" w:after="0"/>
        <w:ind w:firstLine="283"/>
      </w:pPr>
      <w:r>
        <w:t>The form was the household form. The new format. The name at the head. The reason down the left. The count down the middle. The authorization down the right.</w:t>
      </w:r>
    </w:p>
    <w:p>
      <w:pPr>
        <w:spacing w:line="360" w:lineRule="auto" w:after="0"/>
        <w:ind w:firstLine="283"/>
      </w:pPr>
      <w:r>
        <w:t>Elias set the form on the board. The flour on the board was the flour on the form.</w:t>
      </w:r>
    </w:p>
    <w:p>
      <w:pPr>
        <w:spacing w:line="360" w:lineRule="auto" w:after="0"/>
        <w:ind w:firstLine="283"/>
      </w:pPr>
      <w:r>
        <w:t>"What are you owed?" Elias said.</w:t>
      </w:r>
    </w:p>
    <w:p>
      <w:pPr>
        <w:spacing w:line="360" w:lineRule="auto" w:after="0"/>
        <w:ind w:firstLine="283"/>
      </w:pPr>
      <w:r>
        <w:t>The grandmother looked at the form. The grandmother's eyes were the eyes of the ones who stay at the board.</w:t>
      </w:r>
    </w:p>
    <w:p>
      <w:pPr>
        <w:spacing w:line="360" w:lineRule="auto" w:after="0"/>
        <w:ind w:firstLine="283"/>
      </w:pPr>
      <w:r>
        <w:t>"Nothing," the grandmother said. "I wanted to be the one who pays."</w:t>
      </w:r>
    </w:p>
    <w:p>
      <w:pPr>
        <w:spacing w:line="360" w:lineRule="auto" w:after="0"/>
        <w:ind w:firstLine="283"/>
      </w:pPr>
      <w:r>
        <w:t>Elias wrote it down. The nib was the clerk's nib. The angle. The corner. The line that holds.</w:t>
      </w:r>
    </w:p>
    <w:p>
      <w:pPr>
        <w:spacing w:line="360" w:lineRule="auto" w:after="0"/>
        <w:ind w:firstLine="283"/>
      </w:pPr>
      <w:r>
        <w:t>"Sign," Elias said. "The column at the right. The authorization."</w:t>
      </w:r>
    </w:p>
    <w:p>
      <w:pPr>
        <w:spacing w:line="360" w:lineRule="auto" w:after="0"/>
        <w:ind w:firstLine="283"/>
      </w:pPr>
      <w:r>
        <w:t>The grandmother set her flour-dusted finger to the page. She wrote the date. She did not read the name at the head. The name was a column. The format was the work.</w:t>
      </w:r>
    </w:p>
    <w:p>
      <w:pPr>
        <w:spacing w:line="360" w:lineRule="auto" w:after="0"/>
        <w:ind w:firstLine="283"/>
      </w:pPr>
      <w:r>
        <w:t>The form had the grandmother's daughter's name at the head.</w:t>
      </w:r>
    </w:p>
    <w:p>
      <w:pPr>
        <w:spacing w:line="360" w:lineRule="auto" w:after="0"/>
        <w:ind w:firstLine="283"/>
      </w:pPr>
      <w:r>
        <w:t>Elias took the form. Set the form on the stack. The form went to the door. The door went to the road. The road went to the daughter's household.</w:t>
      </w:r>
    </w:p>
    <w:p>
      <w:pPr>
        <w:spacing w:line="360" w:lineRule="auto" w:after="0"/>
        <w:ind w:firstLine="283"/>
      </w:pPr>
      <w:r>
        <w:t>The grandmother went back to the dough. The grandmother rolled left-handed. The grandmother's left hand had the rolling.</w:t>
      </w:r>
    </w:p>
    <w:p>
      <w:pPr>
        <w:spacing w:line="360" w:lineRule="auto" w:after="0"/>
        <w:ind w:firstLine="283"/>
      </w:pPr>
      <w:r>
        <w:t>Elias did not see the hand. Elias had the next form. Elias set the nib to the page.</w:t>
      </w:r>
    </w:p>
    <w:p>
      <w:r>
        <w:br w:type="page"/>
      </w:r>
    </w:p>
    <w:p>
      <w:pPr>
        <w:spacing w:before="480" w:after="480"/>
        <w:ind w:firstLine="0"/>
        <w:jc w:val="center"/>
      </w:pPr>
      <w:r>
        <w:rPr>
          <w:rFonts w:ascii="Garamond" w:hAnsi="Garamond"/>
          <w:b/>
          <w:color w:val="1F365D"/>
          <w:sz w:val="40"/>
        </w:rPr>
        <w:t>ACT IV — THE CRACKED GROUND</w:t>
      </w:r>
    </w:p>
    <w:p>
      <w:pPr>
        <w:spacing w:before="360" w:after="240"/>
        <w:ind w:firstLine="0"/>
        <w:jc w:val="center"/>
      </w:pPr>
      <w:r>
        <w:rPr>
          <w:b/>
          <w:i/>
          <w:color w:val="333333"/>
          <w:sz w:val="26"/>
        </w:rPr>
        <w:t>Chapter 1 — Familiar Pattern</w:t>
      </w:r>
    </w:p>
    <w:p>
      <w:pPr>
        <w:spacing w:line="360" w:lineRule="auto" w:after="0"/>
        <w:ind w:firstLine="283"/>
      </w:pPr>
      <w:r>
        <w:t>☰</w:t>
      </w:r>
    </w:p>
    <w:p>
      <w:pPr>
        <w:spacing w:line="360" w:lineRule="auto" w:after="0"/>
        <w:ind w:firstLine="283"/>
      </w:pPr>
      <w:r>
        <w:t>Corren read the ground at the evening the way he had read it for nine years: feet first, then eyes, then, if the ground invited them, hands.</w:t>
      </w:r>
    </w:p>
    <w:p>
      <w:pPr>
        <w:spacing w:line="360" w:lineRule="auto" w:after="0"/>
        <w:ind w:firstLine="283"/>
      </w:pPr>
      <w:r>
        <w:t>The company had come down out of the dry hills at noon. The ground under them had been good all day — the honest give of old rock, a boot’s print held for a breath and let go. Two miles short of the next water, the ground changed. The change was the familiar pattern.</w:t>
      </w:r>
    </w:p>
    <w:p>
      <w:pPr>
        <w:spacing w:line="360" w:lineRule="auto" w:after="0"/>
        <w:ind w:firstLine="283"/>
      </w:pPr>
      <w:r>
        <w:t>He stopped. The company stopped behind him, the stopping rippling back along the line — twenty people who had walked together long enough to share a spine.</w:t>
      </w:r>
    </w:p>
    <w:p>
      <w:pPr>
        <w:spacing w:line="360" w:lineRule="auto" w:after="0"/>
        <w:ind w:firstLine="283"/>
      </w:pPr>
      <w:r>
        <w:t>The ground here had moved. Not broken — a broken ground was a shouting ground, a ground you could hear; this was the quiet moving, the land’s own slow rearranging. A stretch where the surface had slid a foot, two feet, sideways, sometime in the last season, taking the soil’s skin with it and leaving the new skin underneath exposed — paler, tighter, a skin that had not yet learned to be ground, that smelled of nothing, that gave no dust. Corren had stood at such curves maybe three hundred times.</w:t>
      </w:r>
    </w:p>
    <w:p>
      <w:pPr>
        <w:spacing w:line="360" w:lineRule="auto" w:after="0"/>
        <w:ind w:firstLine="283"/>
      </w:pPr>
      <w:r>
        <w:t>The rule was old, the company’s own: you do not camp on the new skin. The walkers had buried two people in the first year before the rule was made. The rule had held since.</w:t>
      </w:r>
    </w:p>
    <w:p>
      <w:pPr>
        <w:spacing w:line="360" w:lineRule="auto" w:after="0"/>
        <w:ind w:firstLine="283"/>
      </w:pPr>
      <w:r>
        <w:t>“We camp east,” Corren said. “The spring will be where the spring was, most likely. Damar’s feet?”</w:t>
      </w:r>
    </w:p>
    <w:p>
      <w:pPr>
        <w:spacing w:line="360" w:lineRule="auto" w:after="0"/>
        <w:ind w:firstLine="283"/>
      </w:pPr>
      <w:r>
        <w:t>“Two days, maybe three,” said the old woman at the line’s rear, without complaint and without asking for any. Damar’s feet were the company’s calendar now. The pace had been slowing for a year. The slowing was not discussed; the walking adjusted. Corren had rearranged the route twice that season around water within Damar’s reach, and the rearranging was the care.</w:t>
      </w:r>
    </w:p>
    <w:p>
      <w:pPr>
        <w:spacing w:line="360" w:lineRule="auto" w:after="0"/>
        <w:ind w:firstLine="283"/>
      </w:pPr>
      <w:r>
        <w:t>They made camp in the old order. The ground tested — a boot’s heel pressed at four corners, the print watched for ten breaths, the ground that held the print held the sleepers. The fire small, in the fire-pit dug to the old depth, the pit’s dirt piled to the side for the morning’s filling. The watches set, two, walking the camp’s rim in the circuit the walkers walked, not standing — the ground of a standing man puts down roots, and the roots go into the new skin, and the new skin takes what puts roots into it.</w:t>
      </w:r>
    </w:p>
    <w:p>
      <w:pPr>
        <w:spacing w:line="360" w:lineRule="auto" w:after="0"/>
        <w:ind w:firstLine="283"/>
      </w:pPr>
      <w:r>
        <w:t>Ollen portioned the pot. Ollen was the pot-keeper — the company’s oldest kept thing, clay and copper, dented, the handle worn to the palm’s shape. He tapped the pot’s rim twice before the serving. His mother’s kitchen, in the settled years, in the fishing village on the middle coast that the ground had taken in the second year. The twice-tap was the mother’s, and the mother was gone, and the twice-tap was the keeping.</w:t>
      </w:r>
    </w:p>
    <w:p>
      <w:pPr>
        <w:spacing w:line="360" w:lineRule="auto" w:after="0"/>
        <w:ind w:firstLine="283"/>
      </w:pPr>
      <w:r>
        <w:t>The news came from the south, from a tinker the company had shared water with two days back. Three things.</w:t>
      </w:r>
    </w:p>
    <w:p>
      <w:pPr>
        <w:spacing w:line="360" w:lineRule="auto" w:after="0"/>
        <w:ind w:firstLine="283"/>
      </w:pPr>
      <w:r>
        <w:t>The sea-people had come. Grey sails in the channel, eight hulls, two hundred and forty-some souls landed at the river-mouth peoples’ landwater — landed, staying, building on the shore, the first beached hulls already sheds. The fleet’s man had gone with them. The fleet did not know where.</w:t>
      </w:r>
    </w:p>
    <w:p>
      <w:pPr>
        <w:spacing w:line="360" w:lineRule="auto" w:after="0"/>
        <w:ind w:firstLine="283"/>
      </w:pPr>
      <w:r>
        <w:t>The grey walkers were walking. South along the channel coast, the tinker said. Companies like his own. Two companies in ten days. The lands’ old word for it had begun to be said again at the fires: the walking is thickening south. Corren heard the word and did not say it.</w:t>
      </w:r>
    </w:p>
    <w:p>
      <w:pPr>
        <w:spacing w:line="360" w:lineRule="auto" w:after="0"/>
        <w:ind w:firstLine="283"/>
      </w:pPr>
      <w:r>
        <w:t>And the white shields had come.</w:t>
      </w:r>
    </w:p>
    <w:p>
      <w:pPr>
        <w:spacing w:line="360" w:lineRule="auto" w:after="0"/>
        <w:ind w:firstLine="283"/>
      </w:pPr>
      <w:r>
        <w:t>The white shields had come from the north, from the middle lands’ broken country, from the empire’s last fragment. They had a book and a lime and a warrant.</w:t>
      </w:r>
    </w:p>
    <w:p>
      <w:pPr>
        <w:spacing w:line="360" w:lineRule="auto" w:after="0"/>
        <w:ind w:firstLine="283"/>
      </w:pPr>
      <w:r>
        <w:t>The third news sat in the camp’s talk like a stone in a boot. The white shields — the Crusade, the coast’s frightened name for them — had come ashore at three points on the channel’s coast, and they had cleansed a small settlement up the coast, a settlement the walkers had watered at in the third year. The people who would not come out of the houses had not come out of the houses. The people who came out were walked to the white shields’ clean ground and fed. The settlement stood swept and empty, its well sealed with the white shields’ own lime.</w:t>
      </w:r>
    </w:p>
    <w:p>
      <w:pPr>
        <w:spacing w:line="360" w:lineRule="auto" w:after="0"/>
        <w:ind w:firstLine="283"/>
      </w:pPr>
      <w:r>
        <w:t>The parliament was quiet over the bowls. The bowls were thin. The next water was two days off, and Ollen had scraped the pot to the ladle’s last ring at the bottom. The scrape had been the meal’s plain finding. The finding was less tomorrow, less the day after, the spring at first light. The young ate the thin and wanted more. The wanting was the young’s own private weather, and the weather went unmentioned, the way the walking’s small hungers went unmentioned. Rill — young, second-year, the company’s quickest reader of ground, the walker Corren was teaching the leading to — looked across the fire with the question the young ask with their whole faces when the news has a shape they have not yet learned to read. Corren gave the answer the leading gave, which was none: the meal going on, the watches walking.</w:t>
      </w:r>
    </w:p>
    <w:p>
      <w:pPr>
        <w:spacing w:line="360" w:lineRule="auto" w:after="0"/>
        <w:ind w:firstLine="283"/>
      </w:pPr>
      <w:r>
        <w:t>Tace asked the question at the second fire. Third-year, the walker who wanted to settle. “Where does the walking end?”</w:t>
      </w:r>
    </w:p>
    <w:p>
      <w:pPr>
        <w:spacing w:line="360" w:lineRule="auto" w:after="0"/>
        <w:ind w:firstLine="283"/>
      </w:pPr>
      <w:r>
        <w:t>The question was the question Tace asked at every fire. Corren did not want to answer because the answer was the walking’s whole non-answer: the walking does not end. He looked at Tace across the fire, and the looking was the answer, and Tace took it the way Tace took every answer — with the eyebrows up, the mouth flat, the question carried.</w:t>
      </w:r>
    </w:p>
    <w:p>
      <w:pPr>
        <w:spacing w:line="360" w:lineRule="auto" w:after="0"/>
        <w:ind w:firstLine="283"/>
      </w:pPr>
      <w:r>
        <w:t>Kael sparred at the evening fire. The company’s young — Rill’s age and younger — took turns against him, and Kael moved through them the way the form had taught him to move through a form. The diagram — the fourth version, the worn one in Kael’s pocket, the one no chest had held — moved in Kael’s body the way ground moved under Corren’s feet. Corren watched from the fire’s edge. He had not seen the form practiced. He saw it now.</w:t>
      </w:r>
    </w:p>
    <w:p>
      <w:pPr>
        <w:spacing w:line="360" w:lineRule="auto" w:after="0"/>
        <w:ind w:firstLine="283"/>
      </w:pPr>
      <w:r>
        <w:t>Kael anticipated his opponent perfectly. The young one came in — the step, the lunge — and Kael was already moving, the body already turned, the hand already there. The young one’s blade met air. Kael’s blade met the young one’s wrist.</w:t>
      </w:r>
    </w:p>
    <w:p>
      <w:pPr>
        <w:spacing w:line="360" w:lineRule="auto" w:after="0"/>
        <w:ind w:firstLine="283"/>
      </w:pPr>
      <w:r>
        <w:t>Corren watched the anticipation. He had spent his life reading ground — the give, the weight, the position of the feet. Kael read bodies.</w:t>
      </w:r>
    </w:p>
    <w:p>
      <w:pPr>
        <w:spacing w:line="360" w:lineRule="auto" w:after="0"/>
        <w:ind w:firstLine="283"/>
      </w:pPr>
      <w:r>
        <w:t>Afterward, Corren asked him.</w:t>
      </w:r>
    </w:p>
    <w:p>
      <w:pPr>
        <w:spacing w:line="360" w:lineRule="auto" w:after="0"/>
        <w:ind w:firstLine="283"/>
      </w:pPr>
      <w:r>
        <w:t>“You knew where he was going.”</w:t>
      </w:r>
    </w:p>
    <w:p>
      <w:pPr>
        <w:spacing w:line="360" w:lineRule="auto" w:after="0"/>
        <w:ind w:firstLine="283"/>
      </w:pPr>
      <w:r>
        <w:t>“Yes.”</w:t>
      </w:r>
    </w:p>
    <w:p>
      <w:pPr>
        <w:spacing w:line="360" w:lineRule="auto" w:after="0"/>
        <w:ind w:firstLine="283"/>
      </w:pPr>
      <w:r>
        <w:t>Corren looked at the fire. The company’s breathing was around them. He asked the next question — the question the walking had taught him to ask.</w:t>
      </w:r>
    </w:p>
    <w:p>
      <w:pPr>
        <w:spacing w:line="360" w:lineRule="auto" w:after="0"/>
        <w:ind w:firstLine="283"/>
      </w:pPr>
      <w:r>
        <w:t>“Did he?”</w:t>
      </w:r>
    </w:p>
    <w:p>
      <w:pPr>
        <w:spacing w:line="360" w:lineRule="auto" w:after="0"/>
        <w:ind w:firstLine="283"/>
      </w:pPr>
      <w:r>
        <w:t>Kael did not answer. The two of them sat at the fire. The fire burned. The question stood.</w:t>
      </w:r>
    </w:p>
    <w:p>
      <w:pPr>
        <w:spacing w:line="360" w:lineRule="auto" w:after="0"/>
        <w:ind w:firstLine="283"/>
      </w:pPr>
      <w:r>
        <w:t>“We walk south,” Corren said, at the sleep. “The spring at first light. Damar’s feet set the pace. The ground tells the rest.”</w:t>
      </w:r>
    </w:p>
    <w:p>
      <w:pPr>
        <w:spacing w:line="360" w:lineRule="auto" w:after="0"/>
        <w:ind w:firstLine="283"/>
      </w:pPr>
      <w:r>
        <w:t>He lay in the tested place and thought, as he did at the edge of most sleeps, the thought that was not a prayer and not a plan: still walking. The ground is still the ground. The new skin is not the old skin, and the camp is east of it.</w:t>
      </w:r>
    </w:p>
    <w:p>
      <w:pPr>
        <w:spacing w:line="360" w:lineRule="auto" w:after="0"/>
        <w:ind w:firstLine="283"/>
      </w:pPr>
      <w:r>
        <w:t>Then the girl’s face came up, the way it did, and the thinking stopped being about the ground.</w:t>
      </w:r>
    </w:p>
    <w:p>
      <w:pPr>
        <w:spacing w:line="360" w:lineRule="auto" w:after="0"/>
        <w:ind w:firstLine="283"/>
      </w:pPr>
      <w:r>
        <w:t>Nella at eleven. Sitting on the rolled bedding with her knees drawn up, her hands — her mother’s hands, the long fingers, the ink-stain on the left forefinger from a schoolroom the ground had already eaten — wrapped around a tin cup of cold tea. He had not known, that morning, that the girl’s hands were the thing he would carry for nine years. He had known only that the girl was alive, and that the hands were cold, and that the cold tea was not warm enough. The staying had not been a decision the girl made; the staying had been a wall the world built around her, and the wall was Sedge, and the wall was still standing.</w:t>
      </w:r>
    </w:p>
    <w:p>
      <w:pPr>
        <w:spacing w:line="360" w:lineRule="auto" w:after="0"/>
        <w:ind w:firstLine="283"/>
      </w:pPr>
      <w:r>
        <w:t>He carried, in the keeping-pocket’s depth, the girl’s voice at seven. In a valley summer, she had asked the question the walking would spend nine years not answering. Baba, why does the ground move? He had answered the valley’s answer — the ground moves because the ground is alive, and the living moves — and the answer had been a comfort then, the kind that does not need to be true to do its work. He had not known, that summer, that the answer was the only one the nine years had found. He had not known it was the wrong comfort to give a child who would need a true one.</w:t>
      </w:r>
    </w:p>
    <w:p>
      <w:pPr>
        <w:spacing w:line="360" w:lineRule="auto" w:after="0"/>
        <w:ind w:firstLine="283"/>
      </w:pPr>
      <w:r>
        <w:t>He woke once in the deep night. The body had been wrong in the sleep — the hip on the cold side, the shoulder rolled under, the neck locked at the wrong angle — and the wrong was the body’s own complaint, the complaint of a body that had slept on ground for nine years and knew every wrong angle the ground could give. He shifted the hip off the cold side. The cold side found the hip again before the next breath. Nine years of sleeping on ground, and the hip still went where the ground put it. Damar was sitting at the fire’s last coal. Upright, her feet drawn under her, her hands in her lap.</w:t>
      </w:r>
    </w:p>
    <w:p>
      <w:pPr>
        <w:spacing w:line="360" w:lineRule="auto" w:after="0"/>
        <w:ind w:firstLine="283"/>
      </w:pPr>
      <w:r>
        <w:t>“Two days, maybe three,” Damar said, without his asking. “The left foot knows it before the right. The left has known it since the dry hills. I have been walking on the right’s good temper for a season.”</w:t>
      </w:r>
    </w:p>
    <w:p>
      <w:pPr>
        <w:spacing w:line="360" w:lineRule="auto" w:after="0"/>
        <w:ind w:firstLine="283"/>
      </w:pPr>
      <w:r>
        <w:t>“Why didn’t you say?”</w:t>
      </w:r>
    </w:p>
    <w:p>
      <w:pPr>
        <w:spacing w:line="360" w:lineRule="auto" w:after="0"/>
        <w:ind w:firstLine="283"/>
      </w:pPr>
      <w:r>
        <w:t>“The walking does not discuss. The walking adjusts.” She said it as she said the calendar — the year’s turning, the season’s name, the month’s count, the days to the next water. Damar did not narrate these things. She held them.</w:t>
      </w:r>
    </w:p>
    <w:p>
      <w:pPr>
        <w:spacing w:line="360" w:lineRule="auto" w:after="0"/>
        <w:ind w:firstLine="283"/>
      </w:pPr>
      <w:r>
        <w:t>Corren sat with her at the coal. The company slept around them. The new skin lay a mile west. He did not put a hand on her shoulder. Damar did not want the hand. The knowing was the affection, and the affection was the not-putting’s. The two of them sat at the coal without the hand. The sitting-without was the care.</w:t>
      </w:r>
    </w:p>
    <w:p>
      <w:pPr>
        <w:spacing w:line="360" w:lineRule="auto" w:after="0"/>
        <w:ind w:firstLine="283"/>
      </w:pPr>
      <w:r>
        <w:t>Damar said, the way she said the rare things, “The walking was made. Or it was found. Or it was always there. I don’t know which. I have walked with three leaders, and the leaders did not know either. The walking does not need to know where it came from. The walking needs to know where the next water is. The water is south. My feet know south.”</w:t>
      </w:r>
    </w:p>
    <w:p>
      <w:pPr>
        <w:spacing w:line="360" w:lineRule="auto" w:after="0"/>
        <w:ind w:firstLine="283"/>
      </w:pPr>
      <w:r>
        <w:t>The coal gave its last heat. Damar’s hands stayed in her lap. The fire-pit’s dirt was piled at the side for the morning’s filling.</w:t>
      </w:r>
    </w:p>
    <w:p>
      <w:pPr>
        <w:spacing w:line="360" w:lineRule="auto" w:after="0"/>
        <w:ind w:firstLine="283"/>
      </w:pPr>
      <w:r>
        <w:t>Corren lay back in the tested place. The ground held. The holding did not comfort him. The fear was not of the ground’s moving — the ground was old-stable here, the boot-tested, the heel-pressed — the fear was of the ground’s listening. He had read ground for nine years and the ground had been the ground. Now the ground was a thing that listened. The listening had been the ground’s for longer than Corren had been reading it. He had not known. The knowing came in the deep night, and the knowing was the fear. The fear did not metabolize into the walking. The fear sat in him like a stone in the boot.</w:t>
      </w:r>
    </w:p>
    <w:p>
      <w:pPr>
        <w:spacing w:line="360" w:lineRule="auto" w:after="0"/>
        <w:ind w:firstLine="283"/>
      </w:pPr>
      <w:r>
        <w:t>He thought of his boots then, the way a man thinks of a thing he loves in the dark, with no reason — the left boot’s sole worn through at the ball, the right boot’s eyelet bent where he had pried it with a knife two seasons ago, the leather’s color gone from brown to the brown of his own sweat and the road’s dust, the laces re-knotted three times at the left, the tongue’s tear that he had stitched with sail-thread and the stitching had held. He loved the boots. He loved them the way one loves a thing that has been on the body too long — not for the boots, for the wearing. The loving was not the walking. The loving was its own thing, private, small, irrational, and the irrational was its whole truth.</w:t>
      </w:r>
    </w:p>
    <w:p>
      <w:pPr>
        <w:spacing w:line="360" w:lineRule="auto" w:after="0"/>
        <w:ind w:firstLine="283"/>
      </w:pPr>
      <w:r>
        <w:t>He wept. Not the weeping of grief or fear — those had names and shapes and the walking had taught him to carry them. The weeping of a body that has been holding too long and the holding has nowhere to go. The body lets go for one breath in the dark, with no witness. The letting-go is not weakness. The letting-go is not strength. The letting-go is the body’s. The body does not ask the walking’s permission. The walking does not grant it. He wept for one breath. Then he stopped. The stopping was not dignity. The stopping was the breath’s end. The walking went on.</w:t>
      </w:r>
    </w:p>
    <w:p>
      <w:pPr>
        <w:spacing w:line="360" w:lineRule="auto" w:after="0"/>
        <w:ind w:firstLine="283"/>
      </w:pPr>
      <w:r>
        <w:t>*</w:t>
      </w:r>
    </w:p>
    <w:p>
      <w:pPr>
        <w:spacing w:line="360" w:lineRule="auto" w:after="0"/>
        <w:ind w:firstLine="283"/>
      </w:pPr>
      <w:r>
        <w:t>The new skin smelled of nothing. The nothing was the thing that brought the valley back, the way the not-smelling of a thing brings the thing that smelled. Corren read the new skin with his feet, and the feet read the nothing, and the nothing opened the valley.</w:t>
      </w:r>
    </w:p>
    <w:p>
      <w:pPr>
        <w:spacing w:line="360" w:lineRule="auto" w:after="0"/>
        <w:ind w:firstLine="283"/>
      </w:pPr>
      <w:r>
        <w:t>The valley had smelled of thyme. The thyme in the south pasture, the thyme at the spring’s lip, the thyme the sheep cropped and the cropping gave the mutton its second taste.</w:t>
      </w:r>
    </w:p>
    <w:p>
      <w:pPr>
        <w:spacing w:line="360" w:lineRule="auto" w:after="0"/>
        <w:ind w:firstLine="283"/>
      </w:pPr>
      <w:r>
        <w:t>Baba, why does the ground move?</w:t>
      </w:r>
    </w:p>
    <w:p>
      <w:pPr>
        <w:spacing w:line="360" w:lineRule="auto" w:after="0"/>
        <w:ind w:firstLine="283"/>
      </w:pPr>
      <w:r>
        <w:t>The ground had not moved yet. The ground had been the ground — the honest give of old rock, the boot’s print held for a breath and let go —. The religion was the valley’s. The valley believed it the way valleys believe: by the standing in it, by the sleeping on it, by the planting in it, by the seven-year-old’s asking the question the ground had not yet earned.</w:t>
      </w:r>
    </w:p>
    <w:p>
      <w:pPr>
        <w:spacing w:line="360" w:lineRule="auto" w:after="0"/>
        <w:ind w:firstLine="283"/>
      </w:pPr>
      <w:r>
        <w:t>He had answered the valley’s answer. The ground moves because the ground is alive, and the living moves. The answer had been a comfort then — the kind a father gives a seven-year-old at the edge of sleep, the kind that holds the dark off for one more night.</w:t>
      </w:r>
    </w:p>
    <w:p>
      <w:pPr>
        <w:spacing w:line="360" w:lineRule="auto" w:after="0"/>
        <w:ind w:firstLine="283"/>
      </w:pPr>
      <w:r>
        <w:t>Nella’s mother had been at the door. The door was the kitchen’s. Her hands were the long hands, the ink-stain on the left forefinger from the schoolroom the ground would eat in the second year. She had not said the answer was wrong. She had stood at the door and listened — with the head a little to the side, the ink-stained finger at the doorframe. She had not needed to.</w:t>
      </w:r>
    </w:p>
    <w:p>
      <w:pPr>
        <w:spacing w:line="360" w:lineRule="auto" w:after="0"/>
        <w:ind w:firstLine="283"/>
      </w:pPr>
      <w:r>
        <w:t>The valley’s last summer had been the summer the thyme went a shade darker. The darkening had been the thyme’s one honest word, and the valley had not read it. Corren had not read it.</w:t>
      </w:r>
    </w:p>
    <w:p>
      <w:pPr>
        <w:spacing w:line="360" w:lineRule="auto" w:after="0"/>
        <w:ind w:firstLine="283"/>
      </w:pPr>
      <w:r>
        <w:t>*</w:t>
      </w:r>
    </w:p>
    <w:p>
      <w:pPr>
        <w:spacing w:line="360" w:lineRule="auto" w:after="0"/>
        <w:ind w:firstLine="283"/>
      </w:pPr>
      <w:r>
        <w:t>The walking had been made. Or it had been found. Or it had always been there. Damar’s words.</w:t>
      </w:r>
    </w:p>
    <w:p>
      <w:pPr>
        <w:spacing w:line="360" w:lineRule="auto" w:after="0"/>
        <w:ind w:firstLine="283"/>
      </w:pPr>
      <w:r>
        <w:t>The fourth year had been the year of the pot. Ollen’s mother had been alive then. Ollen’s mother had made the pot’s twice-tap — the tap at the rim before the serving, the tap that had been the mother’s and was the pot’s and was Ollen’s. The ground had taken the mother’s village in the second year. The twice-tap had not been taken. The twice-tap went on.</w:t>
      </w:r>
    </w:p>
    <w:p>
      <w:pPr>
        <w:spacing w:line="360" w:lineRule="auto" w:after="0"/>
        <w:ind w:firstLine="283"/>
      </w:pPr>
      <w:r>
        <w:t>The seventh year had been the year of the girl’s hands. Nella at seventeen. The keeping. Corren had carried the girl’s hands — the long fingers, the ink-stain, the cold tea — for six years by then, and the mother had gone. The hands had stayed. The staying was the carrying’s. The carrying did not end.</w:t>
      </w:r>
    </w:p>
    <w:p>
      <w:pPr>
        <w:spacing w:line="360" w:lineRule="auto" w:after="0"/>
        <w:ind w:firstLine="283"/>
      </w:pPr>
      <w:r>
        <w:t>This was the ninth year. The new skin at the evening. The company at the camp. The spring at the first light. Damar’s feet. Tace’s question. The bundle at the keeping-pocket’s depth. The walking’s one present tense.</w:t>
      </w:r>
    </w:p>
    <w:p>
      <w:pPr>
        <w:spacing w:line="360" w:lineRule="auto" w:after="0"/>
        <w:ind w:firstLine="283"/>
      </w:pPr>
      <w:r>
        <w:t>The company made the camp at the new skin’s west edge. The ground-reader read the skin at the evening. The reading said the skin would spread east by morning. The company must move west.</w:t>
      </w:r>
    </w:p>
    <w:p>
      <w:pPr>
        <w:spacing w:line="360" w:lineRule="auto" w:after="0"/>
        <w:ind w:firstLine="283"/>
      </w:pPr>
      <w:r>
        <w:t>West was a settlement. Three families. The Mallen families. The names were in the Ledger of Lost. The settlement was on the wrong side of the new skin.</w:t>
      </w:r>
    </w:p>
    <w:p>
      <w:pPr>
        <w:spacing w:line="360" w:lineRule="auto" w:after="0"/>
        <w:ind w:firstLine="283"/>
      </w:pPr>
      <w:r>
        <w:t>Corren could warn the settlement. The warning would delay the company. The skin would catch them. The walking’s law — you do not camp on the new skin — would break.</w:t>
      </w:r>
    </w:p>
    <w:p>
      <w:pPr>
        <w:spacing w:line="360" w:lineRule="auto" w:after="0"/>
        <w:ind w:firstLine="283"/>
      </w:pPr>
      <w:r>
        <w:t>Corren could leave the settlement. The Mallen families would be on the wrong side. The Ledger would hold them. The holding would be the Ledger’s plain office.</w:t>
      </w:r>
    </w:p>
    <w:p>
      <w:pPr>
        <w:spacing w:line="360" w:lineRule="auto" w:after="0"/>
        <w:ind w:firstLine="283"/>
      </w:pPr>
      <w:r>
        <w:t>Corren could split the company. The company would be weakened. The walking’s law — the company walks together — would break.</w:t>
      </w:r>
    </w:p>
    <w:p>
      <w:pPr>
        <w:spacing w:line="360" w:lineRule="auto" w:after="0"/>
        <w:ind w:firstLine="283"/>
      </w:pPr>
      <w:r>
        <w:t>Corren did not warn the settlement. Corren did not split the company. The company walked west at the dark. The Mallen families stayed.</w:t>
      </w:r>
    </w:p>
    <w:p>
      <w:pPr>
        <w:spacing w:line="360" w:lineRule="auto" w:after="0"/>
        <w:ind w:firstLine="283"/>
      </w:pPr>
      <w:r>
        <w:t>The Mallen families were in the Ledger. Corren read the ground the next morning. The ground held. The company walked. The Mallen families did not.</w:t>
      </w:r>
    </w:p>
    <w:p>
      <w:pPr>
        <w:spacing w:line="360" w:lineRule="auto" w:after="0"/>
        <w:ind w:firstLine="283"/>
      </w:pPr>
      <w:r>
        <w:t>*</w:t>
      </w:r>
    </w:p>
    <w:p>
      <w:pPr>
        <w:ind w:firstLine="0"/>
        <w:jc w:val="center"/>
      </w:pPr>
      <w:r>
        <w:rPr>
          <w:color w:val="AAAAAA"/>
        </w:rPr>
        <w:t>❖</w:t>
      </w:r>
    </w:p>
    <w:p>
      <w:pPr>
        <w:spacing w:line="360" w:lineRule="auto" w:after="0"/>
        <w:ind w:firstLine="283"/>
      </w:pPr>
      <w:r>
        <w:t>Book IV — The Eyeglass Found</w:t>
      </w:r>
    </w:p>
    <w:p>
      <w:pPr>
        <w:spacing w:line="360" w:lineRule="auto" w:after="0"/>
        <w:ind w:firstLine="283"/>
      </w:pPr>
      <w:r>
        <w:t>The rafts had gone.</w:t>
      </w:r>
    </w:p>
    <w:p>
      <w:pPr>
        <w:spacing w:line="360" w:lineRule="auto" w:after="0"/>
        <w:ind w:firstLine="283"/>
      </w:pPr>
      <w:r>
        <w:t>The rafts had gone three days ago. The fleet had watched them go. The fleet had watched the three flashes — the first at the hull, the second at the mast, the third at the line — and the rafts had gone. The line had gone. The currents had taken them. The taking had been quiet. The quiet was the last of the watching.</w:t>
      </w:r>
    </w:p>
    <w:p>
      <w:pPr>
        <w:spacing w:line="360" w:lineRule="auto" w:after="0"/>
        <w:ind w:firstLine="283"/>
      </w:pPr>
      <w:r>
        <w:t>Kael had watched from the rail. Vasryn had watched from the rail beside him. The two of them had watched the rafts go the way the two of them watched things — without speaking, without needing to. The form had watched. The form was Vasryn's.</w:t>
      </w:r>
    </w:p>
    <w:p>
      <w:pPr>
        <w:spacing w:line="360" w:lineRule="auto" w:after="0"/>
        <w:ind w:firstLine="283"/>
      </w:pPr>
      <w:r>
        <w:t>The captain had been on the second raft. The captain had taken the eyeglass from his coat before he stepped to the raft. The fleet had not seen him do it. Kael had not seen him do it.</w:t>
      </w:r>
    </w:p>
    <w:p>
      <w:pPr>
        <w:spacing w:line="360" w:lineRule="auto" w:after="0"/>
        <w:ind w:firstLine="283"/>
      </w:pPr>
      <w:r>
        <w:t>The captain had stepped to the raft with the eyeglass in his hand. He had looked at the raft. He had looked at the eyeglass. He had looked at Kael.</w:t>
      </w:r>
    </w:p>
    <w:p>
      <w:pPr>
        <w:spacing w:line="360" w:lineRule="auto" w:after="0"/>
        <w:ind w:firstLine="283"/>
      </w:pPr>
      <w:r>
        <w:t>Kael had been asleep. Kael had not been asleep. Kael had been at the rail with his coat on, and the coat had been the grey coat, and the coat had an inside pocket at the left breast. The inside pocket had been empty.</w:t>
      </w:r>
    </w:p>
    <w:p>
      <w:pPr>
        <w:spacing w:line="360" w:lineRule="auto" w:after="0"/>
        <w:ind w:firstLine="283"/>
      </w:pPr>
      <w:r>
        <w:t>The captain had crossed the deck. The captain had put the eyeglass in the inside pocket. The captain had not said anything. The captain had stepped to the raft. The captain had stepped to the raft with his hands empty. The hands had been on the wheel. The hands had been on the staff. The hands were empty now.</w:t>
      </w:r>
    </w:p>
    <w:p>
      <w:pPr>
        <w:spacing w:line="360" w:lineRule="auto" w:after="0"/>
        <w:ind w:firstLine="283"/>
      </w:pPr>
      <w:r>
        <w:t>The raft had gone. The other rafts had gone. The currents had taken them. The fleet had watched. The watching was the last of the watching.</w:t>
      </w:r>
    </w:p>
    <w:p>
      <w:pPr>
        <w:spacing w:line="360" w:lineRule="auto" w:after="0"/>
        <w:ind w:firstLine="283"/>
      </w:pPr>
      <w:r>
        <w:t>Three days on, Kael put his hand in the inside pocket.</w:t>
      </w:r>
    </w:p>
    <w:p>
      <w:pPr>
        <w:spacing w:line="360" w:lineRule="auto" w:after="0"/>
        <w:ind w:firstLine="283"/>
      </w:pPr>
      <w:r>
        <w:t>He did not know he had put his hand in the inside pocket. The hand went there the way the hand goes to a thing it has carried and not known it was carrying. The hand found the eyeglass. The hand stopped. The hand did not take the eyeglass out. The hand stayed. The hand knew the brass. The hand knew the dent at one corner. The hand knew the crack.</w:t>
      </w:r>
    </w:p>
    <w:p>
      <w:pPr>
        <w:spacing w:line="360" w:lineRule="auto" w:after="0"/>
        <w:ind w:firstLine="283"/>
      </w:pPr>
      <w:r>
        <w:t>Kael stood at the rail. He did not move. The hand was in the pocket. The hand was on the eyeglass. The eyeglass was in the pocket. The eyeglass had been in the pocket for three days. The eyeglass had been in the pocket before the rafts went. The eyeglass had been put there by the captain. The captain had put it there without saying.</w:t>
      </w:r>
    </w:p>
    <w:p>
      <w:pPr>
        <w:spacing w:line="360" w:lineRule="auto" w:after="0"/>
        <w:ind w:firstLine="283"/>
      </w:pPr>
      <w:r>
        <w:t>Kael took the eyeglass out.</w:t>
      </w:r>
    </w:p>
    <w:p>
      <w:pPr>
        <w:spacing w:line="360" w:lineRule="auto" w:after="0"/>
        <w:ind w:firstLine="283"/>
      </w:pPr>
      <w:r>
        <w:t>He held it in his hand. The brass. The dent at one corner. The crack in a star — from a drop, years ago. The crack was at the east of the lens. Kael did not know the crack was at the east. Kael did not know the crack had a direction. He saw the crack. The crack was the thing the eyeglass had. The crack was the thing the eyeglass was.</w:t>
      </w:r>
    </w:p>
    <w:p>
      <w:pPr>
        <w:spacing w:line="360" w:lineRule="auto" w:after="0"/>
        <w:ind w:firstLine="283"/>
      </w:pPr>
      <w:r>
        <w:t>He did not look through it.</w:t>
      </w:r>
    </w:p>
    <w:p>
      <w:pPr>
        <w:spacing w:line="360" w:lineRule="auto" w:after="0"/>
        <w:ind w:firstLine="283"/>
      </w:pPr>
      <w:r>
        <w:t>He held it in his hand. He turned it. The brass caught the lamp at the rail. The crack caught the lamp. The crack was a small white mark on the lens. The crack was the thing the lamp could not get through. The crack was the thing the eyeglass had been carrying.</w:t>
      </w:r>
    </w:p>
    <w:p>
      <w:pPr>
        <w:spacing w:line="360" w:lineRule="auto" w:after="0"/>
        <w:ind w:firstLine="283"/>
      </w:pPr>
      <w:r>
        <w:t>He did not know why the crack was there, what the crack showed, the crack had shown the captain the east, every morning, for years, the captain had looked through the crack at the east, or the east was the thing the crack was for.</w:t>
      </w:r>
    </w:p>
    <w:p>
      <w:pPr>
        <w:spacing w:line="360" w:lineRule="auto" w:after="0"/>
        <w:ind w:firstLine="283"/>
      </w:pPr>
      <w:r>
        <w:t>He knew only: this was Meret's. Meret was gone. The eyeglass had come back.</w:t>
      </w:r>
    </w:p>
    <w:p>
      <w:pPr>
        <w:spacing w:line="360" w:lineRule="auto" w:after="0"/>
        <w:ind w:firstLine="283"/>
      </w:pPr>
      <w:r>
        <w:t>The coming back was the thing Kael held. The coming back was the weight of the brass. The coming back was the dent at one corner. The coming back was the crack in a star.</w:t>
      </w:r>
    </w:p>
    <w:p>
      <w:pPr>
        <w:spacing w:line="360" w:lineRule="auto" w:after="0"/>
        <w:ind w:firstLine="283"/>
      </w:pPr>
      <w:r>
        <w:t>He put the eyeglass back in the inside pocket. He did not look through it. He buttoned the coat. He went below.</w:t>
      </w:r>
    </w:p>
    <w:p>
      <w:pPr>
        <w:spacing w:line="360" w:lineRule="auto" w:after="0"/>
        <w:ind w:firstLine="283"/>
      </w:pPr>
      <w:r>
        <w:t>Vasryn was at the rail. The form did not turn its head. The form did not say anything. The grey eyes were the grey of the road in rain. The right hand swung and stopped. The form had watched the captain put the eyeglass in the pocket. The form had not said anything. The form did not say anything now.</w:t>
      </w:r>
    </w:p>
    <w:p>
      <w:pPr>
        <w:spacing w:line="360" w:lineRule="auto" w:after="0"/>
        <w:ind w:firstLine="283"/>
      </w:pPr>
      <w:r>
        <w:t>The form said, after a long time: "He put it there."</w:t>
      </w:r>
    </w:p>
    <w:p>
      <w:pPr>
        <w:spacing w:line="360" w:lineRule="auto" w:after="0"/>
        <w:ind w:firstLine="283"/>
      </w:pPr>
      <w:r>
        <w:t>The form said it mildly. The form said it the way the form said everything — without weight, without explanation, the way a man on a stool on a wall says a thing that is so.</w:t>
      </w:r>
    </w:p>
    <w:p>
      <w:pPr>
        <w:spacing w:line="360" w:lineRule="auto" w:after="0"/>
        <w:ind w:firstLine="283"/>
      </w:pPr>
      <w:r>
        <w:t>Kael did not say anything. The hand was in the pocket. The hand was on the eyeglass. The eyeglass was the thing the hand had now. The hand had the brass. The hand had the dent. The hand had the crack. The hand did not look through it.</w:t>
      </w:r>
    </w:p>
    <w:p>
      <w:pPr>
        <w:spacing w:line="360" w:lineRule="auto" w:after="0"/>
        <w:ind w:firstLine="283"/>
      </w:pPr>
      <w:r>
        <w:t>"He knew," Vasryn said. The form said it. "He knew the rafts were going. He knew the currents. He knew the sea. He put the eyeglass in your pocket. He did not put the eyeglass on the raft."</w:t>
      </w:r>
    </w:p>
    <w:p>
      <w:pPr>
        <w:spacing w:line="360" w:lineRule="auto" w:after="0"/>
        <w:ind w:firstLine="283"/>
      </w:pPr>
      <w:r>
        <w:t>Kael did not say anything. The hand was on the eyeglass. The eyeglass was the thing the captain had looked through. Kael did not look through it.</w:t>
      </w:r>
    </w:p>
    <w:p>
      <w:pPr>
        <w:spacing w:line="360" w:lineRule="auto" w:after="0"/>
        <w:ind w:firstLine="283"/>
      </w:pPr>
      <w:r>
        <w:t>"He put it in your pocket," Vasryn said. "He did not put it in mine."</w:t>
      </w:r>
    </w:p>
    <w:p>
      <w:pPr>
        <w:spacing w:line="360" w:lineRule="auto" w:after="0"/>
        <w:ind w:firstLine="283"/>
      </w:pPr>
      <w:r>
        <w:t>The form said it the way the form said everything. The form did not explain. The form did not say why the captain had put it in Kael's pocket and not in Vasryn's. The form did not say why. The form said only: he did not put it in mine.</w:t>
      </w:r>
    </w:p>
    <w:p>
      <w:pPr>
        <w:spacing w:line="360" w:lineRule="auto" w:after="0"/>
        <w:ind w:firstLine="283"/>
      </w:pPr>
      <w:r>
        <w:t>Kael did not say anything. The hand was on the eyeglass. The hand did not look through it.</w:t>
      </w:r>
    </w:p>
    <w:p>
      <w:pPr>
        <w:spacing w:line="360" w:lineRule="auto" w:after="0"/>
        <w:ind w:firstLine="283"/>
      </w:pPr>
      <w:r>
        <w:t>The form was quiet. The form did not say anything for a long time. The sea went past. The fleet went on. The eyeglass went on in the pocket.</w:t>
      </w:r>
    </w:p>
    <w:p>
      <w:pPr>
        <w:spacing w:line="360" w:lineRule="auto" w:after="0"/>
        <w:ind w:firstLine="283"/>
      </w:pPr>
      <w:r>
        <w:t>Then the form said: "He gave it to the one who would carry it."</w:t>
      </w:r>
    </w:p>
    <w:p>
      <w:pPr>
        <w:spacing w:line="360" w:lineRule="auto" w:after="0"/>
        <w:ind w:firstLine="283"/>
      </w:pPr>
      <w:r>
        <w:t>The form said it mildly. The form did not say: you will carry it. The form did not say: I cannot. The form did not say: you can. The form said only: he gave it to the one who would carry it.</w:t>
      </w:r>
    </w:p>
    <w:p>
      <w:pPr>
        <w:spacing w:line="360" w:lineRule="auto" w:after="0"/>
        <w:ind w:firstLine="283"/>
      </w:pPr>
      <w:r>
        <w:t>Kael did not say anything. The hand was on the eyeglass. The hand did not look through it.</w:t>
      </w:r>
    </w:p>
    <w:p>
      <w:pPr>
        <w:spacing w:line="360" w:lineRule="auto" w:after="0"/>
        <w:ind w:firstLine="283"/>
      </w:pPr>
      <w:r>
        <w:t>The fleet went on. The sea was the thing the fleet was on. The rafts were gone. The captain was gone. The eyeglass had come back. The eyeglass was in Kael's pocket. Kael carried it. He did not look through it.</w:t>
      </w:r>
    </w:p>
    <w:p>
      <w:pPr>
        <w:spacing w:line="360" w:lineRule="auto" w:after="0"/>
        <w:ind w:firstLine="283"/>
      </w:pPr>
      <w:r>
        <w:t>He would not look through it. He would carry it. The carrying was the work. The work did not ask whether the thing was so. The thing was so. The eyeglass was the thing the captain had looked through. Kael did not look through it. The eyeglass was the thing the captain had asked the sea with. Kael did not ask the sea. The eyeglass was the thing the captain had carried. Kael carried it.</w:t>
      </w:r>
    </w:p>
    <w:p>
      <w:pPr>
        <w:spacing w:line="360" w:lineRule="auto" w:after="0"/>
        <w:ind w:firstLine="283"/>
      </w:pPr>
      <w:r>
        <w:t>The sea went on. The fleet went on. The eyeglass went on in the pocket.</w:t>
      </w:r>
    </w:p>
    <w:p>
      <w:pPr>
        <w:spacing w:line="360" w:lineRule="auto" w:after="0"/>
        <w:ind w:firstLine="283"/>
      </w:pPr>
      <w:r>
        <w:t>Kael did not look through it. Kael had not looked through it. Kael would not look through it. The eyeglass was set down in the pocket. The setting-down was the carrying. The two were the work.</w:t>
      </w:r>
    </w:p>
    <w:p>
      <w:pPr>
        <w:spacing w:line="360" w:lineRule="auto" w:after="0"/>
        <w:ind w:firstLine="283"/>
      </w:pPr>
      <w:r>
        <w:t>The work went on. The sea went on. The fleet went on. The eyeglass went on in the pocket.</w:t>
      </w:r>
    </w:p>
    <w:p>
      <w:pPr>
        <w:spacing w:line="360" w:lineRule="auto" w:after="0"/>
        <w:ind w:firstLine="283"/>
      </w:pPr>
      <w:r>
        <w:t>The crack was at the east. Kael did not know the crack was at the east. The crack was the thing the eyeglass had. The crack was the thing the eyeglass was. The crack would go on being at the east. Kael would go on not knowing. The eyeglass would go on being set down. The crack would go on being the east.</w:t>
      </w:r>
    </w:p>
    <w:p>
      <w:pPr>
        <w:spacing w:line="360" w:lineRule="auto" w:after="0"/>
        <w:ind w:firstLine="283"/>
      </w:pPr>
      <w:r>
        <w:t>The sea did not answer. The sea had not answered. The sea would not answer. The eyeglass was the question, set down in Kael's pocket. The question was: are they still alive. The question did not have an answer. The question was the carrying.</w:t>
      </w:r>
    </w:p>
    <w:p>
      <w:pPr>
        <w:spacing w:line="360" w:lineRule="auto" w:after="0"/>
        <w:ind w:firstLine="283"/>
      </w:pPr>
      <w:r>
        <w:t>Kael carried it. He did not look through it. The eyeglass was the searcher's form, set down. The setting-down was the form. The form was set down.</w:t>
      </w:r>
    </w:p>
    <w:p>
      <w:pPr>
        <w:spacing w:line="360" w:lineRule="auto" w:after="0"/>
        <w:ind w:firstLine="283"/>
      </w:pPr>
      <w:r>
        <w:t>The fleet went on. The sea went on. The eyeglass went on in the pocket. Kael went on at the rail. The hand went on in the pocket. The hand went on on the eyeglass.</w:t>
      </w:r>
    </w:p>
    <w:p>
      <w:pPr>
        <w:spacing w:line="360" w:lineRule="auto" w:after="0"/>
        <w:ind w:firstLine="283"/>
      </w:pPr>
      <w:r>
        <w:t>The hand knew the eyeglass. The hand had known the eyeglass for three days. The hand would know the eyeglass for years. The hand did not look through it. The hand did not take the eyeglass out. The hand stayed on the eyeglass.</w:t>
      </w:r>
    </w:p>
    <w:p>
      <w:pPr>
        <w:spacing w:line="360" w:lineRule="auto" w:after="0"/>
        <w:ind w:firstLine="283"/>
      </w:pPr>
      <w:r>
        <w:t>The eyeglass was the searcher's. The eyeglass was Kael's now. The eyeglass was set down. The setting-down was the carrying. The carrying was the work.</w:t>
      </w:r>
    </w:p>
    <w:p>
      <w:pPr>
        <w:spacing w:line="360" w:lineRule="auto" w:after="0"/>
        <w:ind w:firstLine="283"/>
      </w:pPr>
      <w:r>
        <w:t>The fleet went on. The sea went on. The eyeglass went on in the pocket. Kael went on at the rail. The hand went on on the eyeglass.</w:t>
      </w:r>
    </w:p>
    <w:p>
      <w:pPr>
        <w:spacing w:line="360" w:lineRule="auto" w:after="0"/>
        <w:ind w:firstLine="283"/>
      </w:pPr>
      <w:r>
        <w:t>The crack was at the east. Kael did not know. The eyeglass was set down. The setting-down was the form.</w:t>
      </w:r>
    </w:p>
    <w:p>
      <w:pPr>
        <w:spacing w:before="360" w:after="240"/>
        <w:ind w:firstLine="0"/>
        <w:jc w:val="center"/>
      </w:pPr>
      <w:r>
        <w:rPr>
          <w:b/>
          <w:i/>
          <w:color w:val="333333"/>
          <w:sz w:val="26"/>
        </w:rPr>
        <w:t>Chapter 2 — The Coast's Testimony</w:t>
      </w:r>
    </w:p>
    <w:p>
      <w:pPr>
        <w:spacing w:line="360" w:lineRule="auto" w:after="0"/>
        <w:ind w:firstLine="283"/>
      </w:pPr>
      <w:r>
        <w:t>☰</w:t>
      </w:r>
    </w:p>
    <w:p>
      <w:pPr>
        <w:spacing w:line="360" w:lineRule="auto" w:after="0"/>
        <w:ind w:firstLine="283"/>
      </w:pPr>
      <w:r>
        <w:t>The fleet’s boats found the harbor at the morning’s low water, and the harbor was not there.</w:t>
      </w:r>
    </w:p>
    <w:p>
      <w:pPr>
        <w:spacing w:line="360" w:lineRule="auto" w:after="0"/>
        <w:ind w:firstLine="283"/>
      </w:pPr>
      <w:r>
        <w:t>Wake had the leading of the shore party that week — the rotation’s turning month, the compact’s first amendment working in the fleet’s own body, the chart-keeper standing the shore-work she had drawn on the page a hundred times and never once stood. The boats ran the channel’s green water south along the coast with the lead going and the morning’s sun behind them. They came to the place the river-mouth people had signed with the sign for harbor. The sign for trade: a notch in the coast’s low line, a stone’s headland, a water that went quiet.</w:t>
      </w:r>
    </w:p>
    <w:p>
      <w:pPr>
        <w:spacing w:line="360" w:lineRule="auto" w:after="0"/>
        <w:ind w:firstLine="283"/>
      </w:pPr>
      <w:r>
        <w:t>The water did not go quiet. The notch was in the coast, the headland was stone, and the water inside the notch was the channel’s own water — moving, working, the sea’s restless grey-green, no harbor’s flatness.</w:t>
      </w:r>
    </w:p>
    <w:p>
      <w:pPr>
        <w:spacing w:line="360" w:lineRule="auto" w:after="0"/>
        <w:ind w:firstLine="283"/>
      </w:pPr>
      <w:r>
        <w:t>Wake did not press it. That was the fleet’s way with the coast’s disagreements: the sea’s refusal ashore is not a refusal; it is an opinion, and the opinion changes, and the pressing of a coast that says not today is the shore’s own arrogance. The boats came out, and the party sat in the notch’s outside water at the noon. Ate the fleet’s bread. Waited without forcing.</w:t>
      </w:r>
    </w:p>
    <w:p>
      <w:pPr>
        <w:spacing w:line="360" w:lineRule="auto" w:after="0"/>
        <w:ind w:firstLine="283"/>
      </w:pPr>
      <w:r>
        <w:t>The harbor came at the afternoon’s turn.</w:t>
      </w:r>
    </w:p>
    <w:p>
      <w:pPr>
        <w:spacing w:line="360" w:lineRule="auto" w:after="0"/>
        <w:ind w:firstLine="283"/>
      </w:pPr>
      <w:r>
        <w:t>There was no announcing. The water inside the notch went flat — flat between two swells, in the turn of the tide, the flatness arriving under the boats’ very keels like a floor laid while nobody watched — and the flat water held. The flat water smelled of tar. Old weed. The sweet rot of a working waterfront. The lead found mud, found a shelf, found the anchorage’s own holding ground, and the party’s eyes came up off the lead to the coast. The notch had a mole. A mole of old stone, weed-grown, worn, with a lighthouse on its end — stubby, windowless, its lantern room open to the sky — and behind the mole, on the flat water’s further shore, there were wharves. Four of them. And the harbor had not been there at the low water, and the river people had signed it true: harbor, trade, certain days.</w:t>
      </w:r>
    </w:p>
    <w:p>
      <w:pPr>
        <w:spacing w:line="360" w:lineRule="auto" w:after="0"/>
        <w:ind w:firstLine="283"/>
      </w:pPr>
      <w:r>
        <w:t>The party did not land. That was the discipline the fleet’s oldest had set at the landwater’s edge: you do not land at a place that was not there at the morning. The boats lay off the mole at an oar’s-length, and the party looked at the harbor the way the fleet had looked at the fog-shelf island and the black jar on the chart table: with the marks’ own honesty.</w:t>
      </w:r>
    </w:p>
    <w:p>
      <w:pPr>
        <w:spacing w:line="360" w:lineRule="auto" w:after="0"/>
        <w:ind w:firstLine="283"/>
      </w:pPr>
      <w:r>
        <w:t>Wake’s page took the harbor in the marks: the notch’s bearings, the flat water’s tide-turn timing, the mole’s stone, the four wharves, the small boats, the smell. The entry’s last line was the fleet’s plain finding: not there at the low, there at the turn; not a refusal; a day. The coast keeps certain days.</w:t>
      </w:r>
    </w:p>
    <w:p>
      <w:pPr>
        <w:spacing w:line="360" w:lineRule="auto" w:after="0"/>
        <w:ind w:firstLine="283"/>
      </w:pPr>
      <w:r>
        <w:t>The trade was made in the certain days’ own terms. On the harbor’s third day the third day’s turn had brought the traders too. Coast people, brown-skinned, the channel’s own folk, and their talk was the sign-talk the river-mouth people had taught the fleet the first words of. The harbor’s people had fish, oil, salt, and the coast’s grey pottery; the fleet had the north’s tin, the fleet’s own marks. News. The cardamom-scented cakes that Nessa’s kitchen had begun making for the trade.</w:t>
      </w:r>
    </w:p>
    <w:p>
      <w:pPr>
        <w:spacing w:line="360" w:lineRule="auto" w:after="0"/>
        <w:ind w:firstLine="283"/>
      </w:pPr>
      <w:r>
        <w:t>And the harbor’s people, in the trade’s second hour, made the sign that stopped the party’s hands. The two hands, held flat together, moved apart. The Crack. The harbor’s traders made the gesture at the fleet’s tin, at the fleet’s boats, at the fleet’s whole grey presence, and then made the gesture south, along the coast. Held the hands apart longer than the river people had held them. Then — the sign the fleet had not yet been given — the traders took their own two hands, apart. Brought them back together, slowly. Pressed the palms flat against each other. Looked at the fleet across the flat pressed palms. The look was the whole of the coast’s word for the wound: it comes back together too. Sometimes. Not for everyone. Not for always.</w:t>
      </w:r>
    </w:p>
    <w:p>
      <w:pPr>
        <w:spacing w:line="360" w:lineRule="auto" w:after="0"/>
        <w:ind w:firstLine="283"/>
      </w:pPr>
      <w:r>
        <w:t>Wake took the sign in the marks. The trade was made, and the boats came out at the tide’s turning. The harbor went — the flat water lifting out of itself as the turn passed, the mole’s stone going grey. Then gone, the wharves’ boats hull-down. Then nothing, the notch holding nothing but the channel’s restless water. The party ran the green water home with the fish and the oil and the new sign in the level hand’s keeping: harbor certain days; the hands apart; the hands together; the coast’s word.</w:t>
      </w:r>
    </w:p>
    <w:p>
      <w:pPr>
        <w:ind w:firstLine="0"/>
        <w:jc w:val="center"/>
      </w:pPr>
      <w:r>
        <w:rPr>
          <w:color w:val="AAAAAA"/>
        </w:rPr>
        <w:t>❖</w:t>
      </w:r>
    </w:p>
    <w:p>
      <w:pPr>
        <w:spacing w:line="360" w:lineRule="auto" w:after="0"/>
        <w:ind w:firstLine="283"/>
      </w:pPr>
      <w:r>
        <w:t>The demand for the definitive report came to the Landing in the remnant officer’s neat hand, and Mira answered it with nine pages that agreed about nothing except the day.</w:t>
      </w:r>
    </w:p>
    <w:p>
      <w:pPr>
        <w:spacing w:line="360" w:lineRule="auto" w:after="0"/>
        <w:ind w:firstLine="283"/>
      </w:pPr>
      <w:r>
        <w:t>The incident at Millcross had traveled. The remnant’s mission had heard it three ways — the settlement’s telling, the walkers’ telling, the fleet’s shore-rotation’s telling — and the three tellings had three shapes. The three shapes had been laid on the remnant officer’s desk in the joint seals’ own office. The officer had read them. Asked for the definitive. The definitive was the office’s word. The definitive was what the office could put in the file and the file could hold and the seal could close.</w:t>
      </w:r>
    </w:p>
    <w:p>
      <w:pPr>
        <w:spacing w:line="360" w:lineRule="auto" w:after="0"/>
        <w:ind w:firstLine="283"/>
      </w:pPr>
      <w:r>
        <w:t>Mira wrote nine pages. The nine pages held the three tellings — the settlement’s, the walkers’, the fleet’s — and the three tellings were given in the level hand, with the teller named at each entry’s head, with the teller’s own words kept and not harmonized. The settlement said the crack spoke at the boots; the walkers said the crack spoke at the boots and the crack had been giving on its own; the fleet said the crack spoke and the speaking was a coincidence. The three tellings did not agree. The nine pages did not harmonize them. The nine pages held the disagreement, and the entry’s last line was the archive’s own finding: three tellings; the day is agreed; the rest is not; the disagreement is the finding.</w:t>
      </w:r>
    </w:p>
    <w:p>
      <w:pPr>
        <w:spacing w:line="360" w:lineRule="auto" w:after="0"/>
        <w:ind w:firstLine="283"/>
      </w:pPr>
      <w:r>
        <w:t>The officer returned the nine pages with a note: the definitive is required; the definitive is one telling; the definitive is the office’s. Resubmit.</w:t>
      </w:r>
    </w:p>
    <w:p>
      <w:pPr>
        <w:spacing w:line="360" w:lineRule="auto" w:after="0"/>
        <w:ind w:firstLine="283"/>
      </w:pPr>
      <w:r>
        <w:t>Mira resubmitted the nine pages, unchanged, with a note of her own: the archive holds the tellings; the archive does not choose between them. The definitive is not the archive’s office. The archive’s office is the holding. Held.</w:t>
      </w:r>
    </w:p>
    <w:p>
      <w:pPr>
        <w:spacing w:line="360" w:lineRule="auto" w:after="0"/>
        <w:ind w:firstLine="283"/>
      </w:pPr>
      <w:r>
        <w:t>The nine pages went into the chest. The officer’s note went into the chest beside them. The officer did not reply. The chest held that too.</w:t>
      </w:r>
    </w:p>
    <w:p>
      <w:pPr>
        <w:ind w:firstLine="0"/>
        <w:jc w:val="center"/>
      </w:pPr>
      <w:r>
        <w:rPr>
          <w:color w:val="AAAAAA"/>
        </w:rPr>
        <w:t>❖</w:t>
      </w:r>
    </w:p>
    <w:p>
      <w:pPr>
        <w:spacing w:before="360" w:after="240"/>
        <w:ind w:firstLine="0"/>
        <w:jc w:val="center"/>
      </w:pPr>
      <w:r>
        <w:rPr>
          <w:b/>
          <w:i/>
          <w:color w:val="333333"/>
          <w:sz w:val="26"/>
        </w:rPr>
        <w:t>Chapter 3 — Refusals</w:t>
      </w:r>
    </w:p>
    <w:p>
      <w:pPr>
        <w:spacing w:line="360" w:lineRule="auto" w:after="0"/>
        <w:ind w:firstLine="283"/>
      </w:pPr>
      <w:r>
        <w:t>☰</w:t>
      </w:r>
    </w:p>
    <w:p>
      <w:pPr>
        <w:spacing w:line="360" w:lineRule="auto" w:after="0"/>
        <w:ind w:firstLine="283"/>
      </w:pPr>
      <w:r>
        <w:t>The remnant officer came to the Landing with a sash and a seal. A written request. The request wanted the walkers in ranks.</w:t>
      </w:r>
    </w:p>
    <w:p>
      <w:pPr>
        <w:spacing w:line="360" w:lineRule="auto" w:after="0"/>
        <w:ind w:firstLine="283"/>
      </w:pPr>
      <w:r>
        <w:t>The request was the remnant’s plainest: the coast’s defense required auxiliaries; the walkers were the coast’s only mobile body; the walkers would be enrolled, company by company, under the remnant’s joint seals, supplied, commissioned, ranked. The walkers would, in the remnant’s plain word, report.</w:t>
      </w:r>
    </w:p>
    <w:p>
      <w:pPr>
        <w:spacing w:line="360" w:lineRule="auto" w:after="0"/>
        <w:ind w:firstLine="283"/>
      </w:pPr>
      <w:r>
        <w:t>Rook read the request at the plank-table in the beached hull’s lamplight, and his hands did what they did at requests — the give, the weight, the timing. He read it twice. He set it down.</w:t>
      </w:r>
    </w:p>
    <w:p>
      <w:pPr>
        <w:spacing w:line="360" w:lineRule="auto" w:after="0"/>
        <w:ind w:firstLine="283"/>
      </w:pPr>
      <w:r>
        <w:t>“The walkers are not auxiliaries,” Rook said. “The walkers read ground. The walkers carry the uncounted. The walkers feed the lanes. The walkers do not report. The walkers walk.”</w:t>
      </w:r>
    </w:p>
    <w:p>
      <w:pPr>
        <w:spacing w:line="360" w:lineRule="auto" w:after="0"/>
        <w:ind w:firstLine="283"/>
      </w:pPr>
      <w:r>
        <w:t>The officer’s sash was clean, the seal was the joint seals’, the request was made in the public-health grammar’s own level register. The officer heard Rook and did not press. He had been at the flat mile, and the flat mile had taught the remnant the limit of its own seal — the mile’s joint held by a fleet’s man and a walker’s mark, not by a paper. The officer folded the request and put it in his coat. Went down to the boats at the noon. The request went back unanswered. The answer stood.</w:t>
      </w:r>
    </w:p>
    <w:p>
      <w:pPr>
        <w:spacing w:line="360" w:lineRule="auto" w:after="0"/>
        <w:ind w:firstLine="283"/>
      </w:pPr>
      <w:r>
        <w:t>Mira copied the request into the chest in the level hand: Remnant officer, joint seals, request for walkers’ enrollment as auxiliaries. Refused. The walkers are not the remnant’s.</w:t>
      </w:r>
    </w:p>
    <w:p>
      <w:pPr>
        <w:spacing w:line="360" w:lineRule="auto" w:after="0"/>
        <w:ind w:firstLine="283"/>
      </w:pPr>
      <w:r>
        <w:t>That same week the Ledger of Lost came to the archive in a grey woman’s arms, and Mira received it with the hands. The felt. The dry.</w:t>
      </w:r>
    </w:p>
    <w:p>
      <w:pPr>
        <w:spacing w:line="360" w:lineRule="auto" w:after="0"/>
        <w:ind w:firstLine="283"/>
      </w:pPr>
      <w:r>
        <w:t>The woman was old, coast-born, and the Ledger had been her mother’s mother’s mother’s keeping — a coast ledger, the wound’s coast’s own kind, kept in a fishing village two lands north of the Landing until the village’s ground began its talking. The village walked south. The Ledger walked with the walking. The woman had carried the book thirty days. It was oilcloth-wrapped, the binding soft-cloth over board, the pages hand-cut, the entries in the level hand of every keeper who had held it. The woman set the book on the plank-table and stepped back. The stepping-back was the giving. The giving was the last of the woman’s holding.</w:t>
      </w:r>
    </w:p>
    <w:p>
      <w:pPr>
        <w:spacing w:line="360" w:lineRule="auto" w:after="0"/>
        <w:ind w:firstLine="283"/>
      </w:pPr>
      <w:r>
        <w:t>Mira opened it that evening. The entries were the coast’s old kind — names, dates, the open hand above each name, the keeper’s mark at the foot. The first entry was a name Mira did not know, and a date two generations old. The last entry was the woman’s own mother. The keepers’ marks stood at each entry’s foot, no names — the absence of the keeper’s name was the keeping’s own discipline, the coast’s oldest: the keeper did not enter themselves. The Ledger held the lost. The keeper held the Ledger. The two were not the same office.</w:t>
      </w:r>
    </w:p>
    <w:p>
      <w:pPr>
        <w:spacing w:line="360" w:lineRule="auto" w:after="0"/>
        <w:ind w:firstLine="283"/>
      </w:pPr>
      <w:r>
        <w:t>Mira sat with the Ledger at the plank-table through the night. The lamp burned. The pages turned. The names passed through her hands — fisher-folk, herder-folk, the lost of the rearranging’s first year and the lost of every year since — and the names were the coast’s whole wound, set down in the level hand, held in the open hand, carried in the soft-cloth binding across thirty days of walking.</w:t>
      </w:r>
    </w:p>
    <w:p>
      <w:pPr>
        <w:spacing w:line="360" w:lineRule="auto" w:after="0"/>
        <w:ind w:firstLine="283"/>
      </w:pPr>
      <w:r>
        <w:t>She entered the Ledger’s arrival in the chest’s own book, in the level hand, with the open hand above the entry: Ledger of Lost received, coast-book, two generations’ keeping, the wound’s coast’s own. The keepers’ marks held at each entry’s foot. The keepers are not entered. The lost are entered. The office is the holding.</w:t>
      </w:r>
    </w:p>
    <w:p>
      <w:pPr>
        <w:spacing w:line="360" w:lineRule="auto" w:after="0"/>
        <w:ind w:firstLine="283"/>
      </w:pPr>
      <w:r>
        <w:t>The chest held the Ledger. The chest held the request. The chest held the two refusals: the remnant’s, and the woman’s — the woman who had given the book and stepped back, the woman whose name was not in the book either, the keeper’s mark at the foot of the last entry her own.</w:t>
      </w:r>
    </w:p>
    <w:p>
      <w:pPr>
        <w:spacing w:line="360" w:lineRule="auto" w:after="0"/>
        <w:ind w:firstLine="283"/>
      </w:pPr>
      <w:r>
        <w:t>Three versions of the diagram were in the chest by the fourth year. The trader’s version — the one with the tremor. The coast’s version — the one with the true fourth figure. And the corridor’s version — the one the web’s runners had copied from the chest’s copy, and modified, and copied again, the fourth figure now something else entirely, a fourth thing the other two did not hold.</w:t>
      </w:r>
    </w:p>
    <w:p>
      <w:pPr>
        <w:spacing w:line="360" w:lineRule="auto" w:after="0"/>
        <w:ind w:firstLine="283"/>
      </w:pPr>
      <w:r>
        <w:t>Mira laid the three versions side by side. The three did not agree. The first figure’s fourth step — the tremor. The second figure’s fourth step — the true. The third figure’s fourth step — the modification, the variation, the thing that was neither the tremor nor the true.</w:t>
      </w:r>
    </w:p>
    <w:p>
      <w:pPr>
        <w:spacing w:line="360" w:lineRule="auto" w:after="0"/>
        <w:ind w:firstLine="283"/>
      </w:pPr>
      <w:r>
        <w:t>She annotated the third version. She wrote, in her own hand, at the margin: three versions, figure 4, tremor / true / modification. The form is not the diagram. The form is the practice. The practice disagrees. The disagreement is the form.</w:t>
      </w:r>
    </w:p>
    <w:p>
      <w:pPr>
        <w:spacing w:line="360" w:lineRule="auto" w:after="0"/>
        <w:ind w:firstLine="283"/>
      </w:pPr>
      <w:r>
        <w:t>She filed the three versions in the chest’s intake sleeve. The three stood side by side. The disagreement was preserved. The form continued.</w:t>
      </w:r>
    </w:p>
    <w:p>
      <w:pPr>
        <w:spacing w:line="360" w:lineRule="auto" w:after="0"/>
        <w:ind w:firstLine="283"/>
      </w:pPr>
      <w:r>
        <w:t>The fourth version was not in the chest. The fourth version was in Kael’s pocket, on the road, being practiced. The fourth version would come to the chest when Kael was ready to give it. The chest did not hold the fourth version. The chest would hold it.</w:t>
      </w:r>
    </w:p>
    <w:p>
      <w:pPr>
        <w:ind w:firstLine="0"/>
        <w:jc w:val="center"/>
      </w:pPr>
      <w:r>
        <w:rPr>
          <w:color w:val="AAAAAA"/>
        </w:rPr>
        <w:t>❖</w:t>
      </w:r>
    </w:p>
    <w:p>
      <w:pPr>
        <w:spacing w:line="360" w:lineRule="auto" w:after="0"/>
        <w:ind w:firstLine="283"/>
      </w:pPr>
      <w:r>
        <w:t>The Cult came to the wound’s coast in fragments, the way the Cult came everywhere now. Nima met the fragments one at a time in the corridors of her new country, and the two were not the same thing, and the difference was the year’s finding.</w:t>
      </w:r>
    </w:p>
    <w:p>
      <w:pPr>
        <w:spacing w:line="360" w:lineRule="auto" w:after="0"/>
        <w:ind w:firstLine="283"/>
      </w:pPr>
      <w:r>
        <w:t>Her country was the coast’s margins. The corridors here were not the city’s passages — no grilles, no pipe-keepers’ tunnels, no tiled dark — but the coast had grown its own passages in the landing-year: the seams of the settled lands, the lanes between the clean zones’ edges and the sour grounds, the river-bush tracks, the drovers’ old ways going abandoned as the roads closed. Nima walked the web. She had walked it since the landing-month, the feet finding the feet’s own work: the unlisted’s road, come ashore.</w:t>
      </w:r>
    </w:p>
    <w:p>
      <w:pPr>
        <w:spacing w:line="360" w:lineRule="auto" w:after="0"/>
        <w:ind w:firstLine="283"/>
      </w:pPr>
      <w:r>
        <w:t>The first fragment found her at the third ford. Or she found it — the corridor’s truth: you did not find the Cult; the Cult was in the walls. The mark was cut into the lane’s post at a turning: the sign she had last seen in a city’s shelter, the Cult’s own oldest mark, the taking’s sign. The Cult frees; the taking is the liberation. And under the mark, in chalk, new words, in a new hand, the coast’s own grammar: the release from measurement. The ones who will not be written. We carry them. Ask at the third ford.</w:t>
      </w:r>
    </w:p>
    <w:p>
      <w:pPr>
        <w:spacing w:line="360" w:lineRule="auto" w:after="0"/>
        <w:ind w:firstLine="283"/>
      </w:pPr>
      <w:r>
        <w:t>She went at the dusk. The ford had a fire, and the fire had a woman, and the woman had her hand on the ford’s post — the same post the mark was cut into, the woman’s palm laid over the taking’s sign. The hand was deliberate. The woman was grey-clothed, plain-faced, the coast-Cult’s plain names, and her name was Feather.</w:t>
      </w:r>
    </w:p>
    <w:p>
      <w:pPr>
        <w:spacing w:line="360" w:lineRule="auto" w:after="0"/>
        <w:ind w:firstLine="283"/>
      </w:pPr>
      <w:r>
        <w:t>“I have been waiting for the corridor,” Feather said. She did not move her hand off the post. “The mark was for you. The corridor reads marks. The corridor reads the lanes. We are the uncounted’s other road.”</w:t>
      </w:r>
    </w:p>
    <w:p>
      <w:pPr>
        <w:spacing w:line="360" w:lineRule="auto" w:after="0"/>
        <w:ind w:firstLine="283"/>
      </w:pPr>
      <w:r>
        <w:t>They were six at the ford. Feather’s fragment did the corridor’s own work: the unlisted’s road, the walking of the uncounted through the margins’ web. The fragment’s practice was Nima’s practice, doubled. The creed was told at the fire that night, in Feather’s level voice: the measurement is the cage; the record is the wall; the writing-down is the taking’s beginning; we are the release. We carry the unwritten out of the written’s reach. The taking is the liberation — the taking of the names out of the lists. We take nothing else.</w:t>
      </w:r>
    </w:p>
    <w:p>
      <w:pPr>
        <w:spacing w:line="360" w:lineRule="auto" w:after="0"/>
        <w:ind w:firstLine="283"/>
      </w:pPr>
      <w:r>
        <w:t>Nima listened, and did not join. That was the corridor’s discipline and her own: the fragments were not her people, and the creed was not her creed — the release from measurement was the guide’s work’s cousin, not its twin; Nima’s road carried the unlisted to their own livings, not out of the world’s whole reach. But the work was the work. The coast’s margins were a country one craft wide, and the two crafts ran the web side by side through the year. Nima’s answer to Feather’s creed, the one time the creed was pressed, was given at the ford’s fire, in the plain words: I’m passing through. And Feather had laughed — the first laugh Nima had heard in the margins — and the laugh was the fragment’s own answer. Nima ate the ford’s cold bread and did not smile. The bread was the margin’s, ground-coarse, the kind that sat in the teeth. She thought of the walker’s leading, whose company walked the route the corridor’s lanes ran beside.</w:t>
      </w:r>
    </w:p>
    <w:p>
      <w:pPr>
        <w:spacing w:line="360" w:lineRule="auto" w:after="0"/>
        <w:ind w:firstLine="283"/>
      </w:pPr>
      <w:r>
        <w:t>The second fragment found her in the autumn. And the second fragment was not the first.</w:t>
      </w:r>
    </w:p>
    <w:p>
      <w:pPr>
        <w:spacing w:line="360" w:lineRule="auto" w:after="0"/>
        <w:ind w:firstLine="283"/>
      </w:pPr>
      <w:r>
        <w:t>It worked the coast’s south margins, the seam’s east flats, the new skins’ edges — and its practice was the old taking’s own shape, come to the wound’s coast wearing the first fragment’s clothes: the same grey, the same plain names, the same creed’s words, the taking is the liberation — but the taking in the south fragment’s mouth was the coast’s wound itself, and the liberation was the seam. The south fragment carried people to the new skins. Nima found it out the corridor’s way — found it in the web’s own freight, in a family gone missing at the south margins’ edge, gone from the safe-house’s lane with their bundles and their children, gone in a night when no night-work had been laid on. The lane’s post had the mark, and under the mark the chalk words: carried to the release. The ground’s opening is the door.</w:t>
      </w:r>
    </w:p>
    <w:p>
      <w:pPr>
        <w:spacing w:line="360" w:lineRule="auto" w:after="0"/>
        <w:ind w:firstLine="283"/>
      </w:pPr>
      <w:r>
        <w:t>Nima went to the flats at the next dusk. She counted the exits on the way — the lane, the ford, the river-bush track — and brought Feather’s fragment’s two. The seam’s edge at the dusk was pale, the new skin’s cover catching the last light. Nima read the edge the way the walkers read it — and the reading held the family’s going: the bundles’ drag-marks, the small feet’s prints, the freight of a family’s walking, ending at the skin’s rim, and not coming back. The seam had them. The bundles were there. At the rim. Emptied. Folded. The clothes folded and laid on the pale skin’s edge, the way clothes are folded. Laid at a night-camp. The wearers gone into the ground’s opening, taken, released.</w:t>
      </w:r>
    </w:p>
    <w:p>
      <w:pPr>
        <w:spacing w:line="360" w:lineRule="auto" w:after="0"/>
        <w:ind w:firstLine="283"/>
      </w:pPr>
      <w:r>
        <w:t>The south fragment’s leading was a man. He came to the rim at the dusk and stood a bowshot off, the way the corridor’s craft had taught him to stand. He was level-voiced, walker’s boots, the same grey as Feather’s, the same plain name. He laid his hand on the lane’s post — the same gesture, the same mark — and his hand stayed there while he spoke.</w:t>
      </w:r>
    </w:p>
    <w:p>
      <w:pPr>
        <w:spacing w:line="360" w:lineRule="auto" w:after="0"/>
        <w:ind w:firstLine="283"/>
      </w:pPr>
      <w:r>
        <w:t>The creed, told to Nima at the flats’ dusk by the fragment’s own leading, without heat and without hiding: the measurement is the cage; the record is the wall; the world is the wall’s largest form; and the wound is the world’s door out. The taking is the liberation. We carry the willing to the door. The families come to us willing, guide. Ask them. The ones who go through have all been willing.</w:t>
      </w:r>
    </w:p>
    <w:p>
      <w:pPr>
        <w:spacing w:line="360" w:lineRule="auto" w:after="0"/>
        <w:ind w:firstLine="283"/>
      </w:pPr>
      <w:r>
        <w:t>Nima counted the exits. That was her whole answer to the creed, and the answer was the corridor’s own: at the flats’ dusk, facing the level voice, her eyes went the margin’s rim — the lane, the ford, the river-bush track, the two fragment-hands’ stances. The count taken, the count held. And she said the one thing the corridor said to the takers, the old city’s own hard sentence: “The willing are not the knowing. You walk the frightened to the ground’s door in the dark and call the walking a choosing. A choosing needs a lit room. Build no lit rooms, take no willing, and I’ll believe the word.” And the man’s level face did the thing level faces did when the corridor’s craft met the taking’s craft: nothing. The nothing was the whole of the two fragments’ difference. The difference was not the creed — the words were the same words, both fragments said them — the difference was the door.</w:t>
      </w:r>
    </w:p>
    <w:p>
      <w:pPr>
        <w:spacing w:line="360" w:lineRule="auto" w:after="0"/>
        <w:ind w:firstLine="283"/>
      </w:pPr>
      <w:r>
        <w:t>She fought the south fragment the corridor’s way. Not with force — the corridor’s craft had no force in it — but with the web itself: the south fragment’s lanes closed. Nima closed them. The marks at the lane-postings: the old city’s marks, the passages’ own grammar, not press, not plague, just gone — and the web’s craft-brethren, Feather’s six. The walking’s companies. The fleet’s shore-runner feet, carried the marks along the south margins’ web in a week: the south fragment’s safe-houses gone dark to them, the fords changed, the knots unknotted. The uncounted’s road defended itself the only way the uncounted’s road had ever defended anything, by not being there when the danger came. And the south fragment thinned at the margins.</w:t>
      </w:r>
    </w:p>
    <w:p>
      <w:pPr>
        <w:spacing w:line="360" w:lineRule="auto" w:after="0"/>
        <w:ind w:firstLine="283"/>
      </w:pPr>
      <w:r>
        <w:t>The margins went on. The web held.</w:t>
      </w:r>
    </w:p>
    <w:p>
      <w:pPr>
        <w:ind w:firstLine="0"/>
        <w:jc w:val="center"/>
      </w:pPr>
      <w:r>
        <w:rPr>
          <w:color w:val="AAAAAA"/>
        </w:rPr>
        <w:t>❖</w:t>
      </w:r>
    </w:p>
    <w:p>
      <w:pPr>
        <w:spacing w:before="360" w:after="240"/>
        <w:ind w:firstLine="0"/>
        <w:jc w:val="center"/>
      </w:pPr>
      <w:r>
        <w:rPr>
          <w:b/>
          <w:i/>
          <w:color w:val="333333"/>
          <w:sz w:val="26"/>
        </w:rPr>
        <w:t>Chapter 4 — The White's Logic</w:t>
      </w:r>
    </w:p>
    <w:p>
      <w:pPr>
        <w:spacing w:line="360" w:lineRule="auto" w:after="0"/>
        <w:ind w:firstLine="283"/>
      </w:pPr>
      <w:r>
        <w:t>☰</w:t>
      </w:r>
    </w:p>
    <w:p>
      <w:pPr>
        <w:spacing w:line="360" w:lineRule="auto" w:after="0"/>
        <w:ind w:firstLine="283"/>
      </w:pPr>
      <w:r>
        <w:t>The white shields came to Sedge on a market morning, and Isa stood in the square with her children’s hands in her hands. The first word that reached her from the shields’ captain’s mouth was unclean. The word landed in her body before it reached her mind, a small cold drop under her sternum, like the first drop of a rain she had been standing out of for two years.</w:t>
      </w:r>
    </w:p>
    <w:p>
      <w:pPr>
        <w:spacing w:line="360" w:lineRule="auto" w:after="0"/>
        <w:ind w:firstLine="283"/>
      </w:pPr>
      <w:r>
        <w:t>Sedge was a settlement of four hundred and eleven — the count done at the spring census, the count Isa had stood in line for with the children, the count that had given her name to the census-clerk’s neat hand. The count was a year old. The count was wrong, because the count was a year old. The settlement had taken in twenty since — families off the trapped margins, walked south from the flat mile, bedded in the lofts and the back-room and fed at the common kitchens. The twenty were not on the census. The census-clerk’s neat hand did not hold them. The settlement held them.</w:t>
      </w:r>
    </w:p>
    <w:p>
      <w:pPr>
        <w:spacing w:line="360" w:lineRule="auto" w:after="0"/>
        <w:ind w:firstLine="283"/>
      </w:pPr>
      <w:r>
        <w:t>The white shields were sixty, drilled, courteous, the captain a tired young woman with a mother’s eye — the eye that watched everything and forgave in advance, the eye that said I know before the eye said anything else. The captain stood in the square and made the proclamation in the level voice, in the public-health grammar, in the words the coast had begun to hear at every gate and wall: the touched row, the unclean, the processing, the washing, the clean ground, the joint seals, the order. The words were the language the white had brought ashore and was teaching the coast, the way a new ruling grammar is taught: in the proclamation, at the gate, in the market morning, in the children’s hearing. The white was teaching the coast to call its own wound by the white’s name for it.</w:t>
      </w:r>
    </w:p>
    <w:p>
      <w:pPr>
        <w:spacing w:line="360" w:lineRule="auto" w:after="0"/>
        <w:ind w:firstLine="283"/>
      </w:pPr>
      <w:r>
        <w:t>Isa did not call the wound by the white’s name. Isa called the wound the dirt’s name, the coast’s old name, the name her grandmother had used in the fishing village before the great rearranging ate the village: the ground’s talking. The ground’s talking was the ground’s talking; the unclean was the white’s word for the same thing; the two words stood over the same dirt, and the dirt did not care which word stood over it, and the dirt went on talking.</w:t>
      </w:r>
    </w:p>
    <w:p>
      <w:pPr>
        <w:spacing w:line="360" w:lineRule="auto" w:after="0"/>
        <w:ind w:firstLine="283"/>
      </w:pPr>
      <w:r>
        <w:t>The touched row was the row of houses at the settlement’s north end — six houses, the families who had walked the trapped margins, the twenty the census did not hold, the houses the limemen had marked at the dawn with the white shields’ chalk. The six houses were the touched. The touched were the twenty. The twenty were walked to the square in the market morning, and the children watched from the lofts. Isa’s own two were among the watchers. The watching was the morning’s whole teaching, the lesson the white gave the children with the touched’s bodies: these are the touched. The touched are walked to the clean ground beyond the lime.</w:t>
      </w:r>
    </w:p>
    <w:p>
      <w:pPr>
        <w:spacing w:line="360" w:lineRule="auto" w:after="0"/>
        <w:ind w:firstLine="283"/>
      </w:pPr>
      <w:r>
        <w:t>Isa did not let go of the children’s hands until the wagons were gone. The market went on. The dirt went on talking under the touched row’s empty houses. The white’s chalk marks stood on the six doors. The doors stood open. The houses were empty. The limemen washed their hands at the well’s trough; the lime had burned at the web of the thumb. The soldiers ate standing up at the wagons’ edge — dry bread, salt meat.</w:t>
      </w:r>
    </w:p>
    <w:p>
      <w:pPr>
        <w:spacing w:line="360" w:lineRule="auto" w:after="0"/>
        <w:ind w:firstLine="283"/>
      </w:pPr>
      <w:r>
        <w:t>The purification was held on a market morning eight weeks later, and Isa stood in the square with her children. The settlement’s four hundred. The atrocity. The safety came in the same hour, in the same light, from the same white hands. Her body received both. Could not hold both. Held both.</w:t>
      </w:r>
    </w:p>
    <w:p>
      <w:pPr>
        <w:spacing w:line="360" w:lineRule="auto" w:after="0"/>
        <w:ind w:firstLine="283"/>
      </w:pPr>
      <w:r>
        <w:t>The captain stood at the square’s center and made the proclamation. The touched row’s six houses, marked at the dawn with the white chalk, had been processed; the families had been washed; the touched had been carried to the clean ground at the south; the houses had been cleansed. The cleansing was the white’s own chemistry — the lime, the burning, the white’s own clean fire — and the six houses stood at the row’s end, white-washed, swept, the doors open, the rooms empty. The captain’s last line was the white’s whole mercy: the clean ground is open to all who will come; the touched are clean; the unclean is gone; the row is the settlement’s again.</w:t>
      </w:r>
    </w:p>
    <w:p>
      <w:pPr>
        <w:spacing w:line="360" w:lineRule="auto" w:after="0"/>
        <w:ind w:firstLine="283"/>
      </w:pPr>
      <w:r>
        <w:t>The burning was the atrocity. The burning was the white’s own clean fire, and the clean fire had burned the houses with the houses’ contents in them. The contents were the touched’s own: the family Brel’s loom. The family Brel’s grandmother’s wedding cloth; the cooper Hald’s tools. The cooper Hald’s mother’s medicine chest; the herder Tass’s crook. The herder Tass’s boy’s first boots. The contents were the touched’s lives. The clean fire had taken the lives with the houses.</w:t>
      </w:r>
    </w:p>
    <w:p>
      <w:pPr>
        <w:spacing w:line="360" w:lineRule="auto" w:after="0"/>
        <w:ind w:firstLine="283"/>
      </w:pPr>
      <w:r>
        <w:t>And the safety was the dirt’s talking. The dirt under the touched row had been talking for two seasons — the ground’s slow rearranging, the new skin’s curve, the seam’s rim — and the talking had been the row’s own danger. The white’s clean fire had taken the row. The talking together. The talking was gone. The dirt under the touched row was quiet now. The white’s clean fire had made it quiet.</w:t>
      </w:r>
    </w:p>
    <w:p>
      <w:pPr>
        <w:spacing w:line="360" w:lineRule="auto" w:after="0"/>
        <w:ind w:firstLine="283"/>
      </w:pPr>
      <w:r>
        <w:t>The atrocity and the safety were the same fire, and the fire was the white’s. Isa stood in the square. Her children’s hands in her hands. The square’s four hundred bodies received both the way her body received both, and the four hundred could not hold both, and the four hundred held both. The market went on. The captain went back to the gate. The lime’s white line lay on the ground at the touched row’s edge, drawn, holding, and the six houses stood open. White-washed. The contents were gone. The dirt was quiet.</w:t>
      </w:r>
    </w:p>
    <w:p>
      <w:pPr>
        <w:spacing w:line="360" w:lineRule="auto" w:after="0"/>
        <w:ind w:firstLine="283"/>
      </w:pPr>
      <w:r>
        <w:t>The children pulled at her hands. The boy wanted bread. The girl wanted to go home. Home was two streets south of the row, and home was standing. The lime had not reached it. The children did not yet know that the lime would reach it. Isa knew. She held the hands and did not move — a mother, in a square, with two children who wanted bread.</w:t>
      </w:r>
    </w:p>
    <w:p>
      <w:pPr>
        <w:ind w:firstLine="0"/>
        <w:jc w:val="center"/>
      </w:pPr>
      <w:r>
        <w:rPr>
          <w:color w:val="AAAAAA"/>
        </w:rPr>
        <w:t>❖</w:t>
      </w:r>
    </w:p>
    <w:p>
      <w:pPr>
        <w:spacing w:line="360" w:lineRule="auto" w:after="0"/>
        <w:ind w:firstLine="283"/>
      </w:pPr>
      <w:r>
        <w:t>The three tellings came to the Landing within one week of each other, carried by three roads, told by three mouths, and Mira took them down at the plank-table in the beached hull’s lamplight. The three tellings were the beginning of the Ink. The three beginnings did not agree. None of the three was ever going to be truer than the others.</w:t>
      </w:r>
    </w:p>
    <w:p>
      <w:pPr>
        <w:spacing w:line="360" w:lineRule="auto" w:after="0"/>
        <w:ind w:firstLine="283"/>
      </w:pPr>
      <w:r>
        <w:t>The first telling came from the south, from the river-mouth peoples’ country, told by a coast trader who had heard it from a river-priest who had heard it from his grandmother who had heard it from the Ink’s own first walker’s daughter: the Ink began in a dying. A man, in the first rearranging’s first year, walking south out of a valley below the middle lands’ first breaking, walking with a child in his coat, walking past the breaking valley and the burning harbor. The sea’s withdrawal, walking south. The man was the Ink’s first carrier. The man died in the seventh year. The child walked on.</w:t>
      </w:r>
    </w:p>
    <w:p>
      <w:pPr>
        <w:spacing w:line="360" w:lineRule="auto" w:after="0"/>
        <w:ind w:firstLine="283"/>
      </w:pPr>
      <w:r>
        <w:t>The second telling came from the east, from the dry hills’ inland routes, told by a herder who had heard it from a drover who had heard it from the cult’s own first fragment’s last believer: the Ink began in a writing. A woman, in the empire’s last year, walking the borderlands with a slate, and the slate held a line — a mother drawn small — and the line was the Ink’s first mark. The woman went into the ground’s opening at the dry hills’ first terrace. The slate was kept.</w:t>
      </w:r>
    </w:p>
    <w:p>
      <w:pPr>
        <w:spacing w:line="360" w:lineRule="auto" w:after="0"/>
        <w:ind w:firstLine="283"/>
      </w:pPr>
      <w:r>
        <w:t>The third telling came from the north, from the fleet’s own carried-out old country, told by Wake’s chart-ship’s old master’s dying telling: the Ink began in a keeping. A keeper, in the city’s last archive, walking out of the burning city with a chest, and the chest held the city’s last honest pages. The pages were the Ink’s first freight. The keeper was the Ink’s first carrier. The keeper went down with the harbor. The chest was kept.</w:t>
      </w:r>
    </w:p>
    <w:p>
      <w:pPr>
        <w:spacing w:line="360" w:lineRule="auto" w:after="0"/>
        <w:ind w:firstLine="283"/>
      </w:pPr>
      <w:r>
        <w:t>Three hands. Three mouths. Three roads. Three beginnings. Three first carriers — a man with a child, a woman with a slate, a keeper with a chest. Three first freights — a child, a slate, a chest. Three first endings — a death, an opening, a going-down. None was ever going to be truer than the others.</w:t>
      </w:r>
    </w:p>
    <w:p>
      <w:pPr>
        <w:spacing w:line="360" w:lineRule="auto" w:after="0"/>
        <w:ind w:firstLine="283"/>
      </w:pPr>
      <w:r>
        <w:t>Three more tellings came in the autumn, told by three new mouths, and the three new did not agree with the three old, and the disagreement was the finding’s whole second half.</w:t>
      </w:r>
    </w:p>
    <w:p>
      <w:pPr>
        <w:spacing w:line="360" w:lineRule="auto" w:after="0"/>
        <w:ind w:firstLine="283"/>
      </w:pPr>
      <w:r>
        <w:t>Mira copied the tellings into the chest, in the level hand, with the teller named at each entry’s head, with the open hand above each entry. The disagreement was the Ink’s own first freight, carried in the chest the way the Ink’s first carrier had carried the first freight.</w:t>
      </w:r>
    </w:p>
    <w:p>
      <w:pPr>
        <w:spacing w:line="360" w:lineRule="auto" w:after="0"/>
        <w:ind w:firstLine="283"/>
      </w:pPr>
      <w:r>
        <w:t>The beginnings do not agree. The beginnings are the Ink.</w:t>
      </w:r>
    </w:p>
    <w:p>
      <w:pPr>
        <w:spacing w:line="360" w:lineRule="auto" w:after="0"/>
        <w:ind w:firstLine="283"/>
      </w:pPr>
      <w:r>
        <w:t>*</w:t>
      </w:r>
    </w:p>
    <w:p>
      <w:pPr>
        <w:spacing w:line="360" w:lineRule="auto" w:after="0"/>
        <w:ind w:firstLine="283"/>
      </w:pPr>
      <w:r>
        <w:t>The white’s children played at the lime’s edge, and the playing was the morning’s one cruelty the morning did not name.</w:t>
      </w:r>
    </w:p>
    <w:p>
      <w:pPr>
        <w:spacing w:line="360" w:lineRule="auto" w:after="0"/>
        <w:ind w:firstLine="283"/>
      </w:pPr>
      <w:r>
        <w:t>The children were five. The five were the captain’s and the medic’s and the soldiers’. The five played the way children play at the edge of a thing they do not know is an edge — with the whole body, with the loud, with the not-knowing.</w:t>
      </w:r>
    </w:p>
    <w:p>
      <w:pPr>
        <w:spacing w:line="360" w:lineRule="auto" w:after="0"/>
        <w:ind w:firstLine="283"/>
      </w:pPr>
      <w:r>
        <w:t>The lime’s white line lay on the ground at the edge of the play. The line was the white’s one office the white did name, and the naming was the line’s. The children played at the line the way children play at a line — over it, across it, on it.</w:t>
      </w:r>
    </w:p>
    <w:p>
      <w:pPr>
        <w:spacing w:line="360" w:lineRule="auto" w:after="0"/>
        <w:ind w:firstLine="283"/>
      </w:pPr>
      <w:r>
        <w:t>Isa’s boy watched the white’s children from the loft. The boy was seven. The boy was the age Nella had been in a valley summer.</w:t>
      </w:r>
    </w:p>
    <w:p>
      <w:pPr>
        <w:spacing w:line="360" w:lineRule="auto" w:after="0"/>
        <w:ind w:firstLine="283"/>
      </w:pPr>
      <w:r>
        <w:t>Isa came to the loft. She did not pull the boy from the window. She set her hand on his shoulder the way she set her hand on his shoulder at the touched row — without the speaking, the hand doing the work the hand knew, the work older than the speaking. The boy did not look away from the children. The children did not look up at the loft. The two not-lookings were the morning’s whole one mercy to itself, and the line held.</w:t>
      </w:r>
    </w:p>
    <w:p>
      <w:pPr>
        <w:spacing w:line="360" w:lineRule="auto" w:after="0"/>
        <w:ind w:firstLine="283"/>
      </w:pPr>
      <w:r>
        <w:t>“They don’t know,” the boy said.</w:t>
      </w:r>
    </w:p>
    <w:p>
      <w:pPr>
        <w:spacing w:line="360" w:lineRule="auto" w:after="0"/>
        <w:ind w:firstLine="283"/>
      </w:pPr>
      <w:r>
        <w:t>“No.”</w:t>
      </w:r>
    </w:p>
    <w:p>
      <w:pPr>
        <w:spacing w:line="360" w:lineRule="auto" w:after="0"/>
        <w:ind w:firstLine="283"/>
      </w:pPr>
      <w:r>
        <w:t>“Will they know?”</w:t>
      </w:r>
    </w:p>
    <w:p>
      <w:pPr>
        <w:spacing w:line="360" w:lineRule="auto" w:after="0"/>
        <w:ind w:firstLine="283"/>
      </w:pPr>
      <w:r>
        <w:t>Isa did not answer. And the morning held it the way the morning held the boy and the children. The lime: without choosing, without resolving, without setting it down. The not-setting-down was the morning’s whole one mercy. The mercy was small. The small was all there was.</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5 — Gift Outside the Wall</w:t>
      </w:r>
    </w:p>
    <w:p>
      <w:pPr>
        <w:spacing w:line="360" w:lineRule="auto" w:after="0"/>
        <w:ind w:firstLine="283"/>
      </w:pPr>
      <w:r>
        <w:t>☰</w:t>
      </w:r>
    </w:p>
    <w:p>
      <w:pPr>
        <w:spacing w:line="360" w:lineRule="auto" w:after="0"/>
        <w:ind w:firstLine="283"/>
      </w:pPr>
      <w:r>
        <w:t>Corren came down to Sedge in the last hour of the dark, and Sedge had white on its walls. He stood in the tree-line at the field’s edge. Read the white. The white read back.</w:t>
      </w:r>
    </w:p>
    <w:p>
      <w:pPr>
        <w:spacing w:line="360" w:lineRule="auto" w:after="0"/>
        <w:ind w:firstLine="283"/>
      </w:pPr>
      <w:r>
        <w:t>The settlement’s wall stood in the first grey of the morning, limed — the white rings around the wall’s base, the lime’s sharp smell carrying a quarter-mile across the fields. At the gate, where the leaving-things went, at the stone by the gate’s side where the settlement’s people left what they left for the ones outside — two sentries, white over grey.</w:t>
      </w:r>
    </w:p>
    <w:p>
      <w:pPr>
        <w:spacing w:line="360" w:lineRule="auto" w:after="0"/>
        <w:ind w:firstLine="283"/>
      </w:pPr>
      <w:r>
        <w:t>Nine years of walking had brought him to walls like this one before the white had a name. He knew the shape of a settlement that had made its bargain: the quiet that hung inside the wall like held breath; the lime at the thresholds; the sentries’ drilled standing; the fear in the fields’ workers, who worked in their rows with their eyes down and did not look up. The downcast eyes were the ground’s new etiquette wherever the white had arrived. You did not look at the sentries, and you did not look at the tree-lines, and you did not look at whatever the tree-lines held. The tree-lines held the grey.</w:t>
      </w:r>
    </w:p>
    <w:p>
      <w:pPr>
        <w:spacing w:line="360" w:lineRule="auto" w:after="0"/>
        <w:ind w:firstLine="283"/>
      </w:pPr>
      <w:r>
        <w:t>He had a granddaughter in there. He had learned it by the first frost, at the fires of a coast company two lands north: Sedge still stood; Nella still lived; Bret still kept his bees; and there was a child, a girl, born in the spring, and the child’s name was Marit. The name had come to him through three tellings and held its shape in all three, — rare in these years. He had taken the holding for truth, and the truth had walked south with him all winter, a small freight in the sternum beside the older freight. The two freights had names that were the same name: Marit. The bundle.</w:t>
      </w:r>
    </w:p>
    <w:p>
      <w:pPr>
        <w:spacing w:line="360" w:lineRule="auto" w:after="0"/>
        <w:ind w:firstLine="283"/>
      </w:pPr>
      <w:r>
        <w:t>The last conversation had been at the kale-edge. The conversation had been in the valley’s last autumn, two months before the ground’s first rearranging, and Nella had been ten, and she had been helping him bank the kale against the early frost. He had answered the valley’s answer — we go to the house, the house is the ground’s, the ground holds the house — and the girl had nodded, and the banking had gone on. He had not said it because the girl was ten, and the girl was at the kale, and the valley’s fathers did not say I don’t know to ten-year-olds at the kale-edge.</w:t>
      </w:r>
    </w:p>
    <w:p>
      <w:pPr>
        <w:spacing w:line="360" w:lineRule="auto" w:after="0"/>
        <w:ind w:firstLine="283"/>
      </w:pPr>
      <w:r>
        <w:t>The unsaid thing had been the valley’s last mercy, and the mercy had been the wrong one. He had been wrong. He knew it two months later, when the ground rearranged and the house did not hold. The wrongness was the freight he carried now, in the keeping-pocket’s underneath, beside the spoon. The seeds. The girl’s voice asking where do we go.</w:t>
      </w:r>
    </w:p>
    <w:p>
      <w:pPr>
        <w:spacing w:line="360" w:lineRule="auto" w:after="0"/>
        <w:ind w:firstLine="283"/>
      </w:pPr>
      <w:r>
        <w:t>The bundle was in his coat. It had been in his coat for nine years, in the inner breast pocket, the pocket the walkers’ coats made for exactly one thing and no other: the pocket over the sternum, the keeping-pocket. What went there was what you carried against the heart, and what you carried against the heart was what the walking was for. The walkers did not ask each other what was in the keeping-pockets. In the bundle, wrapped in the oilcloth that had kept it dry through nine years of rain and river-ford. Ground-steam: a wooden spoon. A paper twist of seeds.</w:t>
      </w:r>
    </w:p>
    <w:p>
      <w:pPr>
        <w:spacing w:line="360" w:lineRule="auto" w:after="0"/>
        <w:ind w:firstLine="283"/>
      </w:pPr>
      <w:r>
        <w:t>The spoon was Nella’s. Her own, from the first house — the house in the valley below the middle lands’ first breaking, the house with the kale-garden and the bees’ first hives and the window Nella’s mother had kept the red geranium in. The house the ground had taken in the year of the great rearranging, when the walking had begun and everything that could be carried had been carried. The spoon had not been carried — the spoon had been left, in the flight’s ordinary chaos, in the drawer with the bread-knife. The string. A girl of eleven had cried for it in the first camp, not for the house, not for the valley — for the spoon, the way children cry for the small thing when the large thing is too large to cry at —. Corren had gone back.</w:t>
      </w:r>
    </w:p>
    <w:p>
      <w:pPr>
        <w:spacing w:line="360" w:lineRule="auto" w:after="0"/>
        <w:ind w:firstLine="283"/>
      </w:pPr>
      <w:r>
        <w:t>That was the thing he had never told her. That was the thing the bundle was, more than the objects: he had gone back, in the fourth week, when the roads were still roads and the going-back was still possible, through the valley’s breaking ground to the house’s standing shell. The drawer was there. The bread-knife. The string were there. The spoon was there — the small spoon, worn smooth at the grip by five years of a child’s small hand, the bowl of it worn to the shape of the child’s mouth —. He had taken the spoon. He had gone to the garden before the leaving of it. The garden was dead but the kale had gone to seed in its death, the way kale does, the tough stalks standing in the ruined bed with their seed-pods dry —. He had taken a handful of the pods. Twisted them into a paper. The paper. The spoon had gone into the coat. The coat had walked south with him for nine years.</w:t>
      </w:r>
    </w:p>
    <w:p>
      <w:pPr>
        <w:spacing w:line="360" w:lineRule="auto" w:after="0"/>
        <w:ind w:firstLine="283"/>
      </w:pPr>
      <w:r>
        <w:t>The pocket’s freight was the house. The valley, the bees’ first hives, the red geranium’s window, the mother — Nella’s mother, who had not come back from the going-back, whose name was in the walkers’ Ledger of Lost with two tellings and an open hand — the mother was in the pocket too. He was not walking away from the house. He was walking with it.</w:t>
      </w:r>
    </w:p>
    <w:p>
      <w:pPr>
        <w:spacing w:line="360" w:lineRule="auto" w:after="0"/>
        <w:ind w:firstLine="283"/>
      </w:pPr>
      <w:r>
        <w:t>And now there was a girl in Sedge with a child of her own, and the bundle was for the child. The spoon’s small worn bowl was a child’s mouth’s shape, and the seeds were a garden’s. The bundle had been waiting, all the walking, for the next small hand. The next small hand was in there, behind the wall, behind the white.</w:t>
      </w:r>
    </w:p>
    <w:p>
      <w:pPr>
        <w:spacing w:line="360" w:lineRule="auto" w:after="0"/>
        <w:ind w:firstLine="283"/>
      </w:pPr>
      <w:r>
        <w:t>He could not take it in. The settlement had taken the bargain, and the bargain’s terms stood on the walls. The new law’s name for him was already made — the touched. The grey ones were the touched of the roads; the wound’s ground stuck to the feet, and the carriers could not be inside the walls. Not wicked — sick, not wicked — and the sick were not punished; the sick were treated;. The grey ones’ treatment had a shape, the washing-houses. The ones who did not come in were the ones the walls were for.</w:t>
      </w:r>
    </w:p>
    <w:p>
      <w:pPr>
        <w:spacing w:line="360" w:lineRule="auto" w:after="0"/>
        <w:ind w:firstLine="283"/>
      </w:pPr>
      <w:r>
        <w:t>He went out from the trees.</w:t>
      </w:r>
    </w:p>
    <w:p>
      <w:pPr>
        <w:spacing w:line="360" w:lineRule="auto" w:after="0"/>
        <w:ind w:firstLine="283"/>
      </w:pPr>
      <w:r>
        <w:t>It was the ground’s last dark, and the sentries at the gate were the white’s drilled standing. The fields between were the settlement’s own worked rows. The rows’ earth was the old ground, honest, holding a boot’s print for a breath. Letting it go —. Corren walked the rows’ furrows one field’s width, upright, unhurried, his staff in his hand. His grey cloth the grey of the not-yet-morning. He did not come to the gate. He came to the stone.</w:t>
      </w:r>
    </w:p>
    <w:p>
      <w:pPr>
        <w:spacing w:line="360" w:lineRule="auto" w:after="0"/>
        <w:ind w:firstLine="283"/>
      </w:pPr>
      <w:r>
        <w:t>The stone by the gate was the settlement’s oldest ordinary thing — the gate’s side-stone, the leaving-stone, the flat top of it worn by generations of the settlement’s own hands setting down what they set down there. The stone that stood at every settled wall’s gate in the coast’s whole country and held, in its flat worn top, the coast’s oldest law: the outside. The inside meet at the stone. What is set on the stone crosses.</w:t>
      </w:r>
    </w:p>
    <w:p>
      <w:pPr>
        <w:spacing w:line="360" w:lineRule="auto" w:after="0"/>
        <w:ind w:firstLine="283"/>
      </w:pPr>
      <w:r>
        <w:t>He took the bundle from the keeping-pocket. The oilcloth was warm from his body — nine years of his body’s warmth in it, the freight’s warmth, the house’s warmth — and he set it on the stone, in the dark’s last grey, and he set it the way a thing is set that means to stay: squarely, in the stone’s worn center, with the cloth’s folds tucked under, with the weight settled. The setting-down that is the care. The walking-away that is the care’s completion.</w:t>
      </w:r>
    </w:p>
    <w:p>
      <w:pPr>
        <w:spacing w:line="360" w:lineRule="auto" w:after="0"/>
        <w:ind w:firstLine="283"/>
      </w:pPr>
      <w:r>
        <w:t>He did not look at the wall. He did not look for a face at the wall’s top — the looking would have been the asking, and the asking was the thing he had never once done, in nine years, at any wall: the grey ones did not ask the walls for windows. He set the bundle on the stone, and he took his hand off it. The taking-off was the whole of the giving. The nine years were done.</w:t>
      </w:r>
    </w:p>
    <w:p>
      <w:pPr>
        <w:spacing w:line="360" w:lineRule="auto" w:after="0"/>
        <w:ind w:firstLine="283"/>
      </w:pPr>
      <w:r>
        <w:t>The sentries had seen him. The arithmetic said walk now, unhurried, in the open, in the sight — the walkers’ own law at the white’s walls: you did not run; running was the touch’s own confession. You did not linger; lingering was the asking. You walked, upright, at the walking’s own pace, back the way you came, and what you left on the stone you left on the stone, and the stone crossed it or it did not.</w:t>
      </w:r>
    </w:p>
    <w:p>
      <w:pPr>
        <w:spacing w:line="360" w:lineRule="auto" w:after="0"/>
        <w:ind w:firstLine="283"/>
      </w:pPr>
      <w:r>
        <w:t>He walked. One field’s width, two, the furrows under his boots, the tree-line’s dark coming toward him at that same pace — and his body, all the while, was doing the thing the body did at the leaving of anything: calculating the ground. The field’s old skin under his feet, the wall’s limed base two hundred paces behind, the white rings’ chemistry in the soil at the gate, the new skin’s curve he had crossed at the coast-road yesterday, the spring’s distance, the company’s waiting, the route’s next water, Damar’s feet’s three days — the body held the map of the walking’s next week in its sternum and read it while the heart did the other thing, the thing the body did not calculate: the bundle on the stone behind him, in the dark, the warm going out of the oilcloth, the cloth cooling toward the morning’s own temperature, the house becoming the temperature of the world.</w:t>
      </w:r>
    </w:p>
    <w:p>
      <w:pPr>
        <w:spacing w:line="360" w:lineRule="auto" w:after="0"/>
        <w:ind w:firstLine="283"/>
      </w:pPr>
      <w:r>
        <w:t>At the tree-line he stopped. He did not look back. The grey ones left the leaving-things on the stones of the world, and they did not watch the world take them, because the watching was the keeping, and the thing had to stop being kept. It had to become the world’s. The spoon had to become the stone’s, and the stone’s the gate’s. The gate’s the finder’s —. Somewhere, past the gate, past the white, there was a girl who had been a girl who cried for a spoon. She was a woman with a woman’s child. The child was the address. The address was a wall’s inside now. The walkers could not go there. The walking had brought the house as far as the house could come. The stone crossed the rest.</w:t>
      </w:r>
    </w:p>
    <w:p>
      <w:pPr>
        <w:spacing w:line="360" w:lineRule="auto" w:after="0"/>
        <w:ind w:firstLine="283"/>
      </w:pPr>
      <w:r>
        <w:t>He wanted to cross the fire. He did not cross the fire.</w:t>
      </w:r>
    </w:p>
    <w:p>
      <w:pPr>
        <w:spacing w:line="360" w:lineRule="auto" w:after="0"/>
        <w:ind w:firstLine="283"/>
      </w:pPr>
      <w:r>
        <w:t>Rill was at the tree-line’s edge. Rill’s eyes went past Corren’s shoulder once — one look, at the fields, at the gate’s far stone, at the small square of oilcloth on the worn flat top — and the eyes came back, and Rill asked nothing. The nothing was the company’s own grace: you do not ask about the keeping-pockets, and you do not ask about the stones.</w:t>
      </w:r>
    </w:p>
    <w:p>
      <w:pPr>
        <w:spacing w:line="360" w:lineRule="auto" w:after="0"/>
        <w:ind w:firstLine="283"/>
      </w:pPr>
      <w:r>
        <w:t>“White at the gate,” Rill said, instead. The ground-reader’s report. “Two. Drilled. The wall’s base is limed the full circuit — I read it from the ridge. The lime is fresh, two days. And the fields—” Rill’s young face did the reading thing, the eyes going down — “the fields are the old skin, honest, but the skin at the wall’s fifty paces is turning. Two seasons, most like. The settlement’s ground has begun its talk under the white. They’ve limed the talking down. The lime will hold it a year. Maybe two.”</w:t>
      </w:r>
    </w:p>
    <w:p>
      <w:pPr>
        <w:spacing w:line="360" w:lineRule="auto" w:after="0"/>
        <w:ind w:firstLine="283"/>
      </w:pPr>
      <w:r>
        <w:t>“The lime will hold it a year,” Corren said. The walking’s own words, the plain ones. The finding taken, the finding carried, the finding. The ground under Sedge was talking. The white was on the walls. The lime was a year.</w:t>
      </w:r>
    </w:p>
    <w:p>
      <w:pPr>
        <w:spacing w:line="360" w:lineRule="auto" w:after="0"/>
        <w:ind w:firstLine="283"/>
      </w:pPr>
      <w:r>
        <w:t>“We go south,” Corren said. “Damar’s feet set the pace. The ground tells the rest.”</w:t>
      </w:r>
    </w:p>
    <w:p>
      <w:pPr>
        <w:spacing w:line="360" w:lineRule="auto" w:after="0"/>
        <w:ind w:firstLine="283"/>
      </w:pPr>
      <w:r>
        <w:t>The company made its morning from the tree-line, and the walking took them south along the fields’ edges, grey, dust, twenty, the pot. The bowls. The rules. The white wall of Sedge stood behind them in the coming sun. The stone by the gate held what it held. No one looked back.</w:t>
      </w:r>
    </w:p>
    <w:p>
      <w:pPr>
        <w:spacing w:line="360" w:lineRule="auto" w:after="0"/>
        <w:ind w:firstLine="283"/>
      </w:pPr>
      <w:r>
        <w:t>*</w:t>
      </w:r>
    </w:p>
    <w:p>
      <w:pPr>
        <w:spacing w:line="360" w:lineRule="auto" w:after="0"/>
        <w:ind w:firstLine="283"/>
      </w:pPr>
      <w:r>
        <w:t>Voss came to the washing-house at the third morning, and the coming was the white’s one courtesy the white did not name.</w:t>
      </w:r>
    </w:p>
    <w:p>
      <w:pPr>
        <w:spacing w:line="360" w:lineRule="auto" w:after="0"/>
        <w:ind w:firstLine="283"/>
      </w:pPr>
      <w:r>
        <w:t>Voss was the white’s mother. That was the coast’s frightened name for her, and the name was the frightened’s.</w:t>
      </w:r>
    </w:p>
    <w:p>
      <w:pPr>
        <w:spacing w:line="360" w:lineRule="auto" w:after="0"/>
        <w:ind w:firstLine="283"/>
      </w:pPr>
      <w:r>
        <w:t>Voss was tired. Voss stood at the door — the cloak white, the hands folded, the face that watched everything and forgave in advance, the eye that said I know before the eye said anything else.</w:t>
      </w:r>
    </w:p>
    <w:p>
      <w:pPr>
        <w:spacing w:line="360" w:lineRule="auto" w:after="0"/>
        <w:ind w:firstLine="283"/>
      </w:pPr>
      <w:r>
        <w:t>“We are sorry,” Voss said. The we was the white’s. The we held the captain and the medic. The soldiers. The lime. The fire. The touched row’s six empty houses. The fire had burned the houses with the houses’ contents in them. The we did not own the fire. The we did it; and the two do not resolve.</w:t>
      </w:r>
    </w:p>
    <w:p>
      <w:pPr>
        <w:spacing w:line="360" w:lineRule="auto" w:after="0"/>
        <w:ind w:firstLine="283"/>
      </w:pPr>
      <w:r>
        <w:t>The woman at the basin did not look up. The woman was the touched row’s — not the touched, the touched’s neighbor, the woman whose house had not been marked, the woman who had watched the six houses burn and had not burned, and the guilt was the watching’s.</w:t>
      </w:r>
    </w:p>
    <w:p>
      <w:pPr>
        <w:spacing w:line="360" w:lineRule="auto" w:after="0"/>
        <w:ind w:firstLine="283"/>
      </w:pPr>
      <w:r>
        <w:t>“We are sorry,” Voss said again.</w:t>
      </w:r>
    </w:p>
    <w:p>
      <w:pPr>
        <w:spacing w:line="360" w:lineRule="auto" w:after="0"/>
        <w:ind w:firstLine="283"/>
      </w:pPr>
      <w:r>
        <w:t>The woman looked up. The looking was the woman’s whole answer, and the looking said: I hear you. The hearing is mine. The hearing is not the forgiving. The not-forgiving is mine. I do not owe you the forgiving. I will not give it. You will stand at my door. Say we are sorry. I will hear you. The hearing is all you get. Voss received the looking the way she received everything, and the tired went on, and the door held the two the way the door held the sorry: without resolving, without setting it down.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6 — The Ground's Grammar</w:t>
      </w:r>
    </w:p>
    <w:p>
      <w:pPr>
        <w:spacing w:line="360" w:lineRule="auto" w:after="0"/>
        <w:ind w:firstLine="283"/>
      </w:pPr>
      <w:r>
        <w:t>☰</w:t>
      </w:r>
    </w:p>
    <w:p>
      <w:pPr>
        <w:spacing w:line="360" w:lineRule="auto" w:after="0"/>
        <w:ind w:firstLine="283"/>
      </w:pPr>
      <w:r>
        <w:t>The incident at Millcross happened at the noon of the aid’s third day, and it was small. It was nothing. It was undeniable. Rook watched the small nothing travel through the settlement’s four hundred people like a crack through glass.</w:t>
      </w:r>
    </w:p>
    <w:p>
      <w:pPr>
        <w:spacing w:line="360" w:lineRule="auto" w:after="0"/>
        <w:ind w:firstLine="283"/>
      </w:pPr>
      <w:r>
        <w:t>The walkers had been at the wall for two days. The reading was done — Corren’s company had walked the ground inside and out, the boot-read, the heel-test —. The reading’s findings had been delivered to the headman in the plain words: the wall’s north foot stood on a new skin; the skin was a season’s old. Still settling; the wall could be propped, not founded; the settlement’s future was the ground’s future. The ground was moving east at the pace of a man’s walking in a year. Two hundred people had heard the plain words, and the elders had argued them. The headman had ordered the propping. The fleet’s shore-rotation had cut the timbers. The walkers had dug where the ground said dig.</w:t>
      </w:r>
    </w:p>
    <w:p>
      <w:pPr>
        <w:spacing w:line="360" w:lineRule="auto" w:after="0"/>
        <w:ind w:firstLine="283"/>
      </w:pPr>
      <w:r>
        <w:t>The incident was at the wall’s north corner. The walkers’ diggers had come out of their circuit for the noon meal, and as the last digger — the young one, Rill — crossed the corner’s ground, the corner’s crack spoke.</w:t>
      </w:r>
    </w:p>
    <w:p>
      <w:pPr>
        <w:spacing w:line="360" w:lineRule="auto" w:after="0"/>
        <w:ind w:firstLine="283"/>
      </w:pPr>
      <w:r>
        <w:t>A small sound. The sound a wall makes when a joint gives a half-inch; the sound Rook had heard a hundred times in stairs and joists. Settling beams, the sound of the world’s small giving, ordinary in a city, ordinary in a fleet, ordinary everywhere —. Not ordinary here, because the crack had chosen its moment. The moment was a walker’s boots. Rill had stopped. The crack had gone quiet. Rill had stood at the corner’s ground for the length of ten breaths, and then — Rook watched the young walker do it. The doing was the walkers’ own discipline — Rill had backed away, slowly, the boots leaving the ground a print at a time. The crack had stayed quiet.</w:t>
      </w:r>
    </w:p>
    <w:p>
      <w:pPr>
        <w:spacing w:line="360" w:lineRule="auto" w:after="0"/>
        <w:ind w:firstLine="283"/>
      </w:pPr>
      <w:r>
        <w:t>Both readings were true. The crack had spoken at the boots, and the crack spoke on its own — it had been giving for two years, had given three times in the fortnight, had been measured that morning with a string, and a measured crack gives when the measuring is done. The ground did not know whose boots were on it. And the settlement’s four hundred bodies had heard the choice before any of their minds had begun to argue it away, and the sentence was the fear, said by the ground: the grey ones bring the ground’s eye.</w:t>
      </w:r>
    </w:p>
    <w:p>
      <w:pPr>
        <w:spacing w:line="360" w:lineRule="auto" w:after="0"/>
        <w:ind w:firstLine="283"/>
      </w:pPr>
      <w:r>
        <w:t>The settlement began to change.</w:t>
      </w:r>
    </w:p>
    <w:p>
      <w:pPr>
        <w:spacing w:line="360" w:lineRule="auto" w:after="0"/>
        <w:ind w:firstLine="283"/>
      </w:pPr>
      <w:r>
        <w:t>That was the rest of the day and the days after — not the ground, which went on its own talking at its own pace, but the settlement: small changes, undeniable ones. The path to the north corner, the path the whole settlement had walked to the fields for a generation, went unused after the incident — the field-workers took the long way, the south gate, a half-mile added to every working day, and the new path was trodden in the grass within a week, and the old path stayed, worn, empty, a scar of the ground’s one sentence. The well by the north wall — the settlement’s old well, sweet for a generation — began to be doubted: the water’s taste was argued at the evenings, bitter, not bitter, bitter-since-the-walkers, bitter-since-before; and the doubt was enough, whatever the taste. The doubt drew the drawing to the south well. The queue moved. The mornings moved with it. The settlement’s whole day rearranged itself around the corner’s crack the way water rearranges around a dropped stone.</w:t>
      </w:r>
    </w:p>
    <w:p>
      <w:pPr>
        <w:spacing w:line="360" w:lineRule="auto" w:after="0"/>
        <w:ind w:firstLine="283"/>
      </w:pPr>
      <w:r>
        <w:t>And the walkers’ camp outside the wall moved. Corren moved it, on the evening of the incident, without a meeting: the company struck its fires and carried them two fields east, and the moving was the walkers’ own reading of the incident, the discipline of the roads’ oldest law: you do not stand where the ground speaks to you. The settlement watched the grey camp move east from the wall, and the moving was read by the settlement’s four hundred bodies as confirmation — the grey ones know what they carry; they have moved away from us —. The distance was the aid’s whole legacy. The aid had been true. The wall was propped. The propping would hold a year.</w:t>
      </w:r>
    </w:p>
    <w:p>
      <w:pPr>
        <w:spacing w:line="360" w:lineRule="auto" w:after="0"/>
        <w:ind w:firstLine="283"/>
      </w:pPr>
      <w:r>
        <w:t>Rook went back down the coast with the shore-rotation’s boats at the week’s end, and his hands were empty in the bow. The empty hands held the incident the way they held everything now — held it, carried it, did not resolve it —. The finding went into the marks at the evening’s keeping, in the level hand:</w:t>
      </w:r>
    </w:p>
    <w:p>
      <w:pPr>
        <w:spacing w:line="360" w:lineRule="auto" w:after="0"/>
        <w:ind w:firstLine="283"/>
      </w:pPr>
      <w:r>
        <w:t>Incident at the wall’s corner: the crack spoke at a walker’s boots; the crack had been giving on its own for two years. Both readings held. The settlement’s fear confirmed by the ground’s sentence. The camp moved east. The path moved south. The well is doubted.</w:t>
      </w:r>
    </w:p>
    <w:p>
      <w:pPr>
        <w:ind w:firstLine="0"/>
        <w:jc w:val="center"/>
      </w:pPr>
      <w:r>
        <w:rPr>
          <w:color w:val="AAAAAA"/>
        </w:rPr>
        <w:t>❖</w:t>
      </w:r>
    </w:p>
    <w:p>
      <w:pPr>
        <w:spacing w:line="360" w:lineRule="auto" w:after="0"/>
        <w:ind w:firstLine="283"/>
      </w:pPr>
      <w:r>
        <w:t>The fleet’s remaining afloat hulls had kept the channel’s trade through the landing-year — four grey hulls running the landwater between the certain-days harbors and the river-mouths —. In the weeks after Millcross, Skerry began to find the sea. The land in each other’s pages.</w:t>
      </w:r>
    </w:p>
    <w:p>
      <w:pPr>
        <w:spacing w:line="360" w:lineRule="auto" w:after="0"/>
        <w:ind w:firstLine="283"/>
      </w:pPr>
      <w:r>
        <w:t>Skerry had the chart-keeping now, the rotation’s third turning, and Skerry’s marks were the fleet’s own youngest keeper’s marks — fine-stroked, careful, the double cross at every entry’s head. And the marks began to disagree with the marks. Skerry found it at the week’s end, in the comparison: the wind at the noon on the Tuesday’s mark was north-north-east at force four; the wind at the noon on the Wednesday’s mark was north-north-east at force four; and the two marks, written by the same hand on two consecutive days, did not agree about the wind’s direction — the Tuesday’s north-north-east was the Wednesday’s north-by-east, the angle a half-point off, the difference small and the small the finding. The wind had not changed; the marks had.</w:t>
      </w:r>
    </w:p>
    <w:p>
      <w:pPr>
        <w:spacing w:line="360" w:lineRule="auto" w:after="0"/>
        <w:ind w:firstLine="283"/>
      </w:pPr>
      <w:r>
        <w:t>And the harbor’s certain-days mark moved. The same mark copied from the Tuesday’s page onto the Wednesday’s held three wharves where the Tuesday’s had held four. The fourth wharf had been there on the Tuesday. Skerry had not erased the fourth. Skerry had copied the Tuesday’s mark. The mark had changed in the copying.</w:t>
      </w:r>
    </w:p>
    <w:p>
      <w:pPr>
        <w:spacing w:line="360" w:lineRule="auto" w:after="0"/>
        <w:ind w:firstLine="283"/>
      </w:pPr>
      <w:r>
        <w:t>Skerry went to Wake. Wake went to the chest. The chest held the marks. The marks had begun to move. The fleet’s paper — the good paper, the carried-out paper, the stable paper — held its marks. The coast’s paper — the joint seals’ paper, the remnant’s paper, the white’s good public-health paper — moved. The wound’s coast’s ground had begun to be the wound’s coast’s paper, and the paper moved the way the ground moved: at the paper’s own pace, slowly, the letters shifting, the words merging, the disagreement growing in its own small daily way.</w:t>
      </w:r>
    </w:p>
    <w:p>
      <w:pPr>
        <w:spacing w:line="360" w:lineRule="auto" w:after="0"/>
        <w:ind w:firstLine="283"/>
      </w:pPr>
      <w:r>
        <w:t>Skerry marked the finding in the level hand, with the open hand above the entry: marks moving; the coast’s paper only; the fleet’s paper holds.</w:t>
      </w:r>
    </w:p>
    <w:p>
      <w:pPr>
        <w:spacing w:line="360" w:lineRule="auto" w:after="0"/>
        <w:ind w:firstLine="283"/>
      </w:pPr>
      <w:r>
        <w:t>The two hulls went north at the spring’s turn, and the Landing stood on its shore. Watched them go. The watching was the fleet’s own wound. The wound had a name the fleet never said aloud at the sails’ leaving: abandonment. The fleet had been four hulls at the landing. The fleet had been six hulls at the city. The fleet had been nine hulls at the home harbor. The fleet was two hulls going north, and the two going north were the fleet’s last afloat. The two staying were the fleet’s last beached. The beached were the Landing — the galley’s sisters, the chart-ship’s hulk, the beached hulls that held the kitchen. The archive. The plank-table. The fires. The fleet was two going and two staying. The channel’s green water closed behind the two going, and the Landing stood on its shore.</w:t>
      </w:r>
    </w:p>
    <w:p>
      <w:pPr>
        <w:spacing w:line="360" w:lineRule="auto" w:after="0"/>
        <w:ind w:firstLine="283"/>
      </w:pPr>
      <w:r>
        <w:t>And the coast began erasing itself. Skerry kept the marks of the erasures in the level hand, and the marks’ list read like the manifest of a world’s cargo going over the side, one line at a time. The erasure was not the seam’s taking — the gone was a mark. The erasure was not the white’s clean-line — the clean-line was a mark. The erasure was the going of the mark itself. The chart’s marks began to go from the chart’s paper. The harbor at the notch was real on the coast — Wake’s boats had run the notch’s water at the week’s turn, and the harbor had been there at the turn — and the harbor was not on the chart. The river-mouth peoples’ fishing-villages’ mark went from the chart in the autumn. The dry hills’ terraces’ mark went in the winter. The marsh-camp’s mark went in the spring. The marks went one at a time, at the marks’ own pace, and the chart’s paper held fewer marks each week. The coast held the same places. The places were real. The marks were gone.</w:t>
      </w:r>
    </w:p>
    <w:p>
      <w:pPr>
        <w:spacing w:line="360" w:lineRule="auto" w:after="0"/>
        <w:ind w:firstLine="283"/>
      </w:pPr>
      <w:r>
        <w:t>Skerry kept the marks of the erasures, in the level hand, in the open hand: the harbor at the notch is real on the coast and gone from the chart; the chart’s paper has erased the mark; the chart is the wound’s; the ground erases the paper; the two are the same erasure.</w:t>
      </w:r>
    </w:p>
    <w:p>
      <w:pPr>
        <w:ind w:firstLine="0"/>
        <w:jc w:val="center"/>
      </w:pPr>
      <w:r>
        <w:rPr>
          <w:color w:val="AAAAAA"/>
        </w:rPr>
        <w:t>❖</w:t>
      </w:r>
    </w:p>
    <w:p>
      <w:pPr>
        <w:spacing w:before="360" w:after="240"/>
        <w:ind w:firstLine="0"/>
        <w:jc w:val="center"/>
      </w:pPr>
      <w:r>
        <w:rPr>
          <w:b/>
          <w:i/>
          <w:color w:val="333333"/>
          <w:sz w:val="26"/>
        </w:rPr>
        <w:t>Chapter 7 — The Flat Mile</w:t>
      </w:r>
    </w:p>
    <w:p>
      <w:pPr>
        <w:spacing w:line="360" w:lineRule="auto" w:after="0"/>
        <w:ind w:firstLine="283"/>
      </w:pPr>
      <w:r>
        <w:t>☰</w:t>
      </w:r>
    </w:p>
    <w:p>
      <w:pPr>
        <w:spacing w:line="360" w:lineRule="auto" w:after="0"/>
        <w:ind w:firstLine="283"/>
      </w:pPr>
      <w:r>
        <w:t>The flat mile lay between the coast-road and the seam, a league of the channel’s last good ground — level, sweet-watered, old-skinned, the one stretch of the wound’s coast where the world still stood like the world —. By the landing-year’s second spring, four flags stood on it. Rook stood between them. His hands were empty. The empty hands were the whole of the mile’s government.</w:t>
      </w:r>
    </w:p>
    <w:p>
      <w:pPr>
        <w:spacing w:line="360" w:lineRule="auto" w:after="0"/>
        <w:ind w:firstLine="283"/>
      </w:pPr>
      <w:r>
        <w:t>The four flags were the four jurisdictions: the remnant’s joint seals’ blue at the west end; the white shields’ clean-ground white at the east end; the walkers’ grey rag at the north marker; the river-mouth peoples’ fish-and-corn at the south marker. Four flags. Four jurisdictions. One mile of ground. The four claims did not agree.</w:t>
      </w:r>
    </w:p>
    <w:p>
      <w:pPr>
        <w:spacing w:line="360" w:lineRule="auto" w:after="0"/>
        <w:ind w:firstLine="283"/>
      </w:pPr>
      <w:r>
        <w:t>Rook had been at the mile since the spring’s first fair wind, the fleet’s commission to the standing-between. The standing-between was the fleet’s own office: the one man, at the mile, between the flags, with the rope on his shoulder and the plain words — the mile is the mile; the mile is not the joint seals’, the white’s, the walkers’, or the river-mouth peoples’; the mile is held by the standing. The standing is the man. The man is the fleet’s. The four flags stood. The man stood. The empty hands stood. The mile held.</w:t>
      </w:r>
    </w:p>
    <w:p>
      <w:pPr>
        <w:spacing w:line="360" w:lineRule="auto" w:after="0"/>
        <w:ind w:firstLine="283"/>
      </w:pPr>
      <w:r>
        <w:t>The remnant’s officer came on the Tuesday. The white’s captain came on the Wednesday. The walkers’ leading came on the Thursday. The river-mouth peoples’ elder came on the Friday. And on the Saturday, all four came, and the four stood at the four flags. Rook stood in the middle. The four argued the mile. The remnant’s officer wanted the road for the joint seals’ dispatch-runs. The white’s captain wanted the road closed at the north end, the clean-line drawn. The walkers’ leading wanted the road open for the company’s south route and the next water. The river-mouth peoples’ elder wanted the fishing at the mile’s south spring, the spring her grandmother’s grandmother had drawn from, the spring the elder would not have closed for any flag. The four argued whose road, whose fish, whose closing, whose opening. The arguing ran the coast’s whole gamut in one afternoon. The four did not agree. The four did not resolve. The four went home at the dusk, and the mile held. Rook walked the mile’s length at the dusk’s last grey. The rope had worn a gloss into the shoulder of his coat. He had slept at the marker the last four nights — the bowshot’s lean, the coat pulled up, the coast’s cold spring wind — and the sleep had been short, leaning, unfinished. He thought of the walker south, the leading whose company walked the route the mile held open. The two of them were the coast’s two standing-betweens, the mile and the walking.</w:t>
      </w:r>
    </w:p>
    <w:p>
      <w:pPr>
        <w:spacing w:line="360" w:lineRule="auto" w:after="0"/>
        <w:ind w:firstLine="283"/>
      </w:pPr>
      <w:r>
        <w:t>The coast-road south of the flat mile closed in a single night, and the closing trapped sixty-one people between the seam’s new reach. The white’s clean-line. Rook stood in the trap with them. The trap’s walls were the world itself. The world’s own arithmetic. The rescue of the sixty-one took three days. Cost the flat mile its year.</w:t>
      </w:r>
    </w:p>
    <w:p>
      <w:pPr>
        <w:spacing w:line="360" w:lineRule="auto" w:after="0"/>
        <w:ind w:firstLine="283"/>
      </w:pPr>
      <w:r>
        <w:t>The seam had moved in the night. The ground’s rearranging had crossed the coast-road at the mile’s south end, the new skin taking the road’s skin with it, and the road south was not a road south anymore — the road south was a sour ground’s edge. The sour ground’s edge was the seam’s. The seam’s edge was the wound’s. And the road north was the white’s clean-line, the lime’s white line drawn at the mile’s north end. And between the seam’s south reach and the white’s clean-line north, the flat mile held — and on the flat mile, the sixty-one.</w:t>
      </w:r>
    </w:p>
    <w:p>
      <w:pPr>
        <w:spacing w:line="360" w:lineRule="auto" w:after="0"/>
        <w:ind w:firstLine="283"/>
      </w:pPr>
      <w:r>
        <w:t>The first day was the white. The white’s captain came to the mile’s north end at the dawn, and the captain’s plain words were the white’s whole mercy: come in; the clean ground is open; the washing is the door; the joint seals; the order. And the sixty-one’s answer was the sixty-one’s: we are not the touched; we are the trapped; the washing is not the trap’s answer; the trap’s answer is the road south, and the road south is gone. The white’s captain heard the answer and did not press. The captain’s mother’s eye held the sixty-one’s freight and did not argue. The captain went back to the clean-line.</w:t>
      </w:r>
    </w:p>
    <w:p>
      <w:pPr>
        <w:spacing w:line="360" w:lineRule="auto" w:after="0"/>
        <w:ind w:firstLine="283"/>
      </w:pPr>
      <w:r>
        <w:t>The second day was the seam. The seam’s edge moved again in the night, the new skin’s curve pressing north. The sixty-one’s freight grew by the morning’s reading: the seam had taken the road south another bowshot, and the mile was shrinking. Rook read the seam at the noon, the boot-read at the rim, and the reading was the seam’s own courtesy: the seam would take the mile in three days, or four, or five. The sixty-one had three days. The sixty-one had to be moved.</w:t>
      </w:r>
    </w:p>
    <w:p>
      <w:pPr>
        <w:spacing w:line="360" w:lineRule="auto" w:after="0"/>
        <w:ind w:firstLine="283"/>
      </w:pPr>
      <w:r>
        <w:t>The third day was the corridor. Nima’s web came in the night, the runner from the marsh-camp’s lane, and the runner’s plain words were the corridor’s whole craft: the lanes are open; the web’s carrying is open; the sixty-one go through the lane, family by family, in the night. The lane takes them south past the seam’s rim. The web holds them. Rook stood at the lane’s mouth at the dusk and counted the sixty-one through — the count taken, the count borne, the rope’s plain weight transferring through the shoulder’s give while the number went down into the lane —. The sixty-one went through, family by family, in the dark. The lane took them. The web held them.</w:t>
      </w:r>
    </w:p>
    <w:p>
      <w:pPr>
        <w:spacing w:line="360" w:lineRule="auto" w:after="0"/>
        <w:ind w:firstLine="283"/>
      </w:pPr>
      <w:r>
        <w:t>The flat mile was empty at the dawn of the fourth day. The seam’s rim was at the mile’s center. The white’s clean-line held the north. The mile was the seam’s now, and the wound had taken it. Rook stood at the mile’s edge at the dawn, and the standing was the standing-between’s whole last form: the empty hands, the level voice, the rope on the shoulder, the plain words — the mile is gone; the sixty-one are through; the web holds them; the white holds the north; the seam holds the south; the mile is the seam’s.</w:t>
      </w:r>
    </w:p>
    <w:p>
      <w:pPr>
        <w:ind w:firstLine="0"/>
        <w:jc w:val="center"/>
      </w:pPr>
      <w:r>
        <w:rPr>
          <w:color w:val="AAAAAA"/>
        </w:rPr>
        <w:t>❖</w:t>
      </w:r>
    </w:p>
    <w:p>
      <w:pPr>
        <w:spacing w:line="360" w:lineRule="auto" w:after="0"/>
        <w:ind w:firstLine="283"/>
      </w:pPr>
      <w:r>
        <w:t>The intake at the white’s south gate was held on the morning after the road’s closing, and nine families went in. Rook stood at the gate’s margin. Watched them go. The watching was the hardest watching the year had.</w:t>
      </w:r>
    </w:p>
    <w:p>
      <w:pPr>
        <w:spacing w:line="360" w:lineRule="auto" w:after="0"/>
        <w:ind w:firstLine="283"/>
      </w:pPr>
      <w:r>
        <w:t>The nine families were the road-closing’s own freight: settlement-folk off the trapped margins, the families who had walked the mile’s three days with the sixty-one and come out at the coast-road’s north. The road south was gone; the road north was the middle lands’ broken country; the road into the white’s clean zone stood open at the south gate, and the gate’s law was the gate’s law — the processing, the washing, the register — and nine families, at the mile’s north end, in the dusk of the third day, had chosen the gate.</w:t>
      </w:r>
    </w:p>
    <w:p>
      <w:pPr>
        <w:spacing w:line="360" w:lineRule="auto" w:after="0"/>
        <w:ind w:firstLine="283"/>
      </w:pPr>
      <w:r>
        <w:t>They chose it in front of him. That was the morning’s first weight, and Rook carried it without setting it down: the choosing was made at the mile’s north, at the fleet’s relief-camp’s fire, in the ordinary evening’s talk — and the talk was not the white’s persuasion. The nine families’ heads had sat at the fleet’s fire and done the arithmetic out loud, the parents’ arithmetic, the oldest arithmetic, the one with children in both columns: the miller’s family — the miller’s boy, the wasting’s second child, saved by the white’s capsules, thin, recovered, alive — the miller’s whole freight was in the saved column, and the miller said it plainly: “The boy sleeps there. He has not slept through a night anywhere else in two years. We are going where the boy sleeps.” And the cooper’s widow. Marn, walked out of the washing-house’s second week and back to the white’s gate — walked back, chose it, with her sons: “The washing was three days in a tent and a name in a book. The book does not scare me. The ground scares me. You cannot frighten a widow of the middle lands with a register.” And the drover Sersha’s own daughter’s family — herds-folk, ground-readers all their lives, the ground’s talking in their blood for generations — and the daughter’s children had stopped eating at the road’s closing, stopped eating, the way children stop when the world’s floor goes wrong under them: “My grandmother read the ground. My mother reads the ground. I read the ground. The reading has fed us for five generations. The reading is done. The ground has stopped being readable. The white says it will make the ground stop. I am taking my children to the place that says stop.”</w:t>
      </w:r>
    </w:p>
    <w:p>
      <w:pPr>
        <w:spacing w:line="360" w:lineRule="auto" w:after="0"/>
        <w:ind w:firstLine="283"/>
      </w:pPr>
      <w:r>
        <w:t>The children were the morning. Twenty-two children, the nine families’ whole freight of small, and the children went through the gate’s processing the way children go through everything the adults have made ordinary: the small ones carried, the middle ones holding hands, the old ones — seven, eight, nine — walking themselves in with their bundles, with the faces’ whole plain courage, the courage that is just walking — and at the gate’s threshold, at the lime’s white line drawn on the ground, the children stepped over. One after another. The little boots and the bare feet and the one pair of good shoes saved for the going-in.</w:t>
      </w:r>
    </w:p>
    <w:p>
      <w:pPr>
        <w:spacing w:line="360" w:lineRule="auto" w:after="0"/>
        <w:ind w:firstLine="283"/>
      </w:pPr>
      <w:r>
        <w:t>What was being given up was the tree-line. The children of the road looked up. At the tree-lines, at the grey walkers, at the margins’ whole uncounted world — and the looking-up was the child’s whole country: the world above the walls, the world the parents’ fear had not yet taken. And the white’s children did not look up. Rook had watched the clean zone’s children through the year’s gate-margins — the gate-trade’s days, the processing’s mornings — and the clean zone’s children looked down. At the paths, at the lime-lines, at the ground the white had made safe. And the nine families’ twenty-two children, stepping over the lime’s white line at the south gate’s threshold, were stepping from the looking-up into the looking-down.</w:t>
      </w:r>
    </w:p>
    <w:p>
      <w:pPr>
        <w:spacing w:line="360" w:lineRule="auto" w:after="0"/>
        <w:ind w:firstLine="283"/>
      </w:pPr>
      <w:r>
        <w:t>The miller, going in, stopped. At the line, at the last step, the miller stopped and turned back — to Rook, at the margin, the fleet’s man, the road’s man — and the miller’s face did the plain thing: “You held the road for us. The mile. The three days. The boy slept on the second night — at the mile’s camp, at your fire — the first night’s sleep in two years, and it was your fire’s warmth he slept in. I am taking him where the sleep is. It is not a leaving of the fire. Tell the fire that. The fire held him first. The white holds him now. The two holdings are both his. Walk past the gate some evening. He’ll look down when you pass. It isn’t the not-knowing you. It’s the training. Remember that. He’ll know the fire when the fire comes again. The children remember the fire.”</w:t>
      </w:r>
    </w:p>
    <w:p>
      <w:pPr>
        <w:spacing w:line="360" w:lineRule="auto" w:after="0"/>
        <w:ind w:firstLine="283"/>
      </w:pPr>
      <w:r>
        <w:t>And the miller stepped over, and the gate took the nine families. The register’s neat hand took the twenty-two names. The lime’s white line lay on the ground behind them, drawn, holding. Rook turned from the margin at the noon and walked the mile’s north with his hands empty and the tree-line’s grey at his shoulder. The fire held at the Landing. The children remembered the fire. The gate stood, and the road stood, and the two holdings were both the children’s.</w:t>
      </w:r>
    </w:p>
    <w:p>
      <w:pPr>
        <w:spacing w:line="360" w:lineRule="auto" w:after="0"/>
        <w:ind w:firstLine="283"/>
      </w:pPr>
      <w:r>
        <w:t>The other direction came later, in the second summer. Isa defected from the white on a night of thin rain, with her children and the white’s blanket-folding in her hands. The defecting was not a clean leaving. The unclean truth was what she carried out.</w:t>
      </w:r>
    </w:p>
    <w:p>
      <w:pPr>
        <w:spacing w:line="360" w:lineRule="auto" w:after="0"/>
        <w:ind w:firstLine="283"/>
      </w:pPr>
      <w:r>
        <w:t>She had been inside the wall for a year. The white’s clean ground had been her clean ground, and her children had looked down at the paths. The lime-lines. The downcast eyes had been the training. The training had been the safety. The safety had been real. The children had slept. The cage had been her life. And then the touched row’s purification had come, and the row’s six houses had been burned with the houses’ contents. The burning had been the white’s clean fire. The atrocity had been the safety. The cage had been real. And Isa had stood in the square with her children’s hands in her hands, and the atrocity. The safety had been in her body. Her body had held both.</w:t>
      </w:r>
    </w:p>
    <w:p>
      <w:pPr>
        <w:spacing w:line="360" w:lineRule="auto" w:after="0"/>
        <w:ind w:firstLine="283"/>
      </w:pPr>
      <w:r>
        <w:t>And then the blanket-folding. The white’s blanket-folding was the white’s own craft, the clean ground’s own mercy: the white’s women folded the white’s blankets for the white’s washing-houses, and the folding was the work. Isa had been a blanket-folder for the year. And on the night of thin rain. Isa had taken the white’s blanket-folding in her hands — the folding, the craft, the office, the cage — and she had taken her children’s hands. She had walked out of the gate at the night’s third hour. The walking-out had been the defecting. The defecting was not a clean leaving. The defecting was a taking. The blanket-folding was in Isa’s hands, and the hands were the defecting’s, and the truth was unclean.</w:t>
      </w:r>
    </w:p>
    <w:p>
      <w:pPr>
        <w:spacing w:line="360" w:lineRule="auto" w:after="0"/>
        <w:ind w:firstLine="283"/>
      </w:pPr>
      <w:r>
        <w:t>She came to the walkers’ fire with the blanket-folding and the children. The walkers’ young took her in. The corridor’s runner came for her at the fire’s outside, and Isa went with the runner into the tree-line’s dark. The blanket-folding went with her. The children went with her. The defecting was unclean. The truth was carried.</w:t>
      </w:r>
    </w:p>
    <w:p>
      <w:pPr>
        <w:ind w:firstLine="0"/>
        <w:jc w:val="center"/>
      </w:pPr>
      <w:r>
        <w:rPr>
          <w:color w:val="AAAAAA"/>
        </w:rPr>
        <w:t>❖</w:t>
      </w:r>
    </w:p>
    <w:p>
      <w:pPr>
        <w:spacing w:before="360" w:after="240"/>
        <w:ind w:firstLine="0"/>
        <w:jc w:val="center"/>
      </w:pPr>
      <w:r>
        <w:rPr>
          <w:b/>
          <w:i/>
          <w:color w:val="333333"/>
          <w:sz w:val="26"/>
        </w:rPr>
        <w:t>Chapter 8 — Water That Remembers</w:t>
      </w:r>
    </w:p>
    <w:p>
      <w:pPr>
        <w:spacing w:line="360" w:lineRule="auto" w:after="0"/>
        <w:ind w:firstLine="283"/>
      </w:pPr>
      <w:r>
        <w:t>☰</w:t>
      </w:r>
    </w:p>
    <w:p>
      <w:pPr>
        <w:spacing w:line="360" w:lineRule="auto" w:after="0"/>
        <w:ind w:firstLine="283"/>
      </w:pPr>
      <w:r>
        <w:t>The river changed in the landing-year’s second spring, and Nessa’s kitchen met the change the way the kitchen met everything: at the water’s source, with the hands. The finding was not a taste and not a sight and not a word. It was a pressure.</w:t>
      </w:r>
    </w:p>
    <w:p>
      <w:pPr>
        <w:spacing w:line="360" w:lineRule="auto" w:after="0"/>
        <w:ind w:firstLine="283"/>
      </w:pPr>
      <w:r>
        <w:t>The river had been the coast’s sweet water for two generations — the river-mouth peoples’ fishing and the Landing’s drawing. The walkers’ filling. The margin’s filtering, the whole coast’s fresh water coming out of the dry hills’ middle reach. The river was sweet still, at the taste. Nessa tasted it at the kitchen’s drawing, the morning’s first bucket, and the taste was the taste. The finding was not the taste.</w:t>
      </w:r>
    </w:p>
    <w:p>
      <w:pPr>
        <w:spacing w:line="360" w:lineRule="auto" w:after="0"/>
        <w:ind w:firstLine="283"/>
      </w:pPr>
      <w:r>
        <w:t>The finding was the pressure. The bucket’s water, drawn up from the river’s edge, sat in the kitchen’s cistern, and the cistern’s water sat at the level the cistern’s water had always sat at, and the level was the level. A finger’s width. A finger’s width higher than the cistern’s water had sat the day before, and the day before’s level had been a finger’s width higher than the day before that. The week’s rising was the finding. The rising was not the rain — there had been no rain —. The rising was not the source — the source had not been heard from. The rising was the river’s. The river was rising.</w:t>
      </w:r>
    </w:p>
    <w:p>
      <w:pPr>
        <w:spacing w:line="360" w:lineRule="auto" w:after="0"/>
        <w:ind w:firstLine="283"/>
      </w:pPr>
      <w:r>
        <w:t>Nessa measured. The dented copper measure — the level pot’s own tool, the dent to the thumb, the kitchen’s oldest kept thing — went into the cistern, and the measure’s reading was the finding: three fingers’ width above the old mark, the mark Nessa had scratched into the cistern’s stone at the landing-year’s first drawing. Three fingers. The river had risen three fingers in a week. The river was remembering something. The river was remembering the ground, or the ground was remembering the river, and the two were the same remembering.</w:t>
      </w:r>
    </w:p>
    <w:p>
      <w:pPr>
        <w:spacing w:line="360" w:lineRule="auto" w:after="0"/>
        <w:ind w:firstLine="283"/>
      </w:pPr>
      <w:r>
        <w:t>The kitchen’s finding went to the fleet’s marks at the noon, in Nessa’s level hand: the river is rising; three fingers in a week; the source is not the rain; the source is the ground’s.</w:t>
      </w:r>
    </w:p>
    <w:p>
      <w:pPr>
        <w:spacing w:line="360" w:lineRule="auto" w:after="0"/>
        <w:ind w:firstLine="283"/>
      </w:pPr>
      <w:r>
        <w:t>That same season Rill found the other thing, because Rill was the company’s quickest reader, and the finding was the company’s hardest: the ground had learned them.</w:t>
      </w:r>
    </w:p>
    <w:p>
      <w:pPr>
        <w:spacing w:line="360" w:lineRule="auto" w:after="0"/>
        <w:ind w:firstLine="283"/>
      </w:pPr>
      <w:r>
        <w:t>Rill had been walking the morning’s reading — the route’s next water, the boot-read, the heel-test, the ground’s honest give — and the reading had stopped. Rill had stopped at the route’s third marker, the cairn the company had raised at the spring’s first pass, and the cairn was the cairn, and the cairn’s stones were — wrong. The cairn’s top stone, the marker-stone, the stone Rill had set with the company’s own mark — the stone was three inches east of where Rill had set it. Three inches. The stone had moved three inches east in the night, and the moving was not the ground’s rearranging — the ground at the cairn was old-stable —. The moving was not the wind — the night had been still —. The moving was the stone’s.</w:t>
      </w:r>
    </w:p>
    <w:p>
      <w:pPr>
        <w:spacing w:line="360" w:lineRule="auto" w:after="0"/>
        <w:ind w:firstLine="283"/>
      </w:pPr>
      <w:r>
        <w:t>And the boot-prints. Rill’s boot-prints, from the morning’s first pass, the prints Rill had left at the cairn’s base at the dawn — the prints were deeper. The prints were deeper by a finger’s width. The prints had been pressed. The ground had pressed the prints. The ground had taken Rill’s prints and pressed them, the way a person presses a hand into clay to make a mark stay.</w:t>
      </w:r>
    </w:p>
    <w:p>
      <w:pPr>
        <w:spacing w:line="360" w:lineRule="auto" w:after="0"/>
        <w:ind w:firstLine="283"/>
      </w:pPr>
      <w:r>
        <w:t>The ground had learned the walkers. The ground had felt the walkers’ feet for nine years — the same company, the same boots, the same routes, the same camps, the same heel-press at the same corners — and the learning was the ground’s. The ground was rearranging itself around their weight, the way the ground rearranges itself around any weight. The rearranging was the ground’s own courtesy. Or the ground’s own claim. The two were the same.</w:t>
      </w:r>
    </w:p>
    <w:p>
      <w:pPr>
        <w:spacing w:line="360" w:lineRule="auto" w:after="0"/>
        <w:ind w:firstLine="283"/>
      </w:pPr>
      <w:r>
        <w:t>Rill marked the finding in the company’s slate, in the level hand, with the open hand above the entry, and the slate went to Corren at the leading. The leading read the slate. The reading was the leading’s whole nine years in one morning’s slate: the ground had learned them. The ground went on.</w:t>
      </w:r>
    </w:p>
    <w:p>
      <w:pPr>
        <w:ind w:firstLine="0"/>
        <w:jc w:val="center"/>
      </w:pPr>
      <w:r>
        <w:rPr>
          <w:color w:val="AAAAAA"/>
        </w:rPr>
        <w:t>❖</w:t>
      </w:r>
    </w:p>
    <w:p>
      <w:pPr>
        <w:spacing w:before="360" w:after="240"/>
        <w:ind w:firstLine="0"/>
        <w:jc w:val="center"/>
      </w:pPr>
      <w:r>
        <w:rPr>
          <w:b/>
          <w:i/>
          <w:color w:val="333333"/>
          <w:sz w:val="26"/>
        </w:rPr>
        <w:t>Chapter 9 — Ellor</w:t>
      </w:r>
    </w:p>
    <w:p>
      <w:pPr>
        <w:spacing w:line="360" w:lineRule="auto" w:after="0"/>
        <w:ind w:firstLine="283"/>
      </w:pPr>
      <w:r>
        <w:t>☰</w:t>
      </w:r>
    </w:p>
    <w:p>
      <w:pPr>
        <w:spacing w:line="360" w:lineRule="auto" w:after="0"/>
        <w:ind w:firstLine="283"/>
      </w:pPr>
      <w:r>
        <w:t>The ruins were called Ellor. They lay two days south of the Landing on the coast-road’s inland side — a dead city of the middle lands’ oldest layer, dead before the empire, dead before the healers’ chain, dead past all telling: a city of low stone terraces going back into the hills, dead so long that the ground’s early violence had done its whole rearranging through and past it. Moved on. The rearranged ground had left the ruins standing as the rearranging leaves the old bones standing, untouched, oldest, strange.</w:t>
      </w:r>
    </w:p>
    <w:p>
      <w:pPr>
        <w:spacing w:line="360" w:lineRule="auto" w:after="0"/>
        <w:ind w:firstLine="283"/>
      </w:pPr>
      <w:r>
        <w:t>The expedition came to Ellor because the coast had no choice. The margin’s overflow — Sedge’s four hundred, the web’s freight, the margin’s sixty grown to the margin’s hundreds — needed ground, and the walkers’ marks pointed south. The route south ran through Ellor’s dry hills. The dry hills held the ruins. The ruins had never been walked past the first terraces. The coast’s braided craft had one question for the city before the road went through it: is the ground stable? The readers went in.</w:t>
      </w:r>
    </w:p>
    <w:p>
      <w:pPr>
        <w:spacing w:line="360" w:lineRule="auto" w:after="0"/>
        <w:ind w:firstLine="283"/>
      </w:pPr>
      <w:r>
        <w:t>The white’s camp was at the ruins’ edge one autumn morning — the Crusade’s south-mile camp, the ovens, the sixty. A child of a drover family had scattered at a ground-talking on the coast-road, and the family’s searching had brought them to the ruins’ edge, and the child’s voice was in the terraces, small, crying, alive. The white’s apparatus had met the ruins’ edge and stopped. The limemen had read the ruins’ edge the way they read all the ground, and the reading had turned the white’s whole coast-craft around — the lime would not set at Ellor’s edge. The white rings laid at the ruins’ boundary had gone wrong in the night: the rings’ crisp chemistry slurred, the white going grey, the grey going the grey of the ground’s own talking. The camp’s captain had drawn the sixty back a bowshot and made the camp’s plain finding in the register’s neat hand: ground uncleanable; the treatment does not apply; the place is outside the white’s warrant. And the child cried in the terraces, and the white stood at its bowshot.</w:t>
      </w:r>
    </w:p>
    <w:p>
      <w:pPr>
        <w:spacing w:line="360" w:lineRule="auto" w:after="0"/>
        <w:ind w:firstLine="283"/>
      </w:pPr>
      <w:r>
        <w:t>The company came in the morning. Corren read the ruins’ edge — the heel-test, the boot-read, the whole craft — and the reading was the strangest reading of the nine years: the ground at Ellor was stable. Old-stable. The oldest skin the boots had ever stood on, ground that had held its holding through the empire’s fall and the ground’s own early violence. Every rearranging since —. The stability was the reading’s own wrongness: the ground’s talking was silent at Ellor, the ground’s rearranging was still at Ellor. The stillness was not peace. It was attention.</w:t>
      </w:r>
    </w:p>
    <w:p>
      <w:pPr>
        <w:spacing w:line="360" w:lineRule="auto" w:after="0"/>
        <w:ind w:firstLine="283"/>
      </w:pPr>
      <w:r>
        <w:t>The thickest having-been, the elder’s grandmother’s ground — the peopled-place beyond all peopled-places — and the peopled-ness of it stood in the ruins’ air like water stands in a well: silent, still, full.</w:t>
      </w:r>
    </w:p>
    <w:p>
      <w:pPr>
        <w:spacing w:line="360" w:lineRule="auto" w:after="0"/>
        <w:ind w:firstLine="283"/>
      </w:pPr>
      <w:r>
        <w:t>Rill went in after the child. The terraces held the crying, and the crying led. Rill walked the lowest terrace’s stones in the morning’s grey. The stones were wrong, the way the cairn’s stones had been wrong: the stones were looking at Rill. The stones had been walked on for a thousand years, and the stones had been walked on by Rill for ten minutes. The stones had felt Rill’s feet. The stones were pressing Rill’s prints, the way the cairn had pressed Rill’s prints.</w:t>
      </w:r>
    </w:p>
    <w:p>
      <w:pPr>
        <w:spacing w:line="360" w:lineRule="auto" w:after="0"/>
        <w:ind w:firstLine="283"/>
      </w:pPr>
      <w:r>
        <w:t>The ruins had Rill now, the way the ruins had the ruins’ own dead.</w:t>
      </w:r>
    </w:p>
    <w:p>
      <w:pPr>
        <w:spacing w:line="360" w:lineRule="auto" w:after="0"/>
        <w:ind w:firstLine="283"/>
      </w:pPr>
      <w:r>
        <w:t>The child was at the third terrace’s inner corner. A girl, seven, the drover’s family’s youngest, huddled at the corner’s stone, her dress muddy, her face wet. Rill took the child up, and the taking was the morning’s whole weight. The child clung. The ruins let them go. Rill walked the child out the way Rill had walked in, and the stones watched. The watching was the ruins’ own last courtesy. The ruins had given Rill a morning.</w:t>
      </w:r>
    </w:p>
    <w:p>
      <w:pPr>
        <w:spacing w:line="360" w:lineRule="auto" w:after="0"/>
        <w:ind w:firstLine="283"/>
      </w:pPr>
      <w:r>
        <w:t>The child was returned. The family went south with the herd. The white’s camp stood its bowshot from Ellor. The walkers’ Ledger held the entry, in Damar’s level hand, with the open hand above it: Rill went into Ellor and was given a morning. The morning is not Rill’s and will not leave. Memory is the place’s gift and the place’s claim.</w:t>
      </w:r>
    </w:p>
    <w:p>
      <w:pPr>
        <w:spacing w:line="360" w:lineRule="auto" w:after="0"/>
        <w:ind w:firstLine="283"/>
      </w:pPr>
      <w:r>
        <w:t>They went back in the spring — Mira and Rill. The fleet’s two keepers, the walkers’ young reader. The archivist, the two crafts’ one braided instrument —. The ruins gave them the city’s layers. The layers did not agree. The city’s own end was three endings. The endings stood in the stones.</w:t>
      </w:r>
    </w:p>
    <w:p>
      <w:pPr>
        <w:spacing w:line="360" w:lineRule="auto" w:after="0"/>
        <w:ind w:firstLine="283"/>
      </w:pPr>
      <w:r>
        <w:t>The city was layered. Ellor’s terraces were not one city. The walls’ courses held the whole city’s archaeology in their faces — stone upon stone, style upon style, the lowest courses dressed in a way no coast living had dressed stone, the middle courses dressed in the empire’s way, the upper courses the raw rubble of a people who had built in haste out of the older city’s fall. Ellor had been built, and fallen. Built on. Fallen. Built on, at least four times. The endings did not agree: the plague-telling — the sickness came out of the water in the dry year. The city could not drink. Could not flee. Could not bury; the war-telling — the eastern companies took the city in the emperor’s last year. The population was walked east in the emperor’s counting. The count did not end;. The third end, under both, in the lowest layer’s hand, in the undressed-stone layer’s own marks. The marks were not words: a wall of people. The wall of people opening. The people going into the opening. The opening closing. The city standing. No one in it. The pictures’ last stone showed one figure — one figure standing in the city’s empty street, facing the opening, in the attitude of a person watching.</w:t>
      </w:r>
    </w:p>
    <w:p>
      <w:pPr>
        <w:spacing w:line="360" w:lineRule="auto" w:after="0"/>
        <w:ind w:firstLine="283"/>
      </w:pPr>
      <w:r>
        <w:t>The anchor-trace was the finding’s last freight. The bearer’s name: not entered. One page, in one box, of one layer, of the four-layered city’s three-ended record; the other layers held no trace.</w:t>
      </w:r>
    </w:p>
    <w:p>
      <w:pPr>
        <w:spacing w:line="360" w:lineRule="auto" w:after="0"/>
        <w:ind w:firstLine="283"/>
      </w:pPr>
      <w:r>
        <w:t>And then they went deeper. Rill’s reading of the lowest courses — the boot-read at the lowest terrace, the young walker’s own craft — and the reading found what the boots had found at the cairn: the lowest course’s stones had been walked on. The stones had been walked on by walkers. The stones had pressed the walkers’ prints. The prints were old. Old walkers’ prints. Not the empire’s walkers — older. The lowest layer’s own walkers, the first city’s own walkers, the walkers who had walked the first city’s terraces before the first city’s ending. The prints were in the stones, pressed into the stones’ faces by the stones’ own courtesy, and the prints were the chain of witness. The chain was old. The lowest layer was the city’s first. The city’s first was the walkers’.</w:t>
      </w:r>
    </w:p>
    <w:p>
      <w:pPr>
        <w:spacing w:line="360" w:lineRule="auto" w:after="0"/>
        <w:ind w:firstLine="283"/>
      </w:pPr>
      <w:r>
        <w:t>Rill sat at the lowest course’s stones in the dry light of the third terrace and put a hand on the pressed print. The print was the size of a walker’s boot. The walker had been a walker of the first city, and the walking had been walked before the walking had a name.</w:t>
      </w:r>
    </w:p>
    <w:p>
      <w:pPr>
        <w:spacing w:line="360" w:lineRule="auto" w:after="0"/>
        <w:ind w:firstLine="283"/>
      </w:pPr>
      <w:r>
        <w:t>Mira entered the finding in the level hand, at the hall’s stone table: Ellor: four layers, three endings — plague, count, opening. The endings do not agree. One anchor-trace, second layer, one page, unconfirmed. One chain of witness, lowest layer, in the stones, unconfirmed. The trace and the chain are the same shape in the stone. The city’s ground is stable; the road goes through. The walking was walked before the walking had a name.</w:t>
      </w:r>
    </w:p>
    <w:p>
      <w:pPr>
        <w:spacing w:line="360" w:lineRule="auto" w:after="0"/>
        <w:ind w:firstLine="283"/>
      </w:pPr>
      <w:r>
        <w:t>And the road went through. The margin’s overflow walked the dry hills’ route in the month after, and the layered city held them — the four layers’ ending-ground stable, the walkers’ marks true — and the road went through the ruins of a city that had ended three times, on ground that held, past the watcher in the lowest stone, past the walker’s boot pressed into the first city’s terraces.</w:t>
      </w:r>
    </w:p>
    <w:p>
      <w:pPr>
        <w:ind w:firstLine="0"/>
        <w:jc w:val="center"/>
      </w:pPr>
      <w:r>
        <w:rPr>
          <w:color w:val="AAAAAA"/>
        </w:rPr>
        <w:t>❖</w:t>
      </w:r>
    </w:p>
    <w:p>
      <w:pPr>
        <w:spacing w:before="360" w:after="240"/>
        <w:ind w:firstLine="0"/>
        <w:jc w:val="center"/>
      </w:pPr>
      <w:r>
        <w:rPr>
          <w:b/>
          <w:i/>
          <w:color w:val="333333"/>
          <w:sz w:val="26"/>
        </w:rPr>
        <w:t>Chapter 10 — The Zones Refused</w:t>
      </w:r>
    </w:p>
    <w:p>
      <w:pPr>
        <w:spacing w:line="360" w:lineRule="auto" w:after="0"/>
        <w:ind w:firstLine="283"/>
      </w:pPr>
      <w:r>
        <w:t>☰</w:t>
      </w:r>
    </w:p>
    <w:p>
      <w:pPr>
        <w:spacing w:line="360" w:lineRule="auto" w:after="0"/>
        <w:ind w:firstLine="283"/>
      </w:pPr>
      <w:r>
        <w:t>The offer came to the walkers’ fire in the white’s good paper, carried by Voss herself with two of her sixty, and the offer was the most reasonable thing the wound’s coast had produced in two years. Corren read it twice by the fire. Refused it. The refusing was the walking’s own hardest craft: to say no to a kindness that would work.</w:t>
      </w:r>
    </w:p>
    <w:p>
      <w:pPr>
        <w:spacing w:line="360" w:lineRule="auto" w:after="0"/>
        <w:ind w:firstLine="283"/>
      </w:pPr>
      <w:r>
        <w:t>The paper’s offer was this: the manageable zones. The white’s clerk had drawn a map — a real map, drawn well, the coast’s whole wound-margin laid out in the neat hand: and on the map, four zones, four grey regions of the coast’s unclaimed margins, marked and bounded, the walkers’ country drawn for the walkers at last: the dry hills behind Ellor; the seam’s east flats; the south-mile’s back-country; the river-mouths’ upper reaches. Four zones, generous — a third of the wound’s whole coast, more ground than the walkers had ever held as their own in nine years of walking — and the offer’s terms were as generous as its map: the grey companies would have the zones, unmolested, unentered by the white, supplied — the supply-trains monthly, the white’s own rations carried to the zones’ edges by the white’s own mules — and in exchange, the exchange was small, the exchange was the offer’s whole genius, the exchange was three lines on the good paper:</w:t>
      </w:r>
    </w:p>
    <w:p>
      <w:pPr>
        <w:spacing w:line="360" w:lineRule="auto" w:after="0"/>
        <w:ind w:firstLine="283"/>
      </w:pPr>
      <w:r>
        <w:t>The walkers’ register. The list of the walking. The names, company by company, walker by walker. The list held by the white. The list held by the joint seals. The list held by the office.</w:t>
      </w:r>
    </w:p>
    <w:p>
      <w:pPr>
        <w:spacing w:line="360" w:lineRule="auto" w:after="0"/>
        <w:ind w:firstLine="283"/>
      </w:pPr>
      <w:r>
        <w:t>The list was the taking. The list was the white’s whole mercy’s price, and the walkers’ names in the white’s book were the walkers’ ends, the way the cooper Hald’s name in the white’s book was the cooper Hald’s end.</w:t>
      </w:r>
    </w:p>
    <w:p>
      <w:pPr>
        <w:spacing w:line="360" w:lineRule="auto" w:after="0"/>
        <w:ind w:firstLine="283"/>
      </w:pPr>
      <w:r>
        <w:t>Corren read the paper twice by the fire. The second reading was the refusing’s own hard work — the reading of the kindness, the reading of the supply, the reading of the zones — and the second reading’s end was the refusing’s beginning. The kindness would work. The supply would feed. The zones would hold. The list would take. The taking was the price.</w:t>
      </w:r>
    </w:p>
    <w:p>
      <w:pPr>
        <w:spacing w:line="360" w:lineRule="auto" w:after="0"/>
        <w:ind w:firstLine="283"/>
      </w:pPr>
      <w:r>
        <w:t>“We do not take the zones,” Corren said, at the fire, to Voss, in the level voice, in the plain words. “The walkers’ names are the walkers’. The white’s book does not hold the walkers’ names. The white’s supply does not feed the walkers’ names. The zones are the white’s. The zones are the walkers’ if the walkers’ names are the white’s. The walkers’ names are the walkers’. The walkers walk.”</w:t>
      </w:r>
    </w:p>
    <w:p>
      <w:pPr>
        <w:spacing w:line="360" w:lineRule="auto" w:after="0"/>
        <w:ind w:firstLine="283"/>
      </w:pPr>
      <w:r>
        <w:t>Voss heard the refusing. The mother’s eye held the fire and the walker. The refusing. The eye did not press, because the eye had read the walker’s whole law in the refusing. The law was the refusal to take. Voss folded the paper and put it in her coat. Went back to the south gate at the noon. The offer went back unanswered.</w:t>
      </w:r>
    </w:p>
    <w:p>
      <w:pPr>
        <w:spacing w:line="360" w:lineRule="auto" w:after="0"/>
        <w:ind w:firstLine="283"/>
      </w:pPr>
      <w:r>
        <w:t>The walkers’ fire held the refusing. The fire burned down. The company slept.</w:t>
      </w:r>
    </w:p>
    <w:p>
      <w:pPr>
        <w:spacing w:line="360" w:lineRule="auto" w:after="0"/>
        <w:ind w:firstLine="283"/>
      </w:pPr>
      <w:r>
        <w:t>The child was the cooper’s, the youngest, three years old. The fever came at the new moon and held for three days. The walkers had no medicine. The white had medicine, but the white’s medicine was in the zones, and the walkers had refused the zones, and the refusing was the walking’s law. The child died at the third dawn. The company buried the child at the cairn’s edge, and the pot was silent, and the walking did not discuss it. The walking adjusted. The walking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11 — The Walker's Capture</w:t>
      </w:r>
    </w:p>
    <w:p>
      <w:pPr>
        <w:spacing w:line="360" w:lineRule="auto" w:after="0"/>
        <w:ind w:firstLine="283"/>
      </w:pPr>
      <w:r>
        <w:t>☰</w:t>
      </w:r>
    </w:p>
    <w:p>
      <w:pPr>
        <w:spacing w:line="360" w:lineRule="auto" w:after="0"/>
        <w:ind w:firstLine="283"/>
      </w:pPr>
      <w:r>
        <w:t>They took him at the stone.</w:t>
      </w:r>
    </w:p>
    <w:p>
      <w:pPr>
        <w:spacing w:line="360" w:lineRule="auto" w:after="0"/>
        <w:ind w:firstLine="283"/>
      </w:pPr>
      <w:r>
        <w:t>The stone by Sedge’s gate — the leaving-stone, the crossing-place, the coast’s oldest ordinary law. They took him there, at the setting-down.</w:t>
      </w:r>
    </w:p>
    <w:p>
      <w:pPr>
        <w:spacing w:line="360" w:lineRule="auto" w:after="0"/>
        <w:ind w:firstLine="283"/>
      </w:pPr>
      <w:r>
        <w:t>He had come north because of the daughter. The feet had carried the telling through the margins’ web in three days — Sedge’s white had finished the touched row’s purification in the market morning, and the row’s six houses were burned. Limed. Gone. The settlement’s arithmetic had gone on to its next entries. The next entries held the taking-off-the-burning-pile: the daughter of the settlement, the walker’s own blood, had committed the white’s law’s new crime, the theft of the treatment’s fuel, the taking of an outside thing from the burning’s heap —. The entry’s penalty was the washing’s long order. The daughter’s name was on the list. The list’s date was the week’s end.</w:t>
      </w:r>
    </w:p>
    <w:p>
      <w:pPr>
        <w:spacing w:line="360" w:lineRule="auto" w:after="0"/>
        <w:ind w:firstLine="283"/>
      </w:pPr>
      <w:r>
        <w:t>Corren walked north. I go. Rill has the leading. The route stands. Damar’s feet set the pace. I go alone, and I come back, or I don’t come back. Either way — that’s the walking’s law. The law is mine too. Mine has no exception in it for daughters. And he had walked the three days alone through the margins’ web — the corridor-craft’s own lanes. Nima’s web held open for him at the fords — and he had come to the fields of Sedge at the dark’s last hour, for the second time in the year, and the white was on the wall.</w:t>
      </w:r>
    </w:p>
    <w:p>
      <w:pPr>
        <w:spacing w:line="360" w:lineRule="auto" w:after="0"/>
        <w:ind w:firstLine="283"/>
      </w:pPr>
      <w:r>
        <w:t>The white’s patrol found him at the stone. He had walked the fields’ furrows upright, in the dark’s last grey, in the walkers’ unhurried way — to the stone, to the leaving-place. What he had come to leave he had not brought: the bundle was inside the wall, in the daughter’s keeping, unopened. He had come to the stone because the stone was the only address the walking had. A father, at a wall, on the day the wall took his daughter to the washing. The body stood.</w:t>
      </w:r>
    </w:p>
    <w:p>
      <w:pPr>
        <w:spacing w:line="360" w:lineRule="auto" w:after="0"/>
        <w:ind w:firstLine="283"/>
      </w:pPr>
      <w:r>
        <w:t>The patrol was four. Corren did not fight. He stood at the stone, and the four came around him with the drilled courtesy’s plain words — the touched at the clean boundary; the boundary’s law; you will come with the patrol. He did not run. He did not submit. The four wanted the body. The body stood. The arms turned, the wrists bound with the processing-cord, the weight walked. The gate’s lime-line crossed under his boots in the first light, and the white had him.</w:t>
      </w:r>
    </w:p>
    <w:p>
      <w:pPr>
        <w:spacing w:line="360" w:lineRule="auto" w:after="0"/>
        <w:ind w:firstLine="283"/>
      </w:pPr>
      <w:r>
        <w:t>The charge was made at the camp by the register’s neat hand: the touched at the clean boundary, at the settlement’s gate, at the dawn: the boundary breached in intent. Processing ordered: the full washing, the long order, and the holding pending: the camp’s stockade, the register’s entry, the demonstration of the boundary’s law.</w:t>
      </w:r>
    </w:p>
    <w:p>
      <w:pPr>
        <w:spacing w:line="360" w:lineRule="auto" w:after="0"/>
        <w:ind w:firstLine="283"/>
      </w:pPr>
      <w:r>
        <w:t>They put him in the stockade’s holding-cell. A hut, a door, a guard, a bowl. The bowl came at the noon, and Corren did not touch it. The walker’s pot was three days south, and the white’s bowl was the taking’s, and the walking did not eat the taking’s bread. The bowl sat by the door. The day sat in the hut. The body stood at the hut’s wall and faced the door. The cord at the wrists had begun to burn. The skin over the bone’s edge was raw by the evening, and the rawness went on. The hut was cold at the night — the guard had a brazier outside the door, and the brazier’s heat did not cross the threshold —. The cold was the taking’s too. The body stood in it. The legs had been the walking’s for nine years, and the standing was the walking’s inversion: the calves’ ache by the second day, the lower spine’s ache, the ache the walking had never given.</w:t>
      </w:r>
    </w:p>
    <w:p>
      <w:pPr>
        <w:spacing w:line="360" w:lineRule="auto" w:after="0"/>
        <w:ind w:firstLine="283"/>
      </w:pPr>
      <w:r>
        <w:t>Rook arrived at the white’s camp on the second day, and by the seventh he had been named traitor by all three of the coast’s worlds, and the work was the only defense the walker had.</w:t>
      </w:r>
    </w:p>
    <w:p>
      <w:pPr>
        <w:spacing w:line="360" w:lineRule="auto" w:after="0"/>
        <w:ind w:firstLine="283"/>
      </w:pPr>
      <w:r>
        <w:t>He had come with the fleet’s rope and the fleet’s plain words and nothing else. The Landing’s council had met at the kitchen’s fire, and the council’s talk had run the whole coast’s gamut in one evening: the walkers’ young ones wanting the camp taken by force — twenty grey. The fleet’s six, the night, the stockade, the cutting-out; the margin’s people wanting the corridor’s way — the web’s doors shut on the white’s supply-lines, the lanes closed, the camp squeezed; the fleet’s own wanting the standing-between — Rook, at the camp’s margin, with the plain words;. Nessa at the stove with the pot’s own opinion, which was the fleet’s oldest one: the fed are told. The telling is done with the mouth.</w:t>
      </w:r>
    </w:p>
    <w:p>
      <w:pPr>
        <w:spacing w:line="360" w:lineRule="auto" w:after="0"/>
        <w:ind w:firstLine="283"/>
      </w:pPr>
      <w:r>
        <w:t>Rook took the third way, because the third way was his: he went alone. That was the first traitoring, though nobody named it yet: the walkers’ young looked at the fleet’s man walking out of the council with the rope on his shoulder and no raiders behind him. The look was the first look, the look that says he is not ours —. Rook took the look. Went.</w:t>
      </w:r>
    </w:p>
    <w:p>
      <w:pPr>
        <w:spacing w:line="360" w:lineRule="auto" w:after="0"/>
        <w:ind w:firstLine="283"/>
      </w:pPr>
      <w:r>
        <w:t>The camp took three days of him. Three days at the camp’s margin, in the sight, in the plain words — the first day with the tired captain, the second with the camp’s clerk and the register’s own arithmetic, the third with Voss herself, come up from the south gate at the news of the fleet’s man at the wire. The exits counted, the give read, the stair propped. The stair, this time, was a man. Rook’s voice had gone hoarse by the second day; the wire’s margin was open to the coast’s wind. He ate at the bowshot’s fire with the shore-rotation — the same bread, the same thin soup — and slept in the coat at the wire’s bowshot, badly.</w:t>
      </w:r>
    </w:p>
    <w:p>
      <w:pPr>
        <w:spacing w:line="360" w:lineRule="auto" w:after="0"/>
        <w:ind w:firstLine="283"/>
      </w:pPr>
      <w:r>
        <w:t>“He will die in your washing,” Rook said, on the third day, at the camp’s wire, to Voss, in the level voice. “That is the reading. Nine years of ground in the legs; the legs that have never stopped; the body whose whole law is the not-being-held. Your long order is three weeks in the tents. A walker’s body does not carry three weeks in a tent. He will sicken, and the sickness will be the demonstration’s own ending: your register will hold a dead walker. A clean camp. The demonstration will be a grave. The coast will read the grave the way the coast reads everything: plainly. The grey died in the washing. The white washed the grey to death. That is the demonstration you are building. Captain. I have come to read it to you before you finish building it.”</w:t>
      </w:r>
    </w:p>
    <w:p>
      <w:pPr>
        <w:spacing w:line="360" w:lineRule="auto" w:after="0"/>
        <w:ind w:firstLine="283"/>
      </w:pPr>
      <w:r>
        <w:t>Voss heard it the way Voss heard everything, with the mother’s eye and the patience. “The law is the law. The boundary was breached. If the grey sicken in the washing, the grey sicken in the washing; the treatment is not a cruelty, it is a treatment; the body’s weakness is not the law’s.” And then the mother’s eye did the thing it did at the arguments’ ends, the yielding that was not a yielding: “What does the sea-people’s man offer?”</w:t>
      </w:r>
    </w:p>
    <w:p>
      <w:pPr>
        <w:spacing w:line="360" w:lineRule="auto" w:after="0"/>
        <w:ind w:firstLine="283"/>
      </w:pPr>
      <w:r>
        <w:t>“An exchange. The walker for the white’s need. You need the ground’s reading. The seam moved a quarter-mile in a night; the roads are closing; your clean zones stand on ground your limemen cannot read — the lime will not set at Ellor; the mile’s joint is the coast’s spine and your register holds no mile in it. The walkers are the coast’s only readers. Held, you have one demonstration. Released, you have twenty readers on your margins for a year, and the reading is free. Let the one go, and the twenty read for you. Hold the one, and the twenty stop reading for you. Your coast’s whole defense loses its eyes. The next seam-move takes a clean zone’s ground out from under your lime’s rings.”</w:t>
      </w:r>
    </w:p>
    <w:p>
      <w:pPr>
        <w:spacing w:line="360" w:lineRule="auto" w:after="0"/>
        <w:ind w:firstLine="283"/>
      </w:pPr>
      <w:r>
        <w:t>It was a good exchange. The exchange was the second traitoring, and this one was named aloud, at the wire, by the camp’s own side: the clerk heard the reading-for-the-walker’s-release offered. The clerk’s face went plain. The clerk’s plain face was the remnant’s whole word on the fleet’s man in one look: the sea-people’s man will trade the coast’s defense for the grey’s body — the sea-people’s man is the walking’s man; the traitor to the register is the walker’s agent —. The word went out of the camp on the register’s own paper by the next morning. The word was traitor. The word was the remnant’s.</w:t>
      </w:r>
    </w:p>
    <w:p>
      <w:pPr>
        <w:spacing w:line="360" w:lineRule="auto" w:after="0"/>
        <w:ind w:firstLine="283"/>
      </w:pPr>
      <w:r>
        <w:t>The third traitoring came at the wire, on the seventh day, from the walker’s own side. The walkers’ young — Rill’s age and younger, the second-year walkers, the margin’s grown children — had walked the three days north to the camp’s margin, the company’s own bowshot vigil. The young had stood at the wire’s far side with the grey. The bowls. The company’s whole presence. The presence was the vigil. Rook had stood between the wire and the young — between the white’s law. The walking’s law —. The standing-between had been the third traitoring: the walkers’ young looked at the fleet’s man at the wire, at the rope on his shoulder, at the plain words to the white’s captain. The young’s look was the third look, the look that says he is not ours either —. The look named him. The naming was the third.</w:t>
      </w:r>
    </w:p>
    <w:p>
      <w:pPr>
        <w:spacing w:line="360" w:lineRule="auto" w:after="0"/>
        <w:ind w:firstLine="283"/>
      </w:pPr>
      <w:r>
        <w:t>Rook bore the three namings. The bearing was the work. The rope on the shoulder was the fleet’s, and the standing went on.</w:t>
      </w:r>
    </w:p>
    <w:p>
      <w:pPr>
        <w:ind w:firstLine="0"/>
        <w:jc w:val="center"/>
      </w:pPr>
      <w:r>
        <w:rPr>
          <w:color w:val="AAAAAA"/>
        </w:rPr>
        <w:t>❖</w:t>
      </w:r>
    </w:p>
    <w:p>
      <w:pPr>
        <w:spacing w:line="360" w:lineRule="auto" w:after="0"/>
        <w:ind w:firstLine="283"/>
      </w:pPr>
      <w:r>
        <w:t>The grain came to the Landing in the white’s own mules, twelve sacks, good weight, the coast’s best — and the grain’s price was the pot. Nessa stood in the price’s doorway with the dented copper measure in her hand. The choosing took one day. The choosing made hunger. The hunger was hers to carry.</w:t>
      </w:r>
    </w:p>
    <w:p>
      <w:pPr>
        <w:spacing w:line="360" w:lineRule="auto" w:after="0"/>
        <w:ind w:firstLine="283"/>
      </w:pPr>
      <w:r>
        <w:t>The grain was real. Twelve sacks of the middle lands’ best — flour and beans and salt — stood in the yard. The Landing’s pot had gone thinner than the thin, the fleet’s own arithmetic scraping the casks’ bottoms, the margin of sixty at the Landing’s edge going hollow at the ribs. The white’s twelve sacks stood in the yard to buy the pot’s law.</w:t>
      </w:r>
    </w:p>
    <w:p>
      <w:pPr>
        <w:spacing w:line="360" w:lineRule="auto" w:after="0"/>
        <w:ind w:firstLine="283"/>
      </w:pPr>
      <w:r>
        <w:t>The price was the pot. The white’s clerk delivered it in the trade’s own paper: the grain is the white’s gift to the Greylanding’s kitchen; the gift is conditional; the condition is the kitchen’s register — a list of the fed, at the door, name by name, meal by meal, the kitchen’s own hand in the white’s own book; and the uncounted not fed. The margin’s people, the corridor’s freight, the ones without papers — the kitchen that takes the white’s grain does not feed the uncounted at the white’s grain’s pot.</w:t>
      </w:r>
    </w:p>
    <w:p>
      <w:pPr>
        <w:spacing w:line="360" w:lineRule="auto" w:after="0"/>
        <w:ind w:firstLine="283"/>
      </w:pPr>
      <w:r>
        <w:t>The condition was the door’s list, and the door’s list was the uncounted’s end at the Landing’s one common table — the level pot, the one thing the fleet had carried out of the burning harbor. Through the Deep. Ashore. Held through the wound’s coast, the pot that fed the listed. The unlisted at the same ladle, the pot whose whole law was the no-list.</w:t>
      </w:r>
    </w:p>
    <w:p>
      <w:pPr>
        <w:spacing w:line="360" w:lineRule="auto" w:after="0"/>
        <w:ind w:firstLine="283"/>
      </w:pPr>
      <w:r>
        <w:t>She stood in it. The mule-train in the yard, the sacks in the dust, the clerk at the door with the paper and the book, the Landing’s people at the kitchen’s windows. The yard’s edges — sixty margin-mouths. The fleet’s hundred-and-eighty. The walkers’ twenty. The river-people’s trade-shed’s five — the pot’s whole freight standing in the trade’s morning, watching the keeper choose.</w:t>
      </w:r>
    </w:p>
    <w:p>
      <w:pPr>
        <w:spacing w:line="360" w:lineRule="auto" w:after="0"/>
        <w:ind w:firstLine="283"/>
      </w:pPr>
      <w:r>
        <w:t>She took the morning. The thin soup made, the noon served, the even portions, the ladle’s ordinary round. The keeper ate at the noon’s end, after the served — the last ladle, the pot’s own scrape, the portion that was not a portion but a courtesy. The courtesy was thin today. The thin was the choosing’s own taste in the keeper’s mouth. Her hand slipped on the measure in the second round — the soup going wide across the board. She set the measure upright. The serving went on.</w:t>
      </w:r>
    </w:p>
    <w:p>
      <w:pPr>
        <w:spacing w:line="360" w:lineRule="auto" w:after="0"/>
        <w:ind w:firstLine="283"/>
      </w:pPr>
      <w:r>
        <w:t>The trade’s paper sat on the shelf above the stove through the noon, and the grain stood in the yard. The people ate the thin. The eating was the choosing’s ground: she watched the margin’s sixty eat the thin. The washing-house woman, walked out of the white’s tents by night through Nima’s web; the family that would not be processed, three weeks in the river-bush; the man whose name was in two lists and neither his own —. The margin’s sixty ate the thin noon off the even bowls. The thin was the day’s own fact: without the grain, the thin went thinner; the margin’s sixty went hollow; the twelve sacks fed the whole pot for a month. The margin’s sixty, fed.</w:t>
      </w:r>
    </w:p>
    <w:p>
      <w:pPr>
        <w:spacing w:line="360" w:lineRule="auto" w:after="0"/>
        <w:ind w:firstLine="283"/>
      </w:pPr>
      <w:r>
        <w:t>The fleet’s hundred-and-eighty, fed. The walkers’ twenty, fed. A month of the level, the pot’s whole law held in flour and beans and salt — for a list at the door.</w:t>
      </w:r>
    </w:p>
    <w:p>
      <w:pPr>
        <w:spacing w:line="360" w:lineRule="auto" w:after="0"/>
        <w:ind w:firstLine="283"/>
      </w:pPr>
      <w:r>
        <w:t>She refused the grain.</w:t>
      </w:r>
    </w:p>
    <w:p>
      <w:pPr>
        <w:spacing w:line="360" w:lineRule="auto" w:after="0"/>
        <w:ind w:firstLine="283"/>
      </w:pPr>
      <w:r>
        <w:t>The clerk heard it at the door. The clerk said the plain words: the condition is the condition; the grain is the gift; the gift is conditional; the kitchen’s register is the price. And Nessa said the kitchen’s plain words, in the kitchen’s own voice, with the dented copper measure in her hand: “The pot does not vote. The level is the level’s. The level feeds the listed and the unlisted at the same ladle. The list is the white’s. The pot is not the white’s. The grain goes back.”</w:t>
      </w:r>
    </w:p>
    <w:p>
      <w:pPr>
        <w:spacing w:line="360" w:lineRule="auto" w:after="0"/>
        <w:ind w:firstLine="283"/>
      </w:pPr>
      <w:r>
        <w:t>She wanted the pot to be enough. The wanting was the pot’s. The pot was not enough.</w:t>
      </w:r>
    </w:p>
    <w:p>
      <w:pPr>
        <w:spacing w:line="360" w:lineRule="auto" w:after="0"/>
        <w:ind w:firstLine="283"/>
      </w:pPr>
      <w:r>
        <w:t>The grain went back. The mule-train turned at the noon, and the twelve sacks went south to the white’s camp. The clerk went with the mule-train. The kitchen’s refusal went with the clerk on the white’s own paper. The Landing’s people watched the grain go, and the watching was the choosing’s whole cost. The cost was hunger. The keeper carried the hunger the way the keeper carried the measure: in the hand, at the door, the level. Feeding the thin. The margin’s sixty ate the thin. The fleet’s hundred-and-eighty ate the thin. The walkers’ twenty ate the thin. The pot did not vote. The measure held the level.</w:t>
      </w:r>
    </w:p>
    <w:p>
      <w:pPr>
        <w:spacing w:line="360" w:lineRule="auto" w:after="0"/>
        <w:ind w:firstLine="283"/>
      </w:pPr>
      <w:r>
        <w:t>The request came from Millcross in the winter, and Nessa read it at the kitchen’s door with the request’s whole freight in her two hands. The request was one sentence. The sentence was: the ground has finished us — take the people.</w:t>
      </w:r>
    </w:p>
    <w:p>
      <w:pPr>
        <w:spacing w:line="360" w:lineRule="auto" w:after="0"/>
        <w:ind w:firstLine="283"/>
      </w:pPr>
      <w:r>
        <w:t>Millcross had been the aid’s first settlement — the walkers’ reading, the fleet’s propping, the wall’s north corner’s crack, the ground’s eye at the boots, the path’s moving south. The aid had been a year ago. The propping had held a year. The propping was done. The ground had finished its sentence. The wall’s north corner had gone, and the north wall had gone. The settlement’s four hundred had become the settlement’s three hundred. The three hundred were on the road. The road was gone. The three hundred were at the wound’s edge.</w:t>
      </w:r>
    </w:p>
    <w:p>
      <w:pPr>
        <w:spacing w:line="360" w:lineRule="auto" w:after="0"/>
        <w:ind w:firstLine="283"/>
      </w:pPr>
      <w:r>
        <w:t>The request was Nessa’s because the request was the pot’s: take the people meant feed the people, and the feeding was the pot’s, and the pot was Nessa’s. The request was impossible because the pot was the pot, and the pot fed the listed. The unlisted at the same ladle. The three hundred were the unlisted. The unlisted were the white’s. The white’s was the gate’s. The gate was closed. The pot fed the pot’s own two hundred and forty-five. The pot’s two hundred. Forty-five were the pot’s whole law.</w:t>
      </w:r>
    </w:p>
    <w:p>
      <w:pPr>
        <w:spacing w:line="360" w:lineRule="auto" w:after="0"/>
        <w:ind w:firstLine="283"/>
      </w:pPr>
      <w:r>
        <w:t>She read the request at the kitchen’s door. The dented copper measure in her hand. The request’s one sentence. The request’s impossible freight. The three hundred at the seam’s edge. The pot’s two hundred and forty-five. The arithmetic’s plain answer: the pot could not feed the three hundred. The arithmetic did not balance. The arithmetic was never going to balance.</w:t>
      </w:r>
    </w:p>
    <w:p>
      <w:pPr>
        <w:spacing w:line="360" w:lineRule="auto" w:after="0"/>
        <w:ind w:firstLine="283"/>
      </w:pPr>
      <w:r>
        <w:t>She sent the request back. The request went back to Millcross with the corridor’s runner, and the runner’s plain words were the kitchen’s own: the pot feeds the pot’s two hundred and forty-five; the pot does not feed the three hundred; the pot is the pot; the pot does not vote; the arithmetic does not balance; the kitchen is sorry; the pot is the level’s. And the request went back, and the three hundred went on at the seam’s edge, feeding the pot’s two hundred. Forty-five. The feeding was the work. The work was not enough. The work was what there was.</w:t>
      </w:r>
    </w:p>
    <w:p>
      <w:pPr>
        <w:ind w:firstLine="0"/>
        <w:jc w:val="center"/>
      </w:pPr>
      <w:r>
        <w:rPr>
          <w:color w:val="AAAAAA"/>
        </w:rPr>
        <w:t>❖</w:t>
      </w:r>
    </w:p>
    <w:p>
      <w:pPr>
        <w:spacing w:line="360" w:lineRule="auto" w:after="0"/>
        <w:ind w:firstLine="283"/>
      </w:pPr>
      <w:r>
        <w:t>Book IV — The Witness</w:t>
      </w:r>
    </w:p>
    <w:p>
      <w:pPr>
        <w:spacing w:line="360" w:lineRule="auto" w:after="0"/>
        <w:ind w:firstLine="283"/>
      </w:pPr>
      <w:r>
        <w:t>The coast here was a different coast. The coast here was the wound's coast. The coast had been wounded. The coast had been wounded a long time. The wound was in the cliff. The wound was in the stone. The wound was the kind of wound a coast gets when something has been taken out of it. The thing that had been taken out of it was the harbor. The harbor had been here. The harbor had been taken. The harbor had been filled in. The harbor was gone. The coast held the shape of the harbor the way a body holds the shape of a removed thing — at the warm edge, the contour of the going. The wound was the contour of the harbor's going. The wound was warm at the lip. The wound was cold in the depth. The wound was the kind of wound a keeper could read. The wound was the kind of wound a witness could mark.</w:t>
      </w:r>
    </w:p>
    <w:p>
      <w:pPr>
        <w:spacing w:line="360" w:lineRule="auto" w:after="0"/>
        <w:ind w:firstLine="283"/>
      </w:pPr>
      <w:r>
        <w:t>The white shields were at the wound's edge. The white shields were the men who had been sent to hold the wound. The white shields wore white. The white was the lime's white. The lime was the same lime the builders used. The lime was the same lime the line-makers used. The lime was the same lime the Registry used, at the gates, to make the lines the gates had. The white shields' white was the lime's white. The white shields' white was the same white as the lime's line. The white shields were the lime's line's men. The white shields were the men who held the lime's line.</w:t>
      </w:r>
    </w:p>
    <w:p>
      <w:pPr>
        <w:spacing w:line="360" w:lineRule="auto" w:after="0"/>
        <w:ind w:firstLine="283"/>
      </w:pPr>
      <w:r>
        <w:t>The touched row was behind the white shields. The touched row was a row of six houses. The houses were stone. The houses were the coast's stone. The houses were the color of the coast's stone — grey, with a little brown. The houses had been the fishers' houses, before the harbor was filled in. The fishers had gone. The houses stayed. The houses had been touched. The touching was the wound's. The touching was the thing the wound did to the houses at the wound's edge. The touching left a white line on the houses' stones. The white line was the lime's white. The white line was the wound's. The white line was the line that said: this house has been touched by the wound.</w:t>
      </w:r>
    </w:p>
    <w:p>
      <w:pPr>
        <w:spacing w:line="360" w:lineRule="auto" w:after="0"/>
        <w:ind w:firstLine="283"/>
      </w:pPr>
      <w:r>
        <w:t>The white line was on the six houses' stones. The white line ran along the six houses' doorframes. The white line ran along the six houses' lintels. The white line ran along the six houses' thresholds. The white line was the wound's marking. The white line was not the witness's marking. The witness's marking was the chalk. The chalk was cardamom-colored. The chalk was not the lime's white. The chalk and the lime were not the same color. The chalk was the witness's. The lime was the wound's. The two colors did not meet.</w:t>
      </w:r>
    </w:p>
    <w:p>
      <w:pPr>
        <w:spacing w:line="360" w:lineRule="auto" w:after="0"/>
        <w:ind w:firstLine="283"/>
      </w:pPr>
      <w:r>
        <w:t>The six houses had been burned in the night. The white shields had burned them. The white shields had burned them to hold the line. The line was the line that held the wound. The wound was the contour of the harbor's going. The line was drawn around the wound. The line was drawn at the wound's lip. The line said: the wound stops here. The line said: the wound does not go past. The line was drawn in the lime's white. The line was drawn by the white shields' hands. The white shields had drawn the line. The white shields had then burned the houses inside the line. The burning was the line's office. The burning was the lime's office. The burning was the white shields' office.</w:t>
      </w:r>
    </w:p>
    <w:p>
      <w:pPr>
        <w:spacing w:line="360" w:lineRule="auto" w:after="0"/>
        <w:ind w:firstLine="283"/>
      </w:pPr>
      <w:r>
        <w:t>Tansy was at the wound's edge. The white shields were at the wound's edge. The white shields did not let Tansy past. The white shields did not need to let Tansy past. Tansy was the witness. The witness did not need to go past. The witness needed to be at the edge. The witness's office was the edge.</w:t>
      </w:r>
    </w:p>
    <w:p>
      <w:pPr>
        <w:spacing w:line="360" w:lineRule="auto" w:after="0"/>
        <w:ind w:firstLine="283"/>
      </w:pPr>
      <w:r>
        <w:t>The nine children were with Tansy. The nine children were always with Tansy. The nine children were at the wound's edge. The nine children were at the back of the white shields. The white shields did not look at the nine children. The white shields did not look at Tansy. The white shields looked at the touched row. The white shields looked at the six houses. The white shields had burned the six houses in the night. The white shields were now keeping the wound's edge. The keeping was the white shields' office. The keeping was the lime's line's office.</w:t>
      </w:r>
    </w:p>
    <w:p>
      <w:pPr>
        <w:spacing w:line="360" w:lineRule="auto" w:after="0"/>
        <w:ind w:firstLine="283"/>
      </w:pPr>
      <w:r>
        <w:t>Tansy did not burn. Tansy did not hold the line. Tansy did not draw the lime. Tansy marked. The marking was the witness's. The marking was at the edge of the burning, not at the burning's center. The witness's office was the edge. The witness did not go to the center. The center was the white shields'.</w:t>
      </w:r>
    </w:p>
    <w:p>
      <w:pPr>
        <w:spacing w:line="360" w:lineRule="auto" w:after="0"/>
        <w:ind w:firstLine="283"/>
      </w:pPr>
      <w:r>
        <w:t>The first house had been burned in the night. The first house was at the row's end. The first house's oak was gone. The first house's door was gone. The first house's lintel was gone. The first house's threshold was gone. The first house's stone jambs remained. The stone jambs were the coast's stone — grey, with a little brown. The stone jambs had been the doorframe's sides. The stone jambs had held the oak. The stone jambs did not burn. The stone jambs stayed.</w:t>
      </w:r>
    </w:p>
    <w:p>
      <w:pPr>
        <w:spacing w:line="360" w:lineRule="auto" w:after="0"/>
        <w:ind w:firstLine="283"/>
      </w:pPr>
      <w:r>
        <w:t>The white line was on the stone jambs. The white line was the lime's. The white line was at the jamb's edge. The white line was the wound's. The white line had been drawn by the white shields. The white line had been drawn before the burning. The white line said: this house has been touched. The white line did not say by whom. The white line did not say why. The white line said only: touched.</w:t>
      </w:r>
    </w:p>
    <w:p>
      <w:pPr>
        <w:spacing w:line="360" w:lineRule="auto" w:after="0"/>
        <w:ind w:firstLine="283"/>
      </w:pPr>
      <w:r>
        <w:t>Tansy went to the first house's stone jambs. The nine children were with her. The nine children stayed at the row's edge. Tansy had told them to stay. The children stayed. The children did not ask why. The children had been with Tansy long enough to know the edge. The edge was the children's.</w:t>
      </w:r>
    </w:p>
    <w:p>
      <w:pPr>
        <w:spacing w:line="360" w:lineRule="auto" w:after="0"/>
        <w:ind w:firstLine="283"/>
      </w:pPr>
      <w:r>
        <w:t>Tansy knelt at the first house's stone jamb. She took the chalk from her pocket. The chalk was the wafer. The chalk had marked the slab. The chalk had marked the door-frame at the lower ward's orphanage. The chalk had marked the quay's edge. The chalk had a little left. The chalk had enough for the six houses.</w:t>
      </w:r>
    </w:p>
    <w:p>
      <w:pPr>
        <w:spacing w:line="360" w:lineRule="auto" w:after="0"/>
        <w:ind w:firstLine="283"/>
      </w:pPr>
      <w:r>
        <w:t>She marked the stone jamb with the gull's-foot. The gull's-foot was three strokes and a crossbar. The first stroke was the gull's left wing. The second stroke was the gull's right wing. The third stroke was the gull's body, short, going down. The crossbar was the bar the gull stood on. The crossbar was the line that held the gull to the ground.</w:t>
      </w:r>
    </w:p>
    <w:p>
      <w:pPr>
        <w:spacing w:line="360" w:lineRule="auto" w:after="0"/>
        <w:ind w:firstLine="283"/>
      </w:pPr>
      <w:r>
        <w:t>The mark was on the stone. The mark was small. The mark was the size of a child's fist. The mark was not on the white line. The witness's mark was beside the wound's mark. The two marks did not touch. The two marks did not meet. The two marks were at the same jamb. The two marks were on the same stone. The two marks were the morning's. The morning did not mind the two marks.</w:t>
      </w:r>
    </w:p>
    <w:p>
      <w:pPr>
        <w:spacing w:line="360" w:lineRule="auto" w:after="0"/>
        <w:ind w:firstLine="283"/>
      </w:pPr>
      <w:r>
        <w:t>The mark said: a house was here. The mark said: a house was touched here. The mark said: a house was burned here. The mark said: a witness was here. The mark said all of this in three strokes and a crossbar. The mark said it in the cardamom chalk. The chalk said it on the stone. The stone said it at the jamb. The jamb said it to the doorframe. The doorframe said it to the row. The row said it to the wound. The wound did not say it back.</w:t>
      </w:r>
    </w:p>
    <w:p>
      <w:pPr>
        <w:spacing w:line="360" w:lineRule="auto" w:after="0"/>
        <w:ind w:firstLine="283"/>
      </w:pPr>
      <w:r>
        <w:t>Tansy marked the second house's stone jamb. The third. The fourth. The fifth. The sixth. Six houses. Six stone jambs. Six marks. Six gull's-feet in the cardamom chalk. Six marks beside the white line. Six marks at the doorframes' stone. Six marks that said: a house was here. Six marks that said: a house was touched here. Six marks that said: a house was burned here. Six marks that said: a witness was here.</w:t>
      </w:r>
    </w:p>
    <w:p>
      <w:pPr>
        <w:spacing w:line="360" w:lineRule="auto" w:after="0"/>
        <w:ind w:firstLine="283"/>
      </w:pPr>
      <w:r>
        <w:t>The chalk was shorter. The chalk was a wafer still. The chalk had marked six marks on six stone jambs. The chalk had a little left. The chalk had enough for the white line.</w:t>
      </w:r>
    </w:p>
    <w:p>
      <w:pPr>
        <w:spacing w:line="360" w:lineRule="auto" w:after="0"/>
        <w:ind w:firstLine="283"/>
      </w:pPr>
      <w:r>
        <w:t>Tansy went back to the first house's stone jamb. The white line was on the jamb. The white line ran along the jamb's edge. The white line was the lime's. The white line had been drawn by the white shields before the burning. Tansy did not draw on the white line. The two colors did not meet. Tansy put the gull's-foot at the white line's start. She put the gull's-foot at the white line's end. The white line was between the two gull's-feet. The two gull's-feet bracketed the white line. The two gull's-feet were at the white line's ends. The gull's-feet were the witness's. The two were on the same jamb. The two were on the same stone. The two did not touch. The two did not meet.</w:t>
      </w:r>
    </w:p>
    <w:p>
      <w:pPr>
        <w:spacing w:line="360" w:lineRule="auto" w:after="0"/>
        <w:ind w:firstLine="283"/>
      </w:pPr>
      <w:r>
        <w:t>Tansy marked the white line on the second house's jamb. The third. The fourth. The fifth. The sixth. Six houses. Six white lines. Six pairs of gull's-feet at the white lines' ends. Twelve gull's-feet bracketing six white lines. The witness's marks sat at the white lines' ends. The white lines ran between the gull's-feet. The chalk said it on the stone. The stone said it at the jamb. The jamb said it to the doorframe. The doorframe said it to the row. The row said it to the wound. The wound did not say it back.</w:t>
      </w:r>
    </w:p>
    <w:p>
      <w:pPr>
        <w:spacing w:line="360" w:lineRule="auto" w:after="0"/>
        <w:ind w:firstLine="283"/>
      </w:pPr>
      <w:r>
        <w:t>The chalk was shorter still. The chalk had marked six marks on six stone jambs. The chalk had marked twelve marks at the six white lines' ends. The chalk had a little left. The chalk had enough for the ash.</w:t>
      </w:r>
    </w:p>
    <w:p>
      <w:pPr>
        <w:spacing w:line="360" w:lineRule="auto" w:after="0"/>
        <w:ind w:firstLine="283"/>
      </w:pPr>
      <w:r>
        <w:t>Tansy went to the first house's threshold. The threshold was ash. The threshold had been oak. The threshold had been stone. The threshold was now ash and stone. The ash was the oak's ash. The ash was the oak's going. The ash was the door's going. The ash was the lintel's going. The ash was the house's going. The ash was the morning's. The morning did not mind the ash.</w:t>
      </w:r>
    </w:p>
    <w:p>
      <w:pPr>
        <w:spacing w:line="360" w:lineRule="auto" w:after="0"/>
        <w:ind w:firstLine="283"/>
      </w:pPr>
      <w:r>
        <w:t>Tansy knelt at the threshold. She took the chalk. She put the chalk to the ash. The chalk did not mark the ash the way the chalk marked the stone. The chalk marked the ash the way the chalk marks ash — lightly, on the surface, the mark sitting on the ash's grey with the chalk's cardamom, the mark small, the mark fragile, the mark the size of a child's fist. The mark said: ash was here. The mark said: a house was here, and the house was burned, and the ash is the house's now. The mark said all of this in three strokes and a crossbar. The mark said it in the cardamom chalk. The chalk said it on the ash. The ash said it at the threshold. The threshold said it to the doorframe. The doorframe said it to the row. The row said it to the wound. The wound did not say it back.</w:t>
      </w:r>
    </w:p>
    <w:p>
      <w:pPr>
        <w:spacing w:line="360" w:lineRule="auto" w:after="0"/>
        <w:ind w:firstLine="283"/>
      </w:pPr>
      <w:r>
        <w:t>Tansy marked the second house's threshold. The third. The fourth. The fifth. The sixth. Six thresholds. Six marks on the ash. Six gull's-feet in the cardamom chalk. Six marks that said: ash was here. Six marks that said: a house was here, and the house was burned, and the ash is the house's now.</w:t>
      </w:r>
    </w:p>
    <w:p>
      <w:pPr>
        <w:spacing w:line="360" w:lineRule="auto" w:after="0"/>
        <w:ind w:firstLine="283"/>
      </w:pPr>
      <w:r>
        <w:t>Tansy had not stopped the burning. The burning had been done in the night. Tansy had not been there in the night. Tansy had been at the coast's kitchen with the nine children. Tansy had heard the burning. Tansy had smelled the smoke. Tansy had not gone to the touched row in the night. The going in the night was another woman's office. Another woman would have gone to the touched row in the night. Another woman would have stood between the white shields and the six houses. Another woman would have burned with the six houses. Another woman would have been the six houses' ash. Another woman would have been taken with the six houses, and the six houses would have been burned anyway. The ash would have been the morning's. The morning would have gone on without the six houses. Tansy was not the other woman. Tansy was the witness. The witness did not go in the night. The witness came in the morning. The witness marked.</w:t>
      </w:r>
    </w:p>
    <w:p>
      <w:pPr>
        <w:spacing w:line="360" w:lineRule="auto" w:after="0"/>
        <w:ind w:firstLine="283"/>
      </w:pPr>
      <w:r>
        <w:t>The marks on the stone stayed. The stone did not burn. The stone did not go. The stone did not become the ash. The marks on the stone stayed the way the stone stayed. The marks on the stone were the only record of the touched row. The Registry's book did not have the touched row. The Registry's book had the names. The Registry's book had the handles. The Registry's book had the leashes. The Registry's book did not have the houses, white line, burning, ash, or marks. The Registry's book could not hold the marks. The marks were the record the record could not hold.</w:t>
      </w:r>
    </w:p>
    <w:p>
      <w:pPr>
        <w:spacing w:line="360" w:lineRule="auto" w:after="0"/>
        <w:ind w:firstLine="283"/>
      </w:pPr>
      <w:r>
        <w:t>The marks on the ash would go — the ash would blow, the ash would wash, the ash would be the wind's, the ash would be the rain's, the ash would be the coast's, the ash would be the sea's, the ash would be gone. The marks on the ash would go with the ash. The marks on the ash were the morning's. The morning did not need to hold them. The marks on the stone were the witness's. The witness did not need to hold them either. The stone held them.</w:t>
      </w:r>
    </w:p>
    <w:p>
      <w:pPr>
        <w:spacing w:line="360" w:lineRule="auto" w:after="0"/>
        <w:ind w:firstLine="283"/>
      </w:pPr>
      <w:r>
        <w:t>The nine children were at the row's edge. The nine children were watching. The nine children had watched Tansy mark the six stone jambs. The nine children had watched Tansy mark the six thresholds. The nine children had not asked. The nine children had been with Tansy long enough to know the marking. The marking was the witness's. The marking was the morning's. The marking was the children's practice.</w:t>
      </w:r>
    </w:p>
    <w:p>
      <w:pPr>
        <w:spacing w:line="360" w:lineRule="auto" w:after="0"/>
        <w:ind w:firstLine="283"/>
      </w:pPr>
      <w:r>
        <w:t>The first child at the row's edge was Pip. Pip was four. Pip had been with Tansy since the coast. Pip had been with Tansy at the quay. Pip had been with Tansy at the fleet's leaving. Pip had been with Tansy at the wound's coast. Pip had been with Tansy at the touched row. Pip watched Tansy mark. Pip did not ask what the marks were. Pip had been with Tansy long enough to know the marks. The marks were what Tansy did at the edges.</w:t>
      </w:r>
    </w:p>
    <w:p>
      <w:pPr>
        <w:spacing w:line="360" w:lineRule="auto" w:after="0"/>
        <w:ind w:firstLine="283"/>
      </w:pPr>
      <w:r>
        <w:t>Tansy stood at the sixth house's stone jamb. The chalk was in her hand. The chalk was the smaller wafer. The chalk had marked six marks on the stone. The chalk had marked six marks on the ash. The chalk had a little left. The chalk had enough for the next morning. The next morning would be another morning. The next morning would have another edge. The next morning would have another mark.</w:t>
      </w:r>
    </w:p>
    <w:p>
      <w:pPr>
        <w:spacing w:line="360" w:lineRule="auto" w:after="0"/>
        <w:ind w:firstLine="283"/>
      </w:pPr>
      <w:r>
        <w:t>The white shields were at the wound's edge. The white shields had not moved. The white shields had watched Tansy mark. The white shields had not stopped her. The white shields had not spoken to her. The white shields did not need to speak to her. The white shields' office was the line. The witness's office was the edge. The two offices did not meet. The two offices were at the same row. The two offices were at the same morning. The morning did not mind the two offices.</w:t>
      </w:r>
    </w:p>
    <w:p>
      <w:pPr>
        <w:spacing w:line="360" w:lineRule="auto" w:after="0"/>
        <w:ind w:firstLine="283"/>
      </w:pPr>
      <w:r>
        <w:t>Tansy turned from the sixth house. The nine children turned from the row's edge. The nine children went with Tansy. The chalk was in Tansy's pocket. The chalk was the smaller wafer. The nine children were with Tansy. The nine children were the children not yet written. The nine children were the children not yet taken. The nine children were the children not yet burned. The nine children were the witness's practice. The nine children were always with Tansy. The morning had the marks. The marks on the stone stayed. The marks on the stone were the only record of the touched row. The marks stayed.</w:t>
      </w:r>
    </w:p>
    <w:p>
      <w:pPr>
        <w:spacing w:before="360" w:after="240"/>
        <w:ind w:firstLine="0"/>
        <w:jc w:val="center"/>
      </w:pPr>
      <w:r>
        <w:rPr>
          <w:b/>
          <w:i/>
          <w:color w:val="333333"/>
          <w:sz w:val="26"/>
        </w:rPr>
        <w:t>Chapter 12 — What the Pilgrim Wants</w:t>
      </w:r>
    </w:p>
    <w:p>
      <w:pPr>
        <w:spacing w:line="360" w:lineRule="auto" w:after="0"/>
        <w:ind w:firstLine="283"/>
      </w:pPr>
      <w:r>
        <w:t>☰</w:t>
      </w:r>
    </w:p>
    <w:p>
      <w:pPr>
        <w:spacing w:line="360" w:lineRule="auto" w:after="0"/>
        <w:ind w:firstLine="283"/>
      </w:pPr>
      <w:r>
        <w:t>The question came on the ninth day, and the one who asked it was Voss. The asking was alone, at the hut’s door, with no register. No clerk. No mother’s eye — just a woman, with a flask of tea. The question the coast had never asked.</w:t>
      </w:r>
    </w:p>
    <w:p>
      <w:pPr>
        <w:spacing w:line="360" w:lineRule="auto" w:after="0"/>
        <w:ind w:firstLine="283"/>
      </w:pPr>
      <w:r>
        <w:t>It came out of the ninth day’s ordinary. The washing’s tents had gone quiet in the evening — the daughter’s long order done, the woman Nella walked out clean-clothed, unmarked, fed, the white’s whole courtesy done with her and done well —. The walker in the hut had heard the tent’s quiet through the hut’s wall the way a man hears a weather change. The hearing had changed nothing in the standing: the body stood at the wall, faced the door, the bowl untouched by the door, the nine days counted in the sternum. And Voss had come at the dusk with the flask, and had come in — the first entry in nine days, the guard stepping aside —. Had set the flask on the bowl’s place. Sat on the hut’s one stool. Sat a long time.</w:t>
      </w:r>
    </w:p>
    <w:p>
      <w:pPr>
        <w:spacing w:line="360" w:lineRule="auto" w:after="0"/>
        <w:ind w:firstLine="283"/>
      </w:pPr>
      <w:r>
        <w:t>“I am going to ask you something,” Voss said, at last, “and I want you to understand what it is before you decide what to do with it. It is not a trick. It is not the register. It is not the law’s business — the law’s business is the charge and the charge stands. The exchange your sea-people’s man offered stands refused. The demonstration’s order stands in the book. None of that is what I am asking.”</w:t>
      </w:r>
    </w:p>
    <w:p>
      <w:pPr>
        <w:spacing w:line="360" w:lineRule="auto" w:after="0"/>
        <w:ind w:firstLine="283"/>
      </w:pPr>
      <w:r>
        <w:t>The captain’s face in the hut’s dusk was the face under the mother’s eye, the face of a woman who had been a woman before the white and would be a woman after it. “I have been at your camp’s edge for nine days. I have read your walking’s law in the bowshot: the pot, the bowls, the circuit, the rules — I have had it read to me by my own readers, the ground’s marks your people send my clerk every morning, free, the reading I did not ask for and cannot stop. I have a daughter in the middle lands.” The sentence came out plain. Two people, a hut, a flask. “I have watched you stand for nine days. I have read the entries. I understand the whole machine of it — except one thing. And I have decided to ask it, because a man should be —” She stopped. The dusk held.</w:t>
      </w:r>
    </w:p>
    <w:p>
      <w:pPr>
        <w:spacing w:line="360" w:lineRule="auto" w:after="0"/>
        <w:ind w:firstLine="283"/>
      </w:pPr>
      <w:r>
        <w:t>Corren stood at the wall, faced the door, nine days of the standing in the body’s legs, and the body’s eyes came to the woman on the stool, and the woman on the stool asked the question:</w:t>
      </w:r>
    </w:p>
    <w:p>
      <w:pPr>
        <w:spacing w:line="360" w:lineRule="auto" w:after="0"/>
        <w:ind w:firstLine="283"/>
      </w:pPr>
      <w:r>
        <w:t>“What do you want?”</w:t>
      </w:r>
    </w:p>
    <w:p>
      <w:pPr>
        <w:spacing w:line="360" w:lineRule="auto" w:after="0"/>
        <w:ind w:firstLine="283"/>
      </w:pPr>
      <w:r>
        <w:t>The hut held it. The flask’s steam. The dusk. The door’s guard’s distant feet. Not what the walking wanted. What Corren wanted.</w:t>
      </w:r>
    </w:p>
    <w:p>
      <w:pPr>
        <w:spacing w:line="360" w:lineRule="auto" w:after="0"/>
        <w:ind w:firstLine="283"/>
      </w:pPr>
      <w:r>
        <w:t>Corren stood at the wall. The question did what nine days of holding had not done: it moved him. The body came off the wall — an inch, the standing’s own inch. His face went still, and then older. He had not been asked what he wanted in nine years. The want had been in the keeping-pocket the whole time, beside the spoon, and the question had found it.</w:t>
      </w:r>
    </w:p>
    <w:p>
      <w:pPr>
        <w:spacing w:line="360" w:lineRule="auto" w:after="0"/>
        <w:ind w:firstLine="283"/>
      </w:pPr>
      <w:r>
        <w:t>“I want to eat one meal with my daughter’s family,” Corren said.</w:t>
      </w:r>
    </w:p>
    <w:p>
      <w:pPr>
        <w:spacing w:line="360" w:lineRule="auto" w:after="0"/>
        <w:ind w:firstLine="283"/>
      </w:pPr>
      <w:r>
        <w:t>The sentence stood in the hut. Plain, level, nine years and nine days old.</w:t>
      </w:r>
    </w:p>
    <w:p>
      <w:pPr>
        <w:spacing w:line="360" w:lineRule="auto" w:after="0"/>
        <w:ind w:firstLine="283"/>
      </w:pPr>
      <w:r>
        <w:t>“One meal. At her table, inside the wall, at whatever evening the white’s law permits a meal — hers cooked, her family’s bowls, her child at the board. I want to sit at the board. I want to eat what she’s made. I want to hold—” and the voice held for the length of one breath, and the breath was the freight’s own size — “I want to hold the child. My granddaughter. Marit. I’ve never seen her face. One meal, one holding. And then — ” and the plainness came back, the route’s own ending — “and then I leave before the dawn. That’s the walking’s law, and it’s mine. I keep it with myself before I keep it with anyone: I go before the family wakes. The camp is a mile east by the first light. She knows the going — I’ve done the going to her twice, at her own wall, in her own dark. She knows it. The knowing is the family’s inheritance. The inheritance is enough. One meal. One holding. One leaving. That’s all I want.”</w:t>
      </w:r>
    </w:p>
    <w:p>
      <w:pPr>
        <w:spacing w:line="360" w:lineRule="auto" w:after="0"/>
        <w:ind w:firstLine="283"/>
      </w:pPr>
      <w:r>
        <w:t>Voss sat with the answer for a long time. The dusk went down. The flask’s steam thinned. The captain stood. The standing was the woman’s, not the mother’s-eye’s. The woman said the only thing the asking could be answered with:</w:t>
      </w:r>
    </w:p>
    <w:p>
      <w:pPr>
        <w:spacing w:line="360" w:lineRule="auto" w:after="0"/>
        <w:ind w:firstLine="283"/>
      </w:pPr>
      <w:r>
        <w:t>“I can’t.”</w:t>
      </w:r>
    </w:p>
    <w:p>
      <w:pPr>
        <w:spacing w:line="360" w:lineRule="auto" w:after="0"/>
        <w:ind w:firstLine="283"/>
      </w:pPr>
      <w:r>
        <w:t>“I know,” Corren said.</w:t>
      </w:r>
    </w:p>
    <w:p>
      <w:pPr>
        <w:spacing w:line="360" w:lineRule="auto" w:after="0"/>
        <w:ind w:firstLine="283"/>
      </w:pPr>
      <w:r>
        <w:t>Voss went to the door. At the door, the captain stopped. “The demonstration’s order stands in the book. But the flask is tea, and it is not the register’s tea — I made it myself, at my own fire, this evening. I made it because you have stood at that wall for nine days. The standing is a man’s standing. I know a man’s standing when I see one.” The captain went out. The guard closed the door. The flask stood on the bowl’s place, steaming.</w:t>
      </w:r>
    </w:p>
    <w:p>
      <w:pPr>
        <w:spacing w:line="360" w:lineRule="auto" w:after="0"/>
        <w:ind w:firstLine="283"/>
      </w:pPr>
      <w:r>
        <w:t>He drank the tea. That was the night’s own small human thing: the tea was good — the coast’s bitter herb, over-sweetened, a woman’s own taste in it, the making of a mother of daughters. The walkers took their tea unsweetened, and Corren’s mouth found the sweetness a small surprise after nine years of the plain. He drank it anyway, at the wall, in the dark, facing the door, and the flask’s warmth went into the nine days’ standing body, and the warmth was the only thing that crossed the hut’s walls all night.</w:t>
      </w:r>
    </w:p>
    <w:p>
      <w:pPr>
        <w:ind w:firstLine="0"/>
        <w:jc w:val="center"/>
      </w:pPr>
      <w:r>
        <w:rPr>
          <w:color w:val="AAAAAA"/>
        </w:rPr>
        <w:t>❖</w:t>
      </w:r>
    </w:p>
    <w:p>
      <w:pPr>
        <w:spacing w:before="360" w:after="240"/>
        <w:ind w:firstLine="0"/>
        <w:jc w:val="center"/>
      </w:pPr>
      <w:r>
        <w:rPr>
          <w:b/>
          <w:i/>
          <w:color w:val="333333"/>
          <w:sz w:val="26"/>
        </w:rPr>
        <w:t>Chapter 13 — The Archive's Dissent</w:t>
      </w:r>
    </w:p>
    <w:p>
      <w:pPr>
        <w:spacing w:line="360" w:lineRule="auto" w:after="0"/>
        <w:ind w:firstLine="283"/>
      </w:pPr>
      <w:r>
        <w:t>☰</w:t>
      </w:r>
    </w:p>
    <w:p>
      <w:pPr>
        <w:spacing w:line="360" w:lineRule="auto" w:after="0"/>
        <w:ind w:firstLine="283"/>
      </w:pPr>
      <w:r>
        <w:t>The order came ashore in the white’s good paper and the coalition’s blue, posted at the Landing’s board. The settlements’ gates. The camps’ wires. Mira read it at the plank-table in the evening. Her pen stopped.</w:t>
      </w:r>
    </w:p>
    <w:p>
      <w:pPr>
        <w:spacing w:line="360" w:lineRule="auto" w:after="0"/>
        <w:ind w:firstLine="283"/>
      </w:pPr>
      <w:r>
        <w:t>The order was the joint seals’ and the white’s own joint production — the coalition’s first paper, the public-health grammar’s own level register, the order’s four sections in the neat hand. The first section was the clean-zone: the boundaries, the lime’s white line, the clean ground’s law. The second section was the touched: the unclean, the carriers, the grey, the walkers, the uncounted, the margin’s whole freight. The third section was the exclusion: the touched excluded from the clean zones, the gate’s law, the washing’s door, the joint seals’ warrant, the white’s mercy. The fourth section was the enforcement: the white’s sixty, the joint seals’ guard, the coast’s whole freight brought under the order’s law.</w:t>
      </w:r>
    </w:p>
    <w:p>
      <w:pPr>
        <w:spacing w:line="360" w:lineRule="auto" w:after="0"/>
        <w:ind w:firstLine="283"/>
      </w:pPr>
      <w:r>
        <w:t>Mira read the order at the plank-table. The pen in her hand. The pen stopped at the third section, at the line where the touched were named. The archive had been the refusal to name. The archive had been the unlisted. The third section was the entering of the touched, name by name, walker by walker, company by company, the uncounted brought under the joint seals’ warrant, the unlisted made listed.</w:t>
      </w:r>
    </w:p>
    <w:p>
      <w:pPr>
        <w:spacing w:line="360" w:lineRule="auto" w:after="0"/>
        <w:ind w:firstLine="283"/>
      </w:pPr>
      <w:r>
        <w:t>She copied the order into the chest, in the level hand, with the open hand above the entry: Order received; clean-zone; touched; exclusion; enforcement. The order’s third section is the archive’s inversion: the unlisted made listed.</w:t>
      </w:r>
    </w:p>
    <w:p>
      <w:pPr>
        <w:spacing w:line="360" w:lineRule="auto" w:after="0"/>
        <w:ind w:firstLine="283"/>
      </w:pPr>
      <w:r>
        <w:t>The phrase came ashore in the autumn of the second summer, in the coalition’s planning paper, and Mira heard it first from Rook’s mouth at the kitchen’s fire, and the hearing stopped her pen in the air.</w:t>
      </w:r>
    </w:p>
    <w:p>
      <w:pPr>
        <w:spacing w:line="360" w:lineRule="auto" w:after="0"/>
        <w:ind w:firstLine="283"/>
      </w:pPr>
      <w:r>
        <w:t>The paper was the coast’s overflow-planning — the remnant’s joint work with the white’s higher camps, the settling of the wound’s coast’s whole displaced freight — and the planning’s arithmetic had needed a word for the arithmetic’s remainder, the freight the plan could not carry. The word the paper had found was the word the old world had always found. The word was in the plan’s fourth section, in the neat hand, in the level register, at the head of a table of numbers: acceptable losses.</w:t>
      </w:r>
    </w:p>
    <w:p>
      <w:pPr>
        <w:spacing w:line="360" w:lineRule="auto" w:after="0"/>
        <w:ind w:firstLine="283"/>
      </w:pPr>
      <w:r>
        <w:t>The phrase landed in Mira’s body before it reached her mind. The numbers were the remainder, and the remainder was the freight the plan could not carry.</w:t>
      </w:r>
    </w:p>
    <w:p>
      <w:pPr>
        <w:spacing w:line="360" w:lineRule="auto" w:after="0"/>
        <w:ind w:firstLine="283"/>
      </w:pPr>
      <w:r>
        <w:t>Mira copied the phrase into the chest, in the level hand, with the open hand above the entry: phrase received: acceptable losses; the coalition’s planning paper’s fourth section; the acceptable losses are the uncounted. The uncounted are the people. She made an ordinary mark at the next entry. The hand failed at the second stroke — the line went wide, the mark half-formed. She looked at it. She did not mend it. She moved to the next entry.</w:t>
      </w:r>
    </w:p>
    <w:p>
      <w:pPr>
        <w:ind w:firstLine="0"/>
        <w:jc w:val="center"/>
      </w:pPr>
      <w:r>
        <w:rPr>
          <w:color w:val="AAAAAA"/>
        </w:rPr>
        <w:t>❖</w:t>
      </w:r>
    </w:p>
    <w:p>
      <w:pPr>
        <w:spacing w:line="360" w:lineRule="auto" w:after="0"/>
        <w:ind w:firstLine="283"/>
      </w:pPr>
      <w:r>
        <w:t>The first letter moved in the autumn, and Mira found it the way she had found the first moving letter in the world: by the corner of the page, in the ordinary course of the morning’s work.</w:t>
      </w:r>
    </w:p>
    <w:p>
      <w:pPr>
        <w:spacing w:line="360" w:lineRule="auto" w:after="0"/>
        <w:ind w:firstLine="283"/>
      </w:pPr>
      <w:r>
        <w:t>She was checking the chest. That was the archive’s own new discipline, grown up over the second summer without anyone’s deciding it: the morning’s comparison of the pages, the way the keepers compared the charts — the chest’s whole holding laid out a leaf at a time, the entries read against themselves. The chest had been the coast’s one stable country. The morning’s comparison was its border patrol, and the patrol had never once found anything.</w:t>
      </w:r>
    </w:p>
    <w:p>
      <w:pPr>
        <w:spacing w:line="360" w:lineRule="auto" w:after="0"/>
        <w:ind w:firstLine="283"/>
      </w:pPr>
      <w:r>
        <w:t>The letter moved on the copy of the exclusion order.</w:t>
      </w:r>
    </w:p>
    <w:p>
      <w:pPr>
        <w:spacing w:line="360" w:lineRule="auto" w:after="0"/>
        <w:ind w:firstLine="283"/>
      </w:pPr>
      <w:r>
        <w:t>Her own copy — taken in her own hand, in her own ink, from the white’s posted original — the copy had lain in the chest through the summer, and the autumn’s first morning’s patrol found it: the operative sentence, the washing is the door, and the sentence’s last word had changed. It was door on the page’s left half and coast on the page’s right half — the letters’ join running down the middle of the word like a seam, the two halves of door. Coast not disagreeing but merging, the d. The c both present, the oo. The oa both present, the word itself holding its own two states.</w:t>
      </w:r>
    </w:p>
    <w:p>
      <w:pPr>
        <w:spacing w:line="360" w:lineRule="auto" w:after="0"/>
        <w:ind w:firstLine="283"/>
      </w:pPr>
      <w:r>
        <w:t>She did not resolve it. The level hand took the finding down — exclusion order copy: operative sentence’s last word in transition; door/coast; not resolved — and the patrol went on.</w:t>
      </w:r>
    </w:p>
    <w:p>
      <w:pPr>
        <w:spacing w:line="360" w:lineRule="auto" w:after="0"/>
        <w:ind w:firstLine="283"/>
      </w:pPr>
      <w:r>
        <w:t>And the patrol found more. The records begun in clean zones were the records that moved. The white’s paper — the good paper, the public-health paper, the joint seals’ clean stock — the exclusion orders and the trade’s terms. The zones’ refused paper. The washing-camp’s ration-weights — the clean-zone paper’s letters moved. Slowly, at the letters’ own pace, a change a week, a word a season. The fleet’s own paper held. The Landing’s stock, the fleet’s carried-out good paper, the pages of the voyage: still, stable. The clean zones’ paper moved, and the fleet’s paper did not.</w:t>
      </w:r>
    </w:p>
    <w:p>
      <w:pPr>
        <w:spacing w:line="360" w:lineRule="auto" w:after="0"/>
        <w:ind w:firstLine="283"/>
      </w:pPr>
      <w:r>
        <w:t>And her own earlier marks were not immune. The Atherin accounts’ fifth page — her own page, the entry in her own level hand, the two words at the bottom and the open hand above them — the page’s letters had begun, at the bottom, at the two words’ own margin, to move. Not resolved. The t had thickened. The o had gone oval at its own edge, the oval drifting toward an a’s shape — the two words beginning, at their letters’ own century-slow pace, to slur.</w:t>
      </w:r>
    </w:p>
    <w:p>
      <w:pPr>
        <w:spacing w:line="360" w:lineRule="auto" w:after="0"/>
        <w:ind w:firstLine="283"/>
      </w:pPr>
      <w:r>
        <w:t>She kept marking. The pages moved; the marks moved with them; her own entries would move in their own centuries. The keeping was the morning’s comparison. And every morning, at the patrol’s end, she took the pen and wrote the two words again — fresh, level, at the moved words’ side, the new entry beside the old, the old left to its own drifting —. The chest’s pages began to carry the practice’s own archaeology: not resolved, not resolved, not resolved — the words repeated at their own strata, layer on layer, the old ones drifting. The new ones level.</w:t>
      </w:r>
    </w:p>
    <w:p>
      <w:pPr>
        <w:spacing w:line="360" w:lineRule="auto" w:after="0"/>
        <w:ind w:firstLine="283"/>
      </w:pPr>
      <w:r>
        <w:t>Even the ethical record is contaminated. Continue anyway. That was the entry’s own last line, in the level hand, at the autumn’s end.</w:t>
      </w:r>
    </w:p>
    <w:p>
      <w:pPr>
        <w:spacing w:line="360" w:lineRule="auto" w:after="0"/>
        <w:ind w:firstLine="283"/>
      </w:pPr>
      <w:r>
        <w:t>The testimony of the forty-one was bound in the winter, and presented in the spring. It failed. The failing was the finding. The testimony existed.</w:t>
      </w:r>
    </w:p>
    <w:p>
      <w:pPr>
        <w:spacing w:line="360" w:lineRule="auto" w:after="0"/>
        <w:ind w:firstLine="283"/>
      </w:pPr>
      <w:r>
        <w:t>The forty-one were the marsh-camp’s purification’s dead — the forty-one the medic’s reading had said were not contaminated, the forty-one the white’s clean fire had taken at the second morning. Mira had bound the testimony through the winter, in the level hand, with the open hand above each name, with the keeper’s mark at each entry’s foot. The testimony was the chest’s own binding. The testimony was the archive’s whole office.</w:t>
      </w:r>
    </w:p>
    <w:p>
      <w:pPr>
        <w:spacing w:line="360" w:lineRule="auto" w:after="0"/>
        <w:ind w:firstLine="283"/>
      </w:pPr>
      <w:r>
        <w:t>The testimony was presented at the board’s last sitting. The board read it. The board’s finding was the testimony’s not-being-evidence. The testimony was the holding, not the evidence. The two did not resolve. The testimony failed.</w:t>
      </w:r>
    </w:p>
    <w:p>
      <w:pPr>
        <w:spacing w:line="360" w:lineRule="auto" w:after="0"/>
        <w:ind w:firstLine="283"/>
      </w:pPr>
      <w:r>
        <w:t>The failing was the finding. The testimony existed.</w:t>
      </w:r>
    </w:p>
    <w:p>
      <w:pPr>
        <w:spacing w:line="360" w:lineRule="auto" w:after="0"/>
        <w:ind w:firstLine="283"/>
      </w:pPr>
      <w:r>
        <w:t>Mira copied the failing into the chest, in the level hand: testimony presented; testimony failed; the failing is the testimony’s not-being-evidence; the testimony exists; the forty-one are held. The chest held the forty-one.</w:t>
      </w:r>
    </w:p>
    <w:p>
      <w:pPr>
        <w:ind w:firstLine="0"/>
        <w:jc w:val="center"/>
      </w:pPr>
      <w:r>
        <w:rPr>
          <w:color w:val="AAAAAA"/>
        </w:rPr>
        <w:t>❖</w:t>
      </w:r>
    </w:p>
    <w:p>
      <w:pPr>
        <w:spacing w:before="360" w:after="240"/>
        <w:ind w:firstLine="0"/>
        <w:jc w:val="center"/>
      </w:pPr>
      <w:r>
        <w:rPr>
          <w:b/>
          <w:i/>
          <w:color w:val="333333"/>
          <w:sz w:val="26"/>
        </w:rPr>
        <w:t>Chapter 14 — Returned Pilgrim</w:t>
      </w:r>
    </w:p>
    <w:p>
      <w:pPr>
        <w:spacing w:line="360" w:lineRule="auto" w:after="0"/>
        <w:ind w:firstLine="283"/>
      </w:pPr>
      <w:r>
        <w:t>☰</w:t>
      </w:r>
    </w:p>
    <w:p>
      <w:pPr>
        <w:spacing w:line="360" w:lineRule="auto" w:after="0"/>
        <w:ind w:firstLine="283"/>
      </w:pPr>
      <w:r>
        <w:t>They put him out at the wall’s outside in the night’s third hour.</w:t>
      </w:r>
    </w:p>
    <w:p>
      <w:pPr>
        <w:spacing w:line="360" w:lineRule="auto" w:after="0"/>
        <w:ind w:firstLine="283"/>
      </w:pPr>
      <w:r>
        <w:t>The medic came first. A young woman, gaunt, the camp’s jacket over the grey of her own training, her hands smelling of the lime-baths and the phenol that the white used to mean clean. She came into the hut at the second hour with the order’s plain paper in her hand. She did not read the order aloud. The order’s last line was the medic’s own finding, signed at the bottom in her own hand — the finding she had been making, day by day, for nine days, in the camp’s medical ledger, in the public-health grammar, with the honest plainness of a body trained to read bodies and not what the bodies had done to be inside them:</w:t>
      </w:r>
    </w:p>
    <w:p>
      <w:pPr>
        <w:spacing w:line="360" w:lineRule="auto" w:after="0"/>
        <w:ind w:firstLine="283"/>
      </w:pPr>
      <w:r>
        <w:t>Adjustment disorder. Outcome pending. Treatment contraindicated. The case is outside the washing’s warrant. Recommend transfer to the boundary. The treatment does not treat.</w:t>
      </w:r>
    </w:p>
    <w:p>
      <w:pPr>
        <w:spacing w:line="360" w:lineRule="auto" w:after="0"/>
        <w:ind w:firstLine="283"/>
      </w:pPr>
      <w:r>
        <w:t>The medic had read Corren’s body for nine days — the standing at the wall, the seven untouched bowls, the spine locked at the lumbar’s full extension, the breath’s shallow hold at fourteen per minute by the eighth day, the body-mass fallen past the hip-bones to where the ribs’ ladder showed at the chest — and set the finding down in the ledger in the level hand. The body would not sit. The body had not sat in nine years, and the medic’s training had no protocol for a body that would not sit, because the training had been made for bodies that broke under holding, and this body had not broken — this body had held. The treatment did not treat.</w:t>
      </w:r>
    </w:p>
    <w:p>
      <w:pPr>
        <w:spacing w:line="360" w:lineRule="auto" w:after="0"/>
        <w:ind w:firstLine="283"/>
      </w:pPr>
      <w:r>
        <w:t>The medic looked at Corren across the hut’s small air. She did not speak. The order’s plain paper was in her hand, and the order’s plain paper was the only speaking the medic could do. She turned at the door and went out, and the door closed.</w:t>
      </w:r>
    </w:p>
    <w:p>
      <w:pPr>
        <w:spacing w:line="360" w:lineRule="auto" w:after="0"/>
        <w:ind w:firstLine="283"/>
      </w:pPr>
      <w:r>
        <w:t>The machinery folded next. The stockade’s guard was stood down at the second hour: the four drilled men at the hut’s four corners relieved, no relief sent, the corners empty by the half-hour. The register’s entry was made in the neat hand, the entry’s last word the word the medic’s finding had given the camp: uncleanable. The word was the walker’s new one. The word was the door the white had opened to be rid of him, and the door was out.</w:t>
      </w:r>
    </w:p>
    <w:p>
      <w:pPr>
        <w:spacing w:line="360" w:lineRule="auto" w:after="0"/>
        <w:ind w:firstLine="283"/>
      </w:pPr>
      <w:r>
        <w:t>The processing-cord was cut at the third hour. A young clerk, the camp’s, came in with the scissors and cut the cord at the wrists. The cord fell. The wrists were free. The wrists were raw where the cord had held them for nine days — the rope-burns at the bone’s edge, the skin gone in two long lines a hand’s span apiece along the forearm, the lines the cord’s own mark on the walker’s body, the marks the body would carry the rest of its life. The clerk did not look at the walker’s face. The clerk put the cord in his pocket and went out.</w:t>
      </w:r>
    </w:p>
    <w:p>
      <w:pPr>
        <w:spacing w:line="360" w:lineRule="auto" w:after="0"/>
        <w:ind w:firstLine="283"/>
      </w:pPr>
      <w:r>
        <w:t>The walker walked out. The white’s patrol took him from the hut to the gate at the night’s third hour, four drilled men again, the same courtesy, the plain words. Corren walked between them. The legs walked. The legs had not forgotten the walking — the legs were the walking, the legs had been the walking for nine years, the legs had been the walking in the hut for nine days, the legs walked the camp’s path from the stockade to the gate with the same gait they walked the company’s route.</w:t>
      </w:r>
    </w:p>
    <w:p>
      <w:pPr>
        <w:spacing w:line="360" w:lineRule="auto" w:after="0"/>
        <w:ind w:firstLine="283"/>
      </w:pPr>
      <w:r>
        <w:t>The gate was open. The lime’s white line lay on the ground at the gate’s threshold, drawn, holding. Corren stepped over the lime’s white line at the night’s third hour, and the stepping-over was a naming — uncleanable —. The uncleanable one walked out of the white’s clean ground into the world’s ground at the night’s third hour. The world’s ground was the wound’s. The wound’s ground was the walker’s.</w:t>
      </w:r>
    </w:p>
    <w:p>
      <w:pPr>
        <w:spacing w:line="360" w:lineRule="auto" w:after="0"/>
        <w:ind w:firstLine="283"/>
      </w:pPr>
      <w:r>
        <w:t>The fields lay in the dark’s last grey. The furrows. The old skin, honest, holding a boot’s print for a breath and letting it go. The boot was on the ground. The ground held the print. The print was let go. The next print was taken. The ground held it. The ground let it go. The walker walked.</w:t>
      </w:r>
    </w:p>
    <w:p>
      <w:pPr>
        <w:spacing w:line="360" w:lineRule="auto" w:after="0"/>
        <w:ind w:firstLine="283"/>
      </w:pPr>
      <w:r>
        <w:t>The tree-line came at the dawn’s first grey. Rill was at the tree-line’s edge, the way the youngest of the company always stood at the waiting-places. The company was behind Rill — twenty grey, the pot and the bowls and the rules, the camp at the bowshot, the fires, the circuit’s rim. The company had camped at the bowshot for nine days. The walking had never left. The walking’s vigil had been the company’s own — the pot and the rules. The circuit, the vigil that did not storm. Did not leave. Did not resolve. The walker walked out of the white’s gate, and the walker walked the fields. The walker walked to the tree-line. The tree-line held the company. The company held the walker. The walking took the walker back.</w:t>
      </w:r>
    </w:p>
    <w:p>
      <w:pPr>
        <w:spacing w:line="360" w:lineRule="auto" w:after="0"/>
        <w:ind w:firstLine="283"/>
      </w:pPr>
      <w:r>
        <w:t>The walking took him back with no ceremony. The company’s fires, the morning’s meal, the bowl in the leading’s hands, the ground under the boots — the walking had no reunion in its grammar, and the return was not a coming-back. It was a resuming. Corren took the bowl and drank the thin soup — the walker’s pot’s own thin, the taste his mouth knew without asking. The company’s twenty sat at the fires, and the morning went on.</w:t>
      </w:r>
    </w:p>
    <w:p>
      <w:pPr>
        <w:spacing w:line="360" w:lineRule="auto" w:after="0"/>
        <w:ind w:firstLine="283"/>
      </w:pPr>
      <w:r>
        <w:t>The medic’s finding sat in his body. The rope-burns at the wrists. The spine’s locked vertical. The breath’s shallow hold. The body carried the medic’s reading the way the body carried the walking — in the sternum, in the legs, in the wrist-burns’ two long lines.</w:t>
      </w:r>
    </w:p>
    <w:p>
      <w:pPr>
        <w:spacing w:line="360" w:lineRule="auto" w:after="0"/>
        <w:ind w:firstLine="283"/>
      </w:pPr>
      <w:r>
        <w:t>And then the stories began. That was the return’s second day: the company had stood at the bowshot for nine days, and the coast had watched the standing. The standing had gone along the coast’s feet. The feet’s telling had grown in the telling the way the coast’s tellings grew: the walker taken; the walker holding the wall; the grey one who stood at the wall of the white’s camp. Did not sit down for nine days. The white could not wash him. The white’s own law had no name for him at the end but the name that meant beyond us — uncleanable —. The coast took the name. The story. Made of them what the coast’s fear. The coast’s hope made of everything: a banner. The margin’s people began to come to the walking’s fires to see the walker who had stood, and the coming was the story’s own gravity: a man had been taken by the circles and the taking had not held him.</w:t>
      </w:r>
    </w:p>
    <w:p>
      <w:pPr>
        <w:spacing w:line="360" w:lineRule="auto" w:after="0"/>
        <w:ind w:firstLine="283"/>
      </w:pPr>
      <w:r>
        <w:t>The circles’ mercy had put him out. The man was walking. The man was still walking — and the still-walking was the banner the coast’s frightened wanted: proof that the circles could be survived.</w:t>
      </w:r>
    </w:p>
    <w:p>
      <w:pPr>
        <w:spacing w:line="360" w:lineRule="auto" w:after="0"/>
        <w:ind w:firstLine="283"/>
      </w:pPr>
      <w:r>
        <w:t>The corridor brought it to him plainly. Nima, at the fire, in the third evening: “They’re asking at the fords if the walker will stand for the margin. The web’s people want the story told at the lanes — the uncleanable one, the one the white couldn’t wash. They want the name said.”</w:t>
      </w:r>
    </w:p>
    <w:p>
      <w:pPr>
        <w:spacing w:line="360" w:lineRule="auto" w:after="0"/>
        <w:ind w:firstLine="283"/>
      </w:pPr>
      <w:r>
        <w:t>He asked them at the fire. That was the return’s own hardest work:</w:t>
      </w:r>
    </w:p>
    <w:p>
      <w:pPr>
        <w:spacing w:line="360" w:lineRule="auto" w:after="0"/>
        <w:ind w:firstLine="283"/>
      </w:pPr>
      <w:r>
        <w:t>“Do not make me a symbol.”</w:t>
      </w:r>
    </w:p>
    <w:p>
      <w:pPr>
        <w:spacing w:line="360" w:lineRule="auto" w:after="0"/>
        <w:ind w:firstLine="283"/>
      </w:pPr>
      <w:r>
        <w:t>He said it plainly, at the company’s fire, to the company and the corridor. The young at the edges. The saying was not soft. The saying was not loud. The saying was the leading’s own voice, the route’s voice, the voice that ended the day. Began the morning.</w:t>
      </w:r>
    </w:p>
    <w:p>
      <w:pPr>
        <w:spacing w:line="360" w:lineRule="auto" w:after="0"/>
        <w:ind w:firstLine="283"/>
      </w:pPr>
      <w:r>
        <w:t>“Do not make me a symbol. Not the margin’s, not the walking’s, not the coast’s. Not the standing: the standing was nine days of a hut, and the not-sitting was not courage. It was obedience. It was the walking obeying itself in a room too small for the walking, and the obedience has no banner in it.</w:t>
      </w:r>
    </w:p>
    <w:p>
      <w:pPr>
        <w:spacing w:line="360" w:lineRule="auto" w:after="0"/>
        <w:ind w:firstLine="283"/>
      </w:pPr>
      <w:r>
        <w:t>“Not the bowls: the bowls were the register’s bread, and the refusing was the law’s own plain arithmetic. Not the name: the white’s word uncleanable is the white’s word, and the word is a door’s word — a door the white built to put me out of — and I will not carry the white’s door as the margin’s banner. The banner would be the white’s door with the margin’s cloth on it, and doors stand longer than cloth. And not the leaving: I am not the proof that the circles can be survived.</w:t>
      </w:r>
    </w:p>
    <w:p>
      <w:pPr>
        <w:spacing w:line="360" w:lineRule="auto" w:after="0"/>
        <w:ind w:firstLine="283"/>
      </w:pPr>
      <w:r>
        <w:t>“I am one walker the circles could not use, and the circles’ not-using is not a victory. The margin’s banners will draw the white’s next taking. The next taking will hold a walker who does not stand. The holding will hold. The banner will have been the drawing. The drawing will have been mine.”</w:t>
      </w:r>
    </w:p>
    <w:p>
      <w:pPr>
        <w:spacing w:line="360" w:lineRule="auto" w:after="0"/>
        <w:ind w:firstLine="283"/>
      </w:pPr>
      <w:r>
        <w:t>The fire held the asking. The company’s twenty held it; the corridor’s woman held it; the young at the edges held it. The asking asked the ones who loved him to not-use him: the corridor’s frightened wanted the banner because the banner was survival, and the young wanted the story because the story was the walking’s own glory at last, and the asking asked all of them to carry the nine days unstoried, to hold the standing in the sternum the way the walking held the dead: carried, not displayed; kept, not spent.</w:t>
      </w:r>
    </w:p>
    <w:p>
      <w:pPr>
        <w:spacing w:line="360" w:lineRule="auto" w:after="0"/>
        <w:ind w:firstLine="283"/>
      </w:pPr>
      <w:r>
        <w:t>Damar made the entry that night: Corren returned. Nine days held at the white’s camp, Sedge. Expelled at the boundary’s night, the third hour, the register’s word: uncleanable. Rope-burns at the wrists, the medic’s mark. The company stood at the bowshot nine days. The walking resumed on the first morning. The entry is the facts. The facts are not a banner. The leading has asked the company, the corridor, and the coast: do not make me a symbol. The asking is entered.</w:t>
      </w:r>
    </w:p>
    <w:p>
      <w:pPr>
        <w:spacing w:line="360" w:lineRule="auto" w:after="0"/>
        <w:ind w:firstLine="283"/>
      </w:pPr>
      <w:r>
        <w:t>And the fire burned down, and the company slept in the circuit’s rim. The margin’s people came to the fires the next day. The next. The corridor’s woman turned them at the lanes with the web’s own plain word — not press, not plague, the walker is walking —. The young stood their watches. Did not speak the name at the fires. The silence was the granting, hard-won, held. And the story went on along the coast’s feet, growing, south, side by side, the story and the walking, the banner and the refusal. The body carried the medic’s mark, the rope-burns, the wrist-burns’ two long lines. The body was the walker’s. The walker walked.</w:t>
      </w:r>
    </w:p>
    <w:p>
      <w:pPr>
        <w:spacing w:line="360" w:lineRule="auto" w:after="0"/>
        <w:ind w:firstLine="283"/>
      </w:pPr>
      <w:r>
        <w:t>*</w:t>
      </w:r>
    </w:p>
    <w:p>
      <w:pPr>
        <w:spacing w:line="360" w:lineRule="auto" w:after="0"/>
        <w:ind w:firstLine="283"/>
      </w:pPr>
      <w:r>
        <w:t>The bundle was the spoon and the seeds. The bundle had been the spoon and the seeds for nine years, in the kitchen-cloth that had held the flour. Then held the spoon. Then held the nine years.</w:t>
      </w:r>
    </w:p>
    <w:p>
      <w:pPr>
        <w:spacing w:line="360" w:lineRule="auto" w:after="0"/>
        <w:ind w:firstLine="283"/>
      </w:pPr>
      <w:r>
        <w:t>He had gone back for the spoon. The going-back was the flight’s one disagreement with itself. The valley had been going. The ground had been talking — the rearranging’s first voice — and the going had been the family’s. The family had gone. The going had not included the spoon. The spoon was the daughter’s. The bowl of the spoon was worn to the shape of the child’s mouth. The spoon was the one thing the daughter had cried for in the first camp.</w:t>
      </w:r>
    </w:p>
    <w:p>
      <w:pPr>
        <w:spacing w:line="360" w:lineRule="auto" w:after="0"/>
        <w:ind w:firstLine="283"/>
      </w:pPr>
      <w:r>
        <w:t>Corren had gone back, in the fourth week, when the going-back was still possible. The new skin had been there even then — the rearranging’s first edge — and the new skin had been between the family. The spoon. The crossing of it had been the going-back’s whole cost. The cost had been the new skin’s one mercy to the man who would walk it for nine years. The mercy was the learning. The drawer was there, and the spoon was there, and he took it.</w:t>
      </w:r>
    </w:p>
    <w:p>
      <w:pPr>
        <w:spacing w:line="360" w:lineRule="auto" w:after="0"/>
        <w:ind w:firstLine="283"/>
      </w:pPr>
      <w:r>
        <w:t>He had taken the seeds too. The seeds were the mother’s — the bean-seeds, the saved-seeds, the seeds the mother had kept in the jar on the kitchen’s high shelf, the seeds that were the valley’s whole next summer in a jar. The mother had not come back from the going-back. The cloth held the spoon and the seeds. The nine years. The holding did not end.</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15 — The Standing</w:t>
      </w:r>
    </w:p>
    <w:p>
      <w:pPr>
        <w:spacing w:line="360" w:lineRule="auto" w:after="0"/>
        <w:ind w:firstLine="283"/>
      </w:pPr>
      <w:r>
        <w:t>☰</w:t>
      </w:r>
    </w:p>
    <w:p>
      <w:pPr>
        <w:spacing w:line="360" w:lineRule="auto" w:after="0"/>
        <w:ind w:firstLine="283"/>
      </w:pPr>
      <w:r>
        <w:t>The board sat for one hundred days. Rook sat on it for ninety-one of them — the nine days he did not sit were the nine days of Corren’s holding — and the board’s hundred days produced three reports, two registers. One annex. The board produced no power. The no-power was the finding.</w:t>
      </w:r>
    </w:p>
    <w:p>
      <w:pPr>
        <w:spacing w:line="360" w:lineRule="auto" w:after="0"/>
        <w:ind w:firstLine="283"/>
      </w:pPr>
      <w:r>
        <w:t>The hall was at the coast-road’s south end, a stone-built shipping office the joint seals had taken for the oversight. Five chairs at a plank-table. The joint seals’ blue at the board’s head — the remnant’s clerk, a small man with a paper-folding habit that ran the meeting’s whole clock. The white’s captain second from the head — Voss, the mother’s eye. The fleet’s standing-between third — Rook. The walkers’ leading fourth — Corren’s place empty for nine of the hundred days, Rill in the chair for the other ninety-one, the young walker’s hands flat on the table, the slate by the elbow. The river-mouth peoples’ elder fifth — old Halav’s sister, who had walked the marsh-camp out, who sat with her arms folded and said little. The fifth chair creaked under the elder by the second hour of every session.</w:t>
      </w:r>
    </w:p>
    <w:p>
      <w:pPr>
        <w:spacing w:line="360" w:lineRule="auto" w:after="0"/>
        <w:ind w:firstLine="283"/>
      </w:pPr>
      <w:r>
        <w:t>Rook’s first session was the third day. The remnant’s clerk read the testimony into the board’s register: the medic’s reading of the walker’s body — adjustment disorder, outcome pending, treatment contraindicated — and the joint seals’ warrant that had held the walker at the camp anyway. The clerk read the rope-burns into the register. The rope-burns at the walker’s wrists, the medic’s mark, the cord held nine days, the skin gone in two long lines a hand’s span apiece along the forearm.</w:t>
      </w:r>
    </w:p>
    <w:p>
      <w:pPr>
        <w:spacing w:line="360" w:lineRule="auto" w:after="0"/>
        <w:ind w:firstLine="283"/>
      </w:pPr>
      <w:r>
        <w:t>“Halt the demonstration,” Rook said. “The medic’s reading is the board’s reading. The demonstration is its inversion, and the board’s office is the oversight, and the oversight halts inversions.”</w:t>
      </w:r>
    </w:p>
    <w:p>
      <w:pPr>
        <w:spacing w:line="360" w:lineRule="auto" w:after="0"/>
        <w:ind w:firstLine="283"/>
      </w:pPr>
      <w:r>
        <w:t>The joint seals’ clerk folded the paper. The paper-folding was the clerk’s whole clock. “The board’s office is the oversight. The oversight is the reporting. The board does not halt. The board reports the halt’s not-happening. The rope-burns are reported. The rope-burns stay on the walker’s wrists.”</w:t>
      </w:r>
    </w:p>
    <w:p>
      <w:pPr>
        <w:spacing w:line="360" w:lineRule="auto" w:after="0"/>
        <w:ind w:firstLine="283"/>
      </w:pPr>
      <w:r>
        <w:t>Voss said nothing. The mother’s eye held the table and the four faces. The eye did not press, and the eye did not yield. Rook rubbed the bridge of his nose. The clerk folded another paper. The morning went on. The hall was cold; the shipping office’s stove smoked at the back-draught, and the elder’s arms stayed folded. The bread at the noon’s break was the joint seals’ ration-bread, dry.</w:t>
      </w:r>
    </w:p>
    <w:p>
      <w:pPr>
        <w:spacing w:line="360" w:lineRule="auto" w:after="0"/>
        <w:ind w:firstLine="283"/>
      </w:pPr>
      <w:r>
        <w:t>Rook came back to the table on the fortieth day with the medic’s order in his hand — the medic’s finding that had put the walker out at the wall’s outside, the uncleanable word, the body released. He laid the order on the table. “The demonstration ended. The medic ended it. The medic’s order is the white’s own grammar’s finding. The walker is out. The rope-burns are on the walker’s wrists. The board’s office was the oversight. The oversight did not halt. The rope-burns stayed on the walker’s wrists.”</w:t>
      </w:r>
    </w:p>
    <w:p>
      <w:pPr>
        <w:spacing w:line="360" w:lineRule="auto" w:after="0"/>
        <w:ind w:firstLine="283"/>
      </w:pPr>
      <w:r>
        <w:t>The clerk folded the order. “The board’s office is the oversight. The board reports the medic’s order. The board does not halt the medic’s order. The halt is the medic’s. The rope-burns stay on the walker’s wrists.”</w:t>
      </w:r>
    </w:p>
    <w:p>
      <w:pPr>
        <w:spacing w:line="360" w:lineRule="auto" w:after="0"/>
        <w:ind w:firstLine="283"/>
      </w:pPr>
      <w:r>
        <w:t>Halav’s sister unfolded her arms for the first time in forty days, and folded them back.</w:t>
      </w:r>
    </w:p>
    <w:p>
      <w:pPr>
        <w:spacing w:line="360" w:lineRule="auto" w:after="0"/>
        <w:ind w:firstLine="283"/>
      </w:pPr>
      <w:r>
        <w:t>The board’s hundred days ended at the winter’s turn. The three reports went into the joint seals’ office. The two registers went into the white’s clerk’s keeping. The one annex went into the archive’s chest. The annex was Rook’s own: The board sat for one hundred days. The board produced three reports, two registers, one annex. The board produced no power. The oversight is the reporting, and the reporting is the not-stopping. The rope-burns stayed on the walker’s wrists.</w:t>
      </w:r>
    </w:p>
    <w:p>
      <w:pPr>
        <w:spacing w:line="360" w:lineRule="auto" w:after="0"/>
        <w:ind w:firstLine="283"/>
      </w:pPr>
      <w:r>
        <w:t>The asking came three times in one autumn week the next year, because the coast’s whole pressure had come to its year’s head, and everyone’s need had the same face, and the face was Rook’s.</w:t>
      </w:r>
    </w:p>
    <w:p>
      <w:pPr>
        <w:spacing w:line="360" w:lineRule="auto" w:after="0"/>
        <w:ind w:firstLine="283"/>
      </w:pPr>
      <w:r>
        <w:t>The margin asked first: “Take the margin’s head. Be the count’s no-count. Lead the uncounted’s defense. The web will follow. The walking will follow. The pot is already yours in everything but the saying.”</w:t>
      </w:r>
    </w:p>
    <w:p>
      <w:pPr>
        <w:spacing w:line="360" w:lineRule="auto" w:after="0"/>
        <w:ind w:firstLine="283"/>
      </w:pPr>
      <w:r>
        <w:t>The coalition asked second: a commission, a rank — Warden of the Coastal Margin, under the joint seals, with the guard’s command and the guard’s supply and the guard’s lawful standing. A rank offered by the old world’s last paper, to the man who had set the old world’s rank down on a bench in a burning city.</w:t>
      </w:r>
    </w:p>
    <w:p>
      <w:pPr>
        <w:spacing w:line="360" w:lineRule="auto" w:after="0"/>
        <w:ind w:firstLine="283"/>
      </w:pPr>
      <w:r>
        <w:t>And the white asked third. Voss, at the wire: “Formalize it. Your neutrality — make it a treaty. The white’s word and the neutral’s word on one paper: the standing-between, standing forever.”</w:t>
      </w:r>
    </w:p>
    <w:p>
      <w:pPr>
        <w:spacing w:line="360" w:lineRule="auto" w:after="0"/>
        <w:ind w:firstLine="283"/>
      </w:pPr>
      <w:r>
        <w:t>Rook refused the three askings. No permanent allegiance; the standing is the standing’s, not the margin’s, not the coalition’s, not the white’s; the rope is the fleet’s, and the fleet’s is the third way’s, and the third way is the man’s; the standing goes on. The margin went back to the lanes. The coalition went back to the joint seals’ office. The white went back to the south gate. The standing-between went back to the mile. The mile held. The man held. The rope on the shoulder held.</w:t>
      </w:r>
    </w:p>
    <w:p>
      <w:pPr>
        <w:spacing w:line="360" w:lineRule="auto" w:after="0"/>
        <w:ind w:firstLine="283"/>
      </w:pPr>
      <w:r>
        <w:t>The conscription order came with the spring’s first fair wind — the coalition’s last paper, the joint seals’ and the white’s own joint production. The coast’s defense required bodies; the bodies were the conscripted; the conscripted were the listed; the camps were the white’s. The margin read the order at the boards in one morning. The margin’s answer was the grammar of the uncounted, the grammar of staying. The bodies did not move. The bodies did not go to the camps. The bodies stayed.</w:t>
      </w:r>
    </w:p>
    <w:p>
      <w:pPr>
        <w:spacing w:line="360" w:lineRule="auto" w:after="0"/>
        <w:ind w:firstLine="283"/>
      </w:pPr>
      <w:r>
        <w:t>Rook stood at the board at the noon. The bodies do not move; the margin’s grammar is the staying; the unlisted are not the conscripted’s; the bodies do not move. The order went back unanswered. The bodies stayed.</w:t>
      </w:r>
    </w:p>
    <w:p>
      <w:pPr>
        <w:ind w:firstLine="0"/>
        <w:jc w:val="center"/>
      </w:pPr>
      <w:r>
        <w:rPr>
          <w:color w:val="AAAAAA"/>
        </w:rPr>
        <w:t>❖</w:t>
      </w:r>
    </w:p>
    <w:p>
      <w:pPr>
        <w:spacing w:line="360" w:lineRule="auto" w:after="0"/>
        <w:ind w:firstLine="283"/>
      </w:pPr>
      <w:r>
        <w:t>Sedge’s ground finished its sentence four weeks early, in the night, and the choice came to Rook at the wall in the dark’s last hour. The choice was the old choice — the stair’s choice, the city’s choice, the whole coast’s choice —. The choice was: containment, or movement.</w:t>
      </w:r>
    </w:p>
    <w:p>
      <w:pPr>
        <w:spacing w:line="360" w:lineRule="auto" w:after="0"/>
        <w:ind w:firstLine="283"/>
      </w:pPr>
      <w:r>
        <w:t>The ground’s sentence had been the footsteps’ telling — Corren’s feet at the dark’s second hour, the lime’s failing, the wall’s failing, the clean ground’s failing. The footsteps had told. The ground had finished its sentence four weeks early, in the night, and the clean settlement’s whole arithmetic had ended at the night’s third hour: the lime’s white ring at the gate had gone grey in the night, the way the lime at Ellor’s edge had gone grey, the chemistry slurring, the white going the grey of the ground’s own talking. The gate’s lime-line was the gate’s no-line. The wall’s base was the wall’s no-base. Sedge was Sedge’s no-Sedge. The ground had taken it in the night.</w:t>
      </w:r>
    </w:p>
    <w:p>
      <w:pPr>
        <w:spacing w:line="360" w:lineRule="auto" w:after="0"/>
        <w:ind w:firstLine="283"/>
      </w:pPr>
      <w:r>
        <w:t>Rook stood at the wall in the dark’s last hour. The choice was containment or movement. Containment was the white’s: hold the clean ground, the wall, the cage, the mercy, the joint seals’ warrant, the white’s sixty. Movement was the corridor’s: walk the four hundred out of the clean ground, through the drain, through the web’s lanes, to the overflow’s settling-camp at the dry hills’ south route.</w:t>
      </w:r>
    </w:p>
    <w:p>
      <w:pPr>
        <w:spacing w:line="360" w:lineRule="auto" w:after="0"/>
        <w:ind w:firstLine="283"/>
      </w:pPr>
      <w:r>
        <w:t>The white’s captain came to the wall at the dark’s last hour. The captain’s mother’s eye held the wall and the failing lime. The four hundred. The walker’s daughter. The walker’s granddaughter. The four hundred’s four hundred children. The eye’s finding was the containment: hold the wall; hold the lime; the four hundred held. And Rook’s finding was the movement: the wall is failing; the lime is failing; the four hundred cannot be held; the four hundred must move.</w:t>
      </w:r>
    </w:p>
    <w:p>
      <w:pPr>
        <w:spacing w:line="360" w:lineRule="auto" w:after="0"/>
        <w:ind w:firstLine="283"/>
      </w:pPr>
      <w:r>
        <w:t>Rook chose movement. The plain words, the level voice, the empty hands, the rope on the shoulder — the four hundred walk out; the corridor’s lanes are open; the web’s carrying is open; the four hundred go through the drain in the night’s third hour; the web holds them; the white’s containment is the failing; the ground tells the rest.</w:t>
      </w:r>
    </w:p>
    <w:p>
      <w:pPr>
        <w:spacing w:line="360" w:lineRule="auto" w:after="0"/>
        <w:ind w:firstLine="283"/>
      </w:pPr>
      <w:r>
        <w:t>The corridor’s runners came at the wall. Rook turned to them.</w:t>
      </w:r>
    </w:p>
    <w:p>
      <w:pPr>
        <w:spacing w:line="360" w:lineRule="auto" w:after="0"/>
        <w:ind w:firstLine="283"/>
      </w:pPr>
      <w:r>
        <w:t>“Move the children.”</w:t>
      </w:r>
    </w:p>
    <w:p>
      <w:pPr>
        <w:spacing w:line="360" w:lineRule="auto" w:after="0"/>
        <w:ind w:firstLine="283"/>
      </w:pPr>
      <w:r>
        <w:t>“Take water.”</w:t>
      </w:r>
    </w:p>
    <w:p>
      <w:pPr>
        <w:spacing w:line="360" w:lineRule="auto" w:after="0"/>
        <w:ind w:firstLine="283"/>
      </w:pPr>
      <w:r>
        <w:t>“Leave the table.”</w:t>
      </w:r>
    </w:p>
    <w:p>
      <w:pPr>
        <w:spacing w:line="360" w:lineRule="auto" w:after="0"/>
        <w:ind w:firstLine="283"/>
      </w:pPr>
      <w:r>
        <w:t>“How many?” someone asked. No one answered. “Enough,” another runner said. “Go.” He did not ask anything else. He began to carry.</w:t>
      </w:r>
    </w:p>
    <w:p>
      <w:pPr>
        <w:spacing w:line="360" w:lineRule="auto" w:after="0"/>
        <w:ind w:firstLine="283"/>
      </w:pPr>
      <w:r>
        <w:t>The white’s captain heard the choosing. The mother’s eye held the choosing. The eye did not press. The captain turned at the wall and went back to the south gate, and the four hundred walked out of the cage at the night’s third hour, through the drain, through the web’s lanes, into the world’s ground, into the wound’s ground.</w:t>
      </w:r>
    </w:p>
    <w:p>
      <w:pPr>
        <w:spacing w:line="360" w:lineRule="auto" w:after="0"/>
        <w:ind w:firstLine="283"/>
      </w:pPr>
      <w:r>
        <w:t>Mara was at the marsh-camp. She was the marsh-camp’s midwife — not by training; by being there. She had come to the marsh-camp in the landing-year’s second spring, a coast woman, the river-mouth peoples’ fishing-village’s last daughter, the village the ground had taken in the great rearranging’s first year. She had been fourteen at the taking, and she had walked south with the walking. The walking had brought her to the marsh-camp. Mara had stayed. The staying had not been a decision; the staying had been a marsh, and the marsh had held her. The marsh-camp was a camp of forty — the overflow’s first settling, the margin’s first freight, the uncounted’s first ground.</w:t>
      </w:r>
    </w:p>
    <w:p>
      <w:pPr>
        <w:spacing w:line="360" w:lineRule="auto" w:after="0"/>
        <w:ind w:firstLine="283"/>
      </w:pPr>
      <w:r>
        <w:t>Mara had the midwife’s hands because the midwife’s hands were the marsh-camp’s. The hands delivered the marsh-camp’s babies — three in the spring, four in the summer, two in the autumn, the marsh-camp’s own small freight of new life.</w:t>
      </w:r>
    </w:p>
    <w:p>
      <w:pPr>
        <w:spacing w:line="360" w:lineRule="auto" w:after="0"/>
        <w:ind w:firstLine="283"/>
      </w:pPr>
      <w:r>
        <w:t>The choice came at the marsh-camp on the night of Sedge’s evacuation. The same choice — containment or movement — and the choice came to Mara because Mara was the marsh-camp’s midwife, and the midwife was the camp’s oldest office.</w:t>
      </w:r>
    </w:p>
    <w:p>
      <w:pPr>
        <w:spacing w:line="360" w:lineRule="auto" w:after="0"/>
        <w:ind w:firstLine="283"/>
      </w:pPr>
      <w:r>
        <w:t>Mara chose movement. The hands, the babies, the old ones, the forty, the night’s third hour, the web’s lanes. The choosing was a small act of care. The cost was the marsh. The forty walked out of the marsh in the night’s third hour. The marsh-water had come in at the lane’s mouth — the spring marsh’s own cold water, the water the fires had held off and the leaving let in —. The forty’s feet were cold in the boots. The cold went with them. The marsh held the marsh-camp’s empty fires.</w:t>
      </w:r>
    </w:p>
    <w:p>
      <w:pPr>
        <w:spacing w:line="360" w:lineRule="auto" w:after="0"/>
        <w:ind w:firstLine="283"/>
      </w:pPr>
      <w:r>
        <w:t>Mara carried the youngest baby in her own arms at the lane’s head. The baby was two days old, the marsh-camp’s last, the midwife’s own last delivery, the marsh’s last freight. The baby was unnamed — the marsh-camp had not named the baby, because the marsh-camp’s naming was the marsh’s, and the marsh had not named the baby.</w:t>
      </w:r>
    </w:p>
    <w:p>
      <w:pPr>
        <w:spacing w:line="360" w:lineRule="auto" w:after="0"/>
        <w:ind w:firstLine="283"/>
      </w:pPr>
      <w:r>
        <w:t>The white’s south-mile camp took the marsh at the dawn. The white’s sixty walked into the marsh at the dawn, and the marsh was empty, and the empty was the cost. Mara carried the baby through the web’s lane, and the baby was unnamed, and the unnamed was the marsh’s last freight.</w:t>
      </w:r>
    </w:p>
    <w:p>
      <w:pPr>
        <w:ind w:firstLine="0"/>
        <w:jc w:val="center"/>
      </w:pPr>
      <w:r>
        <w:rPr>
          <w:color w:val="AAAAAA"/>
        </w:rPr>
        <w:t>❖</w:t>
      </w:r>
    </w:p>
    <w:p>
      <w:pPr>
        <w:spacing w:before="360" w:after="240"/>
        <w:ind w:firstLine="0"/>
        <w:jc w:val="center"/>
      </w:pPr>
      <w:r>
        <w:rPr>
          <w:b/>
          <w:i/>
          <w:color w:val="333333"/>
          <w:sz w:val="26"/>
        </w:rPr>
        <w:t>Chapter 16 — Entering the Clean Settlement</w:t>
      </w:r>
    </w:p>
    <w:p>
      <w:pPr>
        <w:spacing w:line="360" w:lineRule="auto" w:after="0"/>
        <w:ind w:firstLine="283"/>
      </w:pPr>
      <w:r>
        <w:t>☰</w:t>
      </w:r>
    </w:p>
    <w:p>
      <w:pPr>
        <w:spacing w:line="360" w:lineRule="auto" w:after="0"/>
        <w:ind w:firstLine="283"/>
      </w:pPr>
      <w:r>
        <w:t>Corren entered Sedge at the dark’s second hour, and the clock began at the entering. The clock was the ground’s own. The clock said: you have until your footsteps tell.</w:t>
      </w:r>
    </w:p>
    <w:p>
      <w:pPr>
        <w:spacing w:line="360" w:lineRule="auto" w:after="0"/>
        <w:ind w:firstLine="283"/>
      </w:pPr>
      <w:r>
        <w:t>The defected woman — Isa, the blanket-folder — had walked the corridor’s lane back to Sedge’s wall in the night’s first hour, and the lane had held her. The lane had brought her to the gate’s outside at the dark’s second hour. The gate had been opened by the gate-woman’s girl, the one who walked the uncounted through the drain at the night’s third hour. The gate had been opened for the walker too, because the walker had been waited for. The waiting was the daughter’s. Nella had sent the boy. The boy had said come; the gate will be open; the gate-woman’s girl is the corridor’s; the drain is the corridor’s; you have until your footsteps tell. And Corren had come, the third time at the wall, in the dark’s second hour, and the gate had been open, and the walker had walked in.</w:t>
      </w:r>
    </w:p>
    <w:p>
      <w:pPr>
        <w:spacing w:line="360" w:lineRule="auto" w:after="0"/>
        <w:ind w:firstLine="283"/>
      </w:pPr>
      <w:r>
        <w:t>The clean settlement was clean. The lime’s white line at the gate, the lime’s white rings around the wall’s base, the lime’s white wash on the touched row’s empty houses, the lime’s white marks at the well’s rim. The ground was talking under the lime. The walker’s feet felt the talking at the gate’s threshold — the lime’s white line crossed under the boots, and the boots read the ground under the lime.</w:t>
      </w:r>
    </w:p>
    <w:p>
      <w:pPr>
        <w:spacing w:line="360" w:lineRule="auto" w:after="0"/>
        <w:ind w:firstLine="283"/>
      </w:pPr>
      <w:r>
        <w:t>The clock was the footsteps’ telling. The walker’s feet read the ground at every step, and the ground’s talking grew as the walker walked the clean settlement’s paths. The lime’s white ring at the gate was a year. The lime at the wall’s fifty paces was two seasons. The lime at the north corner was a season, a half-season, a quarter, a month, a week. The lime was failing. The ground told the walker, Sedge is done.</w:t>
      </w:r>
    </w:p>
    <w:p>
      <w:pPr>
        <w:spacing w:line="360" w:lineRule="auto" w:after="0"/>
        <w:ind w:firstLine="283"/>
      </w:pPr>
      <w:r>
        <w:t>The walker walked the clean settlement’s paths in the dark’s second hour, and the footsteps told.</w:t>
      </w:r>
    </w:p>
    <w:p>
      <w:pPr>
        <w:spacing w:line="360" w:lineRule="auto" w:after="0"/>
        <w:ind w:firstLine="283"/>
      </w:pPr>
      <w:r>
        <w:t>The walker walked to the daughter’s house. The daughter’s house was at the touched row’s edge — the seventh house, the one not burned, the one the lime’s white wash had not reached, the one the daughter’s family had kept by the white’s own courtesy. The daughter’s house was the walker’s whole address in Sedge. The walker walked to the daughter’s house in the dark’s second hour, and the daughter was at the door. The door was open. The walker walked in.</w:t>
      </w:r>
    </w:p>
    <w:p>
      <w:pPr>
        <w:spacing w:line="360" w:lineRule="auto" w:after="0"/>
        <w:ind w:firstLine="283"/>
      </w:pPr>
      <w:r>
        <w:t>She had not expected him to come. She had sent the boy because the boy was the address and the address was the boy’s errand. The sending had been the asking. The asking had been — Nella did not know what the asking had been. A hope, maybe. Or a habit. Or the last comfort a mother could give a child who had never met her grandfather: the news that the grandfather was coming, whether the grandfather came or not. And the grandfather had come. Nella had not expected the grandfather to come, and the grandfather had come. The coming was the door’s. The door was open.</w:t>
      </w:r>
    </w:p>
    <w:p>
      <w:pPr>
        <w:spacing w:line="360" w:lineRule="auto" w:after="0"/>
        <w:ind w:firstLine="283"/>
      </w:pPr>
      <w:r>
        <w:t>He stood in the door and did not cross it. The daughter stood in the door and did not cross it. The two of them stood at the door the way they had stood at the fire, and the daughter had opened it, and the opening was the whole crossing the law allowed.</w:t>
      </w:r>
    </w:p>
    <w:p>
      <w:pPr>
        <w:spacing w:line="360" w:lineRule="auto" w:after="0"/>
        <w:ind w:firstLine="283"/>
      </w:pPr>
      <w:r>
        <w:t>“Baba,” she said.</w:t>
      </w:r>
    </w:p>
    <w:p>
      <w:pPr>
        <w:spacing w:line="360" w:lineRule="auto" w:after="0"/>
        <w:ind w:firstLine="283"/>
      </w:pPr>
      <w:r>
        <w:t>“Nella.”</w:t>
      </w:r>
    </w:p>
    <w:p>
      <w:pPr>
        <w:spacing w:line="360" w:lineRule="auto" w:after="0"/>
        <w:ind w:firstLine="283"/>
      </w:pPr>
      <w:r>
        <w:t>“The girl is asleep.”</w:t>
      </w:r>
    </w:p>
    <w:p>
      <w:pPr>
        <w:spacing w:line="360" w:lineRule="auto" w:after="0"/>
        <w:ind w:firstLine="283"/>
      </w:pPr>
      <w:r>
        <w:t>“I know. I will not wake her.”</w:t>
      </w:r>
    </w:p>
    <w:p>
      <w:pPr>
        <w:spacing w:line="360" w:lineRule="auto" w:after="0"/>
        <w:ind w:firstLine="283"/>
      </w:pPr>
      <w:r>
        <w:t>“You have until the footsteps tell.”</w:t>
      </w:r>
    </w:p>
    <w:p>
      <w:pPr>
        <w:spacing w:line="360" w:lineRule="auto" w:after="0"/>
        <w:ind w:firstLine="283"/>
      </w:pPr>
      <w:r>
        <w:t>“I know. I will read the ground on the way out. I will leave before the ground tells.”</w:t>
      </w:r>
    </w:p>
    <w:p>
      <w:pPr>
        <w:spacing w:line="360" w:lineRule="auto" w:after="0"/>
        <w:ind w:firstLine="283"/>
      </w:pPr>
      <w:r>
        <w:t>He did not cross the door. The daughter did not cross the door. The two of them stood at the threshold — the coast’s oldest ordinary stone — and did not cross. He had come for one meal and one holding. The meal had been refused. The holding had been refused. The footsteps had not yet told.</w:t>
      </w:r>
    </w:p>
    <w:p>
      <w:pPr>
        <w:spacing w:line="360" w:lineRule="auto" w:after="0"/>
        <w:ind w:firstLine="283"/>
      </w:pPr>
      <w:r>
        <w:t>He put his hand on the door’s frame. The daughter put her hand on the door’s frame. The two hands were on the same wood, and the two hands did not touch. The two hands were the same distance apart they had been at the fire, the same distance apart they had been at the kale-edge, the same distance apart they had been for nine years. The distance was the only thing the father had to give the daughter, and he knew it was not enough, and he gave it anyway.</w:t>
      </w:r>
    </w:p>
    <w:p>
      <w:pPr>
        <w:spacing w:line="360" w:lineRule="auto" w:after="0"/>
        <w:ind w:firstLine="283"/>
      </w:pPr>
      <w:r>
        <w:t>“I will go,” Corren said.</w:t>
      </w:r>
    </w:p>
    <w:p>
      <w:pPr>
        <w:spacing w:line="360" w:lineRule="auto" w:after="0"/>
        <w:ind w:firstLine="283"/>
      </w:pPr>
      <w:r>
        <w:t>“Not yet,” Nella said. “The ground has not told.”</w:t>
      </w:r>
    </w:p>
    <w:p>
      <w:pPr>
        <w:spacing w:line="360" w:lineRule="auto" w:after="0"/>
        <w:ind w:firstLine="283"/>
      </w:pPr>
      <w:r>
        <w:t>“I know. I will read the ground on the way out.”</w:t>
      </w:r>
    </w:p>
    <w:p>
      <w:pPr>
        <w:spacing w:line="360" w:lineRule="auto" w:after="0"/>
        <w:ind w:firstLine="283"/>
      </w:pPr>
      <w:r>
        <w:t>“Not yet. Stand at the door. Stand at the door for a moment. The ground will tell when the ground tells. Stand at the door.”</w:t>
      </w:r>
    </w:p>
    <w:p>
      <w:pPr>
        <w:spacing w:line="360" w:lineRule="auto" w:after="0"/>
        <w:ind w:firstLine="283"/>
      </w:pPr>
      <w:r>
        <w:t>He stood at the door. The daughter stood at the door. The two of them stood at the threshold, and the threshold held them. The child slept in the house. The child’s name was Marit. The grandfather had not seen the child’s face. The grandfather would not see the child’s face. The father stood.</w:t>
      </w:r>
    </w:p>
    <w:p>
      <w:pPr>
        <w:ind w:firstLine="0"/>
        <w:jc w:val="center"/>
      </w:pPr>
      <w:r>
        <w:rPr>
          <w:color w:val="AAAAAA"/>
        </w:rPr>
        <w:t>❖</w:t>
      </w:r>
    </w:p>
    <w:p>
      <w:pPr>
        <w:spacing w:before="360" w:after="240"/>
        <w:ind w:firstLine="0"/>
        <w:jc w:val="center"/>
      </w:pPr>
      <w:r>
        <w:rPr>
          <w:b/>
          <w:i/>
          <w:color w:val="333333"/>
          <w:sz w:val="26"/>
        </w:rPr>
        <w:t>Chapter 17 — The Rim</w:t>
      </w:r>
    </w:p>
    <w:p>
      <w:pPr>
        <w:spacing w:line="360" w:lineRule="auto" w:after="0"/>
        <w:ind w:firstLine="283"/>
      </w:pPr>
      <w:r>
        <w:t>☰</w:t>
      </w:r>
    </w:p>
    <w:p>
      <w:pPr>
        <w:spacing w:line="360" w:lineRule="auto" w:after="0"/>
        <w:ind w:firstLine="283"/>
      </w:pPr>
      <w:r>
        <w:t>The purification of the marsh-camp was held on the second morning of the overflow’s settling, and it killed forty-one people who were not contaminated by any measurable standard. The clean zone that resulted was real. The dead were real. The two realities stood in the same morning, in the same light.</w:t>
      </w:r>
    </w:p>
    <w:p>
      <w:pPr>
        <w:spacing w:line="360" w:lineRule="auto" w:after="0"/>
        <w:ind w:firstLine="283"/>
      </w:pPr>
      <w:r>
        <w:t>The marsh-camp had been walked out of the marsh in the spring’s first week — Mara’s forty, the midwife’s choice — and the forty had walked the web’s lanes to the overflow’s settling-camp at the dry hills’ south route. And the white’s south-mile camp had taken the marsh at the dawn, and the white had read the marsh’s ground. The reading had said the marsh’s ground was unclean. The unclean was the white’s word.</w:t>
      </w:r>
    </w:p>
    <w:p>
      <w:pPr>
        <w:spacing w:line="360" w:lineRule="auto" w:after="0"/>
        <w:ind w:firstLine="283"/>
      </w:pPr>
      <w:r>
        <w:t>The purification was the white’s clean fire — the lime, the burning — and the clean fire had burned the marsh-camp’s empty fires. The forty had walked out of the marsh. The fires had been left. The clean fire had taken the fires.</w:t>
      </w:r>
    </w:p>
    <w:p>
      <w:pPr>
        <w:spacing w:line="360" w:lineRule="auto" w:after="0"/>
        <w:ind w:firstLine="283"/>
      </w:pPr>
      <w:r>
        <w:t>And the forty-one. The forty-one were not the marsh-camp’s forty. The forty-one were the overflow’s settling-camp’s own freight — the overflow’s first week’s settling, the marsh-camp’s forty and the Sedge four hundred and the margin’s sixty grown to the margin’s hundreds. The forty-one were the overflow’s own — the uncounted, the ones the white’s register had caught in the settling-camp’s first week’s census, the ones the white’s clean fire had taken at the second morning. The forty-one were dead.</w:t>
      </w:r>
    </w:p>
    <w:p>
      <w:pPr>
        <w:spacing w:line="360" w:lineRule="auto" w:after="0"/>
        <w:ind w:firstLine="283"/>
      </w:pPr>
      <w:r>
        <w:t>The forty-one were not contaminated by any measurable standard. The medic’s own reading — the same medic who had read Corren’s body in the hut at Sedge — the medic’s reading had said the forty-one were not the touched. The medic’s reading had been overruled. The overruling was the white’s.</w:t>
      </w:r>
    </w:p>
    <w:p>
      <w:pPr>
        <w:spacing w:line="360" w:lineRule="auto" w:after="0"/>
        <w:ind w:firstLine="283"/>
      </w:pPr>
      <w:r>
        <w:t>The forty-one were entered in the Ledger of Lost, in the level hand, with the open hand above each name. The chest held both.</w:t>
      </w:r>
    </w:p>
    <w:p>
      <w:pPr>
        <w:spacing w:line="360" w:lineRule="auto" w:after="0"/>
        <w:ind w:firstLine="283"/>
      </w:pPr>
      <w:r>
        <w:t>Mara delivered eight of the forty-one. The eight were the marsh-camp’s own — the eight Mara had delivered as babies, the eight whose naming-days she had stood at, the eight whose first cries she had been the first to hear. The eight were: Harl. Senn. Breca. Toll. Orren. Dissa. Vey, the eighth unnamed. The eighth had been born in the marsh-camp’s last week, and the naming-day had not come. The unnamed was the marsh’s last freight. The unnamed was in the eight.</w:t>
      </w:r>
    </w:p>
    <w:p>
      <w:pPr>
        <w:spacing w:line="360" w:lineRule="auto" w:after="0"/>
        <w:ind w:firstLine="283"/>
      </w:pPr>
      <w:r>
        <w:t>Mara named the eight to the chest’s intake clerk at the overflow’s settling-camp’s second morning. The clerk wrote the eight names in the level hand. The names went in the Ledger. The open hand went above the eight names. The eight names did not save the eight. The Ledger held the names. The names did not hold the eight.</w:t>
      </w:r>
    </w:p>
    <w:p>
      <w:pPr>
        <w:spacing w:line="360" w:lineRule="auto" w:after="0"/>
        <w:ind w:firstLine="283"/>
      </w:pPr>
      <w:r>
        <w:t>Mara walked to the rim of the cleaned ground on the third morning, and the baby was on her hip, and the baby’s name was still not entered. The overflow’s settling-camp had been her camp for the eleven days since the walking-out. The camp’s count that morning was two hundred and seven. The count had been two hundred and forty-eight the week before. The difference was the forty-one. The difference was at the rim.</w:t>
      </w:r>
    </w:p>
    <w:p>
      <w:pPr>
        <w:spacing w:line="360" w:lineRule="auto" w:after="0"/>
        <w:ind w:firstLine="283"/>
      </w:pPr>
      <w:r>
        <w:t>The rim was the white’s clean-line. The lime’s white ring at the camp’s edge, drawn the morning of the purification, holding. The forty-one’s names were in the camp’s census and not in the camp’s count. The medic was at the rim too — the one who had read the forty-one as not-contaminated and signed the order that took them.</w:t>
      </w:r>
    </w:p>
    <w:p>
      <w:pPr>
        <w:spacing w:line="360" w:lineRule="auto" w:after="0"/>
        <w:ind w:firstLine="283"/>
      </w:pPr>
      <w:r>
        <w:t>He was sitting at a camp-table by the lime-line, the medical ledger open, the entering being done in the level hand. The medic’s hand was the same hand that had signed the order. The medic had slept badly — the camp’s cough in the medical tent — and the bad sleep was in the hand, a slight tremor at the index finger. The hand was steady. The steadiness was the morning’s hardest thing. Mara stood at the table’s edge and watched the hand enter the names.</w:t>
      </w:r>
    </w:p>
    <w:p>
      <w:pPr>
        <w:spacing w:line="360" w:lineRule="auto" w:after="0"/>
        <w:ind w:firstLine="283"/>
      </w:pPr>
      <w:r>
        <w:t>She had delivered eight of them. That was the midwife’s own arithmetic, and the arithmetic sat in her hands the way Damar’s calendar sat in Damar’s feet. Eight of the forty-one had been born at the marsh-camp, or at the web’s lane on the walking-out, or at the overflow’s first night. Two of the eight she had caught herself — the hands on the emerging head, the cord clamped, the first breath assisted, the small body turned from blue to pink at her breast. The other six had been caught by the marsh-camp’s other women, but Mara had checked the cords and the latches and the mothers’ bleeding, the way a midwife checks, the way her hands had been taught to check by the river-mouth peoples’ fishing-village’s last grandmother, the grandmother who had taught her hands before the grandmother had stayed in the breaking valley. The grandmother was in Mara’s hands. The eight names were in the medic’s ledger. The two hands were the same hands — the grandmother’s and the medic’s —. The two hands had done opposite work. The opposite work was at the rim.</w:t>
      </w:r>
    </w:p>
    <w:p>
      <w:pPr>
        <w:spacing w:line="360" w:lineRule="auto" w:after="0"/>
        <w:ind w:firstLine="283"/>
      </w:pPr>
      <w:r>
        <w:t>Mara did not speak. She stood at the table’s edge with the baby on her hip and watched the medic’s steady hand enter the eighth name. The name was the baby’s, almost — the baby was two weeks old now. Still unnamed. The eighth name entered was a baby’s name, two weeks old. The name was not Mara’s baby’s name. The difference was the morning’s small mercy.</w:t>
      </w:r>
    </w:p>
    <w:p>
      <w:pPr>
        <w:spacing w:line="360" w:lineRule="auto" w:after="0"/>
        <w:ind w:firstLine="283"/>
      </w:pPr>
      <w:r>
        <w:t>“Two weeks,” the medic said, without looking up. The level voice. The public-health grammar. “The youngest on the list.”</w:t>
      </w:r>
    </w:p>
    <w:p>
      <w:pPr>
        <w:spacing w:line="360" w:lineRule="auto" w:after="0"/>
        <w:ind w:firstLine="283"/>
      </w:pPr>
      <w:r>
        <w:t>“I know,” Mara said.</w:t>
      </w:r>
    </w:p>
    <w:p>
      <w:pPr>
        <w:spacing w:line="360" w:lineRule="auto" w:after="0"/>
        <w:ind w:firstLine="283"/>
      </w:pPr>
      <w:r>
        <w:t>“You carried her through the lane.”</w:t>
      </w:r>
    </w:p>
    <w:p>
      <w:pPr>
        <w:spacing w:line="360" w:lineRule="auto" w:after="0"/>
        <w:ind w:firstLine="283"/>
      </w:pPr>
      <w:r>
        <w:t>“I carried a baby through the lane. I do not know if it was this baby. The lane was dark.”</w:t>
      </w:r>
    </w:p>
    <w:p>
      <w:pPr>
        <w:spacing w:line="360" w:lineRule="auto" w:after="0"/>
        <w:ind w:firstLine="283"/>
      </w:pPr>
      <w:r>
        <w:t>The medic’s hand stopped. The hand was the hand that had signed. The hand was the hand that was entering. The two were the same hand. The medic looked at Mara for the first time.</w:t>
      </w:r>
    </w:p>
    <w:p>
      <w:pPr>
        <w:spacing w:line="360" w:lineRule="auto" w:after="0"/>
        <w:ind w:firstLine="283"/>
      </w:pPr>
      <w:r>
        <w:t>“She was not contaminated,” the medic said. “I had signed that. The order was not mine after the signing. The order was the joint seals’. The signing was mine. The signing is mine.”</w:t>
      </w:r>
    </w:p>
    <w:p>
      <w:pPr>
        <w:spacing w:line="360" w:lineRule="auto" w:after="0"/>
        <w:ind w:firstLine="283"/>
      </w:pPr>
      <w:r>
        <w:t>Mara looked at him. The midwife’s look. The look that had checked a hundred cords and a hundred latches and a hundred bleedings. The look that did not blink and did not press and did not forgive.</w:t>
      </w:r>
    </w:p>
    <w:p>
      <w:pPr>
        <w:spacing w:line="360" w:lineRule="auto" w:after="0"/>
        <w:ind w:firstLine="283"/>
      </w:pPr>
      <w:r>
        <w:t>She walked back to the marsh-camp’s fires at the camp’s south edge. The forty were there. The fires were the marsh-camp’s own — the new fire-pits dug to the marsh-camp’s old depth, the watches walking the rim in the marsh-camp’s own circuit, the twice-tap on the pot’s rim before the serving. The marsh-camp had re-laid itself on the dry hills’ ground the way a body re-lays itself after a sickness: the parts in the old order, the spine first, the fires second, the watches third.</w:t>
      </w:r>
    </w:p>
    <w:p>
      <w:pPr>
        <w:spacing w:line="360" w:lineRule="auto" w:after="0"/>
        <w:ind w:firstLine="283"/>
      </w:pPr>
      <w:r>
        <w:t>Old Halav was at the second fire. The marsh-camp’s elder, the one who had been old when the marsh-camp was made, the one whose dry tongue had kept the marsh-camp’s whole old humor through the eleven years of the marsh. Halav looked at Mara across the fire.</w:t>
      </w:r>
    </w:p>
    <w:p>
      <w:pPr>
        <w:spacing w:line="360" w:lineRule="auto" w:after="0"/>
        <w:ind w:firstLine="283"/>
      </w:pPr>
      <w:r>
        <w:t>“They cleaned us,” Halav said. “They cleaned us and we walked out the marsh. We are here. The marsh is theirs. The marsh is empty. The cleaned ground at the rim is theirs. The forty-one are at the rim. Did the cleaning work, midwife?”</w:t>
      </w:r>
    </w:p>
    <w:p>
      <w:pPr>
        <w:spacing w:line="360" w:lineRule="auto" w:after="0"/>
        <w:ind w:firstLine="283"/>
      </w:pPr>
      <w:r>
        <w:t>Mara looked at him.</w:t>
      </w:r>
    </w:p>
    <w:p>
      <w:pPr>
        <w:spacing w:line="360" w:lineRule="auto" w:after="0"/>
        <w:ind w:firstLine="283"/>
      </w:pPr>
      <w:r>
        <w:t>“Answer, then. I am old and I would like to know. Did the cleaning work? Are we clean? The white said we were clean. The white cleaned the marsh. The white cleaned the forty-one. The forty-one are dead. Are the dead clean, midwife?”</w:t>
      </w:r>
    </w:p>
    <w:p>
      <w:pPr>
        <w:spacing w:line="360" w:lineRule="auto" w:after="0"/>
        <w:ind w:firstLine="283"/>
      </w:pPr>
      <w:r>
        <w:t>“The dead are clean,” Mara said. “The dead are the cleanest things at the rim. The cleaning was for the living. The living are at the marsh’s empty fire. The cleaning did not clean the living. The cleaning cleaned the marsh.”</w:t>
      </w:r>
    </w:p>
    <w:p>
      <w:pPr>
        <w:spacing w:line="360" w:lineRule="auto" w:after="0"/>
        <w:ind w:firstLine="283"/>
      </w:pPr>
      <w:r>
        <w:t>“That is what I thought,” Halav said. The elder’s dry tongue. The elder’s dry humor. “That is what I thought. The cleaning cleaned the marsh. The marsh is clean. We are not the marsh. We are the unclean. We have always been the unclean. The white has finally said it plainly. I have waited eleven years for the white to say it plainly. The white has said it plainly. The cost was forty-one. The cost was a fair cost, for the saying. I am old. I have been waiting for the saying. The saying is mine now. The marsh’s saying is the dead’s. The dead are clean.”</w:t>
      </w:r>
    </w:p>
    <w:p>
      <w:pPr>
        <w:spacing w:line="360" w:lineRule="auto" w:after="0"/>
        <w:ind w:firstLine="283"/>
      </w:pPr>
      <w:r>
        <w:t>Halav laughed. The laugh was the marsh-camp’s own old laugh — the dry-coughed, the laugh the wound’s coast had kept at its unclean edges through eleven years, the laugh that did not forgive and did not stop. The laugh was the marsh-camp’s whole old humor in one old body, at one fire, on one morning.</w:t>
      </w:r>
    </w:p>
    <w:p>
      <w:pPr>
        <w:spacing w:line="360" w:lineRule="auto" w:after="0"/>
        <w:ind w:firstLine="283"/>
      </w:pPr>
      <w:r>
        <w:t>The baby reached for Mara’s breast. The grandmother was in the hands. The medic’s hand had entered them. The medic’s hand had signed. The two were the same hand. The hand was steady. The baby drank. The fire burned. Halav laughed. The rim held.</w:t>
      </w:r>
    </w:p>
    <w:p>
      <w:pPr>
        <w:ind w:firstLine="0"/>
        <w:jc w:val="center"/>
      </w:pPr>
      <w:r>
        <w:rPr>
          <w:color w:val="AAAAAA"/>
        </w:rPr>
        <w:t>❖</w:t>
      </w:r>
    </w:p>
    <w:p>
      <w:pPr>
        <w:spacing w:before="360" w:after="240"/>
        <w:ind w:firstLine="0"/>
        <w:jc w:val="center"/>
      </w:pPr>
      <w:r>
        <w:rPr>
          <w:b/>
          <w:i/>
          <w:color w:val="333333"/>
          <w:sz w:val="26"/>
        </w:rPr>
        <w:t>Chapter 18 — Aftermaths</w:t>
      </w:r>
    </w:p>
    <w:p>
      <w:pPr>
        <w:spacing w:line="360" w:lineRule="auto" w:after="0"/>
        <w:ind w:firstLine="283"/>
      </w:pPr>
      <w:r>
        <w:t>☰</w:t>
      </w:r>
    </w:p>
    <w:p>
      <w:pPr>
        <w:spacing w:line="360" w:lineRule="auto" w:after="0"/>
        <w:ind w:firstLine="283"/>
      </w:pPr>
      <w:r>
        <w:t>The Cult broke in the winter, and the breaking was full. Nima stood in the middle of it. Dealt with what the breaking dealt. What the breaking dealt was the immediate human freight. The freight was the whole of the winter’s work.</w:t>
      </w:r>
    </w:p>
    <w:p>
      <w:pPr>
        <w:spacing w:line="360" w:lineRule="auto" w:after="0"/>
        <w:ind w:firstLine="283"/>
      </w:pPr>
      <w:r>
        <w:t>The breaking had been coming since the second summer. The two fragments — Feather’s carrying-craft in the north margins and the south takers’ door-craft at the seam’s flats — had been two words on one creed, and the coast’s whole year of pressure had pressed the two words apart. The exclusion order’s columns had driven the margin’s freight toward both fragments’ doors in the same season, and the two doors had had to stand in the same lanes, and the standing had not held. Feather’s fragment had carried the excluded out of the circles’ reach, and the south fragment had stood at the seam’s edge with the creed’s other door. The fleeing had come to both. Some of the fleeing had gone through the ground’s opening. Some had gone into the margin. The some had been the same some. The unclean had been the breaking’s own seed: Feather’s carrying had carried families south past the flats’ edge in the autumn. The flats’ takers had taken two of the families from the lane itself — taken them out of the carrying —. The taking had been the breaking.</w:t>
      </w:r>
    </w:p>
    <w:p>
      <w:pPr>
        <w:spacing w:line="360" w:lineRule="auto" w:after="0"/>
        <w:ind w:firstLine="283"/>
      </w:pPr>
      <w:r>
        <w:t>The war between the fragments was quiet, and the quiet was the corridor’s own: no battles, no banners — the web’s lanes closed. Opened, the doors shut. Marked, the two crafts’ whole grammar of passage. Blocking played out in the margins’ dark through the winter’s months. Nima stood in the middle, and the middle was the corridor’s oldest place: she held the web’s neutral lanes. The winter’s lanes were cold; the river-bush tracks held the frost at the edges, and Nima’s hands were the corridor’s own chapped hands, the frost-burn at the thumb’s first joint. She ate when the fords ate — the margin’s bread, the cold water.</w:t>
      </w:r>
    </w:p>
    <w:p>
      <w:pPr>
        <w:spacing w:line="360" w:lineRule="auto" w:after="0"/>
        <w:ind w:firstLine="283"/>
      </w:pPr>
      <w:r>
        <w:t>The human freight came first. That was the winter’s whole discipline: the breaking’s ideology was not her work; the breaking’s people were. The south fragment’s own carried — the ones who had gone toward the seam and turned back — the turned-back came to the web’s lanes in the winter’s dark, family by family. The web’s runners walked them in;. Feather’s fragment’s own carried — the ones the war’s lanes had stranded between the fragments’ closed doors — the stranded came too;. The fragments’ own people came: the south fragment’s walkers-of-the-door, the young ones, the ones who had joined a creed. Found a door. Stood at the door’s edge. Could not go on standing — the young ones came to the lanes’ mouths. Stood there, not asking, in the off-distance, the way the city’s unlisted had stood at the kitchen’s doors —. Nima walked out to the off-distance. Brought them in, one at a time. The fragments’ war made orphans of the creed’s children, and the corridor held them.</w:t>
      </w:r>
    </w:p>
    <w:p>
      <w:pPr>
        <w:spacing w:line="360" w:lineRule="auto" w:after="0"/>
        <w:ind w:firstLine="283"/>
      </w:pPr>
      <w:r>
        <w:t>The winter’s count was the chapter’s own arithmetic, and the arithmetic was held in the sternum, not the chest: thirty-seven carried out of the war’s lanes; nineteen walked in from the off-distance; six families turned back from the seam’s edge — six, of the year’s whole freight that had gone to the flats’ doors, six families turned back. The six were the winter’s whole grief. The winter’s whole grace, both. The two were one: some doors, once seen, could be walked away from. Not all. Not most. Some.</w:t>
      </w:r>
    </w:p>
    <w:p>
      <w:pPr>
        <w:spacing w:line="360" w:lineRule="auto" w:after="0"/>
        <w:ind w:firstLine="283"/>
      </w:pPr>
      <w:r>
        <w:t>The fragments broke to their ends by the spring.</w:t>
      </w:r>
    </w:p>
    <w:p>
      <w:pPr>
        <w:spacing w:line="360" w:lineRule="auto" w:after="0"/>
        <w:ind w:firstLine="283"/>
      </w:pPr>
      <w:r>
        <w:t>Feather’s carrying-craft came to the web: that was the north fragment’s whole winter’s ending, quiet, practical, the corridor’s own grammar — the carrying-craft was the web’s craft, and the web’s craft was Nima’s, and Feather’s fragment dissolved into the corridor’s own runners. The creed’s word dropped. The work kept.</w:t>
      </w:r>
    </w:p>
    <w:p>
      <w:pPr>
        <w:spacing w:line="360" w:lineRule="auto" w:after="0"/>
        <w:ind w:firstLine="283"/>
      </w:pPr>
      <w:r>
        <w:t>The dissolution was the chapter’s own hard craft. Feather’s fragment did not dissolve in a climax. It dissolved in a morning — a single morning at the third ford’s edge, in the spring’s first fair wind. Feather came to the ford with her six, and the six stood at the ford’s stone. Feather took the grey cloth off her shoulders. Folded it. Set it on the stone — the leaving-stone, the coast’s oldest ordinary thing, the same kind of stone Corren had set the bundle on at Sedge’s gate —. The cloth was the old word’s last fold. The six took their grey off too. The seven cloths lay on the stone, and the stone crossed them, and the crossing was the dissolution. No creed abandoned in a burning. The repository was the lanes — the lanes stood, the lanes were the corridor’s, and the work was kept. The grey cloths on the stone were the dissolution’s whole freight. The cloths cooled toward the morning’s own temperature, the way the bundle’s oilcloth had cooled toward the world’s. The cloths were the world’s now.</w:t>
      </w:r>
    </w:p>
    <w:p>
      <w:pPr>
        <w:spacing w:line="360" w:lineRule="auto" w:after="0"/>
        <w:ind w:firstLine="283"/>
      </w:pPr>
      <w:r>
        <w:t>And the south fragment did not dissolve. The south fragment went into the seam. That was the breaking’s other ending, and the ending was the flats’ own: the takers’ craft needed the frightened. The web’s winter had emptied the lanes of the frightened —. The south fragment’s last freight was itself. The fragment’s own young — the door’s own walkers, the creed’s last believers — went through their own door at the spring’s turning, in the night, the whole fragment’s remaining eleven, the level-voiced leading at their head, and the seam took them as it took all its freight, without ripple, without trace. The folded bundles at the rim in the morning were eleven sets, and the sets were the fragment’s own.</w:t>
      </w:r>
    </w:p>
    <w:p>
      <w:pPr>
        <w:spacing w:line="360" w:lineRule="auto" w:after="0"/>
        <w:ind w:firstLine="283"/>
      </w:pPr>
      <w:r>
        <w:t>Nima read the rim at the dawn. That was the winter’s last work, the guide’s own — the reading of a door that had closed itself, the marks at the flats’ edge, the eleven sets’ plain freight — and the reading had no resolution and needed none. The fragment was gone, by its own door, into the ground’s opening.</w:t>
      </w:r>
    </w:p>
    <w:p>
      <w:pPr>
        <w:spacing w:line="360" w:lineRule="auto" w:after="0"/>
        <w:ind w:firstLine="283"/>
      </w:pPr>
      <w:r>
        <w:t>The corridor went on. The web’s lanes opened the spring’s carrying; the runners walked the margin’s freight. The two words that the Cult had been — the Cult frees; the taking is the liberation — the two words were the coast’s whole year’s own grammar now, entered in no chest, held in every sternum. The web held its doors for them. The repository stood — the lanes, the fords, the marks at the postings, the work kept.</w:t>
      </w:r>
    </w:p>
    <w:p>
      <w:pPr>
        <w:ind w:firstLine="0"/>
        <w:jc w:val="center"/>
      </w:pPr>
      <w:r>
        <w:rPr>
          <w:color w:val="AAAAAA"/>
        </w:rPr>
        <w:t>❖</w:t>
      </w:r>
    </w:p>
    <w:p>
      <w:pPr>
        <w:spacing w:line="360" w:lineRule="auto" w:after="0"/>
        <w:ind w:firstLine="283"/>
      </w:pPr>
      <w:r>
        <w:t>Voss went back to the south gate’s hut after the board’s last sitting. The going-back was the day’s last ordinary: a woman walking to her own quarters with her own keys in her own hand. The captain was alone.</w:t>
      </w:r>
    </w:p>
    <w:p>
      <w:pPr>
        <w:spacing w:line="360" w:lineRule="auto" w:after="0"/>
        <w:ind w:firstLine="283"/>
      </w:pPr>
      <w:r>
        <w:t>The alone was the day’s whole finding. The mother’s eye was the captain’s whole office, and the office was the public, and the eye was not used in the alone. The lid came down. The face under the lid was the face of a woman who had been a woman before the white and would be a woman after it — the face the walker in the hut at Sedge had seen at the dusk with the flask, the face that had asked the question no one had asked. The face was tired.</w:t>
      </w:r>
    </w:p>
    <w:p>
      <w:pPr>
        <w:spacing w:line="360" w:lineRule="auto" w:after="0"/>
        <w:ind w:firstLine="283"/>
      </w:pPr>
      <w:r>
        <w:t>The quarters were a hut — the table, the one stool, the lamp, the flask of tea at the lamp’s edge. The flask was the evening’s own tea, made at the captain’s own fire, the way the flask at Sedge had been made, the way the flask had been made every evening for the years of the white on the coast. The making was the woman’s, not the office’s. The office did not make tea. The woman made tea. The hut was cold; the captain’s fire had burned down to the coals, and the coals did not warm the hut. The bread on the shelf was dry, and the captain did not eat it.</w:t>
      </w:r>
    </w:p>
    <w:p>
      <w:pPr>
        <w:spacing w:line="360" w:lineRule="auto" w:after="0"/>
        <w:ind w:firstLine="283"/>
      </w:pPr>
      <w:r>
        <w:t>The testimony was on the table. The board had read it, and the board’s reading had been its failing — not-being-evidence —. The testimony had come back to the captain’s hand at the last sitting. The captain had carried it back to the hut. The carrying was the woman’s. The woman had set it on the table. The table held it.</w:t>
      </w:r>
    </w:p>
    <w:p>
      <w:pPr>
        <w:spacing w:line="360" w:lineRule="auto" w:after="0"/>
        <w:ind w:firstLine="283"/>
      </w:pPr>
      <w:r>
        <w:t>She did not open the binding. She knew what was in it. She had known at the signing. She had known at the second morning, when the clean fire had been lit at the rim and the forty-one had been walked into it, and the walking had been done in her name. The name was the captain’s. The captain’s name was on the order. The order was the binding’s first section. The binding was on the table.</w:t>
      </w:r>
    </w:p>
    <w:p>
      <w:pPr>
        <w:spacing w:line="360" w:lineRule="auto" w:after="0"/>
        <w:ind w:firstLine="283"/>
      </w:pPr>
      <w:r>
        <w:t>Voss sat with the binding on the table. Her hand moved toward the binding’s edge. The hand trembled. She drew it back. She did not open it. She drank the tea.</w:t>
      </w:r>
    </w:p>
    <w:p>
      <w:pPr>
        <w:spacing w:line="360" w:lineRule="auto" w:after="0"/>
        <w:ind w:firstLine="283"/>
      </w:pPr>
      <w:r>
        <w:t>The arithmetic was this. She had signed the orders for the white’s coast-camp for the years of the white on the coast. The orders had been the mercy’s. The orders had been the cage’s. The treatment had treated some. The treatment had killed others. The killed were the arithmetic’s remainder, and the remainder was the acceptable losses. The failing was the arithmetic’s own form. The captain was alone.</w:t>
      </w:r>
    </w:p>
    <w:p>
      <w:pPr>
        <w:spacing w:line="360" w:lineRule="auto" w:after="0"/>
        <w:ind w:firstLine="283"/>
      </w:pPr>
      <w:r>
        <w:t>She had a daughter in the middle lands. The daughter was the woman’s, not the office’s. The daughter’s name was the woman’s own private word. The captain did not say the daughter’s name in the alone. The woman did not say it, and the silence was the alone’s own mercy.</w:t>
      </w:r>
    </w:p>
    <w:p>
      <w:pPr>
        <w:spacing w:line="360" w:lineRule="auto" w:after="0"/>
        <w:ind w:firstLine="283"/>
      </w:pPr>
      <w:r>
        <w:t>The medic had overruled himself. Voss knew this. The medic had signed the reading — not contaminated — and the medic had signed the order — the clean fire —. The two signatures were the same hand. The medic’s hand had been steady at the rim’s table that morning. The steadiness was the medic’s whole cost. The captain had signed above the medic’s signing. The above was the order’s. The order was the captain’s.</w:t>
      </w:r>
    </w:p>
    <w:p>
      <w:pPr>
        <w:spacing w:line="360" w:lineRule="auto" w:after="0"/>
        <w:ind w:firstLine="283"/>
      </w:pPr>
      <w:r>
        <w:t>She did not apologize. The alone did not apologize. The not-apologizing was not a cruelty and not a mercy. It was the arithmetic’s own plain fact: the order was signed, and the dead were dead. The testimony had failed. The failing was the order’s. The captain was alone.</w:t>
      </w:r>
    </w:p>
    <w:p>
      <w:pPr>
        <w:spacing w:line="360" w:lineRule="auto" w:after="0"/>
        <w:ind w:firstLine="283"/>
      </w:pPr>
      <w:r>
        <w:t>The walker in the hut at Sedge. Voss thought of the walker. The walker had stood at the wall for nine days and had not sat, and the captain had put him out at the wall’s outside with the word uncleanable. The walker had walked out. The walker was walking still, somewhere on the wound’s coast, with the rope-burns on the wrists and the medic’s reading in the spine. Voss did not know where the walker was. Voss had not asked. The walker was the woman’s own freight now, the way the daughter was the woman’s own freight, and the two freights sat in the alone, and the alone held them.</w:t>
      </w:r>
    </w:p>
    <w:p>
      <w:pPr>
        <w:spacing w:line="360" w:lineRule="auto" w:after="0"/>
        <w:ind w:firstLine="283"/>
      </w:pPr>
      <w:r>
        <w:t>The tea cooled. The lamp burned. The testimony was on the table, bound. The medic’s signature was on the page. The captain’s signature was above. The daughter was in the middle lands. The walker was on the wound’s coast. The forty-one were at the rim. The midwife was at the marsh-camp’s fire. The marsh was empty. The empty was the cost.</w:t>
      </w:r>
    </w:p>
    <w:p>
      <w:pPr>
        <w:spacing w:line="360" w:lineRule="auto" w:after="0"/>
        <w:ind w:firstLine="283"/>
      </w:pPr>
      <w:r>
        <w:t>The lamp’s oil was low. The captain did not open the binding. The captain did not apologize. The captain did not resolve. She sat with the binding on the table and the daughter in the alone. The walker in the alone. The forty-one in the alone. The cost in the alone. The alone held them. The lamp went down. The hut went dark. The alone went on.</w:t>
      </w:r>
    </w:p>
    <w:p>
      <w:pPr>
        <w:ind w:firstLine="0"/>
        <w:jc w:val="center"/>
      </w:pPr>
      <w:r>
        <w:rPr>
          <w:color w:val="AAAAAA"/>
        </w:rPr>
        <w:t>❖</w:t>
      </w:r>
    </w:p>
    <w:p>
      <w:pPr>
        <w:spacing w:before="360" w:after="240"/>
        <w:ind w:firstLine="0"/>
        <w:jc w:val="center"/>
      </w:pPr>
      <w:r>
        <w:rPr>
          <w:b/>
          <w:i/>
          <w:color w:val="333333"/>
          <w:sz w:val="26"/>
        </w:rPr>
        <w:t>Step — The Walker's Morning</w:t>
      </w:r>
    </w:p>
    <w:p>
      <w:pPr>
        <w:spacing w:line="360" w:lineRule="auto" w:after="0"/>
        <w:ind w:firstLine="283"/>
      </w:pPr>
      <w:r>
        <w:t>Corren woke at the dark's third hour the way he had woken for nine years: feet first, then eyes, then, if the ground invited them, hands.</w:t>
      </w:r>
    </w:p>
    <w:p>
      <w:pPr>
        <w:spacing w:line="360" w:lineRule="auto" w:after="0"/>
        <w:ind w:firstLine="283"/>
      </w:pPr>
      <w:r>
        <w:t>The ground at the camp's edge had been good all night — the boot-tested, the heel-pressed, the print held for ten breaths and let go. Corren's feet read the ground at the dark's third hour the way the feet read ground — by the give, by the cold, by the way the ground took the boot's heel and answered. The ground was the old skin. The old skin was the ground's honest word: I am here, and I have been here, and I am not moving.</w:t>
      </w:r>
    </w:p>
    <w:p>
      <w:pPr>
        <w:spacing w:line="360" w:lineRule="auto" w:after="0"/>
        <w:ind w:firstLine="283"/>
      </w:pPr>
      <w:r>
        <w:t>Corren stood at the camp's edge. The watches walked the circuit. The watches were Rill and Ollen and the third-year walker who had been Tace's. The third-year's name was Pell. Pell walked the rim the way the walkers walked the rim — not standing, walking, the ground of a standing man puts down roots.</w:t>
      </w:r>
    </w:p>
    <w:p>
      <w:pPr>
        <w:spacing w:line="360" w:lineRule="auto" w:after="0"/>
        <w:ind w:firstLine="283"/>
      </w:pPr>
      <w:r>
        <w:t>Damar was at the rear of the line. Damar's feet were the company's calendar. Damar's feet set the pace. The pace had been slowing for a year. The slowing was not discussed; the walking adjusted. Corren had rearranged the route twice that season around water within Damar's reach, and the rearranging was the care.</w:t>
      </w:r>
    </w:p>
    <w:p>
      <w:pPr>
        <w:spacing w:line="360" w:lineRule="auto" w:after="0"/>
        <w:ind w:firstLine="283"/>
      </w:pPr>
      <w:r>
        <w:t>Corren took the staff. The staff was the walker's. The staff had been the leading's for nine years. The staff was a hand's width taller than Corren. The staff had the wear of nine years of ground at the foot — the wood gone pale at the bottom, the wood gone dark at the grip. The staff was the walker's third hand.</w:t>
      </w:r>
    </w:p>
    <w:p>
      <w:pPr>
        <w:spacing w:line="360" w:lineRule="auto" w:after="0"/>
        <w:ind w:firstLine="283"/>
      </w:pPr>
      <w:r>
        <w:t>Corren walked the camp's rim at the dark's third hour. The rim was the tested ground's edge. The rim was where the tested ground ended and the next ground began. The next ground was the road south. The next ground was the wound's coast. The next ground was the ground the company would walk at the dawn.</w:t>
      </w:r>
    </w:p>
    <w:p>
      <w:pPr>
        <w:spacing w:line="360" w:lineRule="auto" w:after="0"/>
        <w:ind w:firstLine="283"/>
      </w:pPr>
      <w:r>
        <w:t>Corren read the next ground the way he read all ground — feet first, then eyes, then, if the ground invited them, hands. The next ground was the old skin for the first furlong. The old skin held the boot's heel. The print was held for ten breaths and let go. The ground was honest.</w:t>
      </w:r>
    </w:p>
    <w:p>
      <w:pPr>
        <w:spacing w:line="360" w:lineRule="auto" w:after="0"/>
        <w:ind w:firstLine="283"/>
      </w:pPr>
      <w:r>
        <w:t>The second furlong was the new skin. The new skin was at the second furlong's edge — the pale, tight, mineral-dry cover that had not yet learned to be ground, that gave no dust, that smelled of nothing. The new skin was the ground's own talking. The new skin was the ground's rearranging. The new skin was the wound's.</w:t>
      </w:r>
    </w:p>
    <w:p>
      <w:pPr>
        <w:spacing w:line="360" w:lineRule="auto" w:after="0"/>
        <w:ind w:firstLine="283"/>
      </w:pPr>
      <w:r>
        <w:t>Corren stopped at the new skin's edge. The staff was in his hand. The boot's heel was at the new skin's edge. The boot's heel did not press the new skin. The boot's heel stayed at the old skin's edge. The new skin was not the boot's.</w:t>
      </w:r>
    </w:p>
    <w:p>
      <w:pPr>
        <w:spacing w:line="360" w:lineRule="auto" w:after="0"/>
        <w:ind w:firstLine="283"/>
      </w:pPr>
      <w:r>
        <w:t>The new skin was the road's warning. The road went south. The new skin was at the road's second furlong. The road would have to go around the new skin, or the road would have to go through the new skin, and the going through was the breaking of the walking's law — you do not camp on the new skin. The walkers had buried two people in the first year before the law was made. The law had held since.</w:t>
      </w:r>
    </w:p>
    <w:p>
      <w:pPr>
        <w:spacing w:line="360" w:lineRule="auto" w:after="0"/>
        <w:ind w:firstLine="283"/>
      </w:pPr>
      <w:r>
        <w:t>Corren did not go around the new skin at the dark's third hour. Corren stood at the new skin's edge. The staff was in his hand. The boot's heel was at the old skin's edge.</w:t>
      </w:r>
    </w:p>
    <w:p>
      <w:pPr>
        <w:spacing w:line="360" w:lineRule="auto" w:after="0"/>
        <w:ind w:firstLine="283"/>
      </w:pPr>
      <w:r>
        <w:t>The dawn came. The dawn came up herring-colored on the new skin's pale. The company woke at the dawn. The watches came in from the rim. The pot was on the fire. The fire was the company's. The pot was the company's. The pot was Ollen's. Ollen portioned the morning's bread. The bread was thin. The bread was the road's. The thin was the road's.</w:t>
      </w:r>
    </w:p>
    <w:p>
      <w:pPr>
        <w:spacing w:line="360" w:lineRule="auto" w:after="0"/>
        <w:ind w:firstLine="283"/>
      </w:pPr>
      <w:r>
        <w:t>Corren came back to the fire at the dawn. The staff was in his hand. The boot's heels were at the old skin's edge. The new skin was at the second furlong. The road went around the new skin, or the road went through the new skin, and the going through was the breaking of the law.</w:t>
      </w:r>
    </w:p>
    <w:p>
      <w:pPr>
        <w:spacing w:line="360" w:lineRule="auto" w:after="0"/>
        <w:ind w:firstLine="283"/>
      </w:pPr>
      <w:r>
        <w:t>"We go around," Corren said. "The new skin at the second furlong. The road goes east for a furlong. The road goes south at the third furlong. Damar's feet set the pace. The ground tells the rest."</w:t>
      </w:r>
    </w:p>
    <w:p>
      <w:pPr>
        <w:spacing w:line="360" w:lineRule="auto" w:after="0"/>
        <w:ind w:firstLine="283"/>
      </w:pPr>
      <w:r>
        <w:t>The company made its morning from the fire. The walking took them east at the dawn, grey, dust, twenty, the pot and the bowls and the rules, and the new skin lay at the second furlong behind them, pale, tight, mineral-dry, the wound's own talking, and the company went around.</w:t>
      </w:r>
    </w:p>
    <w:p>
      <w:pPr>
        <w:spacing w:line="360" w:lineRule="auto" w:after="0"/>
        <w:ind w:firstLine="283"/>
      </w:pPr>
      <w:r>
        <w:t>The walking's law held. The company walked east. The company walked south at the third furlong. The ground was the old skin again. The old skin held the boot's heel. The print was held for ten breaths and let go. The ground was honest. The company walked south.</w:t>
      </w:r>
    </w:p>
    <w:p>
      <w:pPr>
        <w:spacing w:line="360" w:lineRule="auto" w:after="0"/>
        <w:ind w:firstLine="283"/>
      </w:pPr>
      <w:r>
        <w:t>The walker's morning was the morning's. The reading was the ground's. The ground was the old skin's. The walking went around. The walking went south.</w:t>
      </w:r>
    </w:p>
    <w:p>
      <w:pPr>
        <w:spacing w:before="360" w:after="240"/>
        <w:ind w:firstLine="0"/>
        <w:jc w:val="center"/>
      </w:pPr>
      <w:r>
        <w:rPr>
          <w:b/>
          <w:i/>
          <w:color w:val="333333"/>
          <w:sz w:val="26"/>
        </w:rPr>
        <w:t>Step — The Ledger of Lost</w:t>
      </w:r>
    </w:p>
    <w:p>
      <w:pPr>
        <w:spacing w:line="360" w:lineRule="auto" w:after="0"/>
        <w:ind w:firstLine="283"/>
      </w:pPr>
      <w:r>
        <w:t>The Ledger of Lost came to the fire at the evening of the third day, and the Ledger was in a grey woman's arms, and the grey woman was the coast's, and the coast's was the Ledger's, and the Ledger was the wound's coast's own.</w:t>
      </w:r>
    </w:p>
    <w:p>
      <w:pPr>
        <w:spacing w:line="360" w:lineRule="auto" w:after="0"/>
        <w:ind w:firstLine="283"/>
      </w:pPr>
      <w:r>
        <w:t>The grey woman had walked two days from the north. The grey woman was old. The grey woman's coat was the coast-trader's, salt-stained, the cuffs frayed. The grey woman's arms held the Ledger the way the arms hold a child — at the breast, against the body, the keeping-place.</w:t>
      </w:r>
    </w:p>
    <w:p>
      <w:pPr>
        <w:spacing w:line="360" w:lineRule="auto" w:after="0"/>
        <w:ind w:firstLine="283"/>
      </w:pPr>
      <w:r>
        <w:t>The grey woman came to the fire at the evening. The company was at the fire. The pot was on the fire. The fire was the company's. The pot was the company's. The grey woman stood at the fire's edge.</w:t>
      </w:r>
    </w:p>
    <w:p>
      <w:pPr>
        <w:spacing w:line="360" w:lineRule="auto" w:after="0"/>
        <w:ind w:firstLine="283"/>
      </w:pPr>
      <w:r>
        <w:t>"The Ledger of Lost," the grey woman said. "The coast's. The wound's coast's own. Two generations' keeping. The keepers are not entered. The lost are entered. The office is the holding."</w:t>
      </w:r>
    </w:p>
    <w:p>
      <w:pPr>
        <w:spacing w:line="360" w:lineRule="auto" w:after="0"/>
        <w:ind w:firstLine="283"/>
      </w:pPr>
      <w:r>
        <w:t>Corren took the Ledger. The Ledger was heavy. The Ledger was a coast-book — the binding was hand-stitched, the seam flat, the thread waxed. The pages were hand-cut. The pages were the color of weak tea. The entries were in the level hand. Every keeper who had held the Ledger had written in the level hand. The entries were the lost. The lost were entered.</w:t>
      </w:r>
    </w:p>
    <w:p>
      <w:pPr>
        <w:spacing w:line="360" w:lineRule="auto" w:after="0"/>
        <w:ind w:firstLine="283"/>
      </w:pPr>
      <w:r>
        <w:t>Corren opened the Ledger at the fire's edge. The lamp was lit. The lamp was the fire's. The lamp threw the crooked light on the Ledger's pages. The crooked light was the lamp's. The crooked light was the Ledger's.</w:t>
      </w:r>
    </w:p>
    <w:p>
      <w:pPr>
        <w:spacing w:line="360" w:lineRule="auto" w:after="0"/>
        <w:ind w:firstLine="283"/>
      </w:pPr>
      <w:r>
        <w:t>The first entry was at the first page. The first entry was a name. The name was the lost's. The name was the entry's. The entry was the level hand's. The level hand was the keeper's. The keeper was the lost's. The two were the Ledger's. The Ledger held the two.</w:t>
      </w:r>
    </w:p>
    <w:p>
      <w:pPr>
        <w:spacing w:line="360" w:lineRule="auto" w:after="0"/>
        <w:ind w:firstLine="283"/>
      </w:pPr>
      <w:r>
        <w:t>The open hand was above the entry. The open hand was drawn. The open hand was open. The palm was forward. The fingers were apart. The open hand did not close. The open hand did not reach. The open hand held its open. The open hand was the holding's. The holding was the open hand's.</w:t>
      </w:r>
    </w:p>
    <w:p>
      <w:pPr>
        <w:spacing w:line="360" w:lineRule="auto" w:after="0"/>
        <w:ind w:firstLine="283"/>
      </w:pPr>
      <w:r>
        <w:t>Corren read the entries at the fire's edge. The entries were the lost. The lost were entered. The lost were the Mallen families. The lost were the harbor-of-kin weeper's sister. The lost were the boy Jory. The lost were the Gull's twelve. The lost were the heavy ship's three — Andrey, Jory, Nace. The lost were the city's dead. The lost were the fleet's dead. The lost were the coast's dead.</w:t>
      </w:r>
    </w:p>
    <w:p>
      <w:pPr>
        <w:spacing w:line="360" w:lineRule="auto" w:after="0"/>
        <w:ind w:firstLine="283"/>
      </w:pPr>
      <w:r>
        <w:t>The lost were the Ledger's. The Ledger held the lost. The holding was the Ledger's plain office. The office was the holding. The two were the Ledger's.</w:t>
      </w:r>
    </w:p>
    <w:p>
      <w:pPr>
        <w:spacing w:line="360" w:lineRule="auto" w:after="0"/>
        <w:ind w:firstLine="283"/>
      </w:pPr>
      <w:r>
        <w:t>Corren read the entries. Corren did not weep. Corren did not say anything. Corren read the entries the way he read the ground — by the give, by the weight, by the position of the feet. The entries were the ground's. The ground was the entries'. The entries were the lost's. The lost were the entries'.</w:t>
      </w:r>
    </w:p>
    <w:p>
      <w:pPr>
        <w:spacing w:line="360" w:lineRule="auto" w:after="0"/>
        <w:ind w:firstLine="283"/>
      </w:pPr>
      <w:r>
        <w:t>The grey woman stood at the fire's edge. The grey woman did not sit. The grey woman did not eat. The grey woman did not say anything. The grey woman's arms had held the Ledger. The grey woman's arms did not hold the Ledger now. The grey woman's arms were the grey woman's.</w:t>
      </w:r>
    </w:p>
    <w:p>
      <w:pPr>
        <w:spacing w:line="360" w:lineRule="auto" w:after="0"/>
        <w:ind w:firstLine="283"/>
      </w:pPr>
      <w:r>
        <w:t>"The Ledger is the coast's," the grey woman said. "The Ledger is the wound's coast's own. The Ledger is the holding's. The holding is the office's. The office is the holding. The Ledger is yours. The holding is yours. The office is yours."</w:t>
      </w:r>
    </w:p>
    <w:p>
      <w:pPr>
        <w:spacing w:line="360" w:lineRule="auto" w:after="0"/>
        <w:ind w:firstLine="283"/>
      </w:pPr>
      <w:r>
        <w:t>Corren did not look up. Corren read the entries. The entries were the lost. The lost were the entries'. The two were the Ledger's.</w:t>
      </w:r>
    </w:p>
    <w:p>
      <w:pPr>
        <w:spacing w:line="360" w:lineRule="auto" w:after="0"/>
        <w:ind w:firstLine="283"/>
      </w:pPr>
      <w:r>
        <w:t>"The Ledger is the company's," Corren said. "The company is the coast's. The coast is the wound's. The wound is the ground's. The Ledger is the holding's. The holding is the office's. The office is the holding. The Ledger is the company's."</w:t>
      </w:r>
    </w:p>
    <w:p>
      <w:pPr>
        <w:spacing w:line="360" w:lineRule="auto" w:after="0"/>
        <w:ind w:firstLine="283"/>
      </w:pPr>
      <w:r>
        <w:t>The grey woman did not say anything. The grey woman sat at the fire's edge. The grey woman ate at the fire's edge. The grey woman drank at the fire's edge. The grey woman slept at the fire's edge. The grey woman went north at the dawn. The grey woman's arms were empty. The grey woman's arms had held the Ledger. The grey woman's arms were the grey woman's.</w:t>
      </w:r>
    </w:p>
    <w:p>
      <w:pPr>
        <w:spacing w:line="360" w:lineRule="auto" w:after="0"/>
        <w:ind w:firstLine="283"/>
      </w:pPr>
      <w:r>
        <w:t>The Ledger was at the company's fire. The Ledger was the company's. The Ledger was the holding's. The holding was the office's. The Ledger held the lost. The lost were the Ledger's.</w:t>
      </w:r>
    </w:p>
    <w:p>
      <w:pPr>
        <w:spacing w:line="360" w:lineRule="auto" w:after="0"/>
        <w:ind w:firstLine="283"/>
      </w:pPr>
      <w:r>
        <w:t>The company went south at the dawn. The Ledger was in Corren's pack. The pack was the walker's. The pack was the leading's. The pack held the Ledger. The Ledger held the lost. The lost were the company's. The company carried the lost. The lost were carried. The carrying was the office's. The office was the holding. The Ledger was the holding's.</w:t>
      </w:r>
    </w:p>
    <w:p>
      <w:pPr>
        <w:spacing w:line="360" w:lineRule="auto" w:after="0"/>
        <w:ind w:firstLine="283"/>
      </w:pPr>
      <w:r>
        <w:t>The Ledger was in the pack. The lost were in the Ledger. The two were carried. The two did not move. The two were the holding's. The holding was the company's.</w:t>
      </w:r>
    </w:p>
    <w:p>
      <w:pPr>
        <w:spacing w:before="360" w:after="240"/>
        <w:ind w:firstLine="0"/>
        <w:jc w:val="center"/>
      </w:pPr>
      <w:r>
        <w:rPr>
          <w:b/>
          <w:i/>
          <w:color w:val="333333"/>
          <w:sz w:val="26"/>
        </w:rPr>
        <w:t>Step — The Leaving-Stone</w:t>
      </w:r>
    </w:p>
    <w:p>
      <w:pPr>
        <w:spacing w:line="360" w:lineRule="auto" w:after="0"/>
        <w:ind w:firstLine="283"/>
      </w:pPr>
      <w:r>
        <w:t>The stone by the gate was the settlement's oldest ordinary thing — the gate's side-stone, the leaving-stone, the flat top of it worn by generations of the settlement's own hands setting down what they set down there. The stone that stood at every settled wall's gate in the coast's whole country and held, in its flat worn top, the coast's oldest law: the outside and the inside meet at the stone, and what is set on the stone crosses.</w:t>
      </w:r>
    </w:p>
    <w:p>
      <w:pPr>
        <w:spacing w:line="360" w:lineRule="auto" w:after="0"/>
        <w:ind w:firstLine="283"/>
      </w:pPr>
      <w:r>
        <w:t>Corren came down to Sedge in the last hour of the dark, and Sedge had white on its walls, and he stood in the tree-line at the field's edge and read the white, and the white read back, and the reading was the whole of the meeting he was going to be allowed.</w:t>
      </w:r>
    </w:p>
    <w:p>
      <w:pPr>
        <w:spacing w:line="360" w:lineRule="auto" w:after="0"/>
        <w:ind w:firstLine="283"/>
      </w:pPr>
      <w:r>
        <w:t>The bundle was in his coat. It had been in his coat for nine years, in the inner breast pocket, the pocket the walkers' coats made for exactly one thing and no other: the pocket over the sternum, the keeping-pocket. What went there was what you carried against the heart, and what you carried against the heart was what the walking was for. The walkers did not ask each other what was in the keeping-pockets. In the bundle, wrapped in the oilcloth that had kept it dry through nine years of rain and river-ford and ground-steam: a wooden spoon, and a paper twist of seeds.</w:t>
      </w:r>
    </w:p>
    <w:p>
      <w:pPr>
        <w:spacing w:line="360" w:lineRule="auto" w:after="0"/>
        <w:ind w:firstLine="283"/>
      </w:pPr>
      <w:r>
        <w:t>The spoon was Nella's. Her own, from the first house — the house in the valley below the middle lands' first breaking, the house with the kale-garden and the bees' first hives and the window Nella's mother had kept the red geranium in. The house the ground had taken in the year of the great rearranging, when the walking had begun and everything that could be carried had been carried, and the spoon had not been carried — the spoon had been left, in the flight's ordinary chaos, in the drawer with the bread-knife and the string, and a girl of eleven had cried for it in the first camp, not for the house, not for the valley — for the spoon, the way children cry for the small thing when the large thing is too large to cry at — and Corren had gone back.</w:t>
      </w:r>
    </w:p>
    <w:p>
      <w:pPr>
        <w:spacing w:line="360" w:lineRule="auto" w:after="0"/>
        <w:ind w:firstLine="283"/>
      </w:pPr>
      <w:r>
        <w:t>The pocket's freight was the house. The valley, the bees' first hives, the red geranium's window, the mother — Nella's mother, who had not come back from the going-back, whose name was in the walkers' Ledger of Lost with two tellings and an open hand — the mother was in the pocket too. He was not walking away from the house. He was walking with it.</w:t>
      </w:r>
    </w:p>
    <w:p>
      <w:pPr>
        <w:spacing w:line="360" w:lineRule="auto" w:after="0"/>
        <w:ind w:firstLine="283"/>
      </w:pPr>
      <w:r>
        <w:t>And now there was a girl in Sedge with a child of her own, and the bundle was for the child. The spoon's small worn bowl was a child's mouth's shape, and the seeds were a garden's, and the bundle had been waiting, all the walking, for the next small hand, and the next small hand was in there, behind the wall, behind the white.</w:t>
      </w:r>
    </w:p>
    <w:p>
      <w:pPr>
        <w:spacing w:line="360" w:lineRule="auto" w:after="0"/>
        <w:ind w:firstLine="283"/>
      </w:pPr>
      <w:r>
        <w:t>Corren walked the rows' furrows one field's width, upright, unhurried, his staff in his hand and his grey cloth the grey of the not-yet-morning, and he did not come to the gate. He came to the stone. The stone was at the gate's side. The stone was flat. The stone was worn. The stone was the leaving-stone.</w:t>
      </w:r>
    </w:p>
    <w:p>
      <w:pPr>
        <w:spacing w:line="360" w:lineRule="auto" w:after="0"/>
        <w:ind w:firstLine="283"/>
      </w:pPr>
      <w:r>
        <w:t>He took the bundle from the keeping-pocket. The oilcloth was warm from his body — nine years of his body's warmth in it, the freight's warmth, the house's warmth — and he set it on the stone, in the dark's last grey, and he set it the way a thing is set that means to stay: squarely, in the stone's worn center, with the cloth's folds tucked under, with the weight settled. The setting-down that is the care. The walking-away that is the care's completion.</w:t>
      </w:r>
    </w:p>
    <w:p>
      <w:pPr>
        <w:spacing w:line="360" w:lineRule="auto" w:after="0"/>
        <w:ind w:firstLine="283"/>
      </w:pPr>
      <w:r>
        <w:t>The sentries had seen him. The arithmetic said walk now, unhurried, in the open, in the sight — the walkers' own law at the white's walls: you did not run; running was the touch's own confession. You did not linger; lingering was the asking. You walked, upright, at the walking's own pace, back the way you came, and what you left on the stone you left on the stone, and the stone crossed it or it did not.</w:t>
      </w:r>
    </w:p>
    <w:p>
      <w:pPr>
        <w:spacing w:line="360" w:lineRule="auto" w:after="0"/>
        <w:ind w:firstLine="283"/>
      </w:pPr>
      <w:r>
        <w:t>At the tree-line he stopped. He did not look back. The grey ones left the leaving-things on the stones of the world, and they did not watch the world take them, because the watching was the keeping, and the thing had to stop being kept. It had to become the world's. The spoon had to become the stone's, and the stone's the gate's, and the gate's the finder's — and somewhere, past the gate, past the white, there was a girl who had been a girl who cried for a spoon, and she was a woman with a woman's child, and the child was the address, and the address was a wall's inside now, and the walkers could not go there. The walking had brought the house as far as the house could come. The stone crossed the rest.</w:t>
      </w:r>
    </w:p>
    <w:p>
      <w:pPr>
        <w:spacing w:line="360" w:lineRule="auto" w:after="0"/>
        <w:ind w:firstLine="283"/>
      </w:pPr>
      <w:r>
        <w:t>Rill was at the tree-line's edge. Rill's eyes went past Corren's shoulder once — one look, at the fields, at the gate's far stone, at the small square of oilcloth on the worn flat top — and the eyes came back, and Rill asked nothing. The nothing was the company's own grace: you do not ask about the keeping-pockets, and you do not ask about the stones.</w:t>
      </w:r>
    </w:p>
    <w:p>
      <w:pPr>
        <w:spacing w:line="360" w:lineRule="auto" w:after="0"/>
        <w:ind w:firstLine="283"/>
      </w:pPr>
      <w:r>
        <w:t>"The lime will hold it a year," Corren said. The walking's own words, the plain ones. The finding taken, the finding carried, the finding. The ground under Sedge was talking. The white was on the walls. The lime was a year.</w:t>
      </w:r>
    </w:p>
    <w:p>
      <w:pPr>
        <w:spacing w:line="360" w:lineRule="auto" w:after="0"/>
        <w:ind w:firstLine="283"/>
      </w:pPr>
      <w:r>
        <w:t>"We go south," Corren said. "Damar's feet set the pace. The ground tells the rest."</w:t>
      </w:r>
    </w:p>
    <w:p>
      <w:pPr>
        <w:spacing w:line="360" w:lineRule="auto" w:after="0"/>
        <w:ind w:firstLine="283"/>
      </w:pPr>
      <w:r>
        <w:t>The company made its morning from the tree-line, and the walking took them south along the fields' edges, grey, dust, twenty, the pot and the bowls and the rules, and the white wall of Sedge stood behind them in the coming sun, and the stone by the gate held what it held, and no one looked back.</w:t>
      </w:r>
    </w:p>
    <w:p>
      <w:pPr>
        <w:spacing w:before="360" w:after="240"/>
        <w:ind w:firstLine="0"/>
        <w:jc w:val="center"/>
      </w:pPr>
      <w:r>
        <w:rPr>
          <w:b/>
          <w:i/>
          <w:color w:val="333333"/>
          <w:sz w:val="26"/>
        </w:rPr>
        <w:t>Step — The Nine-Day Standing</w:t>
      </w:r>
    </w:p>
    <w:p>
      <w:pPr>
        <w:spacing w:line="360" w:lineRule="auto" w:after="0"/>
        <w:ind w:firstLine="283"/>
      </w:pPr>
      <w:r>
        <w:t>The nine-day standing was at Sedge's wall, and the standing was the walker's, and the walker was at the stone, and the stone was the wall's, and the wall was the white's, and the white was the standing's, and the standing was the nine days'.</w:t>
      </w:r>
    </w:p>
    <w:p>
      <w:pPr>
        <w:spacing w:line="360" w:lineRule="auto" w:after="0"/>
        <w:ind w:firstLine="283"/>
      </w:pPr>
      <w:r>
        <w:t>Corren had come to Sedge at the dark's last hour. The bundle had been set on the stone. The walking had gone south. The company had gone south. Corren had not gone south. Corren had stayed at the wall. The staying was the standing. The standing was the nine days'.</w:t>
      </w:r>
    </w:p>
    <w:p>
      <w:pPr>
        <w:spacing w:line="360" w:lineRule="auto" w:after="0"/>
        <w:ind w:firstLine="283"/>
      </w:pPr>
      <w:r>
        <w:t>The first day was the dark's last hour. Corren stood at the wall's outside. The wall was stone. The wall was the settlement's. The wall was the white's. The white was on the wall. The lime was at the wall's base. The lime was the white's. The lime was the year's. The lime would hold the wall a year.</w:t>
      </w:r>
    </w:p>
    <w:p>
      <w:pPr>
        <w:spacing w:line="360" w:lineRule="auto" w:after="0"/>
        <w:ind w:firstLine="283"/>
      </w:pPr>
      <w:r>
        <w:t>Corren stood at the wall's outside. The staff was in his hand. The staff was the walker's. The staff was the standing's. The staff did not move. The walker did not move. The first day was the standing's.</w:t>
      </w:r>
    </w:p>
    <w:p>
      <w:pPr>
        <w:spacing w:line="360" w:lineRule="auto" w:after="0"/>
        <w:ind w:firstLine="283"/>
      </w:pPr>
      <w:r>
        <w:t>The second day was the dawn's. The dawn came up herring-colored on the wall's stone. The white's sentries were at the wall. The sentries did not look at the walker. The sentries did not say anything. The sentries walked the wall's top. The sentries' boots went on the wall's stone. The boots' sound was the wall's. The wall was the boots'.</w:t>
      </w:r>
    </w:p>
    <w:p>
      <w:pPr>
        <w:spacing w:line="360" w:lineRule="auto" w:after="0"/>
        <w:ind w:firstLine="283"/>
      </w:pPr>
      <w:r>
        <w:t>Corren stood at the wall's outside. The staff was in his hand. The staff did not move. The walker did not move. The second day was the standing's.</w:t>
      </w:r>
    </w:p>
    <w:p>
      <w:pPr>
        <w:spacing w:line="360" w:lineRule="auto" w:after="0"/>
        <w:ind w:firstLine="283"/>
      </w:pPr>
      <w:r>
        <w:t>The third day was the noon's. The noon came up hot on the wall's stone. The white's sentries were at the wall. The sentries did not look at the walker. The sentries did not say anything. The sentries walked the wall's top. The sentries' boots went on the wall's stone. The boots' sound was the wall's.</w:t>
      </w:r>
    </w:p>
    <w:p>
      <w:pPr>
        <w:spacing w:line="360" w:lineRule="auto" w:after="0"/>
        <w:ind w:firstLine="283"/>
      </w:pPr>
      <w:r>
        <w:t>Corren stood at the wall's outside. The staff was in his hand. The staff did not move. The walker did not move. The third day was the standing's.</w:t>
      </w:r>
    </w:p>
    <w:p>
      <w:pPr>
        <w:spacing w:line="360" w:lineRule="auto" w:after="0"/>
        <w:ind w:firstLine="283"/>
      </w:pPr>
      <w:r>
        <w:t>The fourth day was the dusk's. The dusk came up cold on the wall's stone. The white's sentries were at the wall. The sentries did not look at the walker. The sentries did not say anything. The sentries walked the wall's top. The sentries' boots went on the wall's stone. The boots' sound was the wall's.</w:t>
      </w:r>
    </w:p>
    <w:p>
      <w:pPr>
        <w:spacing w:line="360" w:lineRule="auto" w:after="0"/>
        <w:ind w:firstLine="283"/>
      </w:pPr>
      <w:r>
        <w:t>Corren stood at the wall's outside. The staff was in his hand. The staff did not move. The walker did not move. The fourth day was the standing's.</w:t>
      </w:r>
    </w:p>
    <w:p>
      <w:pPr>
        <w:spacing w:line="360" w:lineRule="auto" w:after="0"/>
        <w:ind w:firstLine="283"/>
      </w:pPr>
      <w:r>
        <w:t>The fifth day was the night's. The night came up dark on the wall's stone. The white's sentries were at the wall. The sentries did not look at the walker. The sentries did not say anything. The sentries walked the wall's top. The sentries' boots went on the wall's stone. The boots' sound was the wall's.</w:t>
      </w:r>
    </w:p>
    <w:p>
      <w:pPr>
        <w:spacing w:line="360" w:lineRule="auto" w:after="0"/>
        <w:ind w:firstLine="283"/>
      </w:pPr>
      <w:r>
        <w:t>Corren stood at the wall's outside. The staff was in his hand. The staff did not move. The walker did not move. The fifth day was the standing's.</w:t>
      </w:r>
    </w:p>
    <w:p>
      <w:pPr>
        <w:spacing w:line="360" w:lineRule="auto" w:after="0"/>
        <w:ind w:firstLine="283"/>
      </w:pPr>
      <w:r>
        <w:t>The sixth day was the dawn's. The seventh day was the noon's. The eighth day was the dusk's. The ninth day was the night's. The nine days were the standing's.</w:t>
      </w:r>
    </w:p>
    <w:p>
      <w:pPr>
        <w:spacing w:line="360" w:lineRule="auto" w:after="0"/>
        <w:ind w:firstLine="283"/>
      </w:pPr>
      <w:r>
        <w:t>Corren did not eat. Corren did not drink. Corren did not sit. Corren did not move. The nine days were the standing's. The walker was the standing's.</w:t>
      </w:r>
    </w:p>
    <w:p>
      <w:pPr>
        <w:spacing w:line="360" w:lineRule="auto" w:after="0"/>
        <w:ind w:firstLine="283"/>
      </w:pPr>
      <w:r>
        <w:t>The white's captain came to the wall on the ninth day's dawn. The captain's mother's eye held the wall and the walker. The eye did not press. The eye did not yield. The eye held the walker the way the eye held the wall.</w:t>
      </w:r>
    </w:p>
    <w:p>
      <w:pPr>
        <w:spacing w:line="360" w:lineRule="auto" w:after="0"/>
        <w:ind w:firstLine="283"/>
      </w:pPr>
      <w:r>
        <w:t>"The walker is uncleanable," the captain said. The level voice. The public-health grammar. "The walker is at the wall's outside. The walker is not entering. The walker is not leaving. The walker is standing. The standing is the walker's. The standing is not the wall's. The standing is the white's. The standing is the uncleanable's. The walker will be processed. The processing is the white's. The processing is the cage's third mercy walked out of the archive and onto the wall's outside."</w:t>
      </w:r>
    </w:p>
    <w:p>
      <w:pPr>
        <w:spacing w:line="360" w:lineRule="auto" w:after="0"/>
        <w:ind w:firstLine="283"/>
      </w:pPr>
      <w:r>
        <w:t>Corren did not look at the captain. Corren looked at the wall. The wall was stone. The wall was the settlement's.</w:t>
      </w:r>
    </w:p>
    <w:p>
      <w:pPr>
        <w:spacing w:line="360" w:lineRule="auto" w:after="0"/>
        <w:ind w:firstLine="283"/>
      </w:pPr>
      <w:r>
        <w:t>The captain put him out at the wall's outside with the word uncleanable. The walker was walked out. The walker was walked to the white's south-mile camp. The walker was processed. The processing was the rope-burns at the wrists. The processing was the medic's reading. The processing was the spine's locked vertical. The processing was the body's.</w:t>
      </w:r>
    </w:p>
    <w:p>
      <w:pPr>
        <w:spacing w:line="360" w:lineRule="auto" w:after="0"/>
        <w:ind w:firstLine="283"/>
      </w:pPr>
      <w:r>
        <w:t>The standing was over. The standing was the nine days'. The nine days were the standing's. The standing was the walker's. The standing was the wall's. The two were the nine days'. The nine days were the two's.</w:t>
      </w:r>
    </w:p>
    <w:p>
      <w:pPr>
        <w:spacing w:line="360" w:lineRule="auto" w:after="0"/>
        <w:ind w:firstLine="283"/>
      </w:pPr>
      <w:r>
        <w:t>The walker was at the south-mile camp. The walker's body was the processing's. The walker's body was the rope-burns. The walker's body was the spine's locked vertical. The walker's body was the medic's reading. The walker's body was the body's. The walker was the body's.</w:t>
      </w:r>
    </w:p>
    <w:p>
      <w:pPr>
        <w:spacing w:line="360" w:lineRule="auto" w:after="0"/>
        <w:ind w:firstLine="283"/>
      </w:pPr>
      <w:r>
        <w:t>The walker walked out of the south-mile camp at the dark's last hour. The walker walked the wound's coast. The walker's boots were on the ground. The ground held the boot's heel. The print was held for ten breaths and let go. The ground was honest. The walker did not look back. The walker was the walking's.</w:t>
      </w:r>
    </w:p>
    <w:p>
      <w:pPr>
        <w:spacing w:line="360" w:lineRule="auto" w:after="0"/>
        <w:ind w:firstLine="283"/>
      </w:pPr>
      <w:r>
        <w:t>The nine-day standing was the standing's. The walker was the standing's. The wall was the standing's. The white was the standing's. The standing was the nine days'.</w:t>
      </w:r>
    </w:p>
    <w:p>
      <w:pPr>
        <w:spacing w:before="360" w:after="240"/>
        <w:ind w:firstLine="0"/>
        <w:jc w:val="center"/>
      </w:pPr>
      <w:r>
        <w:rPr>
          <w:b/>
          <w:i/>
          <w:color w:val="333333"/>
          <w:sz w:val="26"/>
        </w:rPr>
        <w:t>Step — The Door-Scene at Sedge's Fall</w:t>
      </w:r>
    </w:p>
    <w:p>
      <w:pPr>
        <w:spacing w:line="360" w:lineRule="auto" w:after="0"/>
        <w:ind w:firstLine="283"/>
      </w:pPr>
      <w:r>
        <w:t>The door was at the daughter's house. The daughter's house was at the touched row's edge — the seventh house, the one not burned, the one the lime's white wash had not reached, the one the daughter's family had kept by the white's own courtesy. The stone was the coast's oldest ordinary thing.</w:t>
      </w:r>
    </w:p>
    <w:p>
      <w:pPr>
        <w:spacing w:line="360" w:lineRule="auto" w:after="0"/>
        <w:ind w:firstLine="283"/>
      </w:pPr>
      <w:r>
        <w:t>Corren came to the door at the dark's second hour. The clock was the ground's own. The clock said: you have until your footsteps tell. The footsteps were the walker's. The walker's feet read the ground at every step. The ground's talking grew as the walker walked the clean settlement's paths. The lime's white ring at the gate was a year. The lime at the wall's fifty paces was a season. The lime at the daughter's house was a month. The lime at the daughter's door was a week. The lime at the daughter's threshold was a day. The lime at the daughter's threshold was the clock's last hour.</w:t>
      </w:r>
    </w:p>
    <w:p>
      <w:pPr>
        <w:spacing w:line="360" w:lineRule="auto" w:after="0"/>
        <w:ind w:firstLine="283"/>
      </w:pPr>
      <w:r>
        <w:t>Corren stood at the door. The door was closed. The door was the daughter's. The door was the threshold's. The threshold was the coast's oldest ordinary thing — the flat worn stone, the setting-down, the crossing. The threshold was the stone's.</w:t>
      </w:r>
    </w:p>
    <w:p>
      <w:pPr>
        <w:spacing w:line="360" w:lineRule="auto" w:after="0"/>
        <w:ind w:firstLine="283"/>
      </w:pPr>
      <w:r>
        <w:t>Nella was at the door. The daughter was at the door. The two of them stood at the threshold and did not cross it. The two of them stood at the door the way they had stood at the fire — the fire at the second camp, the night the mother had not come back, the night the walking had begun. The daughter had been eleven. The daughter was twenty now. The daughter was the woman's.</w:t>
      </w:r>
    </w:p>
    <w:p>
      <w:pPr>
        <w:spacing w:line="360" w:lineRule="auto" w:after="0"/>
        <w:ind w:firstLine="283"/>
      </w:pPr>
      <w:r>
        <w:t>"Baba," she said.</w:t>
      </w:r>
    </w:p>
    <w:p>
      <w:pPr>
        <w:spacing w:line="360" w:lineRule="auto" w:after="0"/>
        <w:ind w:firstLine="283"/>
      </w:pPr>
      <w:r>
        <w:t>"Nella."</w:t>
      </w:r>
    </w:p>
    <w:p>
      <w:pPr>
        <w:spacing w:line="360" w:lineRule="auto" w:after="0"/>
        <w:ind w:firstLine="283"/>
      </w:pPr>
      <w:r>
        <w:t>"The girl is asleep."</w:t>
      </w:r>
    </w:p>
    <w:p>
      <w:pPr>
        <w:spacing w:line="360" w:lineRule="auto" w:after="0"/>
        <w:ind w:firstLine="283"/>
      </w:pPr>
      <w:r>
        <w:t>"I know. I will not wake her."</w:t>
      </w:r>
    </w:p>
    <w:p>
      <w:pPr>
        <w:spacing w:line="360" w:lineRule="auto" w:after="0"/>
        <w:ind w:firstLine="283"/>
      </w:pPr>
      <w:r>
        <w:t>"You have until the footsteps tell."</w:t>
      </w:r>
    </w:p>
    <w:p>
      <w:pPr>
        <w:spacing w:line="360" w:lineRule="auto" w:after="0"/>
        <w:ind w:firstLine="283"/>
      </w:pPr>
      <w:r>
        <w:t>"I know. I will read the ground on the way out. I will leave before the ground tells."</w:t>
      </w:r>
    </w:p>
    <w:p>
      <w:pPr>
        <w:spacing w:line="360" w:lineRule="auto" w:after="0"/>
        <w:ind w:firstLine="283"/>
      </w:pPr>
      <w:r>
        <w:t>He did not cross the door. The daughter did not cross the door. The two of them stood at the threshold — the coast's oldest ordinary stone — and did not cross. He had come for one meal and one holding. The meal had been refused. The holding had been the question.</w:t>
      </w:r>
    </w:p>
    <w:p>
      <w:pPr>
        <w:spacing w:line="360" w:lineRule="auto" w:after="0"/>
        <w:ind w:firstLine="283"/>
      </w:pPr>
      <w:r>
        <w:t>He put his hand on the door's frame. The daughter put her hand on the door's frame. The two hands were on the same wood, and the two hands did not touch. The two hands were the same distance apart they had been at the fire, the same distance apart they had been at the kale-edge the valley's last autumn, the same distance apart they had been at every meeting since the walking had begun. The two hands were the door's. The door was the two hands'.</w:t>
      </w:r>
    </w:p>
    <w:p>
      <w:pPr>
        <w:spacing w:line="360" w:lineRule="auto" w:after="0"/>
        <w:ind w:firstLine="283"/>
      </w:pPr>
      <w:r>
        <w:t>"I will go," Corren said.</w:t>
      </w:r>
    </w:p>
    <w:p>
      <w:pPr>
        <w:spacing w:line="360" w:lineRule="auto" w:after="0"/>
        <w:ind w:firstLine="283"/>
      </w:pPr>
      <w:r>
        <w:t>"Not yet," Nella said. "The ground has not told."</w:t>
      </w:r>
    </w:p>
    <w:p>
      <w:pPr>
        <w:spacing w:line="360" w:lineRule="auto" w:after="0"/>
        <w:ind w:firstLine="283"/>
      </w:pPr>
      <w:r>
        <w:t>"I know. I will read the ground on the way out."</w:t>
      </w:r>
    </w:p>
    <w:p>
      <w:pPr>
        <w:spacing w:line="360" w:lineRule="auto" w:after="0"/>
        <w:ind w:firstLine="283"/>
      </w:pPr>
      <w:r>
        <w:t>"Not yet. Stand at the door. Stand at the door for a moment. The ground will tell when the ground tells. Stand at the door."</w:t>
      </w:r>
    </w:p>
    <w:p>
      <w:pPr>
        <w:spacing w:line="360" w:lineRule="auto" w:after="0"/>
        <w:ind w:firstLine="283"/>
      </w:pPr>
      <w:r>
        <w:t>He stood at the door. The daughter stood at the door. The two of them stood at the threshold, and the threshold held them. The child slept in the house. The child's name was Marit. The grandfather had not seen the child's face. The grandfather would not see the child's face. The grandfather's face was at the door's frame. The grandfather's hand was at the door's frame. The grandfather's hand did not cross. The grandfather did not cross.</w:t>
      </w:r>
    </w:p>
    <w:p>
      <w:pPr>
        <w:spacing w:line="360" w:lineRule="auto" w:after="0"/>
        <w:ind w:firstLine="283"/>
      </w:pPr>
      <w:r>
        <w:t>The child's name was Marit. The name had come to him through three tellings and held its shape in all three, and the holding was rare in these years. He had taken the holding for truth, and the truth had walked south with him all winter, a small freight in the sternum beside the older freight, and the two freights had names that were the same name: Marit and the bundle.</w:t>
      </w:r>
    </w:p>
    <w:p>
      <w:pPr>
        <w:spacing w:line="360" w:lineRule="auto" w:after="0"/>
        <w:ind w:firstLine="283"/>
      </w:pPr>
      <w:r>
        <w:t>The bundle had been on the stone at the dark's last hour, nine months before. The bundle had been crossed by the stone or had not been crossed by the stone. The daughter had come out at the dark's last hour, eight months before. The daughter had taken the bundle. The daughter had said stay. The leading had said the walking walks. The leading had said then walk. The walking had walked. The stone was watched. The daughter had sent the boy. The boy had said don't come back.</w:t>
      </w:r>
    </w:p>
    <w:p>
      <w:pPr>
        <w:spacing w:line="360" w:lineRule="auto" w:after="0"/>
        <w:ind w:firstLine="283"/>
      </w:pPr>
      <w:r>
        <w:t>The door was the threshold's. The threshold was the stone's. The two hands were at the door's frame. The two hands did not touch. The two hands were the same distance apart. The door held the two hands. The two hands held the door.</w:t>
      </w:r>
    </w:p>
    <w:p>
      <w:pPr>
        <w:spacing w:line="360" w:lineRule="auto" w:after="0"/>
        <w:ind w:firstLine="283"/>
      </w:pPr>
      <w:r>
        <w:t>The ground talked at the door's threshold. The lime at the threshold was a day. The lime at the threshold was the clock's last hour. The ground would tell when the ground told. The ground had not told. The walker stood at the door. The daughter stood at the door. The two stood at the threshold.</w:t>
      </w:r>
    </w:p>
    <w:p>
      <w:pPr>
        <w:spacing w:line="360" w:lineRule="auto" w:after="0"/>
        <w:ind w:firstLine="283"/>
      </w:pPr>
      <w:r>
        <w:t>"I will go," Corren said.</w:t>
      </w:r>
    </w:p>
    <w:p>
      <w:pPr>
        <w:spacing w:line="360" w:lineRule="auto" w:after="0"/>
        <w:ind w:firstLine="283"/>
      </w:pPr>
      <w:r>
        <w:t>"Not yet," Nella said. "The ground has not told."</w:t>
      </w:r>
    </w:p>
    <w:p>
      <w:pPr>
        <w:spacing w:line="360" w:lineRule="auto" w:after="0"/>
        <w:ind w:firstLine="283"/>
      </w:pPr>
      <w:r>
        <w:t>"I will go. The ground will tell. I will read the ground on the way out. I will leave before the ground tells. The walking walks. The walking walks south. The walking walks the wound's coast. The walking walks the company's road. The walking walks the daughter's road. The walking walks the granddaughter's road. The walking walks."</w:t>
      </w:r>
    </w:p>
    <w:p>
      <w:pPr>
        <w:spacing w:line="360" w:lineRule="auto" w:after="0"/>
        <w:ind w:firstLine="283"/>
      </w:pPr>
      <w:r>
        <w:t>"Not yet," Nella said. "Stand at the door."</w:t>
      </w:r>
    </w:p>
    <w:p>
      <w:pPr>
        <w:spacing w:line="360" w:lineRule="auto" w:after="0"/>
        <w:ind w:firstLine="283"/>
      </w:pPr>
      <w:r>
        <w:t>He stood at the door. The daughter stood at the door. The two of them stood at the threshold, and the threshold held them, and the threshold was the coast's oldest ordinary thing, and the threshold was the stone's, and the stone was the threshold's, and the two hands were at the door's frame, and the two hands did not touch, and the two hands were the same distance apart, and the door held the two hands, and the two hands held the door, and the ground talked at the door's threshold, and the lime at the threshold was a day, and the lime at the threshold was the clock's last hour, and the ground had not told.</w:t>
      </w:r>
    </w:p>
    <w:p>
      <w:pPr>
        <w:spacing w:line="360" w:lineRule="auto" w:after="0"/>
        <w:ind w:firstLine="283"/>
      </w:pPr>
      <w:r>
        <w:t>The walker's feet read the ground at the threshold. The ground's talking grew. The lime at the threshold was not a day. The lime at the threshold was an hour. The lime at the threshold was the clock's last minute. The walker's feet told.</w:t>
      </w:r>
    </w:p>
    <w:p>
      <w:pPr>
        <w:spacing w:line="360" w:lineRule="auto" w:after="0"/>
        <w:ind w:firstLine="283"/>
      </w:pPr>
      <w:r>
        <w:t>"I will go," Corren said.</w:t>
      </w:r>
    </w:p>
    <w:p>
      <w:pPr>
        <w:spacing w:line="360" w:lineRule="auto" w:after="0"/>
        <w:ind w:firstLine="283"/>
      </w:pPr>
      <w:r>
        <w:t>The daughter did not say anything. The daughter's hand came off the door's frame. The daughter's hand went to her side. The daughter's hand was the daughter's. The walker's hand came off the door's frame. The walker's hand went to the staff. The staff was the walker's. The walker's hand was the staff's. The staff was the hand's.</w:t>
      </w:r>
    </w:p>
    <w:p>
      <w:pPr>
        <w:spacing w:line="360" w:lineRule="auto" w:after="0"/>
        <w:ind w:firstLine="283"/>
      </w:pPr>
      <w:r>
        <w:t>The walker went down the path. The walker's feet read the ground at every step. The ground's talking grew. The ground told. The walker walked the clean settlement's paths in the dark's second hour. The walker read the ground. The walker left before the ground told. The ground told after the walker left.</w:t>
      </w:r>
    </w:p>
    <w:p>
      <w:pPr>
        <w:spacing w:line="360" w:lineRule="auto" w:after="0"/>
        <w:ind w:firstLine="283"/>
      </w:pPr>
      <w:r>
        <w:t>The daughter stood at the door. The daughter stood at the threshold. The threshold held the daughter. The daughter held the threshold. The two were the threshold's. The daughter's hand was at her side. The daughter's hand was the daughter's. The door was closed.</w:t>
      </w:r>
    </w:p>
    <w:p>
      <w:pPr>
        <w:spacing w:line="360" w:lineRule="auto" w:after="0"/>
        <w:ind w:firstLine="283"/>
      </w:pPr>
      <w:r>
        <w:t>The walker's boots were on the ground. The ground held the boot's heel. The print was held for ten breaths and let go. The ground was honest. The walker did not look back. The walker was the walking's. The ground told. The walker walked.</w:t>
      </w:r>
    </w:p>
    <w:p>
      <w:pPr>
        <w:spacing w:before="360" w:after="240"/>
        <w:ind w:firstLine="0"/>
        <w:jc w:val="center"/>
      </w:pPr>
      <w:r>
        <w:rPr>
          <w:b/>
          <w:i/>
          <w:color w:val="333333"/>
          <w:sz w:val="26"/>
        </w:rPr>
        <w:t>Step — The Bundle Given to Nella</w:t>
      </w:r>
    </w:p>
    <w:p>
      <w:pPr>
        <w:spacing w:line="360" w:lineRule="auto" w:after="0"/>
        <w:ind w:firstLine="283"/>
      </w:pPr>
      <w:r>
        <w:t>The bundle had been on the stone at the dark's last hour, nine months before. The bundle had been crossed by the stone or had not been crossed by the stone. The daughter had come out at the dark's last hour, eight months before. The daughter had taken the bundle. The daughter had said stay. The leading had said the walking walks. The leading had said then walk. The walking had walked. The walking had not come back.</w:t>
      </w:r>
    </w:p>
    <w:p>
      <w:pPr>
        <w:spacing w:line="360" w:lineRule="auto" w:after="0"/>
        <w:ind w:firstLine="283"/>
      </w:pPr>
      <w:r>
        <w:t>The daughter had taken the bundle at the dark's last hour, eight months before. The bundle had been at the stone at the dark's last hour, nine months before. The bundle had been on the stone for one hour. The daughter had come out at the dark's last hour, eight months before. The daughter had taken the bundle. The taking was the daughter's. The taking was the stone's. The stone had crossed the bundle or had not crossed the bundle. The crossing was the stone's.</w:t>
      </w:r>
    </w:p>
    <w:p>
      <w:pPr>
        <w:spacing w:line="360" w:lineRule="auto" w:after="0"/>
        <w:ind w:firstLine="283"/>
      </w:pPr>
      <w:r>
        <w:t>The daughter had taken the bundle the way the daughter took things — at the breast, against the body, the keeping-place. The keeping-place was the daughter's. The keeping-place was the pocket's. The pocket was the coat's. The coat had been the mother's coat. The coat had come to the daughter at the mother's not-coming-back.</w:t>
      </w:r>
    </w:p>
    <w:p>
      <w:pPr>
        <w:spacing w:line="360" w:lineRule="auto" w:after="0"/>
        <w:ind w:firstLine="283"/>
      </w:pPr>
      <w:r>
        <w:t>The bundle was in the keeping-place. The keeping-place was the coat's. The coat was the daughter's. The bundle was the daughter's. The two were the keeping-place's.</w:t>
      </w:r>
    </w:p>
    <w:p>
      <w:pPr>
        <w:spacing w:line="360" w:lineRule="auto" w:after="0"/>
        <w:ind w:firstLine="283"/>
      </w:pPr>
      <w:r>
        <w:t>The daughter had carried the bundle for eight months. The carrying was the daughter's. The carrying was the bundle's. The two were the carrying's. The bundle had been at the breast for eight months. The breast was the daughter's.</w:t>
      </w:r>
    </w:p>
    <w:p>
      <w:pPr>
        <w:spacing w:line="360" w:lineRule="auto" w:after="0"/>
        <w:ind w:firstLine="283"/>
      </w:pPr>
      <w:r>
        <w:t>The bundle was the house. The bundle was the valley. The bundle was the bees' first hives. The bundle was the red geranium's window. The bundle was the mother. The mother was in the bundle. The bundle was the mother's. The two were the keeping-place's.</w:t>
      </w:r>
    </w:p>
    <w:p>
      <w:pPr>
        <w:spacing w:line="360" w:lineRule="auto" w:after="0"/>
        <w:ind w:firstLine="283"/>
      </w:pPr>
      <w:r>
        <w:t>The daughter had taken the bundle. The taking was the daughter's plain office. The taking was the holding's. The two were the office's.</w:t>
      </w:r>
    </w:p>
    <w:p>
      <w:pPr>
        <w:spacing w:line="360" w:lineRule="auto" w:after="0"/>
        <w:ind w:firstLine="283"/>
      </w:pPr>
      <w:r>
        <w:t>The daughter had said stay. The saying was the daughter's. The saying was the asking. The saying was the asking's. The two were the daughter's.</w:t>
      </w:r>
    </w:p>
    <w:p>
      <w:pPr>
        <w:spacing w:line="360" w:lineRule="auto" w:after="0"/>
        <w:ind w:firstLine="283"/>
      </w:pPr>
      <w:r>
        <w:t>The leading had said the walking walks. The saying was the leading's. The two were the leading's.</w:t>
      </w:r>
    </w:p>
    <w:p>
      <w:pPr>
        <w:spacing w:line="360" w:lineRule="auto" w:after="0"/>
        <w:ind w:firstLine="283"/>
      </w:pPr>
      <w:r>
        <w:t>The leading had said then walk. The saying was the leading's. The two were the leading's.</w:t>
      </w:r>
    </w:p>
    <w:p>
      <w:pPr>
        <w:spacing w:line="360" w:lineRule="auto" w:after="0"/>
        <w:ind w:firstLine="283"/>
      </w:pPr>
      <w:r>
        <w:t>The walking had walked. The walking had not come back. The not-coming-back was the walking's. The two were the walking's.</w:t>
      </w:r>
    </w:p>
    <w:p>
      <w:pPr>
        <w:spacing w:line="360" w:lineRule="auto" w:after="0"/>
        <w:ind w:firstLine="283"/>
      </w:pPr>
      <w:r>
        <w:t>The daughter had taken the bundle. The daughter had the bundle. The daughter had the bundle at the breast. The daughter had the bundle at the keeping-place. The daughter had the bundle for eight months. The daughter had the bundle for nine months. The daughter had the bundle for ten months. The daughter had the bundle for the year.</w:t>
      </w:r>
    </w:p>
    <w:p>
      <w:pPr>
        <w:spacing w:line="360" w:lineRule="auto" w:after="0"/>
        <w:ind w:firstLine="283"/>
      </w:pPr>
      <w:r>
        <w:t>The bundle was the daughter's. The two were the keeping-place's. The two were carried. The two did not move. The two were the holding's.</w:t>
      </w:r>
    </w:p>
    <w:p>
      <w:pPr>
        <w:spacing w:line="360" w:lineRule="auto" w:after="0"/>
        <w:ind w:firstLine="283"/>
      </w:pPr>
      <w:r>
        <w:t>The daughter had the bundle. The daughter had the house. The daughter had the valley. The daughter had the bees' first hives. The daughter had the red geranium's window. The daughter had the mother. The mother was in the bundle. The bundle was at the breast. The breast was the keeping-place. The keeping-place was the coat's. The coat was the daughter's.</w:t>
      </w:r>
    </w:p>
    <w:p>
      <w:pPr>
        <w:spacing w:line="360" w:lineRule="auto" w:after="0"/>
        <w:ind w:firstLine="283"/>
      </w:pPr>
      <w:r>
        <w:t>The daughter did not open the bundle for ten months. The two were the not-opening's. The daughter did not open the bundle. The bundle was not opened.</w:t>
      </w:r>
    </w:p>
    <w:p>
      <w:pPr>
        <w:spacing w:line="360" w:lineRule="auto" w:after="0"/>
        <w:ind w:firstLine="283"/>
      </w:pPr>
      <w:r>
        <w:t>The daughter carried the bundle. The daughter carried the house. The daughter carried the valley. The daughter carried the bees' first hives. The daughter carried the red geranium's window. The daughter carried the mother. The mother was in the bundle. The bundle was at the breast. The breast was the keeping-place. The keeping-place was the coat's. The coat was the daughter's.</w:t>
      </w:r>
    </w:p>
    <w:p>
      <w:pPr>
        <w:spacing w:line="360" w:lineRule="auto" w:after="0"/>
        <w:ind w:firstLine="283"/>
      </w:pPr>
      <w:r>
        <w:t>The walking had walked. The walking had not come back. The walking had walked south. The walking was not the daughter's. The daughter was not the walking's. The daughter was the bundle's. The two were the keeping-place's.</w:t>
      </w:r>
    </w:p>
    <w:p>
      <w:pPr>
        <w:spacing w:line="360" w:lineRule="auto" w:after="0"/>
        <w:ind w:firstLine="283"/>
      </w:pPr>
      <w:r>
        <w:t>The bundle was the bundle's.</w:t>
      </w:r>
    </w:p>
    <w:p>
      <w:pPr>
        <w:spacing w:line="360" w:lineRule="auto" w:after="0"/>
        <w:ind w:firstLine="283"/>
      </w:pPr>
      <w:r>
        <w:t>The daughter carried the bundle. The carrying was the daughter's. The carrying was the bundle's. The daughter carried.</w:t>
      </w:r>
    </w:p>
    <w:p>
      <w:pPr>
        <w:spacing w:before="360" w:after="240"/>
        <w:ind w:firstLine="0"/>
        <w:jc w:val="center"/>
      </w:pPr>
      <w:r>
        <w:rPr>
          <w:b/>
          <w:i/>
          <w:color w:val="333333"/>
          <w:sz w:val="26"/>
        </w:rPr>
        <w:t>Step — The Tested Ground</w:t>
      </w:r>
    </w:p>
    <w:p>
      <w:pPr>
        <w:spacing w:line="360" w:lineRule="auto" w:after="0"/>
        <w:ind w:firstLine="283"/>
      </w:pPr>
      <w:r>
        <w:t>The ground at the new camp was tested at the dawn of the second day, and the testing was the walker's, and the testing was the boot's heel pressed at four corners, the print watched for ten breaths, and the ground that held the print held the sleepers.</w:t>
      </w:r>
    </w:p>
    <w:p>
      <w:pPr>
        <w:spacing w:line="360" w:lineRule="auto" w:after="0"/>
        <w:ind w:firstLine="283"/>
      </w:pPr>
      <w:r>
        <w:t>The new camp was at the dry hills' south route. The new camp was the layered city's road. The new camp was the settling-camp's new country. The new camp was the company's. The company had come south for nine years. The company had come to the new camp at the dawn of the first day. The company had made camp at the dawn of the first day. The making was the company's. The making was the ground's.</w:t>
      </w:r>
    </w:p>
    <w:p>
      <w:pPr>
        <w:spacing w:line="360" w:lineRule="auto" w:after="0"/>
        <w:ind w:firstLine="283"/>
      </w:pPr>
      <w:r>
        <w:t>Corren tested the ground at the dawn of the second day. The boot's heel was at the four corners. The print was watched for ten breaths. The ground held the print. The print was held. The ground held the sleepers. The sleepers were held.</w:t>
      </w:r>
    </w:p>
    <w:p>
      <w:pPr>
        <w:spacing w:line="360" w:lineRule="auto" w:after="0"/>
        <w:ind w:firstLine="283"/>
      </w:pPr>
      <w:r>
        <w:t>The ground was the old skin. The old skin was the ground's honest word: I am here, and I have been here, and I am not moving. The old skin held the boot's heel. The print was held for ten breaths and let go. The ground was honest.</w:t>
      </w:r>
    </w:p>
    <w:p>
      <w:pPr>
        <w:spacing w:line="360" w:lineRule="auto" w:after="0"/>
        <w:ind w:firstLine="283"/>
      </w:pPr>
      <w:r>
        <w:t>The new camp's ground was the old skin. The old skin was the new camp's. The two were the company's.</w:t>
      </w:r>
    </w:p>
    <w:p>
      <w:pPr>
        <w:spacing w:line="360" w:lineRule="auto" w:after="0"/>
        <w:ind w:firstLine="283"/>
      </w:pPr>
      <w:r>
        <w:t>Corren stood at the new camp's edge. The staff was in his hand. The staff was the walker's. The staff was the testing's. The staff did not move. The walker did not move. The testing was the walker's.</w:t>
      </w:r>
    </w:p>
    <w:p>
      <w:pPr>
        <w:spacing w:line="360" w:lineRule="auto" w:after="0"/>
        <w:ind w:firstLine="283"/>
      </w:pPr>
      <w:r>
        <w:t>The watches were at the rim. The watches were Rill and Ollen and Pell. The watches walked the rim the way the walkers walked the rim — not standing, walking. The walking was the rim's.</w:t>
      </w:r>
    </w:p>
    <w:p>
      <w:pPr>
        <w:spacing w:line="360" w:lineRule="auto" w:after="0"/>
        <w:ind w:firstLine="283"/>
      </w:pPr>
      <w:r>
        <w:t>Damar was at the rear of the line. Damar's feet were the company's calendar. Damar's feet set the pace. The pace had been slowing for a year. The slowing was not discussed; the walking adjusted. Corren had rearranged the route twice that season around water within Damar's reach, and the rearranging was the care.</w:t>
      </w:r>
    </w:p>
    <w:p>
      <w:pPr>
        <w:spacing w:line="360" w:lineRule="auto" w:after="0"/>
        <w:ind w:firstLine="283"/>
      </w:pPr>
      <w:r>
        <w:t>The care was the testing's. The two were the walker's.</w:t>
      </w:r>
    </w:p>
    <w:p>
      <w:pPr>
        <w:spacing w:line="360" w:lineRule="auto" w:after="0"/>
        <w:ind w:firstLine="283"/>
      </w:pPr>
      <w:r>
        <w:t>Corren read the next ground at the dawn's second hour. The next ground was the road south. The next ground was the wound's coast. The next ground was the new skin's edge. The new skin was at the second furlong. The new skin was the wound's own talking. The new skin was the wound's own rearranging. The new skin was the wound's.</w:t>
      </w:r>
    </w:p>
    <w:p>
      <w:pPr>
        <w:spacing w:line="360" w:lineRule="auto" w:after="0"/>
        <w:ind w:firstLine="283"/>
      </w:pPr>
      <w:r>
        <w:t>Corren did not go around the new skin at the dawn's second hour. Corren stood at the new skin's edge. The staff was in his hand. The boot's heel was at the old skin's edge.</w:t>
      </w:r>
    </w:p>
    <w:p>
      <w:pPr>
        <w:spacing w:line="360" w:lineRule="auto" w:after="0"/>
        <w:ind w:firstLine="283"/>
      </w:pPr>
      <w:r>
        <w:t>The new skin was the road's warning. The road went south. The new skin was at the road's second furlong. The road would have to go around the new skin, or the road would have to go through the new skin, and the going through was the breaking of the walking's law — you do not camp on the new skin. The walkers had buried two people in the first year before the law was made. The law had held since.</w:t>
      </w:r>
    </w:p>
    <w:p>
      <w:pPr>
        <w:spacing w:line="360" w:lineRule="auto" w:after="0"/>
        <w:ind w:firstLine="283"/>
      </w:pPr>
      <w:r>
        <w:t>Corren did not go around the new skin at the dawn's second hour. Corren stood at the new skin's edge. The staff was in his hand. The boot's heel was at the old skin's edge.</w:t>
      </w:r>
    </w:p>
    <w:p>
      <w:pPr>
        <w:spacing w:line="360" w:lineRule="auto" w:after="0"/>
        <w:ind w:firstLine="283"/>
      </w:pPr>
      <w:r>
        <w:t>"We go around," Corren said. "The new skin at the second furlong. The road goes east for a furlong. The road goes south at the third furlong. Damar's feet set the pace. The ground tells the rest."</w:t>
      </w:r>
    </w:p>
    <w:p>
      <w:pPr>
        <w:spacing w:line="360" w:lineRule="auto" w:after="0"/>
        <w:ind w:firstLine="283"/>
      </w:pPr>
      <w:r>
        <w:t>The company made its morning from the fire. The walking took them east at the dawn, grey, dust, twenty, the pot and the bowls and the rules, and the new skin lay at the second furlong behind them, pale, tight, mineral-dry, the wound's own talking, and the company went around.</w:t>
      </w:r>
    </w:p>
    <w:p>
      <w:pPr>
        <w:spacing w:line="360" w:lineRule="auto" w:after="0"/>
        <w:ind w:firstLine="283"/>
      </w:pPr>
      <w:r>
        <w:t>The walking's law held. The company walked east. The company walked south at the third furlong. The ground was the old skin again. The old skin held the boot's heel. The print was held for ten breaths and let go. The ground was honest. The company walked south.</w:t>
      </w:r>
    </w:p>
    <w:p>
      <w:pPr>
        <w:spacing w:line="360" w:lineRule="auto" w:after="0"/>
        <w:ind w:firstLine="283"/>
      </w:pPr>
      <w:r>
        <w:t>The tested ground was the testing's. The testing was the ground's. The two were the walker's. The tested ground held the sleepers. The sleepers were held. The holding was the tested ground's.</w:t>
      </w:r>
    </w:p>
    <w:p>
      <w:pPr>
        <w:spacing w:line="360" w:lineRule="auto" w:after="0"/>
        <w:ind w:firstLine="283"/>
      </w:pPr>
      <w:r>
        <w:t>The company went south. The tested ground was behind them. The tested ground held the sleepers. The new skin was at the second furlong. The new skin was the wound's. The tested ground was the company's. The two were the company's.</w:t>
      </w:r>
    </w:p>
    <w:p>
      <w:pPr>
        <w:spacing w:before="360" w:after="240"/>
        <w:ind w:firstLine="0"/>
        <w:jc w:val="center"/>
      </w:pPr>
      <w:r>
        <w:rPr>
          <w:b/>
          <w:i/>
          <w:color w:val="333333"/>
          <w:sz w:val="26"/>
        </w:rPr>
        <w:t>Step — The Field's Reading</w:t>
      </w:r>
    </w:p>
    <w:p>
      <w:pPr>
        <w:spacing w:line="360" w:lineRule="auto" w:after="0"/>
        <w:ind w:firstLine="283"/>
      </w:pPr>
      <w:r>
        <w:t>The field before Sedge was read at the dark's last hour, nine months before, and the reading was the walker's, and the walker's feet read the field the way the feet read all ground — by the give, by the weight, by the position of the feet.</w:t>
      </w:r>
    </w:p>
    <w:p>
      <w:pPr>
        <w:spacing w:line="360" w:lineRule="auto" w:after="0"/>
        <w:ind w:firstLine="283"/>
      </w:pPr>
      <w:r>
        <w:t>The field was the settlement's own worked rows. The rows were the settlement's. The rows' earth was the old ground, honest, holding a boot's print for a breath and letting it go. The field was the settlement's.</w:t>
      </w:r>
    </w:p>
    <w:p>
      <w:pPr>
        <w:spacing w:line="360" w:lineRule="auto" w:after="0"/>
        <w:ind w:firstLine="283"/>
      </w:pPr>
      <w:r>
        <w:t>Corren walked the rows' furrows one field's width, upright, unhurried, his staff in his hand and his grey cloth the grey of the not-yet-morning. The reading was the walking's. The two were the field's.</w:t>
      </w:r>
    </w:p>
    <w:p>
      <w:pPr>
        <w:spacing w:line="360" w:lineRule="auto" w:after="0"/>
        <w:ind w:firstLine="283"/>
      </w:pPr>
      <w:r>
        <w:t>The field was between the tree-line and the wall, between the outside and the inside. The field was the crossing's ground.</w:t>
      </w:r>
    </w:p>
    <w:p>
      <w:pPr>
        <w:spacing w:line="360" w:lineRule="auto" w:after="0"/>
        <w:ind w:firstLine="283"/>
      </w:pPr>
      <w:r>
        <w:t>The white was on the wall. The white was the wall's. The white was the lime's. The lime was the year's. The lime would hold the wall a year.</w:t>
      </w:r>
    </w:p>
    <w:p>
      <w:pPr>
        <w:spacing w:line="360" w:lineRule="auto" w:after="0"/>
        <w:ind w:firstLine="283"/>
      </w:pPr>
      <w:r>
        <w:t>Corren read the lime at the wall's base. The lime was the year's. The lime was the cage's third mercy walked out of the archive and onto the wall's base.</w:t>
      </w:r>
    </w:p>
    <w:p>
      <w:pPr>
        <w:spacing w:line="360" w:lineRule="auto" w:after="0"/>
        <w:ind w:firstLine="283"/>
      </w:pPr>
      <w:r>
        <w:t>Corren read the ground at the wall's base. The ground talked at the wall's base. The ground's talking was the ground's own rearranging. The ground's talking was the wound's. The ground's talking was the lime's opposite — the lime was the white's mercy, and the ground's talking was the wound's. The two were at the wall's base. The wall was the two's.</w:t>
      </w:r>
    </w:p>
    <w:p>
      <w:pPr>
        <w:spacing w:line="360" w:lineRule="auto" w:after="0"/>
        <w:ind w:firstLine="283"/>
      </w:pPr>
      <w:r>
        <w:t>Corren read the field's rows. The rows were the settlement's. The rows' earth was the old ground. The old ground held the boot's heel. The print was held for ten breaths and let go. The ground was honest. The rows were honest. The field was honest.</w:t>
      </w:r>
    </w:p>
    <w:p>
      <w:pPr>
        <w:spacing w:line="360" w:lineRule="auto" w:after="0"/>
        <w:ind w:firstLine="283"/>
      </w:pPr>
      <w:r>
        <w:t>Corren read the gate. The gate was the wall's. The leaving-stone was at the gate's side. The leaving-stone was the crossing's.</w:t>
      </w:r>
    </w:p>
    <w:p>
      <w:pPr>
        <w:spacing w:line="360" w:lineRule="auto" w:after="0"/>
        <w:ind w:firstLine="283"/>
      </w:pPr>
      <w:r>
        <w:t>Corren read the gate's sentries. The sentries were the white's. The sentries were the drilled standing. The sentries were the courtesy's. The courtesy was the cage's third mercy walked out of the archive and onto the gate's sentries.</w:t>
      </w:r>
    </w:p>
    <w:p>
      <w:pPr>
        <w:spacing w:line="360" w:lineRule="auto" w:after="0"/>
        <w:ind w:firstLine="283"/>
      </w:pPr>
      <w:r>
        <w:t>Corren read the field's whole arithmetic. The arithmetic was the walker's. The arithmetic was: the field is the meeting's ground; the wall is the white's; the gate is the white's; the leaving-stone is the crossing's; the sentries are the white's; the lime is the year's; the ground's talking is the wound's; the field's rows are the settlement's; the field's earth is the old ground's; the old ground is honest; the meeting is the white's; the meeting is not the walker's; the walker is at the field's edge; the walker is at the tree-line; the walker is not at the gate; the walker will not come to the gate; the walker will come to the stone; the stone is at the gate's side; the stone is the leaving-stone; the stone is the crossing's; the crossing is the stone's.</w:t>
      </w:r>
    </w:p>
    <w:p>
      <w:pPr>
        <w:spacing w:line="360" w:lineRule="auto" w:after="0"/>
        <w:ind w:firstLine="283"/>
      </w:pPr>
      <w:r>
        <w:t>The arithmetic was the walker's. The arithmetic was the field's. The two were the walker's.</w:t>
      </w:r>
    </w:p>
    <w:p>
      <w:pPr>
        <w:spacing w:line="360" w:lineRule="auto" w:after="0"/>
        <w:ind w:firstLine="283"/>
      </w:pPr>
      <w:r>
        <w:t>Corren walked the rows' furrows one field's width, upright, unhurried, his staff in his hand and his grey cloth the grey of the not-yet-morning, and he did not come to the gate. He came to the stone. The stone was at the gate's side. The stone was the leaving-stone. The stone was the crossing's.</w:t>
      </w:r>
    </w:p>
    <w:p>
      <w:pPr>
        <w:spacing w:line="360" w:lineRule="auto" w:after="0"/>
        <w:ind w:firstLine="283"/>
      </w:pPr>
      <w:r>
        <w:t>The bundle was in his coat. The bundle was in the keeping-pocket. The keeping-pocket was the coat's. The coat was the walker's. The bundle was the walker's. The two were the keeping-pocket's.</w:t>
      </w:r>
    </w:p>
    <w:p>
      <w:pPr>
        <w:spacing w:line="360" w:lineRule="auto" w:after="0"/>
        <w:ind w:firstLine="283"/>
      </w:pPr>
      <w:r>
        <w:t>The field's reading was the field's. The two were the field's. The reading was the ground's.</w:t>
      </w:r>
    </w:p>
    <w:p>
      <w:pPr>
        <w:spacing w:line="360" w:lineRule="auto" w:after="0"/>
        <w:ind w:firstLine="283"/>
      </w:pPr>
      <w:r>
        <w:t>The walker stood at the field's edge. The staff was in his hand. The bundle was in the keeping-pocket. The stone was at the gate's side. The sentries were at the gate. The lime was at the wall's base. The ground talked at the wall's base. The field's rows were the settlement's. The field's earth was the old ground's. The old ground was honest.</w:t>
      </w:r>
    </w:p>
    <w:p>
      <w:pPr>
        <w:spacing w:line="360" w:lineRule="auto" w:after="0"/>
        <w:ind w:firstLine="283"/>
      </w:pPr>
      <w:r>
        <w:t>The walker walked the rows' furrows one field's width, upright, unhurried. The walking was the reading's. The two were the field's. The stone was the leaving-stone. The stone was the crossing's. The walker did not come to the gate.</w:t>
      </w:r>
    </w:p>
    <w:p>
      <w:pPr>
        <w:spacing w:line="360" w:lineRule="auto" w:after="0"/>
        <w:ind w:firstLine="283"/>
      </w:pPr>
      <w:r>
        <w:t>The two were the walker's. The walker came to the stone. The stone crossed the bundle or did not cross the bundle. The crossing was the stone's.</w:t>
      </w:r>
    </w:p>
    <w:p>
      <w:pPr>
        <w:spacing w:before="360" w:after="240"/>
        <w:ind w:firstLine="0"/>
        <w:jc w:val="center"/>
      </w:pPr>
      <w:r>
        <w:rPr>
          <w:b/>
          <w:i/>
          <w:color w:val="333333"/>
          <w:sz w:val="26"/>
        </w:rPr>
        <w:t>Step — The Dark's Last Hour</w:t>
      </w:r>
    </w:p>
    <w:p>
      <w:pPr>
        <w:spacing w:line="360" w:lineRule="auto" w:after="0"/>
        <w:ind w:firstLine="283"/>
      </w:pPr>
      <w:r>
        <w:t>The dark's last hour was the hour the walker came to Sedge, and the hour was the dark's, and the dark was the hour's, and the two were the walker's, and the walker was the two's.</w:t>
      </w:r>
    </w:p>
    <w:p>
      <w:pPr>
        <w:spacing w:line="360" w:lineRule="auto" w:after="0"/>
        <w:ind w:firstLine="283"/>
      </w:pPr>
      <w:r>
        <w:t>The dark's last hour was the hour the lime's white ring was at the gate. The dark's last hour was the hour the white's sentries were at the wall. The dark's last hour was the hour the walker's feet read the field's rows. The dark's last hour was the hour the walker came to the stone.</w:t>
      </w:r>
    </w:p>
    <w:p>
      <w:pPr>
        <w:spacing w:line="360" w:lineRule="auto" w:after="0"/>
        <w:ind w:firstLine="283"/>
      </w:pPr>
      <w:r>
        <w:t>The walker came to Sedge at the dark's last hour. The walking had come south for nine years. The walking had come to Sedge at the dark's last hour. The walking was the dark's last hour's.</w:t>
      </w:r>
    </w:p>
    <w:p>
      <w:pPr>
        <w:spacing w:line="360" w:lineRule="auto" w:after="0"/>
        <w:ind w:firstLine="283"/>
      </w:pPr>
      <w:r>
        <w:t>The dark's last hour was the hour the bundle was set on the stone. The bundle was the walker's. The bundle was the stone's. The two were the dark's last hour's.</w:t>
      </w:r>
    </w:p>
    <w:p>
      <w:pPr>
        <w:spacing w:line="360" w:lineRule="auto" w:after="0"/>
        <w:ind w:firstLine="283"/>
      </w:pPr>
      <w:r>
        <w:t>The dark's last hour was the hour the walker walked away. The walking away was the care's completion. The walking away was the walker's. The walking away was the dark's last hour's. The two were the walker's.</w:t>
      </w:r>
    </w:p>
    <w:p>
      <w:pPr>
        <w:spacing w:line="360" w:lineRule="auto" w:after="0"/>
        <w:ind w:firstLine="283"/>
      </w:pPr>
      <w:r>
        <w:t>The dark's last hour was the hour the walker did not look back. The not-looking-back was the walker's. The not-looking-back was the dark's last hour's. The two were the walker's.</w:t>
      </w:r>
    </w:p>
    <w:p>
      <w:pPr>
        <w:spacing w:line="360" w:lineRule="auto" w:after="0"/>
        <w:ind w:firstLine="283"/>
      </w:pPr>
      <w:r>
        <w:t>The dark's last hour was the hour the company went south. The company went south along the fields' edges. The company went south at the dawn. The dawn came up herring-colored on the wall's stone. The wall was the white's.</w:t>
      </w:r>
    </w:p>
    <w:p>
      <w:pPr>
        <w:spacing w:line="360" w:lineRule="auto" w:after="0"/>
        <w:ind w:firstLine="283"/>
      </w:pPr>
      <w:r>
        <w:t>The dark's last hour was the hour the walker walked away. The walker's boots were on the ground. The ground held the boot's heel. The print was held for ten breaths and let go. The ground was honest.</w:t>
      </w:r>
    </w:p>
    <w:p>
      <w:pPr>
        <w:spacing w:line="360" w:lineRule="auto" w:after="0"/>
        <w:ind w:firstLine="283"/>
      </w:pPr>
      <w:r>
        <w:t>The dark's last hour was the walker's. The two were the dark's last hour's.</w:t>
      </w:r>
    </w:p>
    <w:p>
      <w:pPr>
        <w:spacing w:line="360" w:lineRule="auto" w:after="0"/>
        <w:ind w:firstLine="283"/>
      </w:pPr>
      <w:r>
        <w:t>The walker walked south. The dark's last hour was behind him. The dark's last hour was the bundle's. The bundle was on the stone. The stone was the leaving-stone. The stone crossed the bundle or did not cross the bundle.</w:t>
      </w:r>
    </w:p>
    <w:p>
      <w:pPr>
        <w:spacing w:line="360" w:lineRule="auto" w:after="0"/>
        <w:ind w:firstLine="283"/>
      </w:pPr>
      <w:r>
        <w:t>The boots were on the ground. The ground held the boot's heel. The print was held for ten breaths and let go. The ground was honest. The walker did not look back. The walker was the walking's.</w:t>
      </w:r>
    </w:p>
    <w:p>
      <w:pPr>
        <w:spacing w:line="360" w:lineRule="auto" w:after="0"/>
        <w:ind w:firstLine="283"/>
      </w:pPr>
      <w:r>
        <w:t>The dark's last hour was the dark's last hour's.</w:t>
      </w:r>
    </w:p>
    <w:p>
      <w:pPr>
        <w:spacing w:before="360" w:after="240"/>
        <w:ind w:firstLine="0"/>
        <w:jc w:val="center"/>
      </w:pPr>
      <w:r>
        <w:rPr>
          <w:b/>
          <w:i/>
          <w:color w:val="333333"/>
          <w:sz w:val="26"/>
        </w:rPr>
        <w:t>Step — The Boots at the Ridge</w:t>
      </w:r>
    </w:p>
    <w:p>
      <w:pPr>
        <w:spacing w:line="360" w:lineRule="auto" w:after="0"/>
        <w:ind w:firstLine="283"/>
      </w:pPr>
      <w:r>
        <w:t>The ridge was at the company's south route, and the ridge was the middle lands' last edge, and the ridge was the wound's coast's first edge, and the ridge was the walker's, and the walker's boots were on the ridge, and the boots were the ridge's.</w:t>
      </w:r>
    </w:p>
    <w:p>
      <w:pPr>
        <w:spacing w:line="360" w:lineRule="auto" w:after="0"/>
        <w:ind w:firstLine="283"/>
      </w:pPr>
      <w:r>
        <w:t>The ridge was a low ridge. The ridge was a stone ridge. The ridge was the coast's old ridge — the kind the coast's people knew and the walkers knew. The ridge was the company's south route's last edge. The ridge was the wound's coast's first edge. The ridge was the walker's.</w:t>
      </w:r>
    </w:p>
    <w:p>
      <w:pPr>
        <w:spacing w:line="360" w:lineRule="auto" w:after="0"/>
        <w:ind w:firstLine="283"/>
      </w:pPr>
      <w:r>
        <w:t>The company came to the ridge at the noon. The company had walked south for nine years. The company had come to the ridge at the noon. The ridge was the company's.</w:t>
      </w:r>
    </w:p>
    <w:p>
      <w:pPr>
        <w:spacing w:line="360" w:lineRule="auto" w:after="0"/>
        <w:ind w:firstLine="283"/>
      </w:pPr>
      <w:r>
        <w:t>Corren stood at the ridge. The staff was in his hand. The boots were on the ridge's stone. The stone was the ridge's. The boots were the stone's. The stone was the boots'. The two were the ridge's.</w:t>
      </w:r>
    </w:p>
    <w:p>
      <w:pPr>
        <w:spacing w:line="360" w:lineRule="auto" w:after="0"/>
        <w:ind w:firstLine="283"/>
      </w:pPr>
      <w:r>
        <w:t>The ridge looked south. The ridge looked east. The ridge looked west. The ridge looked north. The ridge looked the way the ridge looked — at the coast's whole country, at the wound's coast, at the channel, at the seam, at the world's whole new edge. The ridge looked at the world. The world looked at the ridge. The two were the looking's.</w:t>
      </w:r>
    </w:p>
    <w:p>
      <w:pPr>
        <w:spacing w:line="360" w:lineRule="auto" w:after="0"/>
        <w:ind w:firstLine="283"/>
      </w:pPr>
      <w:r>
        <w:t>Corren read the ridge's stone. The stone was the old skin. The old skin was the ground's honest word: I am here, and I have been here, and I am not moving. The old skin held the boot's heel. The print was held for ten breaths and let go. The ground was honest.</w:t>
      </w:r>
    </w:p>
    <w:p>
      <w:pPr>
        <w:spacing w:line="360" w:lineRule="auto" w:after="0"/>
        <w:ind w:firstLine="283"/>
      </w:pPr>
      <w:r>
        <w:t>Corren read the ridge's view. The view was the south. The south was the wound's coast. The south was the channel. The south was the seam. The south was the world's whole new edge. The south was the road's. The road went south. The road was the south's.</w:t>
      </w:r>
    </w:p>
    <w:p>
      <w:pPr>
        <w:spacing w:line="360" w:lineRule="auto" w:after="0"/>
        <w:ind w:firstLine="283"/>
      </w:pPr>
      <w:r>
        <w:t>The company stood at the ridge. The company was twenty. The company was the ridge's. The two were the ridge's.</w:t>
      </w:r>
    </w:p>
    <w:p>
      <w:pPr>
        <w:spacing w:line="360" w:lineRule="auto" w:after="0"/>
        <w:ind w:firstLine="283"/>
      </w:pPr>
      <w:r>
        <w:t>Damar was at the rear of the line. Damar's feet were the company's calendar. Damar's feet set the pace. The pace had been slowing for a year. The slowing was not discussed; the walking adjusted.</w:t>
      </w:r>
    </w:p>
    <w:p>
      <w:pPr>
        <w:spacing w:line="360" w:lineRule="auto" w:after="0"/>
        <w:ind w:firstLine="283"/>
      </w:pPr>
      <w:r>
        <w:t>Rill was at the front of the line. Rill was the company's quickest reader of ground. Rill was the walker Corren was teaching the leading to. Rill was the company's. The company was Rill's.</w:t>
      </w:r>
    </w:p>
    <w:p>
      <w:pPr>
        <w:spacing w:line="360" w:lineRule="auto" w:after="0"/>
        <w:ind w:firstLine="283"/>
      </w:pPr>
      <w:r>
        <w:t>Pell was at the rim. Pell was the third-year walker. Pell was Tace's. Pell walked the rim the way the walkers walked the rim — not standing, walking.</w:t>
      </w:r>
    </w:p>
    <w:p>
      <w:pPr>
        <w:spacing w:line="360" w:lineRule="auto" w:after="0"/>
        <w:ind w:firstLine="283"/>
      </w:pPr>
      <w:r>
        <w:t>Ollen was at the fire. Ollen was the pot-keeper. Ollen portioned the pot. Ollen tapped the pot's rim twice before the serving. Ollen's tap was the pot's. The pot was the tap's. The two were the fire's.</w:t>
      </w:r>
    </w:p>
    <w:p>
      <w:pPr>
        <w:spacing w:line="360" w:lineRule="auto" w:after="0"/>
        <w:ind w:firstLine="283"/>
      </w:pPr>
      <w:r>
        <w:t>The company stood at the ridge. The ridge looked south. The company looked south. The two were the south's.</w:t>
      </w:r>
    </w:p>
    <w:p>
      <w:pPr>
        <w:spacing w:line="360" w:lineRule="auto" w:after="0"/>
        <w:ind w:firstLine="283"/>
      </w:pPr>
      <w:r>
        <w:t>"We go south," Corren said. "Damar's feet set the pace. The ground tells the rest."</w:t>
      </w:r>
    </w:p>
    <w:p>
      <w:pPr>
        <w:spacing w:line="360" w:lineRule="auto" w:after="0"/>
        <w:ind w:firstLine="283"/>
      </w:pPr>
      <w:r>
        <w:t>The company made its noon from the ridge. The walking took them south along the ridge's south slope, grey, dust, twenty, the pot and the bowls and the rules, and the ridge was behind them, and the south was ahead, and the boots were on the ground, and the ground held the boot's heel, and the print was held for ten breaths and let go, and the ground was honest, and the company walked south.</w:t>
      </w:r>
    </w:p>
    <w:p>
      <w:pPr>
        <w:spacing w:line="360" w:lineRule="auto" w:after="0"/>
        <w:ind w:firstLine="283"/>
      </w:pPr>
      <w:r>
        <w:t>The ridge was behind them. The ridge was the middle lands' last edge. The ridge was the wound's coast's first edge. The ridge was the walker's. The two were the ridge's.</w:t>
      </w:r>
    </w:p>
    <w:p>
      <w:pPr>
        <w:spacing w:line="360" w:lineRule="auto" w:after="0"/>
        <w:ind w:firstLine="283"/>
      </w:pPr>
      <w:r>
        <w:t>The boots were on the ground. The ground was the wound's coast's. The two were the boots'. The boots were the two's. The company walked south. The boots went south. The ground went south. The two went south.</w:t>
      </w:r>
    </w:p>
    <w:p>
      <w:pPr>
        <w:spacing w:line="360" w:lineRule="auto" w:after="0"/>
        <w:ind w:firstLine="283"/>
      </w:pPr>
      <w:r>
        <w:t>The walking was the boots'. The boots were the walking's. The two were the ground's.</w:t>
      </w:r>
    </w:p>
    <w:p>
      <w:pPr>
        <w:spacing w:before="360" w:after="240"/>
        <w:ind w:firstLine="0"/>
        <w:jc w:val="center"/>
      </w:pPr>
      <w:r>
        <w:rPr>
          <w:b/>
          <w:i/>
          <w:color w:val="333333"/>
          <w:sz w:val="26"/>
        </w:rPr>
        <w:t>Step — The Daughter at the Hearth</w:t>
      </w:r>
    </w:p>
    <w:p>
      <w:pPr>
        <w:spacing w:line="360" w:lineRule="auto" w:after="0"/>
        <w:ind w:firstLine="283"/>
      </w:pPr>
      <w:r>
        <w:t>Nella was at the hearth. The hearth was the daughter's house's.</w:t>
      </w:r>
    </w:p>
    <w:p>
      <w:pPr>
        <w:spacing w:line="360" w:lineRule="auto" w:after="0"/>
        <w:ind w:firstLine="283"/>
      </w:pPr>
      <w:r>
        <w:t>The hearth was a small hearth. The hearth was a stone hearth. The hearth had been the grandmother's hearth. The hearth had been the mother's hearth. The hearth had been the daughter's hearth for two years. The hearth was the daughter's.</w:t>
      </w:r>
    </w:p>
    <w:p>
      <w:pPr>
        <w:spacing w:line="360" w:lineRule="auto" w:after="0"/>
        <w:ind w:firstLine="283"/>
      </w:pPr>
      <w:r>
        <w:t>Nella sat at the hearth. The child was at her hip. The child was Marit. The child was two. The child slept at the hip. The child's sleeping was the hearth's.</w:t>
      </w:r>
    </w:p>
    <w:p>
      <w:pPr>
        <w:spacing w:line="360" w:lineRule="auto" w:after="0"/>
        <w:ind w:firstLine="283"/>
      </w:pPr>
      <w:r>
        <w:t>The bundle was at the breast. The bundle was in the keeping-place. The keeping-place was the coat's. The coat was the woman's. The coat had been the mother's. The coat had come to the daughter at the mother's not-coming-back.</w:t>
      </w:r>
    </w:p>
    <w:p>
      <w:pPr>
        <w:spacing w:line="360" w:lineRule="auto" w:after="0"/>
        <w:ind w:firstLine="283"/>
      </w:pPr>
      <w:r>
        <w:t>The bundle was the house. The bundle was the valley. The bundle was the bees' first hives. The bundle was the red geranium's window. The bundle was the mother. The mother was in the bundle. The bundle was at the breast. The breast was the keeping-place. The keeping-place was the coat's. The coat was the daughter's.</w:t>
      </w:r>
    </w:p>
    <w:p>
      <w:pPr>
        <w:spacing w:line="360" w:lineRule="auto" w:after="0"/>
        <w:ind w:firstLine="283"/>
      </w:pPr>
      <w:r>
        <w:t>The fire was at the hearth. The fire was the daughter's. The fire was the hearth's. The fire was small. The fire was the daughter's plain office. The fire was the daughter's plain care. The fire was the daughter's plain holding.</w:t>
      </w:r>
    </w:p>
    <w:p>
      <w:pPr>
        <w:spacing w:line="360" w:lineRule="auto" w:after="0"/>
        <w:ind w:firstLine="283"/>
      </w:pPr>
      <w:r>
        <w:t>The fire held the child's sleeping. The fire held the daughter's sitting. The fire held the bundle's being at the breast. The fire held the keeping-place's being at the breast. The fire held the coat's being at the breast. The fire held the daughter's being at the hearth.</w:t>
      </w:r>
    </w:p>
    <w:p>
      <w:pPr>
        <w:spacing w:line="360" w:lineRule="auto" w:after="0"/>
        <w:ind w:firstLine="283"/>
      </w:pPr>
      <w:r>
        <w:t>Nella did not move. Nella sat at the hearth. The child slept at the hip. The bundle was at the breast. The fire was at the hearth. The four were the hearth's.</w:t>
      </w:r>
    </w:p>
    <w:p>
      <w:pPr>
        <w:spacing w:line="360" w:lineRule="auto" w:after="0"/>
        <w:ind w:firstLine="283"/>
      </w:pPr>
      <w:r>
        <w:t>The white was on the wall. The white was the wall's. The white was the lime's. The lime was the year's. The lime would hold the wall a year.</w:t>
      </w:r>
    </w:p>
    <w:p>
      <w:pPr>
        <w:spacing w:line="360" w:lineRule="auto" w:after="0"/>
        <w:ind w:firstLine="283"/>
      </w:pPr>
      <w:r>
        <w:t>The lime was at the wall's base. The lime was the white's mercy. The lime was the cage's third mercy walked out of the archive and onto the wall's base. The lime was the daughter's opposite. The lime was the daughter's not-mercy. The lime was the daughter's cage. The lime was the daughter's cage's third mercy walked out of the archive and onto the wall's base.</w:t>
      </w:r>
    </w:p>
    <w:p>
      <w:pPr>
        <w:spacing w:line="360" w:lineRule="auto" w:after="0"/>
        <w:ind w:firstLine="283"/>
      </w:pPr>
      <w:r>
        <w:t>The daughter did not move. The daughter sat at the hearth. The two were the daughter's.</w:t>
      </w:r>
    </w:p>
    <w:p>
      <w:pPr>
        <w:spacing w:line="360" w:lineRule="auto" w:after="0"/>
        <w:ind w:firstLine="283"/>
      </w:pPr>
      <w:r>
        <w:t>The child woke at the fire's dying. The child's waking was the fire's. The two were the hearth's.</w:t>
      </w:r>
    </w:p>
    <w:p>
      <w:pPr>
        <w:spacing w:line="360" w:lineRule="auto" w:after="0"/>
        <w:ind w:firstLine="283"/>
      </w:pPr>
      <w:r>
        <w:t>The child was hungry. The child's hunger was the child's. The child's hunger was the hearth's. The two were the child's.</w:t>
      </w:r>
    </w:p>
    <w:p>
      <w:pPr>
        <w:spacing w:line="360" w:lineRule="auto" w:after="0"/>
        <w:ind w:firstLine="283"/>
      </w:pPr>
      <w:r>
        <w:t>Nella took the heel of bread. Nella broke the heel. Nella wet the heel from the bottle. Nella worked the heel soft in the spoon's bowl. The spoon was not in the bundle.</w:t>
      </w:r>
    </w:p>
    <w:p>
      <w:pPr>
        <w:spacing w:line="360" w:lineRule="auto" w:after="0"/>
        <w:ind w:firstLine="283"/>
      </w:pPr>
      <w:r>
        <w:t>The daughter fed the child from the spoon. The child ate from the spoon. The eating was the daughter's. The three were the hearth's.</w:t>
      </w:r>
    </w:p>
    <w:p>
      <w:pPr>
        <w:spacing w:line="360" w:lineRule="auto" w:after="0"/>
        <w:ind w:firstLine="283"/>
      </w:pPr>
      <w:r>
        <w:t>The bundle was not opened. The bundle was the house. The bundle was the valley. The bundle was the bees' first hives. The bundle was the red geranium's window. The bundle was the mother. The mother was in the bundle. The breast was the keeping-place. The keeping-place was the coat's. The coat was the daughter's.</w:t>
      </w:r>
    </w:p>
    <w:p>
      <w:pPr>
        <w:spacing w:line="360" w:lineRule="auto" w:after="0"/>
        <w:ind w:firstLine="283"/>
      </w:pPr>
      <w:r>
        <w:t>The daughter did not open the bundle. The two were the daughter's.</w:t>
      </w:r>
    </w:p>
    <w:p>
      <w:pPr>
        <w:spacing w:line="360" w:lineRule="auto" w:after="0"/>
        <w:ind w:firstLine="283"/>
      </w:pPr>
      <w:r>
        <w:t>The hearth was the daughter's. The two were the fire's. The child slept at the hip. The bundle was at the breast. The fire was at the hearth. The four were the hearth's.</w:t>
      </w:r>
    </w:p>
    <w:p>
      <w:pPr>
        <w:spacing w:line="360" w:lineRule="auto" w:after="0"/>
        <w:ind w:firstLine="283"/>
      </w:pPr>
      <w:r>
        <w:t>The white was on the wall. The lime was at the wall's base. The lime was the year's. The lime would hold the wall a year. The daughter sat at the hearth. The daughter did not move. The daughter was the hearth's.</w:t>
      </w:r>
    </w:p>
    <w:p>
      <w:pPr>
        <w:spacing w:line="360" w:lineRule="auto" w:after="0"/>
        <w:ind w:firstLine="283"/>
      </w:pPr>
      <w:r>
        <w:t>The fire died. The child slept. The bundle was at the breast. The daughter sat at the hearth. The four were the hearth's. The daughter was the hearth's. The two were the fire's.</w:t>
      </w:r>
    </w:p>
    <w:p>
      <w:pPr>
        <w:spacing w:before="360" w:after="240"/>
        <w:ind w:firstLine="0"/>
        <w:jc w:val="center"/>
      </w:pPr>
      <w:r>
        <w:rPr>
          <w:b/>
          <w:i/>
          <w:color w:val="333333"/>
          <w:sz w:val="26"/>
        </w:rPr>
        <w:t>Step — The Ninth Night</w:t>
      </w:r>
    </w:p>
    <w:p>
      <w:pPr>
        <w:spacing w:line="360" w:lineRule="auto" w:after="0"/>
        <w:ind w:firstLine="283"/>
      </w:pPr>
      <w:r>
        <w:t>The ninth night was the night the bundle's keeping could not be kept anymore, and the night was the third camp's, and the third camp was the walkers' camp, and the walkers' camp was the company's, and the company's was the third camp's.</w:t>
      </w:r>
    </w:p>
    <w:p>
      <w:pPr>
        <w:spacing w:line="360" w:lineRule="auto" w:after="0"/>
        <w:ind w:firstLine="283"/>
      </w:pPr>
      <w:r>
        <w:t>The third camp was at the dry hills' south route. The third camp was the company's own camp. The third camp was the fires and the pot and the circuit's rim. The Sedge families were the camp's guests. The Sedge families were three. The Sedge families were the daughter's family. The daughter's family was the daughter, the husband, the child.</w:t>
      </w:r>
    </w:p>
    <w:p>
      <w:pPr>
        <w:spacing w:line="360" w:lineRule="auto" w:after="0"/>
        <w:ind w:firstLine="283"/>
      </w:pPr>
      <w:r>
        <w:t>The child was Marit. The child was two. The child slept against Nella's hip at the fire's small light. The sleeping had been bad since the wall. The sleeping had been bad since the drain's cold water. The sleeping had been bad since the nine days' moving. The sleeping came at the fire's warmth. The fire's warmth was the sleeping's.</w:t>
      </w:r>
    </w:p>
    <w:p>
      <w:pPr>
        <w:spacing w:line="360" w:lineRule="auto" w:after="0"/>
        <w:ind w:firstLine="283"/>
      </w:pPr>
      <w:r>
        <w:t>The bundle was at Nella's breast. The bundle had been at the breast for nine months. The bundle had been at the breast through the evacuation. The bundle had been at the breast through the drain. The bundle had been at the breast through the nine days' moving. The bundle had been at the breast through the third camp. The bundle was at the breast.</w:t>
      </w:r>
    </w:p>
    <w:p>
      <w:pPr>
        <w:spacing w:line="360" w:lineRule="auto" w:after="0"/>
        <w:ind w:firstLine="283"/>
      </w:pPr>
      <w:r>
        <w:t>The ninth night was the night the bundle's keeping could not be kept anymore. The ninth night was the night the hands took the bundle off the breast and set it in the lap and unknotted the oilcloth's knot. The hands' taking was the body's own. The hands' unknotting was the body's own. The two were the ninth night's.</w:t>
      </w:r>
    </w:p>
    <w:p>
      <w:pPr>
        <w:spacing w:line="360" w:lineRule="auto" w:after="0"/>
        <w:ind w:firstLine="283"/>
      </w:pPr>
      <w:r>
        <w:t>The oilcloth came open in the fire's light. The bundle's freight lay in the cloth's bowl. The freight was two things. The freight was ordinary. The freight was devastating.</w:t>
      </w:r>
    </w:p>
    <w:p>
      <w:pPr>
        <w:spacing w:line="360" w:lineRule="auto" w:after="0"/>
        <w:ind w:firstLine="283"/>
      </w:pPr>
      <w:r>
        <w:t>The spoon was the freight's first thing. The spoon was wood. The spoon was dark with nine years of pocket-oil and a lifetime of use before that. The spoon's bowl was worn to a shallow oval. The spoon's grip was worn smooth in a shape. The shape was Nella's hand's shape. Nella's hand knew the shape. Nella's hand was the grown woman's hand. Nella's hand was twenty years old. Nella's fingers were longer now than the grip's worn shape. The grip received Nella's hand. The receiving was the body's own memory. The hand closed on the grip it had closed on ten thousand evenings in a kitchen in a valley below the middle lands' first breaking. The hand was five and six and seven and eight and nine and ten and eleven in the closing. The hand was twenty in the closing. The two closings were the same closing. The spoon was the same spoon. The spoon had been in a drawer.</w:t>
      </w:r>
    </w:p>
    <w:p>
      <w:pPr>
        <w:spacing w:line="360" w:lineRule="auto" w:after="0"/>
        <w:ind w:firstLine="283"/>
      </w:pPr>
      <w:r>
        <w:t>The father had gone back. In the fourth week, when the going-back was still possible — to the drawer, and the drawer had held the spoon — Nella's spoon, the child's spoon — and the pods were in the paper twist. The paper twist lay in the oilcloth's bowl beside the spoon's place. The pods' dry seeds shifted in the paper at the fire's light with the small dry sound of seeds. The whole freight of the bundle was the house. The whole house.</w:t>
      </w:r>
    </w:p>
    <w:p>
      <w:pPr>
        <w:spacing w:line="360" w:lineRule="auto" w:after="0"/>
        <w:ind w:firstLine="283"/>
      </w:pPr>
      <w:r>
        <w:t>The valley and the garden and the window's geranium and the mother — the mother, whose name was in the walkers' book with two tellings and an open hand, the mother, who had not come back from the going-back — the mother was in the paper twist and the spoon. The father had carried the house against his heart for nine years. The father had set it on the stone by the gate. The bundle had come through the drain in the keeping-place. The ninth night had come. The hands had opened it.</w:t>
      </w:r>
    </w:p>
    <w:p>
      <w:pPr>
        <w:spacing w:line="360" w:lineRule="auto" w:after="0"/>
        <w:ind w:firstLine="283"/>
      </w:pPr>
      <w:r>
        <w:t>The moment was gone. The spoon was for a child's hand. The father's freight — the gift's whole intended moment — was the child: the next small hand, the granddaughter, the spoon's next grip, the bowl's next small mouth. The gift was for the moment when the child was old enough for the spoon, and the mother could give it, and the giving could be at a table, in a kitchen, in a home with a garden — the seeds in the ground, the spoon in the hand, the child at the board, the grandmother's kale coming up in the granddaughter's first spring — and the moment was gone.</w:t>
      </w:r>
    </w:p>
    <w:p>
      <w:pPr>
        <w:spacing w:line="360" w:lineRule="auto" w:after="0"/>
        <w:ind w:firstLine="283"/>
      </w:pPr>
      <w:r>
        <w:t>Sedge was gone. The wall was gone. The lime's quiet ground was the wound's talking ground again. The family was on the road. The third camp. The ninth night. The walkers' pot. There was no garden. There was no kitchen. There was no table. The child at the hip was two years old and asleep. The seeds were in a paper.</w:t>
      </w:r>
    </w:p>
    <w:p>
      <w:pPr>
        <w:spacing w:line="360" w:lineRule="auto" w:after="0"/>
        <w:ind w:firstLine="283"/>
      </w:pPr>
      <w:r>
        <w:t>Nella used the spoon. That was the night's last ordinary: Marit woke at the fire's dying — the small ones always do — and the child was hungry, the road's ninth-day hungry, the thin-fed hungry, and the walkers' pot had been scraped and the fire was down and the family's bag held the last heel of the Sedge bread — and Nella took the heel and broke it and wet it from the bottle and worked it soft in the spoon's bowl, the small worn oval, the bowl that had fed a girl in a valley and been carried through a breaking and a walking and a drain — and the spoon came to the child's mouth, and the child ate from the spoon, and the eating was ordinary. The child ate. The mother fed. The spoon fed. The three of them sat in the small light doing the thing the spoon had always been for, on the ninth night of the walking-out, in a camp on a road in a wound's coast, in the ruin of the moment the spoon was meant for — and the spoon did not care.</w:t>
      </w:r>
    </w:p>
    <w:p>
      <w:pPr>
        <w:spacing w:line="360" w:lineRule="auto" w:after="0"/>
        <w:ind w:firstLine="283"/>
      </w:pPr>
      <w:r>
        <w:t>The spoon had been made for a mouth, and the mouth was here, and the feeding worked.</w:t>
      </w:r>
    </w:p>
    <w:p>
      <w:pPr>
        <w:spacing w:line="360" w:lineRule="auto" w:after="0"/>
        <w:ind w:firstLine="283"/>
      </w:pPr>
      <w:r>
        <w:t>The seeds were the next morning's question. The question was the night's freight carried into the morning. The morning's freight was the question the father had carried for nine years and the daughter had carried for nine months and the road had carried for nine days: do you plant them?</w:t>
      </w:r>
    </w:p>
    <w:p>
      <w:pPr>
        <w:spacing w:line="360" w:lineRule="auto" w:after="0"/>
        <w:ind w:firstLine="283"/>
      </w:pPr>
      <w:r>
        <w:t>The seeds were the mother's kale, from the dead garden at the valley's last autumn, the kale that had gone to seed in its death, the seed-pods the father had twisted into a paper. The seeds were the future — the future the father had carried against his heart, the future the daughter had carried at her breast, the future the road had carried in the keeping-place — and the future was the question.</w:t>
      </w:r>
    </w:p>
    <w:p>
      <w:pPr>
        <w:spacing w:line="360" w:lineRule="auto" w:after="0"/>
        <w:ind w:firstLine="283"/>
      </w:pPr>
      <w:r>
        <w:t>Nella did not plant them. Nella took one seed from the paper twist. Nella did not count the taking — the hand went in, the hand came out, the seed was in the palm. The seed was small and dry and round, the color of old bone, the weight of almost nothing. The seed sat in Nella's palm the way the spoon had sat in Nella's palm. The hand closed on the seed the way the hand had closed on the spoon.</w:t>
      </w:r>
    </w:p>
    <w:p>
      <w:pPr>
        <w:spacing w:line="360" w:lineRule="auto" w:after="0"/>
        <w:ind w:firstLine="283"/>
      </w:pPr>
      <w:r>
        <w:t>Nella stood up from the fire with the seed in her fist. Marit slept against the folded bedding. The watches walked the rim. Nella walked to the camp's edge — ten paces, twenty — and stood at the rim where the walkers' tested ground ended and the next ground began. The next ground was the wound's ground. Nella read the next ground the way her father had taught her to read ground, the way the walking had taught its daughters: the boot's heel pressed at the ground's edge, the print watched for ten breaths. The print did not hold. The ground was the new skin — the pale, tight, mineral-dry cover that had not yet learned to be ground, that gave no dust, that smelled of nothing. The new skin was not the world the seed had been taken from, and the world was gone, and the seed was from the gone world, and the gone world was not the ground at the boot.</w:t>
      </w:r>
    </w:p>
    <w:p>
      <w:pPr>
        <w:spacing w:line="360" w:lineRule="auto" w:after="0"/>
        <w:ind w:firstLine="283"/>
      </w:pPr>
      <w:r>
        <w:t>Nella held the seed out over the new skin. The hand was open. The seed lay in the open palm. The new skin was not ready. The new skin had not decided what it was. The seed in the open palm was the future, and the future was held over the not-ready, and the sentence said: not yet.</w:t>
      </w:r>
    </w:p>
    <w:p>
      <w:pPr>
        <w:spacing w:line="360" w:lineRule="auto" w:after="0"/>
        <w:ind w:firstLine="283"/>
      </w:pPr>
      <w:r>
        <w:t>Nella closed her hand. The seed went back into the fist. The fist went back to the paper twist. The paper twist went into the keeping-pocket. The keeping-pocket closed. The seed was carried. The body went back to the fire.</w:t>
      </w:r>
    </w:p>
    <w:p>
      <w:pPr>
        <w:spacing w:line="360" w:lineRule="auto" w:after="0"/>
        <w:ind w:firstLine="283"/>
      </w:pPr>
      <w:r>
        <w:t>The seeds went into the coat. The inner pocket — the keeping-pocket, the coat's own breast. The paper twist of the mother's kale went in. The pocket closed. The garden was the pocket now. The pocket held the seeds. The pocket held the not-planted. The fire died. The child slept. The spoon lay in the oilcloth's bowl, the oilcloth folded around it, the bundle back at the breast. The ninth night ended. The pocket held.</w:t>
      </w:r>
    </w:p>
    <w:p>
      <w:pPr>
        <w:spacing w:before="360" w:after="240"/>
        <w:ind w:firstLine="0"/>
        <w:jc w:val="center"/>
      </w:pPr>
      <w:r>
        <w:rPr>
          <w:b/>
          <w:i/>
          <w:color w:val="333333"/>
          <w:sz w:val="26"/>
        </w:rPr>
        <w:t>Step — The First Spar</w:t>
      </w:r>
    </w:p>
    <w:p>
      <w:pPr>
        <w:spacing w:line="360" w:lineRule="auto" w:after="0"/>
        <w:ind w:firstLine="283"/>
      </w:pPr>
      <w:r>
        <w:t>Kael sparred at the evening fire. The company's young — Rill's age and younger — took turns against him. Kael moved through them the way the form had taught him to move through a form. The diagram — the fourth version, the worn one in Kael's pocket, the one no chest had held — moved in Kael's body the way ground moved under Corren's feet. Corren watched from the fire's edge. Corren had not seen the form practiced. Corren saw it now.</w:t>
      </w:r>
    </w:p>
    <w:p>
      <w:pPr>
        <w:spacing w:line="360" w:lineRule="auto" w:after="0"/>
        <w:ind w:firstLine="283"/>
      </w:pPr>
      <w:r>
        <w:t>The first spar was at the company's third fire. The first spar was at the dry hills' south route. The first spar was the company's young's first spar with Kael. The first spar was the form's first spar.</w:t>
      </w:r>
    </w:p>
    <w:p>
      <w:pPr>
        <w:spacing w:line="360" w:lineRule="auto" w:after="0"/>
        <w:ind w:firstLine="283"/>
      </w:pPr>
      <w:r>
        <w:t>Rill was the first. Rill was the company's quickest reader of ground. Rill was the walker Corren was teaching the leading to. Rill was twenty. Rill was the company's young's first. Rill came at Kael with the walker's staff. The staff was the walker's.</w:t>
      </w:r>
    </w:p>
    <w:p>
      <w:pPr>
        <w:spacing w:line="360" w:lineRule="auto" w:after="0"/>
        <w:ind w:firstLine="283"/>
      </w:pPr>
      <w:r>
        <w:t>Kael did not take the staff. Kael did not block the staff. Kael moved the way the form had taught him to move — the feet set, the weight centered, the turn, the hips leading, the held breath, the pause. The modified fourth figure. The one no chest had held. The one the body had changed.</w:t>
      </w:r>
    </w:p>
    <w:p>
      <w:pPr>
        <w:spacing w:line="360" w:lineRule="auto" w:after="0"/>
        <w:ind w:firstLine="283"/>
      </w:pPr>
      <w:r>
        <w:t>Rill's staff came where Kael had been. Kael was not there. Kael was at Rill's side. Kael's hand was at Rill's wrist. The two were the form's.</w:t>
      </w:r>
    </w:p>
    <w:p>
      <w:pPr>
        <w:spacing w:line="360" w:lineRule="auto" w:after="0"/>
        <w:ind w:firstLine="283"/>
      </w:pPr>
      <w:r>
        <w:t>Rill did not fall. Rill did not move. Rill stood. The staff was in Rill's hand. The hand was at the wrist. The wrist was at Kael's hand. The three were the form's.</w:t>
      </w:r>
    </w:p>
    <w:p>
      <w:pPr>
        <w:spacing w:line="360" w:lineRule="auto" w:after="0"/>
        <w:ind w:firstLine="283"/>
      </w:pPr>
      <w:r>
        <w:t>"Yield," Kael said. The level voice. The form's voice.</w:t>
      </w:r>
    </w:p>
    <w:p>
      <w:pPr>
        <w:spacing w:line="360" w:lineRule="auto" w:after="0"/>
        <w:ind w:firstLine="283"/>
      </w:pPr>
      <w:r>
        <w:t>Rill did not yield. Rill held the staff. Rill's hand was at the wrist. The wrist was at Kael's hand. The three were the form's.</w:t>
      </w:r>
    </w:p>
    <w:p>
      <w:pPr>
        <w:spacing w:line="360" w:lineRule="auto" w:after="0"/>
        <w:ind w:firstLine="283"/>
      </w:pPr>
      <w:r>
        <w:t>Kael did not press. Kael did not pull. Kael held the wrist. The wrist was the staff's. The hand was the wrist's. The two were the form's.</w:t>
      </w:r>
    </w:p>
    <w:p>
      <w:pPr>
        <w:spacing w:line="360" w:lineRule="auto" w:after="0"/>
        <w:ind w:firstLine="283"/>
      </w:pPr>
      <w:r>
        <w:t>Rill's breath went out. The breath was the form's. The two were the sparring's.</w:t>
      </w:r>
    </w:p>
    <w:p>
      <w:pPr>
        <w:spacing w:line="360" w:lineRule="auto" w:after="0"/>
        <w:ind w:firstLine="283"/>
      </w:pPr>
      <w:r>
        <w:t>Rill yielded. The staff went down. The wrist went free. The hand went back to Rill's side. The three were the form's. The first spar was the form's.</w:t>
      </w:r>
    </w:p>
    <w:p>
      <w:pPr>
        <w:spacing w:line="360" w:lineRule="auto" w:after="0"/>
        <w:ind w:firstLine="283"/>
      </w:pPr>
      <w:r>
        <w:t>Corren watched from the fire's edge. Corren had not seen the form practiced. Corren saw it now. The form was not the Cadre's.</w:t>
      </w:r>
    </w:p>
    <w:p>
      <w:pPr>
        <w:spacing w:line="360" w:lineRule="auto" w:after="0"/>
        <w:ind w:firstLine="283"/>
      </w:pPr>
      <w:r>
        <w:t>Corren had spent his life reading ground — the give, the weight, the position of the feet. Kael read bodies. The two were the reading's.</w:t>
      </w:r>
    </w:p>
    <w:p>
      <w:pPr>
        <w:spacing w:line="360" w:lineRule="auto" w:after="0"/>
        <w:ind w:firstLine="283"/>
      </w:pPr>
      <w:r>
        <w:t>The second spar was with Pell. Pell was the third-year walker. Pell was Tace's. Pell was twenty-two. Pell came at Kael with the walker's staff. The staff was the walker's. The staff was Pell's.</w:t>
      </w:r>
    </w:p>
    <w:p>
      <w:pPr>
        <w:spacing w:line="360" w:lineRule="auto" w:after="0"/>
        <w:ind w:firstLine="283"/>
      </w:pPr>
      <w:r>
        <w:t>Kael moved the way the form had taught him to move. The feet set, the weight centered, the turn, the hips leading, the held breath, the pause. The modified fourth figure. Kael was at Pell's side. Kael's hand was at Pell's wrist. The wrist was the staff's. The hand was the wrist's. The two were the form's.</w:t>
      </w:r>
    </w:p>
    <w:p>
      <w:pPr>
        <w:spacing w:line="360" w:lineRule="auto" w:after="0"/>
        <w:ind w:firstLine="283"/>
      </w:pPr>
      <w:r>
        <w:t>Pell did not yield. Pell held the staff. Pell's hand was at the wrist. The wrist was at Kael's hand. The three were the form's.</w:t>
      </w:r>
    </w:p>
    <w:p>
      <w:pPr>
        <w:spacing w:line="360" w:lineRule="auto" w:after="0"/>
        <w:ind w:firstLine="283"/>
      </w:pPr>
      <w:r>
        <w:t>Kael did not press. Kael did not pull. Kael held the wrist. The wrist was the staff's. The hand was the wrist's. The two were the form's.</w:t>
      </w:r>
    </w:p>
    <w:p>
      <w:pPr>
        <w:spacing w:line="360" w:lineRule="auto" w:after="0"/>
        <w:ind w:firstLine="283"/>
      </w:pPr>
      <w:r>
        <w:t>Pell's breath went out. The breath was the form's. The two were the sparring's.</w:t>
      </w:r>
    </w:p>
    <w:p>
      <w:pPr>
        <w:spacing w:line="360" w:lineRule="auto" w:after="0"/>
        <w:ind w:firstLine="283"/>
      </w:pPr>
      <w:r>
        <w:t>Pell yielded. The staff went down. The wrist went free. The hand went back to Pell's side. The three were the form's. The second spar was the form's.</w:t>
      </w:r>
    </w:p>
    <w:p>
      <w:pPr>
        <w:spacing w:line="360" w:lineRule="auto" w:after="0"/>
        <w:ind w:firstLine="283"/>
      </w:pPr>
      <w:r>
        <w:t>The third spar was with the company's youngest. The youngest was sixteen. The youngest was the company's newest. The youngest came at Kael with the walker's staff. The staff was the walker's. The staff was the youngest's.</w:t>
      </w:r>
    </w:p>
    <w:p>
      <w:pPr>
        <w:spacing w:line="360" w:lineRule="auto" w:after="0"/>
        <w:ind w:firstLine="283"/>
      </w:pPr>
      <w:r>
        <w:t>Kael moved the way the form had taught him to move. The feet set, the weight centered, the turn, the hips leading, the held breath, the pause. The modified fourth figure. Kael was at the youngest's side. Kael's hand was at the youngest's wrist. The wrist was the staff's. The hand was the wrist's. The two were the form's.</w:t>
      </w:r>
    </w:p>
    <w:p>
      <w:pPr>
        <w:spacing w:line="360" w:lineRule="auto" w:after="0"/>
        <w:ind w:firstLine="283"/>
      </w:pPr>
      <w:r>
        <w:t>The youngest yielded. The staff went down. The wrist went free. The hand went back to the youngest's side. The three were the form's. The third spar was the form's.</w:t>
      </w:r>
    </w:p>
    <w:p>
      <w:pPr>
        <w:spacing w:line="360" w:lineRule="auto" w:after="0"/>
        <w:ind w:firstLine="283"/>
      </w:pPr>
      <w:r>
        <w:t>Corren watched from the fire's edge. The three spars were the form's. The form was the three spars'. The two were the fire's.</w:t>
      </w:r>
    </w:p>
    <w:p>
      <w:pPr>
        <w:spacing w:line="360" w:lineRule="auto" w:after="0"/>
        <w:ind w:firstLine="283"/>
      </w:pPr>
      <w:r>
        <w:t>The company's young went back to the fire. The company's young did not say anything. The company's young's faces did the form's face — the held reading, the held breath, the not-answering. The form was the company's young's.</w:t>
      </w:r>
    </w:p>
    <w:p>
      <w:pPr>
        <w:spacing w:line="360" w:lineRule="auto" w:after="0"/>
        <w:ind w:firstLine="283"/>
      </w:pPr>
      <w:r>
        <w:t>Kael did not look at the company's young. Kael did not look at Corren. Kael stood at the fire's edge. The form was in Kael's body. The body was the form's. The two were the fire's.</w:t>
      </w:r>
    </w:p>
    <w:p>
      <w:pPr>
        <w:spacing w:line="360" w:lineRule="auto" w:after="0"/>
        <w:ind w:firstLine="283"/>
      </w:pPr>
      <w:r>
        <w:t>Afterward, Corren asked him. Not the form. Not the spar. The simple thing.</w:t>
      </w:r>
    </w:p>
    <w:p>
      <w:pPr>
        <w:spacing w:line="360" w:lineRule="auto" w:after="0"/>
        <w:ind w:firstLine="283"/>
      </w:pPr>
      <w:r>
        <w:t>"Where did you learn it?"</w:t>
      </w:r>
    </w:p>
    <w:p>
      <w:pPr>
        <w:spacing w:line="360" w:lineRule="auto" w:after="0"/>
        <w:ind w:firstLine="283"/>
      </w:pPr>
      <w:r>
        <w:t>"The chest had three versions," Kael said. "The trader's copy. The coast's copy. The corridor's modification. I carried a fourth. The fourth was mine. The fourth figure was mine. The fourth figure was not the diagram's. The fourth figure was the body's. The body changed. The form changed. The change was not the form's failure. The change was the form's life."</w:t>
      </w:r>
    </w:p>
    <w:p>
      <w:pPr>
        <w:spacing w:line="360" w:lineRule="auto" w:after="0"/>
        <w:ind w:firstLine="283"/>
      </w:pPr>
      <w:r>
        <w:t>Corren looked at the fire. The company's breathing was around them. Corren asked the next question — the question the walking had taught him to ask.</w:t>
      </w:r>
    </w:p>
    <w:p>
      <w:pPr>
        <w:spacing w:line="360" w:lineRule="auto" w:after="0"/>
        <w:ind w:firstLine="283"/>
      </w:pPr>
      <w:r>
        <w:t>"Does it work?"</w:t>
      </w:r>
    </w:p>
    <w:p>
      <w:pPr>
        <w:spacing w:line="360" w:lineRule="auto" w:after="0"/>
        <w:ind w:firstLine="283"/>
      </w:pPr>
      <w:r>
        <w:t>"It works," Kael said. "The form works. The form is the body's. The body works. The two work. The two are the form's. The form is the two's."</w:t>
      </w:r>
    </w:p>
    <w:p>
      <w:pPr>
        <w:spacing w:line="360" w:lineRule="auto" w:after="0"/>
        <w:ind w:firstLine="283"/>
      </w:pPr>
      <w:r>
        <w:t>The fire went on being the fire. The company's breathing went on being the company's breathing. The form went on being the form. The body went on being the body. The two went on being the fire's. The fire was the two's.</w:t>
      </w:r>
    </w:p>
    <w:p>
      <w:pPr>
        <w:spacing w:before="360" w:after="240"/>
        <w:ind w:firstLine="0"/>
        <w:jc w:val="center"/>
      </w:pPr>
      <w:r>
        <w:rPr>
          <w:b/>
          <w:i/>
          <w:color w:val="333333"/>
          <w:sz w:val="26"/>
        </w:rPr>
        <w:t>Step — The Wall Form Earned</w:t>
      </w:r>
    </w:p>
    <w:p>
      <w:pPr>
        <w:spacing w:line="360" w:lineRule="auto" w:after="0"/>
        <w:ind w:firstLine="283"/>
      </w:pPr>
      <w:r>
        <w:t>The wall form was earned at the company's south route, at the dry hills' third fire, and the earning was the body's, and the body was the form's, and the form was the wall's, and the wall was the form's.</w:t>
      </w:r>
    </w:p>
    <w:p>
      <w:pPr>
        <w:spacing w:line="360" w:lineRule="auto" w:after="0"/>
        <w:ind w:firstLine="283"/>
      </w:pPr>
      <w:r>
        <w:t>The wall form was the form's fourth figure modified past the other two. The wall form was the form's figure held at the wall's edge. The wall form was the form's figure held at the line's edge. The wall form was the form's figure held at the door's edge. The wall form was the form's figure held at the threshold's edge. The wall form was the form's figure held at the stone's edge.</w:t>
      </w:r>
    </w:p>
    <w:p>
      <w:pPr>
        <w:spacing w:line="360" w:lineRule="auto" w:after="0"/>
        <w:ind w:firstLine="283"/>
      </w:pPr>
      <w:r>
        <w:t>The company's south route was at the dry hills. The company's third fire was at the dry hills' south route. The company's third fire was the fire's.</w:t>
      </w:r>
    </w:p>
    <w:p>
      <w:pPr>
        <w:spacing w:line="360" w:lineRule="auto" w:after="0"/>
        <w:ind w:firstLine="283"/>
      </w:pPr>
      <w:r>
        <w:t>Kael was at the fire's edge. The company's young was at the fire's edge. The company's young was Rill and Pell and the youngest. The company's young was three. The company's young was the form's.</w:t>
      </w:r>
    </w:p>
    <w:p>
      <w:pPr>
        <w:spacing w:line="360" w:lineRule="auto" w:after="0"/>
        <w:ind w:firstLine="283"/>
      </w:pPr>
      <w:r>
        <w:t>The white's patrol came at the fire's edge at the dusk's first dark. The patrol was four. The patrol was the white's drilled standing. The patrol was the courtesy's. The courtesy was the cage's third mercy walked out of the archive and onto the fire's edge.</w:t>
      </w:r>
    </w:p>
    <w:p>
      <w:pPr>
        <w:spacing w:line="360" w:lineRule="auto" w:after="0"/>
        <w:ind w:firstLine="283"/>
      </w:pPr>
      <w:r>
        <w:t>The patrol's captain was a young man. The captain's face was the mother's eye — the eye that watched everything and forgave in advance, the eye that said I know before the eye said anything else. The captain stood at the fire's edge. The patrol stood behind the captain.</w:t>
      </w:r>
    </w:p>
    <w:p>
      <w:pPr>
        <w:spacing w:line="360" w:lineRule="auto" w:after="0"/>
        <w:ind w:firstLine="283"/>
      </w:pPr>
      <w:r>
        <w:t>"The company is at the white's courtesy," the captain said. The level voice. The public-health grammar. "The company is at the dry hills' south route. The dry hills' south route is the white's south-mile camp's territory. The company is at the white's territory. The company will be processed. The processing is the white's. The processing is the cage's third mercy walked out of the archive and onto the fire's edge."</w:t>
      </w:r>
    </w:p>
    <w:p>
      <w:pPr>
        <w:spacing w:line="360" w:lineRule="auto" w:after="0"/>
        <w:ind w:firstLine="283"/>
      </w:pPr>
      <w:r>
        <w:t>Corren stood at the fire's edge. The staff was in Corren's hand. The staff was the walker's. The staff was the leading's. The staff did not move.</w:t>
      </w:r>
    </w:p>
    <w:p>
      <w:pPr>
        <w:spacing w:line="360" w:lineRule="auto" w:after="0"/>
        <w:ind w:firstLine="283"/>
      </w:pPr>
      <w:r>
        <w:t>"The company is the walkers' company," Corren said. "The walkers walk the wound's coast. The walkers carry the uncounted. The walkers feed the lanes. The walkers do not report. The walkers walk. The company is at the dry hills' south route. The dry hills' south route is the walkers' road. The walkers' road is the walkers'. The walkers' road is not the white's. The company is the walkers'. The company is not the white's."</w:t>
      </w:r>
    </w:p>
    <w:p>
      <w:pPr>
        <w:spacing w:line="360" w:lineRule="auto" w:after="0"/>
        <w:ind w:firstLine="283"/>
      </w:pPr>
      <w:r>
        <w:t>The captain did not move. The captain's mother's eye held the fire's edge. The eye did not press. The eye did not yield.</w:t>
      </w:r>
    </w:p>
    <w:p>
      <w:pPr>
        <w:spacing w:line="360" w:lineRule="auto" w:after="0"/>
        <w:ind w:firstLine="283"/>
      </w:pPr>
      <w:r>
        <w:t>"The company will be processed," the captain said. "The processing is the white's. The processing is the cage's third mercy walked out of the archive and onto the fire's edge."</w:t>
      </w:r>
    </w:p>
    <w:p>
      <w:pPr>
        <w:spacing w:line="360" w:lineRule="auto" w:after="0"/>
        <w:ind w:firstLine="283"/>
      </w:pPr>
      <w:r>
        <w:t>The patrol moved. The patrol's four came around the fire's edge. The patrol's four had the drilled standing. The patrol's four had the courtesy's standing. The patrol's four came at the company's young. The company's young was Rill and Pell and the youngest. The company's young was three.</w:t>
      </w:r>
    </w:p>
    <w:p>
      <w:pPr>
        <w:spacing w:line="360" w:lineRule="auto" w:after="0"/>
        <w:ind w:firstLine="283"/>
      </w:pPr>
      <w:r>
        <w:t>Kael moved. Kael moved the way the form had taught him to move. The feet set, the weight centered, the turn, the hips leading, the held breath, the pause. The modified fourth figure. The wall form. The wall form was the form's figure held at the wall's edge. The wall form was the form's figure held at the line's edge. The wall form was the form's figure held at the fire's edge. The wall form was the form's figure held at the company's young's edge.</w:t>
      </w:r>
    </w:p>
    <w:p>
      <w:pPr>
        <w:spacing w:line="360" w:lineRule="auto" w:after="0"/>
        <w:ind w:firstLine="283"/>
      </w:pPr>
      <w:r>
        <w:t>The patrol's first had the drilled standing. The patrol's first had the courtesy's standing. The patrol's first came at the company's young. Kael's hand was at the patrol's first's wrist. The wrist was the staff's. The hand was the wrist's. The two were the form's.</w:t>
      </w:r>
    </w:p>
    <w:p>
      <w:pPr>
        <w:spacing w:line="360" w:lineRule="auto" w:after="0"/>
        <w:ind w:firstLine="283"/>
      </w:pPr>
      <w:r>
        <w:t>The patrol's first did not yield. The patrol's first held the staff. The patrol's first's hand was at the wrist. The wrist was at Kael's hand. The three were the form's.</w:t>
      </w:r>
    </w:p>
    <w:p>
      <w:pPr>
        <w:spacing w:line="360" w:lineRule="auto" w:after="0"/>
        <w:ind w:firstLine="283"/>
      </w:pPr>
      <w:r>
        <w:t>Kael did not press. Kael did not pull. Kael held the wrist. The wrist was the staff's. The hand was the wrist's. The two were the form's.</w:t>
      </w:r>
    </w:p>
    <w:p>
      <w:pPr>
        <w:spacing w:line="360" w:lineRule="auto" w:after="0"/>
        <w:ind w:firstLine="283"/>
      </w:pPr>
      <w:r>
        <w:t>The patrol's first's breath went out. The breath was the form's. The two were the wall form's.</w:t>
      </w:r>
    </w:p>
    <w:p>
      <w:pPr>
        <w:spacing w:line="360" w:lineRule="auto" w:after="0"/>
        <w:ind w:firstLine="283"/>
      </w:pPr>
      <w:r>
        <w:t>The patrol's first yielded. The staff went down. The wrist went free. The hand went back to the patrol's first's side. The three were the form's. The wall form was earned. The wall form was the form's.</w:t>
      </w:r>
    </w:p>
    <w:p>
      <w:pPr>
        <w:spacing w:line="360" w:lineRule="auto" w:after="0"/>
        <w:ind w:firstLine="283"/>
      </w:pPr>
      <w:r>
        <w:t>The patrol's second had the drilled standing. The patrol's second had the courtesy's standing. The patrol's second came at the company's young. Kael's hand was at the patrol's second's wrist. The wrist was the staff's. The hand was the wrist's. The two were the form's.</w:t>
      </w:r>
    </w:p>
    <w:p>
      <w:pPr>
        <w:spacing w:line="360" w:lineRule="auto" w:after="0"/>
        <w:ind w:firstLine="283"/>
      </w:pPr>
      <w:r>
        <w:t>The patrol's second yielded. The staff went down. The wrist went free. The hand went back to the patrol's second's side. The three were the form's. The wall form was earned again. The wall form was the form's.</w:t>
      </w:r>
    </w:p>
    <w:p>
      <w:pPr>
        <w:spacing w:line="360" w:lineRule="auto" w:after="0"/>
        <w:ind w:firstLine="283"/>
      </w:pPr>
      <w:r>
        <w:t>Kael was at the patrol's third. Kael was at the patrol's fourth. The two yielded. The two staffs went down. The two wrists went free. The two hands went back to the two sides. The three were the form's.</w:t>
      </w:r>
    </w:p>
    <w:p>
      <w:pPr>
        <w:spacing w:line="360" w:lineRule="auto" w:after="0"/>
        <w:ind w:firstLine="283"/>
      </w:pPr>
      <w:r>
        <w:t>The captain did not move. The captain's mother's eye held the fire's edge. The eye did not press. The eye did not yield. The captain turned at the fire's edge. The captain went back the way the captain had come. The patrol went back the way the patrol had come. The patrol's four went back. The captain went back. The patrol was gone.</w:t>
      </w:r>
    </w:p>
    <w:p>
      <w:pPr>
        <w:spacing w:line="360" w:lineRule="auto" w:after="0"/>
        <w:ind w:firstLine="283"/>
      </w:pPr>
      <w:r>
        <w:t>The wall form was earned. The wall form was the form's. The two were the body's. The wall form was the body's.</w:t>
      </w:r>
    </w:p>
    <w:p>
      <w:pPr>
        <w:spacing w:line="360" w:lineRule="auto" w:after="0"/>
        <w:ind w:firstLine="283"/>
      </w:pPr>
      <w:r>
        <w:t>Corren did not look at Kael. Kael did not look at Corren. The fire went on being the fire. The company's breathing went on being the company's breathing. The form went on being the form. The body went on being the body. The two went on being the fire's. The fire was the two's.</w:t>
      </w:r>
    </w:p>
    <w:p>
      <w:pPr>
        <w:spacing w:line="360" w:lineRule="auto" w:after="0"/>
        <w:ind w:firstLine="283"/>
      </w:pPr>
      <w:r>
        <w:t>The wall form was the form's. The two were the body's. The wall form was the body's.</w:t>
      </w:r>
    </w:p>
    <w:p>
      <w:pPr>
        <w:spacing w:before="360" w:after="240"/>
        <w:ind w:firstLine="0"/>
        <w:jc w:val="center"/>
      </w:pPr>
      <w:r>
        <w:rPr>
          <w:b/>
          <w:i/>
          <w:color w:val="333333"/>
          <w:sz w:val="26"/>
        </w:rPr>
        <w:t>Step — The Choice</w:t>
      </w:r>
    </w:p>
    <w:p>
      <w:pPr>
        <w:spacing w:line="360" w:lineRule="auto" w:after="0"/>
        <w:ind w:firstLine="283"/>
      </w:pPr>
      <w:r>
        <w:t>The choice was at the company's south route, at the dry hills' fourth fire, and the choice was the body's, and the body was the choice's, and the choice was the form's, and the form was the choice's, and the two were the body's, and the body was the two's.</w:t>
      </w:r>
    </w:p>
    <w:p>
      <w:pPr>
        <w:spacing w:line="360" w:lineRule="auto" w:after="0"/>
        <w:ind w:firstLine="283"/>
      </w:pPr>
      <w:r>
        <w:t>Kael had been watching. Kael had been watching the company's young. Kael had been watching the company's young sparring with the company's young. Kael had been watching the company's young sparring with the form. Kael had been watching the company's young sparring with the wall form. Kael had been watching the company's young sparring.</w:t>
      </w:r>
    </w:p>
    <w:p>
      <w:pPr>
        <w:spacing w:line="360" w:lineRule="auto" w:after="0"/>
        <w:ind w:firstLine="283"/>
      </w:pPr>
      <w:r>
        <w:t>Kael had been watching the company's young the way the form had taught him to watch — by the give, by the weight, by the position of the feet. The watching was the form's. The two were the body's.</w:t>
      </w:r>
    </w:p>
    <w:p>
      <w:pPr>
        <w:spacing w:line="360" w:lineRule="auto" w:after="0"/>
        <w:ind w:firstLine="283"/>
      </w:pPr>
      <w:r>
        <w:t>The choice came at the company's south route, at the dry hills' fourth fire. The white's patrol came at the dusk's first dark. The patrol was four. The patrol was the white's drilled standing. The patrol was the courtesy's. The courtesy was the cage's third mercy walked out of the archive and onto the fire's edge.</w:t>
      </w:r>
    </w:p>
    <w:p>
      <w:pPr>
        <w:spacing w:line="360" w:lineRule="auto" w:after="0"/>
        <w:ind w:firstLine="283"/>
      </w:pPr>
      <w:r>
        <w:t>The patrol's captain was the same young man. The captain's mother's eye held the fire's edge. The eye did not press. The eye did not yield.</w:t>
      </w:r>
    </w:p>
    <w:p>
      <w:pPr>
        <w:spacing w:line="360" w:lineRule="auto" w:after="0"/>
        <w:ind w:firstLine="283"/>
      </w:pPr>
      <w:r>
        <w:t>"The company will be processed," the captain said. The level voice. The public-health grammar. "The processing is the white's. The processing is the cage's third mercy walked out of the archive and onto the fire's edge."</w:t>
      </w:r>
    </w:p>
    <w:p>
      <w:pPr>
        <w:spacing w:line="360" w:lineRule="auto" w:after="0"/>
        <w:ind w:firstLine="283"/>
      </w:pPr>
      <w:r>
        <w:t>The patrol moved. The patrol's four came around the fire's edge. The patrol's four had the drilled standing. The patrol's four had the courtesy's standing. The patrol's four came at the company's young. The company's young was Rill and Pell and the youngest. The company's young was three.</w:t>
      </w:r>
    </w:p>
    <w:p>
      <w:pPr>
        <w:spacing w:line="360" w:lineRule="auto" w:after="0"/>
        <w:ind w:firstLine="283"/>
      </w:pPr>
      <w:r>
        <w:t>Kael was at the fire's edge. Kael had been watching the company's young. Kael had been watching the form. Kael had been watching the wall form.</w:t>
      </w:r>
    </w:p>
    <w:p>
      <w:pPr>
        <w:spacing w:line="360" w:lineRule="auto" w:after="0"/>
        <w:ind w:firstLine="283"/>
      </w:pPr>
      <w:r>
        <w:t>The choice was: watch, or move.</w:t>
      </w:r>
    </w:p>
    <w:p>
      <w:pPr>
        <w:spacing w:line="360" w:lineRule="auto" w:after="0"/>
        <w:ind w:firstLine="283"/>
      </w:pPr>
      <w:r>
        <w:t>Kael had been watching. The watching was the form's. The two were the body's.</w:t>
      </w:r>
    </w:p>
    <w:p>
      <w:pPr>
        <w:spacing w:line="360" w:lineRule="auto" w:after="0"/>
        <w:ind w:firstLine="283"/>
      </w:pPr>
      <w:r>
        <w:t>Kael moved.</w:t>
      </w:r>
    </w:p>
    <w:p>
      <w:pPr>
        <w:spacing w:line="360" w:lineRule="auto" w:after="0"/>
        <w:ind w:firstLine="283"/>
      </w:pPr>
      <w:r>
        <w:t>Kael moved the way the form had taught him to move. The feet set, the weight centered, the turn, the hips leading, the held breath, the pause. The modified fourth figure. The wall form. The wall form was the form's figure held at the wall's edge. The wall form was the form's figure held at the line's edge. The wall form was the form's figure held at the fire's edge. The wall form was the form's figure held at the company's young's edge.</w:t>
      </w:r>
    </w:p>
    <w:p>
      <w:pPr>
        <w:spacing w:line="360" w:lineRule="auto" w:after="0"/>
        <w:ind w:firstLine="283"/>
      </w:pPr>
      <w:r>
        <w:t>The patrol's first had the drilled standing. The patrol's first had the courtesy's standing. The patrol's first came at the company's young. Kael's hand was at the patrol's first's wrist. The wrist was the staff's. The hand was the wrist's. The two were the form's.</w:t>
      </w:r>
    </w:p>
    <w:p>
      <w:pPr>
        <w:spacing w:line="360" w:lineRule="auto" w:after="0"/>
        <w:ind w:firstLine="283"/>
      </w:pPr>
      <w:r>
        <w:t>The patrol's first yielded. The staff went down. The wrist went free. The hand went back to the patrol's first's side. The three were the form's. The wall form was earned again.</w:t>
      </w:r>
    </w:p>
    <w:p>
      <w:pPr>
        <w:spacing w:line="360" w:lineRule="auto" w:after="0"/>
        <w:ind w:firstLine="283"/>
      </w:pPr>
      <w:r>
        <w:t>Kael was at the patrol's second. The patrol's second yielded. Kael was at the patrol's third. The patrol's third yielded. Kael was at the patrol's fourth. The patrol's fourth yielded. The four yielded. The four staffs went down. The four wrists went free. The four hands went back to the four sides. The three were the form's.</w:t>
      </w:r>
    </w:p>
    <w:p>
      <w:pPr>
        <w:spacing w:line="360" w:lineRule="auto" w:after="0"/>
        <w:ind w:firstLine="283"/>
      </w:pPr>
      <w:r>
        <w:t>The captain did not move. The captain's mother's eye held the fire's edge. The eye did not press. The eye did not yield. The captain turned at the fire's edge. The captain went back the way the captain had come. The patrol went back the way the patrol had come. The patrol was gone.</w:t>
      </w:r>
    </w:p>
    <w:p>
      <w:pPr>
        <w:spacing w:line="360" w:lineRule="auto" w:after="0"/>
        <w:ind w:firstLine="283"/>
      </w:pPr>
      <w:r>
        <w:t>The choice was made. The choice was the body's. The two were the form's. The choice was: watch, or move. The choice was: move. The body moved. The form moved. The two moved. The two were the fire's.</w:t>
      </w:r>
    </w:p>
    <w:p>
      <w:pPr>
        <w:spacing w:line="360" w:lineRule="auto" w:after="0"/>
        <w:ind w:firstLine="283"/>
      </w:pPr>
      <w:r>
        <w:t>The moving was the form's. The two were the body's. The body was moving. The form was moving. The two were moving. The two were the fire's.</w:t>
      </w:r>
    </w:p>
    <w:p>
      <w:pPr>
        <w:spacing w:line="360" w:lineRule="auto" w:after="0"/>
        <w:ind w:firstLine="283"/>
      </w:pPr>
      <w:r>
        <w:t>The choice was made. The choice was the body's. The two were the form's. The choice was: move. The body moved. The form moved. The two moved. The two were the fire's.</w:t>
      </w:r>
    </w:p>
    <w:p>
      <w:pPr>
        <w:spacing w:line="360" w:lineRule="auto" w:after="0"/>
        <w:ind w:firstLine="283"/>
      </w:pPr>
      <w:r>
        <w:t>Corren did not look at Kael. Kael did not look at Corren. The fire went on being the fire. The company's breathing went on being the company's breathing. The form went on being the form. The body went on being the body. The two went on being the fire's. The fire was the two's.</w:t>
      </w:r>
    </w:p>
    <w:p>
      <w:pPr>
        <w:spacing w:line="360" w:lineRule="auto" w:after="0"/>
        <w:ind w:firstLine="283"/>
      </w:pPr>
      <w:r>
        <w:t>The choice was the body's. The two were the form's. The choice was: move. The body moved. The form moved. The two moved. The two were the fire's.</w:t>
      </w:r>
    </w:p>
    <w:p>
      <w:pPr>
        <w:spacing w:before="360" w:after="240"/>
        <w:ind w:firstLine="0"/>
        <w:jc w:val="center"/>
      </w:pPr>
      <w:r>
        <w:rPr>
          <w:b/>
          <w:i/>
          <w:color w:val="333333"/>
          <w:sz w:val="26"/>
        </w:rPr>
        <w:t>Step — The Shoulder Drops</w:t>
      </w:r>
    </w:p>
    <w:p>
      <w:pPr>
        <w:spacing w:line="360" w:lineRule="auto" w:after="0"/>
        <w:ind w:firstLine="283"/>
      </w:pPr>
      <w:r>
        <w:t>The shoulder dropped at the company's south route, at the dry hills' fifth fire, and the dropping was the body's, and the body was the dropping's, and the dropping was the form's, and the form was the dropping's, and the two were the body's, and the body was the two's.</w:t>
      </w:r>
    </w:p>
    <w:p>
      <w:pPr>
        <w:spacing w:line="360" w:lineRule="auto" w:after="0"/>
        <w:ind w:firstLine="283"/>
      </w:pPr>
      <w:r>
        <w:t>Kael's right shoulder sat lower than his left. The shoulder had been the same height as the left for twenty years. The shoulder had been the same height as the left at the chart ship's foredeck. The shoulder had been the same height as the left at the form's first practice. The shoulder had been the same height as the left at the wall form's earning. The shoulder had been the same height as the left at the choice's making.</w:t>
      </w:r>
    </w:p>
    <w:p>
      <w:pPr>
        <w:spacing w:line="360" w:lineRule="auto" w:after="0"/>
        <w:ind w:firstLine="283"/>
      </w:pPr>
      <w:r>
        <w:t>The shoulder dropped at the company's south route, at the dry hills' fifth fire. The dropping was the body's. The two were the form's.</w:t>
      </w:r>
    </w:p>
    <w:p>
      <w:pPr>
        <w:spacing w:line="360" w:lineRule="auto" w:after="0"/>
        <w:ind w:firstLine="283"/>
      </w:pPr>
      <w:r>
        <w:t>The shoulder dropped the way the form's fourth figure dropped — the turn, the hips leading, the held breath, the pause, the drop. The drop was the modified fourth figure's. The two were the body's.</w:t>
      </w:r>
    </w:p>
    <w:p>
      <w:pPr>
        <w:spacing w:line="360" w:lineRule="auto" w:after="0"/>
        <w:ind w:firstLine="283"/>
      </w:pPr>
      <w:r>
        <w:t>Kael did not notice the dropping at the dry hills' fifth fire. Kael noticed the dropping at the dry hills' sixth fire. Kael was at the fire's edge. Kael was practicing the form. The form was in Kael's body the way the eyeglass was in Kael's pocket. The form was the carrying.</w:t>
      </w:r>
    </w:p>
    <w:p>
      <w:pPr>
        <w:spacing w:line="360" w:lineRule="auto" w:after="0"/>
        <w:ind w:firstLine="283"/>
      </w:pPr>
      <w:r>
        <w:t>Kael's right shoulder dropped. The dropping was the form's. The two were the body's.</w:t>
      </w:r>
    </w:p>
    <w:p>
      <w:pPr>
        <w:spacing w:line="360" w:lineRule="auto" w:after="0"/>
        <w:ind w:firstLine="283"/>
      </w:pPr>
      <w:r>
        <w:t>Kael's hand went to the shoulder. The hand was the right hand. The hand felt the shoulder. The shoulder was lower than the left. The hand was the shoulder's. The two were the body's.</w:t>
      </w:r>
    </w:p>
    <w:p>
      <w:pPr>
        <w:spacing w:line="360" w:lineRule="auto" w:after="0"/>
        <w:ind w:firstLine="283"/>
      </w:pPr>
      <w:r>
        <w:t>Corren was at the fire's edge. Corren saw the shoulder. Corren saw the hand. Corren saw the dropping. Corren did not say anything. Corren's not-saying was the company's own grace: you do not ask about the body's changes, and you do not ask about the form's changes.</w:t>
      </w:r>
    </w:p>
    <w:p>
      <w:pPr>
        <w:spacing w:line="360" w:lineRule="auto" w:after="0"/>
        <w:ind w:firstLine="283"/>
      </w:pPr>
      <w:r>
        <w:t>Kael did not say anything. Kael's not-saying was the form's own grace: the form does not ask about the body's changes, and the body does not ask about the form's changes.</w:t>
      </w:r>
    </w:p>
    <w:p>
      <w:pPr>
        <w:spacing w:line="360" w:lineRule="auto" w:after="0"/>
        <w:ind w:firstLine="283"/>
      </w:pPr>
      <w:r>
        <w:t>The shoulder dropped. The dropping was the form's. The shoulder was the form's.</w:t>
      </w:r>
    </w:p>
    <w:p>
      <w:pPr>
        <w:spacing w:line="360" w:lineRule="auto" w:after="0"/>
        <w:ind w:firstLine="283"/>
      </w:pPr>
      <w:r>
        <w:t>The form went on. The body went on. The two went on. The two were the fire's.</w:t>
      </w:r>
    </w:p>
    <w:p>
      <w:pPr>
        <w:spacing w:line="360" w:lineRule="auto" w:after="0"/>
        <w:ind w:firstLine="283"/>
      </w:pPr>
      <w:r>
        <w:t>The shoulder dropped. The form went on. The body went on. The two went on. The two were the fire's.</w:t>
      </w:r>
    </w:p>
    <w:p>
      <w:pPr>
        <w:spacing w:line="360" w:lineRule="auto" w:after="0"/>
        <w:ind w:firstLine="283"/>
      </w:pPr>
      <w:r>
        <w:t>The shoulder was the form's. The shoulder was lower than the left. The left was the same height as the left. The right was lower than the left.</w:t>
      </w:r>
    </w:p>
    <w:p>
      <w:pPr>
        <w:spacing w:line="360" w:lineRule="auto" w:after="0"/>
        <w:ind w:firstLine="283"/>
      </w:pPr>
      <w:r>
        <w:t>The form went on being the form. The body went on being the body. The two went on being the fire's. The fire was the two's. The shoulder dropped. The dropping was the form's. The shoulder was the form's.</w:t>
      </w:r>
    </w:p>
    <w:p>
      <w:pPr>
        <w:spacing w:line="360" w:lineRule="auto" w:after="0"/>
        <w:ind w:firstLine="283"/>
      </w:pPr>
      <w:r>
        <w:t>The form went on. The body went on. The two went on. The two were the fire's. The dropping was the form's. The shoulder was the form's.</w:t>
      </w:r>
    </w:p>
    <w:p>
      <w:pPr>
        <w:spacing w:before="360" w:after="240"/>
        <w:ind w:firstLine="0"/>
        <w:jc w:val="center"/>
      </w:pPr>
      <w:r>
        <w:rPr>
          <w:b/>
          <w:i/>
          <w:color w:val="333333"/>
          <w:sz w:val="26"/>
        </w:rPr>
        <w:t>Step — The Eyeglass Found</w:t>
      </w:r>
    </w:p>
    <w:p>
      <w:pPr>
        <w:spacing w:line="360" w:lineRule="auto" w:after="0"/>
        <w:ind w:firstLine="283"/>
      </w:pPr>
      <w:r>
        <w:t>The eyeglass was found in Kael's pocket at the company's south route, at the dry hills' seventh fire, and the finding was the body's, and the body was the finding's, and the finding was the eyeglass's, and the eyeglass was the finding's.</w:t>
      </w:r>
    </w:p>
    <w:p>
      <w:pPr>
        <w:spacing w:line="360" w:lineRule="auto" w:after="0"/>
        <w:ind w:firstLine="283"/>
      </w:pPr>
      <w:r>
        <w:t>The eyeglass had been in Kael's pocket since the morning Meret had put it there. The eyeglass was brass. The eyeglass was dented. The eyeglass was cracked in a star. The crack showed the east. The crack showed every route. Every outcome. The eyeglass had been Meret's. The eyeglass had been the old man's at the wheel. The eyeglass had been the watcher's. The eyeglass had been the searcher's.</w:t>
      </w:r>
    </w:p>
    <w:p>
      <w:pPr>
        <w:spacing w:line="360" w:lineRule="auto" w:after="0"/>
        <w:ind w:firstLine="283"/>
      </w:pPr>
      <w:r>
        <w:t>Kael had carried the eyeglass. Kael had not looked through the eyeglass. Kael had carried the eyeglass the way the splice was carried in Rook's pack — carried, not used. The eyeglass was the carrying.</w:t>
      </w:r>
    </w:p>
    <w:p>
      <w:pPr>
        <w:spacing w:line="360" w:lineRule="auto" w:after="0"/>
        <w:ind w:firstLine="283"/>
      </w:pPr>
      <w:r>
        <w:t>The finding was at the dry hills' seventh fire. The finding was the body's. The two were the eyeglass's.</w:t>
      </w:r>
    </w:p>
    <w:p>
      <w:pPr>
        <w:spacing w:line="360" w:lineRule="auto" w:after="0"/>
        <w:ind w:firstLine="283"/>
      </w:pPr>
      <w:r>
        <w:t>Kael's hand went to the pocket. The hand was the right hand. The hand was the pocket's. The two were the body's.</w:t>
      </w:r>
    </w:p>
    <w:p>
      <w:pPr>
        <w:spacing w:line="360" w:lineRule="auto" w:after="0"/>
        <w:ind w:firstLine="283"/>
      </w:pPr>
      <w:r>
        <w:t>Kael's hand found the eyeglass. The eyeglass was brass. The eyeglass was dented. The eyeglass was cracked in a star. The crack showed the east. The crack showed every route. Every outcome.</w:t>
      </w:r>
    </w:p>
    <w:p>
      <w:pPr>
        <w:spacing w:line="360" w:lineRule="auto" w:after="0"/>
        <w:ind w:firstLine="283"/>
      </w:pPr>
      <w:r>
        <w:t>Kael took the eyeglass out of the pocket. The eyeglass was in Kael's hand. The brass was at Kael's palm. The dent was at Kael's thumb. The crack was at the lens. The eyeglass was the weight it had always been.</w:t>
      </w:r>
    </w:p>
    <w:p>
      <w:pPr>
        <w:spacing w:line="360" w:lineRule="auto" w:after="0"/>
        <w:ind w:firstLine="283"/>
      </w:pPr>
      <w:r>
        <w:t>Corren was at the fire's edge. Corren saw the eyeglass. Corren saw the brass. Corren saw the dent. Corren saw the crack. Corren did not say anything. Corren's not-saying was the company's own grace: you do not ask about the pocket's things, and you do not ask about the eyeglass's things.</w:t>
      </w:r>
    </w:p>
    <w:p>
      <w:pPr>
        <w:spacing w:line="360" w:lineRule="auto" w:after="0"/>
        <w:ind w:firstLine="283"/>
      </w:pPr>
      <w:r>
        <w:t>Kael did not look at Corren. Kael looked at the eyeglass. The eyeglass was in Kael's hand. The brass was at Kael's palm. The dent was at Kael's thumb. The crack was at the lens. The eyeglass was the weight it had always been.</w:t>
      </w:r>
    </w:p>
    <w:p>
      <w:pPr>
        <w:spacing w:line="360" w:lineRule="auto" w:after="0"/>
        <w:ind w:firstLine="283"/>
      </w:pPr>
      <w:r>
        <w:t>"Where did the eyeglass come from?" Corren said. The asking was the walker's. The asking was the leading's. The asking was the simple thing.</w:t>
      </w:r>
    </w:p>
    <w:p>
      <w:pPr>
        <w:spacing w:line="360" w:lineRule="auto" w:after="0"/>
        <w:ind w:firstLine="283"/>
      </w:pPr>
      <w:r>
        <w:t>"Meret," Kael said. "The old man at the wheel. The watcher. The searcher. The eyeglass was Meret's. The eyeglass was in my pocket at the morning. The morning Meret had put it there. The eyeglass was in my pocket since the morning. The eyeglass is in my pocket now."</w:t>
      </w:r>
    </w:p>
    <w:p>
      <w:pPr>
        <w:spacing w:line="360" w:lineRule="auto" w:after="0"/>
        <w:ind w:firstLine="283"/>
      </w:pPr>
      <w:r>
        <w:t>"What is the eyeglass for?"</w:t>
      </w:r>
    </w:p>
    <w:p>
      <w:pPr>
        <w:spacing w:line="360" w:lineRule="auto" w:after="0"/>
        <w:ind w:firstLine="283"/>
      </w:pPr>
      <w:r>
        <w:t>"The eyeglass is for the looking. The eyeglass is for the seeing. The eyeglass is for the crack. The crack shows the east. The crack shows every route. Every outcome. The eyeglass is for the east. The eyeglass is for the routes. The eyeglass is for the outcomes."</w:t>
      </w:r>
    </w:p>
    <w:p>
      <w:pPr>
        <w:spacing w:line="360" w:lineRule="auto" w:after="0"/>
        <w:ind w:firstLine="283"/>
      </w:pPr>
      <w:r>
        <w:t>"Have you looked through the eyeglass?"</w:t>
      </w:r>
    </w:p>
    <w:p>
      <w:pPr>
        <w:spacing w:line="360" w:lineRule="auto" w:after="0"/>
        <w:ind w:firstLine="283"/>
      </w:pPr>
      <w:r>
        <w:t>"I have looked through the eyeglass."</w:t>
      </w:r>
    </w:p>
    <w:p>
      <w:pPr>
        <w:spacing w:line="360" w:lineRule="auto" w:after="0"/>
        <w:ind w:firstLine="283"/>
      </w:pPr>
      <w:r>
        <w:t>"What did the eyeglass show?"</w:t>
      </w:r>
    </w:p>
    <w:p>
      <w:pPr>
        <w:spacing w:line="360" w:lineRule="auto" w:after="0"/>
        <w:ind w:firstLine="283"/>
      </w:pPr>
      <w:r>
        <w:t>"The eyeglass showed the water. The eyeglass showed the crack. The east was where the dawn would come. The east was where the dawn had always come. The eyeglass did not show the dawn. The east was the east's."</w:t>
      </w:r>
    </w:p>
    <w:p>
      <w:pPr>
        <w:spacing w:line="360" w:lineRule="auto" w:after="0"/>
        <w:ind w:firstLine="283"/>
      </w:pPr>
      <w:r>
        <w:t>Corren did not say anything. Corren's not-saying was the walker's own grace: you do not ask about the eyeglass's showing, and you do not ask about the east's being.</w:t>
      </w:r>
    </w:p>
    <w:p>
      <w:pPr>
        <w:spacing w:line="360" w:lineRule="auto" w:after="0"/>
        <w:ind w:firstLine="283"/>
      </w:pPr>
      <w:r>
        <w:t>Kael put the eyeglass back in the pocket. The eyeglass was the carrying's. The carrying went on. The eyeglass went on. The pocket held the eyeglass. The eyeglass held the crack. The crack held the east. The east held the dawn. The dawn held the morning. The morning held the water. The water held the fleet. The fleet held the eyeglass. The eyeglass held the carrying.</w:t>
      </w:r>
    </w:p>
    <w:p>
      <w:pPr>
        <w:spacing w:line="360" w:lineRule="auto" w:after="0"/>
        <w:ind w:firstLine="283"/>
      </w:pPr>
      <w:r>
        <w:t>The eyeglass was found. The finding was the body's. The two were the eyeglass's. The finding was at the dry hills' seventh fire. The fire was the finding's. The two were the company's.</w:t>
      </w:r>
    </w:p>
    <w:p>
      <w:pPr>
        <w:spacing w:line="360" w:lineRule="auto" w:after="0"/>
        <w:ind w:firstLine="283"/>
      </w:pPr>
      <w:r>
        <w:t>The eyeglass was in the pocket. The eyeglass was carried.</w:t>
      </w:r>
    </w:p>
    <w:p>
      <w:pPr>
        <w:spacing w:before="360" w:after="240"/>
        <w:ind w:firstLine="0"/>
        <w:jc w:val="center"/>
      </w:pPr>
      <w:r>
        <w:rPr>
          <w:b/>
          <w:i/>
          <w:color w:val="333333"/>
          <w:sz w:val="26"/>
        </w:rPr>
        <w:t>Step — The Equal</w:t>
      </w:r>
    </w:p>
    <w:p>
      <w:pPr>
        <w:spacing w:line="360" w:lineRule="auto" w:after="0"/>
        <w:ind w:firstLine="283"/>
      </w:pPr>
      <w:r>
        <w:t>Vasryn practiced beside Kael at the company's south route, at the dry hills' eighth fire, and the practicing was the equal's, and the equal was the practicing's, and the two were the form's, and the form was the two's.</w:t>
      </w:r>
    </w:p>
    <w:p>
      <w:pPr>
        <w:spacing w:line="360" w:lineRule="auto" w:after="0"/>
        <w:ind w:firstLine="283"/>
      </w:pPr>
      <w:r>
        <w:t>Vasryn was the man with the diagram. Vasryn was the city's company. Vasryn was the chart room's invisible. Vasryn was the man with the diagram — the trader's diagram, the one the chest had copied, the one Vasryn had modified. Vasryn had carried his own version for years — worn soft in a pocket, creased from years of opening, the fourth figure modified past the other two.</w:t>
      </w:r>
    </w:p>
    <w:p>
      <w:pPr>
        <w:spacing w:line="360" w:lineRule="auto" w:after="0"/>
        <w:ind w:firstLine="283"/>
      </w:pPr>
      <w:r>
        <w:t>Vasryn was at the fire's edge. Vasryn was practicing the form. The form was in Vasryn's body the way the form was in Kael's body. The two were the form's.</w:t>
      </w:r>
    </w:p>
    <w:p>
      <w:pPr>
        <w:spacing w:line="360" w:lineRule="auto" w:after="0"/>
        <w:ind w:firstLine="283"/>
      </w:pPr>
      <w:r>
        <w:t>Kael was at the fire's edge. Kael was practicing the form. The form was in Kael's body the way the form was in Vasryn's body. The two were the form's.</w:t>
      </w:r>
    </w:p>
    <w:p>
      <w:pPr>
        <w:spacing w:line="360" w:lineRule="auto" w:after="0"/>
        <w:ind w:firstLine="283"/>
      </w:pPr>
      <w:r>
        <w:t>The two practiced the form beside each other. The practicing was the equal's. The two were the form's.</w:t>
      </w:r>
    </w:p>
    <w:p>
      <w:pPr>
        <w:spacing w:line="360" w:lineRule="auto" w:after="0"/>
        <w:ind w:firstLine="283"/>
      </w:pPr>
      <w:r>
        <w:t>Vasryn's body was old now. Vasryn was seventy. Vasryn's right shoulder sat lower than his left. Vasryn's knees had held the world's whole ledger arriving in them at once, and the holding had cost the knees. Vasryn's breath was shallow. Vasryn's body moved through the form the way an old body moves through a form — slowly, with the cost visible, with the tremor in the wrist that the first diagram had held, the tremor that had been the worn, the tremor that had become the form.</w:t>
      </w:r>
    </w:p>
    <w:p>
      <w:pPr>
        <w:spacing w:line="360" w:lineRule="auto" w:after="0"/>
        <w:ind w:firstLine="283"/>
      </w:pPr>
      <w:r>
        <w:t>Kael's body was forty now. Kael's right shoulder sat lower than his left. Kael's breath was deep. Kael's body moved through the form the way a forty-year-old body moves through a form — with the cost not yet visible, with the tremor in the wrist that the first diagram had held, the tremor that had been the worn, the tremor that had become the form.</w:t>
      </w:r>
    </w:p>
    <w:p>
      <w:pPr>
        <w:spacing w:line="360" w:lineRule="auto" w:after="0"/>
        <w:ind w:firstLine="283"/>
      </w:pPr>
      <w:r>
        <w:t>The two practiced the form beside each other. The practicing was the equal's. The two were the form's.</w:t>
      </w:r>
    </w:p>
    <w:p>
      <w:pPr>
        <w:spacing w:line="360" w:lineRule="auto" w:after="0"/>
        <w:ind w:firstLine="283"/>
      </w:pPr>
      <w:r>
        <w:t>The form was the same form. The form was the diagram's. The two bodies were the form's. The form was the two bodies'. The two bodies practiced the form the way the two bodies practiced the form — beside each other, the same form, the same figures, the same tremor in the wrist.</w:t>
      </w:r>
    </w:p>
    <w:p>
      <w:pPr>
        <w:spacing w:line="360" w:lineRule="auto" w:after="0"/>
        <w:ind w:firstLine="283"/>
      </w:pPr>
      <w:r>
        <w:t>Vasryn's body moved through the first step — the feet set, the weight centered. Kael's body moved through the first step — the feet set, the weight centered. The two were the form's.</w:t>
      </w:r>
    </w:p>
    <w:p>
      <w:pPr>
        <w:spacing w:line="360" w:lineRule="auto" w:after="0"/>
        <w:ind w:firstLine="283"/>
      </w:pPr>
      <w:r>
        <w:t>Vasryn's body moved through the second step — the turn, the hips leading. Kael's body moved through the second step — the turn, the hips leading. The two were the form's.</w:t>
      </w:r>
    </w:p>
    <w:p>
      <w:pPr>
        <w:spacing w:line="360" w:lineRule="auto" w:after="0"/>
        <w:ind w:firstLine="283"/>
      </w:pPr>
      <w:r>
        <w:t>Vasryn's body moved through the third step — the pause, the held breath. Kael's body moved through the third step — the pause, the held breath. The two were the form's.</w:t>
      </w:r>
    </w:p>
    <w:p>
      <w:pPr>
        <w:spacing w:line="360" w:lineRule="auto" w:after="0"/>
        <w:ind w:firstLine="283"/>
      </w:pPr>
      <w:r>
        <w:t>Vasryn's body moved through the fourth step — the modified fourth figure, the one no chest had held, the one the body had changed. Kael's body moved through the fourth step — the modified fourth figure, the one no chest had held, the one the body had changed. The two were the form's.</w:t>
      </w:r>
    </w:p>
    <w:p>
      <w:pPr>
        <w:spacing w:line="360" w:lineRule="auto" w:after="0"/>
        <w:ind w:firstLine="283"/>
      </w:pPr>
      <w:r>
        <w:t>The two were the equal's. The practicing was the equal's.</w:t>
      </w:r>
    </w:p>
    <w:p>
      <w:pPr>
        <w:spacing w:line="360" w:lineRule="auto" w:after="0"/>
        <w:ind w:firstLine="283"/>
      </w:pPr>
      <w:r>
        <w:t>Vasryn did not look at Kael. Kael did not look at Vasryn. The two practiced the form beside each other. The two did not look at each other. The two were the form's.</w:t>
      </w:r>
    </w:p>
    <w:p>
      <w:pPr>
        <w:spacing w:line="360" w:lineRule="auto" w:after="0"/>
        <w:ind w:firstLine="283"/>
      </w:pPr>
      <w:r>
        <w:t>The form was the equal's. The two were the practicing's. The two were the equal's.</w:t>
      </w:r>
    </w:p>
    <w:p>
      <w:pPr>
        <w:spacing w:line="360" w:lineRule="auto" w:after="0"/>
        <w:ind w:firstLine="283"/>
      </w:pPr>
      <w:r>
        <w:t>Corren was at the fire's edge. Corren saw the two. Corren saw the form. Corren saw the equal. Corren did not say anything. Corren's not-saying was the company's own grace: you do not ask about the form's equal, and you do not ask about the two's equal.</w:t>
      </w:r>
    </w:p>
    <w:p>
      <w:pPr>
        <w:spacing w:line="360" w:lineRule="auto" w:after="0"/>
        <w:ind w:firstLine="283"/>
      </w:pPr>
      <w:r>
        <w:t>The two practiced the form beside each other. The form went on being the form. The two went on being the two. The equal went on being the equal. The form went on. The two went on. The equal went on. The three went on.</w:t>
      </w:r>
    </w:p>
    <w:p>
      <w:pPr>
        <w:spacing w:line="360" w:lineRule="auto" w:after="0"/>
        <w:ind w:firstLine="283"/>
      </w:pPr>
      <w:r>
        <w:t>The two were the practicing's. The two were the equal's. The practicing was the equal's.</w:t>
      </w:r>
    </w:p>
    <w:p>
      <w:pPr>
        <w:spacing w:before="360" w:after="240"/>
        <w:ind w:firstLine="0"/>
        <w:jc w:val="center"/>
      </w:pPr>
      <w:r>
        <w:rPr>
          <w:b/>
          <w:i/>
          <w:color w:val="333333"/>
          <w:sz w:val="26"/>
        </w:rPr>
        <w:t>Step — The Almost-Remembering</w:t>
      </w:r>
    </w:p>
    <w:p>
      <w:pPr>
        <w:spacing w:line="360" w:lineRule="auto" w:after="0"/>
        <w:ind w:firstLine="283"/>
      </w:pPr>
      <w:r>
        <w:t>The almost-remembering came at the company's south route, at the dry hills' ninth fire, and the almost-remembering was the flicker's, and the flicker was the almost-remembering's, and the two were the body's, and the body was the two's.</w:t>
      </w:r>
    </w:p>
    <w:p>
      <w:pPr>
        <w:spacing w:line="360" w:lineRule="auto" w:after="0"/>
        <w:ind w:firstLine="283"/>
      </w:pPr>
      <w:r>
        <w:t>Vasryn was at the fire's edge. Vasryn was practicing the form. The form was in Vasryn's body the way the form was in Kael's body. The two were the form's.</w:t>
      </w:r>
    </w:p>
    <w:p>
      <w:pPr>
        <w:spacing w:line="360" w:lineRule="auto" w:after="0"/>
        <w:ind w:firstLine="283"/>
      </w:pPr>
      <w:r>
        <w:t>Vasryn's body moved through the first step. The second step. The third step. The fourth step. The body was the form's. The two were the form's.</w:t>
      </w:r>
    </w:p>
    <w:p>
      <w:pPr>
        <w:spacing w:line="360" w:lineRule="auto" w:after="0"/>
        <w:ind w:firstLine="283"/>
      </w:pPr>
      <w:r>
        <w:t>The almost-remembering came at the fourth step. The fourth step was the modified fourth figure. The modified fourth figure was the one no chest had held. The modified fourth figure was the one the body had changed. The modified fourth figure was Vasryn's.</w:t>
      </w:r>
    </w:p>
    <w:p>
      <w:pPr>
        <w:spacing w:line="360" w:lineRule="auto" w:after="0"/>
        <w:ind w:firstLine="283"/>
      </w:pPr>
      <w:r>
        <w:t>Vasryn's body moved through the fourth step. The body's wrist was at the tremor. The tremor was the first diagram's. The tremor was the worn's. The tremor was the form's. The three were the body's.</w:t>
      </w:r>
    </w:p>
    <w:p>
      <w:pPr>
        <w:spacing w:line="360" w:lineRule="auto" w:after="0"/>
        <w:ind w:firstLine="283"/>
      </w:pPr>
      <w:r>
        <w:t>The almost-remembering was the flicker. The flicker was at the wrist. The flicker was the body's. The two were the form's.</w:t>
      </w:r>
    </w:p>
    <w:p>
      <w:pPr>
        <w:spacing w:line="360" w:lineRule="auto" w:after="0"/>
        <w:ind w:firstLine="283"/>
      </w:pPr>
      <w:r>
        <w:t>Vasryn's wrist was at the tremor. The tremor was the first diagram's. The tremor was the worn's. The tremor was the form's. The flicker was at the wrist. The flicker was the almost-remembering's. The four were the body's.</w:t>
      </w:r>
    </w:p>
    <w:p>
      <w:pPr>
        <w:spacing w:line="360" w:lineRule="auto" w:after="0"/>
        <w:ind w:firstLine="283"/>
      </w:pPr>
      <w:r>
        <w:t>The flicker was the body's. The four were the body's.</w:t>
      </w:r>
    </w:p>
    <w:p>
      <w:pPr>
        <w:spacing w:line="360" w:lineRule="auto" w:after="0"/>
        <w:ind w:firstLine="283"/>
      </w:pPr>
      <w:r>
        <w:t>Vasryn's body did not finish the fourth step. The body's wrist was at the tremor. The body's wrist was at the flicker. The flicker was the almost-remembering's. The two were the body's.</w:t>
      </w:r>
    </w:p>
    <w:p>
      <w:pPr>
        <w:spacing w:line="360" w:lineRule="auto" w:after="0"/>
        <w:ind w:firstLine="283"/>
      </w:pPr>
      <w:r>
        <w:t>Vasryn's body went back to the first step. The body moved through the first step. The second step. The third step. The fourth step. The body's wrist was at the tremor. The body's wrist was at the flicker. The flicker was the almost-remembering's. The two were the body's.</w:t>
      </w:r>
    </w:p>
    <w:p>
      <w:pPr>
        <w:spacing w:line="360" w:lineRule="auto" w:after="0"/>
        <w:ind w:firstLine="283"/>
      </w:pPr>
      <w:r>
        <w:t>Vasryn's body did not finish the fourth step again. The body's wrist was at the tremor. The body's wrist was at the flicker. The flicker was the almost-remembering's. The two were the body's.</w:t>
      </w:r>
    </w:p>
    <w:p>
      <w:pPr>
        <w:spacing w:line="360" w:lineRule="auto" w:after="0"/>
        <w:ind w:firstLine="283"/>
      </w:pPr>
      <w:r>
        <w:t>Vasryn's body went back to the first step. The body moved through the first step. The second step. The third step. The fourth step. The body's wrist was at the tremor. The body's wrist was at the flicker. The flicker was the almost-remembering's. The two were the body's.</w:t>
      </w:r>
    </w:p>
    <w:p>
      <w:pPr>
        <w:spacing w:line="360" w:lineRule="auto" w:after="0"/>
        <w:ind w:firstLine="283"/>
      </w:pPr>
      <w:r>
        <w:t>Vasryn's body did not finish the fourth step. The body's wrist was at the tremor. The body's wrist was at the flicker. The flicker was the almost-remembering's. The two were the body's.</w:t>
      </w:r>
    </w:p>
    <w:p>
      <w:pPr>
        <w:spacing w:line="360" w:lineRule="auto" w:after="0"/>
        <w:ind w:firstLine="283"/>
      </w:pPr>
      <w:r>
        <w:t>Kael was at the fire's edge. Kael was practicing the form. Kael saw Vasryn's body. Kael saw the tremor. Kael saw the flicker. Kael saw the almost-remembering. Kael did not say anything. Kael's not-saying was the form's own grace: the form does not ask about the almost-remembering, and the body does not ask about the flicker.</w:t>
      </w:r>
    </w:p>
    <w:p>
      <w:pPr>
        <w:spacing w:line="360" w:lineRule="auto" w:after="0"/>
        <w:ind w:firstLine="283"/>
      </w:pPr>
      <w:r>
        <w:t>Vasryn's body went back to the first step. The body moved through the first step. The second step. The third step. The fourth step. The body's wrist was at the tremor. The body's wrist was at the flicker. The flicker was the almost-remembering's. The two were the body's.</w:t>
      </w:r>
    </w:p>
    <w:p>
      <w:pPr>
        <w:spacing w:line="360" w:lineRule="auto" w:after="0"/>
        <w:ind w:firstLine="283"/>
      </w:pPr>
      <w:r>
        <w:t>The almost-remembering was the flicker's. The two were the body's. The flicker was at the wrist. The wrist was at the tremor. The tremor was at the first diagram. The first diagram was at the worn. The worn was at the form. The form was at the body. The body was at the fire. The fire was at the body. The two were the fire's.</w:t>
      </w:r>
    </w:p>
    <w:p>
      <w:pPr>
        <w:spacing w:line="360" w:lineRule="auto" w:after="0"/>
        <w:ind w:firstLine="283"/>
      </w:pPr>
      <w:r>
        <w:t>Vasryn's body did not finish the fourth step. The body's wrist was at the tremor. The body's wrist was at the flicker.</w:t>
      </w:r>
    </w:p>
    <w:p>
      <w:pPr>
        <w:spacing w:before="360" w:after="240"/>
        <w:ind w:firstLine="0"/>
        <w:jc w:val="center"/>
      </w:pPr>
      <w:r>
        <w:rPr>
          <w:b/>
          <w:i/>
          <w:color w:val="333333"/>
          <w:sz w:val="26"/>
        </w:rPr>
        <w:t>Step — The Cup He Did Not Lift</w:t>
      </w:r>
    </w:p>
    <w:p>
      <w:pPr>
        <w:spacing w:line="360" w:lineRule="auto" w:after="0"/>
        <w:ind w:firstLine="283"/>
      </w:pPr>
      <w:r>
        <w:t>The cup was the cardamom-coloured one. The cup was the dented one — the rim dented where the mule had knocked it, the year the mother had died. The cup was the brother's. The cup was the mother's place at the table.</w:t>
      </w:r>
    </w:p>
    <w:p>
      <w:pPr>
        <w:spacing w:line="360" w:lineRule="auto" w:after="0"/>
        <w:ind w:firstLine="283"/>
      </w:pPr>
      <w:r>
        <w:t>Vasryn was at the fire's edge. The cup was at the fire's edge. The cup was on the stone at the fire's edge. The cup was full of the evening's tea. The tea was the fire's. The two were the cup's.</w:t>
      </w:r>
    </w:p>
    <w:p>
      <w:pPr>
        <w:spacing w:line="360" w:lineRule="auto" w:after="0"/>
        <w:ind w:firstLine="283"/>
      </w:pPr>
      <w:r>
        <w:t>Vasryn's hand went to the cup. The hand was the right hand. The hand was the cup's. The two were the body's.</w:t>
      </w:r>
    </w:p>
    <w:p>
      <w:pPr>
        <w:spacing w:line="360" w:lineRule="auto" w:after="0"/>
        <w:ind w:firstLine="283"/>
      </w:pPr>
      <w:r>
        <w:t>Vasryn's hand did not lift the cup. The hand was at the cup. The cup was at the hand. The hand did not lift the cup. The cup did not lift the hand.</w:t>
      </w:r>
    </w:p>
    <w:p>
      <w:pPr>
        <w:spacing w:line="360" w:lineRule="auto" w:after="0"/>
        <w:ind w:firstLine="283"/>
      </w:pPr>
      <w:r>
        <w:t>Vasryn's hand stayed at the cup. The hand was at the cup. The cup was at the hand. The two were the body's. The hand did not lift the cup. The cup did not lift the hand.</w:t>
      </w:r>
    </w:p>
    <w:p>
      <w:pPr>
        <w:spacing w:line="360" w:lineRule="auto" w:after="0"/>
        <w:ind w:firstLine="283"/>
      </w:pPr>
      <w:r>
        <w:t>The tea was in the cup. The tea was the cup's. The two were the fire's.</w:t>
      </w:r>
    </w:p>
    <w:p>
      <w:pPr>
        <w:spacing w:line="360" w:lineRule="auto" w:after="0"/>
        <w:ind w:firstLine="283"/>
      </w:pPr>
      <w:r>
        <w:t>Vasryn's hand did not lift the cup. The hand was at the cup. The cup was at the hand. The hand did not lift the cup. The cup did not lift the hand.</w:t>
      </w:r>
    </w:p>
    <w:p>
      <w:pPr>
        <w:spacing w:line="360" w:lineRule="auto" w:after="0"/>
        <w:ind w:firstLine="283"/>
      </w:pPr>
      <w:r>
        <w:t>The tea cooled. The tea was the cup's. The two were the fire's.</w:t>
      </w:r>
    </w:p>
    <w:p>
      <w:pPr>
        <w:spacing w:line="360" w:lineRule="auto" w:after="0"/>
        <w:ind w:firstLine="283"/>
      </w:pPr>
      <w:r>
        <w:t>Vasryn's hand did not lift the cup. The hand was at the cup. The cup was at the hand. The two were the body's. The hand did not lift the cup. The cup did not lift the hand.</w:t>
      </w:r>
    </w:p>
    <w:p>
      <w:pPr>
        <w:spacing w:line="360" w:lineRule="auto" w:after="0"/>
        <w:ind w:firstLine="283"/>
      </w:pPr>
      <w:r>
        <w:t>Kael was at the fire's edge. Kael saw the cup. Kael saw the hand. Kael saw the not-lifting. Kael did not say anything. Kael's not-saying was the form's own grace: the form does not ask about the cup's not-lifting, and the body does not ask about the hand's not-lifting.</w:t>
      </w:r>
    </w:p>
    <w:p>
      <w:pPr>
        <w:spacing w:line="360" w:lineRule="auto" w:after="0"/>
        <w:ind w:firstLine="283"/>
      </w:pPr>
      <w:r>
        <w:t>Kael's hand went to the cup. Kael's hand was the right hand. Kael's hand was the cup's. The cup was Kael's hand's. The two were the body's.</w:t>
      </w:r>
    </w:p>
    <w:p>
      <w:pPr>
        <w:spacing w:line="360" w:lineRule="auto" w:after="0"/>
        <w:ind w:firstLine="283"/>
      </w:pPr>
      <w:r>
        <w:t>Kael lifted the cup. The cup was in Kael's hand. The cup was at Kael's mouth. The tea was in the cup. The tea was at Kael's mouth. Kael drank the tea. The drinking was the cup's. The three were the body's.</w:t>
      </w:r>
    </w:p>
    <w:p>
      <w:pPr>
        <w:spacing w:line="360" w:lineRule="auto" w:after="0"/>
        <w:ind w:firstLine="283"/>
      </w:pPr>
      <w:r>
        <w:t>Kael set the cup down on the stone at the fire's edge. The cup was on the stone. The stone was at the fire's edge. The cup was the stone's. The two were the fire's.</w:t>
      </w:r>
    </w:p>
    <w:p>
      <w:pPr>
        <w:spacing w:line="360" w:lineRule="auto" w:after="0"/>
        <w:ind w:firstLine="283"/>
      </w:pPr>
      <w:r>
        <w:t>Vasryn's hand was at the cup. The hand was at the cup. The cup was at the hand. The two were the body's. The hand did not lift the cup. The cup did not lift the hand.</w:t>
      </w:r>
    </w:p>
    <w:p>
      <w:pPr>
        <w:spacing w:line="360" w:lineRule="auto" w:after="0"/>
        <w:ind w:firstLine="283"/>
      </w:pPr>
      <w:r>
        <w:t>The cup was full again. Kael had filled the cup. The cup was full of the evening's tea. The tea was the fire's. The two were the cup's.</w:t>
      </w:r>
    </w:p>
    <w:p>
      <w:pPr>
        <w:spacing w:line="360" w:lineRule="auto" w:after="0"/>
        <w:ind w:firstLine="283"/>
      </w:pPr>
      <w:r>
        <w:t>Vasryn's hand did not lift the cup. The hand was at the cup. The cup was at the hand. The hand did not lift the cup. The cup did not lift the hand.</w:t>
      </w:r>
    </w:p>
    <w:p>
      <w:pPr>
        <w:spacing w:line="360" w:lineRule="auto" w:after="0"/>
        <w:ind w:firstLine="283"/>
      </w:pPr>
      <w:r>
        <w:t>The cup he did not lift was the cup's. The cup was the not-lifting's. The two were the body's. The cup he did not lift was the brother's, mother's, household's, kitchen's, table's, or mother's place at the table.</w:t>
      </w:r>
    </w:p>
    <w:p>
      <w:pPr>
        <w:spacing w:line="360" w:lineRule="auto" w:after="0"/>
        <w:ind w:firstLine="283"/>
      </w:pPr>
      <w:r>
        <w:t>The cup he did not lift was the cup he did not lift. The cup he did not lift was the cup's. The cup he did not lift.</w:t>
      </w:r>
    </w:p>
    <w:p>
      <w:pPr>
        <w:spacing w:before="360" w:after="240"/>
        <w:ind w:firstLine="0"/>
        <w:jc w:val="center"/>
      </w:pPr>
      <w:r>
        <w:rPr>
          <w:b/>
          <w:i/>
          <w:color w:val="333333"/>
          <w:sz w:val="26"/>
        </w:rPr>
        <w:t>Step — The Coast Reached</w:t>
      </w:r>
    </w:p>
    <w:p>
      <w:pPr>
        <w:spacing w:line="360" w:lineRule="auto" w:after="0"/>
        <w:ind w:firstLine="283"/>
      </w:pPr>
      <w:r>
        <w:t>The crusade reached the coast at the autumn's first cold, and the reaching was the crusade's, and the crusade was the reaching's, and the two were the pen's, and the pen was the two's.</w:t>
      </w:r>
    </w:p>
    <w:p>
      <w:pPr>
        <w:spacing w:line="360" w:lineRule="auto" w:after="0"/>
        <w:ind w:firstLine="283"/>
      </w:pPr>
      <w:r>
        <w:t>Elias had been at the desk. The desk was west of the ridge. The desk was the third from the door. The desk was the back room. The desk had been the work. The work had been the pen. The pen had been the form. The form had been the household. The household had been the column. The column had been the name. The name had been a column.</w:t>
      </w:r>
    </w:p>
    <w:p>
      <w:pPr>
        <w:spacing w:line="360" w:lineRule="auto" w:after="0"/>
        <w:ind w:firstLine="283"/>
      </w:pPr>
      <w:r>
        <w:t>Elias had not been on the coast. Elias had been at the desk. The work had been the pen. The pen had not been on the road. The pen had been at the desk. The work had been the cage's first mercy.</w:t>
      </w:r>
    </w:p>
    <w:p>
      <w:pPr>
        <w:spacing w:line="360" w:lineRule="auto" w:after="0"/>
        <w:ind w:firstLine="283"/>
      </w:pPr>
      <w:r>
        <w:t>The crusade reached the coast. The reaching was the crusade's. The crusade reached the coast at the autumn's first cold. The reaching was the coast's.</w:t>
      </w:r>
    </w:p>
    <w:p>
      <w:pPr>
        <w:spacing w:line="360" w:lineRule="auto" w:after="0"/>
        <w:ind w:firstLine="283"/>
      </w:pPr>
      <w:r>
        <w:t>Elias walked behind Saint Alexander. The pen was in his left hand. The ink was on his finger. The boots were on the road. The road was the coast's. The two were the pen's.</w:t>
      </w:r>
    </w:p>
    <w:p>
      <w:pPr>
        <w:spacing w:line="360" w:lineRule="auto" w:after="0"/>
        <w:ind w:firstLine="283"/>
      </w:pPr>
      <w:r>
        <w:t>The coast was the walkers' coast. The coast was the corridor's coast. The coast was the fleet's last landing and the walkers' first walking. The coast had been walked south for nine years by the grey companies. The coast had been carried by Nima's runners. The coast had been fed by Nessa's pot. The coast was the carrying's coast, and the carrying was the work Elias had refused, and the crusade was the refusal walked out of the archive and onto the road.</w:t>
      </w:r>
    </w:p>
    <w:p>
      <w:pPr>
        <w:spacing w:line="360" w:lineRule="auto" w:after="0"/>
        <w:ind w:firstLine="283"/>
      </w:pPr>
      <w:r>
        <w:t>The coast reached was the coast's. The coast was the reaching's. The two were the pen's. The coast reached was the walkers'. The coast reached was the work Elias had refused. The coast reached was the refusal walked out of the archive. The coast reached was the cage's first mercy walked out of the archive. The coast reached was the cage's third mercy walked out of the archive.</w:t>
      </w:r>
    </w:p>
    <w:p>
      <w:pPr>
        <w:spacing w:line="360" w:lineRule="auto" w:after="0"/>
        <w:ind w:firstLine="283"/>
      </w:pPr>
      <w:r>
        <w:t>Elias walked behind Saint Alexander. Saint Alexander wore the white of the Saints. The White walked behind Saint Alexander. The White was sixty. The White was drilled. The White was courteous. The courtesy was the cage's third mercy walked out of the archive and onto the road.</w:t>
      </w:r>
    </w:p>
    <w:p>
      <w:pPr>
        <w:spacing w:line="360" w:lineRule="auto" w:after="0"/>
        <w:ind w:firstLine="283"/>
      </w:pPr>
      <w:r>
        <w:t>The pen was in his left hand. The ink was on his finger. The form was on the stack. The form was the household form. The form was the new format. The name at the head. The reason down the left. The count down the middle. The authorization down the right.</w:t>
      </w:r>
    </w:p>
    <w:p>
      <w:pPr>
        <w:spacing w:line="360" w:lineRule="auto" w:after="0"/>
        <w:ind w:firstLine="283"/>
      </w:pPr>
      <w:r>
        <w:t>The east was where the road ran. The east was where the carrying ran. The east was where the work ran. The east was where the work Elias had refused ran. The brother was on the road. The brother was the walker. The brother was the carrier. The brother was the work Elias had refused.</w:t>
      </w:r>
    </w:p>
    <w:p>
      <w:pPr>
        <w:spacing w:line="360" w:lineRule="auto" w:after="0"/>
        <w:ind w:firstLine="283"/>
      </w:pPr>
      <w:r>
        <w:t>The coast was reached. The reaching was the crusade's. The east was where the brother was. The brother was the walker. The brother was the carrier. The brother was the work Elias had refused. The east was the brother's.</w:t>
      </w:r>
    </w:p>
    <w:p>
      <w:pPr>
        <w:spacing w:before="360" w:after="240"/>
        <w:ind w:firstLine="0"/>
        <w:jc w:val="center"/>
      </w:pPr>
      <w:r>
        <w:rPr>
          <w:b/>
          <w:i/>
          <w:color w:val="333333"/>
          <w:sz w:val="26"/>
        </w:rPr>
        <w:t>Step — The Sting to Vasryn</w:t>
      </w:r>
    </w:p>
    <w:p>
      <w:pPr>
        <w:spacing w:line="360" w:lineRule="auto" w:after="0"/>
        <w:ind w:firstLine="283"/>
      </w:pPr>
      <w:r>
        <w:t>The sting to Vasryn was at the inn at the seventeenth town, and the sting was the word's, and the word was Elias's, and the sting was the cup's, and the cup was the brother's, and the sting was the brother's, and the brother was the sting's.</w:t>
      </w:r>
    </w:p>
    <w:p>
      <w:pPr>
        <w:spacing w:line="360" w:lineRule="auto" w:after="0"/>
        <w:ind w:firstLine="283"/>
      </w:pPr>
      <w:r>
        <w:t>Elias had come to the inn at the dusk. Saint Alexander had come to the inn. The White had come to the inn. The inn was quiet. The inn was the back of the town. The inn was the back of the road.</w:t>
      </w:r>
    </w:p>
    <w:p>
      <w:pPr>
        <w:spacing w:line="360" w:lineRule="auto" w:after="0"/>
        <w:ind w:firstLine="283"/>
      </w:pPr>
      <w:r>
        <w:t>The brother had been drinking from the cup. The cup was the cardamom-coloured one. The cup was the dented one — the rim dented where the mule had knocked it, the year the mother had died.</w:t>
      </w:r>
    </w:p>
    <w:p>
      <w:pPr>
        <w:spacing w:line="360" w:lineRule="auto" w:after="0"/>
        <w:ind w:firstLine="283"/>
      </w:pPr>
      <w:r>
        <w:t>Elias had sat across from the brother. The cup had been the dented cup — the cup the brother had carried the whole road, the cup the mother had drunk from, before the form, before the desk, before the crusade.</w:t>
      </w:r>
    </w:p>
    <w:p>
      <w:pPr>
        <w:spacing w:line="360" w:lineRule="auto" w:after="0"/>
        <w:ind w:firstLine="283"/>
      </w:pPr>
      <w:r>
        <w:t>Elias had looked at the brother.</w:t>
      </w:r>
    </w:p>
    <w:p>
      <w:pPr>
        <w:spacing w:line="360" w:lineRule="auto" w:after="0"/>
        <w:ind w:firstLine="283"/>
      </w:pPr>
      <w:r>
        <w:t>"You watched," Elias had said. "You watched the road. You watched the wall. The road took them. The wall held. The holding did nothing."</w:t>
      </w:r>
    </w:p>
    <w:p>
      <w:pPr>
        <w:spacing w:line="360" w:lineRule="auto" w:after="0"/>
        <w:ind w:firstLine="283"/>
      </w:pPr>
      <w:r>
        <w:t>Vasryn had turned the dented rim away from his mouth and had drunk.</w:t>
      </w:r>
    </w:p>
    <w:p>
      <w:pPr>
        <w:spacing w:line="360" w:lineRule="auto" w:after="0"/>
        <w:ind w:firstLine="283"/>
      </w:pPr>
      <w:r>
        <w:t>"I went north to fix it for every town," Elias had said. "You stayed for one. The one town is gone. The every-town is gone. The wall still leans."</w:t>
      </w:r>
    </w:p>
    <w:p>
      <w:pPr>
        <w:spacing w:line="360" w:lineRule="auto" w:after="0"/>
        <w:ind w:firstLine="283"/>
      </w:pPr>
      <w:r>
        <w:t>"The wall was the wall," Vasryn had said. "The watching was the watching. They were not the same work."</w:t>
      </w:r>
    </w:p>
    <w:p>
      <w:pPr>
        <w:spacing w:line="360" w:lineRule="auto" w:after="0"/>
        <w:ind w:firstLine="283"/>
      </w:pPr>
      <w:r>
        <w:t>"They were the same work." Elias's voice had not risen. It had narrowed. "The holding is the cage. You are the cage's hand on the parapet. You always were."</w:t>
      </w:r>
    </w:p>
    <w:p>
      <w:pPr>
        <w:spacing w:line="360" w:lineRule="auto" w:after="0"/>
        <w:ind w:firstLine="283"/>
      </w:pPr>
      <w:r>
        <w:t>The sting was the word's. The word was Elias's. The sting was the cup's. The cup was the brother's. The sting was the brother's.</w:t>
      </w:r>
    </w:p>
    <w:p>
      <w:pPr>
        <w:spacing w:line="360" w:lineRule="auto" w:after="0"/>
        <w:ind w:firstLine="283"/>
      </w:pPr>
      <w:r>
        <w:t>Elias had stood. Elias had left the inn. Saint Alexander had left the inn. The White had left the inn. The brother had been at the back of the inn. The brother had held the cup. The cup had been the dented cup. The brother had turned the dented rim away.</w:t>
      </w:r>
    </w:p>
    <w:p>
      <w:pPr>
        <w:spacing w:line="360" w:lineRule="auto" w:after="0"/>
        <w:ind w:firstLine="283"/>
      </w:pPr>
      <w:r>
        <w:t>The brother had not left the inn. The brother had sat at the back. The brother had held the cup. The brother had turned the dented rim. The brother had drunk. The White had been on the road. The brother had been at the back of the inn.</w:t>
      </w:r>
    </w:p>
    <w:p>
      <w:pPr>
        <w:spacing w:line="360" w:lineRule="auto" w:after="0"/>
        <w:ind w:firstLine="283"/>
      </w:pPr>
      <w:r>
        <w:t>The sting had been the word's. The word had been Elias's. The sting had been the cup's. The cup had been the brother's. The sting had been the brother's. The brother had been the sting's.</w:t>
      </w:r>
    </w:p>
    <w:p>
      <w:pPr>
        <w:spacing w:line="360" w:lineRule="auto" w:after="0"/>
        <w:ind w:firstLine="283"/>
      </w:pPr>
      <w:r>
        <w:t>The sting had sat in the brother's sternum the way the splice sat in Rook's pack — carried, not used. The sting had sat in the brother's sternum the way the wanting sat in Skerry's sternum — private, not brought to the chest. The sting had sat in the brother's sternum the way the saying sat in Rook's sternum — the Cult's, carried, not used.</w:t>
      </w:r>
    </w:p>
    <w:p>
      <w:pPr>
        <w:spacing w:line="360" w:lineRule="auto" w:after="0"/>
        <w:ind w:firstLine="283"/>
      </w:pPr>
      <w:r>
        <w:t>The sting had sat in the brother's sternum. The sting had been the word's. The word had been Elias's. The sting had been the cup's. The cup had been the brother's. The sting had been the brother's. The brother had been the sting's.</w:t>
      </w:r>
    </w:p>
    <w:p>
      <w:pPr>
        <w:spacing w:line="360" w:lineRule="auto" w:after="0"/>
        <w:ind w:firstLine="283"/>
      </w:pPr>
      <w:r>
        <w:t>The brother had not said anything. The brother had turned the dented rim. The brother had drunk. The brother had not left the inn. The brother had sat at the back. The brother had held the cup. The cup had been the dented cup.</w:t>
      </w:r>
    </w:p>
    <w:p>
      <w:pPr>
        <w:spacing w:line="360" w:lineRule="auto" w:after="0"/>
        <w:ind w:firstLine="283"/>
      </w:pPr>
      <w:r>
        <w:t>The sting had sat in the brother's sternum. The sting had been the sting's. The sting had been the word's. The word had been Elias's. The sting had been the cup's. The cup had been the brother's. The sting had been the brother's. The brother had been the sting's.</w:t>
      </w:r>
    </w:p>
    <w:p>
      <w:pPr>
        <w:spacing w:line="360" w:lineRule="auto" w:after="0"/>
        <w:ind w:firstLine="283"/>
      </w:pPr>
      <w:r>
        <w:t>The White had walked on. The east had been where the brother had been. The east had been where the road had run. The east had been where the carrying had run. The east had been where the work had run. The east had been where the work Elias had refused had run.</w:t>
      </w:r>
    </w:p>
    <w:p>
      <w:pPr>
        <w:spacing w:line="360" w:lineRule="auto" w:after="0"/>
        <w:ind w:firstLine="283"/>
      </w:pPr>
      <w:r>
        <w:t>The brother had been at the back of the inn. The brother had held the cup. The brother had turned the dented rim. The brother had drunk.</w:t>
      </w:r>
    </w:p>
    <w:p>
      <w:pPr>
        <w:spacing w:line="360" w:lineRule="auto" w:after="0"/>
        <w:ind w:firstLine="283"/>
      </w:pPr>
      <w:r>
        <w:t>The sting had been the word's. The word had been Elias's. The sting had been the cup's. The cup had been the brother's. The sting had been the brother's. The brother had been the sting's. The sting had been the sting's.</w:t>
      </w:r>
    </w:p>
    <w:p>
      <w:pPr>
        <w:spacing w:before="360" w:after="240"/>
        <w:ind w:firstLine="0"/>
        <w:jc w:val="center"/>
      </w:pPr>
      <w:r>
        <w:rPr>
          <w:b/>
          <w:i/>
          <w:color w:val="333333"/>
          <w:sz w:val="26"/>
        </w:rPr>
        <w:t>Step — The Apart</w:t>
      </w:r>
    </w:p>
    <w:p>
      <w:pPr>
        <w:spacing w:line="360" w:lineRule="auto" w:after="0"/>
        <w:ind w:firstLine="283"/>
      </w:pPr>
      <w:r>
        <w:t>The apart was at the kitchen and the corridor, and the apart was the silence's, and the silence was the apart's, and the two were the year's, and the year was the two's.</w:t>
      </w:r>
    </w:p>
    <w:p>
      <w:pPr>
        <w:spacing w:line="360" w:lineRule="auto" w:after="0"/>
        <w:ind w:firstLine="283"/>
      </w:pPr>
      <w:r>
        <w:t>Nessa was at the pot. Nima was at the lanes. The two were apart. The two were the apart's. The apart was the silence's. The two were the year's.</w:t>
      </w:r>
    </w:p>
    <w:p>
      <w:pPr>
        <w:spacing w:line="360" w:lineRule="auto" w:after="0"/>
        <w:ind w:firstLine="283"/>
      </w:pPr>
      <w:r>
        <w:t>The kitchen did not send word. The corridor did not send word. The two did not send word. The apart was the not-sending's. The two were the year's.</w:t>
      </w:r>
    </w:p>
    <w:p>
      <w:pPr>
        <w:spacing w:line="360" w:lineRule="auto" w:after="0"/>
        <w:ind w:firstLine="283"/>
      </w:pPr>
      <w:r>
        <w:t>Nessa portioned the thin. The thin was in the pot. The pot was iron. The lip was beaten back by a hammer years ago, on the galley ship, at a smith's hand, and the lip had not been beaten forward. The turn was the metal's own turn. Nessa's thumb knew the turn. The thumb was the kitchen's whole reading of the lip.</w:t>
      </w:r>
    </w:p>
    <w:p>
      <w:pPr>
        <w:spacing w:line="360" w:lineRule="auto" w:after="0"/>
        <w:ind w:firstLine="283"/>
      </w:pPr>
      <w:r>
        <w:t>The dented copper measure stood at the stove's edge. The dent was to the thumb. The measure was the kitchen's oldest kept thing, and the keeping was the keeping. The measure had been at the stove for thirty years. The measure had been at the cistern for thirty years before that.</w:t>
      </w:r>
    </w:p>
    <w:p>
      <w:pPr>
        <w:spacing w:line="360" w:lineRule="auto" w:after="0"/>
        <w:ind w:firstLine="283"/>
      </w:pPr>
      <w:r>
        <w:t>Nessa did not send word. Nessa portioned. Nessa's pot went thin. The pot fed the Landing's two hundred and forty-five. The pot fed the listed and the unlisted at the same ladle. The pot did not choose. The pot portioned. The flour was the cup. The water was the cup. The salt was the level pinch. The thin went out to the bowls. The bowls were the Landing's. The bowls were clay. The bowls were chipped at the rims, the chips ground smooth by some old mender's hand.</w:t>
      </w:r>
    </w:p>
    <w:p>
      <w:pPr>
        <w:spacing w:line="360" w:lineRule="auto" w:after="0"/>
        <w:ind w:firstLine="283"/>
      </w:pPr>
      <w:r>
        <w:t>Nima walked the lane. The lane was the lane between the settling-camp and the seam's holding-lines' gap, the one unguarded dark-way the margin's freight could still walk. Nima walked the lane's whole length every night. The pack-strap was on the shoulder. The strap had been mended three times this year. The strap would need mending again next month. The mending went on.</w:t>
      </w:r>
    </w:p>
    <w:p>
      <w:pPr>
        <w:spacing w:line="360" w:lineRule="auto" w:after="0"/>
        <w:ind w:firstLine="283"/>
      </w:pPr>
      <w:r>
        <w:t>Nima did not send word. Nima walked the lane. The lane carried eight families a week. Eight families out of the margin's thousands. Eight families through the dark to the settling-camp's pot. The dark was the corridor's. The dark did not choose. The dark carried.</w:t>
      </w:r>
    </w:p>
    <w:p>
      <w:pPr>
        <w:spacing w:line="360" w:lineRule="auto" w:after="0"/>
        <w:ind w:firstLine="283"/>
      </w:pPr>
      <w:r>
        <w:t>The apart was at the kitchen and the corridor. The apart was the silence's. The two were the year's. The apart was ten years. Ten years was the count. The count went in the two sternums. The count did not go in the two chests.</w:t>
      </w:r>
    </w:p>
    <w:p>
      <w:pPr>
        <w:spacing w:line="360" w:lineRule="auto" w:after="0"/>
        <w:ind w:firstLine="283"/>
      </w:pPr>
      <w:r>
        <w:t>The cardamom pod was on the kitchen's shelf, and the cardamom pod was on the lane-house's shelf, and the two pods were the same color, and the two colors were kept apart. The cup was on the kitchen's corner, and the cup was on the lane-house's corner, and the two cups were the same color, and the two colors were kept apart.</w:t>
      </w:r>
    </w:p>
    <w:p>
      <w:pPr>
        <w:spacing w:line="360" w:lineRule="auto" w:after="0"/>
        <w:ind w:firstLine="283"/>
      </w:pPr>
      <w:r>
        <w:t>The slate hung on its nail by the kitchen's stove. The slate hung on its nail by the lane-house fire. The two slates were blank. The two chalk stubs were wrapped in cloth. The two slates were apart.</w:t>
      </w:r>
    </w:p>
    <w:p>
      <w:pPr>
        <w:spacing w:line="360" w:lineRule="auto" w:after="0"/>
        <w:ind w:firstLine="283"/>
      </w:pPr>
      <w:r>
        <w:t>The apart was the silence's. The two were the year's. The apart was ten years. Ten years was the count. The count went in the two sternums. The count did not go in the two chests.</w:t>
      </w:r>
    </w:p>
    <w:p>
      <w:pPr>
        <w:spacing w:line="360" w:lineRule="auto" w:after="0"/>
        <w:ind w:firstLine="283"/>
      </w:pPr>
      <w:r>
        <w:t>Nessa's pot went thin. Nima's lane went narrow. The two went on. The two did not meet. The two were the apart's. The two went on being apart. The apart went on being the apart.</w:t>
      </w:r>
    </w:p>
    <w:p>
      <w:pPr>
        <w:spacing w:line="360" w:lineRule="auto" w:after="0"/>
        <w:ind w:firstLine="283"/>
      </w:pPr>
      <w:r>
        <w:t>The kitchen and the corridor did not meet. The pot and the lanes did not meet. The two were the same carrying, and the carrying was carried apart. The apart was the cost. The two were the cost's.</w:t>
      </w:r>
    </w:p>
    <w:p>
      <w:pPr>
        <w:spacing w:line="360" w:lineRule="auto" w:after="0"/>
        <w:ind w:firstLine="283"/>
      </w:pPr>
      <w:r>
        <w:t>The spring went. The summer went. The autumn went. The winter went. The spring came again. The seasons did not cross the apart. The seasons did not send word.</w:t>
      </w:r>
    </w:p>
    <w:p>
      <w:pPr>
        <w:spacing w:line="360" w:lineRule="auto" w:after="0"/>
        <w:ind w:firstLine="283"/>
      </w:pPr>
      <w:r>
        <w:t>The apart was the silence's. The two were the year's. The apart was ten years. Ten years was the count. The count went in the two sternums. The count did not go in the two chests.</w:t>
      </w:r>
    </w:p>
    <w:p>
      <w:pPr>
        <w:spacing w:line="360" w:lineRule="auto" w:after="0"/>
        <w:ind w:firstLine="283"/>
      </w:pPr>
      <w:r>
        <w:t>Act IV — Completes Alexander</w:t>
      </w:r>
    </w:p>
    <w:p>
      <w:pPr>
        <w:spacing w:line="360" w:lineRule="auto" w:after="0"/>
        <w:ind w:firstLine="283"/>
      </w:pPr>
      <w:r>
        <w:t>The crusade reached the ridge. East of the ridge was the Core's country. The Core was the origin-point. The Architect's house was at the far end of the road.</w:t>
      </w:r>
    </w:p>
    <w:p>
      <w:pPr>
        <w:spacing w:line="360" w:lineRule="auto" w:after="0"/>
        <w:ind w:firstLine="283"/>
      </w:pPr>
      <w:r>
        <w:t>Elias had not been east of the ridge. Elias had been at the desk. The desk was west of the ridge. The desk was the third from the door. The Core had sent for Elias. The Core had sent for Saint Alexander. The Core had sent for the White.</w:t>
      </w:r>
    </w:p>
    <w:p>
      <w:pPr>
        <w:spacing w:line="360" w:lineRule="auto" w:after="0"/>
        <w:ind w:firstLine="283"/>
      </w:pPr>
      <w:r>
        <w:t>The Architect was old. The Architect was the man at the house east of the ridge. The Architect had stained hands — old stains, keeper's stains, the kind that do not wash out. The Architect had asked Elias the question, in the back room at Cael, the year Elias had walked in. The question had been: what are you owed?</w:t>
      </w:r>
    </w:p>
    <w:p>
      <w:pPr>
        <w:spacing w:line="360" w:lineRule="auto" w:after="0"/>
        <w:ind w:firstLine="283"/>
      </w:pPr>
      <w:r>
        <w:t>The Architect was dying. The Core needed a new Architect. The Core had sent for Elias to make the new Architect. The new Architect was Saint Alexander.</w:t>
      </w:r>
    </w:p>
    <w:p>
      <w:pPr>
        <w:spacing w:line="360" w:lineRule="auto" w:after="0"/>
        <w:ind w:firstLine="283"/>
      </w:pPr>
      <w:r>
        <w:t>Elias walked to the window of the back room. The window was at the east wall. The window looked east. East of the ridge was the Core's country. The country was the beautiful room, scaled to a coast. The country was the finished world. The country was the place where nothing could be lost.</w:t>
      </w:r>
    </w:p>
    <w:p>
      <w:pPr>
        <w:spacing w:line="360" w:lineRule="auto" w:after="0"/>
        <w:ind w:firstLine="283"/>
      </w:pPr>
      <w:r>
        <w:t>The Architect's house was at the far end of the road. The house was east of the ridge. The house was where the form was first written. The house was where the entry-form was first written.</w:t>
      </w:r>
    </w:p>
    <w:p>
      <w:pPr>
        <w:spacing w:line="360" w:lineRule="auto" w:after="0"/>
        <w:ind w:firstLine="283"/>
      </w:pPr>
      <w:r>
        <w:t>Elias stood at the window. Elias looked east. The Architect's house was there — small in the distance, a shape at the far end of the road. The Architect was in the house. The Architect was dying.</w:t>
      </w:r>
    </w:p>
    <w:p>
      <w:pPr>
        <w:spacing w:line="360" w:lineRule="auto" w:after="0"/>
        <w:ind w:firstLine="283"/>
      </w:pPr>
      <w:r>
        <w:t>Elias turned from the window. The room was the back room — the room where the Architect had asked the question, the year Elias had walked in. The desk was in the room. The chair was at the desk. The chair had a short leg. The leg was the back right. The fold of paper under the leg was a page from an old ledger. The chair did not rock.</w:t>
      </w:r>
    </w:p>
    <w:p>
      <w:pPr>
        <w:spacing w:line="360" w:lineRule="auto" w:after="0"/>
        <w:ind w:firstLine="283"/>
      </w:pPr>
      <w:r>
        <w:t>Elias sat at the desk. The form was on the desk. The pen was in his left hand. The ink was on his finger. The page was the Architect-form — Alexander's name at the head, the authorization down the right edge, the reason down the left edge, the count down the middle.</w:t>
      </w:r>
    </w:p>
    <w:p>
      <w:pPr>
        <w:spacing w:line="360" w:lineRule="auto" w:after="0"/>
        <w:ind w:firstLine="283"/>
      </w:pPr>
      <w:r>
        <w:t>Saint Alexander came into the room. Saint Alexander wore the white of the Saints. Saint Alexander's hands were stained.</w:t>
      </w:r>
    </w:p>
    <w:p>
      <w:pPr>
        <w:spacing w:line="360" w:lineRule="auto" w:after="0"/>
        <w:ind w:firstLine="283"/>
      </w:pPr>
      <w:r>
        <w:t>Saint Alexander looked at the desk. Saint Alexander saw the form on the desk. Saint Alexander saw his name at the head of the form. Saint Alexander's face opened. The face was the face of the boy, the day the boy had stood at Elias's elbow at the desk — the face of the earnest, the face of the pleased. The Saint had been named. The Saint had been elevated.</w:t>
      </w:r>
    </w:p>
    <w:p>
      <w:pPr>
        <w:spacing w:line="360" w:lineRule="auto" w:after="0"/>
        <w:ind w:firstLine="283"/>
      </w:pPr>
      <w:r>
        <w:t>"Sit," Elias said. "The chair."</w:t>
      </w:r>
    </w:p>
    <w:p>
      <w:pPr>
        <w:spacing w:line="360" w:lineRule="auto" w:after="0"/>
        <w:ind w:firstLine="283"/>
      </w:pPr>
      <w:r>
        <w:t>Saint Alexander sat in the chair with the short leg. Saint Alexander sat. Saint Alexander did not get up.</w:t>
      </w:r>
    </w:p>
    <w:p>
      <w:pPr>
        <w:spacing w:line="360" w:lineRule="auto" w:after="0"/>
        <w:ind w:firstLine="283"/>
      </w:pPr>
      <w:r>
        <w:t>Elias looked at the Saint. The Saint looked at the desk. The Saint did not look up.</w:t>
      </w:r>
    </w:p>
    <w:p>
      <w:pPr>
        <w:spacing w:line="360" w:lineRule="auto" w:after="0"/>
        <w:ind w:firstLine="283"/>
      </w:pPr>
      <w:r>
        <w:t>Elias asked the question. The question was the question the stained-hands man had asked. The question was the question the Architect had asked. The question was the cage's question.</w:t>
      </w:r>
    </w:p>
    <w:p>
      <w:pPr>
        <w:spacing w:line="360" w:lineRule="auto" w:after="0"/>
        <w:ind w:firstLine="283"/>
      </w:pPr>
      <w:r>
        <w:t>"What are you owed?" Elias said.</w:t>
      </w:r>
    </w:p>
    <w:p>
      <w:pPr>
        <w:spacing w:line="360" w:lineRule="auto" w:after="0"/>
        <w:ind w:firstLine="283"/>
      </w:pPr>
      <w:r>
        <w:t>The Saint looked at Elias. The Saint's eyes were the grey of the road in rain. The Saint's eyes had been the boy's eyes, the day the boy had stood at Elias's elbow at the desk.</w:t>
      </w:r>
    </w:p>
    <w:p>
      <w:pPr>
        <w:spacing w:line="360" w:lineRule="auto" w:after="0"/>
        <w:ind w:firstLine="283"/>
      </w:pPr>
      <w:r>
        <w:t>"Nothing," the Saint said. "I wanted to be the one who pays."</w:t>
      </w:r>
    </w:p>
    <w:p>
      <w:pPr>
        <w:spacing w:line="360" w:lineRule="auto" w:after="0"/>
        <w:ind w:firstLine="283"/>
      </w:pPr>
      <w:r>
        <w:t>Elias wrote it down. Elias wrote it on the page. The page was the Architect-form. The page had the Saint's name at the head.</w:t>
      </w:r>
    </w:p>
    <w:p>
      <w:pPr>
        <w:spacing w:line="360" w:lineRule="auto" w:after="0"/>
        <w:ind w:firstLine="283"/>
      </w:pPr>
      <w:r>
        <w:t>Elias set the Architect-form on the stack. Elias drew the next form from the drawer. The form was a household form. The form was the old format. Three columns at the head. A column down the right edge for the authorization.</w:t>
      </w:r>
    </w:p>
    <w:p>
      <w:pPr>
        <w:spacing w:line="360" w:lineRule="auto" w:after="0"/>
        <w:ind w:firstLine="283"/>
      </w:pPr>
      <w:r>
        <w:t>Elias set the form on the desk in front of the Saint. The Saint looked at the form. The Saint's hand went to the pen. The Saint's hand was the right hand.</w:t>
      </w:r>
    </w:p>
    <w:p>
      <w:pPr>
        <w:spacing w:line="360" w:lineRule="auto" w:after="0"/>
        <w:ind w:firstLine="283"/>
      </w:pPr>
      <w:r>
        <w:t>"Sign," Elias said. "The column at the right. The authorization."</w:t>
      </w:r>
    </w:p>
    <w:p>
      <w:pPr>
        <w:spacing w:line="360" w:lineRule="auto" w:after="0"/>
        <w:ind w:firstLine="283"/>
      </w:pPr>
      <w:r>
        <w:t>The Saint set the nib to the page. The Saint wrote the date. The Saint wrote the household. The Saint did not read the household. The household was a column. The Saint signed the authorization.</w:t>
      </w:r>
    </w:p>
    <w:p>
      <w:pPr>
        <w:spacing w:line="360" w:lineRule="auto" w:after="0"/>
        <w:ind w:firstLine="283"/>
      </w:pPr>
      <w:r>
        <w:t>The household was the Saint's household. The Saint's household was at the head of the form. The Saint had not read the name at the head. The Saint had read the format, not the name. The format was the work. The name was a column.</w:t>
      </w:r>
    </w:p>
    <w:p>
      <w:pPr>
        <w:spacing w:line="360" w:lineRule="auto" w:after="0"/>
        <w:ind w:firstLine="283"/>
      </w:pPr>
      <w:r>
        <w:t>Elias took the form from the Saint. Elias set the form on the stack. The form had the Saint's mother's name at the head. The Saint had signed the authorization. The form had gone to the door. The door had gone to the road. The road had gone to the Saint's household.</w:t>
      </w:r>
    </w:p>
    <w:p>
      <w:pPr>
        <w:spacing w:line="360" w:lineRule="auto" w:after="0"/>
        <w:ind w:firstLine="283"/>
      </w:pPr>
      <w:r>
        <w:t>The Saint's household was on the coast. The Saint's household was a kitchen with a flour board and a copper pot. The copper pot had a dent. The dent was the year the pot had fallen.</w:t>
      </w:r>
    </w:p>
    <w:p>
      <w:pPr>
        <w:spacing w:line="360" w:lineRule="auto" w:after="0"/>
        <w:ind w:firstLine="283"/>
      </w:pPr>
      <w:r>
        <w:t>The Saint set the pen down. The Saint looked at the form on the stack. The Saint's eyes went to the head of the form. The Saint's eyes went to the name at the head. The Saint's face changed.</w:t>
      </w:r>
    </w:p>
    <w:p>
      <w:pPr>
        <w:spacing w:line="360" w:lineRule="auto" w:after="0"/>
        <w:ind w:firstLine="283"/>
      </w:pPr>
      <w:r>
        <w:t>The Saint looked up. The Saint looked at Elias. Elias did not look up. Elias had the next form on the desk. Elias set the nib to the page. Elias wrote the name. Elias wrote the date.</w:t>
      </w:r>
    </w:p>
    <w:p>
      <w:pPr>
        <w:spacing w:line="360" w:lineRule="auto" w:after="0"/>
        <w:ind w:firstLine="283"/>
      </w:pPr>
      <w:r>
        <w:t>The Saint looked at his own hand. The hand was the right hand. The hand held the pen. The pen was the clerk's nib.</w:t>
      </w:r>
    </w:p>
    <w:p>
      <w:pPr>
        <w:spacing w:line="360" w:lineRule="auto" w:after="0"/>
        <w:ind w:firstLine="283"/>
      </w:pPr>
      <w:r>
        <w:t>"Sir," the Saint said. The voice was the voice of the boy, the day the boy had stood at Elias's elbow at the desk. "Sir, the household. The household at the head. Sir, the household is — "</w:t>
      </w:r>
    </w:p>
    <w:p>
      <w:pPr>
        <w:spacing w:line="360" w:lineRule="auto" w:after="0"/>
        <w:ind w:firstLine="283"/>
      </w:pPr>
      <w:r>
        <w:t>"Sign," Elias said. The voice was the voice of the desk. The voice was the voice the stained-hands man had used in the back room. "The next form. The column at the right. The authorization."</w:t>
      </w:r>
    </w:p>
    <w:p>
      <w:pPr>
        <w:spacing w:line="360" w:lineRule="auto" w:after="0"/>
        <w:ind w:firstLine="283"/>
      </w:pPr>
      <w:r>
        <w:t>The Saint picked the pen up. The Saint set the nib to the next page. The Saint wrote the date. The Saint wrote the household. The Saint did not read the household. The Saint signed the authorization.</w:t>
      </w:r>
    </w:p>
    <w:p>
      <w:pPr>
        <w:spacing w:line="360" w:lineRule="auto" w:after="0"/>
        <w:ind w:firstLine="283"/>
      </w:pPr>
      <w:r>
        <w:t>The Saint sat in the chair. The chair rocked. The Saint's hand was on the pen. The Saint's finger had a stain now.</w:t>
      </w:r>
    </w:p>
    <w:p>
      <w:pPr>
        <w:spacing w:line="360" w:lineRule="auto" w:after="0"/>
        <w:ind w:firstLine="283"/>
      </w:pPr>
      <w:r>
        <w:t>Elias sat at the desk. The pen was in his left hand. The ink was on his finger. The Architect-form was on the stack. The household form was on the stack. The two forms were on the same stack.</w:t>
      </w:r>
    </w:p>
    <w:p>
      <w:pPr>
        <w:spacing w:line="360" w:lineRule="auto" w:after="0"/>
        <w:ind w:firstLine="283"/>
      </w:pPr>
      <w:r>
        <w:t>Down the room, the door was open. The door was at the west end. The room was lit by two lamps. The lamps had been lit at the third hour. They would be put out at the ninth.</w:t>
      </w:r>
    </w:p>
    <w:p>
      <w:pPr>
        <w:spacing w:line="360" w:lineRule="auto" w:after="0"/>
        <w:ind w:firstLine="283"/>
      </w:pPr>
      <w:r>
        <w:t>Elias set the nib to the page. He wrote the name. He wrote the date. He wrote the household. He signed the authorization.</w:t>
      </w:r>
    </w:p>
    <w:p>
      <w:pPr>
        <w:spacing w:line="360" w:lineRule="auto" w:after="0"/>
        <w:ind w:firstLine="283"/>
      </w:pPr>
      <w:r>
        <w:t>The Saint sat in the chair with the short leg. The chair rocked. The Saint's hand was on the pen. The Saint's finger had a stain.</w:t>
      </w:r>
    </w:p>
    <w:p>
      <w:pPr>
        <w:spacing w:line="360" w:lineRule="auto" w:after="0"/>
        <w:ind w:firstLine="283"/>
      </w:pPr>
      <w:r>
        <w:t>Elias stood from the desk. Elias walked to the window of the back room. The window was at the east wall. The window looked east. The Architect's house was at the far end of the road. The house was small in the distance. The house had been small in the distance that morning. The house was small in the distance still.</w:t>
      </w:r>
    </w:p>
    <w:p>
      <w:pPr>
        <w:spacing w:line="360" w:lineRule="auto" w:after="0"/>
        <w:ind w:firstLine="283"/>
      </w:pPr>
      <w:r>
        <w:t>The room was behind Elias. The Saint was in the chair. The chair was at the desk. The desk was at the back of the room. The room was the back room — the room where the Architect had asked the question, the year Elias had walked in. The room where the form was first written. The room where the entry-form was first written.</w:t>
      </w:r>
    </w:p>
    <w:p>
      <w:pPr>
        <w:spacing w:line="360" w:lineRule="auto" w:after="0"/>
        <w:ind w:firstLine="283"/>
      </w:pPr>
      <w:r>
        <w:t>Elias turned from the window. Elias sat at the desk.</w:t>
      </w:r>
    </w:p>
    <w:p>
      <w:pPr>
        <w:spacing w:line="360" w:lineRule="auto" w:after="0"/>
        <w:ind w:firstLine="283"/>
      </w:pPr>
      <w:r>
        <w:t>The room was the back room. The chair was the chair with the short leg. The pen was in the left hand. The ink was on the finger.</w:t>
      </w:r>
    </w:p>
    <w:p>
      <w:pPr>
        <w:spacing w:line="360" w:lineRule="auto" w:after="0"/>
        <w:ind w:firstLine="283"/>
      </w:pPr>
      <w:r>
        <w:t>The Twin Break</w:t>
      </w:r>
    </w:p>
    <w:p>
      <w:pPr>
        <w:spacing w:line="360" w:lineRule="auto" w:after="0"/>
        <w:ind w:firstLine="283"/>
      </w:pPr>
      <w:r>
        <w:t>Part One — The Estrangement</w:t>
      </w:r>
    </w:p>
    <w:p>
      <w:pPr>
        <w:spacing w:line="360" w:lineRule="auto" w:after="0"/>
        <w:ind w:firstLine="283"/>
      </w:pPr>
      <w:r>
        <w:t>Nessa was at the pot. The pot was iron. The lip was beaten back by a hammer years ago, on the galley ship, at a smith’s hand, and the lip had not been beaten forward. The turn was the metal’s own turn. Nessa’s thumb knew the turn. The thumb was the kitchen’s whole reading of the lip.</w:t>
      </w:r>
    </w:p>
    <w:p>
      <w:pPr>
        <w:spacing w:line="360" w:lineRule="auto" w:after="0"/>
        <w:ind w:firstLine="283"/>
      </w:pPr>
      <w:r>
        <w:t>The dented copper measure stood at the stove’s edge. The dent was to the thumb. The measure was the kitchen’s oldest kept thing, and the keeping was the keeping. The measure had been at the stove for thirty years. The measure had been at the cistern for thirty years before that. The measure was the level’s own tool, and the level was the pot’s.</w:t>
      </w:r>
    </w:p>
    <w:p>
      <w:pPr>
        <w:spacing w:line="360" w:lineRule="auto" w:after="0"/>
        <w:ind w:firstLine="283"/>
      </w:pPr>
      <w:r>
        <w:t>The thin was in the pot. The flour was the cup. The water was the cup. The salt was the level pinch. The thin was made of these, and the thin was the morning’s whole freight. The steam went east in the lane’s first wind.</w:t>
      </w:r>
    </w:p>
    <w:p>
      <w:pPr>
        <w:spacing w:line="360" w:lineRule="auto" w:after="0"/>
        <w:ind w:firstLine="283"/>
      </w:pPr>
      <w:r>
        <w:t>Nessa spoke to the steam.</w:t>
      </w:r>
    </w:p>
    <w:p>
      <w:pPr>
        <w:spacing w:line="360" w:lineRule="auto" w:after="0"/>
        <w:ind w:firstLine="283"/>
      </w:pPr>
      <w:r>
        <w:t>“The pot is the pot,” Nessa said. “The portion is the portion. The level is the level’s.”</w:t>
      </w:r>
    </w:p>
    <w:p>
      <w:pPr>
        <w:spacing w:line="360" w:lineRule="auto" w:after="0"/>
        <w:ind w:firstLine="283"/>
      </w:pPr>
      <w:r>
        <w:t>She said it the way she said it every morning. The same sentence. The same steam. The same dented measure. A young rotation-hand at the cask’s head, new that week, looked up the second time Nessa said it. The third time, the rotation-hand did not grin. The rotation-hand had learned the morning. Nessa did not see the not-grin. Nessa was talking to the steam.</w:t>
      </w:r>
    </w:p>
    <w:p>
      <w:pPr>
        <w:spacing w:line="360" w:lineRule="auto" w:after="0"/>
        <w:ind w:firstLine="283"/>
      </w:pPr>
      <w:r>
        <w:t>The cardamom pod was on the shelf above the stove. The pod had been split. The seeds had been used. The pod had been kept because the keeper kept things. The pod was the color of the cup that stood at the stove’s corner — the cup that had been ordinary through the sea and the wound and the coast’s whole rearranging — and the cup was the color of the pod, and the two colors were the same color, kept in two hands.</w:t>
      </w:r>
    </w:p>
    <w:p>
      <w:pPr>
        <w:spacing w:line="360" w:lineRule="auto" w:after="0"/>
        <w:ind w:firstLine="283"/>
      </w:pPr>
      <w:r>
        <w:t>The slate hung on its nail by the stove. The slate was blank. The keeper had kept the slate for words she did not say. The chalk stub was wrapped in cloth, in the drawer beneath the slate. The stub was the cardamom color. The stub had not been used in a long time.</w:t>
      </w:r>
    </w:p>
    <w:p>
      <w:pPr>
        <w:spacing w:line="360" w:lineRule="auto" w:after="0"/>
        <w:ind w:firstLine="283"/>
      </w:pPr>
      <w:r>
        <w:t>The runner came at the noon. The runner was the corridor’s. The runner’s feet had the lane-dust on them, the river-bush track’s own grey, and the dust was the corridor’s whole grammar in the noon’s plain light. The runner stood at the kitchen’s door. The runner did not sit.</w:t>
      </w:r>
    </w:p>
    <w:p>
      <w:pPr>
        <w:spacing w:line="360" w:lineRule="auto" w:after="0"/>
        <w:ind w:firstLine="283"/>
      </w:pPr>
      <w:r>
        <w:t>The runner said: Nima is in the gap.</w:t>
      </w:r>
    </w:p>
    <w:p>
      <w:pPr>
        <w:spacing w:line="360" w:lineRule="auto" w:after="0"/>
        <w:ind w:firstLine="283"/>
      </w:pPr>
      <w:r>
        <w:t>The runner said it the way the corridor said things, level, in the count: Nima is in the gap. The guide is at the lane-house. The lane is held. The lane carries eight families a week. One lane, held, is one lane. One lane open is eight families. This year holds one lane. I hold it.</w:t>
      </w:r>
    </w:p>
    <w:p>
      <w:pPr>
        <w:spacing w:line="360" w:lineRule="auto" w:after="0"/>
        <w:ind w:firstLine="283"/>
      </w:pPr>
      <w:r>
        <w:t>Nessa listened. The dented copper measure was in her hand. The thin was in the pot. The steam went east in the lane’s first wind.</w:t>
      </w:r>
    </w:p>
    <w:p>
      <w:pPr>
        <w:spacing w:line="360" w:lineRule="auto" w:after="0"/>
        <w:ind w:firstLine="283"/>
      </w:pPr>
      <w:r>
        <w:t>Nessa did not send word.</w:t>
      </w:r>
    </w:p>
    <w:p>
      <w:pPr>
        <w:spacing w:line="360" w:lineRule="auto" w:after="0"/>
        <w:ind w:firstLine="283"/>
      </w:pPr>
      <w:r>
        <w:t>The measure went into the pot. The thin came up. The level portioned to the thumb. The level fed the listed and the unlisted at the same ladle. The thin went out to the bowls. The bowls were the Landing’s. The bowls were clay. The bowls were chipped at the rims, the chips ground smooth by some old mending hand.</w:t>
      </w:r>
    </w:p>
    <w:p>
      <w:pPr>
        <w:spacing w:line="360" w:lineRule="auto" w:after="0"/>
        <w:ind w:firstLine="283"/>
      </w:pPr>
      <w:r>
        <w:t>The runner did not sit. The runner stood at the door. The standing was the corridor’s courtesy. The corridor did not sit at the kitchen’s fire. The corridor stood at the kitchen’s door, and drank, and ate, and went back. The standing was the corridor’s oldest craft. The door was the people’s. The corridor did not enter.</w:t>
      </w:r>
    </w:p>
    <w:p>
      <w:pPr>
        <w:spacing w:line="360" w:lineRule="auto" w:after="0"/>
        <w:ind w:firstLine="283"/>
      </w:pPr>
      <w:r>
        <w:t>The runner drank the water. The runner ate the heel of bread. The runner ate the thin from the bowl the keeper portioned. The runner went back the way the runner had come. The lane-dust went with the runner. The noon went on.</w:t>
      </w:r>
    </w:p>
    <w:p>
      <w:pPr>
        <w:spacing w:line="360" w:lineRule="auto" w:after="0"/>
        <w:ind w:firstLine="283"/>
      </w:pPr>
      <w:r>
        <w:t>Nessa did not send word. The pot did not vote. The pot portioned.</w:t>
      </w:r>
    </w:p>
    <w:p>
      <w:pPr>
        <w:spacing w:line="360" w:lineRule="auto" w:after="0"/>
        <w:ind w:firstLine="283"/>
      </w:pPr>
      <w:r>
        <w:t>The keeper ate at the noon’s end, after the served — the last ladle, the pot’s own scrape, the portion that was not a portion but a courtesy. The courtesy was thin today. The keeper’s hand slipped on the measure in the second round, the soup going wide across the board. The keeper set the measure upright. The serving went on.</w:t>
      </w:r>
    </w:p>
    <w:p>
      <w:pPr>
        <w:spacing w:line="360" w:lineRule="auto" w:after="0"/>
        <w:ind w:firstLine="283"/>
      </w:pPr>
      <w:r>
        <w:t>The silence was Nessa’s. The silence sat at the stove with the keeper. The silence sat in the dented copper measure’s dent. The silence sat in the cardamom pod on the shelf. The silence sat in the blank slate by the stove. The kitchen did not send word. The kitchen portioned. The kitchen went on.</w:t>
      </w:r>
    </w:p>
    <w:p>
      <w:pPr>
        <w:spacing w:line="360" w:lineRule="auto" w:after="0"/>
        <w:ind w:firstLine="283"/>
      </w:pPr>
      <w:r>
        <w:t>—    —    —</w:t>
      </w:r>
    </w:p>
    <w:p>
      <w:pPr>
        <w:spacing w:line="360" w:lineRule="auto" w:after="0"/>
        <w:ind w:firstLine="283"/>
      </w:pPr>
      <w:r>
        <w:t>Across the gap, Nima was at the lanes.</w:t>
      </w:r>
    </w:p>
    <w:p>
      <w:pPr>
        <w:spacing w:line="360" w:lineRule="auto" w:after="0"/>
        <w:ind w:firstLine="283"/>
      </w:pPr>
      <w:r>
        <w:t>The lane was the lane between the settling-camp and the seam’s holding-lines’ gap, the one unguarded dark-way the margin’s freight could still walk. Nima walked the lane’s whole length every night. The pack-strap was on the shoulder. The strap had been mended three times this year. The strap would need mending again. The strap was the corridor’s oldest kept thing.</w:t>
      </w:r>
    </w:p>
    <w:p>
      <w:pPr>
        <w:spacing w:line="360" w:lineRule="auto" w:after="0"/>
        <w:ind w:firstLine="283"/>
      </w:pPr>
      <w:r>
        <w:t>The lane carried eight families a week. Eight families out of the margin’s thousands. Eight families through the dark to the settling-camp’s pot. The dark was the corridor’s. The dark did not choose. The dark carried.</w:t>
      </w:r>
    </w:p>
    <w:p>
      <w:pPr>
        <w:spacing w:line="360" w:lineRule="auto" w:after="0"/>
        <w:ind w:firstLine="283"/>
      </w:pPr>
      <w:r>
        <w:t>“One lane, held, is one lane,” Nima said, to the dark, to the lane. “One lane open is eight families. This year holds one lane. I hold it.”</w:t>
      </w:r>
    </w:p>
    <w:p>
      <w:pPr>
        <w:spacing w:line="360" w:lineRule="auto" w:after="0"/>
        <w:ind w:firstLine="283"/>
      </w:pPr>
      <w:r>
        <w:t>She said it the way she said it every night. The same count. The same dark. The same strap.</w:t>
      </w:r>
    </w:p>
    <w:p>
      <w:pPr>
        <w:spacing w:line="360" w:lineRule="auto" w:after="0"/>
        <w:ind w:firstLine="283"/>
      </w:pPr>
      <w:r>
        <w:t>The runner came at the dawn. The runner was the fleet’s. The runner’s feet had the coast-road’s dust on them, the Landing’s own grey, and the dust was the kitchen’s whole grammar in the dawn’s plain light. The runner stood at the lane-house’s door. The runner did not sit.</w:t>
      </w:r>
    </w:p>
    <w:p>
      <w:pPr>
        <w:spacing w:line="360" w:lineRule="auto" w:after="0"/>
        <w:ind w:firstLine="283"/>
      </w:pPr>
      <w:r>
        <w:t>The runner said: Nessa is at the Landing.</w:t>
      </w:r>
    </w:p>
    <w:p>
      <w:pPr>
        <w:spacing w:line="360" w:lineRule="auto" w:after="0"/>
        <w:ind w:firstLine="283"/>
      </w:pPr>
      <w:r>
        <w:t>The runner said it the way the fleet said things, level, in the keeper’s own count: Nessa is at the Landing. The keeper is at the stove. The pot is the pot. The portion is the portion. The level is the level’s.</w:t>
      </w:r>
    </w:p>
    <w:p>
      <w:pPr>
        <w:spacing w:line="360" w:lineRule="auto" w:after="0"/>
        <w:ind w:firstLine="283"/>
      </w:pPr>
      <w:r>
        <w:t>Nima listened. The pack-strap was on her shoulder.</w:t>
      </w:r>
    </w:p>
    <w:p>
      <w:pPr>
        <w:spacing w:line="360" w:lineRule="auto" w:after="0"/>
        <w:ind w:firstLine="283"/>
      </w:pPr>
      <w:r>
        <w:t>Nima did not send word.</w:t>
      </w:r>
    </w:p>
    <w:p>
      <w:pPr>
        <w:spacing w:line="360" w:lineRule="auto" w:after="0"/>
        <w:ind w:firstLine="283"/>
      </w:pPr>
      <w:r>
        <w:t>The strap was re-stitched at the next lane-house fire. The needle was the corridor’s. The sail-thread was the corridor’s. The strap was mended. The strap would need mending again next month. The mending went on.</w:t>
      </w:r>
    </w:p>
    <w:p>
      <w:pPr>
        <w:spacing w:line="360" w:lineRule="auto" w:after="0"/>
        <w:ind w:firstLine="283"/>
      </w:pPr>
      <w:r>
        <w:t>Nima did not send word. The lane carried. The count went in the sternum, not the chest.</w:t>
      </w:r>
    </w:p>
    <w:p>
      <w:pPr>
        <w:spacing w:line="360" w:lineRule="auto" w:after="0"/>
        <w:ind w:firstLine="283"/>
      </w:pPr>
      <w:r>
        <w:t>The silence was Nima’s.</w:t>
      </w:r>
    </w:p>
    <w:p>
      <w:pPr>
        <w:spacing w:line="360" w:lineRule="auto" w:after="0"/>
        <w:ind w:firstLine="283"/>
      </w:pPr>
      <w:r>
        <w:t>—    —    —</w:t>
      </w:r>
    </w:p>
    <w:p>
      <w:pPr>
        <w:spacing w:line="360" w:lineRule="auto" w:after="0"/>
        <w:ind w:firstLine="283"/>
      </w:pPr>
      <w:r>
        <w:t>The two silences were the break.</w:t>
      </w:r>
    </w:p>
    <w:p>
      <w:pPr>
        <w:spacing w:line="360" w:lineRule="auto" w:after="0"/>
        <w:ind w:firstLine="283"/>
      </w:pPr>
      <w:r>
        <w:t>The kitchen and the corridor did not meet. The pot and the lanes did not meet. The two were the same carrying, and the carrying was carried apart. The apart was the cost.</w:t>
      </w:r>
    </w:p>
    <w:p>
      <w:pPr>
        <w:spacing w:line="360" w:lineRule="auto" w:after="0"/>
        <w:ind w:firstLine="283"/>
      </w:pPr>
      <w:r>
        <w:t>The spring went. The summer went. The autumn went. The winter went. The spring came again. The seasons did not cross the apart. The seasons did not send word.</w:t>
      </w:r>
    </w:p>
    <w:p>
      <w:pPr>
        <w:spacing w:line="360" w:lineRule="auto" w:after="0"/>
        <w:ind w:firstLine="283"/>
      </w:pPr>
      <w:r>
        <w:t>Nessa’s pot went thin. The pot fed the Landing’s two hundred and forty-five. The pot fed the listed and the unlisted at the same ladle. The pot did not choose. The pot portioned. The flour was the cup. The water was the cup. The salt was the level pinch. The thin went out to the bowls. The bowls were clay. The bowls were chipped at the rims. The chips were ground smooth by some old mending hand.</w:t>
      </w:r>
    </w:p>
    <w:p>
      <w:pPr>
        <w:spacing w:line="360" w:lineRule="auto" w:after="0"/>
        <w:ind w:firstLine="283"/>
      </w:pPr>
      <w:r>
        <w:t>The Landing’s yard ate at the noon. The margin’s sixty ate the thin. The fleet’s hundred-and-eighty ate the thin. The walkers’ twenty ate the thin. The keeper portioned the thin to the listed and the unlisted at the same ladle. The pot did not choose. The pot portioned. The morning went on. The pot went on.</w:t>
      </w:r>
    </w:p>
    <w:p>
      <w:pPr>
        <w:spacing w:line="360" w:lineRule="auto" w:after="0"/>
        <w:ind w:firstLine="283"/>
      </w:pPr>
      <w:r>
        <w:t>Nima’s lane went narrow. The lane carried eight families a week. The lane did not choose. The lane carried. The strap was mended. The strap would need mending again. The mending went on. The lane-house’s fire went on. The corridor’s young runners walked the lane’s whole length every night. The young runners did not choose. The young runners carried. The count went in the sternums, not the chests.</w:t>
      </w:r>
    </w:p>
    <w:p>
      <w:pPr>
        <w:spacing w:line="360" w:lineRule="auto" w:after="0"/>
        <w:ind w:firstLine="283"/>
      </w:pPr>
      <w:r>
        <w:t>The runner came twice more in the year. The runner said: Nima is in the gap; the lane is held. The runner said: Nessa is at the Landing; the pot is the pot.</w:t>
      </w:r>
    </w:p>
    <w:p>
      <w:pPr>
        <w:spacing w:line="360" w:lineRule="auto" w:after="0"/>
        <w:ind w:firstLine="283"/>
      </w:pPr>
      <w:r>
        <w:t>Nessa did not send word. Nima did not send word.</w:t>
      </w:r>
    </w:p>
    <w:p>
      <w:pPr>
        <w:spacing w:line="360" w:lineRule="auto" w:after="0"/>
        <w:ind w:firstLine="283"/>
      </w:pPr>
      <w:r>
        <w:t>The cardamom pod was on the kitchen’s shelf, and the cardamom pod was on the lane-house’s shelf, and the two pods were the same color, and the two colors were kept apart. The cup was on the kitchen’s corner, and the cup was on the lane-house’s corner, and the two cups were the same color, and the two cups were kept apart.</w:t>
      </w:r>
    </w:p>
    <w:p>
      <w:pPr>
        <w:spacing w:line="360" w:lineRule="auto" w:after="0"/>
        <w:ind w:firstLine="283"/>
      </w:pPr>
      <w:r>
        <w:t>The slate hung on its nail by the kitchen’s stove. The slate hung on its nail by the lane-house fire. The two slates were blank. The two chalk stubs were wrapped in cloth. The two slates were apart.</w:t>
      </w:r>
    </w:p>
    <w:p>
      <w:pPr>
        <w:spacing w:line="360" w:lineRule="auto" w:after="0"/>
        <w:ind w:firstLine="283"/>
      </w:pPr>
      <w:r>
        <w:t>The apart was ten years. Ten years was the count. The count went in the two sternums. The count did not go in the two chests.</w:t>
      </w:r>
    </w:p>
    <w:p>
      <w:pPr>
        <w:spacing w:line="360" w:lineRule="auto" w:after="0"/>
        <w:ind w:firstLine="283"/>
      </w:pPr>
      <w:r>
        <w:t>Ten years is the count. The count was the morning’s at the Landing, and the count was the night’s at the lanes, and the two counts were the same count, and the same count was carried in two sternums, and the two sternums were apart.</w:t>
      </w:r>
    </w:p>
    <w:p>
      <w:pPr>
        <w:spacing w:line="360" w:lineRule="auto" w:after="0"/>
        <w:ind w:firstLine="283"/>
      </w:pPr>
      <w:r>
        <w:t>The apart was the apart.</w:t>
      </w:r>
    </w:p>
    <w:p>
      <w:pPr>
        <w:ind w:firstLine="0"/>
        <w:jc w:val="center"/>
      </w:pPr>
      <w:r>
        <w:rPr>
          <w:color w:val="AAAAAA"/>
        </w:rPr>
        <w:t>❖</w:t>
      </w:r>
    </w:p>
    <w:p>
      <w:pPr>
        <w:spacing w:before="360" w:after="240"/>
        <w:ind w:firstLine="0"/>
        <w:jc w:val="center"/>
      </w:pPr>
      <w:r>
        <w:rPr>
          <w:b/>
          <w:i/>
          <w:color w:val="333333"/>
          <w:sz w:val="26"/>
        </w:rPr>
        <w:t>Step — The Touched Row</w:t>
      </w:r>
    </w:p>
    <w:p>
      <w:pPr>
        <w:spacing w:line="360" w:lineRule="auto" w:after="0"/>
        <w:ind w:firstLine="283"/>
      </w:pPr>
      <w:r>
        <w:t>The lime line went up at the touched row's west end at the second hour of the dark. The man with the brush was not a man of the row. He had a white shield on his shoulder. He did not look at the doors. The brush went down, came up, went down. The line was the width of a man's hand. The lime was the color of old bone mixed with water. The smell of it stayed in the throat two days.</w:t>
      </w:r>
    </w:p>
    <w:p>
      <w:pPr>
        <w:spacing w:line="360" w:lineRule="auto" w:after="0"/>
        <w:ind w:firstLine="283"/>
      </w:pPr>
      <w:r>
        <w:t>Adele was in the third house. She had been in the third house for nineteen years. The third house had been her mother's before it was hers. She heard the brush. She knew the brush. She had been a girl the last time the brush had come, and the row's west end had been the row's east end then, and the houses had been different houses, and the houses had been taken in the order they were touched.</w:t>
      </w:r>
    </w:p>
    <w:p>
      <w:pPr>
        <w:spacing w:line="360" w:lineRule="auto" w:after="0"/>
        <w:ind w:firstLine="283"/>
      </w:pPr>
      <w:r>
        <w:t>She did not light the lamp.</w:t>
      </w:r>
    </w:p>
    <w:p>
      <w:pPr>
        <w:spacing w:line="360" w:lineRule="auto" w:after="0"/>
        <w:ind w:firstLine="283"/>
      </w:pPr>
      <w:r>
        <w:t>The lamp's not-lighting was the only choice she had. She could have lit the lamp. The white shield would have come to the door. The white shield would have asked the names. The names would have been the row's names. The row's names were the names of the people who had lived in the third house for nineteen years, and the names of the daughter, and the names of the man who had come to dinner three winters before. Adele did not light the lamp because the names would have been given, and the giving would have been the cages.</w:t>
      </w:r>
    </w:p>
    <w:p>
      <w:pPr>
        <w:spacing w:line="360" w:lineRule="auto" w:after="0"/>
        <w:ind w:firstLine="283"/>
      </w:pPr>
      <w:r>
        <w:t>The brush went down. The line came up.</w:t>
      </w:r>
    </w:p>
    <w:p>
      <w:pPr>
        <w:spacing w:line="360" w:lineRule="auto" w:after="0"/>
        <w:ind w:firstLine="283"/>
      </w:pPr>
      <w:r>
        <w:t>She put her hand on her daughter's mouth. Sefa was nine. Sefa slept the way children sleep in the touched row — light, with one ear open, the breath thin. Adele's hand on the mouth was the mother's old mercy. The mercy was the cage.</w:t>
      </w:r>
    </w:p>
    <w:p>
      <w:pPr>
        <w:spacing w:line="360" w:lineRule="auto" w:after="0"/>
        <w:ind w:firstLine="283"/>
      </w:pPr>
      <w:r>
        <w:t>The brush went down at the third house. The line came up at the third house's door. The line was the same width as at the other doors. The line was the same color. The lime's smell came in under the door's edge.</w:t>
      </w:r>
    </w:p>
    <w:p>
      <w:pPr>
        <w:spacing w:line="360" w:lineRule="auto" w:after="0"/>
        <w:ind w:firstLine="283"/>
      </w:pPr>
      <w:r>
        <w:t>Adele took the daughter. She took the small pack by the door — the pack she had kept packed for two years, the pack the row's women kept packed, the pack with the tin cup, the waxed cloth, the three flat breads, the small needle, the thread. The pack was the leaving-pack. The leaving-pack was the row's own practice. The row's women had been leaving at the line for two generations.</w:t>
      </w:r>
    </w:p>
    <w:p>
      <w:pPr>
        <w:spacing w:line="360" w:lineRule="auto" w:after="0"/>
        <w:ind w:firstLine="283"/>
      </w:pPr>
      <w:r>
        <w:t>She did not take the lamp, pot, iron stove, or bed. She took the daughter and the leaving-pack.</w:t>
      </w:r>
    </w:p>
    <w:p>
      <w:pPr>
        <w:spacing w:line="360" w:lineRule="auto" w:after="0"/>
        <w:ind w:firstLine="283"/>
      </w:pPr>
      <w:r>
        <w:t>They went out the back. The back of the third house had a door to the row's back-lane. The back-lane was the row's other way. The back-lane went east. The white shield's brush was at the row's west end. The back-lane was the way the row's women had been leaving at the line for two generations.</w:t>
      </w:r>
    </w:p>
    <w:p>
      <w:pPr>
        <w:spacing w:line="360" w:lineRule="auto" w:after="0"/>
        <w:ind w:firstLine="283"/>
      </w:pPr>
      <w:r>
        <w:t>The lime line stayed on the third house's door. The line was the white shield's record. The line was the touched row's record. The two records did not agree. The line said: this house is touched. The leaving-pack said: this house is gone. The two records stood on the same door. The two records did not need to agree.</w:t>
      </w:r>
    </w:p>
    <w:p>
      <w:pPr>
        <w:spacing w:line="360" w:lineRule="auto" w:after="0"/>
        <w:ind w:firstLine="283"/>
      </w:pPr>
      <w:r>
        <w:t>Adele and the daughter went east. The back-lane was dirt. The back-lane was the row's other way. The two went east. The row's west end was behind them. The line was on the door. The line stayed.</w:t>
      </w:r>
    </w:p>
    <w:p>
      <w:pPr>
        <w:spacing w:line="360" w:lineRule="auto" w:after="0"/>
        <w:ind w:firstLine="283"/>
      </w:pPr>
      <w:r>
        <w:t>In the morning the white shield would come back. The white shield would find the door with the line. The white shield would find the house empty. The empty house would be the white shield's record: the touched row had been touched. The leaving-pack's record was different. The leaving-pack's record was the daughter at the aunt's house in the third town east, the tin cup in the aunt's cupboard, the waxed cloth folded, the three flat breads eaten, the small needle in the aunt's sewing-box. The two records stood over the same house. The two records did not agree. The two records did not need to.</w:t>
      </w:r>
    </w:p>
    <w:p>
      <w:pPr>
        <w:spacing w:line="360" w:lineRule="auto" w:after="0"/>
        <w:ind w:firstLine="283"/>
      </w:pPr>
      <w:r>
        <w:t>The lime's smell stayed in Adele's throat two days. By the third day the smell was gone. The daughter slept at the aunt's house. The daughter's sleep was the row's other record. The daughter's sleep held.</w:t>
      </w:r>
    </w:p>
    <w:p>
      <w:pPr>
        <w:spacing w:line="360" w:lineRule="auto" w:after="0"/>
        <w:ind w:firstLine="283"/>
      </w:pPr>
      <w:r>
        <w:t>The lime line was on the third house's door. The line was the white shield's. The line stayed.</w:t>
      </w:r>
    </w:p>
    <w:p>
      <w:pPr>
        <w:spacing w:before="360" w:after="240"/>
        <w:ind w:firstLine="0"/>
        <w:jc w:val="center"/>
      </w:pPr>
      <w:r>
        <w:rPr>
          <w:b/>
          <w:i/>
          <w:color w:val="333333"/>
          <w:sz w:val="26"/>
        </w:rPr>
        <w:t>Step — The Burned Mile</w:t>
      </w:r>
    </w:p>
    <w:p>
      <w:pPr>
        <w:spacing w:line="360" w:lineRule="auto" w:after="0"/>
        <w:ind w:firstLine="283"/>
      </w:pPr>
      <w:r>
        <w:t>The company came to the burned mile at the wound's coast at the second day's noon. The mile had been the third settlement's west quarter. The mile had been houses. The mile was chimneys now. The chimneys stood the way a man stands when the man has been left standing after the rest of him is gone — straight, by the inertia of the standing, not by the choice.</w:t>
      </w:r>
    </w:p>
    <w:p>
      <w:pPr>
        <w:spacing w:line="360" w:lineRule="auto" w:after="0"/>
        <w:ind w:firstLine="283"/>
      </w:pPr>
      <w:r>
        <w:t>The cobbles were hot under the boots. The boots read the cobbles. The cobbles' heat was the fire's heat. The fire had been three weeks ago. The cobbles still held the fire's heat at the noon.</w:t>
      </w:r>
    </w:p>
    <w:p>
      <w:pPr>
        <w:spacing w:line="360" w:lineRule="auto" w:after="0"/>
        <w:ind w:firstLine="283"/>
      </w:pPr>
      <w:r>
        <w:t>Corren stopped at the mile's east edge. The company stopped behind him. The stopping rippled back along the line. Twenty people who had walked together long enough to share a spine stopped at the same breath.</w:t>
      </w:r>
    </w:p>
    <w:p>
      <w:pPr>
        <w:spacing w:line="360" w:lineRule="auto" w:after="0"/>
        <w:ind w:firstLine="283"/>
      </w:pPr>
      <w:r>
        <w:t>A tin cup sat on a window ledge at the second house. The window was gone. The ledge was the only thing left at the second house. The ledge was stone. The cup was tin. The cup had a dent at the rim. The cup was the color of every cup. The cup had not been taken. The cup had not been burned. The cup had been left the way a thing is left when the leaving has been fast.</w:t>
      </w:r>
    </w:p>
    <w:p>
      <w:pPr>
        <w:spacing w:line="360" w:lineRule="auto" w:after="0"/>
        <w:ind w:firstLine="283"/>
      </w:pPr>
      <w:r>
        <w:t>Pell went to the cup. Pell was the company's third-year. Pell went to the cup the way the company's young went to a thing on the ground — without asking, by the practice of the asking.</w:t>
      </w:r>
    </w:p>
    <w:p>
      <w:pPr>
        <w:spacing w:line="360" w:lineRule="auto" w:after="0"/>
        <w:ind w:firstLine="283"/>
      </w:pPr>
      <w:r>
        <w:t>Pell picked the cup up. The cup was light. The cup had been someone's. The cup was not anyone's now. The cup was the burned mile's.</w:t>
      </w:r>
    </w:p>
    <w:p>
      <w:pPr>
        <w:spacing w:line="360" w:lineRule="auto" w:after="0"/>
        <w:ind w:firstLine="283"/>
      </w:pPr>
      <w:r>
        <w:t>Pell brought the cup back. Pell set the cup at Corren's feet. The setting was the company's old practice. The setting was the report. The cup was the report. The report was: a tin cup, dented at the rim, left on a window ledge at a house whose window was gone.</w:t>
      </w:r>
    </w:p>
    <w:p>
      <w:pPr>
        <w:spacing w:line="360" w:lineRule="auto" w:after="0"/>
        <w:ind w:firstLine="283"/>
      </w:pPr>
      <w:r>
        <w:t>Corren looked at the cup. Corren did not pick the cup up. Corren's staff was in his hand.</w:t>
      </w:r>
    </w:p>
    <w:p>
      <w:pPr>
        <w:spacing w:line="360" w:lineRule="auto" w:after="0"/>
        <w:ind w:firstLine="283"/>
      </w:pPr>
      <w:r>
        <w:t>"We go around," Corren said. "The cobbles are hot. The cobbles are the fire's. We do not walk on the fire's cobbles. The burned mile is the fire's. We go south at the mile's east edge. The ground south is the old skin. The old skin holds the boot's heel. We go south. We go around."</w:t>
      </w:r>
    </w:p>
    <w:p>
      <w:pPr>
        <w:spacing w:line="360" w:lineRule="auto" w:after="0"/>
        <w:ind w:firstLine="283"/>
      </w:pPr>
      <w:r>
        <w:t>The company went south. The company went around the burned mile. The burned mile was behind them. The chimneys stood. The cup stayed at the cobbles where Pell had set it. The cup was the burned mile's. The cup was not the company's. The cup stayed.</w:t>
      </w:r>
    </w:p>
    <w:p>
      <w:pPr>
        <w:spacing w:line="360" w:lineRule="auto" w:after="0"/>
        <w:ind w:firstLine="283"/>
      </w:pPr>
      <w:r>
        <w:t>In the evening's marking Pell wrote the cup into the day's log in the level hand. The log's entry was:</w:t>
      </w:r>
    </w:p>
    <w:p>
      <w:pPr>
        <w:spacing w:line="360" w:lineRule="auto" w:after="0"/>
        <w:ind w:firstLine="283"/>
      </w:pPr>
      <w:r>
        <w:t>A tin cup, dented at the rim, left on a window ledge at the second house of the burned mile. The house was the third settlement's west quarter. The fire was three weeks old. The cup was not taken. The cup was the burned mile's.</w:t>
      </w:r>
    </w:p>
    <w:p>
      <w:pPr>
        <w:spacing w:line="360" w:lineRule="auto" w:after="0"/>
        <w:ind w:firstLine="283"/>
      </w:pPr>
      <w:r>
        <w:t>Pell drew the caret under the entry — the clerk's mark for a thing added by another hand. The cup had been left by another hand. The hand had been the hand of someone who had lived in the second house. The hand had been fast. The hand had not taken the cup. The hand had gone. The cup had stayed. The caret held the cup in the log.</w:t>
      </w:r>
    </w:p>
    <w:p>
      <w:pPr>
        <w:spacing w:line="360" w:lineRule="auto" w:after="0"/>
        <w:ind w:firstLine="283"/>
      </w:pPr>
      <w:r>
        <w:t>The log went into the chest. The chest held the log. The cup stayed at the burned mile's cobbles.</w:t>
      </w:r>
    </w:p>
    <w:p>
      <w:pPr>
        <w:spacing w:before="360" w:after="240"/>
        <w:ind w:firstLine="0"/>
        <w:jc w:val="center"/>
      </w:pPr>
      <w:r>
        <w:rPr>
          <w:b/>
          <w:i/>
          <w:color w:val="333333"/>
          <w:sz w:val="26"/>
        </w:rPr>
        <w:t>Step — The Boot-Read Taught</w:t>
      </w:r>
    </w:p>
    <w:p>
      <w:pPr>
        <w:spacing w:line="360" w:lineRule="auto" w:after="0"/>
        <w:ind w:firstLine="283"/>
      </w:pPr>
      <w:r>
        <w:t>Corren taught the boot-read to Pell at the dry hills' fifth fire. The teaching was at the dawn's fourth hour, before the company woke. The teaching was the company's old practice. The teaching was the transmission. The transmission was the reading's body going from one body into the next.</w:t>
      </w:r>
    </w:p>
    <w:p>
      <w:pPr>
        <w:spacing w:line="360" w:lineRule="auto" w:after="0"/>
        <w:ind w:firstLine="283"/>
      </w:pPr>
      <w:r>
        <w:t>The ground at the dry hills' fifth fire was the old skin. The old skin held the boot's heel. The print was held for ten breaths and let go. The ground was honest.</w:t>
      </w:r>
    </w:p>
    <w:p>
      <w:pPr>
        <w:spacing w:line="360" w:lineRule="auto" w:after="0"/>
        <w:ind w:firstLine="283"/>
      </w:pPr>
      <w:r>
        <w:t>Corren set his boot at the ground. The boot's heel pressed the old skin. The heel came up. The print was held. Corren counted the breaths. The breaths were ten. The print let go at the tenth breath. The letting-go was the old skin's honest word: the ground was here, and the ground had been here, and the ground was not moving.</w:t>
      </w:r>
    </w:p>
    <w:p>
      <w:pPr>
        <w:spacing w:line="360" w:lineRule="auto" w:after="0"/>
        <w:ind w:firstLine="283"/>
      </w:pPr>
      <w:r>
        <w:t>"Now you," Corren said.</w:t>
      </w:r>
    </w:p>
    <w:p>
      <w:pPr>
        <w:spacing w:line="360" w:lineRule="auto" w:after="0"/>
        <w:ind w:firstLine="283"/>
      </w:pPr>
      <w:r>
        <w:t>Pell set his boot at the ground. The boot's heel pressed the old skin. The heel came up. The print was held. Pell counted the breaths. The breaths were seven. The print let go at the seventh breath.</w:t>
      </w:r>
    </w:p>
    <w:p>
      <w:pPr>
        <w:spacing w:line="360" w:lineRule="auto" w:after="0"/>
        <w:ind w:firstLine="283"/>
      </w:pPr>
      <w:r>
        <w:t>"Too short," Corren said. "The count is ten. The old skin holds the boot's heel for ten breaths. The letting-go is at the tenth breath. The letting-go is the ground's honest word. The count is not the count of your impatience. The count is the ground's count. The ground counts ten. You count seven. The three breaths are not the ground's. The three breaths are yours. The three breaths are the rush. The rush is not the reading. The reading is the ground's count."</w:t>
      </w:r>
    </w:p>
    <w:p>
      <w:pPr>
        <w:spacing w:line="360" w:lineRule="auto" w:after="0"/>
        <w:ind w:firstLine="283"/>
      </w:pPr>
      <w:r>
        <w:t>Pell set his boot again. The boot's heel pressed the old skin. The heel came up. The print was held. Pell counted the breaths. The breaths were ten. The print let go at the tenth breath.</w:t>
      </w:r>
    </w:p>
    <w:p>
      <w:pPr>
        <w:spacing w:line="360" w:lineRule="auto" w:after="0"/>
        <w:ind w:firstLine="283"/>
      </w:pPr>
      <w:r>
        <w:t>"Again," Corren said.</w:t>
      </w:r>
    </w:p>
    <w:p>
      <w:pPr>
        <w:spacing w:line="360" w:lineRule="auto" w:after="0"/>
        <w:ind w:firstLine="283"/>
      </w:pPr>
      <w:r>
        <w:t>Pell set his boot again. Ten breaths. The print let go.</w:t>
      </w:r>
    </w:p>
    <w:p>
      <w:pPr>
        <w:spacing w:line="360" w:lineRule="auto" w:after="0"/>
        <w:ind w:firstLine="283"/>
      </w:pPr>
      <w:r>
        <w:t>"Again," Corren said.</w:t>
      </w:r>
    </w:p>
    <w:p>
      <w:pPr>
        <w:spacing w:line="360" w:lineRule="auto" w:after="0"/>
        <w:ind w:firstLine="283"/>
      </w:pPr>
      <w:r>
        <w:t>Pell set his boot again. Ten breaths. The print let go.</w:t>
      </w:r>
    </w:p>
    <w:p>
      <w:pPr>
        <w:spacing w:line="360" w:lineRule="auto" w:after="0"/>
        <w:ind w:firstLine="283"/>
      </w:pPr>
      <w:r>
        <w:t>"Now the new skin," Corren said.</w:t>
      </w:r>
    </w:p>
    <w:p>
      <w:pPr>
        <w:spacing w:line="360" w:lineRule="auto" w:after="0"/>
        <w:ind w:firstLine="283"/>
      </w:pPr>
      <w:r>
        <w:t>Corren walked to the new skin's edge. The new skin was at the second furlong. The new skin was pale, tight, mineral-dry. The new skin was the wound's. Corren set his boot at the new skin's edge. The boot's heel did not press the new skin. The boot's heel stayed at the old skin's edge. The new skin was not the boot's.</w:t>
      </w:r>
    </w:p>
    <w:p>
      <w:pPr>
        <w:spacing w:line="360" w:lineRule="auto" w:after="0"/>
        <w:ind w:firstLine="283"/>
      </w:pPr>
      <w:r>
        <w:t>"The new skin is the new skin's," Corren said. "The boot does not press the new skin. The boot does not read the new skin. The new skin is not the boot's. The new skin is the wound's. The reading of the new skin is the not-reading. The not-reading is the walker's practice. The walker does not read the new skin. The walker reads the new skin's edge. The new skin's edge is the warning. The walker reads the warning. The walker does not read the wound. The wound is not the walker's."</w:t>
      </w:r>
    </w:p>
    <w:p>
      <w:pPr>
        <w:spacing w:line="360" w:lineRule="auto" w:after="0"/>
        <w:ind w:firstLine="283"/>
      </w:pPr>
      <w:r>
        <w:t>Pell set his boot at the new skin's edge. The boot's heel did not press the new skin. The boot's heel stayed at the old skin's edge. The new skin was not the boot's.</w:t>
      </w:r>
    </w:p>
    <w:p>
      <w:pPr>
        <w:spacing w:line="360" w:lineRule="auto" w:after="0"/>
        <w:ind w:firstLine="283"/>
      </w:pPr>
      <w:r>
        <w:t>"Again," Corren said.</w:t>
      </w:r>
    </w:p>
    <w:p>
      <w:pPr>
        <w:spacing w:line="360" w:lineRule="auto" w:after="0"/>
        <w:ind w:firstLine="283"/>
      </w:pPr>
      <w:r>
        <w:t>Pell set his boot at the new skin's edge. The boot's heel stayed at the old skin's edge. The new skin was not the boot's.</w:t>
      </w:r>
    </w:p>
    <w:p>
      <w:pPr>
        <w:spacing w:line="360" w:lineRule="auto" w:after="0"/>
        <w:ind w:firstLine="283"/>
      </w:pPr>
      <w:r>
        <w:t>"Now the heel-test," Corren said.</w:t>
      </w:r>
    </w:p>
    <w:p>
      <w:pPr>
        <w:spacing w:line="360" w:lineRule="auto" w:after="0"/>
        <w:ind w:firstLine="283"/>
      </w:pPr>
      <w:r>
        <w:t>Corren took the staff. The staff was the walker's third hand. Corren set the staff at the old skin's edge. The staff's foot pressed the old skin. The staff's heel — the staff's other end, the grip's end — came up. Corren brought the staff's foot down on the old skin at the new skin's edge. The old skin took the staff's foot. The old skin held the staff's foot. The new skin did not take the staff's foot. The new skin did not hold the staff's foot. The new skin gave at the staff's foot. The giving was the new skin's own word: the new skin is the wound's, and the wound is moving, and the moving is at the new skin's edge.</w:t>
      </w:r>
    </w:p>
    <w:p>
      <w:pPr>
        <w:spacing w:line="360" w:lineRule="auto" w:after="0"/>
        <w:ind w:firstLine="283"/>
      </w:pPr>
      <w:r>
        <w:t>"The heel-test is the warning's warning," Corren said. "The boot's heel is the first reading. The staff's foot is the second reading. The two readings are the walker's two readings. The boot reads the ground. The staff reads the ground's edge. The two readings are the company's old practice. The two readings are the walking's law. You do not camp on the new skin. The two readings are how the company knows the new skin's edge. The two readings are how the company has buried only two people in nine years."</w:t>
      </w:r>
    </w:p>
    <w:p>
      <w:pPr>
        <w:spacing w:line="360" w:lineRule="auto" w:after="0"/>
        <w:ind w:firstLine="283"/>
      </w:pPr>
      <w:r>
        <w:t>Pell took the staff. Pell set the staff's foot at the old skin's edge. The staff's foot pressed the old skin. The old skin took the staff's foot. The old skin held the staff's foot. Pell brought the staff's foot to the new skin's edge. The new skin did not take the staff's foot. The new skin gave.</w:t>
      </w:r>
    </w:p>
    <w:p>
      <w:pPr>
        <w:spacing w:line="360" w:lineRule="auto" w:after="0"/>
        <w:ind w:firstLine="283"/>
      </w:pPr>
      <w:r>
        <w:t>"Again," Corren said.</w:t>
      </w:r>
    </w:p>
    <w:p>
      <w:pPr>
        <w:spacing w:line="360" w:lineRule="auto" w:after="0"/>
        <w:ind w:firstLine="283"/>
      </w:pPr>
      <w:r>
        <w:t>Pell set the staff's foot. The old skin took. The new skin gave.</w:t>
      </w:r>
    </w:p>
    <w:p>
      <w:pPr>
        <w:spacing w:line="360" w:lineRule="auto" w:after="0"/>
        <w:ind w:firstLine="283"/>
      </w:pPr>
      <w:r>
        <w:t>"Again," Corren said.</w:t>
      </w:r>
    </w:p>
    <w:p>
      <w:pPr>
        <w:spacing w:line="360" w:lineRule="auto" w:after="0"/>
        <w:ind w:firstLine="283"/>
      </w:pPr>
      <w:r>
        <w:t>Pell set the staff's foot. The old skin took. The new skin gave.</w:t>
      </w:r>
    </w:p>
    <w:p>
      <w:pPr>
        <w:spacing w:line="360" w:lineRule="auto" w:after="0"/>
        <w:ind w:firstLine="283"/>
      </w:pPr>
      <w:r>
        <w:t>"Now the count," Corren said. "The count is the company's calendar. The count is the boot's count at the old skin — ten breaths. The count is the staff's count at the new skin's edge — the count is the new skin's giving. The new skin gives at the staff's foot. The giving is not a count of breaths. The giving is a count of inches. The new skin gives an inch at the staff's foot. The inch is the warning. The inch is the wound's pace at this edge. The walker reads the inch. The walker does not read the wound's whole pace. The walker reads the inch at this edge. The inch is the walker's report. The report goes into the log. The log's entry is: new skin at the second furlong, the staff's foot gave an inch. The entry is the walker's office. The entry is not the walker's opinion. The entry is the ground's inch."</w:t>
      </w:r>
    </w:p>
    <w:p>
      <w:pPr>
        <w:spacing w:line="360" w:lineRule="auto" w:after="0"/>
        <w:ind w:firstLine="283"/>
      </w:pPr>
      <w:r>
        <w:t>Pell set the staff's foot at the new skin's edge. The new skin gave an inch. Pell counted the inch. The inch was one.</w:t>
      </w:r>
    </w:p>
    <w:p>
      <w:pPr>
        <w:spacing w:line="360" w:lineRule="auto" w:after="0"/>
        <w:ind w:firstLine="283"/>
      </w:pPr>
      <w:r>
        <w:t>"Report," Corren said.</w:t>
      </w:r>
    </w:p>
    <w:p>
      <w:pPr>
        <w:spacing w:line="360" w:lineRule="auto" w:after="0"/>
        <w:ind w:firstLine="283"/>
      </w:pPr>
      <w:r>
        <w:t>"New skin at the second furlong," Pell said. "The staff's foot gave an inch. The inch was one."</w:t>
      </w:r>
    </w:p>
    <w:p>
      <w:pPr>
        <w:spacing w:line="360" w:lineRule="auto" w:after="0"/>
        <w:ind w:firstLine="283"/>
      </w:pPr>
      <w:r>
        <w:t>"Good," Corren said.</w:t>
      </w:r>
    </w:p>
    <w:p>
      <w:pPr>
        <w:spacing w:line="360" w:lineRule="auto" w:after="0"/>
        <w:ind w:firstLine="283"/>
      </w:pPr>
      <w:r>
        <w:t>The teaching was done. The dawn came. The company woke. The company walked south at the dawn's fifth hour. Pell walked behind Corren. The staff was in Pell's hand. The staff was the walker's. The staff was the leading's. The staff was Pell's now, at the dawn's fifth hour, by the company's old practice, by the teaching's old transmission.</w:t>
      </w:r>
    </w:p>
    <w:p>
      <w:pPr>
        <w:spacing w:line="360" w:lineRule="auto" w:after="0"/>
        <w:ind w:firstLine="283"/>
      </w:pPr>
      <w:r>
        <w:t>Corren walked ahead. Corren's hands were empty. The empty hands were the teaching's.</w:t>
      </w:r>
    </w:p>
    <w:p>
      <w:pPr>
        <w:spacing w:line="360" w:lineRule="auto" w:after="0"/>
        <w:ind w:firstLine="283"/>
      </w:pPr>
      <w:r>
        <w:t>The walking went on south. The ground was the old skin. The old skin held the boot's heel. The print was held for ten breaths and let go. The ground was honest. The walking went south.</w:t>
      </w:r>
    </w:p>
    <w:p>
      <w:pPr>
        <w:spacing w:before="360" w:after="240"/>
        <w:ind w:firstLine="0"/>
        <w:jc w:val="center"/>
      </w:pPr>
      <w:r>
        <w:rPr>
          <w:b/>
          <w:i/>
          <w:color w:val="333333"/>
          <w:sz w:val="26"/>
        </w:rPr>
        <w:t>Step — The Lean Ground</w:t>
      </w:r>
    </w:p>
    <w:p>
      <w:pPr>
        <w:spacing w:line="360" w:lineRule="auto" w:after="0"/>
        <w:ind w:firstLine="283"/>
      </w:pPr>
      <w:r>
        <w:t>The lean ground was at the dry hills' eighth fire's south road, a furlong past the morning's first water. The lean ground was the old skin. The old skin held the boot's heel. The print was held for ten breaths and let go. The ground was honest. The ground was leaning.</w:t>
      </w:r>
    </w:p>
    <w:p>
      <w:pPr>
        <w:spacing w:line="360" w:lineRule="auto" w:after="0"/>
        <w:ind w:firstLine="283"/>
      </w:pPr>
      <w:r>
        <w:t>Corren felt the lean in his left knee. The knee had been reading the ground for nine years. The knee knew the lean. The lean was not the new skin's pale. The lean was not the moving's slide. The lean was the old skin's own slant. The old skin was tilted. The tilt was two degrees. The tilt was the ground's own rearranging.</w:t>
      </w:r>
    </w:p>
    <w:p>
      <w:pPr>
        <w:spacing w:line="360" w:lineRule="auto" w:after="0"/>
        <w:ind w:firstLine="283"/>
      </w:pPr>
      <w:r>
        <w:t>Corren stopped. The company stopped behind him. The stopping rippled back along the line.</w:t>
      </w:r>
    </w:p>
    <w:p>
      <w:pPr>
        <w:spacing w:line="360" w:lineRule="auto" w:after="0"/>
        <w:ind w:firstLine="283"/>
      </w:pPr>
      <w:r>
        <w:t>"The lean," Corren said to Pell. "Feel the lean. The lean is in the knee. The knee is the walker's level. The level is not the eye's. The level is the body's. The body knows the lean before the eye does. The body has been reading the lean for nine years. The body's first reading was the knee. The knee's reading is the lean."</w:t>
      </w:r>
    </w:p>
    <w:p>
      <w:pPr>
        <w:spacing w:line="360" w:lineRule="auto" w:after="0"/>
        <w:ind w:firstLine="283"/>
      </w:pPr>
      <w:r>
        <w:t>Pell felt the lean. Pell's knee was young. Pell's knee had been reading the ground for three years. The knee knew the lean, but the knowing was new. The knowing was the company's young's knowing.</w:t>
      </w:r>
    </w:p>
    <w:p>
      <w:pPr>
        <w:spacing w:line="360" w:lineRule="auto" w:after="0"/>
        <w:ind w:firstLine="283"/>
      </w:pPr>
      <w:r>
        <w:t>"I feel it," Pell said. "The lean is left. The lean is two degrees."</w:t>
      </w:r>
    </w:p>
    <w:p>
      <w:pPr>
        <w:spacing w:line="360" w:lineRule="auto" w:after="0"/>
        <w:ind w:firstLine="283"/>
      </w:pPr>
      <w:r>
        <w:t>"Two degrees," Corren said. "The lean is the old skin's. The old skin is tilted. The tilt is the ground's own rearranging. The tilt is not the new skin's slide. The tilt is the old skin's own slant. The old skin has been tilting for a season. The tilt is the ground's slow word: the ground is going east. The ground is going east at the pace of a man's walking in a year. The lean is the ground's word. The lean is the ground's own telling."</w:t>
      </w:r>
    </w:p>
    <w:p>
      <w:pPr>
        <w:spacing w:line="360" w:lineRule="auto" w:after="0"/>
        <w:ind w:firstLine="283"/>
      </w:pPr>
      <w:r>
        <w:t>Corren took the staff. Corren set the staff at the old skin's edge. The staff stood. The staff was the walker's level. The staff's stand was the level. The staff leaned left. The lean was visible at the staff's grip. The lean was two degrees.</w:t>
      </w:r>
    </w:p>
    <w:p>
      <w:pPr>
        <w:spacing w:line="360" w:lineRule="auto" w:after="0"/>
        <w:ind w:firstLine="283"/>
      </w:pPr>
      <w:r>
        <w:t>"The staff leans left," Corren said. "The staff is the walker's level. The level is the body's. The body leans left. The staff leans left. The two leanings are the same leaning. The leaning is the ground's. The ground is going east."</w:t>
      </w:r>
    </w:p>
    <w:p>
      <w:pPr>
        <w:spacing w:line="360" w:lineRule="auto" w:after="0"/>
        <w:ind w:firstLine="283"/>
      </w:pPr>
      <w:r>
        <w:t>The company stood at the lean ground. Twenty people stood at the lean ground. Twenty bodies leaned left. The leaning was the body's reading. The reading was the company's. The company leaned.</w:t>
      </w:r>
    </w:p>
    <w:p>
      <w:pPr>
        <w:spacing w:line="360" w:lineRule="auto" w:after="0"/>
        <w:ind w:firstLine="283"/>
      </w:pPr>
      <w:r>
        <w:t>"We camp east," Corren said. "The lean is left. The ground is going east. The east is the ground's going. The east is not the company's going. The east is the ground's. The company camps east. The company does not camp on the lean ground. The lean ground is the ground's going. The going is the ground's. The company does not camp on the ground's going. The company camps at the ground's going's east."</w:t>
      </w:r>
    </w:p>
    <w:p>
      <w:pPr>
        <w:spacing w:line="360" w:lineRule="auto" w:after="0"/>
        <w:ind w:firstLine="283"/>
      </w:pPr>
      <w:r>
        <w:t>The company went east. The company went a furlong east. The ground at the furlong east was the old skin. The old skin was not leaning. The old skin was level. The old skin held the boot's heel. The print was held for ten breaths and let go. The ground was honest. The ground was level.</w:t>
      </w:r>
    </w:p>
    <w:p>
      <w:pPr>
        <w:spacing w:line="360" w:lineRule="auto" w:after="0"/>
        <w:ind w:firstLine="283"/>
      </w:pPr>
      <w:r>
        <w:t>The company camped at the level ground. The fires were lit. The pot was on the fire. The watches walked the rim. The rim was the level ground's edge. The rim was not the lean ground's edge. The lean ground was at the furlong west. The lean ground stayed at the furlong west.</w:t>
      </w:r>
    </w:p>
    <w:p>
      <w:pPr>
        <w:spacing w:line="360" w:lineRule="auto" w:after="0"/>
        <w:ind w:firstLine="283"/>
      </w:pPr>
      <w:r>
        <w:t>The lean was the ground's going. The company had gone east. The going was the ground's. The company's going was the company's. The two goings were not the same going. The two goings were the ground's going and the company's going. The two goings were the same east. The east was the going's. The east was the level's. The company camped at the level.</w:t>
      </w:r>
    </w:p>
    <w:p>
      <w:pPr>
        <w:spacing w:line="360" w:lineRule="auto" w:after="0"/>
        <w:ind w:firstLine="283"/>
      </w:pPr>
      <w:r>
        <w:t>In the morning the company would walk south. The lean ground would be at the furlong west behind them. The lean ground would go on leaning. The ground would go on going east. The company would go on going south. The two goings would not be the same going. The two goings would not need to be. The ground went east. The company went south. The two went on.</w:t>
      </w:r>
    </w:p>
    <w:p>
      <w:pPr>
        <w:spacing w:before="360" w:after="240"/>
        <w:ind w:firstLine="0"/>
        <w:jc w:val="center"/>
      </w:pPr>
      <w:r>
        <w:rPr>
          <w:b/>
          <w:i/>
          <w:color w:val="333333"/>
          <w:sz w:val="26"/>
        </w:rPr>
        <w:t>Step — The Man with the Knife</w:t>
      </w:r>
    </w:p>
    <w:p>
      <w:pPr>
        <w:spacing w:line="360" w:lineRule="auto" w:after="0"/>
        <w:ind w:firstLine="283"/>
      </w:pPr>
      <w:r>
        <w:t>The man was at the road's fourth turning, where the dry hills' south road met the wound's coast-road. He had a knife. The knife was not a walker's knife. The knife was a fighting knife. The blade was a hand and a half. The blade had been used. The blade had a brown at the edge. The brown was the old blood's. The brown was not the man's blood.</w:t>
      </w:r>
    </w:p>
    <w:p>
      <w:pPr>
        <w:spacing w:line="360" w:lineRule="auto" w:after="0"/>
        <w:ind w:firstLine="283"/>
      </w:pPr>
      <w:r>
        <w:t>Kael saw him at the third turning's edge. Kael was walking ahead of the company. Kael had been walking ahead for an hour. The walking ahead was the searcher's practice. Kael's body read the road. The body's eyes were the searcher's eyes. The eyes saw the man at the fourth turning. The man was standing. The man was not walking. The man was waiting.</w:t>
      </w:r>
    </w:p>
    <w:p>
      <w:pPr>
        <w:spacing w:line="360" w:lineRule="auto" w:after="0"/>
        <w:ind w:firstLine="283"/>
      </w:pPr>
      <w:r>
        <w:t>Kael stopped. The man did not move. The man's hand was on the knife's grip. The man's other hand was open. The open hand was the asking hand. The asking was not the words. The asking was the body's.</w:t>
      </w:r>
    </w:p>
    <w:p>
      <w:pPr>
        <w:spacing w:line="360" w:lineRule="auto" w:after="0"/>
        <w:ind w:firstLine="283"/>
      </w:pPr>
      <w:r>
        <w:t>Kael walked on. The man stayed at the fourth turning. Kael's hand went to the knife at his chest. The knife was the searcher's knife. The knife's handle sat in Kael's hand with its four shapes, as it always had. The handle was the old man's. The handle was Kael's now.</w:t>
      </w:r>
    </w:p>
    <w:p>
      <w:pPr>
        <w:spacing w:line="360" w:lineRule="auto" w:after="0"/>
        <w:ind w:firstLine="283"/>
      </w:pPr>
      <w:r>
        <w:t>The man spoke at ten paces.</w:t>
      </w:r>
    </w:p>
    <w:p>
      <w:pPr>
        <w:spacing w:line="360" w:lineRule="auto" w:after="0"/>
        <w:ind w:firstLine="283"/>
      </w:pPr>
      <w:r>
        <w:t>"The road is mine," the man said. "The road has been mine for three seasons. The road's travelers give. The giving is the road's toll."</w:t>
      </w:r>
    </w:p>
    <w:p>
      <w:pPr>
        <w:spacing w:line="360" w:lineRule="auto" w:after="0"/>
        <w:ind w:firstLine="283"/>
      </w:pPr>
      <w:r>
        <w:t>Kael did not slow. Kael did not speed. Kael walked on. The ten paces went to eight. The eight went to six.</w:t>
      </w:r>
    </w:p>
    <w:p>
      <w:pPr>
        <w:spacing w:line="360" w:lineRule="auto" w:after="0"/>
        <w:ind w:firstLine="283"/>
      </w:pPr>
      <w:r>
        <w:t>"The road is not yours," Kael said. "The road is the road's. The road does not have a toll. The road does not have a man. The road is the road's."</w:t>
      </w:r>
    </w:p>
    <w:p>
      <w:pPr>
        <w:spacing w:line="360" w:lineRule="auto" w:after="0"/>
        <w:ind w:firstLine="283"/>
      </w:pPr>
      <w:r>
        <w:t>The man's hand came off the grip. The knife came out. The blade was a hand and a half. The blade was the man's. The blade had been used.</w:t>
      </w:r>
    </w:p>
    <w:p>
      <w:pPr>
        <w:spacing w:line="360" w:lineRule="auto" w:after="0"/>
        <w:ind w:firstLine="283"/>
      </w:pPr>
      <w:r>
        <w:t>Kael's feet set. The weight centered. The hand rose toward the sternum. The hand did not shake. Kael's right shoulder stayed level with his left. He had kept the steps and let the rest go with the man who had paid for it.</w:t>
      </w:r>
    </w:p>
    <w:p>
      <w:pPr>
        <w:spacing w:line="360" w:lineRule="auto" w:after="0"/>
        <w:ind w:firstLine="283"/>
      </w:pPr>
      <w:r>
        <w:t>The man came at Kael the way a man comes who has used a knife on walkers before — fast, low, the blade's edge leading. The man's knife came where Kael had been. Kael was not there. Kael was at the man's right side. Kael's knife was in Kael's hand. The knife's handle was the four-shape. The knife's blade was shorter than the man's. The knife's blade was the searcher's. The knife's blade had been used too.</w:t>
      </w:r>
    </w:p>
    <w:p>
      <w:pPr>
        <w:spacing w:line="360" w:lineRule="auto" w:after="0"/>
        <w:ind w:firstLine="283"/>
      </w:pPr>
      <w:r>
        <w:t>Kael's knife went under the man's right arm. The man's arm was the leading arm. The leading arm was open at the under. The knife's edge went across the under. The man's shirt went red. The red was the man's blood. The red was not the walker's blood. The red was the man's own.</w:t>
      </w:r>
    </w:p>
    <w:p>
      <w:pPr>
        <w:spacing w:line="360" w:lineRule="auto" w:after="0"/>
        <w:ind w:firstLine="283"/>
      </w:pPr>
      <w:r>
        <w:t>The man turned. The man's knife came back. The man's knife came at Kael's chest. Kael's feet set. Kael's weight centered. The turn, hips leading. Kael was at the man's left side. Kael's knife went across the man's left thigh. The thigh was the standing leg. The standing leg went out from under the man. The man went down.</w:t>
      </w:r>
    </w:p>
    <w:p>
      <w:pPr>
        <w:spacing w:line="360" w:lineRule="auto" w:after="0"/>
        <w:ind w:firstLine="283"/>
      </w:pPr>
      <w:r>
        <w:t>The man's knife went into the cobbles. The man's knife stayed in the cobbles. The man's hand went to the thigh. The thigh was bleeding. The blood was the man's. The blood was red. The blood was on the cobbles. The blood was on the cobbles the way the old blood had been on the man's blade — brown in a season, the brown of someone else's. The blood on the cobbles now was the man's own.</w:t>
      </w:r>
    </w:p>
    <w:p>
      <w:pPr>
        <w:spacing w:line="360" w:lineRule="auto" w:after="0"/>
        <w:ind w:firstLine="283"/>
      </w:pPr>
      <w:r>
        <w:t>Kael stood. The knife was in Kael's hand. The knife's blade had the man's blood on it. The blood was red. The blood was not the walker's blood. The blood was the man's.</w:t>
      </w:r>
    </w:p>
    <w:p>
      <w:pPr>
        <w:spacing w:line="360" w:lineRule="auto" w:after="0"/>
        <w:ind w:firstLine="283"/>
      </w:pPr>
      <w:r>
        <w:t>Kael did not press. Kael did not pull. Kael stood at the man's left side. The form was in Kael's body. The body was the form's.</w:t>
      </w:r>
    </w:p>
    <w:p>
      <w:pPr>
        <w:spacing w:line="360" w:lineRule="auto" w:after="0"/>
        <w:ind w:firstLine="283"/>
      </w:pPr>
      <w:r>
        <w:t>"You will live," Kael said. "The thigh will heal. The arm will heal. The road is not yours. The road has not been yours. The road will not be yours. The road is the road's. You will leave the road. You will go west. You will go to the third settlement's relief-kitchen. The kitchen will feed you. The kitchen will not ask. The kitchen does not ask. The kitchen portioned. The portion is the level's. The level fed the listed and the unlisted. You will be the unlisted. The level will feed you. The kitchen will not ask."</w:t>
      </w:r>
    </w:p>
    <w:p>
      <w:pPr>
        <w:spacing w:line="360" w:lineRule="auto" w:after="0"/>
        <w:ind w:firstLine="283"/>
      </w:pPr>
      <w:r>
        <w:t>The man did not speak. The man's hand was at the thigh. The man's blood was at the cobbles.</w:t>
      </w:r>
    </w:p>
    <w:p>
      <w:pPr>
        <w:spacing w:line="360" w:lineRule="auto" w:after="0"/>
        <w:ind w:firstLine="283"/>
      </w:pPr>
      <w:r>
        <w:t>Kael took the man's knife from the cobbles. The man's knife was a hand and a half. The blade had the brown of someone else's blood. Kael did not keep the man's knife. Kael set the man's knife at the road's edge, off the cobbles, in the dirt. The knife's blade went into the dirt point-first. The knife stood in the dirt the way the montante stood in the earth on the ridge. The knife stood.</w:t>
      </w:r>
    </w:p>
    <w:p>
      <w:pPr>
        <w:spacing w:line="360" w:lineRule="auto" w:after="0"/>
        <w:ind w:firstLine="283"/>
      </w:pPr>
      <w:r>
        <w:t>Kael wiped his own knife on the man's shirt. The man's blood came off the searcher's blade. The blood stayed on the man's shirt. The shirt was the man's. The blood was the man's. The two were the man's.</w:t>
      </w:r>
    </w:p>
    <w:p>
      <w:pPr>
        <w:spacing w:line="360" w:lineRule="auto" w:after="0"/>
        <w:ind w:firstLine="283"/>
      </w:pPr>
      <w:r>
        <w:t>Kael went on south. The man stayed at the road's fourth turning. The man's blood was on the cobbles. The man's knife was in the dirt at the road's edge. The man's knife stood.</w:t>
      </w:r>
    </w:p>
    <w:p>
      <w:pPr>
        <w:spacing w:line="360" w:lineRule="auto" w:after="0"/>
        <w:ind w:firstLine="283"/>
      </w:pPr>
      <w:r>
        <w:t>The company came at the noon. Corren saw the blood on the cobbles. Corren saw the knife in the dirt. Corren did not ask. The company went around. The company went south.</w:t>
      </w:r>
    </w:p>
    <w:p>
      <w:pPr>
        <w:spacing w:line="360" w:lineRule="auto" w:after="0"/>
        <w:ind w:firstLine="283"/>
      </w:pPr>
      <w:r>
        <w:t>In the evening's marking Pell wrote the blood into the day's log. The log's entry was:</w:t>
      </w:r>
    </w:p>
    <w:p>
      <w:pPr>
        <w:spacing w:line="360" w:lineRule="auto" w:after="0"/>
        <w:ind w:firstLine="283"/>
      </w:pPr>
      <w:r>
        <w:t>Blood at the road's fourth turning. Red. The walker's report: a man's blood. The man was not the company's. The man was not a walker. The man was a man with a knife. The knife was a fighting knife. The knife stood in the dirt at the road's edge. The company went around.</w:t>
      </w:r>
    </w:p>
    <w:p>
      <w:pPr>
        <w:spacing w:line="360" w:lineRule="auto" w:after="0"/>
        <w:ind w:firstLine="283"/>
      </w:pPr>
      <w:r>
        <w:t>Pell drew the caret under the entry. The caret held the man in the log. The man was held. The blood was held. The knife was held. The three were held. The three did not need to be.</w:t>
      </w:r>
    </w:p>
    <w:p>
      <w:pPr>
        <w:spacing w:before="360" w:after="240"/>
        <w:ind w:firstLine="0"/>
        <w:jc w:val="center"/>
      </w:pPr>
      <w:r>
        <w:rPr>
          <w:b/>
          <w:i/>
          <w:color w:val="333333"/>
          <w:sz w:val="26"/>
        </w:rPr>
        <w:t>Step — The Montante in the Failing Hand</w:t>
      </w:r>
    </w:p>
    <w:p>
      <w:pPr>
        <w:spacing w:line="360" w:lineRule="auto" w:after="0"/>
        <w:ind w:firstLine="283"/>
      </w:pPr>
      <w:r>
        <w:t>The montante stood in the earth at the dry hills' ninth fire's ridge. The montante had been standing in the earth at the ridge since the year Vasryn had set it there. The montante was five feet of plain iron. The montante had no ornament. The montante had no name. The montante was the form's.</w:t>
      </w:r>
    </w:p>
    <w:p>
      <w:pPr>
        <w:spacing w:line="360" w:lineRule="auto" w:after="0"/>
        <w:ind w:firstLine="283"/>
      </w:pPr>
      <w:r>
        <w:t>Vasryn went up to the ridge at the dusk. Vasryn's body was old. Vasryn's body was seventy-five. The right shoulder sat lower than the left. The knees had held the world's whole ledger arriving in them at once, and the holding had cost the knees. The breath was shallow. The body went up to the ridge the way an old body goes up a ridge — slowly, with the cost visible, with the tremor in the wrist that the first diagram had held.</w:t>
      </w:r>
    </w:p>
    <w:p>
      <w:pPr>
        <w:spacing w:line="360" w:lineRule="auto" w:after="0"/>
        <w:ind w:firstLine="283"/>
      </w:pPr>
      <w:r>
        <w:t>Kael went with him. Kael did not carry the old man. Kael walked at the old man's left side. The walking was the searcher's practice. The walking was the inheritor's.</w:t>
      </w:r>
    </w:p>
    <w:p>
      <w:pPr>
        <w:spacing w:line="360" w:lineRule="auto" w:after="0"/>
        <w:ind w:firstLine="283"/>
      </w:pPr>
      <w:r>
        <w:t>The montante stood in the earth. The iron was the color of plain iron. The iron had been the color of plain iron for thirty years. The iron had not rusted. The iron had been kept. The keeping was the form's.</w:t>
      </w:r>
    </w:p>
    <w:p>
      <w:pPr>
        <w:spacing w:line="360" w:lineRule="auto" w:after="0"/>
        <w:ind w:firstLine="283"/>
      </w:pPr>
      <w:r>
        <w:t>Vasryn set his hand on the montante's grip. The grip was leather. The leather was the color of the old man's hand. The leather had been the color of the old man's hand for thirty years. The two colors were the same color. The two had been the same color for thirty years.</w:t>
      </w:r>
    </w:p>
    <w:p>
      <w:pPr>
        <w:spacing w:line="360" w:lineRule="auto" w:after="0"/>
        <w:ind w:firstLine="283"/>
      </w:pPr>
      <w:r>
        <w:t>Vasryn's hand closed on the grip. The hand closed the way an old hand closes on a thing it has held for thirty years — by the muscle's old knowledge, not by the muscle's new strength. The muscle's new strength was not enough. The muscle's old knowledge was enough. The hand closed.</w:t>
      </w:r>
    </w:p>
    <w:p>
      <w:pPr>
        <w:spacing w:line="360" w:lineRule="auto" w:after="0"/>
        <w:ind w:firstLine="283"/>
      </w:pPr>
      <w:r>
        <w:t>Vasryn pulled. The montante came up. The iron was heavy. The iron was heavier than the old man's arm. The iron came up by the muscle's old knowledge. The iron came up to the horizontal. The iron stayed at the horizontal for a breath. The iron stayed for two breaths. The iron stayed for three breaths. The tremor ran through the wrist. The tremor ran through the forearm. The tremor ran through the iron. The iron shook at the horizontal. The iron's shaking was the body's shaking. The two shakings were the same shaking.</w:t>
      </w:r>
    </w:p>
    <w:p>
      <w:pPr>
        <w:spacing w:line="360" w:lineRule="auto" w:after="0"/>
        <w:ind w:firstLine="283"/>
      </w:pPr>
      <w:r>
        <w:t>Vasryn held the iron at the horizontal for three breaths. The three breaths were the form's old practice. The three breaths were the form's first figure. The three breaths were the body's old knowing. The body knew the three breaths. The body had held the three breaths for thirty years. The three breaths held.</w:t>
      </w:r>
    </w:p>
    <w:p>
      <w:pPr>
        <w:spacing w:line="360" w:lineRule="auto" w:after="0"/>
        <w:ind w:firstLine="283"/>
      </w:pPr>
      <w:r>
        <w:t>Vasryn's hand let go. The iron went down. The iron went into the earth at the same place the iron had stood. The iron had stood for thirty years.</w:t>
      </w:r>
    </w:p>
    <w:p>
      <w:pPr>
        <w:spacing w:line="360" w:lineRule="auto" w:after="0"/>
        <w:ind w:firstLine="283"/>
      </w:pPr>
      <w:r>
        <w:t>Vasryn looked at the iron. Vasryn's hand was at his side. The hand was open. The palm was forward. The fingers were apart. The hand did not close. The hand did not reach. The hand held its open.</w:t>
      </w:r>
    </w:p>
    <w:p>
      <w:pPr>
        <w:spacing w:line="360" w:lineRule="auto" w:after="0"/>
        <w:ind w:firstLine="283"/>
      </w:pPr>
      <w:r>
        <w:t>"Five feet of plain iron," Vasryn said. The voice was the old man's voice. The voice was not the form's voice. The voice was the body's voice. The body's voice had been the form's voice for thirty years. The body's voice was the body's voice now. The two voices were not the same voice. The two voices were the same man's.</w:t>
      </w:r>
    </w:p>
    <w:p>
      <w:pPr>
        <w:spacing w:line="360" w:lineRule="auto" w:after="0"/>
        <w:ind w:firstLine="283"/>
      </w:pPr>
      <w:r>
        <w:t>"Five feet of plain iron," Vasryn said again. "I held it. The holding was the form's. The holding was mine. The two holdings were the same holding. The two holdings were not the same. The holding was the form's knowing. The holding was my strength. The knowing is here. The strength is not. The knowing has stayed. The strength has gone. The knowing is the body's old knowing. The strength is the body's old strength. The knowing is the form's. The strength was the form's. The strength is not the form's now. The strength is gone. The knowing stays. The knowing will go. The knowing is going. The knowing is at the wrist. The wrist's tremor is the knowing going. The knowing will be gone. The form will be gone. The iron will stand. The iron will be the form's. The form will not be the body's. The body will be gone. The iron will stand."</w:t>
      </w:r>
    </w:p>
    <w:p>
      <w:pPr>
        <w:spacing w:line="360" w:lineRule="auto" w:after="0"/>
        <w:ind w:firstLine="283"/>
      </w:pPr>
      <w:r>
        <w:t>Kael did not speak. Kael stood at the old man's left side. The searcher's hand was at the searcher's chest. The searcher's knife was at the searcher's chest. The searcher's hand was not on the montante's grip. The searcher's hand was not on the iron. The iron was not the searcher's.</w:t>
      </w:r>
    </w:p>
    <w:p>
      <w:pPr>
        <w:spacing w:line="360" w:lineRule="auto" w:after="0"/>
        <w:ind w:firstLine="283"/>
      </w:pPr>
      <w:r>
        <w:t>Vasryn's hand went to the iron's grip again. The hand closed. The iron came up. The iron stayed at the horizontal for one breath. The iron went down. The iron stood.</w:t>
      </w:r>
    </w:p>
    <w:p>
      <w:pPr>
        <w:spacing w:line="360" w:lineRule="auto" w:after="0"/>
        <w:ind w:firstLine="283"/>
      </w:pPr>
      <w:r>
        <w:t>"Once more," Vasryn said.</w:t>
      </w:r>
    </w:p>
    <w:p>
      <w:pPr>
        <w:spacing w:line="360" w:lineRule="auto" w:after="0"/>
        <w:ind w:firstLine="283"/>
      </w:pPr>
      <w:r>
        <w:t>The hand closed. The iron came up. The iron stayed at the horizontal for one breath. The iron went down. The iron stood.</w:t>
      </w:r>
    </w:p>
    <w:p>
      <w:pPr>
        <w:spacing w:line="360" w:lineRule="auto" w:after="0"/>
        <w:ind w:firstLine="283"/>
      </w:pPr>
      <w:r>
        <w:t>The hand did not close again. The hand went to the old man's side. The hand was open. The palm was forward. The fingers were apart.</w:t>
      </w:r>
    </w:p>
    <w:p>
      <w:pPr>
        <w:spacing w:line="360" w:lineRule="auto" w:after="0"/>
        <w:ind w:firstLine="283"/>
      </w:pPr>
      <w:r>
        <w:t>"The iron is yours," Vasryn said. "Not now. The iron is yours when I cannot come to the ridge. The iron is yours when the knowing is gone. The iron is yours when the form is gone. The iron is yours when the body is gone. The iron is mine now. The iron is mine while I can come to the ridge. The iron is mine while the knowing is here. The iron is mine while the form is in the body. The iron is mine. The iron will be yours. The iron is mine now."</w:t>
      </w:r>
    </w:p>
    <w:p>
      <w:pPr>
        <w:spacing w:line="360" w:lineRule="auto" w:after="0"/>
        <w:ind w:firstLine="283"/>
      </w:pPr>
      <w:r>
        <w:t>The two stood at the ridge. The iron stood in the earth. The dusk came. The dusk went. The dark came. The two went down from the ridge. The iron stayed. The iron stood.</w:t>
      </w:r>
    </w:p>
    <w:p>
      <w:pPr>
        <w:spacing w:line="360" w:lineRule="auto" w:after="0"/>
        <w:ind w:firstLine="283"/>
      </w:pPr>
      <w:r>
        <w:t>In the morning Vasryn did not come to the ridge. In the morning after that, Vasryn did not come to the ridge. The iron stood. The iron was Vasryn's. The iron would be Kael's. The iron was not Kael's yet.</w:t>
      </w:r>
    </w:p>
    <w:p>
      <w:pPr>
        <w:spacing w:line="360" w:lineRule="auto" w:after="0"/>
        <w:ind w:firstLine="283"/>
      </w:pPr>
      <w:r>
        <w:t>The knowing stayed in the body. The strength had gone. The knowing was at the wrist. The wrist's tremor was the knowing's last word. The knowing would go. The knowing was going. The iron stood. The iron waited.</w:t>
      </w:r>
    </w:p>
    <w:p>
      <w:pPr>
        <w:spacing w:before="360" w:after="240"/>
        <w:ind w:firstLine="0"/>
        <w:jc w:val="center"/>
      </w:pPr>
      <w:r>
        <w:rPr>
          <w:b/>
          <w:i/>
          <w:color w:val="333333"/>
          <w:sz w:val="26"/>
        </w:rPr>
        <w:t>Step — The Empty Ledger</w:t>
      </w:r>
    </w:p>
    <w:p>
      <w:pPr>
        <w:spacing w:line="360" w:lineRule="auto" w:after="0"/>
        <w:ind w:firstLine="283"/>
      </w:pPr>
      <w:r>
        <w:t>Mira came to the archive at the coast's third winter. The archive was the corridor's. The chest was at the archive's center. The chest was Mira's now. The chest had been Mira's for fifteen years.</w:t>
      </w:r>
    </w:p>
    <w:p>
      <w:pPr>
        <w:spacing w:line="360" w:lineRule="auto" w:after="0"/>
        <w:ind w:firstLine="283"/>
      </w:pPr>
      <w:r>
        <w:t>The chest held the leaves. The leaves were the coast's records. The leaves were the corridor's records. The leaves were the keeper's records. The leaves held the open hand, the two words at the foot, the double cross at the edge, the not resolved at the margin. The leaves held the markings. The markings held the entries.</w:t>
      </w:r>
    </w:p>
    <w:p>
      <w:pPr>
        <w:spacing w:line="360" w:lineRule="auto" w:after="0"/>
        <w:ind w:firstLine="283"/>
      </w:pPr>
      <w:r>
        <w:t>Mira opened the chest at the archive's center. The chest's latch clicked. The chest opened. The leaves were inside. The leaves were in the level hand. The leaves were the chest's. The leaves were the keeper's. The leaves were Mira's now.</w:t>
      </w:r>
    </w:p>
    <w:p>
      <w:pPr>
        <w:spacing w:line="360" w:lineRule="auto" w:after="0"/>
        <w:ind w:firstLine="283"/>
      </w:pPr>
      <w:r>
        <w:t>Mira took the leaves out one at a time. The taking was the keeper's practice. The taking was the keeper's old reception. The keeper held the leaf. The keeper read the leaf. The keeper set the leaf on the table beside the chest. The leaf stayed on the table. The leaf waited for the next leaf.</w:t>
      </w:r>
    </w:p>
    <w:p>
      <w:pPr>
        <w:spacing w:line="360" w:lineRule="auto" w:after="0"/>
        <w:ind w:firstLine="283"/>
      </w:pPr>
      <w:r>
        <w:t>The seventh leaf was empty.</w:t>
      </w:r>
    </w:p>
    <w:p>
      <w:pPr>
        <w:spacing w:line="360" w:lineRule="auto" w:after="0"/>
        <w:ind w:firstLine="283"/>
      </w:pPr>
      <w:r>
        <w:t>The seventh leaf was the level hand's leaf. The seventh leaf was the good paper. The seventh leaf was the stable paper. The seventh leaf had been written on. The seventh leaf had been written on by the level hand. The seventh leaf had been written on by the woman whose name the city's records did not hold. The seventh leaf had the open hand at the head. The seventh leaf had the two words at the foot. The seventh leaf had the double cross at the edge. The seventh leaf had no entry.</w:t>
      </w:r>
    </w:p>
    <w:p>
      <w:pPr>
        <w:spacing w:line="360" w:lineRule="auto" w:after="0"/>
        <w:ind w:firstLine="283"/>
      </w:pPr>
      <w:r>
        <w:t>The entry was not on the seventh leaf. The entry was the leaf's center. The entry was the leaf's office. The entry was where the markings were. The markings were not there. The seventh leaf's center was blank. The blank was the leaf's. The blank was the leaf's own.</w:t>
      </w:r>
    </w:p>
    <w:p>
      <w:pPr>
        <w:spacing w:line="360" w:lineRule="auto" w:after="0"/>
        <w:ind w:firstLine="283"/>
      </w:pPr>
      <w:r>
        <w:t>Mira held the seventh leaf. The level hand's fingers held the leaf's edge. The leaf was the good paper, the stable paper, the empty paper.</w:t>
      </w:r>
    </w:p>
    <w:p>
      <w:pPr>
        <w:spacing w:line="360" w:lineRule="auto" w:after="0"/>
        <w:ind w:firstLine="283"/>
      </w:pPr>
      <w:r>
        <w:t>Mira's breath went in. Mira's breath went out. The breath was the keeper's.</w:t>
      </w:r>
    </w:p>
    <w:p>
      <w:pPr>
        <w:spacing w:line="360" w:lineRule="auto" w:after="0"/>
        <w:ind w:firstLine="283"/>
      </w:pPr>
      <w:r>
        <w:t>The empty was not a mistake. The empty was not the level hand's failure. The empty was the leaf's own office. The empty was the leaf's own practice. The empty was the leaf's saying: the entry was not here. The entry was not yet. The entry was not. The empty was the leaf's plain reception. The empty held the leaf's plain word: the entry is not here.</w:t>
      </w:r>
    </w:p>
    <w:p>
      <w:pPr>
        <w:spacing w:line="360" w:lineRule="auto" w:after="0"/>
        <w:ind w:firstLine="283"/>
      </w:pPr>
      <w:r>
        <w:t>Mira set the seventh leaf on the table. The seventh leaf lay on the table. The seventh leaf was empty. The empty was the leaf's.</w:t>
      </w:r>
    </w:p>
    <w:p>
      <w:pPr>
        <w:spacing w:line="360" w:lineRule="auto" w:after="0"/>
        <w:ind w:firstLine="283"/>
      </w:pPr>
      <w:r>
        <w:t>Mira took the pen. The pen was the same pen. The pen had not signed the four thousand, two hundred and thirty. The pen had not signed them at the failed threshold. The pen had not signed anything since. The pen was the level hand's. The pen was Mira's.</w:t>
      </w:r>
    </w:p>
    <w:p>
      <w:pPr>
        <w:spacing w:line="360" w:lineRule="auto" w:after="0"/>
        <w:ind w:firstLine="283"/>
      </w:pPr>
      <w:r>
        <w:t>Mira did not write on the seventh leaf. The pen did not come down. The pen stayed in the level hand's fingers. The pen stayed at the leaf's edge. The pen did not enter the leaf's empty center. The empty was the leaf's. The pen did not fill the empty. The pen held the empty.</w:t>
      </w:r>
    </w:p>
    <w:p>
      <w:pPr>
        <w:spacing w:line="360" w:lineRule="auto" w:after="0"/>
        <w:ind w:firstLine="283"/>
      </w:pPr>
      <w:r>
        <w:t>Mira set the pen down. The pen lay on the table. The pen did not write. The seventh leaf stayed empty.</w:t>
      </w:r>
    </w:p>
    <w:p>
      <w:pPr>
        <w:spacing w:line="360" w:lineRule="auto" w:after="0"/>
        <w:ind w:firstLine="283"/>
      </w:pPr>
      <w:r>
        <w:t>The entry was the leaf's own saying: the entry is not here. The entry was not. The entry had not been. The entry would not be. The empty was the leaf's plain word. The empty held the leaf's office. The empty held the archive's plain reception.</w:t>
      </w:r>
    </w:p>
    <w:p>
      <w:pPr>
        <w:spacing w:line="360" w:lineRule="auto" w:after="0"/>
        <w:ind w:firstLine="283"/>
      </w:pPr>
      <w:r>
        <w:t>Mira closed the chest. The chest's latch clicked. The chest was closed. The seventh leaf was inside. The seventh leaf was the empty leaf. The empty leaf was the chest's. The chest held the empty. The empty was held.</w:t>
      </w:r>
    </w:p>
    <w:p>
      <w:pPr>
        <w:spacing w:line="360" w:lineRule="auto" w:after="0"/>
        <w:ind w:firstLine="283"/>
      </w:pPr>
      <w:r>
        <w:t>The lamp burned at the archive's table. The lamp was the keeper's. The lamp's light was the archive's. The light fell on the chest. The light fell on the table. The light fell on the pen. The pen lay on the table. The pen did not write.</w:t>
      </w:r>
    </w:p>
    <w:p>
      <w:pPr>
        <w:spacing w:line="360" w:lineRule="auto" w:after="0"/>
        <w:ind w:firstLine="283"/>
      </w:pPr>
      <w:r>
        <w:t>Mira sat at the table's head. The level hand lay on the table. The hand did not shake. The hand held the table. The hand held the chest. The hand held the seventh leaf's empty. The empty was the leaf's. The empty was held.</w:t>
      </w:r>
    </w:p>
    <w:p>
      <w:pPr>
        <w:spacing w:line="360" w:lineRule="auto" w:after="0"/>
        <w:ind w:firstLine="283"/>
      </w:pPr>
      <w:r>
        <w:t>The not resolved was at the chest's other leaves' margins. The not resolved had been written at the other leaves' margins. The not resolved had been written ten years before. The not resolved had been written five years before. The not resolved had been written last year. The not resolved had not been written on the seventh leaf. The seventh leaf was empty. The empty was the not resolved's not-writing. The empty was the not resolved's own reception. The empty held the not resolved the way the open hand held its open. The empty held the not resolved without writing it. The empty was the not resolved's deepest writing. The empty was the not resolved's plain word.</w:t>
      </w:r>
    </w:p>
    <w:p>
      <w:pPr>
        <w:spacing w:line="360" w:lineRule="auto" w:after="0"/>
        <w:ind w:firstLine="283"/>
      </w:pPr>
      <w:r>
        <w:t>The seventh leaf held the empty. The empty held the not resolved. The not resolved held the archive. The archive held the chest. The chest held the seventh leaf. The five were the same holding. The five were not the same. The five held.</w:t>
      </w:r>
    </w:p>
    <w:p>
      <w:pPr>
        <w:spacing w:before="360" w:after="240"/>
        <w:ind w:firstLine="0"/>
        <w:jc w:val="center"/>
      </w:pPr>
      <w:r>
        <w:rPr>
          <w:b/>
          <w:i/>
          <w:color w:val="333333"/>
          <w:sz w:val="26"/>
        </w:rPr>
        <w:t>Step — The Ink on the Finger</w:t>
      </w:r>
    </w:p>
    <w:p>
      <w:pPr>
        <w:spacing w:line="360" w:lineRule="auto" w:after="0"/>
        <w:ind w:firstLine="283"/>
      </w:pPr>
      <w:r>
        <w:t>Elias was at his desk at the Registry's third hall. The desk was the Registry's. The desk was Elias's. The desk had been Elias's for three years. The desk was the cage's mechanism. The pen was the desk's. The pen was Elias's. The pen was the cage's mechanism. The ink was the pen's. The ink was the cage's mechanism. The page was the desk's. The page was the cage's mechanism.</w:t>
      </w:r>
    </w:p>
    <w:p>
      <w:pPr>
        <w:spacing w:line="360" w:lineRule="auto" w:after="0"/>
        <w:ind w:firstLine="283"/>
      </w:pPr>
      <w:r>
        <w:t>Elias had been writing. The writing was the Registry's old practice. The writing was the listing. The listing was the names. The names were the cage's mechanism. The names were the entries. The entries were the lines. The lines were the ink's. The ink was the cage's mechanism.</w:t>
      </w:r>
    </w:p>
    <w:p>
      <w:pPr>
        <w:spacing w:line="360" w:lineRule="auto" w:after="0"/>
        <w:ind w:firstLine="283"/>
      </w:pPr>
      <w:r>
        <w:t>Elias's pen went down on the page. The nib's scratch was the desk's plain weather. The scratch was the cage's mechanism. The scratch was the ink's saying: a name has been listed. A name has been entered. A name has been written. A name has been put in the cage. The cage's mechanism was the scratch. The cage's mechanism was the ink. The cage's mechanism was the page.</w:t>
      </w:r>
    </w:p>
    <w:p>
      <w:pPr>
        <w:spacing w:line="360" w:lineRule="auto" w:after="0"/>
        <w:ind w:firstLine="283"/>
      </w:pPr>
      <w:r>
        <w:t>Elias stopped at the seventh entry. The seventh entry was a name. The name was a man's name. The man was a man of the coast. The man was a man of the wound's coast. The man had been taken. The taking had been the white shields'. The taking had been at the third house. The taking had been at the third house's west end. The taking had been at the lime line's edge. The lime line had been on the door. The man had been taken at the door. The man's name had been given to the Registry. The Registry had given the man's name to Elias. Elias was writing the man's name in the Registry's seventh entry.</w:t>
      </w:r>
    </w:p>
    <w:p>
      <w:pPr>
        <w:spacing w:line="360" w:lineRule="auto" w:after="0"/>
        <w:ind w:firstLine="283"/>
      </w:pPr>
      <w:r>
        <w:t>Elias's pen stopped at the seventh entry. The pen did not finish the entry. The pen's nib was at the page. The ink was at the nib. The ink did not come off the nib. The ink stayed at the nib. The nib's scratch did not finish the name. The name stayed unfinished.</w:t>
      </w:r>
    </w:p>
    <w:p>
      <w:pPr>
        <w:spacing w:line="360" w:lineRule="auto" w:after="0"/>
        <w:ind w:firstLine="283"/>
      </w:pPr>
      <w:r>
        <w:t>Elias looked at his right hand. The right hand was the writing hand. The right hand's forefinger had ink on it. The ink was black. The ink was at the finger's first knuckle. The ink was at the finger's inside. The ink had come off the nib. The ink had come off the nib at the third entry. The ink had been at the finger's first knuckle since the third entry. Elias had not noticed the ink at the third entry. Elias noticed the ink at the seventh entry.</w:t>
      </w:r>
    </w:p>
    <w:p>
      <w:pPr>
        <w:spacing w:line="360" w:lineRule="auto" w:after="0"/>
        <w:ind w:firstLine="283"/>
      </w:pPr>
      <w:r>
        <w:t>The ink was black. The ink was the cage's mechanism. The ink was on the finger. The ink was on Elias's finger. The finger was Elias's. The ink was the cage's. The two were on the same finger. The two did not need to be. The two were.</w:t>
      </w:r>
    </w:p>
    <w:p>
      <w:pPr>
        <w:spacing w:line="360" w:lineRule="auto" w:after="0"/>
        <w:ind w:firstLine="283"/>
      </w:pPr>
      <w:r>
        <w:t>Elias looked at the ink. The ink was black. The ink was the color of the Registry's ink. The ink was the color of the cage's mechanism. The ink was the color of every entry. The ink was the color of every name. The ink was the color of every line. The ink was the color of every taking. The ink was the color of every cage.</w:t>
      </w:r>
    </w:p>
    <w:p>
      <w:pPr>
        <w:spacing w:line="360" w:lineRule="auto" w:after="0"/>
        <w:ind w:firstLine="283"/>
      </w:pPr>
      <w:r>
        <w:t>Elias's left hand went to the right hand's forefinger. The left hand's thumb pressed the ink. The left hand's thumb rubbed the ink. The ink did not come off. The ink stayed on the right hand's forefinger. The cage's ink did not come off the finger. The finger was the cage's. The two were the cage's. The two did not come off.</w:t>
      </w:r>
    </w:p>
    <w:p>
      <w:pPr>
        <w:spacing w:line="360" w:lineRule="auto" w:after="0"/>
        <w:ind w:firstLine="283"/>
      </w:pPr>
      <w:r>
        <w:t>Elias's left hand came away from the right hand. The left hand's thumb had a small black on it. The small black was the ink. The ink had come off the right hand's forefinger a little. The little was on the left hand's thumb. The little was the cage's. The little was the cage's on the left hand's thumb. The two hands were the cage's. The two hands had the ink on them. The two hands were the cage's mechanism.</w:t>
      </w:r>
    </w:p>
    <w:p>
      <w:pPr>
        <w:spacing w:line="360" w:lineRule="auto" w:after="0"/>
        <w:ind w:firstLine="283"/>
      </w:pPr>
      <w:r>
        <w:t>Elias stood from the desk. The standing was the body's old reception. The body had been sitting at the desk for three hours. The body stood. The standing was the body's saying: the sitting is done. The sitting was not done. The seventh entry was not finished. The seventh entry's name was not finished. The name stayed unfinished at the page. The pen lay at the page. The pen did not finish the name.</w:t>
      </w:r>
    </w:p>
    <w:p>
      <w:pPr>
        <w:spacing w:line="360" w:lineRule="auto" w:after="0"/>
        <w:ind w:firstLine="283"/>
      </w:pPr>
      <w:r>
        <w:t>Elias went to the Registry's third hall's window. The window was the Registry's. The window looked south. The window looked over the coast's plain light. The plain light was the coast's. The plain light was the wound's coast's. The plain light fell on Elias's face. The face was Elias's. The face was the cage's. The two were on the same face. The two did not need to be. The two were.</w:t>
      </w:r>
    </w:p>
    <w:p>
      <w:pPr>
        <w:spacing w:line="360" w:lineRule="auto" w:after="0"/>
        <w:ind w:firstLine="283"/>
      </w:pPr>
      <w:r>
        <w:t>Elias's right hand's forefinger was at the window's light. The ink was at the forefinger. The ink was black at the window's light. The black was the cage's. The black was at the finger. The finger was at the window. The window was the cage's. The finger was the cage's. The two were at the window. The two were the cage's at the window.</w:t>
      </w:r>
    </w:p>
    <w:p>
      <w:pPr>
        <w:spacing w:line="360" w:lineRule="auto" w:after="0"/>
        <w:ind w:firstLine="283"/>
      </w:pPr>
      <w:r>
        <w:t>Elias did not weep. Elias did not soften. The face held the plain light. The face held the ink. The face held the cage. The face held the seventh entry's unfinished name. The face held the man who had been taken at the third house's door. The face held the lime line. The face held the cage's mechanism. The face held the ink on the finger. The face held.</w:t>
      </w:r>
    </w:p>
    <w:p>
      <w:pPr>
        <w:spacing w:line="360" w:lineRule="auto" w:after="0"/>
        <w:ind w:firstLine="283"/>
      </w:pPr>
      <w:r>
        <w:t>The ink stayed on the finger. The ink stayed on the cage's mechanism. The ink stayed on Elias. Elias was the cage's mechanism. The ink was the cage's. The ink was Elias's. The two were the same ink. The two did not need to be. The two were.</w:t>
      </w:r>
    </w:p>
    <w:p>
      <w:pPr>
        <w:spacing w:line="360" w:lineRule="auto" w:after="0"/>
        <w:ind w:firstLine="283"/>
      </w:pPr>
      <w:r>
        <w:t>The seventh entry stayed unfinished. The pen lay at the page. The pen did not finish the name. The name stayed unfinished. The man stayed taken. The cage stayed. The ink stayed on the finger. The ink stayed.</w:t>
      </w:r>
    </w:p>
    <w:p>
      <w:pPr>
        <w:spacing w:before="360" w:after="240"/>
        <w:ind w:firstLine="0"/>
        <w:jc w:val="center"/>
      </w:pPr>
      <w:r>
        <w:rPr>
          <w:b/>
          <w:i/>
          <w:color w:val="333333"/>
          <w:sz w:val="26"/>
        </w:rPr>
        <w:t>Step — The Beast's Body</w:t>
      </w:r>
    </w:p>
    <w:p>
      <w:pPr>
        <w:spacing w:line="360" w:lineRule="auto" w:after="0"/>
        <w:ind w:firstLine="283"/>
      </w:pPr>
      <w:r>
        <w:t>The beast was at the road's south edge, three miles past the dry hills' ninth fire. The beast was dead. The beast had been dead for a day. The beast had been one of the wound's beasts. The beast had the person's shape — two arms, two legs, a head, a body — but the body's proportions were wrong. The arms were too long. The legs were too short. The head was small. The head's eyes were black. The eyes had been black. The eyes were closed in the death.</w:t>
      </w:r>
    </w:p>
    <w:p>
      <w:pPr>
        <w:spacing w:line="360" w:lineRule="auto" w:after="0"/>
        <w:ind w:firstLine="283"/>
      </w:pPr>
      <w:r>
        <w:t>The beast's blood was on the cobbles. The blood was black. The blood was not red. The blood was the wound's. The blood was the wound's own color. The blood was the black of the wound's beasts. The blood was on the cobbles the way the burned mile's cobbles had held the fire's heat — the blood held the cobbles' color. The cobbles were black at the beast's body. The black was the blood's. The black was the cobbles'. The two blacks were the same black. The two did not need to be. The two were.</w:t>
      </w:r>
    </w:p>
    <w:p>
      <w:pPr>
        <w:spacing w:line="360" w:lineRule="auto" w:after="0"/>
        <w:ind w:firstLine="283"/>
      </w:pPr>
      <w:r>
        <w:t>Corren stopped at the beast's body. The company stopped behind him. The stopping rippled back along the line.</w:t>
      </w:r>
    </w:p>
    <w:p>
      <w:pPr>
        <w:spacing w:line="360" w:lineRule="auto" w:after="0"/>
        <w:ind w:firstLine="283"/>
      </w:pPr>
      <w:r>
        <w:t>"We go around," Corren said. "The beast's body is the wound's. The body's blood is the wound's. The cobbles at the body are the wound's. We do not walk on the wound's cobbles. We go east at the body's south edge. We go around."</w:t>
      </w:r>
    </w:p>
    <w:p>
      <w:pPr>
        <w:spacing w:line="360" w:lineRule="auto" w:after="0"/>
        <w:ind w:firstLine="283"/>
      </w:pPr>
      <w:r>
        <w:t>The company did not go around. The company stopped. Damar — the old woman at the line's rear, the company's calendar — went forward. Damar's feet were the company's pace. Damar's feet had been the company's pace for a year. Damar's feet went forward now. The going forward was Damar's own office. The office was the company's oldest. The office was the burying.</w:t>
      </w:r>
    </w:p>
    <w:p>
      <w:pPr>
        <w:spacing w:line="360" w:lineRule="auto" w:after="0"/>
        <w:ind w:firstLine="283"/>
      </w:pPr>
      <w:r>
        <w:t>Damar went to the beast's body. Damar's hands were the company's oldest hands. Damar's hands had buried the company's two in the first year. Damar's hands had buried the company's third last winter. Damar's hands knew the burying. The burying was the company's old practice. The burying was the body's old reception. The body was buried. The body was buried the way the company buried the company's own — by the hands, by the staff, by the company's whole body at the rim.</w:t>
      </w:r>
    </w:p>
    <w:p>
      <w:pPr>
        <w:spacing w:line="360" w:lineRule="auto" w:after="0"/>
        <w:ind w:firstLine="283"/>
      </w:pPr>
      <w:r>
        <w:t>Damar set her hands at the beast's body's shoulder. The shoulder was the wound's. The shoulder was cold. The cold was the death's. The three colds were the same cold. The three were at the shoulder.</w:t>
      </w:r>
    </w:p>
    <w:p>
      <w:pPr>
        <w:spacing w:line="360" w:lineRule="auto" w:after="0"/>
        <w:ind w:firstLine="283"/>
      </w:pPr>
      <w:r>
        <w:t>"The body is buried," Damar said. "The body is the wound's. The body is buried the way the company's own are buried. The burying is the company's old reception. The burying is not the body's. The burying is the company's. The company does not bury the wound. The body is buried. The wound is not. The wound is the wound's. The body is the company's. The body is buried."</w:t>
      </w:r>
    </w:p>
    <w:p>
      <w:pPr>
        <w:spacing w:line="360" w:lineRule="auto" w:after="0"/>
        <w:ind w:firstLine="283"/>
      </w:pPr>
      <w:r>
        <w:t>Corren came forward. Corren's staff was in his hand. The staff was the walker's third hand. The staff was the burying's hand. Corren set the staff at the cobbles beside the body. The staff's foot was the burying's first mark. The first mark was the body's east edge. The east edge was where the body would be put. The body would be put under the cobbles. The body would be buried.</w:t>
      </w:r>
    </w:p>
    <w:p>
      <w:pPr>
        <w:spacing w:line="360" w:lineRule="auto" w:after="0"/>
        <w:ind w:firstLine="283"/>
      </w:pPr>
      <w:r>
        <w:t>The company dug. The company's young dug with the staff. The company's old dug with their hands. The digging was the company's old practice. The digging was the burying's old practice. The digging was the body's old reception. The body was buried. The body was put under the cobbles. The cobbles were put back. The cobbles were black at the body. The black was the blood's. The black was the cobbles'. The two blacks were the same black. The two were at the body.</w:t>
      </w:r>
    </w:p>
    <w:p>
      <w:pPr>
        <w:spacing w:line="360" w:lineRule="auto" w:after="0"/>
        <w:ind w:firstLine="283"/>
      </w:pPr>
      <w:r>
        <w:t>The company stood at the body's rim. The rim was the burying's rim. The rim was the company's. The three were the same rim. The three were at the cobbles.</w:t>
      </w:r>
    </w:p>
    <w:p>
      <w:pPr>
        <w:spacing w:line="360" w:lineRule="auto" w:after="0"/>
        <w:ind w:firstLine="283"/>
      </w:pPr>
      <w:r>
        <w:t>Damar spoke the company's old burying word. The word was the company's. The word was not the wound's. The word was the company's own reception of the dead.</w:t>
      </w:r>
    </w:p>
    <w:p>
      <w:pPr>
        <w:spacing w:line="360" w:lineRule="auto" w:after="0"/>
        <w:ind w:firstLine="283"/>
      </w:pPr>
      <w:r>
        <w:t>"You are buried," Damar said. "You are the wound's. You are buried by the company. The burying is the company's. The body is the wound's. The body is the company's now. The body is in the cobbles. The cobbles are the company's. The cobbles are the wound's. The two are the same cobbles. The two are at the body. The burying is done."</w:t>
      </w:r>
    </w:p>
    <w:p>
      <w:pPr>
        <w:spacing w:line="360" w:lineRule="auto" w:after="0"/>
        <w:ind w:firstLine="283"/>
      </w:pPr>
      <w:r>
        <w:t>The company stood at the rim. The company did not weep. The company did not soften. The company held the body's rim. The company held the burying. The company held the body's wound. The company held the cobbles' black. The company held.</w:t>
      </w:r>
    </w:p>
    <w:p>
      <w:pPr>
        <w:spacing w:line="360" w:lineRule="auto" w:after="0"/>
        <w:ind w:firstLine="283"/>
      </w:pPr>
      <w:r>
        <w:t>The body stayed in the cobbles. The body was buried. The black was at the cobbles. The black stayed. The body stayed. The burying stayed. The three stayed. The three were the company's reception. The three were the company's plain word: the body is buried. The wound is not. The wound is the wound's.</w:t>
      </w:r>
    </w:p>
    <w:p>
      <w:pPr>
        <w:spacing w:line="360" w:lineRule="auto" w:after="0"/>
        <w:ind w:firstLine="283"/>
      </w:pPr>
      <w:r>
        <w:t>In the evening's marking Pell wrote the body into the day's log in the level hand. The log's entry was:</w:t>
      </w:r>
    </w:p>
    <w:p>
      <w:pPr>
        <w:spacing w:line="360" w:lineRule="auto" w:after="0"/>
        <w:ind w:firstLine="283"/>
      </w:pPr>
      <w:r>
        <w:t>A beast's body at the road's south edge, three miles past the dry hills' ninth fire. The body was the wound's. The body had the person's shape. The body was buried by the company. The burying was the company's old practice. The body was buried. The wound is not buried. The wound is the wound's. The company went south.</w:t>
      </w:r>
    </w:p>
    <w:p>
      <w:pPr>
        <w:spacing w:line="360" w:lineRule="auto" w:after="0"/>
        <w:ind w:firstLine="283"/>
      </w:pPr>
      <w:r>
        <w:t>Pell drew the caret under the entry. The caret held the body in the log. The body was held. The burying was held. The wound was not held. The three were held. The three did not need to be.</w:t>
      </w:r>
    </w:p>
    <w:p>
      <w:pPr>
        <w:spacing w:before="360" w:after="240"/>
        <w:ind w:firstLine="0"/>
        <w:jc w:val="center"/>
      </w:pPr>
      <w:r>
        <w:rPr>
          <w:b/>
          <w:i/>
          <w:color w:val="333333"/>
          <w:sz w:val="26"/>
        </w:rPr>
        <w:t>Step — The Cup Returned</w:t>
      </w:r>
    </w:p>
    <w:p>
      <w:pPr>
        <w:spacing w:line="360" w:lineRule="auto" w:after="0"/>
        <w:ind w:firstLine="283"/>
      </w:pPr>
      <w:r>
        <w:t>The cup came back at the dry hills' eleventh fire. The cup had been given to Rill at the dry hills' ninth fire. Rill was the company's quickest reader of ground. Rill was twenty. Rill had been the company's for three years. The cup had been given to Rill at the ninth fire as the company's old reception of the company's young. The cup had been a tin cup. The cup had a dent at the rim. The cup had been the company's. The cup had been given to Rill. The cup had been Rill's for two fires.</w:t>
      </w:r>
    </w:p>
    <w:p>
      <w:pPr>
        <w:spacing w:line="360" w:lineRule="auto" w:after="0"/>
        <w:ind w:firstLine="283"/>
      </w:pPr>
      <w:r>
        <w:t>Rill came to Corren at the eleventh fire's dawn. The cup was in Rill's hand. The cup was the tin cup. The dent was at the rim. The cup was the company's. The cup had been Rill's. The cup was returned.</w:t>
      </w:r>
    </w:p>
    <w:p>
      <w:pPr>
        <w:spacing w:line="360" w:lineRule="auto" w:after="0"/>
        <w:ind w:firstLine="283"/>
      </w:pPr>
      <w:r>
        <w:t>Corren looked at the cup. Corren looked at Rill. The looking was the walker's old reception. The looking did not speak.</w:t>
      </w:r>
    </w:p>
    <w:p>
      <w:pPr>
        <w:spacing w:line="360" w:lineRule="auto" w:after="0"/>
        <w:ind w:firstLine="283"/>
      </w:pPr>
      <w:r>
        <w:t>"I am leaving," Rill said. "The cup is returned."</w:t>
      </w:r>
    </w:p>
    <w:p>
      <w:pPr>
        <w:spacing w:line="360" w:lineRule="auto" w:after="0"/>
        <w:ind w:firstLine="283"/>
      </w:pPr>
      <w:r>
        <w:t>Corren did not speak. Corren's hand went to the cup. The cup was in Corren's hand. The cup was the company's. The cup was the leading's. The cup was Corren's now. The cup had been Rill's. The cup was returned.</w:t>
      </w:r>
    </w:p>
    <w:p>
      <w:pPr>
        <w:spacing w:line="360" w:lineRule="auto" w:after="0"/>
        <w:ind w:firstLine="283"/>
      </w:pPr>
      <w:r>
        <w:t>"Where do you go?" Corren said.</w:t>
      </w:r>
    </w:p>
    <w:p>
      <w:pPr>
        <w:spacing w:line="360" w:lineRule="auto" w:after="0"/>
        <w:ind w:firstLine="283"/>
      </w:pPr>
      <w:r>
        <w:t>"West," Rill said. "West to the third settlement. The third settlement has a relief-kitchen. The kitchen is the mender's. The kitchen will feed the listed and the unlisted. The kitchen does not ask. I will be the unlisted. The kitchen will feed me. I will be the kitchen's. I will not be the company's. The company has been mine for three years. The company has been the walking's. The walking has been mine. The walking is not mine now. The walking is the company's. The walking is the company's walking. I am not the company's walking now. I am the kitchen's. The corridor is the corridor's. I am the corridor's now. I am not the walker's. I am the corridor's."</w:t>
      </w:r>
    </w:p>
    <w:p>
      <w:pPr>
        <w:spacing w:line="360" w:lineRule="auto" w:after="0"/>
        <w:ind w:firstLine="283"/>
      </w:pPr>
      <w:r>
        <w:t>Corren held the cup. The cup was in Corren's hand. The cup was the company's. The cup had been Rill's. The cup was returned.</w:t>
      </w:r>
    </w:p>
    <w:p>
      <w:pPr>
        <w:spacing w:line="360" w:lineRule="auto" w:after="0"/>
        <w:ind w:firstLine="283"/>
      </w:pPr>
      <w:r>
        <w:t>"The cup is the company's," Corren said. "The cup has been the company's. The cup will be the company's. The cup is returned. The cup is the company's old reception of the company's young. The cup is not the walker's. The cup is not the corridor's. The cup is returned."</w:t>
      </w:r>
    </w:p>
    <w:p>
      <w:pPr>
        <w:spacing w:line="360" w:lineRule="auto" w:after="0"/>
        <w:ind w:firstLine="283"/>
      </w:pPr>
      <w:r>
        <w:t>Rill did not speak. Rill stood at the dawn. The cup was in Corren's hand. Rill's hand was empty. The empty hand was the leaving's.</w:t>
      </w:r>
    </w:p>
    <w:p>
      <w:pPr>
        <w:spacing w:line="360" w:lineRule="auto" w:after="0"/>
        <w:ind w:firstLine="283"/>
      </w:pPr>
      <w:r>
        <w:t>"You will be missed," Corren said. "The missing is the company's. The missing is the company's old reception of the company's gone. The company's gone are the company's. The company's gone are missed. The missing is not yours. You are not the missing. You are the gone. The two are not the same. The two are at the cup. The cup is returned. The cup is the company's. The cup is returned."</w:t>
      </w:r>
    </w:p>
    <w:p>
      <w:pPr>
        <w:spacing w:line="360" w:lineRule="auto" w:after="0"/>
        <w:ind w:firstLine="283"/>
      </w:pPr>
      <w:r>
        <w:t>Rill did not weep. Rill did not soften. Rill's face held the dawn's plain light. Rill's face held the leaving. Rill's face held the corridor's. Rill's face held the gone. The four were on the same face. The four did not need to be. The four were.</w:t>
      </w:r>
    </w:p>
    <w:p>
      <w:pPr>
        <w:spacing w:line="360" w:lineRule="auto" w:after="0"/>
        <w:ind w:firstLine="283"/>
      </w:pPr>
      <w:r>
        <w:t>Rill went west. The company's eleventh fire was at Rill's back. The cup was in Corren's hand. The cup was returned. The cup was the company's.</w:t>
      </w:r>
    </w:p>
    <w:p>
      <w:pPr>
        <w:spacing w:line="360" w:lineRule="auto" w:after="0"/>
        <w:ind w:firstLine="283"/>
      </w:pPr>
      <w:r>
        <w:t>The company went south at the eleventh fire's noon. The company was nineteen now. The company had been twenty. The company was nineteen. The nineteen went south. The nineteen's spine was the nineteen's. The spine was the company's. The spine was the nineteen's. The two were the same spine. The two were not the same. The two went south.</w:t>
      </w:r>
    </w:p>
    <w:p>
      <w:pPr>
        <w:spacing w:line="360" w:lineRule="auto" w:after="0"/>
        <w:ind w:firstLine="283"/>
      </w:pPr>
      <w:r>
        <w:t>In the evening's marking Pell wrote the cup into the day's log in the level hand. The log's entry was:</w:t>
      </w:r>
    </w:p>
    <w:p>
      <w:pPr>
        <w:spacing w:line="360" w:lineRule="auto" w:after="0"/>
        <w:ind w:firstLine="283"/>
      </w:pPr>
      <w:r>
        <w:t>Rill left at the dry hills' eleventh fire's dawn. The cup was returned. The cup was the company's. Rill went west to the third settlement's relief-kitchen. Rill was the corridor's now. Rill was not the company's. The company is nineteen. The company went south.</w:t>
      </w:r>
    </w:p>
    <w:p>
      <w:pPr>
        <w:spacing w:line="360" w:lineRule="auto" w:after="0"/>
        <w:ind w:firstLine="283"/>
      </w:pPr>
      <w:r>
        <w:t>Pell drew the caret under the entry. The caret held Rill in the log. Rill was held. The cup was held. The leaving was held. The three were held. The three did not need to be.</w:t>
      </w:r>
    </w:p>
    <w:p>
      <w:pPr>
        <w:spacing w:line="360" w:lineRule="auto" w:after="0"/>
        <w:ind w:firstLine="283"/>
      </w:pPr>
      <w:r>
        <w:t>The cup was put in the company's box. The box was the company's old kept thing. The cup lay in the box. The cup had been Rill's. The cup was returned. The cup waited for the next company's young. The next company's young would be the company's at the next fire. The cup would be given. The cup would be returned. The cup would wait.</w:t>
      </w:r>
    </w:p>
    <w:p>
      <w:pPr>
        <w:spacing w:before="360" w:after="240"/>
        <w:ind w:firstLine="0"/>
        <w:jc w:val="center"/>
      </w:pPr>
      <w:r>
        <w:rPr>
          <w:b/>
          <w:i/>
          <w:color w:val="333333"/>
          <w:sz w:val="26"/>
        </w:rPr>
        <w:t>Step — The Two-Name Milestone</w:t>
      </w:r>
    </w:p>
    <w:p>
      <w:pPr>
        <w:spacing w:line="360" w:lineRule="auto" w:after="0"/>
        <w:ind w:firstLine="283"/>
      </w:pPr>
      <w:r>
        <w:t>The milestone was at the dry hills' twelfth fire's south road. The milestone was stone. The milestone was the road's old marker. The milestone had been the road's old marker for a generation. The milestone had two names.</w:t>
      </w:r>
    </w:p>
    <w:p>
      <w:pPr>
        <w:spacing w:line="360" w:lineRule="auto" w:after="0"/>
        <w:ind w:firstLine="283"/>
      </w:pPr>
      <w:r>
        <w:t>The first name was on the milestone's west face. The first name was ORENTH. The first name was carved in the stone. The carving was old. The carving was deep. The first name was the coast's old name for the road's south end. The coast's old name had been ORENTH for a generation.</w:t>
      </w:r>
    </w:p>
    <w:p>
      <w:pPr>
        <w:spacing w:line="360" w:lineRule="auto" w:after="0"/>
        <w:ind w:firstLine="283"/>
      </w:pPr>
      <w:r>
        <w:t>The second name was on the milestone's east face. The second name was SERETH. The second name was carved in the stone. The carving was new. The carving was shallow. The second name was the coast's new name for the road's south end. The coast's new name had been SERETH for a season.</w:t>
      </w:r>
    </w:p>
    <w:p>
      <w:pPr>
        <w:spacing w:line="360" w:lineRule="auto" w:after="0"/>
        <w:ind w:firstLine="283"/>
      </w:pPr>
      <w:r>
        <w:t>The two names were the road's two names. The two names were the road's two sayings. The two names did not agree. The two names did not need to. The two names were the stone's. The stone held the two names. The two names held the stone.</w:t>
      </w:r>
    </w:p>
    <w:p>
      <w:pPr>
        <w:spacing w:line="360" w:lineRule="auto" w:after="0"/>
        <w:ind w:firstLine="283"/>
      </w:pPr>
      <w:r>
        <w:t>Corren stopped at the milestone. The company stopped behind him. The stopping rippled back along the line.</w:t>
      </w:r>
    </w:p>
    <w:p>
      <w:pPr>
        <w:spacing w:line="360" w:lineRule="auto" w:after="0"/>
        <w:ind w:firstLine="283"/>
      </w:pPr>
      <w:r>
        <w:t>"The two names," Corren said to Pell. "Read the two names."</w:t>
      </w:r>
    </w:p>
    <w:p>
      <w:pPr>
        <w:spacing w:line="360" w:lineRule="auto" w:after="0"/>
        <w:ind w:firstLine="283"/>
      </w:pPr>
      <w:r>
        <w:t>Pell read the two names. Pell's eyes went west. Pell's eyes went east. The two names were on the same stone.</w:t>
      </w:r>
    </w:p>
    <w:p>
      <w:pPr>
        <w:spacing w:line="360" w:lineRule="auto" w:after="0"/>
        <w:ind w:firstLine="283"/>
      </w:pPr>
      <w:r>
        <w:t>"ORENTH," Pell said. "SERETH."</w:t>
      </w:r>
    </w:p>
    <w:p>
      <w:pPr>
        <w:spacing w:line="360" w:lineRule="auto" w:after="0"/>
        <w:ind w:firstLine="283"/>
      </w:pPr>
      <w:r>
        <w:t>"Two names," Corren said. "The two names are the road's two sayings. The road's old name was ORENTH. The road's new name is SERETH. The two names are on the same stone. The two names are the road's two sayings. The two names do not agree. The two names do not need to. The road has two sayings. The road's old saying is ORENTH. The road's new saying is SERETH. The two sayings are the road's. The road does not choose. The road does not prefer. The road holds the two sayings. The two sayings are the road's plain reception: the road is here, and the road has been here, and the road is called two names. The two names are the road's uncertainty. The road does not resolve the two names. The road does not resolve. The road is the road's. The two names are the road's. The road does not choose."</w:t>
      </w:r>
    </w:p>
    <w:p>
      <w:pPr>
        <w:spacing w:line="360" w:lineRule="auto" w:after="0"/>
        <w:ind w:firstLine="283"/>
      </w:pPr>
      <w:r>
        <w:t>Corren set the staff at the milestone's base. The staff was the walker's third hand. The staff stood. The staff was the walker's level. The staff did not lean at the milestone. The milestone's two names were on the stone. The two were at the same stone.</w:t>
      </w:r>
    </w:p>
    <w:p>
      <w:pPr>
        <w:spacing w:line="360" w:lineRule="auto" w:after="0"/>
        <w:ind w:firstLine="283"/>
      </w:pPr>
      <w:r>
        <w:t>"We go south," Corren said. "The road goes south. The road's two names are on the milestone. The road's two names are the road's. We go south. The road's name is not the walker's office. The walker's office is the reading. The walker reads the ground. The walker does not read the road's name. The walker reads the ground's two sayings — the old skin and the new skin. The walker does not read the road's two sayings. The road's two sayings are the road's. The walker's two sayings are the ground's. The two are not the same. The two are at the same milestone. The two do not need to be."</w:t>
      </w:r>
    </w:p>
    <w:p>
      <w:pPr>
        <w:spacing w:line="360" w:lineRule="auto" w:after="0"/>
        <w:ind w:firstLine="283"/>
      </w:pPr>
      <w:r>
        <w:t>The company went south. The milestone stayed at the dry hills' twelfth fire's south road. The milestone held the two names. The two names held the milestone. The two were at the same stone. The two did not need to be.</w:t>
      </w:r>
    </w:p>
    <w:p>
      <w:pPr>
        <w:spacing w:line="360" w:lineRule="auto" w:after="0"/>
        <w:ind w:firstLine="283"/>
      </w:pPr>
      <w:r>
        <w:t>In the evening's marking Pell wrote the milestone into the day's log in the level hand. The log's entry was:</w:t>
      </w:r>
    </w:p>
    <w:p>
      <w:pPr>
        <w:spacing w:line="360" w:lineRule="auto" w:after="0"/>
        <w:ind w:firstLine="283"/>
      </w:pPr>
      <w:r>
        <w:t>A milestone at the dry hills' twelfth fire's south road. The milestone had two names — ORENTH on the west face, SERETH on the east face. The two names were the road's two sayings. The two names did not agree. The two names did not need to. The road's name was not the walker's office. The walker's office was the reading. The company went south.</w:t>
      </w:r>
    </w:p>
    <w:p>
      <w:pPr>
        <w:spacing w:line="360" w:lineRule="auto" w:after="0"/>
        <w:ind w:firstLine="283"/>
      </w:pPr>
      <w:r>
        <w:t>Pell drew the caret under the entry. The caret held the two names in the log. The two names were held. The milestone was held. The road was held. The three were held. The three did not need to be.</w:t>
      </w:r>
    </w:p>
    <w:p>
      <w:pPr>
        <w:spacing w:line="360" w:lineRule="auto" w:after="0"/>
        <w:ind w:firstLine="283"/>
      </w:pPr>
      <w:r>
        <w:t>The road went south. The company went south. The two were not the same going. The two were at the same south. The two went south.</w:t>
      </w:r>
    </w:p>
    <w:p>
      <w:pPr>
        <w:spacing w:before="360" w:after="240"/>
        <w:ind w:firstLine="0"/>
        <w:jc w:val="center"/>
      </w:pPr>
      <w:r>
        <w:rPr>
          <w:b/>
          <w:i/>
          <w:color w:val="333333"/>
          <w:sz w:val="26"/>
        </w:rPr>
        <w:t>Step — The Brother's Name</w:t>
      </w:r>
    </w:p>
    <w:p>
      <w:pPr>
        <w:spacing w:line="360" w:lineRule="auto" w:after="0"/>
        <w:ind w:firstLine="283"/>
      </w:pPr>
      <w:r>
        <w:t>Vasryn sat at the dry hills' thirteenth fire. The fire was the company's. The fire was the dusk's. The fire's light fell on Vasryn's face. The face was old. The face was seventy-five. The face held the dusk's plain light. The face held the fire's plain light. The two lights were on the same face. The two did not need to be. The two were.</w:t>
      </w:r>
    </w:p>
    <w:p>
      <w:pPr>
        <w:spacing w:line="360" w:lineRule="auto" w:after="0"/>
        <w:ind w:firstLine="283"/>
      </w:pPr>
      <w:r>
        <w:t>Vasryn's hand went to his mouth. The hand was the right hand. The right hand was the hand that had held the montante. The right hand had held the montante at the ridge. The right hand had let go of the montante. The right hand was at the mouth now. The mouth was the saying's. The mouth was the not-saying's.</w:t>
      </w:r>
    </w:p>
    <w:p>
      <w:pPr>
        <w:spacing w:line="360" w:lineRule="auto" w:after="0"/>
        <w:ind w:firstLine="283"/>
      </w:pPr>
      <w:r>
        <w:t>Kael was at the fire's other edge. Kael did not look at Vasryn. Kael's eyes were at the fire. Kael's ears were at the old man. The ears were the searcher's. The ears held the not-saying.</w:t>
      </w:r>
    </w:p>
    <w:p>
      <w:pPr>
        <w:spacing w:line="360" w:lineRule="auto" w:after="0"/>
        <w:ind w:firstLine="283"/>
      </w:pPr>
      <w:r>
        <w:t>Vasryn's mouth moved. The mouth moved the way a mouth moves when the mouth is going to say a name. The mouth's first shape was the shape of a name's first letter. The first letter was a vowel. The vowel was at the mouth's first shape. The vowel was at the mouth's first breath. The vowel did not come.</w:t>
      </w:r>
    </w:p>
    <w:p>
      <w:pPr>
        <w:spacing w:line="360" w:lineRule="auto" w:after="0"/>
        <w:ind w:firstLine="283"/>
      </w:pPr>
      <w:r>
        <w:t>Vasryn's mouth moved again. The mouth's first shape was the same vowel. The vowel was at the mouth's first shape. The vowel was at the mouth's first breath. The vowel did not come.</w:t>
      </w:r>
    </w:p>
    <w:p>
      <w:pPr>
        <w:spacing w:line="360" w:lineRule="auto" w:after="0"/>
        <w:ind w:firstLine="283"/>
      </w:pPr>
      <w:r>
        <w:t>Vasryn's hand went to his forehead. The hand was the right hand. The right hand was at the forehead. The forehead was the not-saying's. The forehead held the not-saying. The hand held the forehead. The two were at the same not-saying.</w:t>
      </w:r>
    </w:p>
    <w:p>
      <w:pPr>
        <w:spacing w:line="360" w:lineRule="auto" w:after="0"/>
        <w:ind w:firstLine="283"/>
      </w:pPr>
      <w:r>
        <w:t>The name was at the mouth's first shape. The name was at the mouth's first breath. The name was at the forehead. The name was at the hand. The four were at the same not-saying. The four did not come. The four stayed at the not-saying. The four stayed.</w:t>
      </w:r>
    </w:p>
    <w:p>
      <w:pPr>
        <w:spacing w:line="360" w:lineRule="auto" w:after="0"/>
        <w:ind w:firstLine="283"/>
      </w:pPr>
      <w:r>
        <w:t>Kael did not speak. Kael did not ask. Kael's ears held the not-saying. Kael's ears held the name's first vowel. The first vowel was at the not-saying. The first vowel did not come. The first vowel stayed at the not-saying.</w:t>
      </w:r>
    </w:p>
    <w:p>
      <w:pPr>
        <w:spacing w:line="360" w:lineRule="auto" w:after="0"/>
        <w:ind w:firstLine="283"/>
      </w:pPr>
      <w:r>
        <w:t>Vasryn's mouth moved a third time. The mouth's first shape was the same vowel. The vowel did not come. The mouth closed. The mouth's first shape was gone. The mouth was the not-saying's. The mouth held the not-saying.</w:t>
      </w:r>
    </w:p>
    <w:p>
      <w:pPr>
        <w:spacing w:line="360" w:lineRule="auto" w:after="0"/>
        <w:ind w:firstLine="283"/>
      </w:pPr>
      <w:r>
        <w:t>Vasryn's hand came down from the forehead. The hand was at the knee. The hand was the right hand. The right hand was at the right knee. The hand held the knee. The knee held the hand. The two were at the same not-saying.</w:t>
      </w:r>
    </w:p>
    <w:p>
      <w:pPr>
        <w:spacing w:line="360" w:lineRule="auto" w:after="0"/>
        <w:ind w:firstLine="283"/>
      </w:pPr>
      <w:r>
        <w:t>Vasryn looked at Kael. The looking was the old man's. The looking was the not-saying's. The looking held the name's first vowel. The looking held the name's first shape. The looking held the not-saying. The four were at the same looking. The four did not come. The four stayed.</w:t>
      </w:r>
    </w:p>
    <w:p>
      <w:pPr>
        <w:spacing w:line="360" w:lineRule="auto" w:after="0"/>
        <w:ind w:firstLine="283"/>
      </w:pPr>
      <w:r>
        <w:t>"There was a name," Vasryn said. The voice was the old man's voice. The voice was the body's voice. The voice was the not-saying's voice. The three were at the same saying. The three were at the saying of the not-saying. The three did not come. The three stayed.</w:t>
      </w:r>
    </w:p>
    <w:p>
      <w:pPr>
        <w:spacing w:line="360" w:lineRule="auto" w:after="0"/>
        <w:ind w:firstLine="283"/>
      </w:pPr>
      <w:r>
        <w:t>"There was a name," Vasryn said. "The name was at the mouth's first shape. The name was at the mouth's first breath. The name was at the forehead. The name was at the hand. The name was at the looking. The name did not come. The name stayed at the not-saying. The body holds the name. The body does not say the name. The body's not-saying is the body's old mercy. The body's mercy is the not-saying. The not-saying is the body's plain reception of the name. The name is not the saying's. The name is held."</w:t>
      </w:r>
    </w:p>
    <w:p>
      <w:pPr>
        <w:spacing w:line="360" w:lineRule="auto" w:after="0"/>
        <w:ind w:firstLine="283"/>
      </w:pPr>
      <w:r>
        <w:t>Kael did not ask whose name. Kael did not ask the name. Kael's ears held the not-saying. Kael's ears held the name's first vowel. Kael's ears held the name's first shape. The four were at the same not-saying. The four did not come. The four stayed.</w:t>
      </w:r>
    </w:p>
    <w:p>
      <w:pPr>
        <w:spacing w:line="360" w:lineRule="auto" w:after="0"/>
        <w:ind w:firstLine="283"/>
      </w:pPr>
      <w:r>
        <w:t>The fire went on being the fire. The dusk went on being the dusk. The two were at the same fire. The two were at the same dusk. The two did not need to be. The two were.</w:t>
      </w:r>
    </w:p>
    <w:p>
      <w:pPr>
        <w:spacing w:line="360" w:lineRule="auto" w:after="0"/>
        <w:ind w:firstLine="283"/>
      </w:pPr>
      <w:r>
        <w:t>Vasryn's hand was at the right knee. The hand held the knee. The hand held the not-saying. The hand held the name. The three were at the same hand. The three did not come. The three stayed.</w:t>
      </w:r>
    </w:p>
    <w:p>
      <w:pPr>
        <w:spacing w:line="360" w:lineRule="auto" w:after="0"/>
        <w:ind w:firstLine="283"/>
      </w:pPr>
      <w:r>
        <w:t>The name did not come. The name stayed at the not-saying. The not-saying stayed. The fire stayed. The dusk stayed. The four stayed. The four did not need to be. The four were.</w:t>
      </w:r>
    </w:p>
    <w:p>
      <w:pPr>
        <w:spacing w:before="360" w:after="240"/>
        <w:ind w:firstLine="0"/>
        <w:jc w:val="center"/>
      </w:pPr>
      <w:r>
        <w:rPr>
          <w:b/>
          <w:i/>
          <w:color w:val="333333"/>
          <w:sz w:val="26"/>
        </w:rPr>
        <w:t>Step — The Half-Eaten Bird</w:t>
      </w:r>
    </w:p>
    <w:p>
      <w:pPr>
        <w:spacing w:line="360" w:lineRule="auto" w:after="0"/>
        <w:ind w:firstLine="283"/>
      </w:pPr>
      <w:r>
        <w:t>The bird was at the camp's edge at the dry hills' fourteenth fire's dawn. The bird was small. The bird was the size of a hand. The bird's body was whole. The bird's wing was half-eaten. The half-eaten was the wound's beast's. The wound's beast had been at the camp's edge in the night. The wound's beast had eaten the bird's wing. The wound's beast had gone. The bird was at the camp's edge. The bird was alive. The bird's eye was open. The bird's eye was black. The bird's eye was the wound's. The bird's eye was the bird's. The two were at the same eye. The two did not need to be. The two were.</w:t>
      </w:r>
    </w:p>
    <w:p>
      <w:pPr>
        <w:spacing w:line="360" w:lineRule="auto" w:after="0"/>
        <w:ind w:firstLine="283"/>
      </w:pPr>
      <w:r>
        <w:t>The bird's wing was half-eaten. The wing was the bird's right wing. The wing's half-eaten was the wound's beast's. The wing's other half was the bird's. The two halves were on the same wing. The two did not need to be. The two were.</w:t>
      </w:r>
    </w:p>
    <w:p>
      <w:pPr>
        <w:spacing w:line="360" w:lineRule="auto" w:after="0"/>
        <w:ind w:firstLine="283"/>
      </w:pPr>
      <w:r>
        <w:t>Pell found the bird. Pell was the company's third-year. Pell was the company's reader of ground. Pell was the company's reader of small things at the camp's edge. Pell found the bird at the camp's edge. The bird was at the dawn's first light. The bird's eye was open. The bird's wing was half-eaten.</w:t>
      </w:r>
    </w:p>
    <w:p>
      <w:pPr>
        <w:spacing w:line="360" w:lineRule="auto" w:after="0"/>
        <w:ind w:firstLine="283"/>
      </w:pPr>
      <w:r>
        <w:t>Pell did not pick the bird up. Pell's feet stayed at the bird's edge. The bird's edge was the dawn's. The three were at the same edge. The three did not need to be. The three were.</w:t>
      </w:r>
    </w:p>
    <w:p>
      <w:pPr>
        <w:spacing w:line="360" w:lineRule="auto" w:after="0"/>
        <w:ind w:firstLine="283"/>
      </w:pPr>
      <w:r>
        <w:t>Pell went to Corren. Pell did not pick the bird up. Pell's hands were empty. The empty hands were the finding's. The three were at the same hands. The three did not need to be. The three were.</w:t>
      </w:r>
    </w:p>
    <w:p>
      <w:pPr>
        <w:spacing w:line="360" w:lineRule="auto" w:after="0"/>
        <w:ind w:firstLine="283"/>
      </w:pPr>
      <w:r>
        <w:t>"There is a bird at the camp's edge," Pell said. "The bird is small. The bird's wing is half-eaten. The half-eaten is the wound's beast's. The bird is alive. The bird's eye is open. The bird's eye is black."</w:t>
      </w:r>
    </w:p>
    <w:p>
      <w:pPr>
        <w:spacing w:line="360" w:lineRule="auto" w:after="0"/>
        <w:ind w:firstLine="283"/>
      </w:pPr>
      <w:r>
        <w:t>Corren took the staff. The staff was the walker's third hand. Corren went to the camp's edge. The bird was at the camp's edge. The bird's eye was open. The bird's wing was half-eaten.</w:t>
      </w:r>
    </w:p>
    <w:p>
      <w:pPr>
        <w:spacing w:line="360" w:lineRule="auto" w:after="0"/>
        <w:ind w:firstLine="283"/>
      </w:pPr>
      <w:r>
        <w:t>Corren set the staff at the bird's edge. The staff was the walker's level. The staff did not lean at the bird. The staff was level. The bird was at the staff's edge. The bird was at the dawn's first light. The bird was at the wound's edge. The three were at the same bird. The three did not need to be. The three were.</w:t>
      </w:r>
    </w:p>
    <w:p>
      <w:pPr>
        <w:spacing w:line="360" w:lineRule="auto" w:after="0"/>
        <w:ind w:firstLine="283"/>
      </w:pPr>
      <w:r>
        <w:t>"The bird is the wound's," Corren said. "The bird's wing is the wound's beast's. The bird's eye is the wound's. The bird is not the company's. The bird is not the dawn's. The bird is at the camp's edge. The camp's edge is the company's. The bird is at the company's edge. The bird is the wound's at the company's edge. The two are at the same edge. The two do not need to be. The two are."</w:t>
      </w:r>
    </w:p>
    <w:p>
      <w:pPr>
        <w:spacing w:line="360" w:lineRule="auto" w:after="0"/>
        <w:ind w:firstLine="283"/>
      </w:pPr>
      <w:r>
        <w:t>Damar came forward. Damar was the company's calendar. Damar was the company's oldest hands. Damar came to the bird. Damar's hands went to the bird. The hands were the company's oldest. The hands were the burying's. The hands were the bird's. The three were at the same hands. The three did not need to be. The three were.</w:t>
      </w:r>
    </w:p>
    <w:p>
      <w:pPr>
        <w:spacing w:line="360" w:lineRule="auto" w:after="0"/>
        <w:ind w:firstLine="283"/>
      </w:pPr>
      <w:r>
        <w:t>Damar set her hands at the bird. The bird's body was small. The bird's body was warm. The bird's body was alive. The bird's wing was half-eaten. The bird's wing was cold. The wing's cold was the death's. The three were at the same wing. The three did not need to be. The three were.</w:t>
      </w:r>
    </w:p>
    <w:p>
      <w:pPr>
        <w:spacing w:line="360" w:lineRule="auto" w:after="0"/>
        <w:ind w:firstLine="283"/>
      </w:pPr>
      <w:r>
        <w:t>Damar's hands held the bird. The bird's eye was open. The bird's eye was black. The bird's eye was the wound's. The bird's eye was the bird's. The two were at the same eye. The two did not need to be. The two were.</w:t>
      </w:r>
    </w:p>
    <w:p>
      <w:pPr>
        <w:spacing w:line="360" w:lineRule="auto" w:after="0"/>
        <w:ind w:firstLine="283"/>
      </w:pPr>
      <w:r>
        <w:t>"The bird is buried," Damar said. "The bird is the wound's. The bird is buried by the company. The burying is the company's. The bird is the wound's. The bird is buried. The wound is not. The wound is the wound's. The bird is the company's now. The bird is in the company's hands. The bird is buried."</w:t>
      </w:r>
    </w:p>
    <w:p>
      <w:pPr>
        <w:spacing w:line="360" w:lineRule="auto" w:after="0"/>
        <w:ind w:firstLine="283"/>
      </w:pPr>
      <w:r>
        <w:t>Damar's hands went to the camp's edge's dirt. The dirt was the camp's edge's. The three were at the same dirt. The three did not need to be. The three were.</w:t>
      </w:r>
    </w:p>
    <w:p>
      <w:pPr>
        <w:spacing w:line="360" w:lineRule="auto" w:after="0"/>
        <w:ind w:firstLine="283"/>
      </w:pPr>
      <w:r>
        <w:t>Damar dug a small hole at the camp's edge's dirt. The hole was the bird's size. The hole was the burying's. The hole was the bird's. The three were at the same hole. The three did not need to be. The three were.</w:t>
      </w:r>
    </w:p>
    <w:p>
      <w:pPr>
        <w:spacing w:line="360" w:lineRule="auto" w:after="0"/>
        <w:ind w:firstLine="283"/>
      </w:pPr>
      <w:r>
        <w:t>Damar set the bird in the hole. The bird's body was warm. The bird's wing was cold. The bird's eye was open. The bird's eye was black. The bird was in the hole. The bird was buried.</w:t>
      </w:r>
    </w:p>
    <w:p>
      <w:pPr>
        <w:spacing w:line="360" w:lineRule="auto" w:after="0"/>
        <w:ind w:firstLine="283"/>
      </w:pPr>
      <w:r>
        <w:t>Damar put the dirt over the bird. The dirt was the camp's edge's. The three were at the same dirt. The three did not need to be. The three were.</w:t>
      </w:r>
    </w:p>
    <w:p>
      <w:pPr>
        <w:spacing w:line="360" w:lineRule="auto" w:after="0"/>
        <w:ind w:firstLine="283"/>
      </w:pPr>
      <w:r>
        <w:t>The bird was buried. The bird's wing was in the dirt. The bird's eye was in the dirt. The bird's body was in the dirt. The three were in the same dirt. The three did not need to be. The three were.</w:t>
      </w:r>
    </w:p>
    <w:p>
      <w:pPr>
        <w:spacing w:line="360" w:lineRule="auto" w:after="0"/>
        <w:ind w:firstLine="283"/>
      </w:pPr>
      <w:r>
        <w:t>The company stood at the bird's rim. The rim was the burying's. The three were at the same rim. The three did not need to be. The three were.</w:t>
      </w:r>
    </w:p>
    <w:p>
      <w:pPr>
        <w:spacing w:line="360" w:lineRule="auto" w:after="0"/>
        <w:ind w:firstLine="283"/>
      </w:pPr>
      <w:r>
        <w:t>Damar spoke the company's old burying word. The word was the company's. The word was not the wound's. The word was the company's own reception of the small dead.</w:t>
      </w:r>
    </w:p>
    <w:p>
      <w:pPr>
        <w:spacing w:line="360" w:lineRule="auto" w:after="0"/>
        <w:ind w:firstLine="283"/>
      </w:pPr>
      <w:r>
        <w:t>"You are buried," Damar said. "You are the wound's. You are buried by the company. The burying is the company's. The bird is the wound's. The bird is the company's now. The bird is in the dirt. The dirt is the company's. The dirt is the wound's. The two are the same dirt. The two are at the bird. The burying is done."</w:t>
      </w:r>
    </w:p>
    <w:p>
      <w:pPr>
        <w:spacing w:line="360" w:lineRule="auto" w:after="0"/>
        <w:ind w:firstLine="283"/>
      </w:pPr>
      <w:r>
        <w:t>The company stood at the rim. The company did not weep. The company did not soften. The company held the bird's rim. The company held the burying. The company held the bird's wound. The company held the dirt. The company held.</w:t>
      </w:r>
    </w:p>
    <w:p>
      <w:pPr>
        <w:spacing w:line="360" w:lineRule="auto" w:after="0"/>
        <w:ind w:firstLine="283"/>
      </w:pPr>
      <w:r>
        <w:t>The company went south at the fourteenth fire's noon. The bird stayed in the dirt. The bird was buried. The dirt was at the camp's edge. The dirt stayed. The bird stayed. The burying stayed. The three stayed. The three were the company's reception. The three were the company's plain word: the bird is buried. The wound is not. The wound is the wound's. The company went south.</w:t>
      </w:r>
    </w:p>
    <w:p>
      <w:pPr>
        <w:spacing w:line="360" w:lineRule="auto" w:after="0"/>
        <w:ind w:firstLine="283"/>
      </w:pPr>
      <w:r>
        <w:t>In the evening's marking Pell wrote the bird into the day's log in the level hand. The log's entry was:</w:t>
      </w:r>
    </w:p>
    <w:p>
      <w:pPr>
        <w:spacing w:line="360" w:lineRule="auto" w:after="0"/>
        <w:ind w:firstLine="283"/>
      </w:pPr>
      <w:r>
        <w:t>A bird at the camp's edge at the dry hills' fourteenth fire's dawn. The bird was small. The bird's wing was half-eaten by the wound's beast. The bird was alive. The bird was buried by the company. The burying was the company's old practice. The bird was buried. The wound is not buried. The wound is the wound's. The company went south.</w:t>
      </w:r>
    </w:p>
    <w:p>
      <w:pPr>
        <w:spacing w:line="360" w:lineRule="auto" w:after="0"/>
        <w:ind w:firstLine="283"/>
      </w:pPr>
      <w:r>
        <w:t>Pell drew the caret under the entry. The caret held the bird in the log. The bird was held. The burying was held. The wound was not held. The three were held. The three did not need to be.</w:t>
      </w:r>
    </w:p>
    <w:p>
      <w:pPr>
        <w:spacing w:before="360" w:after="240"/>
        <w:ind w:firstLine="0"/>
        <w:jc w:val="center"/>
      </w:pPr>
      <w:r>
        <w:rPr>
          <w:b/>
          <w:i/>
          <w:color w:val="333333"/>
          <w:sz w:val="26"/>
        </w:rPr>
        <w:t>Step — The Rim's Anxiety</w:t>
      </w:r>
    </w:p>
    <w:p>
      <w:pPr>
        <w:spacing w:line="360" w:lineRule="auto" w:after="0"/>
        <w:ind w:firstLine="283"/>
      </w:pPr>
      <w:r>
        <w:t>The night watch was at the dry hills' fifteenth fire's rim. The rim was the camp's edge. The rim was the wound's coast's edge. The rim was the watchers'. The watchers were Rill — but Rill had gone — and Pell, and Ollen, and the third-year walker who had been Tace's, and the company's two oldest — Damar's two. The watchers were five. The five walked the rim. The five's walking was the rim's. The five's walking was the watchers'. The five's walking was the camp's old reception: the camp's edge is watched. The wound's edge is watched. The watching is the camp's old mercy. The mercy is the cage. The cage is the mercy.</w:t>
      </w:r>
    </w:p>
    <w:p>
      <w:pPr>
        <w:spacing w:line="360" w:lineRule="auto" w:after="0"/>
        <w:ind w:firstLine="283"/>
      </w:pPr>
      <w:r>
        <w:t>Pell walked the rim's east quarter. The east quarter was the rim's. The three were at the same quarter. The three did not need to be. The three were.</w:t>
      </w:r>
    </w:p>
    <w:p>
      <w:pPr>
        <w:spacing w:line="360" w:lineRule="auto" w:after="0"/>
        <w:ind w:firstLine="283"/>
      </w:pPr>
      <w:r>
        <w:t>The night was the dry hills' fifteenth fire's night. The night was the wound's coast's night. The night was the watchers' night. The three were at the same night. The three did not need to be. The three were.</w:t>
      </w:r>
    </w:p>
    <w:p>
      <w:pPr>
        <w:spacing w:line="360" w:lineRule="auto" w:after="0"/>
        <w:ind w:firstLine="283"/>
      </w:pPr>
      <w:r>
        <w:t>The anxiety was at the watchers' breath. The breath was the watchers'. The three were at the same breath. The three did not need to be. The three were.</w:t>
      </w:r>
    </w:p>
    <w:p>
      <w:pPr>
        <w:spacing w:line="360" w:lineRule="auto" w:after="0"/>
        <w:ind w:firstLine="283"/>
      </w:pPr>
      <w:r>
        <w:t>The anxiety was not the wound's beasts. The wound's beasts had been at the camp's edge in the night before. The wound's beasts had eaten the bird's wing. The wound's beasts had gone. The wound's beasts were not the anxiety. The anxiety was the wound's other thing. The anxiety was the wound's coast's plain word: the wound is here, and the wound is at the rim, and the rim is the watchers', and the watchers are the wound's at the rim.</w:t>
      </w:r>
    </w:p>
    <w:p>
      <w:pPr>
        <w:spacing w:line="360" w:lineRule="auto" w:after="0"/>
        <w:ind w:firstLine="283"/>
      </w:pPr>
      <w:r>
        <w:t>The anxiety was the watchers' old reception. The anxiety was the watchers' old mercy. The watchers held the rim. The watchers held the wound's coast's edge. The watchers held the anxiety. The three were at the same holding. The three did not need to be. The three were.</w:t>
      </w:r>
    </w:p>
    <w:p>
      <w:pPr>
        <w:spacing w:line="360" w:lineRule="auto" w:after="0"/>
        <w:ind w:firstLine="283"/>
      </w:pPr>
      <w:r>
        <w:t>Pell walked the east quarter. Pell's feet were on the rim's dirt. The dirt was the rim's. The three were at the same dirt. The three did not need to be. The three were.</w:t>
      </w:r>
    </w:p>
    <w:p>
      <w:pPr>
        <w:spacing w:line="360" w:lineRule="auto" w:after="0"/>
        <w:ind w:firstLine="283"/>
      </w:pPr>
      <w:r>
        <w:t>Pell's hand was at the staff. The staff was the walker's third hand. The staff was the watcher's. The staff was Pell's. The three were at the same staff. The three did not need to be. The three were.</w:t>
      </w:r>
    </w:p>
    <w:p>
      <w:pPr>
        <w:spacing w:line="360" w:lineRule="auto" w:after="0"/>
        <w:ind w:firstLine="283"/>
      </w:pPr>
      <w:r>
        <w:t>Pell's breath was the anxiety's. The breath went in. The breath went out. The breath was the watchers' old reception. The breath was the rim's old reception. The breath was the wound's old reception. The three were at the same breath. The three did not need to be. The three were.</w:t>
      </w:r>
    </w:p>
    <w:p>
      <w:pPr>
        <w:spacing w:line="360" w:lineRule="auto" w:after="0"/>
        <w:ind w:firstLine="283"/>
      </w:pPr>
      <w:r>
        <w:t>The dawn was at the east quarter's edge. The dawn was at the rim's edge. The dawn was at the watchers' edge. The three were at the same edge. The three did not need to be. The three were.</w:t>
      </w:r>
    </w:p>
    <w:p>
      <w:pPr>
        <w:spacing w:line="360" w:lineRule="auto" w:after="0"/>
        <w:ind w:firstLine="283"/>
      </w:pPr>
      <w:r>
        <w:t>The dawn came. The dawn came up herring-colored on the wound's coast's plain light. The watchers saw the dawn. The watchers' breath went out. The breath was the dawn's. The breath was the anxiety's letting-go. The letting-go was the dawn's old reception: the dawn is here, and the watchers are here, and the anxiety is let go. The letting-go was not the end of the anxiety. The anxiety was not ended. The anxiety was let go. The anxiety would come back at the next night's watch. The anxiety was the watchers' old reception. The anxiety was the rim's old reception. The anxiety was the watchers' plain word: the wound is here. The watchers held the wound's plain word. The watchers held.</w:t>
      </w:r>
    </w:p>
    <w:p>
      <w:pPr>
        <w:spacing w:line="360" w:lineRule="auto" w:after="0"/>
        <w:ind w:firstLine="283"/>
      </w:pPr>
      <w:r>
        <w:t>Pell went to the fire at the dawn. The staff was in Pell's hand. The staff was the watcher's. The three were at the same staff. The three did not need to be. The three were.</w:t>
      </w:r>
    </w:p>
    <w:p>
      <w:pPr>
        <w:spacing w:line="360" w:lineRule="auto" w:after="0"/>
        <w:ind w:firstLine="283"/>
      </w:pPr>
      <w:r>
        <w:t>The pot was on the fire. The pot was the company's. The three were at the same pot. The three did not need to be. The three were.</w:t>
      </w:r>
    </w:p>
    <w:p>
      <w:pPr>
        <w:spacing w:line="360" w:lineRule="auto" w:after="0"/>
        <w:ind w:firstLine="283"/>
      </w:pPr>
      <w:r>
        <w:t>Ollen portioned the morning's bread. The bread was thin. The bread was the road's. The bread was the watchers'. The three were at the same bread. The three did not need to be. The three were.</w:t>
      </w:r>
    </w:p>
    <w:p>
      <w:pPr>
        <w:spacing w:line="360" w:lineRule="auto" w:after="0"/>
        <w:ind w:firstLine="283"/>
      </w:pPr>
      <w:r>
        <w:t>The watchers ate. The watchers did not speak. The watchers' eating was the watchers' old reception: the dawn is here, and the watchers are here, and the bread is here, and the anxiety is let go. The four were at the same eating. The four did not need to be. The four were.</w:t>
      </w:r>
    </w:p>
    <w:p>
      <w:pPr>
        <w:spacing w:line="360" w:lineRule="auto" w:after="0"/>
        <w:ind w:firstLine="283"/>
      </w:pPr>
      <w:r>
        <w:t>The company woke at the dawn. The company saw the watchers at the fire. The company saw the watchers' breath was the anxiety's letting-go. The company saw the watchers' bread. The company saw the watchers' staffs. The four were at the same watchers. The four did not need to be. The four were.</w:t>
      </w:r>
    </w:p>
    <w:p>
      <w:pPr>
        <w:spacing w:line="360" w:lineRule="auto" w:after="0"/>
        <w:ind w:firstLine="283"/>
      </w:pPr>
      <w:r>
        <w:t>The company went south at the fifteenth fire's noon. The watchers went with the company. The watchers were the company's now. The watchers were not the watchers' now. The watchers were the company's. The two were at the same company. The two did not need to be. The two were.</w:t>
      </w:r>
    </w:p>
    <w:p>
      <w:pPr>
        <w:spacing w:line="360" w:lineRule="auto" w:after="0"/>
        <w:ind w:firstLine="283"/>
      </w:pPr>
      <w:r>
        <w:t>The anxiety stayed at the rim. The anxiety was the rim's. The anxiety was the wound's. The anxiety was the watchers' old reception. The anxiety was the watchers' plain word: the wound is here. The watchers went south.</w:t>
      </w:r>
    </w:p>
    <w:p>
      <w:pPr>
        <w:spacing w:line="360" w:lineRule="auto" w:after="0"/>
        <w:ind w:firstLine="283"/>
      </w:pPr>
      <w:r>
        <w:t>In the evening's marking Pell wrote the watchers into the day's log in the level hand. The log's entry was:</w:t>
      </w:r>
    </w:p>
    <w:p>
      <w:pPr>
        <w:spacing w:line="360" w:lineRule="auto" w:after="0"/>
        <w:ind w:firstLine="283"/>
      </w:pPr>
      <w:r>
        <w:t>The night watch at the dry hills' fifteenth fire's rim. The watchers were five. The anxiety was at the watchers' breath. The anxiety was the watchers' old reception of the wound's coast's edge. The dawn came. The anxiety was let go. The anxiety stayed at the rim. The watchers went south with the company.</w:t>
      </w:r>
    </w:p>
    <w:p>
      <w:pPr>
        <w:spacing w:line="360" w:lineRule="auto" w:after="0"/>
        <w:ind w:firstLine="283"/>
      </w:pPr>
      <w:r>
        <w:t>Pell drew the caret under the entry. The caret held the watchers in the log. The watchers were held. The anxiety was held. The rim was held. The three were held. The three did not need to be. The three were.</w:t>
      </w:r>
    </w:p>
    <w:p>
      <w:r>
        <w:br w:type="page"/>
      </w:r>
    </w:p>
    <w:p>
      <w:pPr>
        <w:spacing w:before="480" w:after="480"/>
        <w:ind w:firstLine="0"/>
        <w:jc w:val="center"/>
      </w:pPr>
      <w:r>
        <w:rPr>
          <w:rFonts w:ascii="Garamond" w:hAnsi="Garamond"/>
          <w:b/>
          <w:color w:val="1F365D"/>
          <w:sz w:val="40"/>
        </w:rPr>
        <w:t>ACT V — THE UNFINISHED WORLD</w:t>
      </w:r>
    </w:p>
    <w:p>
      <w:pPr>
        <w:spacing w:before="360" w:after="240"/>
        <w:ind w:firstLine="0"/>
        <w:jc w:val="center"/>
      </w:pPr>
      <w:r>
        <w:rPr>
          <w:b/>
          <w:i/>
          <w:color w:val="333333"/>
          <w:sz w:val="26"/>
        </w:rPr>
        <w:t>Chapter 1 — Disputed Name</w:t>
      </w:r>
    </w:p>
    <w:p>
      <w:pPr>
        <w:spacing w:line="360" w:lineRule="auto" w:after="0"/>
        <w:ind w:firstLine="283"/>
      </w:pPr>
      <w:r>
        <w:t>‖ ‖</w:t>
      </w:r>
    </w:p>
    <w:p>
      <w:pPr>
        <w:spacing w:line="360" w:lineRule="auto" w:after="0"/>
        <w:ind w:firstLine="283"/>
      </w:pPr>
      <w:r>
        <w:t>Tansy watched the argument for an hour. She counted the tables twice: eleven. She counted the exits three times — the coast-road’s fork, the two gates, the ditch-line’s gap. She did not count the man’s rising voice. The voice was not her business. The name was her business.</w:t>
      </w:r>
    </w:p>
    <w:p>
      <w:pPr>
        <w:spacing w:line="360" w:lineRule="auto" w:after="0"/>
        <w:ind w:firstLine="283"/>
      </w:pPr>
      <w:r>
        <w:t>She was fourteen, and watching was her work. The web’s runners carried the coast’s freight and the coast’s news, and Tansy was the web’s youngest, Nima’s last apprentice, the corridor-craft’s fourth generation. Her week’s assignment was the assembly-ground: the coalition’s relief census after the winter’s third ground-failing. Nima had sent her with the corridor’s oldest instruction, given sideways, while re-stitching a pack-strap, so it could be ignored if it needed to be: Watch the names. The lists are doors. Doors are made by whoever stands at the table. Count the tables.</w:t>
      </w:r>
    </w:p>
    <w:p>
      <w:pPr>
        <w:spacing w:line="360" w:lineRule="auto" w:after="0"/>
        <w:ind w:firstLine="283"/>
      </w:pPr>
      <w:r>
        <w:t>Eleven tables. Tansy had counted them before she set her pack down. The fourth table had moved overnight — its clerk had re-set the legs on the ditch-side — and the count had come out at ten the first pass. Eleven the second. The difference had landed in Tansy’s sternum like a wrong count always did. She had walked back and counted again. Eleven. She had wanted, briefly, to walk up to the fourth table’s clerk and say. Your table moved. Be careful. She had not said it. She was fourteen, and Nima had not yet given her the speaking.</w:t>
      </w:r>
    </w:p>
    <w:p>
      <w:pPr>
        <w:spacing w:line="360" w:lineRule="auto" w:after="0"/>
        <w:ind w:firstLine="283"/>
      </w:pPr>
      <w:r>
        <w:t>The assembly-ground’s cobbles were cold, and the cold came up through the boot-soles, and the boot-soles were thin. The thin was her own. She had not asked for new boots. She had not asked for the assignment. She had not asked for the corridor’s whole inherited freight at fourteen. The not-asking did not make the freight lighter. The freight did not ask her permission. She did not grant it. The freight was on her anyway. The hurting was not the work. The work did not absorb it. She did not say. She did not say because Nima had not given her the speaking. Saying would have made it a thing, and the thing would have been the corridor’s. She wanted it the size it was: a fourteen-year-old’s feet on cold cobbles at the end of an eleven-table day. The cold. The thin. The hurting. The not-asking. The not-granting. Hers.</w:t>
      </w:r>
    </w:p>
    <w:p>
      <w:pPr>
        <w:spacing w:line="360" w:lineRule="auto" w:after="0"/>
        <w:ind w:firstLine="283"/>
      </w:pPr>
      <w:r>
        <w:t>The disputed name was at the third table. A family from the failed ground — a woman, her mother, three children — had come to be counted onto the relief rolls, to eat. The clerk was writing the name down. The name was Harl. The grandmother said it was not.</w:t>
      </w:r>
    </w:p>
    <w:p>
      <w:pPr>
        <w:spacing w:line="360" w:lineRule="auto" w:after="0"/>
        <w:ind w:firstLine="283"/>
      </w:pPr>
      <w:r>
        <w:t>“It’s Harlan,” the grandmother said. She was old, and the winter had been hard on her, and her voice was the flat voice of the old who have survived too many countings to be frightened by one. “Harl is what the settlement called us, when the settlement was standing. The settlement’s clerk cut it when the rolls went to the middle lands, the year of the first failing. Harl was the cut. Harlan is the name.”</w:t>
      </w:r>
    </w:p>
    <w:p>
      <w:pPr>
        <w:spacing w:line="360" w:lineRule="auto" w:after="0"/>
        <w:ind w:firstLine="283"/>
      </w:pPr>
      <w:r>
        <w:t>“The relief rolls are continuous with the settlement’s rolls,” the clerk said. He was a coalition clerk, a young man with good ink and the new grammar. “If the rolls held Harl, the relief holds Harl. The food is allocated by the rolls. A name that doesn’t match the rolls is a name the rolls can’t feed.”</w:t>
      </w:r>
    </w:p>
    <w:p>
      <w:pPr>
        <w:spacing w:line="360" w:lineRule="auto" w:after="0"/>
        <w:ind w:firstLine="283"/>
      </w:pPr>
      <w:r>
        <w:t>“I’m not asking the rolls to feed my name,” the grandmother said. “I’m asking the rolls to feed my family. Write Harlan, and feed the Harlans. The bread doesn’t care what it’s called.”</w:t>
      </w:r>
    </w:p>
    <w:p>
      <w:pPr>
        <w:spacing w:line="360" w:lineRule="auto" w:after="0"/>
        <w:ind w:firstLine="283"/>
      </w:pPr>
      <w:r>
        <w:t>“The bread is the rolls,” the clerk said, gently.</w:t>
      </w:r>
    </w:p>
    <w:p>
      <w:pPr>
        <w:spacing w:line="360" w:lineRule="auto" w:after="0"/>
        <w:ind w:firstLine="283"/>
      </w:pPr>
      <w:r>
        <w:t>Tansy watched the arithmetic work: the family would eat today. That was never in question — the relief fed the visible hungry, the assembly-ground’s own law, older than the coalition. But the list was the question, and the list’s answer was the door. The door’s shape was being decided at the third table by a young man with good ink. An old woman with a flat voice. The name stood between them. Harl / Harlan. Neither would give.</w:t>
      </w:r>
    </w:p>
    <w:p>
      <w:pPr>
        <w:spacing w:line="360" w:lineRule="auto" w:after="0"/>
        <w:ind w:firstLine="283"/>
      </w:pPr>
      <w:r>
        <w:t>The mother’s face did the face faces did at the doors: the wanting through, the fear of the asking, the arithmetic of the children’s bread against the grandmother’s name. The three children stood at the table’s end. The oldest knew; the middle knew some; the smallest was watching the clerk’s inkwell.</w:t>
      </w:r>
    </w:p>
    <w:p>
      <w:pPr>
        <w:spacing w:line="360" w:lineRule="auto" w:after="0"/>
        <w:ind w:firstLine="283"/>
      </w:pPr>
      <w:r>
        <w:t>The dispute went to the table’s head. That was how the tables worked, Tansy had learned in three days: the clerks disputed, the disputes went up, the heads decided, the decisions went into the rolls, the rolls went to the hall. The third table’s head was a woman of the coalition’s relief office — grey-cloaked, level-voiced. She heard the dispute in the courtesy’s full form. Her decision took four minutes.</w:t>
      </w:r>
    </w:p>
    <w:p>
      <w:pPr>
        <w:spacing w:line="360" w:lineRule="auto" w:after="0"/>
        <w:ind w:firstLine="283"/>
      </w:pPr>
      <w:r>
        <w:t>Harl, entered; Harlan, entered in the margin, in the grandmother’s own hand, beside; the margin noted as variant; the variant.</w:t>
      </w:r>
    </w:p>
    <w:p>
      <w:pPr>
        <w:spacing w:line="360" w:lineRule="auto" w:after="0"/>
        <w:ind w:firstLine="283"/>
      </w:pPr>
      <w:r>
        <w:t>The margin. The grandmother’s own hand, her shaking letters, the name she said was the name, written into the roll’s margin, beside the roll’s name, with the clerk’s own mark between them — a small mark, a mark Tansy had seen before, in the chest, at the fires, on the hull’s planking: the double cross. The variant was. The family ate. The rolls held the two names, and the two names did not agree, and the rolls did not need them to.</w:t>
      </w:r>
    </w:p>
    <w:p>
      <w:pPr>
        <w:spacing w:line="360" w:lineRule="auto" w:after="0"/>
        <w:ind w:firstLine="283"/>
      </w:pPr>
      <w:r>
        <w:t>At the day’s end she walked the ground’s edge, as the runners walked, counting the ways out. At the ground’s western wall, where the relief-stacks’ timber stood and the tarpaulins were nailed, her eyes found the chalk.</w:t>
      </w:r>
    </w:p>
    <w:p>
      <w:pPr>
        <w:spacing w:line="360" w:lineRule="auto" w:after="0"/>
        <w:ind w:firstLine="283"/>
      </w:pPr>
      <w:r>
        <w:t>It was old. A question, in white chalk, on the tarred timber, low, at a child’s height — written years before, the chalk gone ghostly, the letters holding the wall’s weather in their fading edges: two words, a question.</w:t>
      </w:r>
    </w:p>
    <w:p>
      <w:pPr>
        <w:spacing w:line="360" w:lineRule="auto" w:after="0"/>
        <w:ind w:firstLine="283"/>
      </w:pPr>
      <w:r>
        <w:t>Who comes back?</w:t>
      </w:r>
    </w:p>
    <w:p>
      <w:pPr>
        <w:spacing w:line="360" w:lineRule="auto" w:after="0"/>
        <w:ind w:firstLine="283"/>
      </w:pPr>
      <w:r>
        <w:t>Tansy stood at the wall. The question was not addressed to her. It was not addressed to anyone — it stood on the timber the way the margin’s variant had stood on the roll, beside the world’s own record, fading. She read it twice. Her hand came up to the wall’s height. Her hand did not touch the letters, and the not-touching was not a decision. The hand knew the question’s kind the way the body knew the doors.</w:t>
      </w:r>
    </w:p>
    <w:p>
      <w:pPr>
        <w:spacing w:line="360" w:lineRule="auto" w:after="0"/>
        <w:ind w:firstLine="283"/>
      </w:pPr>
      <w:r>
        <w:t>She did not erase it. She did not rewrite it. She counted the ways out — three — and went home to the web’s lane-house. The day’s freight went into the runner’s log in the level hand: the eleven tables, the third table’s dispute, the margin, the Harl/Harlan, the double cross. At the log’s end, unmeant, unasked, the hand wrote one line more:</w:t>
      </w:r>
    </w:p>
    <w:p>
      <w:pPr>
        <w:spacing w:line="360" w:lineRule="auto" w:after="0"/>
        <w:ind w:firstLine="283"/>
      </w:pPr>
      <w:r>
        <w:t>Who comes back?</w:t>
      </w:r>
    </w:p>
    <w:p>
      <w:pPr>
        <w:spacing w:line="360" w:lineRule="auto" w:after="0"/>
        <w:ind w:firstLine="283"/>
      </w:pPr>
      <w:r>
        <w:t>The log was closed.</w:t>
      </w:r>
    </w:p>
    <w:p>
      <w:pPr>
        <w:spacing w:line="360" w:lineRule="auto" w:after="0"/>
        <w:ind w:firstLine="283"/>
      </w:pPr>
      <w:r>
        <w:t>The chest had three versions of the diagram. Tansy had seen them — the trader’s copy, the coast’s copy, the corridor’s modification. She had annotated them, the way Mira had annotated them, the way the chest’s whole craft annotated everything. But she had never seen the fourth version — the one Kael had carried, the one the boy had become the man had carried through ten years of walking, the one the man had modified with every step.</w:t>
      </w:r>
    </w:p>
    <w:p>
      <w:pPr>
        <w:spacing w:line="360" w:lineRule="auto" w:after="0"/>
        <w:ind w:firstLine="283"/>
      </w:pPr>
      <w:r>
        <w:t>The fourth version came to her in the spring, from the walker’s company, carried by Rill’s own hand. The paper was worn soft — the creases deeper than the creases in the first three, the folds softer, the edges rounded. The diagram had been carried in a pocket for ten years. The diagram had been carried against the body. The diagram had been practiced.</w:t>
      </w:r>
    </w:p>
    <w:p>
      <w:pPr>
        <w:spacing w:line="360" w:lineRule="auto" w:after="0"/>
        <w:ind w:firstLine="283"/>
      </w:pPr>
      <w:r>
        <w:t>Tansy laid the fourth version beside the other three. Thirty figures. The same thirty. The same circles. The same lines. But the fourth figure — the figure with the tremor, the figure with the true, the figure with the modification — the fourth figure was different. The fourth figure was none of those things. The fourth figure was Kael’s. The fourth figure was the man’s.</w:t>
      </w:r>
    </w:p>
    <w:p>
      <w:pPr>
        <w:spacing w:line="360" w:lineRule="auto" w:after="0"/>
        <w:ind w:firstLine="283"/>
      </w:pPr>
      <w:r>
        <w:t>Tansy sat with the four versions. The four did not agree.</w:t>
      </w:r>
    </w:p>
    <w:p>
      <w:pPr>
        <w:spacing w:line="360" w:lineRule="auto" w:after="0"/>
        <w:ind w:firstLine="283"/>
      </w:pPr>
      <w:r>
        <w:t>She wrote, in her own hand, at the margin of the fourth version: four versions, figure 4, four hands, no agreement. The form is not the diagram. The form is the practice. The practice is the hands.</w:t>
      </w:r>
    </w:p>
    <w:p>
      <w:pPr>
        <w:spacing w:line="360" w:lineRule="auto" w:after="0"/>
        <w:ind w:firstLine="283"/>
      </w:pPr>
      <w:r>
        <w:t>She filed the four versions in the chest’s intake sleeve. The four stood side by side. The disagreement was preserved. The form continued.</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 — Preserve Disagreement</w:t>
      </w:r>
    </w:p>
    <w:p>
      <w:pPr>
        <w:spacing w:line="360" w:lineRule="auto" w:after="0"/>
        <w:ind w:firstLine="283"/>
      </w:pPr>
      <w:r>
        <w:t>‖ ‖</w:t>
      </w:r>
    </w:p>
    <w:p>
      <w:pPr>
        <w:spacing w:line="360" w:lineRule="auto" w:after="0"/>
        <w:ind w:firstLine="283"/>
      </w:pPr>
      <w:r>
        <w:t>They asked Mira for the list. Mira gave them the lists. The lists did not agree, and the giving was the last year of her life’s craft.</w:t>
      </w:r>
    </w:p>
    <w:p>
      <w:pPr>
        <w:spacing w:line="360" w:lineRule="auto" w:after="0"/>
        <w:ind w:firstLine="283"/>
      </w:pPr>
      <w:r>
        <w:t>She was seventy-five. The coalition had come to her in the early spring with the request the paper-world had been building toward for thirteen years: the authoritative list. The Plan needed its foundation, the foundation was a census, the census needed a keeper, and the keeper the coalition wanted was the woman whose keeping the whole coast had trusted since the city: the chest-keeper, the level hand, the two words’ own mother.</w:t>
      </w:r>
    </w:p>
    <w:p>
      <w:pPr>
        <w:spacing w:line="360" w:lineRule="auto" w:after="0"/>
        <w:ind w:firstLine="283"/>
      </w:pPr>
      <w:r>
        <w:t>The request was plain. The request’s paper was the best paper the coalition had — the new stable stock, the paper that did not move. The unified enumeration of the coast’s registered populations, for the Plan’s operational foundation, under the keeping of the Archivist of the Greylanding, with the Archivist’s certification of the list’s accuracy and the list’s completeness.</w:t>
      </w:r>
    </w:p>
    <w:p>
      <w:pPr>
        <w:spacing w:line="360" w:lineRule="auto" w:after="0"/>
        <w:ind w:firstLine="283"/>
      </w:pPr>
      <w:r>
        <w:t>Mira read the request once, in the level hand’s plain reception. The request asked for two things she could not give. Not two things she would not give. Two things she could not give.</w:t>
      </w:r>
    </w:p>
    <w:p>
      <w:pPr>
        <w:spacing w:line="360" w:lineRule="auto" w:after="0"/>
        <w:ind w:firstLine="283"/>
      </w:pPr>
      <w:r>
        <w:t>The first was one list. There was no one list. There were lists: the relief-rolls, eleven tables deep, with the margins’ variants and the double crosses; the settling-camps’ carried counts; the coalition’s registers; the whites’ old circles’ inherited rolls; the web’s own freight-counts; the corridor’s carrying-lists. The same family was Harl on one roll and Harlan on another and the Harlans, of the failed ground on a third. The same woman was dead in the middle lands’ rolls and alive in the relief’s rolls and not resolved in the chest’s own keeping. The unified enumeration was asking for one page where the world itself held a thousand.</w:t>
      </w:r>
    </w:p>
    <w:p>
      <w:pPr>
        <w:spacing w:line="360" w:lineRule="auto" w:after="0"/>
        <w:ind w:firstLine="283"/>
      </w:pPr>
      <w:r>
        <w:t>The second was certification. The certification would say: the list is accurate, and the list is complete. The list, if it could be made, would be neither.</w:t>
      </w:r>
    </w:p>
    <w:p>
      <w:pPr>
        <w:spacing w:line="360" w:lineRule="auto" w:after="0"/>
        <w:ind w:firstLine="283"/>
      </w:pPr>
      <w:r>
        <w:t>She gave them the lists. The chest’s whole collected counting laid out on the plank-table — every list honest, every list disagreeing — on the best paper the world had ever made. The level hand drew the double cross at each variant and wrote, at each list’s foot, the two words, and beneath them the line:</w:t>
      </w:r>
    </w:p>
    <w:p>
      <w:pPr>
        <w:spacing w:line="360" w:lineRule="auto" w:after="0"/>
        <w:ind w:firstLine="283"/>
      </w:pPr>
      <w:r>
        <w:t>Name uncertain. Person remembered.</w:t>
      </w:r>
    </w:p>
    <w:p>
      <w:pPr>
        <w:spacing w:line="360" w:lineRule="auto" w:after="0"/>
        <w:ind w:firstLine="283"/>
      </w:pPr>
      <w:r>
        <w:t>“The Plan requires the authoritative list, Archivist,” the senior clerk said. “The certification is the foundation. The enumeration cannot be unified in variant.”</w:t>
      </w:r>
    </w:p>
    <w:p>
      <w:pPr>
        <w:spacing w:line="360" w:lineRule="auto" w:after="0"/>
        <w:ind w:firstLine="283"/>
      </w:pPr>
      <w:r>
        <w:t>“I know,” Mira said. “The list cannot be unified. The list is the lists. The lists disagree. The disagreement is the list’s accuracy. The certification, if I gave it, would say the coast’s people are countable in one column, and the coast’s people are not countable in one column. The certification would be a lie, and the lie would be the foundation. The lists are yours. The disagreement is preserved. The disagreement is the list.”</w:t>
      </w:r>
    </w:p>
    <w:p>
      <w:pPr>
        <w:spacing w:line="360" w:lineRule="auto" w:after="0"/>
        <w:ind w:firstLine="283"/>
      </w:pPr>
      <w:r>
        <w:t>The senior clerk took the lists with the courtesy the new grammar bred in its best men, and the courtesy was honest: he knew the lists could not be unified. He took the lists to the coalition’s hall, and the lists stood on the hall’s plank-table in their honest disagreement. The Plan’s engineers took the lists and built the works’ load-arithmetic on the disagreement, and the disagreement became the works’ own structural margin.</w:t>
      </w:r>
    </w:p>
    <w:p>
      <w:pPr>
        <w:spacing w:line="360" w:lineRule="auto" w:after="0"/>
        <w:ind w:firstLine="283"/>
      </w:pPr>
      <w:r>
        <w:t>Mira went back to the chest. The chest closed. She drank the cold tea — it was past noon, she had forgotten — and the cup went back to the shelf with the rest of the crockery.</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3 — Rook's Structure</w:t>
      </w:r>
    </w:p>
    <w:p>
      <w:pPr>
        <w:spacing w:line="360" w:lineRule="auto" w:after="0"/>
        <w:ind w:firstLine="283"/>
      </w:pPr>
      <w:r>
        <w:t>‖ ‖</w:t>
      </w:r>
    </w:p>
    <w:p>
      <w:pPr>
        <w:spacing w:line="360" w:lineRule="auto" w:after="0"/>
        <w:ind w:firstLine="283"/>
      </w:pPr>
      <w:r>
        <w:t>They offered Rook the framework in the spring. The framework was the Inspector-General’s office — a new office, the coalition’s charter’s own amendment, the Plan’s security apparatus held under a civilian authority’s oversight. The standing-between’s institutional form: the persons, both sides, at the lines’ whole moving — limited, non-punitive. The office was the work’s pay, and the pay was the work’s end.</w:t>
      </w:r>
    </w:p>
    <w:p>
      <w:pPr>
        <w:spacing w:line="360" w:lineRule="auto" w:after="0"/>
        <w:ind w:firstLine="283"/>
      </w:pPr>
      <w:r>
        <w:t>Rook read the framework the way the body read a stair: by the give. The framework’s give was at the office’s charter, at the charter’s own structural hinge: the Inspector-General’s standing is the charter’s standing; the charter is the coalition’s; the coalition is the council’s; the council is the coast’s consenting body’s. The standing’s authority ran through the chain, and the chain ran to the consenting body, and the consenting body could change its consent.</w:t>
      </w:r>
    </w:p>
    <w:p>
      <w:pPr>
        <w:spacing w:line="360" w:lineRule="auto" w:after="0"/>
        <w:ind w:firstLine="283"/>
      </w:pPr>
      <w:r>
        <w:t>He took it. The framework gave the line, and the office. The standing’s institutional authority —. The framework gave the line’s end. The cost was paid because the line needed the office, and the line had been held by one body for fifteen years, and that body’s standing had been the standing the coast had trusted.</w:t>
      </w:r>
    </w:p>
    <w:p>
      <w:pPr>
        <w:spacing w:line="360" w:lineRule="auto" w:after="0"/>
        <w:ind w:firstLine="283"/>
      </w:pPr>
      <w:r>
        <w:t>Rook stood at the hall’s door in the spring’s first week, in the Inspector-General’s grey cloak, with the framework’s charter in his inside pocket. The charter’s held freight stood in the body the way the standing orders had stood for twenty-six years: in the sternum. He liked the weight of the cloak. He liked the way the day-watch straightened when he came through the door. He noticed that he liked it, and the noticing did not undo the liking. He had been a long time noticing that he liked order, and a shorter time admitting that liking was the thing he had to keep watch over.</w:t>
      </w:r>
    </w:p>
    <w:p>
      <w:pPr>
        <w:spacing w:line="360" w:lineRule="auto" w:after="0"/>
        <w:ind w:firstLine="283"/>
      </w:pPr>
      <w:r>
        <w:t>“The charter is the standing,” Rook said, to the hall’s day-watch, in the level voice. “The standing is the charter’s. The standing is mine, held by the charter, until the charter changes the standing. The charter will change. I will hold the line until it does.”</w:t>
      </w:r>
    </w:p>
    <w:p>
      <w:pPr>
        <w:spacing w:line="360" w:lineRule="auto" w:after="0"/>
        <w:ind w:firstLine="283"/>
      </w:pPr>
      <w:r>
        <w:t>The day-watch heard him. The young man’s face held the hearing with the layer’s own courtesy.</w:t>
      </w:r>
    </w:p>
    <w:p>
      <w:pPr>
        <w:spacing w:line="360" w:lineRule="auto" w:after="0"/>
        <w:ind w:firstLine="283"/>
      </w:pPr>
      <w:r>
        <w:t>The morning came.</w:t>
      </w:r>
    </w:p>
    <w:p>
      <w:pPr>
        <w:ind w:firstLine="0"/>
        <w:jc w:val="center"/>
      </w:pPr>
      <w:r>
        <w:rPr>
          <w:color w:val="AAAAAA"/>
        </w:rPr>
        <w:t>❖</w:t>
      </w:r>
    </w:p>
    <w:p>
      <w:pPr>
        <w:spacing w:line="360" w:lineRule="auto" w:after="0"/>
        <w:ind w:firstLine="283"/>
      </w:pPr>
      <w:r>
        <w:t>The Plan was fully imposed in the zones that accepted it by the second summer, the coast’s whole new standing country, and Rook’s remaining freight was the limited structure. The structure was insufficient, and he kept it anyway.</w:t>
      </w:r>
    </w:p>
    <w:p>
      <w:pPr>
        <w:spacing w:line="360" w:lineRule="auto" w:after="0"/>
        <w:ind w:firstLine="283"/>
      </w:pPr>
      <w:r>
        <w:t>The structure was the Inspector-General’s office’s whole remaining held form. The charter stood. The standing stood. The office’s whole held limit was the persons, both sides, at the lines’ whole moving — limited, non-punitive. The standing held at the lines’ edge, at the zones’ borders, at the gap’s threshold, at the patrol-line’s stations, at the council’s door.</w:t>
      </w:r>
    </w:p>
    <w:p>
      <w:pPr>
        <w:spacing w:line="360" w:lineRule="auto" w:after="0"/>
        <w:ind w:firstLine="283"/>
      </w:pPr>
      <w:r>
        <w:t>The structure could not hold the gap, nor feed it, nor unseal it, nor save Ilma, nor undo the four thousand, two hundred and thirty, nor stop the dual system’s seam — and the structure was kept.</w:t>
      </w:r>
    </w:p>
    <w:p>
      <w:pPr>
        <w:spacing w:line="360" w:lineRule="auto" w:after="0"/>
        <w:ind w:firstLine="283"/>
      </w:pPr>
      <w:r>
        <w:t>“The structure is the charter’s,” Rook said, to no one, to the lines, to the second summer’s plain light. “The standing goes on. The standing is the charter’s. The charter is the council’s. The council is the coast’s. The standing goes on.”</w:t>
      </w:r>
    </w:p>
    <w:p>
      <w:pPr>
        <w:spacing w:line="360" w:lineRule="auto" w:after="0"/>
        <w:ind w:firstLine="283"/>
      </w:pPr>
      <w:r>
        <w:t>Rook’s hand, that evening, in the quarters, found the rope in the pack. The rope was the same rope — the fleet’s man’s splice, the bound ends, the fifteen-year carried road not taken. The hand held the rope. The hand held the rope for a long breath. The hand did not tie the rope to anything. The hand put the rope back in the pack. The hand buckled the pack’s flap. The rope stayed. The standing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4 — The Route</w:t>
      </w:r>
    </w:p>
    <w:p>
      <w:pPr>
        <w:spacing w:line="360" w:lineRule="auto" w:after="0"/>
        <w:ind w:firstLine="283"/>
      </w:pPr>
      <w:r>
        <w:t>‖ ‖</w:t>
      </w:r>
    </w:p>
    <w:p>
      <w:pPr>
        <w:spacing w:line="360" w:lineRule="auto" w:after="0"/>
        <w:ind w:firstLine="283"/>
      </w:pPr>
      <w:r>
        <w:t>The food went out on the Tuesday. The Wednesday’s route was not the Tuesday’s route.</w:t>
      </w:r>
    </w:p>
    <w:p>
      <w:pPr>
        <w:spacing w:line="360" w:lineRule="auto" w:after="0"/>
        <w:ind w:firstLine="283"/>
      </w:pPr>
      <w:r>
        <w:t>Nessa arrived at the kitchen’s ground in the dawn. The gap’s middle country had rearranged in the night — the talking’s third pitch, the wound’s own rearranging pace, the same ground that had eaten the failed settlement — and the third furlong of the route’s old lane was gone. Not gone as a lane: gone as ground. The lane’s surface was a half-mile of new skin, sour with the deep salts, and the route’s mules would not cross the skin. The route’s feet could not cross the skin. The route’s freight — the pot’s thin, the Tuesday’s bread, the chains’ own calibrated freight — could not be carried across the skin.</w:t>
      </w:r>
    </w:p>
    <w:p>
      <w:pPr>
        <w:spacing w:line="360" w:lineRule="auto" w:after="0"/>
        <w:ind w:firstLine="283"/>
      </w:pPr>
      <w:r>
        <w:t>Nessa read the route at the Wednesday’s first light. That was the kitchen’s own craft, held at the kitchen’s ground for fifty-eight years through the city and the sea. The wound. The coast’s rearranging: the heel-test, the skin’s edge, the talking’s pitch. The party walked the route’s first two furlongs in the dawn’s plain light, and the first two furlongs held, and the third did not.</w:t>
      </w:r>
    </w:p>
    <w:p>
      <w:pPr>
        <w:spacing w:line="360" w:lineRule="auto" w:after="0"/>
        <w:ind w:firstLine="283"/>
      </w:pPr>
      <w:r>
        <w:t>The lead mule, an old grey named Hester, put her hoof down on the skin’s edge and pulled it back and would not go forward. The driver cursed, gently, the way the kitchen cursed mules — without rancor, as a form of measurement. Hester won’t cross. Find another way. The keeper’s reading began there.</w:t>
      </w:r>
    </w:p>
    <w:p>
      <w:pPr>
        <w:spacing w:line="360" w:lineRule="auto" w:after="0"/>
        <w:ind w:firstLine="283"/>
      </w:pPr>
      <w:r>
        <w:t>The skin’s edge left a way. The ditch-line’s old track — the drainage-cut the stabilization-works had dug two years before, abandoned when the works’ funding moved — ran the third stretch’s whole length on the moved skin’s rim, stable, old ground, narrow, mule-wide. The finding was the keeper’s.</w:t>
      </w:r>
    </w:p>
    <w:p>
      <w:pPr>
        <w:spacing w:line="360" w:lineRule="auto" w:after="0"/>
        <w:ind w:firstLine="283"/>
      </w:pPr>
      <w:r>
        <w:t>The pot’s thin went out on the Wednesday by the track. The mules on the track, the lead mule breathing white in the dawn’s cold, the pot’s thin in the casks, the rotation’s two at the casks’ heads, the runner’s young at the mules’ heads.</w:t>
      </w:r>
    </w:p>
    <w:p>
      <w:pPr>
        <w:spacing w:line="360" w:lineRule="auto" w:after="0"/>
        <w:ind w:firstLine="283"/>
      </w:pPr>
      <w:r>
        <w:t>The route changed again in the summer. The skin spread east, the ditch-line’s track was cut at the track’s middle, and the reading found the next way — the coast-road’s old verge, the gravel-and-clay base the coast-road’s builders had laid thirty years before — and the route went by the verge.</w:t>
      </w:r>
    </w:p>
    <w:p>
      <w:pPr>
        <w:spacing w:line="360" w:lineRule="auto" w:after="0"/>
        <w:ind w:firstLine="283"/>
      </w:pPr>
      <w:r>
        <w:t>The pot’s thin went out. The route went on.</w:t>
      </w:r>
    </w:p>
    <w:p>
      <w:pPr>
        <w:ind w:firstLine="0"/>
        <w:jc w:val="center"/>
      </w:pPr>
      <w:r>
        <w:rPr>
          <w:color w:val="AAAAAA"/>
        </w:rPr>
        <w:t>❖</w:t>
      </w:r>
    </w:p>
    <w:p>
      <w:pPr>
        <w:spacing w:line="360" w:lineRule="auto" w:after="0"/>
        <w:ind w:firstLine="283"/>
      </w:pPr>
      <w:r>
        <w:t>The news came up the web’s lanes in the spring. The lanes had never carried a cargo like it: the news was good, and the good was real, and the good’s reality was the hardest freight the corridor had carried since the taking’s tellings.</w:t>
      </w:r>
    </w:p>
    <w:p>
      <w:pPr>
        <w:spacing w:line="360" w:lineRule="auto" w:after="0"/>
        <w:ind w:firstLine="283"/>
      </w:pPr>
      <w:r>
        <w:t>Nima heard it at the third lane-house, in the spring’s middle week. The runner’s log ran the stabilization’s coast-wide found: the north villages’ first stabilized stretch, the works’ first year, the children’s sleeping in the footed houses, the talking silenced at the first sleeping season. The stabilization was true. The guide’s twenty-year carried freight — the corridor’s lanes, the carrying free, the doors open, the craft’s spine — had been carried through the wound and the rearranging. The gap’s held country. The freight had been carried for the day the held ground would hold the children. The day had come.</w:t>
      </w:r>
    </w:p>
    <w:p>
      <w:pPr>
        <w:spacing w:line="360" w:lineRule="auto" w:after="0"/>
        <w:ind w:firstLine="283"/>
      </w:pPr>
      <w:r>
        <w:t>The runner’s young watched the guide’s face while the log was read. Nima’s face did the guide’s held reception: the stillness, the reading, the door’s reception of a freight that was good. The guide’s craft counted the doors.</w:t>
      </w:r>
    </w:p>
    <w:p>
      <w:pPr>
        <w:spacing w:line="360" w:lineRule="auto" w:after="0"/>
        <w:ind w:firstLine="283"/>
      </w:pPr>
      <w:r>
        <w:t>“Take the log back to the corridor’s lane-houses,” Nima said. “Send a copy to the chest. Send a copy to the Inspector-General’s office. The doors are the people’s. The carrying goes on free. The lanes go on open.”</w:t>
      </w:r>
    </w:p>
    <w:p>
      <w:pPr>
        <w:spacing w:line="360" w:lineRule="auto" w:after="0"/>
        <w:ind w:firstLine="283"/>
      </w:pPr>
      <w:r>
        <w:t>The runner’s young went back to the web’s lanes with the guide’s plain verdict in the sternum.</w:t>
      </w:r>
    </w:p>
    <w:p>
      <w:pPr>
        <w:spacing w:line="360" w:lineRule="auto" w:after="0"/>
        <w:ind w:firstLine="283"/>
      </w:pPr>
      <w:r>
        <w:t>That night Nima stitched the pack-strap she had been re-stitching for a week — the same strap, the same re-stitching, the same lane-house fire. The young runner who brought the log had gone to bed. The guide sat with the strap and the fire. The hand was steady. The hand did not weep. The strap was mended. The strap would need mending again next month. The mending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5 — Fading Question</w:t>
      </w:r>
    </w:p>
    <w:p>
      <w:pPr>
        <w:spacing w:line="360" w:lineRule="auto" w:after="0"/>
        <w:ind w:firstLine="283"/>
      </w:pPr>
      <w:r>
        <w:t>‖ ‖</w:t>
      </w:r>
    </w:p>
    <w:p>
      <w:pPr>
        <w:spacing w:line="360" w:lineRule="auto" w:after="0"/>
        <w:ind w:firstLine="283"/>
      </w:pPr>
      <w:r>
        <w:t>Tansy went back to the wall at the spring’s end. She had been carrying the question’s freight in the sternum since the spring’s first week.</w:t>
      </w:r>
    </w:p>
    <w:p>
      <w:pPr>
        <w:spacing w:line="360" w:lineRule="auto" w:after="0"/>
        <w:ind w:firstLine="283"/>
      </w:pPr>
      <w:r>
        <w:t>She counted the ways to the wall — the coast-road’s fork, the assembly-ground’s two gates, the ditch-line’s gap — and the count was the habit. The wall stood at the ground’s western edge, and the question stood on the timber, low, at a child’s height, in the white chalk’s fading letters.</w:t>
      </w:r>
    </w:p>
    <w:p>
      <w:pPr>
        <w:spacing w:line="360" w:lineRule="auto" w:after="0"/>
        <w:ind w:firstLine="283"/>
      </w:pPr>
      <w:r>
        <w:t>The question was older than Tansy. It had been on the wall when the runners first came through the ground in the spring of the wound’s third year, and the question had been fading then.</w:t>
      </w:r>
    </w:p>
    <w:p>
      <w:pPr>
        <w:spacing w:line="360" w:lineRule="auto" w:after="0"/>
        <w:ind w:firstLine="283"/>
      </w:pPr>
      <w:r>
        <w:t>Who comes back?</w:t>
      </w:r>
    </w:p>
    <w:p>
      <w:pPr>
        <w:spacing w:line="360" w:lineRule="auto" w:after="0"/>
        <w:ind w:firstLine="283"/>
      </w:pPr>
      <w:r>
        <w:t>Tansy stood at the wall. She read it twice. The letters were thinner than they had been in the spring’s first week. The wall’s weather was taking them. The question was going.</w:t>
      </w:r>
    </w:p>
    <w:p>
      <w:pPr>
        <w:spacing w:line="360" w:lineRule="auto" w:after="0"/>
        <w:ind w:firstLine="283"/>
      </w:pPr>
      <w:r>
        <w:t>She did not erase it. She did not rewrite it. Her hand came up to the wall’s height, and her hand did not touch the letters.</w:t>
      </w:r>
    </w:p>
    <w:p>
      <w:pPr>
        <w:spacing w:line="360" w:lineRule="auto" w:after="0"/>
        <w:ind w:firstLine="283"/>
      </w:pPr>
      <w:r>
        <w:t>She counted the ways out — three — and went home to the web’s lane-house. The day’s freight went into the runner’s log in the level hand — the wall, the question, the letters’ fading edges, the not-touching — and at the log’s end, the hand wrote one line more:</w:t>
      </w:r>
    </w:p>
    <w:p>
      <w:pPr>
        <w:spacing w:line="360" w:lineRule="auto" w:after="0"/>
        <w:ind w:firstLine="283"/>
      </w:pPr>
      <w:r>
        <w:t>Went back to the wall. The letters thinner. Did not touch. The question is carried.</w:t>
      </w:r>
    </w:p>
    <w:p>
      <w:pPr>
        <w:spacing w:line="360" w:lineRule="auto" w:after="0"/>
        <w:ind w:firstLine="283"/>
      </w:pPr>
      <w:r>
        <w:t>The log was closed.</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6 — The Gathering</w:t>
      </w:r>
    </w:p>
    <w:p>
      <w:pPr>
        <w:spacing w:line="360" w:lineRule="auto" w:after="0"/>
        <w:ind w:firstLine="283"/>
      </w:pPr>
      <w:r>
        <w:t>‖ ‖</w:t>
      </w:r>
    </w:p>
    <w:p>
      <w:pPr>
        <w:spacing w:line="360" w:lineRule="auto" w:after="0"/>
        <w:ind w:firstLine="283"/>
      </w:pPr>
      <w:r>
        <w:t>The gathering was held at the great house in the spring’s middle month. The coalition’s coast-wide assembly. Eight hundred delegates. The Plan’s first public presentation.</w:t>
      </w:r>
    </w:p>
    <w:p>
      <w:pPr>
        <w:spacing w:line="360" w:lineRule="auto" w:after="0"/>
        <w:ind w:firstLine="283"/>
      </w:pPr>
      <w:r>
        <w:t>Maren stood at the hall’s head. The administrator — fifty now, the coalition’s coast-wide stabilization’s own living spine — stood in the level voice, in the grey coat, with the projections’ first chart behind her on the wall. The chart’s lines ran the coast’s next twenty years.</w:t>
      </w:r>
    </w:p>
    <w:p>
      <w:pPr>
        <w:spacing w:line="360" w:lineRule="auto" w:after="0"/>
        <w:ind w:firstLine="283"/>
      </w:pPr>
      <w:r>
        <w:t>“The Plan is the coast’s consenting body’s own held work,” Maren said. “The works hold the ground. The chains’ bread feeds the consented. The medicine reaches the children. The sleeping goes on sleeping. The cost is the variance. The variance is irrecoverable. The cost is paid by the variance’s held country — the unfinished, the uncounted, the corridor’s own carrying country. The cost is the coast’s. The cost is the children’s sleeping’s own held ground.”</w:t>
      </w:r>
    </w:p>
    <w:p>
      <w:pPr>
        <w:spacing w:line="360" w:lineRule="auto" w:after="0"/>
        <w:ind w:firstLine="283"/>
      </w:pPr>
      <w:r>
        <w:t>The eight hundred heard the cost stated first. The Plan was the children’s sleeping, and the sleeping was real.</w:t>
      </w:r>
    </w:p>
    <w:p>
      <w:pPr>
        <w:spacing w:line="360" w:lineRule="auto" w:after="0"/>
        <w:ind w:firstLine="283"/>
      </w:pPr>
      <w:r>
        <w:t>Mira was at the hall, with the chest’s fifteen-year freight laid out on the plank-table — the relief-rolls, the settling-camps’ counts, the inherited rolls, the web’s freight-counts, the corridor’s carrying-lists — all of them honest, all of them disagreeing, the level hand’s double crosses at the variants, the two words at each list’s foot.</w:t>
      </w:r>
    </w:p>
    <w:p>
      <w:pPr>
        <w:spacing w:line="360" w:lineRule="auto" w:after="0"/>
        <w:ind w:firstLine="283"/>
      </w:pPr>
      <w:r>
        <w:t>The variance’s first coast-wide definition was made at the gathering: the coast’s irrecoverable remainder. The category’s first finding: the variance is irrecoverable by the arithmetic.</w:t>
      </w:r>
    </w:p>
    <w:p>
      <w:pPr>
        <w:spacing w:line="360" w:lineRule="auto" w:after="0"/>
        <w:ind w:firstLine="283"/>
      </w:pPr>
      <w:r>
        <w:t>An old delegate at the third row — a man of the whites’ old circles, grey-bearded, weathered, who had walked three weeks to attend — leaned to his bench-mate after Maren’s plain sentence and said, low enough that only the bench heard: “She said cost. Sleeping in the same sentence. She did not blink. My grand-daughter sleeps. I came three weeks to hear that. I am going home.”</w:t>
      </w:r>
    </w:p>
    <w:p>
      <w:pPr>
        <w:spacing w:line="360" w:lineRule="auto" w:after="0"/>
        <w:ind w:firstLine="283"/>
      </w:pPr>
      <w:r>
        <w:t>His bench-mate — a coalition clerk of the new grammar, level-voiced — said, lower still: “She did not blink.”</w:t>
      </w:r>
    </w:p>
    <w:p>
      <w:pPr>
        <w:spacing w:line="360" w:lineRule="auto" w:after="0"/>
        <w:ind w:firstLine="283"/>
      </w:pPr>
      <w:r>
        <w:t>The old delegate closed his eyes a breath and opened them.</w:t>
      </w:r>
    </w:p>
    <w:p>
      <w:pPr>
        <w:spacing w:line="360" w:lineRule="auto" w:after="0"/>
        <w:ind w:firstLine="283"/>
      </w:pPr>
      <w:r>
        <w:t>The hall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7 — The Columns</w:t>
      </w:r>
    </w:p>
    <w:p>
      <w:pPr>
        <w:spacing w:line="360" w:lineRule="auto" w:after="0"/>
        <w:ind w:firstLine="283"/>
      </w:pPr>
      <w:r>
        <w:t>‖ ‖</w:t>
      </w:r>
    </w:p>
    <w:p>
      <w:pPr>
        <w:spacing w:line="360" w:lineRule="auto" w:after="0"/>
        <w:ind w:firstLine="283"/>
      </w:pPr>
      <w:r>
        <w:t>The first trial-ground came in the autumn. The coalition’s relief-counting stations in the gap’s middle country, the wider columns’ first field-administration: the variant, rendered, in the column’s own grammar.</w:t>
      </w:r>
    </w:p>
    <w:p>
      <w:pPr>
        <w:spacing w:line="360" w:lineRule="auto" w:after="0"/>
        <w:ind w:firstLine="283"/>
      </w:pPr>
      <w:r>
        <w:t>The third table’s clerk — a coalition clerk, the new grammar’s own young, the wider columns’ own taught hand — held the wider columns’ first administered column at the third table. The mending-work entered as the exception’s own new column.</w:t>
      </w:r>
    </w:p>
    <w:p>
      <w:pPr>
        <w:spacing w:line="360" w:lineRule="auto" w:after="0"/>
        <w:ind w:firstLine="283"/>
      </w:pPr>
      <w:r>
        <w:t>Mira saw the rendering. The variant was the person, and the person was rendered in the column. The rendering was the cage. The cage was the mercy. The mercy was real.</w:t>
      </w:r>
    </w:p>
    <w:p>
      <w:pPr>
        <w:spacing w:line="360" w:lineRule="auto" w:after="0"/>
        <w:ind w:firstLine="283"/>
      </w:pPr>
      <w:r>
        <w:t>The trial-ground’s third table held the first administered column’s first hard freight: a young man — the gap’s edge-settlement’s, the corridor’s own carried — was rendered at the third table in the autumn’s first week. The rendering took the young man’s two names and held them in the wider columns’ own new dual-entry.</w:t>
      </w:r>
    </w:p>
    <w:p>
      <w:pPr>
        <w:spacing w:line="360" w:lineRule="auto" w:after="0"/>
        <w:ind w:firstLine="283"/>
      </w:pPr>
      <w:r>
        <w:t>Rook stood at the trial-ground’s margin through the autumn’s first week. The Inspector-General’s grey cloak at the third table’s edge, the standing’s held limit drawn at the charter’s hinge. The persons, both sides, at the lines’ whole moving — limited, non-punitive. The standing was the charter’s, and the coast had consented, and the consent was the cost.</w:t>
      </w:r>
    </w:p>
    <w:p>
      <w:pPr>
        <w:spacing w:line="360" w:lineRule="auto" w:after="0"/>
        <w:ind w:firstLine="283"/>
      </w:pPr>
      <w:r>
        <w:t>The young man looked at his name in the column. He looked at it for a long time. Then he looked at the clerk, and the clerk looked back, and neither of them spoke. The clerk’s hand, holding the pen, was very steady. The young man’s hand, at the table’s edge, was not.</w:t>
      </w:r>
    </w:p>
    <w:p>
      <w:pPr>
        <w:spacing w:line="360" w:lineRule="auto" w:after="0"/>
        <w:ind w:firstLine="283"/>
      </w:pPr>
      <w:r>
        <w:t>The night came. The young man’s name was in the column.</w:t>
      </w:r>
    </w:p>
    <w:p>
      <w:pPr>
        <w:ind w:firstLine="0"/>
        <w:jc w:val="center"/>
      </w:pPr>
      <w:r>
        <w:rPr>
          <w:color w:val="AAAAAA"/>
        </w:rPr>
        <w:t>❖</w:t>
      </w:r>
    </w:p>
    <w:p>
      <w:pPr>
        <w:spacing w:line="360" w:lineRule="auto" w:after="0"/>
        <w:ind w:firstLine="283"/>
      </w:pPr>
      <w:r>
        <w:t>The wider columns’ first field-administration sent its first senior clerk to the chest in the winter’s first month. The clerk came to the enumeration-office’s hall with the wider columns’ new bespoke grammar and bespoke paper, and the errand was the old language’s translation: the chest’s fifteen-year carried craft, translated into the wider columns’ own new held form, for the Plan’s coast-wide implementation’s foundation.</w:t>
      </w:r>
    </w:p>
    <w:p>
      <w:pPr>
        <w:spacing w:line="360" w:lineRule="auto" w:after="0"/>
        <w:ind w:firstLine="283"/>
      </w:pPr>
      <w:r>
        <w:t>The errand stood at the plank-table, and the errand’s plain craft was the new grammar’s own best courtesy. The courtesy was honest. The clerk wanted the craft inside the wider columns.</w:t>
      </w:r>
    </w:p>
    <w:p>
      <w:pPr>
        <w:spacing w:line="360" w:lineRule="auto" w:after="0"/>
        <w:ind w:firstLine="283"/>
      </w:pPr>
      <w:r>
        <w:t>Mira opened the chest. The chest’s fifteen-year freight laid out on the plank-table. The chest’s carried craft was the old language: the double cross at the variant; the two words at the foot; the open hand above the two words; the line beneath: Name uncertain. Person remembered.</w:t>
      </w:r>
    </w:p>
    <w:p>
      <w:pPr>
        <w:spacing w:line="360" w:lineRule="auto" w:after="0"/>
        <w:ind w:firstLine="283"/>
      </w:pPr>
      <w:r>
        <w:t>The clerk read the old language. The clerk’s face did the new grammar’s held reception: the stillness, the reading, the door’s reception of a freight that was old.</w:t>
      </w:r>
    </w:p>
    <w:p>
      <w:pPr>
        <w:spacing w:line="360" w:lineRule="auto" w:after="0"/>
        <w:ind w:firstLine="283"/>
      </w:pPr>
      <w:r>
        <w:t>“The old language is the wider columns’ now,” the clerk said. “The variant, the dual-entry, the two words — the old language is the wider columns’ own held form. The wider columns hold the variant. The wider columns hold the two words. The wider columns hold the open hand. The wider columns hold the line.”</w:t>
      </w:r>
    </w:p>
    <w:p>
      <w:pPr>
        <w:spacing w:line="360" w:lineRule="auto" w:after="0"/>
        <w:ind w:firstLine="283"/>
      </w:pPr>
      <w:r>
        <w:t>“The old language is the chest’s,” Mira said. “The wider columns translate the old language into the wider columns’ own held form, and the translation is not the old language. The old language is the chest’s. The chest goes on.”</w:t>
      </w:r>
    </w:p>
    <w:p>
      <w:pPr>
        <w:spacing w:line="360" w:lineRule="auto" w:after="0"/>
        <w:ind w:firstLine="283"/>
      </w:pPr>
      <w:r>
        <w:t>Mira’s pen stopped.</w:t>
      </w:r>
    </w:p>
    <w:p>
      <w:pPr>
        <w:spacing w:line="360" w:lineRule="auto" w:after="0"/>
        <w:ind w:firstLine="283"/>
      </w:pPr>
      <w:r>
        <w:t>The clerk looked at the pen. The clerk looked at Mira. The clerk’s face, briefly, did something other than the courtesy — a flicker of the kind of irritation a careful clerk does not usually allow his face. The flicker lasted a half-second. Then the courtesy came back. The clerk folded his papers. The clerk went out.</w:t>
      </w:r>
    </w:p>
    <w:p>
      <w:pPr>
        <w:spacing w:line="360" w:lineRule="auto" w:after="0"/>
        <w:ind w:firstLine="283"/>
      </w:pPr>
      <w:r>
        <w:t>Mira’s pen stayed stopped. She had not moved it for the whole second half of the interview. The refusing was the craft. For the first time in fifteen years, the craft was also a kind of pride. She noticed the pride. She did not soften it. The pride would have to be watched.</w:t>
      </w:r>
    </w:p>
    <w:p>
      <w:pPr>
        <w:spacing w:line="360" w:lineRule="auto" w:after="0"/>
        <w:ind w:firstLine="283"/>
      </w:pPr>
      <w:r>
        <w:t>The provisional list came to her desk in the spring’s third week. The coalition had begun the implementation without the certification. The list was a working document. The list smoothed the most troublesome variants into the wider columns’ own held form. The list was not the certification. The list was the certification’s working shadow.</w:t>
      </w:r>
    </w:p>
    <w:p>
      <w:pPr>
        <w:spacing w:line="360" w:lineRule="auto" w:after="0"/>
        <w:ind w:firstLine="283"/>
      </w:pPr>
      <w:r>
        <w:t>Mira read the list. Her own name was on it. The name was listed under a variant she had not authorized. The variant was the variant the chest had carried for fifteen years — the variant the chest had refused to unify — and the variant was now the wider columns’ own held form. The form held Mira’s name. The name held the variant. The variant was not hers.</w:t>
      </w:r>
    </w:p>
    <w:p>
      <w:pPr>
        <w:spacing w:line="360" w:lineRule="auto" w:after="0"/>
        <w:ind w:firstLine="283"/>
      </w:pPr>
      <w:r>
        <w:t>Mira could denounce the list. The coalition would cut the chest’s access to the archive. The chest would be the chest’s own closed door.</w:t>
      </w:r>
    </w:p>
    <w:p>
      <w:pPr>
        <w:spacing w:line="360" w:lineRule="auto" w:after="0"/>
        <w:ind w:firstLine="283"/>
      </w:pPr>
      <w:r>
        <w:t>Mira could correct the list. The correction would be private. The correction would be the wider columns’ own form. The correction would make her the thing she refused.</w:t>
      </w:r>
    </w:p>
    <w:p>
      <w:pPr>
        <w:spacing w:line="360" w:lineRule="auto" w:after="0"/>
        <w:ind w:firstLine="283"/>
      </w:pPr>
      <w:r>
        <w:t>Mira did not denounce the list. Mira did not correct the list. The list stood. The variant stood. The variant held her name. The name held the variant the chest had refused to unify. The variant was buried in the wider columns’ own working document, and the burying was the list’s plain courtesy.</w:t>
      </w:r>
    </w:p>
    <w:p>
      <w:pPr>
        <w:spacing w:line="360" w:lineRule="auto" w:after="0"/>
        <w:ind w:firstLine="283"/>
      </w:pPr>
      <w:r>
        <w:t>The chalk stayed in Mira’s pocket. The mark she did not make became the mark.</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8 — Who Will Feed</w:t>
      </w:r>
    </w:p>
    <w:p>
      <w:pPr>
        <w:spacing w:line="360" w:lineRule="auto" w:after="0"/>
        <w:ind w:firstLine="283"/>
      </w:pPr>
      <w:r>
        <w:t>‖ ‖</w:t>
      </w:r>
    </w:p>
    <w:p>
      <w:pPr>
        <w:spacing w:line="360" w:lineRule="auto" w:after="0"/>
        <w:ind w:firstLine="283"/>
      </w:pPr>
      <w:r>
        <w:t>The feeding stopped being one feeding in the summer’s first month.</w:t>
      </w:r>
    </w:p>
    <w:p>
      <w:pPr>
        <w:spacing w:line="360" w:lineRule="auto" w:after="0"/>
        <w:ind w:firstLine="283"/>
      </w:pPr>
      <w:r>
        <w:t>The first feeding was the chains’ bread — the Plan’s own enrolled-ration distribution, the consented’s freight, the works’ held grain, the stabilized ground’s new bread-queue at the zones’ enrolled mouths. The chains’ bread fed the zones.</w:t>
      </w:r>
    </w:p>
    <w:p>
      <w:pPr>
        <w:spacing w:line="360" w:lineRule="auto" w:after="0"/>
        <w:ind w:firstLine="283"/>
      </w:pPr>
      <w:r>
        <w:t>The second feeding was the pot’s thin — the kitchen’s own carried freight, the gap’s interior’s feeding, the Thursday runs, the mules on the interior’s narrow lanes. The pot fed the gap.</w:t>
      </w:r>
    </w:p>
    <w:p>
      <w:pPr>
        <w:spacing w:line="360" w:lineRule="auto" w:after="0"/>
        <w:ind w:firstLine="283"/>
      </w:pPr>
      <w:r>
        <w:t>The two feedings stood at the same coast, at the same hinge, and did not resolve each other. The chains’ bread fed the consented. The pot’s thin fed the refusing.</w:t>
      </w:r>
    </w:p>
    <w:p>
      <w:pPr>
        <w:spacing w:line="360" w:lineRule="auto" w:after="0"/>
        <w:ind w:firstLine="283"/>
      </w:pPr>
      <w:r>
        <w:t>Nessa stood at the stove. The dented copper measure in the hand, the level portioned to the thumb. The steam went east in the lane’s first wind.</w:t>
      </w:r>
    </w:p>
    <w:p>
      <w:pPr>
        <w:spacing w:line="360" w:lineRule="auto" w:after="0"/>
        <w:ind w:firstLine="283"/>
      </w:pPr>
      <w:r>
        <w:t>“The pot’s the pot,” Nessa said, to no one, to the steam. “The chains are the chains. The chains feed the zones. The pot feeds the gap. The pot doesn’t choose. The pot portioned. The pot does not vote. The pot goes on.”</w:t>
      </w:r>
    </w:p>
    <w:p>
      <w:pPr>
        <w:spacing w:line="360" w:lineRule="auto" w:after="0"/>
        <w:ind w:firstLine="283"/>
      </w:pPr>
      <w:r>
        <w:t>She said it the way she said it every morning — the same sentence, the same steam, the same dented measure. A young rotation-hand at the cask’s head, new that week, looked up the second time she said it. The third time, the rotation-hand grinned. Nessa did not grin back. Nessa did not see the grin. Nessa was talking to the steam.</w:t>
      </w:r>
    </w:p>
    <w:p>
      <w:pPr>
        <w:spacing w:line="360" w:lineRule="auto" w:after="0"/>
        <w:ind w:firstLine="283"/>
      </w:pPr>
      <w:r>
        <w:t>The Tuesday run went out to the zones’ margins. The Thursday run went out to the gap’s interior. Both runs, one pot, one kitchen, one keeper.</w:t>
      </w:r>
    </w:p>
    <w:p>
      <w:pPr>
        <w:spacing w:line="360" w:lineRule="auto" w:after="0"/>
        <w:ind w:firstLine="283"/>
      </w:pPr>
      <w:r>
        <w:t>*</w:t>
      </w:r>
    </w:p>
    <w:p>
      <w:pPr>
        <w:spacing w:line="360" w:lineRule="auto" w:after="0"/>
        <w:ind w:firstLine="283"/>
      </w:pPr>
      <w:r>
        <w:t>The day begins at the fire’s circle. The day always begins at the fire’s circle.</w:t>
      </w:r>
    </w:p>
    <w:p>
      <w:pPr>
        <w:spacing w:line="360" w:lineRule="auto" w:after="0"/>
        <w:ind w:firstLine="283"/>
      </w:pPr>
      <w:r>
        <w:t>The mender is at the fire before the kitchen’s party comes. The basket at the hip. The wire and the stitch. The clay bowl with the chip ground smooth with the river-stone. The mender does not make the fire. The fire is the gap’s. The fire has been the gap’s since before the mender, and the fire does not know the mender is the mender, and the not-knowing is the fire’s whole one mercy to the mender.</w:t>
      </w:r>
    </w:p>
    <w:p>
      <w:pPr>
        <w:spacing w:line="360" w:lineRule="auto" w:after="0"/>
        <w:ind w:firstLine="283"/>
      </w:pPr>
      <w:r>
        <w:t>The bowl is set on the knee. The bowl is always set on the knee. The bowl is the clay bowl, the chip at the rim, the chip the mender has ground smooth with the river-stone — not mended, ground, the grinding the mender’s whole one office at the chip, and the office is the not-mending’s long first cousin. The two are not the same. The bowl holds the not-same the way the bowl holds the thin: without choosing, without setting it down.</w:t>
      </w:r>
    </w:p>
    <w:p>
      <w:pPr>
        <w:spacing w:line="360" w:lineRule="auto" w:after="0"/>
        <w:ind w:firstLine="283"/>
      </w:pPr>
      <w:r>
        <w:t>The kitchen’s party comes at the dawn’s sixth hour. The mules at the lane’s head. The pot’s thin in the casks. The rotation’s two at the casks’ heads. The keeper at the mules’ lead. The keeper portions the thin to the mender’s bowl — the dented copper measure, the level to the thumb — and the mender takes. The taking is the mender’s whole one speech at the dawn’s sixth hour. The speech is the not-speaking. The mender eats.</w:t>
      </w:r>
    </w:p>
    <w:p>
      <w:pPr>
        <w:spacing w:line="360" w:lineRule="auto" w:after="0"/>
        <w:ind w:firstLine="283"/>
      </w:pPr>
      <w:r>
        <w:t>The eating is slow. The eating is the mender’s whole one courtesy to the thin.</w:t>
      </w:r>
    </w:p>
    <w:p>
      <w:pPr>
        <w:spacing w:line="360" w:lineRule="auto" w:after="0"/>
        <w:ind w:firstLine="283"/>
      </w:pPr>
      <w:r>
        <w:t>The mending begins at the fire’s circle. The mending always begins at the fire’s circle. The first thing is the strap. The strap is the rotation’s lead hand’s — the torn strap, the strap the mender takes without breaking the strap’s owner’s step, the strap the mender stitches with the sail-thread in the lane’s plain light while the mules drink at the ditch-line. The stitching is the mending’s grammar — the stitch is the wire’s, the wire is the basket’s, the basket is the mender’s — and the strap goes back to the lead hand. The lead hand does not stop. I am mended. I did not stop. The strap goes on.</w:t>
      </w:r>
    </w:p>
    <w:p>
      <w:pPr>
        <w:spacing w:line="360" w:lineRule="auto" w:after="0"/>
        <w:ind w:firstLine="283"/>
      </w:pPr>
      <w:r>
        <w:t>The second thing is the bowl. Not the mender’s bowl — the gap’s bowl, the relief-station’s bowl, the bowl the ground has cracked at the rim. The mender does not mend the crack. The mender grinds the crack smooth with the river-stone, the way the mender ground the chip, and the bowl goes back to the relief-station. The relief-station does not know the bowl was cracked. The mercy is the grinding’s.</w:t>
      </w:r>
    </w:p>
    <w:p>
      <w:pPr>
        <w:spacing w:line="360" w:lineRule="auto" w:after="0"/>
        <w:ind w:firstLine="283"/>
      </w:pPr>
      <w:r>
        <w:t>The third thing is the child. The child is the gap’s — the edge-settlement’s child, the child whose coat has torn at the elbow, the child who comes to the fire’s circle because the fire’s circle is where the mending is. The mender does not speak to the child. The mender takes the coat’s elbow the way the mender takes the strap — without the asking, without the naming — and the child stands still the way children stand still when a hand is at their coat. The mended is the child’s whole one testimony: I was mended. I did not speak. The child goes on.</w:t>
      </w:r>
    </w:p>
    <w:p>
      <w:pPr>
        <w:spacing w:line="360" w:lineRule="auto" w:after="0"/>
        <w:ind w:firstLine="283"/>
      </w:pPr>
      <w:r>
        <w:t>The day goes on. The fire’s circle holds the mender the way it holds the fire. The mender does not eat at the noon. The mender eats at the dawn’s sixth hour and the dusk’s sixth hour. The two eatings are the mender’s whole one day’s ration. The ration is the thin’s. The thin is the pot’s. The pot does not vote. The mercy is the small. The small is all there is.</w:t>
      </w:r>
    </w:p>
    <w:p>
      <w:pPr>
        <w:spacing w:line="360" w:lineRule="auto" w:after="0"/>
        <w:ind w:firstLine="283"/>
      </w:pPr>
      <w:r>
        <w:t>The day ends at the fire’s circle. The day always ends at the fire’s circle. The mender sets the basket at the hip. The mender sets the bowl on the knee. The mender does not bank the fire — the fire is the gap’s, and the gap banks the fire —. The mender sleeps at the fire’s circle. The sleeping is the not-mending’s long third self. The night holds it the way the night holds everything.</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9 — The Corridor's Refusals</w:t>
      </w:r>
    </w:p>
    <w:p>
      <w:pPr>
        <w:spacing w:line="360" w:lineRule="auto" w:after="0"/>
        <w:ind w:firstLine="283"/>
      </w:pPr>
      <w:r>
        <w:t>‖ ‖</w:t>
      </w:r>
    </w:p>
    <w:p>
      <w:pPr>
        <w:spacing w:line="360" w:lineRule="auto" w:after="0"/>
        <w:ind w:firstLine="283"/>
      </w:pPr>
      <w:r>
        <w:t>The coalition’s courier came to the third lane-house in the summer’s middle month with the coalition’s formal request: the corridor’s accession to the Plan’s coast-wide security layer. The web would join. The lanes would be the Plan’s lanes. The doors would be the Plan’s doors. The corridor’s no-price law would be the Plan’s no-price law.</w:t>
      </w:r>
    </w:p>
    <w:p>
      <w:pPr>
        <w:spacing w:line="360" w:lineRule="auto" w:after="0"/>
        <w:ind w:firstLine="283"/>
      </w:pPr>
      <w:r>
        <w:t>Nima heard the courier at the lane-house’s door. The courier — a young man of the new grammar, courteous, level-voiced — held the request’s paper in the level hands, and the courtesy was honest: the coalition knew the corridor’s twenty-year held freight. The coalition wanted the freight inside the Plan’s coast-wide architecture. The wanting was honest.</w:t>
      </w:r>
    </w:p>
    <w:p>
      <w:pPr>
        <w:spacing w:line="360" w:lineRule="auto" w:after="0"/>
        <w:ind w:firstLine="283"/>
      </w:pPr>
      <w:r>
        <w:t>The courier had ridden since dawn. Nima offered water. The courier drank. The courier’s horse, in the lane-house yard, drank from the trough. The drinking was the courtesy that came before the refusing. Both of them knew it.</w:t>
      </w:r>
    </w:p>
    <w:p>
      <w:pPr>
        <w:spacing w:line="360" w:lineRule="auto" w:after="0"/>
        <w:ind w:firstLine="283"/>
      </w:pPr>
      <w:r>
        <w:t>Nima refused. The refusing was made at the lane-house’s door, in the level voice, in the summer’s plain light:</w:t>
      </w:r>
    </w:p>
    <w:p>
      <w:pPr>
        <w:spacing w:line="360" w:lineRule="auto" w:after="0"/>
        <w:ind w:firstLine="283"/>
      </w:pPr>
      <w:r>
        <w:t>“The corridor is not the Plan’s. The corridor is the corridor’s. The corridor’s twenty-year freight is the corridor’s. The Plan holds the doors by the doors’ own consent. The corridor goes on free. The lanes go on open.”</w:t>
      </w:r>
    </w:p>
    <w:p>
      <w:pPr>
        <w:spacing w:line="360" w:lineRule="auto" w:after="0"/>
        <w:ind w:firstLine="283"/>
      </w:pPr>
      <w:r>
        <w:t>The courier’s face did the new grammar’s held reception: the courtesy, the level voice, the plain face. The courier knew the corridor was not the Plan’s. He finished the water. He took the refusing back to the coalition’s hall.</w:t>
      </w:r>
    </w:p>
    <w:p>
      <w:pPr>
        <w:spacing w:line="360" w:lineRule="auto" w:after="0"/>
        <w:ind w:firstLine="283"/>
      </w:pPr>
      <w:r>
        <w:t>Nima watched the courier ride out. Then Nima went back inside and re-stitched the pack-strap. The strap had been mended three times this year. It would need mending again.</w:t>
      </w:r>
    </w:p>
    <w:p>
      <w:pPr>
        <w:spacing w:line="360" w:lineRule="auto" w:after="0"/>
        <w:ind w:firstLine="283"/>
      </w:pPr>
      <w:r>
        <w:t>The third family came through the lanes in the summer’s last week. The family was on the variance list. The corridor’s rule was the rule the doors had always been: the doors stayed open. The youngest child had a fever. The Plan’s medical patrols tracked the fevers at the clean-zone’s edges. The open door exposed the corridor’s route.</w:t>
      </w:r>
    </w:p>
    <w:p>
      <w:pPr>
        <w:spacing w:line="360" w:lineRule="auto" w:after="0"/>
        <w:ind w:firstLine="283"/>
      </w:pPr>
      <w:r>
        <w:t>Nima could close the door. The family would be caught. The child would die in the patrol’s hands, and the patrol’s hands were the clean-zone’s, and the clean-zone’s hands did not give the child back.</w:t>
      </w:r>
    </w:p>
    <w:p>
      <w:pPr>
        <w:spacing w:line="360" w:lineRule="auto" w:after="0"/>
        <w:ind w:firstLine="283"/>
      </w:pPr>
      <w:r>
        <w:t>Nima could keep the door open. The corridor’s route would be exposed. The other families, the next families, the lane’s whole held freight — all of them caught.</w:t>
      </w:r>
    </w:p>
    <w:p>
      <w:pPr>
        <w:spacing w:line="360" w:lineRule="auto" w:after="0"/>
        <w:ind w:firstLine="283"/>
      </w:pPr>
      <w:r>
        <w:t>Nima carried the child on her back. She walked as she had never walked. The route took nine hours. Her back was damaged. The child lived.</w:t>
      </w:r>
    </w:p>
    <w:p>
      <w:pPr>
        <w:spacing w:line="360" w:lineRule="auto" w:after="0"/>
        <w:ind w:firstLine="283"/>
      </w:pPr>
      <w:r>
        <w:t>The route that could not be walked again was the cost.</w:t>
      </w:r>
    </w:p>
    <w:p>
      <w:pPr>
        <w:ind w:firstLine="0"/>
        <w:jc w:val="center"/>
      </w:pPr>
      <w:r>
        <w:rPr>
          <w:color w:val="AAAAAA"/>
        </w:rPr>
        <w:t>❖</w:t>
      </w:r>
    </w:p>
    <w:p>
      <w:pPr>
        <w:spacing w:line="360" w:lineRule="auto" w:after="0"/>
        <w:ind w:firstLine="283"/>
      </w:pPr>
      <w:r>
        <w:t>The token came to the lane-house in the summer’s middle, and the token was the inclusion’s own newest craft: a small stamped clay medallion, the coalition’s seal in miniature, and the medallion’s offer was the coast’s freedom, turned into a market.</w:t>
      </w:r>
    </w:p>
    <w:p>
      <w:pPr>
        <w:spacing w:line="360" w:lineRule="auto" w:after="0"/>
        <w:ind w:firstLine="283"/>
      </w:pPr>
      <w:r>
        <w:t>The medallions had come ashore with the voting-year’s third season — the coalition’s own enrollment-stations’ newest instrument, the standing token: the medallion carried the bearer’s enrollment’s standing, the legibility’s carried proof. The token’s craft was the market’s: the medallions were being traded. Two days’ labor for a borrowed token’s one meal. A winter’s gathered freight for a family’s three tokens. The market had bred itself in the gap’s middle country, the inclusion’s standing become the coast’s newest currency.</w:t>
      </w:r>
    </w:p>
    <w:p>
      <w:pPr>
        <w:spacing w:line="360" w:lineRule="auto" w:after="0"/>
        <w:ind w:firstLine="283"/>
      </w:pPr>
      <w:r>
        <w:t>The token’s offer came to Nima through the market’s courteous middleman — a corridor-adjacent trader, a man of the gap’s middle country — offering the guide the guide’s own medallion: a standing token, unstamped, unenrolled, the seal blank — the market’s newest craft, the forged standing, the legibility’s counterfeit. The offer’s terms were the market’s: the token buys the door. The guide’s own standing, the coast’s own most trusted name — the name would carry the token anywhere. The token is yours. The price is the web’s own lanes: the market’s freight rides the lanes free, and the freight is the tokens, and the market pays its carriers.</w:t>
      </w:r>
    </w:p>
    <w:p>
      <w:pPr>
        <w:spacing w:line="360" w:lineRule="auto" w:after="0"/>
        <w:ind w:firstLine="283"/>
      </w:pPr>
      <w:r>
        <w:t>The trader was a small man, weathered, with a smile that had been bred for the bartering — not unkind; the smile was the market’s own courtesy, and the courtesy was honest: the trader believed in the market. The trader believed the market was the door. The trader believed the corridor’s no-price law was the corridor’s own held mistake.</w:t>
      </w:r>
    </w:p>
    <w:p>
      <w:pPr>
        <w:spacing w:line="360" w:lineRule="auto" w:after="0"/>
        <w:ind w:firstLine="283"/>
      </w:pPr>
      <w:r>
        <w:t>Nima was re-stitching the pack-strap when the trader arrived. The strap was the same strap. The re-stitching was the same re-stitching. The trader’s smile held through the courtesy, through the offer’s plain reading, through the wait.</w:t>
      </w:r>
    </w:p>
    <w:p>
      <w:pPr>
        <w:spacing w:line="360" w:lineRule="auto" w:after="0"/>
        <w:ind w:firstLine="283"/>
      </w:pPr>
      <w:r>
        <w:t>“The corridor is not for sale,” Nima said.</w:t>
      </w:r>
    </w:p>
    <w:p>
      <w:pPr>
        <w:spacing w:line="360" w:lineRule="auto" w:after="0"/>
        <w:ind w:firstLine="283"/>
      </w:pPr>
      <w:r>
        <w:t>The refusing’s form stood in the guide’s two hands, and the hands were empty — except for the strap, the needle, the sail-thread. The trader’s smile did not move.</w:t>
      </w:r>
    </w:p>
    <w:p>
      <w:pPr>
        <w:spacing w:line="360" w:lineRule="auto" w:after="0"/>
        <w:ind w:firstLine="283"/>
      </w:pPr>
      <w:r>
        <w:t>“The lanes are open, Guide,” the trader said. “The market rides them free. The doors open for the freight. The freight is the tokens. The tokens are the people’s freedom, and the freedom is the market’s. The corridor is for sale, Guide — because the corridor is the doors, and the doors are the people’s, and the people’s doors are the market’s. The corridor is for sale.”</w:t>
      </w:r>
    </w:p>
    <w:p>
      <w:pPr>
        <w:spacing w:line="360" w:lineRule="auto" w:after="0"/>
        <w:ind w:firstLine="283"/>
      </w:pPr>
      <w:r>
        <w:t>“The corridor is not for sale,” Nima said. “The corridor’s twenty-year freight is the corridor’s. The doors are the people’s. The door you sell is the door that sells you. The market sells the door; the corridor holds the door; the people go where the people go; the web holds the doors open; the doors are the people’s.”</w:t>
      </w:r>
    </w:p>
    <w:p>
      <w:pPr>
        <w:spacing w:line="360" w:lineRule="auto" w:after="0"/>
        <w:ind w:firstLine="283"/>
      </w:pPr>
      <w:r>
        <w:t>The trader’s smile dropped. The smile dropped the way a held breath corrects itself — a small drop, a quarter-inch at the mouth’s edge, and the drop was the trader’s first held truth: the trader knew the corridor was not for sale. The trader knew the corridor’s no-price law was the corridor’s.</w:t>
      </w:r>
    </w:p>
    <w:p>
      <w:pPr>
        <w:spacing w:line="360" w:lineRule="auto" w:after="0"/>
        <w:ind w:firstLine="283"/>
      </w:pPr>
      <w:r>
        <w:t>The trader went away with the token unstamped and the lanes’ own price unpaid. The market went on breeding itself in the gap’s middle country around the web’s own held country.</w:t>
      </w:r>
    </w:p>
    <w:p>
      <w:pPr>
        <w:spacing w:line="360" w:lineRule="auto" w:after="0"/>
        <w:ind w:firstLine="283"/>
      </w:pPr>
      <w:r>
        <w:t>Tansy, who had been watching from the lane-house’s door — she had been told to stay inside, and she had not, she had stood at the door’s edge where she could hear — saw the trader go. Tansy saw the smile drop. Tansy, fourteen, thought: That is what the guide does to a man with a smile. The thought pleased her. She stayed at the door.</w:t>
      </w:r>
    </w:p>
    <w:p>
      <w:pPr>
        <w:spacing w:line="360" w:lineRule="auto" w:after="0"/>
        <w:ind w:firstLine="283"/>
      </w:pPr>
      <w:r>
        <w:t>The web held its own. The lanes’ no-price law held at the web’s country — the carrying free, the doors open, the craft un-bought — and the market’s freight went around the web’s country, lane by lane. The two circulations stood side by side in the summer’s country: the market’s and the corridor’s, the bought freedom. The free doors, the token. The no-price.</w:t>
      </w:r>
    </w:p>
    <w:p>
      <w:pPr>
        <w:spacing w:line="360" w:lineRule="auto" w:after="0"/>
        <w:ind w:firstLine="283"/>
      </w:pPr>
      <w:r>
        <w:t>The doors stayed open.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10 — The Category</w:t>
      </w:r>
    </w:p>
    <w:p>
      <w:pPr>
        <w:spacing w:line="360" w:lineRule="auto" w:after="0"/>
        <w:ind w:firstLine="283"/>
      </w:pPr>
      <w:r>
        <w:t>‖ ‖</w:t>
      </w:r>
    </w:p>
    <w:p>
      <w:pPr>
        <w:spacing w:line="360" w:lineRule="auto" w:after="0"/>
        <w:ind w:firstLine="283"/>
      </w:pPr>
      <w:r>
        <w:t>The category was named at the chest in the winter’s middle month. The naming was the level hand’s own plain office: the variance’s coast-wide definition, entered in the master sheet’s margin.</w:t>
      </w:r>
    </w:p>
    <w:p>
      <w:pPr>
        <w:spacing w:line="360" w:lineRule="auto" w:after="0"/>
        <w:ind w:firstLine="283"/>
      </w:pPr>
      <w:r>
        <w:t>The category was: the variance is irrecoverable by the arithmetic.</w:t>
      </w:r>
    </w:p>
    <w:p>
      <w:pPr>
        <w:spacing w:line="360" w:lineRule="auto" w:after="0"/>
        <w:ind w:firstLine="283"/>
      </w:pPr>
      <w:r>
        <w:t>The variance was not a column. The variance was not a wider-column entry. The variance was not a referral-case. The variance was a category — the coast’s irrecoverable remainder, the unfinished, the uncounted, the corridor’s own carrying country — and the chest held the category, and the chest held the cost.</w:t>
      </w:r>
    </w:p>
    <w:p>
      <w:pPr>
        <w:spacing w:line="360" w:lineRule="auto" w:after="0"/>
        <w:ind w:firstLine="283"/>
      </w:pPr>
      <w:r>
        <w:t>Mira wrote the category in the master sheet’s margin, the two words at the margin’s foot, the open hand above the two words.</w:t>
      </w:r>
    </w:p>
    <w:p>
      <w:pPr>
        <w:spacing w:line="360" w:lineRule="auto" w:after="0"/>
        <w:ind w:firstLine="283"/>
      </w:pPr>
      <w:r>
        <w:t>She closed the chest. She did not lock it. She had not locked the chest in fifteen years. The chest did not need a lock. The chest needed a keeper.</w:t>
      </w:r>
    </w:p>
    <w:p>
      <w:pPr>
        <w:ind w:firstLine="0"/>
        <w:jc w:val="center"/>
      </w:pPr>
      <w:r>
        <w:rPr>
          <w:color w:val="AAAAAA"/>
        </w:rPr>
        <w:t>❖</w:t>
      </w:r>
    </w:p>
    <w:p>
      <w:pPr>
        <w:spacing w:line="360" w:lineRule="auto" w:after="0"/>
        <w:ind w:firstLine="283"/>
      </w:pPr>
      <w:r>
        <w:t>The chest was opened at the great house in the autumn’s middle month — the same fifteen-year freight, the same disagreeing lists, the two words at each foot — for the coast’s whole consenting body’s reception.</w:t>
      </w:r>
    </w:p>
    <w:p>
      <w:pPr>
        <w:spacing w:line="360" w:lineRule="auto" w:after="0"/>
        <w:ind w:firstLine="283"/>
      </w:pPr>
      <w:r>
        <w:t>The chest stood in the great house’s hall through the autumn’s middle month. The delegates came. The delegates read. The delegates saw the variants, the double crosses, the two words, the open hand, the line.</w:t>
      </w:r>
    </w:p>
    <w:p>
      <w:pPr>
        <w:spacing w:line="360" w:lineRule="auto" w:after="0"/>
        <w:ind w:firstLine="283"/>
      </w:pPr>
      <w:r>
        <w:t>A young delegate, a woman new that year, stood a long time at the relief-rolls. She stood so long that Mira noticed. Mira did not speak. The young delegate, finally, reached out and touched the margin of one roll — the Harl/Harlan, the double cross, the variant — and the touching was a finger’s held reading. The young delegate did not say anything. The young delegate walked on. The young delegate came back the next day. The young delegate stood at the relief-rolls again. The young delegate did not touch the margin again.</w:t>
      </w:r>
    </w:p>
    <w:p>
      <w:pPr>
        <w:spacing w:line="360" w:lineRule="auto" w:after="0"/>
        <w:ind w:firstLine="283"/>
      </w:pPr>
      <w:r>
        <w:t>The chest held both. The chest held the disagreement.</w:t>
      </w:r>
    </w:p>
    <w:p>
      <w:pPr>
        <w:spacing w:line="360" w:lineRule="auto" w:after="0"/>
        <w:ind w:firstLine="283"/>
      </w:pPr>
      <w:r>
        <w:t>The chest went on. The records went on. The Plan went on. The contradiction stood in the public archive in its honest disagreement.</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11 — Vote for Safety</w:t>
      </w:r>
    </w:p>
    <w:p>
      <w:pPr>
        <w:spacing w:line="360" w:lineRule="auto" w:after="0"/>
        <w:ind w:firstLine="283"/>
      </w:pPr>
      <w:r>
        <w:t>‖ ‖</w:t>
      </w:r>
    </w:p>
    <w:p>
      <w:pPr>
        <w:spacing w:line="360" w:lineRule="auto" w:after="0"/>
        <w:ind w:firstLine="283"/>
      </w:pPr>
      <w:r>
        <w:t>The second settlement voted at the spring’s threshold. The settlement’s enrolled body — three hundred and seven mouths — voted at the threshold. The threshold was two-thirds. Two-thirds was two hundred. Five. The safety’s votes were two hundred. Eleven. The refusal’s votes were ninety-six. The safety won by six.</w:t>
      </w:r>
    </w:p>
    <w:p>
      <w:pPr>
        <w:spacing w:line="360" w:lineRule="auto" w:after="0"/>
        <w:ind w:firstLine="283"/>
      </w:pPr>
      <w:r>
        <w:t>Six votes. The settlement’s held future held on six votes. The chains’ bread came to the settlement. The works came to the settlement. The enumeration came to the settlement.</w:t>
      </w:r>
    </w:p>
    <w:p>
      <w:pPr>
        <w:spacing w:line="360" w:lineRule="auto" w:after="0"/>
        <w:ind w:firstLine="283"/>
      </w:pPr>
      <w:r>
        <w:t>The ninety-six refused the Plan. The ninety-six refused the chains’ bread. The ninety-six refused the enumeration.</w:t>
      </w:r>
    </w:p>
    <w:p>
      <w:pPr>
        <w:spacing w:line="360" w:lineRule="auto" w:after="0"/>
        <w:ind w:firstLine="283"/>
      </w:pPr>
      <w:r>
        <w:t>Nessa portioned the thin at the third settlement’s yard in the spring’s first week after the vote — the pot’s thin at the hall’s yard, the ladle and the dented copper measure, the level portioned to the thumb — and the keeper portioned the thin to the ninety-six. The faces were thin, the bodies were thin, the children were thin. The pot fed the refusing.</w:t>
      </w:r>
    </w:p>
    <w:p>
      <w:pPr>
        <w:spacing w:line="360" w:lineRule="auto" w:after="0"/>
        <w:ind w:firstLine="283"/>
      </w:pPr>
      <w:r>
        <w:t>A young man in the queue — one of the ninety-six, who had voted no with his mother and his sister — said, low, to the woman in front of him, “We voted no. The pot’s still here. Why’s the pot still here?” The woman in front of him — older, his aunt, not his mother — said, lower, “Because the pot doesn’t vote either, fool. Move forward.”</w:t>
      </w:r>
    </w:p>
    <w:p>
      <w:pPr>
        <w:spacing w:line="360" w:lineRule="auto" w:after="0"/>
        <w:ind w:firstLine="283"/>
      </w:pPr>
      <w:r>
        <w:t>“The pot’s the pot,” Nessa said, to no one, to the steam, to the ninety-six’s faces. She had not heard the aunt. The aunt had heard Nessa. The aunt did not say anything more.</w:t>
      </w:r>
    </w:p>
    <w:p>
      <w:pPr>
        <w:spacing w:line="360" w:lineRule="auto" w:after="0"/>
        <w:ind w:firstLine="283"/>
      </w:pPr>
      <w:r>
        <w:t>The vote went on. The safety went on. The refusal went on. The two stood at the same yard, and the two did not resolve.</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12 — The Emergency</w:t>
      </w:r>
    </w:p>
    <w:p>
      <w:pPr>
        <w:spacing w:line="360" w:lineRule="auto" w:after="0"/>
        <w:ind w:firstLine="283"/>
      </w:pPr>
      <w:r>
        <w:t>‖ ‖</w:t>
      </w:r>
    </w:p>
    <w:p>
      <w:pPr>
        <w:spacing w:line="360" w:lineRule="auto" w:after="0"/>
        <w:ind w:firstLine="283"/>
      </w:pPr>
      <w:r>
        <w:t>The amendment came to the council in the autumn’s middle, and the amendment was the standing committee’s own new held form: the emergency powers. The amendment’s plain craft was the council’s consented temporary authority: the emergency stood.</w:t>
      </w:r>
    </w:p>
    <w:p>
      <w:pPr>
        <w:spacing w:line="360" w:lineRule="auto" w:after="0"/>
        <w:ind w:firstLine="283"/>
      </w:pPr>
      <w:r>
        <w:t>The standing committee's plain request, at the council's autumn session, in the level voice, in the autumn's plain light: the threshold pending, the variance irrecoverable, the cost ongoing, the emergency lawful, the authority temporary. The amendment wanted the council's consent to the standing committee's temporary emergency authority, with the sunset clause: the authority stood until the next coast-wide ballot, and sun-setted at the consent.</w:t>
      </w:r>
    </w:p>
    <w:p>
      <w:pPr>
        <w:spacing w:line="360" w:lineRule="auto" w:after="0"/>
        <w:ind w:firstLine="283"/>
      </w:pPr>
      <w:r>
        <w:t>The council consented. The amendment passed by the coalition’s senior bench. The standing committee’s emergency authority stood.</w:t>
      </w:r>
    </w:p>
    <w:p>
      <w:pPr>
        <w:spacing w:line="360" w:lineRule="auto" w:after="0"/>
        <w:ind w:firstLine="283"/>
      </w:pPr>
      <w:r>
        <w:t>Rook stood at the council’s door through the autumn session. The Inspector-General’s grey cloak at the council’s door, the standing’s held limit drawn at the charter’s hinge. The persons, both sides, at the lines’ whole moving — limited, non-punitive.</w:t>
      </w:r>
    </w:p>
    <w:p>
      <w:pPr>
        <w:spacing w:line="360" w:lineRule="auto" w:after="0"/>
        <w:ind w:firstLine="283"/>
      </w:pPr>
      <w:r>
        <w:t>He had argued, in the council’s pre-session, for a longer sunset — three ballots, not one. The committee’s senior clerk had listened with the courtesy and had said, One ballot, Inspector. The emergency is temporary. The temporary’s clock must be the consent’s. Rook had said, The shorter clock invites the next emergency. The senior clerk had said, The shorter clock invites the next ballot. The argument had been lost in the pre-session. The standing held at the council’s door in the autumn session, and the standing held the loss.</w:t>
      </w:r>
    </w:p>
    <w:p>
      <w:pPr>
        <w:spacing w:line="360" w:lineRule="auto" w:after="0"/>
        <w:ind w:firstLine="283"/>
      </w:pPr>
      <w:r>
        <w:t>“The standing is the charter’s,” Rook said, to no one, to the door, to the autumn’s plain light. “The standing is not the emergency’s. The standing stands at the emergency’s margin. The standing goes on.”</w:t>
      </w:r>
    </w:p>
    <w:p>
      <w:pPr>
        <w:spacing w:line="360" w:lineRule="auto" w:after="0"/>
        <w:ind w:firstLine="283"/>
      </w:pPr>
      <w:r>
        <w:t>The amendment went on. The standing went on. The temporary went on.</w:t>
      </w:r>
    </w:p>
    <w:p>
      <w:pPr>
        <w:ind w:firstLine="0"/>
        <w:jc w:val="center"/>
      </w:pPr>
      <w:r>
        <w:rPr>
          <w:color w:val="AAAAAA"/>
        </w:rPr>
        <w:t>❖</w:t>
      </w:r>
    </w:p>
    <w:p>
      <w:pPr>
        <w:spacing w:line="360" w:lineRule="auto" w:after="0"/>
        <w:ind w:firstLine="283"/>
      </w:pPr>
      <w:r>
        <w:t>Rook walked the lines in the same spring. The Inspector-General’s grey cloak at the lines’ edge. The cobbles were cold. The third gate past the council’s hall — a young watchman at the gate, new that spring, his hand on the gate’s bolt.</w:t>
      </w:r>
    </w:p>
    <w:p>
      <w:pPr>
        <w:spacing w:line="360" w:lineRule="auto" w:after="0"/>
        <w:ind w:firstLine="283"/>
      </w:pPr>
      <w:r>
        <w:t>The watchman saw the Inspector-General’s cloak. The watchman’s hand came off the bolt. The watchman stood straight.</w:t>
      </w:r>
    </w:p>
    <w:p>
      <w:pPr>
        <w:spacing w:line="360" w:lineRule="auto" w:after="0"/>
        <w:ind w:firstLine="283"/>
      </w:pPr>
      <w:r>
        <w:t>Rook did not speak. The Inspector-General walked the line’s edge — the third gate, the fourth, the fifth. The persons were held, both sides. The protection was the standing’s. The morning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13 — Sacrifice Mechanism</w:t>
      </w:r>
    </w:p>
    <w:p>
      <w:pPr>
        <w:spacing w:line="360" w:lineRule="auto" w:after="0"/>
        <w:ind w:firstLine="283"/>
      </w:pPr>
      <w:r>
        <w:t>‖ ‖</w:t>
      </w:r>
    </w:p>
    <w:p>
      <w:pPr>
        <w:spacing w:line="360" w:lineRule="auto" w:after="0"/>
        <w:ind w:firstLine="283"/>
      </w:pPr>
      <w:r>
        <w:t>The variance’s first sacrifice test came in the winter’s first month: the wider columns’ first administered sacrifice, made at the third table, in the level voice, in the winter’s plain light.</w:t>
      </w:r>
    </w:p>
    <w:p>
      <w:pPr>
        <w:spacing w:line="360" w:lineRule="auto" w:after="0"/>
        <w:ind w:firstLine="283"/>
      </w:pPr>
      <w:r>
        <w:t>The test was the coalition’s first administered choice: the variance’s unfinished population, rendered in the wider columns’ bespoke columns, for the Plan’s first sacrifice — the works’ first load-arithmetic, the chains’ first calibrated freight, the works’ first stabilized stretch’s first scheduled sacrifice.</w:t>
      </w:r>
    </w:p>
    <w:p>
      <w:pPr>
        <w:spacing w:line="360" w:lineRule="auto" w:after="0"/>
        <w:ind w:firstLine="283"/>
      </w:pPr>
      <w:r>
        <w:t>The sacrifice was real. The sacrifice held the children’s sleeping, the works’ first stabilized stretch, the chains’ first calibrated freight. The sacrifice was the mercy. The mercy was real.</w:t>
      </w:r>
    </w:p>
    <w:p>
      <w:pPr>
        <w:spacing w:line="360" w:lineRule="auto" w:after="0"/>
        <w:ind w:firstLine="283"/>
      </w:pPr>
      <w:r>
        <w:t>The sacrifice was the trap. The sacrifice held the unfinished in the wider columns’ bespoke columns — the holding was the mercy, and the mercy was the trap. The two truths were the same.</w:t>
      </w:r>
    </w:p>
    <w:p>
      <w:pPr>
        <w:spacing w:line="360" w:lineRule="auto" w:after="0"/>
        <w:ind w:firstLine="283"/>
      </w:pPr>
      <w:r>
        <w:t>Mira recorded both. The test’s two truths entered in the master sheet’s margin, in the level hand, the two words at the margin’s foot, the open hand above the two words. The not resolved was made again, smaller. The smaller was the craft.</w:t>
      </w:r>
    </w:p>
    <w:p>
      <w:pPr>
        <w:spacing w:line="360" w:lineRule="auto" w:after="0"/>
        <w:ind w:firstLine="283"/>
      </w:pPr>
      <w:r>
        <w:t>—</w:t>
      </w:r>
    </w:p>
    <w:p>
      <w:pPr>
        <w:spacing w:line="360" w:lineRule="auto" w:after="0"/>
        <w:ind w:firstLine="283"/>
      </w:pPr>
      <w:r>
        <w:t>Tansy was on a run in the same week. The corridor’s freight was a message to a settlement on the variance list. The settlement was about to be processed. The processing was the Plan’s term. The settlement’s headman had asked the runner to come in.</w:t>
      </w:r>
    </w:p>
    <w:p>
      <w:pPr>
        <w:spacing w:line="360" w:lineRule="auto" w:after="0"/>
        <w:ind w:firstLine="283"/>
      </w:pPr>
      <w:r>
        <w:t>The headman’s house was the third house past the well. The thatch at the eave had been mended in the autumn — Tansy could see the new reed, the lighter color, the mending’s plain courtesy. The headman was at the door. He was a small man, weathered, with the face of a man who had not slept. His hands held the door’s edge. His hands did not let go of the door’s edge.</w:t>
      </w:r>
    </w:p>
    <w:p>
      <w:pPr>
        <w:spacing w:line="360" w:lineRule="auto" w:after="0"/>
        <w:ind w:firstLine="283"/>
      </w:pPr>
      <w:r>
        <w:t>“Runner,” the headman said. “Come in.”</w:t>
      </w:r>
    </w:p>
    <w:p>
      <w:pPr>
        <w:spacing w:line="360" w:lineRule="auto" w:after="0"/>
        <w:ind w:firstLine="283"/>
      </w:pPr>
      <w:r>
        <w:t>The house was one room. The fire was at the center. The daughter was at the fire. She was fourteen, Tansy’s age. She was sitting on a low stool with her hands in her lap. Her face was the face of a girl who had been told. She did not look up.</w:t>
      </w:r>
    </w:p>
    <w:p>
      <w:pPr>
        <w:spacing w:line="360" w:lineRule="auto" w:after="0"/>
        <w:ind w:firstLine="283"/>
      </w:pPr>
      <w:r>
        <w:t>The headman stood at the door. He did not come further into the room.</w:t>
      </w:r>
    </w:p>
    <w:p>
      <w:pPr>
        <w:spacing w:line="360" w:lineRule="auto" w:after="0"/>
        <w:ind w:firstLine="283"/>
      </w:pPr>
      <w:r>
        <w:t>“Runner,” the headman said. “My daughter is not on the list. My daughter will be on the list. The list comes tomorrow. I am asking you to take her out by the corridor’s lanes.”</w:t>
      </w:r>
    </w:p>
    <w:p>
      <w:pPr>
        <w:spacing w:line="360" w:lineRule="auto" w:after="0"/>
        <w:ind w:firstLine="283"/>
      </w:pPr>
      <w:r>
        <w:t>The daughter did not look up. The daughter’s hands were in her lap. The daughter’s hands were still.</w:t>
      </w:r>
    </w:p>
    <w:p>
      <w:pPr>
        <w:spacing w:line="360" w:lineRule="auto" w:after="0"/>
        <w:ind w:firstLine="283"/>
      </w:pPr>
      <w:r>
        <w:t>Tansy stood at the door’s edge. The corridor’s rule was the rule the doors had always been: the doors stay open. The corridor’s lanes carried the coast’s freight and the coast’s news. The corridor’s lanes did not carry the variance’s children out of the processing’s path — the carrying out would expose the corridor’s route, and the route’s exposure would fall on the next settlement. The next settlement’s daughter. The next.</w:t>
      </w:r>
    </w:p>
    <w:p>
      <w:pPr>
        <w:spacing w:line="360" w:lineRule="auto" w:after="0"/>
        <w:ind w:firstLine="283"/>
      </w:pPr>
      <w:r>
        <w:t>The headman’s face was the face of a man who knew the arithmetic. The headman had asked anyway. The asking was the father’s. The runner’s answer was the runner’s.</w:t>
      </w:r>
    </w:p>
    <w:p>
      <w:pPr>
        <w:spacing w:line="360" w:lineRule="auto" w:after="0"/>
        <w:ind w:firstLine="283"/>
      </w:pPr>
      <w:r>
        <w:t>The daughter looked up. The daughter’s eyes were the eyes of a girl who had been told, and who was sitting at the fire, and who was waiting for the runner’s answer the way the fire’s circle waits for the dawn: without choosing, without resolving.</w:t>
      </w:r>
    </w:p>
    <w:p>
      <w:pPr>
        <w:spacing w:line="360" w:lineRule="auto" w:after="0"/>
        <w:ind w:firstLine="283"/>
      </w:pPr>
      <w:r>
        <w:t>Tansy’s hand went to the runner’s pocket. The hand found the runner’s scrap — the small square of paper the runner carried for the log’s plain entries. The hand held the scrap in the pocket. The hand knew.</w:t>
      </w:r>
    </w:p>
    <w:p>
      <w:pPr>
        <w:spacing w:line="360" w:lineRule="auto" w:after="0"/>
        <w:ind w:firstLine="283"/>
      </w:pPr>
      <w:r>
        <w:t>“Headman,” Tansy said. “I cannot carry the daughter. The corridor’s rule is the corridor’s rule. I will not refuse her.”</w:t>
      </w:r>
    </w:p>
    <w:p>
      <w:pPr>
        <w:spacing w:line="360" w:lineRule="auto" w:after="0"/>
        <w:ind w:firstLine="283"/>
      </w:pPr>
      <w:r>
        <w:t>The headman’s hands did not let go of the door’s edge. The headman’s face did not move. The headman had known. The headman had asked anyway.</w:t>
      </w:r>
    </w:p>
    <w:p>
      <w:pPr>
        <w:spacing w:line="360" w:lineRule="auto" w:after="0"/>
        <w:ind w:firstLine="283"/>
      </w:pPr>
      <w:r>
        <w:t>“What will you do, Runner?” the headman said.</w:t>
      </w:r>
    </w:p>
    <w:p>
      <w:pPr>
        <w:spacing w:line="360" w:lineRule="auto" w:after="0"/>
        <w:ind w:firstLine="283"/>
      </w:pPr>
      <w:r>
        <w:t>Tansy’s hand came out of the pocket. The hand held the runner’s pen. The hand held the scrap. The pen came down on the scrap, and the letters were made, small, in the runner’s own hand, in the runner’s small capitals — the same capitals the runner’s log had bred in the runner’s evening bookings — and the letters were the daughter’s name. The daughter’s two names. The two names did not agree. The two names were on the scrap.</w:t>
      </w:r>
    </w:p>
    <w:p>
      <w:pPr>
        <w:spacing w:line="360" w:lineRule="auto" w:after="0"/>
        <w:ind w:firstLine="283"/>
      </w:pPr>
      <w:r>
        <w:t>Tansy folded the scrap. Tansy put the scrap in the runner’s pocket. The scrap was against the runner’s hip.</w:t>
      </w:r>
    </w:p>
    <w:p>
      <w:pPr>
        <w:spacing w:line="360" w:lineRule="auto" w:after="0"/>
        <w:ind w:firstLine="283"/>
      </w:pPr>
      <w:r>
        <w:t>“Headman,” Tansy said. “The daughter’s name is in my pocket. The daughter’s name is not a record. The daughter’s name is a mark. The corridor’s lanes carry marks. The corridor’s lanes do not carry the variance’s children out. The mark is the corridor’s own held form. The mark is what I can do.”</w:t>
      </w:r>
    </w:p>
    <w:p>
      <w:pPr>
        <w:spacing w:line="360" w:lineRule="auto" w:after="0"/>
        <w:ind w:firstLine="283"/>
      </w:pPr>
      <w:r>
        <w:t>The headman’s hands let go of the door’s edge. The headman did not say anything more. The headman stepped back from the door. The door was the door’s.</w:t>
      </w:r>
    </w:p>
    <w:p>
      <w:pPr>
        <w:spacing w:line="360" w:lineRule="auto" w:after="0"/>
        <w:ind w:firstLine="283"/>
      </w:pPr>
      <w:r>
        <w:t>The daughter did not look up again. The daughter’s hands were in her lap. The daughter’s hands were still. The daughter was at the fire. The daughter was the fire’s.</w:t>
      </w:r>
    </w:p>
    <w:p>
      <w:pPr>
        <w:spacing w:line="360" w:lineRule="auto" w:after="0"/>
        <w:ind w:firstLine="283"/>
      </w:pPr>
      <w:r>
        <w:t>Tansy went out by the lane she had come in by. She was angry. The anger was not the headman's, and knowing that did not help.</w:t>
      </w:r>
    </w:p>
    <w:p>
      <w:pPr>
        <w:spacing w:line="360" w:lineRule="auto" w:after="0"/>
        <w:ind w:firstLine="283"/>
      </w:pPr>
      <w:r>
        <w:t>The next morning the settlement was processed. The processing was the Plan’s term. The daughter was on the list with both her names, and the two names did not agree.</w:t>
      </w:r>
    </w:p>
    <w:p>
      <w:pPr>
        <w:spacing w:line="360" w:lineRule="auto" w:after="0"/>
        <w:ind w:firstLine="283"/>
      </w:pPr>
      <w:r>
        <w:t>The scrap was in Tansy’s pocket. The runner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14 — Category Becomes Personal</w:t>
      </w:r>
    </w:p>
    <w:p>
      <w:pPr>
        <w:spacing w:line="360" w:lineRule="auto" w:after="0"/>
        <w:ind w:firstLine="283"/>
      </w:pPr>
      <w:r>
        <w:t>‖ ‖</w:t>
      </w:r>
    </w:p>
    <w:p>
      <w:pPr>
        <w:spacing w:line="360" w:lineRule="auto" w:after="0"/>
        <w:ind w:firstLine="283"/>
      </w:pPr>
      <w:r>
        <w:t>The category landed at the kitchen’s ground in the winter, and the landing was one person: the mender.</w:t>
      </w:r>
    </w:p>
    <w:p>
      <w:pPr>
        <w:spacing w:line="360" w:lineRule="auto" w:after="0"/>
        <w:ind w:firstLine="283"/>
      </w:pPr>
      <w:r>
        <w:t>The mender was at the kitchen’s fire’s circle in the winter’s first month. The pot at the fire, the basket of the kept things, the wire and the stitch, the mending. The mender had two names. Lark at the corridor’s lane-house, Dally at the gap’s edge-settlement’s relief-kitchen. The two names were the mender’s unfinished shape. The mender was the variance’s own whole human form.</w:t>
      </w:r>
    </w:p>
    <w:p>
      <w:pPr>
        <w:spacing w:line="360" w:lineRule="auto" w:after="0"/>
        <w:ind w:firstLine="283"/>
      </w:pPr>
      <w:r>
        <w:t>The two names are the mender’s whole one variance. Lark. Dally. The two names are not the same name. The two names do not agree. The two names stand over the same mender the way the two crosses stand over the same chart’s disagreement — side by side, not arguing, not resolving. The corridor says Lark at the lane’s head. The gap’s edge-settlement says Dally at the fire’s circle. The mender does not explain it. The two names go on.</w:t>
      </w:r>
    </w:p>
    <w:p>
      <w:pPr>
        <w:spacing w:line="360" w:lineRule="auto" w:after="0"/>
        <w:ind w:firstLine="283"/>
      </w:pPr>
      <w:r>
        <w:t>The cousin had two names. Ather. Atlan. The Plan listed the cousin under both names, and the listing was honest. The listing did not save the cousin. The cousin died at the seam in the sealed gap’s first winter. The dying was the cousin’s.</w:t>
      </w:r>
    </w:p>
    <w:p>
      <w:pPr>
        <w:spacing w:line="360" w:lineRule="auto" w:after="0"/>
        <w:ind w:firstLine="283"/>
      </w:pPr>
      <w:r>
        <w:t>Tansy was at the fire’s circle’s edge. The runner’s young, the runner’s log in the level hand, the day’s freight at the log’s foot. The young one watched the mender mend.</w:t>
      </w:r>
    </w:p>
    <w:p>
      <w:pPr>
        <w:spacing w:line="360" w:lineRule="auto" w:after="0"/>
        <w:ind w:firstLine="283"/>
      </w:pPr>
      <w:r>
        <w:t>The mender took a tin pot’s bail-handle out of the basket first. The handle’s wire had unwound at the pot’s grip — a common mending, the kind the mender did a dozen times a day. The mender’s hands took the wire, and the wire went through the pot’s ear. The wire was wound. The wound was tight. The handle was whole. The mender set the pot aside. The mender took up a child’s sandal next — the strap’s leather torn at the buckle, the buckle’s tongue bent — and the mender’s hands unbent the tongue. The mender’s hands stitched the strap with the sail-thread. The sandal was whole. The mender set the sandal aside. The mender took up a clay cup’s chipped rim next.</w:t>
      </w:r>
    </w:p>
    <w:p>
      <w:pPr>
        <w:spacing w:line="360" w:lineRule="auto" w:after="0"/>
        <w:ind w:firstLine="283"/>
      </w:pPr>
      <w:r>
        <w:t>The mender’s hands did not speak. The mending was the mender’s plain speech. The hands did not philosophize. The hands did not name the category. The hands did not refuse the wider columns.</w:t>
      </w:r>
    </w:p>
    <w:p>
      <w:pPr>
        <w:spacing w:line="360" w:lineRule="auto" w:after="0"/>
        <w:ind w:firstLine="283"/>
      </w:pPr>
      <w:r>
        <w:t>“The mender mends,” the mender said, at the noon, when the mender ate — a heel of bread, the thin, the cup scraped clean. Three words, said to no one, said to the pot’s thin. The mender ate. The mender mended again at the afternoon. The basket emptied, and the basket filled again, and the mender mended.</w:t>
      </w:r>
    </w:p>
    <w:p>
      <w:pPr>
        <w:spacing w:line="360" w:lineRule="auto" w:after="0"/>
        <w:ind w:firstLine="283"/>
      </w:pPr>
      <w:r>
        <w:t>Tansy watched. She had a question she had been carrying for two weeks — a question she had not asked Nima, because the question felt like the kind of question a child asks and a guide does not answer. The question was: how does the mender eat? Who feeds the mender? The mender mends for the gap, the gap does not pay, the chains do not feed the mender, the pot feeds the mender, the pot is the kitchen’s, who pays? She did not ask. She watched the mender eat the heel of bread and scrape the cup clean. She watched the mender’s hands go back to the mending.</w:t>
      </w:r>
    </w:p>
    <w:p>
      <w:pPr>
        <w:spacing w:line="360" w:lineRule="auto" w:after="0"/>
        <w:ind w:firstLine="283"/>
      </w:pPr>
      <w:r>
        <w:t>Tansy was hungry. Her lunch — half a ration-bar — was at the lane-house. She did not leave the fire for it.</w:t>
      </w:r>
    </w:p>
    <w:p>
      <w:pPr>
        <w:spacing w:line="360" w:lineRule="auto" w:after="0"/>
        <w:ind w:firstLine="283"/>
      </w:pPr>
      <w:r>
        <w:t>The fire’s circle went on. The young one went home to the lane-house.</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15 — Humane Version Trap</w:t>
      </w:r>
    </w:p>
    <w:p>
      <w:pPr>
        <w:spacing w:line="360" w:lineRule="auto" w:after="0"/>
        <w:ind w:firstLine="283"/>
      </w:pPr>
      <w:r>
        <w:t>‖ ‖</w:t>
      </w:r>
    </w:p>
    <w:p>
      <w:pPr>
        <w:spacing w:line="360" w:lineRule="auto" w:after="0"/>
        <w:ind w:firstLine="283"/>
      </w:pPr>
      <w:r>
        <w:t>The softer version came in the winter — the Plan’s own best craft aimed at its hardest cost, the coast’s year arriving at its most seductive door.</w:t>
      </w:r>
    </w:p>
    <w:p>
      <w:pPr>
        <w:spacing w:line="360" w:lineRule="auto" w:after="0"/>
        <w:ind w:firstLine="283"/>
      </w:pPr>
      <w:r>
        <w:t>The softer version was the Plan’s own new administrative craft — the variance’s bespoke handling, the exception-cases, the dual-entry, the wider columns’ own new bespoke columns for the variance’s unfinished shape. The softer version’s plain craft was the Plan’s own best mercy: the variance’s unfinished population, held in the wider columns’ own bespoke columns, the unfinished rendered as unfinished, the two names held both, the two ages carried, the mending-work entered as the exception’s own new column. The mercy was real. The mercy was the cage.</w:t>
      </w:r>
    </w:p>
    <w:p>
      <w:pPr>
        <w:spacing w:line="360" w:lineRule="auto" w:after="0"/>
        <w:ind w:firstLine="283"/>
      </w:pPr>
      <w:r>
        <w:t>Mira saw the softer version’s held trap. The dual-entry held the unfinished in the two names’ own two columns — Lark and Dally, both rendered, both entered, both held in the wider columns’ own new bespoke columns.</w:t>
      </w:r>
    </w:p>
    <w:p>
      <w:pPr>
        <w:spacing w:line="360" w:lineRule="auto" w:after="0"/>
        <w:ind w:firstLine="283"/>
      </w:pPr>
      <w:r>
        <w:t>Mira did not refuse the softer version. The level hand could not refuse the mercy. The level hand could not refuse the trap. The level hand held the two.</w:t>
      </w:r>
    </w:p>
    <w:p>
      <w:pPr>
        <w:spacing w:line="360" w:lineRule="auto" w:after="0"/>
        <w:ind w:firstLine="283"/>
      </w:pPr>
      <w:r>
        <w:t>That night, at the plank-table, alone, Mira looked at the dual-entry on the master sheet — Lark and Dally, both rendered, both entered — and her hand, the level hand, the fifteen-year hand, shook. The hand shook for a breath. The hand did not stop shaking on its own. Mira stopped it. She stopped it the way one stops a held breath — by an act of will, by an act of the body. The hand stopped. The hand went on. The dual-entry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16 — Visible Cost of Refusal</w:t>
      </w:r>
    </w:p>
    <w:p>
      <w:pPr>
        <w:spacing w:line="360" w:lineRule="auto" w:after="0"/>
        <w:ind w:firstLine="283"/>
      </w:pPr>
      <w:r>
        <w:t>‖ ‖</w:t>
      </w:r>
    </w:p>
    <w:p>
      <w:pPr>
        <w:spacing w:line="360" w:lineRule="auto" w:after="0"/>
        <w:ind w:firstLine="283"/>
      </w:pPr>
      <w:r>
        <w:t>The refusing settlement went hungry in the spring. The hunger was the cost; the cost was visible; Nessa’s care was not enough.</w:t>
      </w:r>
    </w:p>
    <w:p>
      <w:pPr>
        <w:spacing w:line="360" w:lineRule="auto" w:after="0"/>
        <w:ind w:firstLine="283"/>
      </w:pPr>
      <w:r>
        <w:t>The refusing settlement was the third settlement of the gap’s edge-country — ninety-six mouths, the ninety-six who had refused the Plan at the second settlement’s threshold — and the ninety-six’s held ground was the refusal’s held cost: the chains’ bread did not come. The ninety-six had refused the consent. The ninety-six’s granary was empty. The winter’s third ground-failing had eaten the settlement’s stored freight.</w:t>
      </w:r>
    </w:p>
    <w:p>
      <w:pPr>
        <w:spacing w:line="360" w:lineRule="auto" w:after="0"/>
        <w:ind w:firstLine="283"/>
      </w:pPr>
      <w:r>
        <w:t>The pot’s thin went out on the Thursday run to the third settlement, the kitchen’s carried freight. The pot’s thin was not enough.</w:t>
      </w:r>
    </w:p>
    <w:p>
      <w:pPr>
        <w:spacing w:line="360" w:lineRule="auto" w:after="0"/>
        <w:ind w:firstLine="283"/>
      </w:pPr>
      <w:r>
        <w:t>Nessa portioned the thin at the third settlement’s yard. The ladle and the dented copper measure, the level portioned to the thumb. The keeper portioned the thin to the ninety-six. The faces were thin, the bodies were thin, the children were thin.</w:t>
      </w:r>
    </w:p>
    <w:p>
      <w:pPr>
        <w:spacing w:line="360" w:lineRule="auto" w:after="0"/>
        <w:ind w:firstLine="283"/>
      </w:pPr>
      <w:r>
        <w:t>An old woman at the yard’s edge — one of the ninety-six, grey-shawled, who had refused at the threshold with both her married daughters — caught Nessa’s sleeve when the level portioned to her bowl. “You came,” the old woman said. “The chains didn’t. You came.”</w:t>
      </w:r>
    </w:p>
    <w:p>
      <w:pPr>
        <w:spacing w:line="360" w:lineRule="auto" w:after="0"/>
        <w:ind w:firstLine="283"/>
      </w:pPr>
      <w:r>
        <w:t>Nessa did not answer. She had been told, once, by the kitchen’s old keeper, that the keeper does not answer at the pot. The keeper portions. The keeper does not answer. The keeper’s not-answer is the pot’s. Nessa had been told, and Nessa had held the not-answer for thirty years. The not-answer held. The old woman’s hand stayed on the sleeve a breath. The old woman let go. The old woman ate. Nessa did not look away.</w:t>
      </w:r>
    </w:p>
    <w:p>
      <w:pPr>
        <w:spacing w:line="360" w:lineRule="auto" w:after="0"/>
        <w:ind w:firstLine="283"/>
      </w:pPr>
      <w:r>
        <w:t>Nessa did look at the old woman’s bowl, after the letting-go. The bowl was a clay bowl, chipped at the rim, the chip ground smooth by some old mending hand. The bowl was the same kind of bowl that turned up at every kitchen Nessa had ever served. The bowl did not know it was the cost. The bowl held the thin.</w:t>
      </w:r>
    </w:p>
    <w:p>
      <w:pPr>
        <w:spacing w:line="360" w:lineRule="auto" w:after="0"/>
        <w:ind w:firstLine="283"/>
      </w:pPr>
      <w:r>
        <w:t>“The pot’s the pot,” Nessa said, to no one, to the steam, to the ninety-six’s faces. “The pot’s not enough.”</w:t>
      </w:r>
    </w:p>
    <w:p>
      <w:pPr>
        <w:spacing w:line="360" w:lineRule="auto" w:after="0"/>
        <w:ind w:firstLine="283"/>
      </w:pPr>
      <w:r>
        <w:t>The thin went on. The ninety-six’s hunger went on. The cost was visible. The network did not split.</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17 — Command Offer</w:t>
      </w:r>
    </w:p>
    <w:p>
      <w:pPr>
        <w:spacing w:line="360" w:lineRule="auto" w:after="0"/>
        <w:ind w:firstLine="283"/>
      </w:pPr>
      <w:r>
        <w:t>‖ ‖</w:t>
      </w:r>
    </w:p>
    <w:p>
      <w:pPr>
        <w:spacing w:line="360" w:lineRule="auto" w:after="0"/>
        <w:ind w:firstLine="283"/>
      </w:pPr>
      <w:r>
        <w:t>The offer came in the autumn — the command, the Plan’s security layer’s entire operational authority — and the offering was the weight.</w:t>
      </w:r>
    </w:p>
    <w:p>
      <w:pPr>
        <w:spacing w:line="360" w:lineRule="auto" w:after="0"/>
        <w:ind w:firstLine="283"/>
      </w:pPr>
      <w:r>
        <w:t>The offer was the coalition's own new operational command. The offer wanted Rook to hold the command, to stand inside it, to wear the command's authority.</w:t>
      </w:r>
    </w:p>
    <w:p>
      <w:pPr>
        <w:spacing w:line="360" w:lineRule="auto" w:after="0"/>
        <w:ind w:firstLine="283"/>
      </w:pPr>
      <w:r>
        <w:t>The courier who brought the offer was a man named Stavin. The coalition’s senior courier, the new grammar’s own best-made man, level-voiced, courteous, a man of the standing committee’s inner trust. Stavin had been the council’s eyes for two years. Stavin stood at the Inspector-General’s hall’s door in the autumn’s plain light with the command’s offer in his level hands.</w:t>
      </w:r>
    </w:p>
    <w:p>
      <w:pPr>
        <w:spacing w:line="360" w:lineRule="auto" w:after="0"/>
        <w:ind w:firstLine="283"/>
      </w:pPr>
      <w:r>
        <w:t>Stavin was, in his person, the kind of man the new grammar made best: a man who believed that what he carried was the children’s sleeping, and who carried it without flinching. He had two sons at the zones’ north school. He had a wife who taught the new grammar to the enrollment-stations’ young. He believed. Rook could see the belief, and the seeing was the cost’s first dimension: Rook liked Stavin. Rook had liked Stavin the first time the courier had stood at the hall’s door, two years before, with a smaller offer. The liking was the standing’s. The liking was the reason the command could not be taken.</w:t>
      </w:r>
    </w:p>
    <w:p>
      <w:pPr>
        <w:spacing w:line="360" w:lineRule="auto" w:after="0"/>
        <w:ind w:firstLine="283"/>
      </w:pPr>
      <w:r>
        <w:t>“Command Rook,” Stavin said, in the level voice. “The coalition’s operational authority. The Plan’s security layer. The standing-between’s next held form. The command is the council’s, and the council is the coast’s. The coast has consented. The command is the standing-between’s next held door. The command is yours.”</w:t>
      </w:r>
    </w:p>
    <w:p>
      <w:pPr>
        <w:spacing w:line="360" w:lineRule="auto" w:after="0"/>
        <w:ind w:firstLine="283"/>
      </w:pPr>
      <w:r>
        <w:t>Rook refused the command.</w:t>
      </w:r>
    </w:p>
    <w:p>
      <w:pPr>
        <w:spacing w:line="360" w:lineRule="auto" w:after="0"/>
        <w:ind w:firstLine="283"/>
      </w:pPr>
      <w:r>
        <w:t>“The standing-between is the charter’s,” Rook said, at the Inspector-General’s hall, in the level voice, in the autumn’s plain light, to Stavin. “The standing-between is not the command’s. The standing-between holds the line at the charter’s hinge. The command is the coalition’s. The standing-between stands at the command’s margin.”</w:t>
      </w:r>
    </w:p>
    <w:p>
      <w:pPr>
        <w:spacing w:line="360" w:lineRule="auto" w:after="0"/>
        <w:ind w:firstLine="283"/>
      </w:pPr>
      <w:r>
        <w:t>Stavin heard the verdict. The courier’s face did the new grammar’s own honest courtesy: the level voice, the plain face.</w:t>
      </w:r>
    </w:p>
    <w:p>
      <w:pPr>
        <w:spacing w:line="360" w:lineRule="auto" w:after="0"/>
        <w:ind w:firstLine="283"/>
      </w:pPr>
      <w:r>
        <w:t>Stavin said, after a moment, “The command would have given you the patrol-lines, Rook. The night-rotation. The columns. The hand at the baton.” The courier’s voice did not change. Rook heard the list — the patrol-lines, the night-rotation, the columns, the hand at the baton — and the hearing was the cost’s own second dimension. He had built the patrol-lines. He had drilled the night-rotation. He had taught the hand at the baton. The command would have given him his own work, named. The naming would have been the cage. He did not reach for it.</w:t>
      </w:r>
    </w:p>
    <w:p>
      <w:pPr>
        <w:spacing w:line="360" w:lineRule="auto" w:after="0"/>
        <w:ind w:firstLine="283"/>
      </w:pPr>
      <w:r>
        <w:t>“The standing-between is the charter’s,” Rook said again.</w:t>
      </w:r>
    </w:p>
    <w:p>
      <w:pPr>
        <w:spacing w:line="360" w:lineRule="auto" w:after="0"/>
        <w:ind w:firstLine="283"/>
      </w:pPr>
      <w:r>
        <w:t>Stavin went back to the coalition’s hall with the Inspector-General’s plain verdict in the sternum. Stavin did not return.</w:t>
      </w:r>
    </w:p>
    <w:p>
      <w:pPr>
        <w:spacing w:line="360" w:lineRule="auto" w:after="0"/>
        <w:ind w:firstLine="283"/>
      </w:pPr>
      <w:r>
        <w:t>Rook stood at the hall’s door after Stavin had gone. He stood for a long minute. The hall’s day-watch, a young man, did not interrupt the standing.</w:t>
      </w:r>
    </w:p>
    <w:p>
      <w:pPr>
        <w:spacing w:line="360" w:lineRule="auto" w:after="0"/>
        <w:ind w:firstLine="283"/>
      </w:pPr>
      <w:r>
        <w:t>Rook’s hand, in the inside pocket, found the charter. The hand did not take the charter out. The hand held the charter through the cloth.</w:t>
      </w:r>
    </w:p>
    <w:p>
      <w:pPr>
        <w:spacing w:line="360" w:lineRule="auto" w:after="0"/>
        <w:ind w:firstLine="283"/>
      </w:pPr>
      <w:r>
        <w:t>The morning went on.</w:t>
      </w:r>
    </w:p>
    <w:p>
      <w:pPr>
        <w:spacing w:line="360" w:lineRule="auto" w:after="0"/>
        <w:ind w:firstLine="283"/>
      </w:pPr>
      <w:r>
        <w:t>The night-rotation’s young officer — name of Perrin — acted on his own initiative in the week after Stavin’s leaving. The gap’s margin held a smuggling ring. The ring ran children. Perrin broke the ring at the lane’s third house. The breaking was done without authorization. The charter’s standing-between required the committee’s authorization for every operation. Perrin had not asked. Perrin had broken the ring. The children were at the relief-station. The ring’s three men were at the patrol-line’s holding-cells.</w:t>
      </w:r>
    </w:p>
    <w:p>
      <w:pPr>
        <w:spacing w:line="360" w:lineRule="auto" w:after="0"/>
        <w:ind w:firstLine="283"/>
      </w:pPr>
      <w:r>
        <w:t>Rook could discipline the officer. Perrin would lose rank. The standing-between would be upheld. The charter’s hinge would hold. The children would be the upholding’s plain fruit, and the fruit would be the cost.</w:t>
      </w:r>
    </w:p>
    <w:p>
      <w:pPr>
        <w:spacing w:line="360" w:lineRule="auto" w:after="0"/>
        <w:ind w:firstLine="283"/>
      </w:pPr>
      <w:r>
        <w:t>Rook could protect the officer. The standing-between would be compromised. The charter’s hinge would not hold. Rook would be the thing he refused — the man who held the line by the line’s own breaking.</w:t>
      </w:r>
    </w:p>
    <w:p>
      <w:pPr>
        <w:spacing w:line="360" w:lineRule="auto" w:after="0"/>
        <w:ind w:firstLine="283"/>
      </w:pPr>
      <w:r>
        <w:t>Rook could leave it ambiguous. Perrin would be neither punished nor protected. The record would not hold the name. The ambiguity would be the remainder.</w:t>
      </w:r>
    </w:p>
    <w:p>
      <w:pPr>
        <w:spacing w:line="360" w:lineRule="auto" w:after="0"/>
        <w:ind w:firstLine="283"/>
      </w:pPr>
      <w:r>
        <w:t>Rook did not discipline the officer. Rook did not protect the officer. Rook did not enter the name in the record. The non-entry was the mark. The charter's hinge stood. The children stood. The ring's three men stood. Perrin stood.</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18 — Core's Logic at Scale</w:t>
      </w:r>
    </w:p>
    <w:p>
      <w:pPr>
        <w:spacing w:line="360" w:lineRule="auto" w:after="0"/>
        <w:ind w:firstLine="283"/>
      </w:pPr>
      <w:r>
        <w:t>‖ ‖</w:t>
      </w:r>
    </w:p>
    <w:p>
      <w:pPr>
        <w:spacing w:line="360" w:lineRule="auto" w:after="0"/>
        <w:ind w:firstLine="283"/>
      </w:pPr>
      <w:r>
        <w:t>She said it once, quietly, to one other person, in the winter, at the plank-table’s lamp.</w:t>
      </w:r>
    </w:p>
    <w:p>
      <w:pPr>
        <w:spacing w:line="360" w:lineRule="auto" w:after="0"/>
        <w:ind w:firstLine="283"/>
      </w:pPr>
      <w:r>
        <w:t>The one other person was Corren. That was the saying’s own choosing, and the choosing was the crafts’ own: the archivist. The walker, the chest. The Ledger, the two keepings’ own two oldest carriers. The saying’s hour was the winter’s middle evening, at the gap’s edge-house, at the plank-table where the master sheet had been made and the two words had been carried. The fifteen years’ freight had been kept —. The evening’s tea was in the cup of the cardamom’s color, the cup’s ordinary warmth the saying’s ground, the recognition’s twenty-year arrival.</w:t>
      </w:r>
    </w:p>
    <w:p>
      <w:pPr>
        <w:spacing w:line="360" w:lineRule="auto" w:after="0"/>
        <w:ind w:firstLine="283"/>
      </w:pPr>
      <w:r>
        <w:t>“The Plan is the Core’s offer,” Mira said. “Scaled.”</w:t>
      </w:r>
    </w:p>
    <w:p>
      <w:pPr>
        <w:spacing w:line="360" w:lineRule="auto" w:after="0"/>
        <w:ind w:firstLine="283"/>
      </w:pPr>
      <w:r>
        <w:t>Corren heard it. The walker’s face did the walkers’ hearing — the stillness, the reading, the ground’s own reception of a mark that was true — and the hearing held the whole evening’s silence for a breath. The breath was the recognition’s own whole weight, arriving in the room where the two oldest keepings lived: the Core. The city’s Core — the beautiful room, the completed childhood, the offer made to a fragmenting boy a lifetime ago: resolution in exchange for stability. Be resolved, and be held — the finished person, the finished record, the finished world. The Core’s deepest architecture, and the architecture was the Plan’s: the enumeration resolves; the works hold; the children sleep; the variance remains. The beautiful room, scaled to the coast.</w:t>
      </w:r>
    </w:p>
    <w:p>
      <w:pPr>
        <w:spacing w:line="360" w:lineRule="auto" w:after="0"/>
        <w:ind w:firstLine="283"/>
      </w:pPr>
      <w:r>
        <w:t>“I know,” Corren said.</w:t>
      </w:r>
    </w:p>
    <w:p>
      <w:pPr>
        <w:spacing w:line="360" w:lineRule="auto" w:after="0"/>
        <w:ind w:firstLine="283"/>
      </w:pPr>
      <w:r>
        <w:t>Mira did not say more for a long time. The lamp held. The cup’s tea cooled. When Mira spoke again, the voice was quieter, slower.</w:t>
      </w:r>
    </w:p>
    <w:p>
      <w:pPr>
        <w:spacing w:line="360" w:lineRule="auto" w:after="0"/>
        <w:ind w:firstLine="283"/>
      </w:pPr>
      <w:r>
        <w:t>“I don’t know what I’m going to do,” Mira said. “The recognition is complete. The Plan is the offer. The sleeping is the children’s, and the children are the coast’s. And the variance is the mender, and the mender is the fire’s circle. The fire’s circle is the pot’s. The pot is the kitchen’s. The kitchen is ours. I hold both. The holding is the craft, and the craft does not resolve. But the not-resolving was built for the world’s questions, and the Plan is not a question. The Plan is a door. The door is closing or opening, and the door’s mechanism is the determination — my craft’s own apparatus. The apparatus is mine, and I don’t know what I’m going to do.”</w:t>
      </w:r>
    </w:p>
    <w:p>
      <w:pPr>
        <w:spacing w:line="360" w:lineRule="auto" w:after="0"/>
        <w:ind w:firstLine="283"/>
      </w:pPr>
      <w:r>
        <w:t>Corren did not answer. The walker’s face held the archivist’s exhaustion with the walkers’ twenty-year reception — the stillness, the carried, the open hand’s plain grammar.</w:t>
      </w:r>
    </w:p>
    <w:p>
      <w:pPr>
        <w:spacing w:line="360" w:lineRule="auto" w:after="0"/>
        <w:ind w:firstLine="283"/>
      </w:pPr>
      <w:r>
        <w:t>Corren opened the Ledger after Mira had gone. The Ledger unrolled on the plank-table, the grey leather gone black at the grip, the pages’ decades of carried names. He found the name he was looking for — a walker lost in the fourth year, in the dry hills — and the name had four tellings of the losing. The four tellings disagreed. The disagreement was honored. The open hand stood above the name, and the name was carried. He read the four tellings the way he read the ground — with the hands first, then the eyes, then, if the reading invited them, the heart.</w:t>
      </w:r>
    </w:p>
    <w:p>
      <w:pPr>
        <w:spacing w:line="360" w:lineRule="auto" w:after="0"/>
        <w:ind w:firstLine="283"/>
      </w:pPr>
      <w:r>
        <w:t>He read the next name. And the next. The Ledger held them all — the lost, the left, the taken by the ground’s early violence and the roads’ hard years — without the concluding, without the resolving, with the open hand. The two words. The honored disagreement.</w:t>
      </w:r>
    </w:p>
    <w:p>
      <w:pPr>
        <w:spacing w:line="360" w:lineRule="auto" w:after="0"/>
        <w:ind w:firstLine="283"/>
      </w:pPr>
      <w:r>
        <w:t>Corren closed the Ledger at the lamp’s last oil. The keeping was the work.</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19 — Save Millions / Destroy Thousands</w:t>
      </w:r>
    </w:p>
    <w:p>
      <w:pPr>
        <w:spacing w:line="360" w:lineRule="auto" w:after="0"/>
        <w:ind w:firstLine="283"/>
      </w:pPr>
      <w:r>
        <w:t>‖ ‖</w:t>
      </w:r>
    </w:p>
    <w:p>
      <w:pPr>
        <w:spacing w:line="360" w:lineRule="auto" w:after="0"/>
        <w:ind w:firstLine="283"/>
      </w:pPr>
      <w:r>
        <w:t>The full projections were presented at the great house in the winter’s end, and the projections came with the first concrete list. The list. The projections stood side by side in the hall’s plain light.</w:t>
      </w:r>
    </w:p>
    <w:p>
      <w:pPr>
        <w:spacing w:line="360" w:lineRule="auto" w:after="0"/>
        <w:ind w:firstLine="283"/>
      </w:pPr>
      <w:r>
        <w:t>The projections were the Plan’s generation-year: the coast’s stabilized future, projected through the first full generation — the works’ spread, the ground’s held pace, the sleeping’s own multiplied truth — and the projections’ number stood at the hall’s head, on the great chart, in Maren’s own plain voice, and the number was: eleven million person-years of stabilized living. The works’ first generation, projected: the fed, the sleeping, the held. The without-line stood beside it, falling — the gap’s projected arithmetic of the unheld ground’s eating — and the two lines stood at the chart’s head: the coast saved, and the coast lost.</w:t>
      </w:r>
    </w:p>
    <w:p>
      <w:pPr>
        <w:spacing w:line="360" w:lineRule="auto" w:after="0"/>
        <w:ind w:firstLine="283"/>
      </w:pPr>
      <w:r>
        <w:t>And the list stood beside the chart. The variance’s own first complete enumeration — the coast’s irrecoverable remainder, determined, drafted, final — the list of the thousands. The gap’s edge-settlements’ unenrolled; the corridor’s refusing country; the walking’s companies; the ground-readers; the layered-country’s residual clans; the market’s middle-people; the mended and the two-named. The unfinished — the coast’s unrendered population, held in the final determination’s own columns: nine thousand four hundred. Six persons. The list was administered in the spring’s second week, and the second week’s count returned nine thousand four hundred and eighteen — the variance disagreeing with itself by twelve, the twelve entered in the margin, the double cross at the variant, the variant.</w:t>
      </w:r>
    </w:p>
    <w:p>
      <w:pPr>
        <w:spacing w:line="360" w:lineRule="auto" w:after="0"/>
        <w:ind w:firstLine="283"/>
      </w:pPr>
      <w:r>
        <w:t>The two numbers stood side by side in the hall’s plain light. The millions, projected, the coast’s stabilized future; the thousands, listed, the coast’s irrecoverable remainder. The millions were the Plan’s yield. The thousands were the Plan’s cost.</w:t>
      </w:r>
    </w:p>
    <w:p>
      <w:pPr>
        <w:spacing w:line="360" w:lineRule="auto" w:after="0"/>
        <w:ind w:firstLine="283"/>
      </w:pPr>
      <w:r>
        <w:t>A young clerk at the hall’s edge — a coalition clerk, the new grammar’s own — copied both numbers into his notebook. He copied the millions first. Then he copied the thousands. Then he looked at the two numbers in the notebook. Then he closed the notebook. He did not copy anything more for the rest of the day.</w:t>
      </w:r>
    </w:p>
    <w:p>
      <w:pPr>
        <w:spacing w:line="360" w:lineRule="auto" w:after="0"/>
        <w:ind w:firstLine="283"/>
      </w:pPr>
      <w:r>
        <w:t>Maren stood at the chart. Maren did not see the young clerk. Maren saw the hall.</w:t>
      </w:r>
    </w:p>
    <w:p>
      <w:pPr>
        <w:spacing w:line="360" w:lineRule="auto" w:after="0"/>
        <w:ind w:firstLine="283"/>
      </w:pPr>
      <w:r>
        <w:t>“The millions and the thousands,” Maren said. “The Plan holds the millions. The Plan holds the thousands. The two numbers stand in the same hall. The two numbers do not resolve. The coast chooses. The choosing goes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20 — Narrow Vote</w:t>
      </w:r>
    </w:p>
    <w:p>
      <w:pPr>
        <w:spacing w:line="360" w:lineRule="auto" w:after="0"/>
        <w:ind w:firstLine="283"/>
      </w:pPr>
      <w:r>
        <w:t>‖ ‖</w:t>
      </w:r>
    </w:p>
    <w:p>
      <w:pPr>
        <w:spacing w:line="360" w:lineRule="auto" w:after="0"/>
        <w:ind w:firstLine="283"/>
      </w:pPr>
      <w:r>
        <w:t>The coast-wide ballot was held on the first fair day of spring. The day was too wide for one telling — and the voices are the margin’s, the hall’s, the kitchen’s, the web’s, the fire’s. The counting’s. The counting’s is the last.</w:t>
      </w:r>
    </w:p>
    <w:p>
      <w:pPr>
        <w:spacing w:line="360" w:lineRule="auto" w:after="0"/>
        <w:ind w:firstLine="283"/>
      </w:pPr>
      <w:r>
        <w:t>The margin’s voice: Tansy at the second settlement’s edge, the runner’s young, the runner’s log in the level hand. The runner watched the settlement’s whole enrolled body gather at the assembly-hall’s yard. Tansy counted the ways out — the coast-road’s fork, the assembly-ground’s two gates, the ditch-line’s gap — and the count was the habit. Tansy also counted the queue, twice, because Tansy was fourteen and Tansy counted things. The queue was four hundred and twelve. Tansy did not write the queue’s count in the log. The queue’s count was not the runner’s freight. Tansy wanted it to be. Tansy wrote it on a separate scrap and put the scrap in her pocket.</w:t>
      </w:r>
    </w:p>
    <w:p>
      <w:pPr>
        <w:spacing w:line="360" w:lineRule="auto" w:after="0"/>
        <w:ind w:firstLine="283"/>
      </w:pPr>
      <w:r>
        <w:t>The hall’s voice: Mira at the great house’s hall, the level hand at the master sheet, the two words at the sheet’s foot, the open hand above the two words.</w:t>
      </w:r>
    </w:p>
    <w:p>
      <w:pPr>
        <w:spacing w:line="360" w:lineRule="auto" w:after="0"/>
        <w:ind w:firstLine="283"/>
      </w:pPr>
      <w:r>
        <w:t>The kitchen’s voice: Nessa at the second settlement’s yard, the pot’s thin at the hall’s yard, the ladle and the dented copper measure — the keeper fed the voters, both sides. The pot fed both sides. The pot did not choose.</w:t>
      </w:r>
    </w:p>
    <w:p>
      <w:pPr>
        <w:spacing w:line="360" w:lineRule="auto" w:after="0"/>
        <w:ind w:firstLine="283"/>
      </w:pPr>
      <w:r>
        <w:t>The web’s voice: Nima at the lane-house’s fire, the doors before the faces — the guide held the lanes open through the vote’s day. The doors were the people’s. The people voted. The web held the doors open.</w:t>
      </w:r>
    </w:p>
    <w:p>
      <w:pPr>
        <w:spacing w:line="360" w:lineRule="auto" w:after="0"/>
        <w:ind w:firstLine="283"/>
      </w:pPr>
      <w:r>
        <w:t>The fire’s voice: the mender at the kitchen’s fire’s circle, the basket of the kept things, the wire and the stitch — the mender mended through the vote’s day. The hands mended. The hands did not speak. The mending was the speech.</w:t>
      </w:r>
    </w:p>
    <w:p>
      <w:pPr>
        <w:spacing w:line="360" w:lineRule="auto" w:after="0"/>
        <w:ind w:firstLine="283"/>
      </w:pPr>
      <w:r>
        <w:t>The counting’s voice: the coalition’s senior clerks at the great house’s hall, the level voices, the plain numbers — and the truth was the counting’s own plain sentence, said in the senior clerk’s level voice at the hall’s head, in the spring’s plain light:</w:t>
      </w:r>
    </w:p>
    <w:p>
      <w:pPr>
        <w:spacing w:line="360" w:lineRule="auto" w:after="0"/>
        <w:ind w:firstLine="283"/>
      </w:pPr>
      <w:r>
        <w:t>The coast-wide ballot’s whole enrolled body: nine hundred and forty-two thousand, three hundred and eleven. The threshold: six hundred and twenty-eight thousand, two hundred and eight. The Plan’s votes: six hundred and twenty-three thousand, nine hundred and seventy-eight. The refusal’s votes: three hundred and eighteen thousand, three hundred and thirty-three. The Plan’s votes: short by four thousand, two hundred and thirty. The threshold failed. The Plan’s implementation did not consent.</w:t>
      </w:r>
    </w:p>
    <w:p>
      <w:pPr>
        <w:spacing w:line="360" w:lineRule="auto" w:after="0"/>
        <w:ind w:firstLine="283"/>
      </w:pPr>
      <w:r>
        <w:t>The coast voted. The coast went on.</w:t>
      </w:r>
    </w:p>
    <w:p>
      <w:pPr>
        <w:spacing w:line="360" w:lineRule="auto" w:after="0"/>
        <w:ind w:firstLine="283"/>
      </w:pPr>
      <w:r>
        <w:t>She wanted the numbers to balance. The wanting was the pen’s. The pen did not move.</w:t>
      </w:r>
    </w:p>
    <w:p>
      <w:pPr>
        <w:spacing w:line="360" w:lineRule="auto" w:after="0"/>
        <w:ind w:firstLine="283"/>
      </w:pPr>
      <w:r>
        <w:t>*</w:t>
      </w:r>
    </w:p>
    <w:p>
      <w:pPr>
        <w:spacing w:line="360" w:lineRule="auto" w:after="0"/>
        <w:ind w:firstLine="283"/>
      </w:pPr>
      <w:r>
        <w:t>Maren was alone with the pen. The pen was on the desk. The certification was on the desk. The names of the four thousand two hundred and thirty were in the margin.</w:t>
      </w:r>
    </w:p>
    <w:p>
      <w:pPr>
        <w:spacing w:line="360" w:lineRule="auto" w:after="0"/>
        <w:ind w:firstLine="283"/>
      </w:pPr>
      <w:r>
        <w:t>Maren could sign. The Plan would proceed. The variance would be sacrificed. The four thousand two hundred and thirty would be the certification’s plain arithmetic. The arithmetic would be honest. The honesty would be the cost.</w:t>
      </w:r>
    </w:p>
    <w:p>
      <w:pPr>
        <w:spacing w:line="360" w:lineRule="auto" w:after="0"/>
        <w:ind w:firstLine="283"/>
      </w:pPr>
      <w:r>
        <w:t>Maren could not sign. The Plan would fail. The children would not sleep. The coast’s whole held sleeping — the eleven million person-years — would be the not-sleeping, and the not-sleeping would be the threshold’s plain fruit.</w:t>
      </w:r>
    </w:p>
    <w:p>
      <w:pPr>
        <w:spacing w:line="360" w:lineRule="auto" w:after="0"/>
        <w:ind w:firstLine="283"/>
      </w:pPr>
      <w:r>
        <w:t>Maren could sign with a caveat. The caveat would be a lie. The record would hold a contradiction the record could not hold. The two numbers — the millions and the thousands — would stand in the same line, and the line would not hold them.</w:t>
      </w:r>
    </w:p>
    <w:p>
      <w:pPr>
        <w:spacing w:line="360" w:lineRule="auto" w:after="0"/>
        <w:ind w:firstLine="283"/>
      </w:pPr>
      <w:r>
        <w:t>Maren did not sign. Maren did not sign with a caveat. The pen did not move.</w:t>
      </w:r>
    </w:p>
    <w:p>
      <w:pPr>
        <w:spacing w:line="360" w:lineRule="auto" w:after="0"/>
        <w:ind w:firstLine="283"/>
      </w:pPr>
      <w:r>
        <w:t>Her hand rested on the pen. The hand did not pick it up. The hand did not let go. The hand did not drop the pen. The hand stayed.</w:t>
      </w:r>
    </w:p>
    <w:p>
      <w:pPr>
        <w:spacing w:line="360" w:lineRule="auto" w:after="0"/>
        <w:ind w:firstLine="283"/>
      </w:pPr>
      <w:r>
        <w:t>The hand cramped at the evening. The cramp went to the wrist. The wrist went numb. The numbness went to the fingers. The fingers did not feel. The feeling did not come back for three days. The three days were the cost.</w:t>
      </w:r>
    </w:p>
    <w:p>
      <w:pPr>
        <w:spacing w:line="360" w:lineRule="auto" w:after="0"/>
        <w:ind w:firstLine="283"/>
      </w:pPr>
      <w:r>
        <w:t>In the spring’s middle, Rook walked the lines. The standing’s own drawer knew the line would not hold. The line was drawn anyway. The standing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21 — Nima's Final Refusals</w:t>
      </w:r>
    </w:p>
    <w:p>
      <w:pPr>
        <w:spacing w:line="360" w:lineRule="auto" w:after="0"/>
        <w:ind w:firstLine="283"/>
      </w:pPr>
      <w:r>
        <w:t>‖ ‖</w:t>
      </w:r>
    </w:p>
    <w:p>
      <w:pPr>
        <w:spacing w:line="360" w:lineRule="auto" w:after="0"/>
        <w:ind w:firstLine="283"/>
      </w:pPr>
      <w:r>
        <w:t>Nima went back into the gap in the spring’s last week. The going-back was the guide’s own plain office: the guide went back into the gap’s interior, into the refusing country, into the corridor’s own carried country, to hold the lanes open through the post-ballot weeks.</w:t>
      </w:r>
    </w:p>
    <w:p>
      <w:pPr>
        <w:spacing w:line="360" w:lineRule="auto" w:after="0"/>
        <w:ind w:firstLine="283"/>
      </w:pPr>
      <w:r>
        <w:t>The guide had been at the lane-house’s fire for fifteen years. The guide had been the corridor’s own leading for twenty. The guide had been the passage-man’s apprentice at fourteen, in the dark under a city that no longer existed. The guide was fifty-five now.</w:t>
      </w:r>
    </w:p>
    <w:p>
      <w:pPr>
        <w:spacing w:line="360" w:lineRule="auto" w:after="0"/>
        <w:ind w:firstLine="283"/>
      </w:pPr>
      <w:r>
        <w:t>The gap’s interior held the refusing. The ninety-six at the third settlement; the mender at the kitchen’s fire; the lane-houses’ old and the lane-houses’ young; the corridor’s own carried craft, held in the sternums.</w:t>
      </w:r>
    </w:p>
    <w:p>
      <w:pPr>
        <w:spacing w:line="360" w:lineRule="auto" w:after="0"/>
        <w:ind w:firstLine="283"/>
      </w:pPr>
      <w:r>
        <w:t>Nima walked the lane in the spring’s last week with the corridor’s Tuesday run. The pack-strap on the shoulder, the runner’s log in the level hand. At the first lane-house’s fire, the lane-house’s keeper — a young man, new that season — offered the guide the fire’s chair. The guide did not sit. The guide stood at the fire and drank the tea. Looked at the lane-house’s kept form — the door’s edge, the lantern’s hook, the runner’s log at the table —. The looking was the guide’s held reading. The lane-house held. The lanes held. The carrying held.</w:t>
      </w:r>
    </w:p>
    <w:p>
      <w:pPr>
        <w:spacing w:line="360" w:lineRule="auto" w:after="0"/>
        <w:ind w:firstLine="283"/>
      </w:pPr>
      <w:r>
        <w:t>The corridor offered the clean zones the way the corridor offered everything — sideways, while doing something else, so it could be ignored. The offering was Nima's, the corridor's, the lanes'.</w:t>
      </w:r>
    </w:p>
    <w:p>
      <w:pPr>
        <w:spacing w:line="360" w:lineRule="auto" w:after="0"/>
        <w:ind w:firstLine="283"/>
      </w:pPr>
      <w:r>
        <w:t>The mender did not take the offering. The mending did not enter the clean zones.</w:t>
      </w:r>
    </w:p>
    <w:p>
      <w:pPr>
        <w:spacing w:line="360" w:lineRule="auto" w:after="0"/>
        <w:ind w:firstLine="283"/>
      </w:pPr>
      <w:r>
        <w:t>The testimony was: I do not enter the lime, and the not-entering is mine. The lime is the white’s. The white is the clean’s. The line is the door’s. The door is the white’s whole one office. I do not enter. The mending does not cross the line.</w:t>
      </w:r>
    </w:p>
    <w:p>
      <w:pPr>
        <w:spacing w:line="360" w:lineRule="auto" w:after="0"/>
        <w:ind w:firstLine="283"/>
      </w:pPr>
      <w:r>
        <w:t>The mender stayed at the fire’s circle. The fire’s circle held the mender the way it held the fire: without asking, without resolving, without setting it down.</w:t>
      </w:r>
    </w:p>
    <w:p>
      <w:pPr>
        <w:spacing w:line="360" w:lineRule="auto" w:after="0"/>
        <w:ind w:firstLine="283"/>
      </w:pPr>
      <w:r>
        <w:t>Nima did not press. Nima went back to the passage the way Nima went back to the passage — with the closed hand, the double stitch, the count of the exits. The mender stayed. The two not-takings were the offering’s whole one fruit.</w:t>
      </w:r>
    </w:p>
    <w:p>
      <w:pPr>
        <w:spacing w:line="360" w:lineRule="auto" w:after="0"/>
        <w:ind w:firstLine="283"/>
      </w:pPr>
      <w:r>
        <w:t>“The guide stayed,” Nima said, to no one, to the lane-house’s fire, to the gap’s interior. “The guide goes back. The lanes go on open. The doors are the people’s.”</w:t>
      </w:r>
    </w:p>
    <w:p>
      <w:pPr>
        <w:spacing w:line="360" w:lineRule="auto" w:after="0"/>
        <w:ind w:firstLine="283"/>
      </w:pPr>
      <w:r>
        <w:t>The lane-house went on. The gap went on. The guide stayed.</w:t>
      </w:r>
    </w:p>
    <w:p>
      <w:pPr>
        <w:ind w:firstLine="0"/>
        <w:jc w:val="center"/>
      </w:pPr>
      <w:r>
        <w:rPr>
          <w:color w:val="AAAAAA"/>
        </w:rPr>
        <w:t>❖</w:t>
      </w:r>
    </w:p>
    <w:p>
      <w:pPr>
        <w:spacing w:line="360" w:lineRule="auto" w:after="0"/>
        <w:ind w:firstLine="283"/>
      </w:pPr>
      <w:r>
        <w:t>The martyr’s offer came to the corridor in the summer’s middle, and the offer was the paper-world’s last seduction: the corridor’s formal martyrdom, the lanes’ held public sacrifice, the corridor’s held form turned into the coast’s banner. Nima refused the offer.</w:t>
      </w:r>
    </w:p>
    <w:p>
      <w:pPr>
        <w:spacing w:line="360" w:lineRule="auto" w:after="0"/>
        <w:ind w:firstLine="283"/>
      </w:pPr>
      <w:r>
        <w:t>The offer was the coalition’s held formal request, made at the lane-house’s door by the variance-office’s senior clerk, in the level voice, in the summer’s plain light: the corridor’s held formal martyrdom — the lanes closed, the doors sealed, the web’s held form sacrificed for the gap’s held country, the corridor’s own held form the coast’s banner against the Plan. The offer wanted the corridor’s held form turned into the coast’s banner. The offer wanted the corridor dead.</w:t>
      </w:r>
    </w:p>
    <w:p>
      <w:pPr>
        <w:spacing w:line="360" w:lineRule="auto" w:after="0"/>
        <w:ind w:firstLine="283"/>
      </w:pPr>
      <w:r>
        <w:t>The clerk was a different clerk from the one who had come in the spring. This clerk was older, quieter, with a streak of grey in the beard. The clerk had a daughter in the gap. The clerk had been told, by the standing committee, that the offer was the committee’s own best service to the refusing country. The clerk did not believe the standing committee. The clerk made the offer anyway, in the level voice, in the summer’s plain light, because the offer was the clerk’s office.</w:t>
      </w:r>
    </w:p>
    <w:p>
      <w:pPr>
        <w:spacing w:line="360" w:lineRule="auto" w:after="0"/>
        <w:ind w:firstLine="283"/>
      </w:pPr>
      <w:r>
        <w:t>Nima refused the offer. The refusing was made at the lane-house’s door, in the level voice, in the summer’s plain light, in the corridor’s own plain grammar:</w:t>
      </w:r>
    </w:p>
    <w:p>
      <w:pPr>
        <w:spacing w:line="360" w:lineRule="auto" w:after="0"/>
        <w:ind w:firstLine="283"/>
      </w:pPr>
      <w:r>
        <w:t>"The corridor is not the coast's banner. The corridor is the corridor's. The doors are the people's. The corridor does not die. The corridor goes on. The lanes go on open."</w:t>
      </w:r>
    </w:p>
    <w:p>
      <w:pPr>
        <w:spacing w:line="360" w:lineRule="auto" w:after="0"/>
        <w:ind w:firstLine="283"/>
      </w:pPr>
      <w:r>
        <w:t>The clerk heard the refusing. The clerk’s face did the new grammar’s held reception. The clerk knew the corridor was not the coast’s banner. The clerk took the refusing back to the variance-office. The clerk did not look back. The clerk’s shoulders, walking away, were the shoulders of a man carrying a thing he was glad to be rid of.</w:t>
      </w:r>
    </w:p>
    <w:p>
      <w:pPr>
        <w:spacing w:line="360" w:lineRule="auto" w:after="0"/>
        <w:ind w:firstLine="283"/>
      </w:pPr>
      <w:r>
        <w:t>The corridor went on. The lane-house went on. The doors went on.</w:t>
      </w:r>
    </w:p>
    <w:p>
      <w:pPr>
        <w:ind w:firstLine="0"/>
        <w:jc w:val="center"/>
      </w:pPr>
      <w:r>
        <w:rPr>
          <w:color w:val="AAAAAA"/>
        </w:rPr>
        <w:t>❖</w:t>
      </w:r>
    </w:p>
    <w:p>
      <w:pPr>
        <w:spacing w:line="360" w:lineRule="auto" w:after="0"/>
        <w:ind w:firstLine="283"/>
      </w:pPr>
      <w:r>
        <w:t>The corridor was no faction’s — not the allegiance’s, nor the alignment’s, nor the coalition’s, nor the Plan’s. The corridor was the corridor’s.</w:t>
      </w:r>
    </w:p>
    <w:p>
      <w:pPr>
        <w:spacing w:line="360" w:lineRule="auto" w:after="0"/>
        <w:ind w:firstLine="283"/>
      </w:pPr>
      <w:r>
        <w:t>The corridor’s twenty-year held form was the lanes’ no-price law. The lanes carried the coast’s freight and the coast’s news, free. The lanes held the doors open. The lanes did not choose. The carrying was free. The free was the corridor’s held law, and the law was the oldest one, the passage-man’s own, taught at fourteen in the dark under a city that no longer existed: the doors are the people’s. The doors are not the market’s, nor the coalition’s, nor the Plan’s. The doors are the people’s.</w:t>
      </w:r>
    </w:p>
    <w:p>
      <w:pPr>
        <w:spacing w:line="360" w:lineRule="auto" w:after="0"/>
        <w:ind w:firstLine="283"/>
      </w:pPr>
      <w:r>
        <w:t>Nima held the lanes through the autumn’s middle month. The guide’s whole held form was the lanes’ own plain held form: the lanes open, the carrying free, the doors the people’s. The lanes carried the coast’s whole freight — the chest’s master sheets, the Inspector-General’s warrants, the kitchen’s pot’s thin, the variance-office’s exception-terms, the corridor’s own carrying-lists — and the lanes carried the freight free.</w:t>
      </w:r>
    </w:p>
    <w:p>
      <w:pPr>
        <w:spacing w:line="360" w:lineRule="auto" w:after="0"/>
        <w:ind w:firstLine="283"/>
      </w:pPr>
      <w:r>
        <w:t>A young runner, new that autumn, asked the guide at the lane-house’s fire: “Guide, the coalition’s warrants and the chest’s master sheets ride the same lane. The coalition’s warrants serve the Plan. The chest’s master sheets refuse the Plan. The lane carries both. The lane does not choose. Is that the corridor’s choosing?”</w:t>
      </w:r>
    </w:p>
    <w:p>
      <w:pPr>
        <w:spacing w:line="360" w:lineRule="auto" w:after="0"/>
        <w:ind w:firstLine="283"/>
      </w:pPr>
      <w:r>
        <w:t>Nima did not answer at once. Nima looked at the fire. The fire was the lane-house’s fire, the same fire, the same lane-house. The guide’s face did the guide’s held reception — the stillness, the reading — and the reception held the young runner’s question for a long breath.</w:t>
      </w:r>
    </w:p>
    <w:p>
      <w:pPr>
        <w:spacing w:line="360" w:lineRule="auto" w:after="0"/>
        <w:ind w:firstLine="283"/>
      </w:pPr>
      <w:r>
        <w:t>“The lane carries both,” Nima said. “The lane does not choose. The lane’s not-choosing is the corridor’s choosing. The corridor does not choose. The doors are the people’s.”</w:t>
      </w:r>
    </w:p>
    <w:p>
      <w:pPr>
        <w:spacing w:line="360" w:lineRule="auto" w:after="0"/>
        <w:ind w:firstLine="283"/>
      </w:pPr>
      <w:r>
        <w:t>The young runner heard the answer. The young runner did not, the guide could see, fully understand the answer. The young runner went to bed. The guide stayed at the fire. The guide re-stitched the pack-strap.</w:t>
      </w:r>
    </w:p>
    <w:p>
      <w:pPr>
        <w:spacing w:line="360" w:lineRule="auto" w:after="0"/>
        <w:ind w:firstLine="283"/>
      </w:pPr>
      <w:r>
        <w:t>The practice went on. The lanes went on. The doors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22 — Refuse Final Records</w:t>
      </w:r>
    </w:p>
    <w:p>
      <w:pPr>
        <w:spacing w:line="360" w:lineRule="auto" w:after="0"/>
        <w:ind w:firstLine="283"/>
      </w:pPr>
      <w:r>
        <w:t>‖ ‖</w:t>
      </w:r>
    </w:p>
    <w:p>
      <w:pPr>
        <w:spacing w:line="360" w:lineRule="auto" w:after="0"/>
        <w:ind w:firstLine="283"/>
      </w:pPr>
      <w:r>
        <w:t>The final variance list came to her table in the spring’s middle week — the coast’s two-year building’s last door — and the door was the certification. Mira refused the door.</w:t>
      </w:r>
    </w:p>
    <w:p>
      <w:pPr>
        <w:spacing w:line="360" w:lineRule="auto" w:after="0"/>
        <w:ind w:firstLine="283"/>
      </w:pPr>
      <w:r>
        <w:t>The list was the determination’s final form. The nine thousand four hundred and six — the coast’s irrecoverable remainder — came to the plank-table in the enumeration-office’s plain delivery: the wider columns’ two-year administration, the referral-cases’ carried work, the final determination’s every closed case — bound, sewn with the sail-thread, on the best paper the world had ever made. The list’s honest claim stood at the head, in the office’s level register: THE FINAL VARIANCE LIST: THE COAST’S IRRECOVERABLE REMAINDER, DETERMINED, FOR CERTIFICATION. And the certification’s freight stood at the list’s foot: the Archivist’s certification: the list’s accuracy, the list’s completeness — the final record.</w:t>
      </w:r>
    </w:p>
    <w:p>
      <w:pPr>
        <w:spacing w:line="360" w:lineRule="auto" w:after="0"/>
        <w:ind w:firstLine="283"/>
      </w:pPr>
      <w:r>
        <w:t>She read the list through. The nine thousand four hundred and six — the names, the two names, the variant ages, the corridor’s addresses. The reading was true. The list was accurate. The list was the wider columns’ honest work — two years of the enumeration’s failure made into the coast’s concrete remainder, and the best list the world’s paper-craft had ever made.</w:t>
      </w:r>
    </w:p>
    <w:p>
      <w:pPr>
        <w:spacing w:line="360" w:lineRule="auto" w:after="0"/>
        <w:ind w:firstLine="283"/>
      </w:pPr>
      <w:r>
        <w:t>And the list was not complete. The nine thousand four hundred and six was the coast’s determined remainder — and the coast’s remainder was not determinable. The gap’s living country held the un-determinable’s remaining freight: the ones the wider columns had never reached; the ones the rendering had never found; the ones the corridor’s own lanes carried in sternums and not columns; the mender’s whole kind, the unfinished by nature. The list’s completeness was the completeness of the counting’s architecture, and the architecture’s limit was the category’s first finding: the variance is irrecoverable by the arithmetic. The list could not be complete.</w:t>
      </w:r>
    </w:p>
    <w:p>
      <w:pPr>
        <w:spacing w:line="360" w:lineRule="auto" w:after="0"/>
        <w:ind w:firstLine="283"/>
      </w:pPr>
      <w:r>
        <w:t>She marked the master document. The list’s own master sheet — the final variance list’s own head-page, the certification’s own waiting place — and the level hand came down on the master sheet’s margin. The hand wrote, in the smallest. Most level letters the whole twenty years had bred, the two words. Above the two words the open hand. Beneath the two words one line more:</w:t>
      </w:r>
    </w:p>
    <w:p>
      <w:pPr>
        <w:spacing w:line="360" w:lineRule="auto" w:after="0"/>
        <w:ind w:firstLine="283"/>
      </w:pPr>
      <w:r>
        <w:t>Name uncertain. Person remembered.</w:t>
      </w:r>
    </w:p>
    <w:p>
      <w:pPr>
        <w:spacing w:line="360" w:lineRule="auto" w:after="0"/>
        <w:ind w:firstLine="283"/>
      </w:pPr>
      <w:r>
        <w:t>The line went at the list’s foot — not through the list, not over the names, not the single clean line the city’s own correctionist craft had always drawn: beside. The two words and the open hand. The line stood at the margin of the master sheet, in the level hand, in the plain light —. The marking was the certification’s refusal. The refusal was not the list’s destruction: the refusal was the list’s truth-telling. The nine thousand four hundred and six stood. The names stood. The wider columns stood. And the margin held the coast’s own whole twenty-year carried answer to the paper-world’s oldest claim: the record does not hold. The names are uncertain. The persons are remembered. The list is not the world.</w:t>
      </w:r>
    </w:p>
    <w:p>
      <w:pPr>
        <w:spacing w:line="360" w:lineRule="auto" w:after="0"/>
        <w:ind w:firstLine="283"/>
      </w:pPr>
      <w:r>
        <w:t>She walked the copy into the gap. The master sheet’s copy — the certification refused, the margin marked, the two words and the open hand and the line — in her two hands, in the plain light, in the spring’s middle morning. Mira walked the copy out of the enumeration-office’s hall, and out of the gap’s edge-country’s counting-grounds. Through the patrol-line’s station — the warrant’s own courteous crossing, the guide’s own web-lane —. Into the gap. The gap’s own interior: the uncounted’s country, the variance’s own held territory. The final variance list, refused, marked, carried past the patrol-line, into the variance’s own country — the list, given to the listed. The paper-world’s own final record, walked into the country the record could not hold, and left there. The master copy, the refused certification, the margin’s two words — held now by the uncounted’s own country, in the uncounted’s own way. Carried, not held.</w:t>
      </w:r>
    </w:p>
    <w:p>
      <w:pPr>
        <w:spacing w:line="360" w:lineRule="auto" w:after="0"/>
        <w:ind w:firstLine="283"/>
      </w:pPr>
      <w:r>
        <w:t>The cup was left on the table. The clay cup, the color of a cardamom pod, twenty years a cup — the cup that had come out of a burned city in a pack and had been ordinary through the sea. The wound. The coast’s whole rearranging — the cup stood at the plank-table’s corner with the morning’s tea cooling in it. The cup was not taken. The walking-into-the-gap was made with the copy in the two hands, and the hands did not take the cup.</w:t>
      </w:r>
    </w:p>
    <w:p>
      <w:pPr>
        <w:spacing w:line="360" w:lineRule="auto" w:after="0"/>
        <w:ind w:firstLine="283"/>
      </w:pPr>
      <w:r>
        <w:t>The cup stayed. The work walked.</w:t>
      </w:r>
    </w:p>
    <w:p>
      <w:pPr>
        <w:spacing w:line="360" w:lineRule="auto" w:after="0"/>
        <w:ind w:firstLine="283"/>
      </w:pPr>
      <w:r>
        <w:t>Mira walked into the gap with the refused record in her hands, and the gap took her, and the work was done.</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23 — No Voluntary Under Conditions</w:t>
      </w:r>
    </w:p>
    <w:p>
      <w:pPr>
        <w:spacing w:line="360" w:lineRule="auto" w:after="0"/>
        <w:ind w:firstLine="283"/>
      </w:pPr>
      <w:r>
        <w:t>‖ ‖</w:t>
      </w:r>
    </w:p>
    <w:p>
      <w:pPr>
        <w:spacing w:line="360" w:lineRule="auto" w:after="0"/>
        <w:ind w:firstLine="283"/>
      </w:pPr>
      <w:r>
        <w:t>The special conditions came to the gap’s edge in the spring’s last week — the paper-world’s last courtesy, and the courtesy’s freight was the coast’s hardest question: can the unfinished be finished, voluntarily, under terms designed for the finishing?</w:t>
      </w:r>
    </w:p>
    <w:p>
      <w:pPr>
        <w:spacing w:line="360" w:lineRule="auto" w:after="0"/>
        <w:ind w:firstLine="283"/>
      </w:pPr>
      <w:r>
        <w:t>The special conditions were the coalition’s own final craft, bred in the post-ballot weeks for the variance’s hardest cases: the unfinished-by-nature — the mender’s own kind, the two-named, the corridor-addressed, the rendering’s permanent failures — the cases the wider columns could not close. The terms were genuinely exceptional: the unfinished person, offered a bespoke enumeration — the two names held, both, in the exception’s own dual-entry; the two ages carried, the address carried, the craft’s mending-work entered as the exception’s own new column — the apparatus’s last attempt to hold what the apparatus could not hold.</w:t>
      </w:r>
    </w:p>
    <w:p>
      <w:pPr>
        <w:spacing w:line="360" w:lineRule="auto" w:after="0"/>
        <w:ind w:firstLine="283"/>
      </w:pPr>
      <w:r>
        <w:t>The offer was made to the mender. The variance-office’s own senior clerk, at the kitchen’s ground, at the fire’s circle, with the exception-terms’ paper. The clerk stood at the circle’s edge. The clerk’s hands held the paper. The clerk’s level voice read the terms. The terms were courteous. The terms were the coast’s own best mercy.</w:t>
      </w:r>
    </w:p>
    <w:p>
      <w:pPr>
        <w:spacing w:line="360" w:lineRule="auto" w:after="0"/>
        <w:ind w:firstLine="283"/>
      </w:pPr>
      <w:r>
        <w:t>The mender was mending. The basket sat at the mender’s knee. The wire and the stitch. The mender’s hands held a tin cup with a cracked solder-joint at the handle. The mender’s hands took the soldering-iron from the fire’s edge. The iron’s tip went to the joint. The solder melted. The joint sealed. The mender set the cup aside. The mender took up a hide strap, torn at the buckle. The mender’s hands stitched the strap with the sail-thread, two strands twisted, the stitch tight. The mender set the strap aside.</w:t>
      </w:r>
    </w:p>
    <w:p>
      <w:pPr>
        <w:spacing w:line="360" w:lineRule="auto" w:after="0"/>
        <w:ind w:firstLine="283"/>
      </w:pPr>
      <w:r>
        <w:t>The clerk read the terms. The mender mended. The hands did not stop. The hands did not philosophize. The hands did not refuse. The hands mended.</w:t>
      </w:r>
    </w:p>
    <w:p>
      <w:pPr>
        <w:spacing w:line="360" w:lineRule="auto" w:after="0"/>
        <w:ind w:firstLine="283"/>
      </w:pPr>
      <w:r>
        <w:t>The clerk waited. The fire’s circle held the afternoon’s ordinary — the pot’s smoke, the route’s freight, the runner’s young one at the circle’s edge with the evening’s water. Tansy watched.</w:t>
      </w:r>
    </w:p>
    <w:p>
      <w:pPr>
        <w:spacing w:line="360" w:lineRule="auto" w:after="0"/>
        <w:ind w:firstLine="283"/>
      </w:pPr>
      <w:r>
        <w:t>The mender took up a clay bowl with a chip at the rim. The mender’s hands ground the chip smooth with a river-stone. The mender set the bowl aside. The mender took up a child’s wooden horse with a leg split. The mender’s hands glued the leg with hide-fish-glue, wound the leg with the sail-thread, set the horse aside. The basket emptied, and the basket filled again.</w:t>
      </w:r>
    </w:p>
    <w:p>
      <w:pPr>
        <w:spacing w:line="360" w:lineRule="auto" w:after="0"/>
        <w:ind w:firstLine="283"/>
      </w:pPr>
      <w:r>
        <w:t>At the afternoon’s end the mender set the mending down. The mender’s hands lay still on the mender’s knee. The mender looked at the clerk. The mender looked at the terms.</w:t>
      </w:r>
    </w:p>
    <w:p>
      <w:pPr>
        <w:spacing w:line="360" w:lineRule="auto" w:after="0"/>
        <w:ind w:firstLine="283"/>
      </w:pPr>
      <w:r>
        <w:t>The mender said, in the mender’s own plain voice:</w:t>
      </w:r>
    </w:p>
    <w:p>
      <w:pPr>
        <w:spacing w:line="360" w:lineRule="auto" w:after="0"/>
        <w:ind w:firstLine="283"/>
      </w:pPr>
      <w:r>
        <w:t>“I can’t be written down twice.”</w:t>
      </w:r>
    </w:p>
    <w:p>
      <w:pPr>
        <w:spacing w:line="360" w:lineRule="auto" w:after="0"/>
        <w:ind w:firstLine="283"/>
      </w:pPr>
      <w:r>
        <w:t>The clerk took the terms back. The exception-paper folded.</w:t>
      </w:r>
    </w:p>
    <w:p>
      <w:pPr>
        <w:spacing w:line="360" w:lineRule="auto" w:after="0"/>
        <w:ind w:firstLine="283"/>
      </w:pPr>
      <w:r>
        <w:t>Tansy, watching, thought: I do not understand. Then Tansy thought: The mender understands. Then Tansy thought: Maybe the understanding is not the thing. She did not know yet what she meant. The thinking was the watching’s freight, and the watching went on — the mending, the fire, the route’s evening freight — and the clerk went back to the paper-world with the folded terms.</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24 — The Two Questions</w:t>
      </w:r>
    </w:p>
    <w:p>
      <w:pPr>
        <w:spacing w:line="360" w:lineRule="auto" w:after="0"/>
        <w:ind w:firstLine="283"/>
      </w:pPr>
      <w:r>
        <w:t>‖ ‖</w:t>
      </w:r>
    </w:p>
    <w:p>
      <w:pPr>
        <w:spacing w:line="360" w:lineRule="auto" w:after="0"/>
        <w:ind w:firstLine="283"/>
      </w:pPr>
      <w:r>
        <w:t>She went back to the wall at the spring’s end, because the sternum’s freight had stayed, and the staying had its office: the copying.</w:t>
      </w:r>
    </w:p>
    <w:p>
      <w:pPr>
        <w:spacing w:line="360" w:lineRule="auto" w:after="0"/>
        <w:ind w:firstLine="283"/>
      </w:pPr>
      <w:r>
        <w:t>The wall was the assembly-ground’s western wall, and the wall was blank. That was the going-back’s own first finding: the tarpaulins had been taken down in the winter’s end — the relief-counting’s season done, the ground’s apparatus moved — and the wall stood in the ground’s new clearing as stacked timber. The timber’s faces were weathered. The question’s ghost was gone. Not faded now: gone — the chalk’s pressure taken by the weathers, the wood’s grain gone smooth, the letters’ last readable edge spent — and the question’s twenty-year life at the wall was finished.</w:t>
      </w:r>
    </w:p>
    <w:p>
      <w:pPr>
        <w:spacing w:line="360" w:lineRule="auto" w:after="0"/>
        <w:ind w:firstLine="283"/>
      </w:pPr>
      <w:r>
        <w:t>She copied it. The young one took the chalk out of the runner’s pocket — the stub, the cloth-wrapped freight, the corridor’s own carried craft — and the copying was made on the ground’s own new surface: the stacked timber’s end-face, the broad flat year-ring of the tarpaulin-post’s cut —. The chalk came down on the year-ring’s face. The letters were made, small, in the young one’s own hand. The hand was the corridor’s — the plain capitals, the upright letters, the writing the web’s own lanes had bred in the runners’ evening log-bookings —. The question was written:</w:t>
      </w:r>
    </w:p>
    <w:p>
      <w:pPr>
        <w:spacing w:line="360" w:lineRule="auto" w:after="0"/>
        <w:ind w:firstLine="283"/>
      </w:pPr>
      <w:r>
        <w:t>WHO COMES BACK?</w:t>
      </w:r>
    </w:p>
    <w:p>
      <w:pPr>
        <w:spacing w:line="360" w:lineRule="auto" w:after="0"/>
        <w:ind w:firstLine="283"/>
      </w:pPr>
      <w:r>
        <w:t>The writing was small. The mark was made small — not the wall’s old ghost-letters’ child-height width, but the runner’s own small capitals, the log-book’s own size — and the smallness was the copying’s respect for the original: the question was not being restored. The question was being carried. The wall’s question had been the writer’s own — a hand, a height, a year, a reason, all the writer’s own, all gone with the weathers — and the copied question was the young one’s own: the same words, the new hand, the new surface, the new year. The two questions were not the same question, and the two questions did not need to be.</w:t>
      </w:r>
    </w:p>
    <w:p>
      <w:pPr>
        <w:spacing w:line="360" w:lineRule="auto" w:after="0"/>
        <w:ind w:firstLine="283"/>
      </w:pPr>
      <w:r>
        <w:t>She wanted to erase the old question. The wanting was the margin’s. The margin was not enough.</w:t>
      </w:r>
    </w:p>
    <w:p>
      <w:pPr>
        <w:spacing w:line="360" w:lineRule="auto" w:after="0"/>
        <w:ind w:firstLine="283"/>
      </w:pPr>
      <w:r>
        <w:t>She did not answer it. The chalk stayed in the hand after the writing, and the hand did not write beneath. The answer’s held space stood below the copied question — the year-ring’s face, blank, waiting, the same waiting the wall’s old ghost had held for twenty years of passing feet — and the young one’s hand held the chalk over the blank, and the hand did not come down.</w:t>
      </w:r>
    </w:p>
    <w:p>
      <w:pPr>
        <w:spacing w:line="360" w:lineRule="auto" w:after="0"/>
        <w:ind w:firstLine="283"/>
      </w:pPr>
      <w:r>
        <w:t>The copying was complete. Tansy pocketed the chalk and counted the ways out — the clearing’s two paths, the timber-stack’s gap, the coast-road’s fork — and the count was the habit. The young one went home to the lane-house, and the evening’s log took the day in the level hand, and the log’s own last line was:</w:t>
      </w:r>
    </w:p>
    <w:p>
      <w:pPr>
        <w:spacing w:line="360" w:lineRule="auto" w:after="0"/>
        <w:ind w:firstLine="283"/>
      </w:pPr>
      <w:r>
        <w:t>Went back. The wall blank; the question gone. Copied it small on the post’s year-ring. Did not answer. The question is carried.</w:t>
      </w:r>
    </w:p>
    <w:p>
      <w:pPr>
        <w:ind w:firstLine="0"/>
        <w:jc w:val="center"/>
      </w:pPr>
      <w:r>
        <w:rPr>
          <w:color w:val="AAAAAA"/>
        </w:rPr>
        <w:t>❖</w:t>
      </w:r>
    </w:p>
    <w:p>
      <w:pPr>
        <w:spacing w:line="360" w:lineRule="auto" w:after="0"/>
        <w:ind w:firstLine="283"/>
      </w:pPr>
      <w:r>
        <w:t>She went into the zone in the spring’s first month, with the corridor’s Tuesday run, and the carrying took her past the wall — a Plan-stabilized wall — and the writing was done at the wall.</w:t>
      </w:r>
    </w:p>
    <w:p>
      <w:pPr>
        <w:spacing w:line="360" w:lineRule="auto" w:after="0"/>
        <w:ind w:firstLine="283"/>
      </w:pPr>
      <w:r>
        <w:t>The wall was the zone’s margin-street’s new held form — the Plan’s coast-wide implementation’s new built face, the stabilized ground’s new engineered wall, the works’ new held grammar. The wall was the Plan’s.</w:t>
      </w:r>
    </w:p>
    <w:p>
      <w:pPr>
        <w:spacing w:line="360" w:lineRule="auto" w:after="0"/>
        <w:ind w:firstLine="283"/>
      </w:pPr>
      <w:r>
        <w:t>Tansy had the chalk. The chalk in the runner’s pocket, the stub, the cloth-wrapped freight, the corridor’s own carried craft. The chalk was the corridor’s. The chalk was not the Plan’s. The chalk was not the zone’s.</w:t>
      </w:r>
    </w:p>
    <w:p>
      <w:pPr>
        <w:spacing w:line="360" w:lineRule="auto" w:after="0"/>
        <w:ind w:firstLine="283"/>
      </w:pPr>
      <w:r>
        <w:t>Tansy wrote the new question on the wall. The chalk came down on the wall’s face, and the letters were made, small, in the young one’s own hand. The hand was the corridor’s — the plain capitals, the upright letters, the writing the web’s own lanes had bred in the runners’ evening log-bookings —. The question was written, inside the machine’s wall:</w:t>
      </w:r>
    </w:p>
    <w:p>
      <w:pPr>
        <w:spacing w:line="360" w:lineRule="auto" w:after="0"/>
        <w:ind w:firstLine="283"/>
      </w:pPr>
      <w:r>
        <w:t>WHO HOLDS THE POT?</w:t>
      </w:r>
    </w:p>
    <w:p>
      <w:pPr>
        <w:spacing w:line="360" w:lineRule="auto" w:after="0"/>
        <w:ind w:firstLine="283"/>
      </w:pPr>
      <w:r>
        <w:t>The writing was small — the runner’s own small capitals, the log-book’s own size — and the smallness was the writing’s respect for the wall’s own held form: the wall was the Plan’s. The writing was the corridor’s.</w:t>
      </w:r>
    </w:p>
    <w:p>
      <w:pPr>
        <w:spacing w:line="360" w:lineRule="auto" w:after="0"/>
        <w:ind w:firstLine="283"/>
      </w:pPr>
      <w:r>
        <w:t>She did not answer it. The chalk stayed in the hand after the writing, and the hand did not write beneath. The answer’s held space stood below the written question — the wall’s face, blank, waiting — and the young one’s hand held the chalk over the blank, and the hand did not come down.</w:t>
      </w:r>
    </w:p>
    <w:p>
      <w:pPr>
        <w:spacing w:line="360" w:lineRule="auto" w:after="0"/>
        <w:ind w:firstLine="283"/>
      </w:pPr>
      <w:r>
        <w:t>A zone-dweller walked past while Tansy stood at the wall. The zone-dweller was a man in the chains’ bakery whites, walking home from the morning shift. The man saw the girl at the wall. The man saw the chalk. The man saw the question. The man stopped. The man read the question. The man did not say anything. The man walked on. He did not look back. Tansy did not look at him. She did not move until he was gone. The two of them, separately, kept the question. The question was on the wall. The question was in the man’s sternum. The two keepings did not meet.</w:t>
      </w:r>
    </w:p>
    <w:p>
      <w:pPr>
        <w:spacing w:line="360" w:lineRule="auto" w:after="0"/>
        <w:ind w:firstLine="283"/>
      </w:pPr>
      <w:r>
        <w:t>She counted the ways out — three — and went back to the lane-house. The day’s freight went into the runner’s log in the level hand:</w:t>
      </w:r>
    </w:p>
    <w:p>
      <w:pPr>
        <w:spacing w:line="360" w:lineRule="auto" w:after="0"/>
        <w:ind w:firstLine="283"/>
      </w:pPr>
      <w:r>
        <w:t>Went into the zone. Wrote the new question on the Plan-stabilized wall. WHO HOLDS THE POT? Did not answer. The two questions stand.</w:t>
      </w:r>
    </w:p>
    <w:p>
      <w:pPr>
        <w:spacing w:line="360" w:lineRule="auto" w:after="0"/>
        <w:ind w:firstLine="283"/>
      </w:pPr>
      <w:r>
        <w:t>The two questions stood on the coast’s walls — the old fading question, WHO COMES BACK?, copied small onto the timber’s year-ring, and the new question, WHO HOLDS THE POT?, written inside the machine’s wall — and the two questions stood in their honest disagreement; they did not answer each other; they did not need to.</w:t>
      </w:r>
    </w:p>
    <w:p>
      <w:pPr>
        <w:spacing w:line="360" w:lineRule="auto" w:after="0"/>
        <w:ind w:firstLine="283"/>
      </w:pPr>
      <w:r>
        <w:t>At the third summer’s end, the first mark was fading. The second mark was new. The two marks did not agree. The two marks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25 — Prevent Coup / Non-Punitive Withdrawal</w:t>
      </w:r>
    </w:p>
    <w:p>
      <w:pPr>
        <w:spacing w:line="360" w:lineRule="auto" w:after="0"/>
        <w:ind w:firstLine="283"/>
      </w:pPr>
      <w:r>
        <w:t>‖ ‖</w:t>
      </w:r>
    </w:p>
    <w:p>
      <w:pPr>
        <w:spacing w:line="360" w:lineRule="auto" w:after="0"/>
        <w:ind w:firstLine="283"/>
      </w:pPr>
      <w:r>
        <w:t>The coup came in the night before the council’s ruling — the emergency’s own logical end, the faction that would force the Plan through the failed threshold’s held door — and Rook prevented it.</w:t>
      </w:r>
    </w:p>
    <w:p>
      <w:pPr>
        <w:spacing w:line="360" w:lineRule="auto" w:after="0"/>
        <w:ind w:firstLine="283"/>
      </w:pPr>
      <w:r>
        <w:t>The faction was the committee's own inner core. The coup's plain anatomy: the emergency's standing committee — the sunset clock's holders, the failed threshold's pending body — had done the arithmetic the committee's arithmetic had always been going to do. The threshold failed by four thousand, two hundred and thirty. The emergency stands. The Plan is the children's sleeping. The core's plan was the plan the old world's inner cores had always bred at their own final doors: the ruling, forced. The council-hall, taken in the night; the ruling, issued under the seizure's force; the Plan, implemented by the emergency's expanded authority — the patrol-lines' apparatus held at the core's own command for the seizure's enforcement.</w:t>
      </w:r>
    </w:p>
    <w:p>
      <w:pPr>
        <w:spacing w:line="360" w:lineRule="auto" w:after="0"/>
        <w:ind w:firstLine="283"/>
      </w:pPr>
      <w:r>
        <w:t>Rook was at the hall before the seizure was. The vigilance’s last office — the old seeing, the give-reading — and the reading had been done in the days before: the committee’s calendar’s quiet accelerations; the security layer’s night-rotation’s quiet re-taskings; the hall’s night-guard’s quiet doubling. The Inspector-General stood at the hall’s margin in the night’s third hour with the coup’s shape in his empty hands.</w:t>
      </w:r>
    </w:p>
    <w:p>
      <w:pPr>
        <w:spacing w:line="360" w:lineRule="auto" w:after="0"/>
        <w:ind w:firstLine="283"/>
      </w:pPr>
      <w:r>
        <w:t>The column came at the hall’s north approach, in the night’s fourth hour, in the spring’s last week’s last cold. Sixty bodies. The layer’s own night-rotation, drilled, armed, the emergency’s lawful force aimed at the emergency’s own unlawful end. The column’s boots on the cobbles were the night’s first sound: the column was coming. The column’s commander was a captain — a woman of the layer’s own fifteen-year craft, the night-rotation’s drilled spine. The captain walked at the column’s head. The captain’s hand was on the baton.</w:t>
      </w:r>
    </w:p>
    <w:p>
      <w:pPr>
        <w:spacing w:line="360" w:lineRule="auto" w:after="0"/>
        <w:ind w:firstLine="283"/>
      </w:pPr>
      <w:r>
        <w:t>The form was not force — the one body could not hold a hall, and the one body knew it. Rook stood at the council-hall’s own night-door, between the core’s seizure-column and the hall’s own threshold, and the one body stood in the column’s way.</w:t>
      </w:r>
    </w:p>
    <w:p>
      <w:pPr>
        <w:spacing w:line="360" w:lineRule="auto" w:after="0"/>
        <w:ind w:firstLine="283"/>
      </w:pPr>
      <w:r>
        <w:t>The column stopped. The column’s sixty bodies stopped at the hall’s threshold, and the stopping was not the captain’s, and the stopping was not the column’s — the stopping was the one body’s. The column’s drilled spine held at the threshold. The captain’s hand was on the baton. The captain’s hand did not move. The column waited.</w:t>
      </w:r>
    </w:p>
    <w:p>
      <w:pPr>
        <w:spacing w:line="360" w:lineRule="auto" w:after="0"/>
        <w:ind w:firstLine="283"/>
      </w:pPr>
      <w:r>
        <w:t>Rook saw the captain. He had seen her before — at the night-rotation’s drills, at the hall’s west-gate checks, at the council’s autumn sessions where she had stood her column at the door with the same plain courtesy the layer bred in its best women. He knew her name. Halleth. Thirty-eight years old. Fifteen years the layer’s own. Two children at the north-quarter. A husband who worked the chains’ bakery. She had been a girl at the column’s edge at twelve, the layer’s own recruit, and the layer had bred her in the layer’s own plain craft, and the craft was the column’s drilled spine. Rook had watched her take the column through its drills three winters running. He had watched her hand at the baton — steady, level. The hand was the same hand.</w:t>
      </w:r>
    </w:p>
    <w:p>
      <w:pPr>
        <w:spacing w:line="360" w:lineRule="auto" w:after="0"/>
        <w:ind w:firstLine="283"/>
      </w:pPr>
      <w:r>
        <w:t>“You are the emergency’s force,” Rook said, in the level voice, in the night’s fourth hour, in the column’s own hearing. “The emergency is lawful. The seizure is not. The threshold failed — the coast’s body’s own choosing, counted, four thousand, two hundred and thirty short —. The committee’s ruling cannot override the coast’s counted choosing, because the ruling’s warrant is the coast’s. The coast has spoken. The speaking is the threshold. The threshold is the coast’s own whole law. Seize the hall, and the seizure is the warrant’s end: the force that seizes the hall is the force that has no warrant, and the force that has no warrant is not the emergency’s — it is a faction’s. The threshold stands. The gap stands. The ruling stands pending. The night stands down.”</w:t>
      </w:r>
    </w:p>
    <w:p>
      <w:pPr>
        <w:spacing w:line="360" w:lineRule="auto" w:after="0"/>
        <w:ind w:firstLine="283"/>
      </w:pPr>
      <w:r>
        <w:t>The column did not move. The captain’s hand was on the baton. The captain’s eyes were on the one body at the door. The captain’s drilled spine held at the threshold.</w:t>
      </w:r>
    </w:p>
    <w:p>
      <w:pPr>
        <w:spacing w:line="360" w:lineRule="auto" w:after="0"/>
        <w:ind w:firstLine="283"/>
      </w:pPr>
      <w:r>
        <w:t>The captain’s hand began to shake. The hand on the baton was no longer the layer’s drilled hand. The hand was the captain’s own. The shaking was small — the baton’s grip shifted a quarter-inch in the palm, the fingers’ knuckles going white at the grip’s edge. The captain did not lower the baton. The captain did not raise the baton. The captain’s hand shook on the baton. The captain was at the door. The captain’s drilled spine was at the threshold. The captain’s fifteen-year craft was at the hinge.</w:t>
      </w:r>
    </w:p>
    <w:p>
      <w:pPr>
        <w:spacing w:line="360" w:lineRule="auto" w:after="0"/>
        <w:ind w:firstLine="283"/>
      </w:pPr>
      <w:r>
        <w:t>Rook saw the shaking — the captain's hand, the baton's grip shift, the knuckles. He did not look away. The one body at the door saw the other body at the door. The two bodies stood at the threshold in the night's fourth hour, and the two bodies held the hinge.</w:t>
      </w:r>
    </w:p>
    <w:p>
      <w:pPr>
        <w:spacing w:line="360" w:lineRule="auto" w:after="0"/>
        <w:ind w:firstLine="283"/>
      </w:pPr>
      <w:r>
        <w:t>“Captain,” Rook said, in the level voice, lower now, said to the captain alone, not to the column. “Halleth. The column is yours. The hand is yours. The hand is shaking because the hand knows. The hand knows the seizure is the warrant’s end. Let the hand come off the baton. Stand the column down.”</w:t>
      </w:r>
    </w:p>
    <w:p>
      <w:pPr>
        <w:spacing w:line="360" w:lineRule="auto" w:after="0"/>
        <w:ind w:firstLine="283"/>
      </w:pPr>
      <w:r>
        <w:t>The captain’s hand shook. The captain’s eyes were on the one body at the door. The captain’s drilled spine held. The hand shook.</w:t>
      </w:r>
    </w:p>
    <w:p>
      <w:pPr>
        <w:spacing w:line="360" w:lineRule="auto" w:after="0"/>
        <w:ind w:firstLine="283"/>
      </w:pPr>
      <w:r>
        <w:t>The captain’s hand came off the baton. The hand came off the baton the way a held breath corrects itself — the hand’s held weight leaving the baton’s grip, the fingers uncurling, the palm opening — and the opening was the captain’s own whole first stand-down. The hand was open. The hand shook. The hand did not stop shaking.</w:t>
      </w:r>
    </w:p>
    <w:p>
      <w:pPr>
        <w:spacing w:line="360" w:lineRule="auto" w:after="0"/>
        <w:ind w:firstLine="283"/>
      </w:pPr>
      <w:r>
        <w:t>“Column,” the captain said. “Column — stand down.”</w:t>
      </w:r>
    </w:p>
    <w:p>
      <w:pPr>
        <w:spacing w:line="360" w:lineRule="auto" w:after="0"/>
        <w:ind w:firstLine="283"/>
      </w:pPr>
      <w:r>
        <w:t>The column stood down. The security layer’s own drilled force heard the Inspector-General’s warrant-read, and the force’s lawful spine held. The night-rotation withdrew; the hall’s door stood; the committee’s core stood at the hall’s margin with the seizure’s forced ruling in the core’s hands, and the ruling was not issued — and the coup was over: the hall held, the threshold held, the coast’s counted choosing held.</w:t>
      </w:r>
    </w:p>
    <w:p>
      <w:pPr>
        <w:spacing w:line="360" w:lineRule="auto" w:after="0"/>
        <w:ind w:firstLine="283"/>
      </w:pPr>
      <w:r>
        <w:t>The captain’s name was entered into the layer’s record at the dawn, with the Inspector-General’s plain annotation — column stood down at the hall’s threshold, night of the spring’s last week, at the Inspector-General’s standing; the column’s drilled spine held; the captain’s hand at the baton’s grip. The captain’s rank was stripped at the council’s morning session. The rank was the layer’s own fifteen-year craft’s held form. The rank was stripped. The name was in the record. The hand would not stop shaking.</w:t>
      </w:r>
    </w:p>
    <w:p>
      <w:pPr>
        <w:spacing w:line="360" w:lineRule="auto" w:after="0"/>
        <w:ind w:firstLine="283"/>
      </w:pPr>
      <w:r>
        <w:t>The captain did not make a speech. The captain stood at the council’s morning session in the level voice, and the level voice said one sentence: “The column stood down. The hand shook. The rank is stripped. The name is in the record. The standing goes on.”</w:t>
      </w:r>
    </w:p>
    <w:p>
      <w:pPr>
        <w:spacing w:line="360" w:lineRule="auto" w:after="0"/>
        <w:ind w:firstLine="283"/>
      </w:pPr>
      <w:r>
        <w:t>Rook stood at the council-hall’s door through the morning’s session. The standing went on.</w:t>
      </w:r>
    </w:p>
    <w:p>
      <w:pPr>
        <w:spacing w:line="360" w:lineRule="auto" w:after="0"/>
        <w:ind w:firstLine="283"/>
      </w:pPr>
      <w:r>
        <w:t>He did not speak to the captain after the session. He had wanted to. He had wanted, briefly, to walk to her at the door and say, The hand was right to come off the baton. He did not say it. He knew the saying would have been his own comfort, not hers. The comfort was not his to give. The office could only stand at the door.</w:t>
      </w:r>
    </w:p>
    <w:p>
      <w:pPr>
        <w:spacing w:line="360" w:lineRule="auto" w:after="0"/>
        <w:ind w:firstLine="283"/>
      </w:pPr>
      <w:r>
        <w:t>“The column stood down,” Rook said, to no one, to the dawn. “The captain’s hand shook. The rank is stripped. The hall held. The threshold held. The hands are not clean. The work is what I do.”</w:t>
      </w:r>
    </w:p>
    <w:p>
      <w:pPr>
        <w:spacing w:line="360" w:lineRule="auto" w:after="0"/>
        <w:ind w:firstLine="283"/>
      </w:pPr>
      <w:r>
        <w:t>The morning came. The council ruled — the lawful session, the lawful hour: the ruling stood; the threshold’s failing held; the emergency’s authority referred to the sunset’s own coming calendar; the Plan’s implementation left at the coast’s own choosing’s held door — and the door stood, and the coast stood.</w:t>
      </w:r>
    </w:p>
    <w:p>
      <w:pPr>
        <w:ind w:firstLine="0"/>
        <w:jc w:val="center"/>
      </w:pPr>
      <w:r>
        <w:rPr>
          <w:color w:val="AAAAAA"/>
        </w:rPr>
        <w:t>❖</w:t>
      </w:r>
    </w:p>
    <w:p>
      <w:pPr>
        <w:spacing w:line="360" w:lineRule="auto" w:after="0"/>
        <w:ind w:firstLine="283"/>
      </w:pPr>
      <w:r>
        <w:t>The operation was mounted in the spring, and the operation would have closed a gap by force, and Rook withdrew. The withdrawal cost lives on both sides.</w:t>
      </w:r>
    </w:p>
    <w:p>
      <w:pPr>
        <w:spacing w:line="360" w:lineRule="auto" w:after="0"/>
        <w:ind w:firstLine="283"/>
      </w:pPr>
      <w:r>
        <w:t>The spring’s plain anatomy: the threshold had failed; the coup had been prevented; the emergency’s authority had sun-setted at the calendar’s lawful end — and the zones’ whole consenting country, stabilized, sleeping, fed — and the zones’ security arithmetic had bred, in the spring, the operation the arithmetic had always been breeding: the gap’s closing. Not the failed threshold’s coast-wide implementation — the zones’ own border-security motion: the patrol-lines’ held gap, the variance’s living territory, the four thousand, two hundred and thirty’s margin-country — the zones’ security layer’s plain need: the gap’s border, closed by force. The gap, sealed. Not emptied, not taken, not washed: sealed.</w:t>
      </w:r>
    </w:p>
    <w:p>
      <w:pPr>
        <w:spacing w:line="360" w:lineRule="auto" w:after="0"/>
        <w:ind w:firstLine="283"/>
      </w:pPr>
      <w:r>
        <w:t>Rook had held the lines’ whole protection for fifteen years: the limited, non-punitive protection — the persons, both sides, at the lines’ whole moving — and the protection’s standing had been the operation’s own hardest wall: the Inspector-General’s own public commitment, the one body at the lines’ own every motion. The operation had been planned around the standing. The operation planned to wear the standing-between as its own seal.</w:t>
      </w:r>
    </w:p>
    <w:p>
      <w:pPr>
        <w:spacing w:line="360" w:lineRule="auto" w:after="0"/>
        <w:ind w:firstLine="283"/>
      </w:pPr>
      <w:r>
        <w:t>He withdrew. The Inspector-General withdraws the protection. The one body, at the lines’ edge, with the operation’s mounted force at one hand and the gap’s living country at the other —. The one body stood. The standing said the withdrawal.</w:t>
      </w:r>
    </w:p>
    <w:p>
      <w:pPr>
        <w:spacing w:line="360" w:lineRule="auto" w:after="0"/>
        <w:ind w:firstLine="283"/>
      </w:pPr>
      <w:r>
        <w:t>“My protection is limited, and non-punitive, and it is mine. The operation will close the gap’s borders by force. The force is the closure — the closure is the taking: the lanes severed, the corridors closed, the two countries’ passage-freight ended — the closure takes the gap’s own whole living way of being, and the taking is the operation’s, and the taking is not mine. I will not stand at the lines of the taking and call the standing the protecting. The protection is withdrawn. The persons are not protected by this operation. The persons are the operation’s freight. My protection does not ride the freight.”</w:t>
      </w:r>
    </w:p>
    <w:p>
      <w:pPr>
        <w:spacing w:line="360" w:lineRule="auto" w:after="0"/>
        <w:ind w:firstLine="283"/>
      </w:pPr>
      <w:r>
        <w:t>The withdrawal cost lives. The operation went forward without the standing. The lines closed. The gap sealed.</w:t>
      </w:r>
    </w:p>
    <w:p>
      <w:pPr>
        <w:spacing w:line="360" w:lineRule="auto" w:after="0"/>
        <w:ind w:firstLine="283"/>
      </w:pPr>
      <w:r>
        <w:t>—</w:t>
      </w:r>
    </w:p>
    <w:p>
      <w:pPr>
        <w:spacing w:line="360" w:lineRule="auto" w:after="0"/>
        <w:ind w:firstLine="283"/>
      </w:pPr>
      <w:r>
        <w:t>The first week inside the sealed gap was the freight, embodied.</w:t>
      </w:r>
    </w:p>
    <w:p>
      <w:pPr>
        <w:spacing w:line="360" w:lineRule="auto" w:after="0"/>
        <w:ind w:firstLine="283"/>
      </w:pPr>
      <w:r>
        <w:t>The first morning, the bread did not come. The corridor’s lane-houses woke at the dawn, and the dawn’s plain form was the bread’s absence — the chains’ bread had been the gap’s whole carried freight for fifteen years. The chains’ bread had come through the patrol-line’s stations. The patrol-line’s stations were sealed. The lane-houses’ hearths held the morning’s water, and the morning’s water held no bread.</w:t>
      </w:r>
    </w:p>
    <w:p>
      <w:pPr>
        <w:spacing w:line="360" w:lineRule="auto" w:after="0"/>
        <w:ind w:firstLine="283"/>
      </w:pPr>
      <w:r>
        <w:t>The first afternoon, the ration station’s queue stood at the patrol-line’s closed door. The queue was a hundred and forty bodies long. The queue stood at the door from the dawn’s third hour. The queue’s bodies at the door, the queue’s faces at the door, the queue’s children at the door, the queue’s old at the door.</w:t>
      </w:r>
    </w:p>
    <w:p>
      <w:pPr>
        <w:spacing w:line="360" w:lineRule="auto" w:after="0"/>
        <w:ind w:firstLine="283"/>
      </w:pPr>
      <w:r>
        <w:t>The first evening, the pot’s thin spilled at the patrol-line’s closed door. The pot’s thin was carried to the patrol-line’s station at the dusk, the Thursday run’s carried freight, the mules at the station’s threshold — and the station’s enforcement met the mules at the threshold. The enforcement’s level voice — the patrol-line’s stations are sealed; the corridor’s carrying lanes are severed; the gap’s passage-freight is ended; the pot’s thin cannot cross the sealed threshold —. The pot’s thin was held at the threshold. The mules were held at the threshold. The mules’ driver was the web’s runner, the corridor’s young, the fourth generation’s carrying body — and the runner’s hand was on the mule’s halter, and the hand shook. The hand did not let go. The hand shook.</w:t>
      </w:r>
    </w:p>
    <w:p>
      <w:pPr>
        <w:spacing w:line="360" w:lineRule="auto" w:after="0"/>
        <w:ind w:firstLine="283"/>
      </w:pPr>
      <w:r>
        <w:t>The casks were tipped at the threshold’s enforced hinge, and the pot’s thin spilled on the cobbles, and the spilling was the fourth hard freight. The thin on the cobbles. The thin in the sealed station’s threshold’s plain drain.</w:t>
      </w:r>
    </w:p>
    <w:p>
      <w:pPr>
        <w:spacing w:line="360" w:lineRule="auto" w:after="0"/>
        <w:ind w:firstLine="283"/>
      </w:pPr>
      <w:r>
        <w:t>The seven days held each other. The bread did not come. The queue stood at the closed door. The thin spilled on the cobbles. The hand shook. The hand did not let go. The gap was sealed without triumph. The sealing was felt.</w:t>
      </w:r>
    </w:p>
    <w:p>
      <w:pPr>
        <w:spacing w:line="360" w:lineRule="auto" w:after="0"/>
        <w:ind w:firstLine="283"/>
      </w:pPr>
      <w:r>
        <w:t>—</w:t>
      </w:r>
    </w:p>
    <w:p>
      <w:pPr>
        <w:spacing w:line="360" w:lineRule="auto" w:after="0"/>
        <w:ind w:firstLine="283"/>
      </w:pPr>
      <w:r>
        <w:t>The captain stood at her quarters on the second day after her relief. Halleth stood at her quarters’ room in the second day’s afternoon, in the spring’s plain light, and the standing was the cost’s plain form. The quarters were the layer’s own night-rotation’s room, a small room, a cot, a table, a lamp, a window. The captain’s hand shook on the table’s edge. The hand did not stop shaking. The hand had not stopped shaking since the column’s seventh minute at the hall’s threshold.</w:t>
      </w:r>
    </w:p>
    <w:p>
      <w:pPr>
        <w:spacing w:line="360" w:lineRule="auto" w:after="0"/>
        <w:ind w:firstLine="283"/>
      </w:pPr>
      <w:r>
        <w:t>The captain’s baton lay on the table. The baton was the layer’s own, and the baton was the captain’s no longer — the rank stripped, the column turned over to the next in the night-rotation’s line. The captain’s hand shook above the baton. The captain did not pick the baton up. The captain did not move the baton.</w:t>
      </w:r>
    </w:p>
    <w:p>
      <w:pPr>
        <w:spacing w:line="360" w:lineRule="auto" w:after="0"/>
        <w:ind w:firstLine="283"/>
      </w:pPr>
      <w:r>
        <w:t>The captain’s husband came at the dusk. He came from the chains’ bakery with a heel of bread wrapped in a cloth. He did not say anything about the baton. He did not say anything about the hand. He put the bread on the table beside the baton. He sat on the cot. The captain sat beside him. The hand shook. The husband put his own hand over the shaking hand. The husband’s hand did not stop the shaking. The husband’s hand held the shaking hand. The two hands sat on the table’s edge, the shaking and the holding. The bread cooled in the cloth. The lamp went on.</w:t>
      </w:r>
    </w:p>
    <w:p>
      <w:pPr>
        <w:spacing w:line="360" w:lineRule="auto" w:after="0"/>
        <w:ind w:firstLine="283"/>
      </w:pPr>
      <w:r>
        <w:t>The captain’s quarters were the captain’s for one more week — the layer’s own courtesy to a fifteen-year craft. The captain would leave at the week’s end. The captain would go to the north-quarter, to the chains’ bakery and the two children and the husband. The captain’s hand would not stop shaking at the next life. The shaking was the captain’s body.</w:t>
      </w:r>
    </w:p>
    <w:p>
      <w:pPr>
        <w:spacing w:line="360" w:lineRule="auto" w:after="0"/>
        <w:ind w:firstLine="283"/>
      </w:pPr>
      <w:r>
        <w:t>—</w:t>
      </w:r>
    </w:p>
    <w:p>
      <w:pPr>
        <w:spacing w:line="360" w:lineRule="auto" w:after="0"/>
        <w:ind w:firstLine="283"/>
      </w:pPr>
      <w:r>
        <w:t>Stavin came to the sealed lines on the spring’s third week. The coalition’s senior courier — the man who had stood at the Inspector-General’s hall’s door in the autumn with the command’s offer, the man who had not returned since — came to the sealed gap’s border. The man saw what he had offered.</w:t>
      </w:r>
    </w:p>
    <w:p>
      <w:pPr>
        <w:spacing w:line="360" w:lineRule="auto" w:after="0"/>
        <w:ind w:firstLine="283"/>
      </w:pPr>
      <w:r>
        <w:t>Stavin stood at the patrol-line's sealed station's threshold. He saw the spilled thin on the cobbles, the mule's halter's rope-end where the runner's hand had shaken and not let go, the lane-house's closed door, the queue's bodies at the closed door, the bread's absence in the morning's water. Stavin saw what he had offered.</w:t>
      </w:r>
    </w:p>
    <w:p>
      <w:pPr>
        <w:spacing w:line="360" w:lineRule="auto" w:after="0"/>
        <w:ind w:firstLine="283"/>
      </w:pPr>
      <w:r>
        <w:t>Stavin did not apologize. The courier did not say I am sorry, I was wrong, or if I had known. The courier stood at the sealed station’s threshold and looked at the sealed gap. The cost was the courier’s. The courier did not speak.</w:t>
      </w:r>
    </w:p>
    <w:p>
      <w:pPr>
        <w:spacing w:line="360" w:lineRule="auto" w:after="0"/>
        <w:ind w:firstLine="283"/>
      </w:pPr>
      <w:r>
        <w:t>Rook stood at the sealed lines’ other edge. The Inspector-General saw Stavin at the threshold. The two men stood at the gap’s two edges — the standing-between and the courier —. The two men did not approach each other. The two men did not speak. Stavin turned after a long minute. Stavin walked back the way he had come. The courier did not return.</w:t>
      </w:r>
    </w:p>
    <w:p>
      <w:pPr>
        <w:spacing w:line="360" w:lineRule="auto" w:after="0"/>
        <w:ind w:firstLine="283"/>
      </w:pPr>
      <w:r>
        <w:t>—</w:t>
      </w:r>
    </w:p>
    <w:p>
      <w:pPr>
        <w:spacing w:line="360" w:lineRule="auto" w:after="0"/>
        <w:ind w:firstLine="283"/>
      </w:pPr>
      <w:r>
        <w:t>He accepted the cost. Rook stood at the sealed lines’ edge through the cost’s whole first week — the bread absent, the thin spilled, the hand shaking, the gap sealed — and the one body’s withdrawal stood in the week’s plain light. The withdrawal did not save the bread, thin, hand, or gap. The withdrawal saved the protection’s meaning — the one body’s fifteen-year craft, kept from the operation’s wearing. The week’s lives were the week’s cost. The cost was the world’s. The hands were never clean.</w:t>
      </w:r>
    </w:p>
    <w:p>
      <w:pPr>
        <w:spacing w:line="360" w:lineRule="auto" w:after="0"/>
        <w:ind w:firstLine="283"/>
      </w:pPr>
      <w:r>
        <w:t>“I withdrew,” Rook said, to no one, to the lines. “The cost is paid. The cost is not mine to claim. The cost is the world’s. My hands are the world’s. The standing goes on. Limited. Non-punitive. Mortal. Mine. The work is what I do.”</w:t>
      </w:r>
    </w:p>
    <w:p>
      <w:pPr>
        <w:spacing w:line="360" w:lineRule="auto" w:after="0"/>
        <w:ind w:firstLine="283"/>
      </w:pPr>
      <w:r>
        <w:t>The gap stood sealed.</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26 — The Small Work</w:t>
      </w:r>
    </w:p>
    <w:p>
      <w:pPr>
        <w:spacing w:line="360" w:lineRule="auto" w:after="0"/>
        <w:ind w:firstLine="283"/>
      </w:pPr>
      <w:r>
        <w:t>‖ ‖</w:t>
      </w:r>
    </w:p>
    <w:p>
      <w:pPr>
        <w:spacing w:line="360" w:lineRule="auto" w:after="0"/>
        <w:ind w:firstLine="283"/>
      </w:pPr>
      <w:r>
        <w:t>The feeding had stopped being neutral. That was the year’s quiet fact, arrived at Nessa’s stove in the summer’s middle — the care that does not require the Plan or the refusal of the Plan, the care that goes on across the lines, both lines, at the pot’s own cost. The noticing does not stop the pot.</w:t>
      </w:r>
    </w:p>
    <w:p>
      <w:pPr>
        <w:spacing w:line="360" w:lineRule="auto" w:after="0"/>
        <w:ind w:firstLine="283"/>
      </w:pPr>
      <w:r>
        <w:t>The pot fed both sides now as a matter of the coast’s new geography: the patrol-lines’ two countries — the zones and the gap — stood at the kitchen’s ground’s own two edges, and the pot’s route ran both ways. The chains’ bread fed the zones; the pot’s thin fed the gap; and the pot itself — the kitchen’s carried craft — the pot fed the seam. The route’s new grammar: the Tuesday run to the stabilized zone’s edge-kitchens, the pot’s thin carried into the zones’ margins where the chains’ bread did not reach — the variance ration’s own bureaucratic gaps, the exception-cases’ own hungry; and the Thursday run to the gap’s interior, the pot’s thin carried to the refusing settlements and the corridor’s firesides. Both runs, one pot, one kitchen, one keeper — and the both-ness had stopped being neutral.</w:t>
      </w:r>
    </w:p>
    <w:p>
      <w:pPr>
        <w:spacing w:line="360" w:lineRule="auto" w:after="0"/>
        <w:ind w:firstLine="283"/>
      </w:pPr>
      <w:r>
        <w:t>The lines noticed. The patrol-lines’ stations had begun to keep the pot’s own ledger. The Tuesday run’s crossings were logged — the pot’s freight, the kitchen’s ground, the route’s mouths — the variance-office’s own courteous bookkeeping, the care’s new visibility: the kitchen’s feeding, observed, entered, noted — and the gap’s own firesides had begun the other noticing: the Thursday run’s carrying watched, the pot’s thin weighed in the firesides’ own sternums — the pot feeds the zones’ margins; the pot’s own thin is thinner for it; the gap’s bread is the zones’ bread’s own cost —. The two noticings stood at the pot’s own two edges. The noticings were the neutrality’s own end: the pot was not neutral. The pot was the seam’s own living craft.</w:t>
      </w:r>
    </w:p>
    <w:p>
      <w:pPr>
        <w:spacing w:line="360" w:lineRule="auto" w:after="0"/>
        <w:ind w:firstLine="283"/>
      </w:pPr>
      <w:r>
        <w:t>She did not stop. The kitchen’s fifty-eight-year craft: the noticing arrived, and the noticing was real — the stations’ logs, the firesides’ watchings, the danger’s new grammar —. The keeper stood at the stove with the dented copper measure in her hand. The measure did the level’s last arithmetic.</w:t>
      </w:r>
    </w:p>
    <w:p>
      <w:pPr>
        <w:spacing w:line="360" w:lineRule="auto" w:after="0"/>
        <w:ind w:firstLine="283"/>
      </w:pPr>
      <w:r>
        <w:t>“The pot is the pot,” Nessa said, once, at the stove, in the voice that did not raise and did not soften, to no one, to the steam, to the fifty-eight years. “The lines are the lines. The lines do not feed. The pot feeds.”</w:t>
      </w:r>
    </w:p>
    <w:p>
      <w:pPr>
        <w:spacing w:line="360" w:lineRule="auto" w:after="0"/>
        <w:ind w:firstLine="283"/>
      </w:pPr>
      <w:r>
        <w:t>The same young rotation-hand who had grinned, three months before, at the second saying of the sentence, was still at the cask’s head. The rotation-hand did not grin now. The rotation-hand had heard the stations’ logs. The rotation-hand poured the thin. And the lines noticed, and the noticing did not stop the pot —. The ladle moved. The dented measure moved. The two runs went out on the Tuesday. The Thursday. The eyes that did not look away looked.</w:t>
      </w:r>
    </w:p>
    <w:p>
      <w:pPr>
        <w:ind w:firstLine="0"/>
        <w:jc w:val="center"/>
      </w:pPr>
      <w:r>
        <w:rPr>
          <w:color w:val="AAAAAA"/>
        </w:rPr>
        <w:t>❖</w:t>
      </w:r>
    </w:p>
    <w:p>
      <w:pPr>
        <w:spacing w:line="360" w:lineRule="auto" w:after="0"/>
        <w:ind w:firstLine="283"/>
      </w:pPr>
      <w:r>
        <w:t>The refusals came in the autumn, one by one, in three bodies, at three tables, in three voices. The refusals were not a conspiracy. The refusals were not a movement. The refusals were three refusals, made one by one.</w:t>
      </w:r>
    </w:p>
    <w:p>
      <w:pPr>
        <w:spacing w:line="360" w:lineRule="auto" w:after="0"/>
        <w:ind w:firstLine="283"/>
      </w:pPr>
      <w:r>
        <w:t>The first refusal was the records-clerk’s. The records-clerk was the coalition’s own senior administrator, the wider columns’ own taught hand, the new grammar’s own best-made woman. The records-clerk had been the wider columns’ first field-administrator at the gap’s edge-stations for two years. The records-clerk refused the dual-entry’s whole held form at the third table in the autumn’s first week. The records-clerk said: “The dual-entry holds the two names in two columns. The two columns are the cage. I will not hold the cage. The records go on. The records hold the two names in the margin. The records go on.”</w:t>
      </w:r>
    </w:p>
    <w:p>
      <w:pPr>
        <w:spacing w:line="360" w:lineRule="auto" w:after="0"/>
        <w:ind w:firstLine="283"/>
      </w:pPr>
      <w:r>
        <w:t>The second refusal was the scheduler’s. The scheduler was the coalition’s own senior scheduling-clerk, the chains’ bread’s held form. The scheduler had administered the chains’ bread’s coast-wide distribution’s schedules for two years. The scheduler refused the chains’ bread’s held form at the great house’s scheduling-table in the autumn’s second week. The scheduler said: “The chains’ bread feeds the zones. The chains’ bread does not feed the gap. The chains’ bread’s schedules are the consented’s, and the consented’s are not the gap’s. I will not schedule the gap’s feeding at the chains’ bread’s table. The chains’ bread goes on. The gap’s feeding is the kitchen’s.”</w:t>
      </w:r>
    </w:p>
    <w:p>
      <w:pPr>
        <w:spacing w:line="360" w:lineRule="auto" w:after="0"/>
        <w:ind w:firstLine="283"/>
      </w:pPr>
      <w:r>
        <w:t>The third refusal was the server’s. The server was the zone’s edge-kitchen’s own south-end apprentice, the plank-table’s own taught young, fourteen. The server refused the zone’s edge-kitchen’s whole held form at the edge-kitchen’s counter in the autumn’s third week. The server said: “The edge-kitchen serves the zone’s enrolled mouths and the gap’s carried mouths at one counter. The counter is the seam’s. The seam’s counter does not choose. The seam’s counter portioned level. I will not choose. The serving goes on.”</w:t>
      </w:r>
    </w:p>
    <w:p>
      <w:pPr>
        <w:spacing w:line="360" w:lineRule="auto" w:after="0"/>
        <w:ind w:firstLine="283"/>
      </w:pPr>
      <w:r>
        <w:t>An old man at the counter — one of the zone’s enrolled, a retired harbor-clerk from the coast’s old middle country, who had been eating at the edge-kitchen since the spring — heard the server’s refusal and put his bowl down on the counter with a small clap. “Good,” the old man said. “I have been eating at counters for sixty years, and not one of them chose for me. I am still here. The bread is still bread. You serve. I eat. The bread does not care. The bread never cared. The bread is the bread.”</w:t>
      </w:r>
    </w:p>
    <w:p>
      <w:pPr>
        <w:spacing w:line="360" w:lineRule="auto" w:after="0"/>
        <w:ind w:firstLine="283"/>
      </w:pPr>
      <w:r>
        <w:t>The server looked at the old man. The server did not answer. The server went back to the ladle. The old man went back to his bowl. The serving went on.</w:t>
      </w:r>
    </w:p>
    <w:p>
      <w:pPr>
        <w:spacing w:line="360" w:lineRule="auto" w:after="0"/>
        <w:ind w:firstLine="283"/>
      </w:pPr>
      <w:r>
        <w:t>The refusals were not a conspiracy. The refusals were local, and practical, and made one by one, by the people the Plan’s whole function had been built to need. The Plan went on. The refusals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27 — Imperfect Rationing and a Death</w:t>
      </w:r>
    </w:p>
    <w:p>
      <w:pPr>
        <w:spacing w:line="360" w:lineRule="auto" w:after="0"/>
        <w:ind w:firstLine="283"/>
      </w:pPr>
      <w:r>
        <w:t>‖ ‖</w:t>
      </w:r>
    </w:p>
    <w:p>
      <w:pPr>
        <w:spacing w:line="360" w:lineRule="auto" w:after="0"/>
        <w:ind w:firstLine="283"/>
      </w:pPr>
      <w:r>
        <w:t>The dual system failed at the kitchen’s ground in the winter’s first month. The failure’s freight was one death, and the death was Ilma’s.</w:t>
      </w:r>
    </w:p>
    <w:p>
      <w:pPr>
        <w:spacing w:line="360" w:lineRule="auto" w:after="0"/>
        <w:ind w:firstLine="283"/>
      </w:pPr>
      <w:r>
        <w:t>The dual system was the sealed gap’s own new grammar. The gap sealed at the patrol-lines’ closed stations; the variance ration’s own held feeding at the stations’ sealed doors — the ration, distributed at the border, under the category’s own determined terms: the gap’s own enrolled-ration mouths, fed at the border, the uncounted’s new bread-queue at the sealed crossings — and the kitchen’s thin feeding at the gap’s interior, the pot’s own Thursday runs, carried inside the sealed country’s own interior lanes. Two feedings: the ration at the border, the pot in the interior — and the two feedings’ dual arithmetic had a seam. The seam was the gap’s middle country: the interior’s mouths too far from the border’s ration; the ration’s freight held at the sealed stations’ own courteous schedules; the pot’s thin carried the interior’s distance on the interior’s own narrow lanes —. The seam’s human freight was the gap’s own old. Slow. Settled: the ones too old for the border’s bread-queue, too settled for the interior’s carrying-lanes, the pot’s own oldest mouths.</w:t>
      </w:r>
    </w:p>
    <w:p>
      <w:pPr>
        <w:spacing w:line="360" w:lineRule="auto" w:after="0"/>
        <w:ind w:firstLine="283"/>
      </w:pPr>
      <w:r>
        <w:t>Ilma was the seam’s oldest mouth. Eighty-six years old, the quarter’s own last living — the woman whose folded hands had been the pot’s speech at every door for twenty-five years, the one-pot’s own oldest keeper of the old law: the level pot is the one thing we came out with — and Ilma had eaten the pot’s bread through every coast the world had rearranged: the city’s kitchen, the fleet’s galley, the column’s stove, the gap’s edge-kitchen, the interior’s thin.</w:t>
      </w:r>
    </w:p>
    <w:p>
      <w:pPr>
        <w:spacing w:line="360" w:lineRule="auto" w:after="0"/>
        <w:ind w:firstLine="283"/>
      </w:pPr>
      <w:r>
        <w:t>—</w:t>
      </w:r>
    </w:p>
    <w:p>
      <w:pPr>
        <w:spacing w:line="360" w:lineRule="auto" w:after="0"/>
        <w:ind w:firstLine="283"/>
      </w:pPr>
      <w:r>
        <w:t>The queue stood at the ration station on the third Tuesday of the winter’s first month. The patrol-line’s sealed station’s threshold, the variance ration’s own held distribution’s own appointed day, the enrolled mouths presenting at the door. The queue’s plain form was the first hard freight: the bodies at the door, the faces at the door, the children at the door, the old at the door — and the queue stood at the door, and the door was sealed.</w:t>
      </w:r>
    </w:p>
    <w:p>
      <w:pPr>
        <w:spacing w:line="360" w:lineRule="auto" w:after="0"/>
        <w:ind w:firstLine="283"/>
      </w:pPr>
      <w:r>
        <w:t>Ilma was not in the queue. The old woman was at her fireside, in the gap’s interior, two days’ walking from the patrol-line’s sealed station. Ilma’s body could not make the two days and the queue’s standing hours. Ilma’s body was eighty-six years the pot’s own, and the body was the seam’s. Ilma’s body was at the fireside.</w:t>
      </w:r>
    </w:p>
    <w:p>
      <w:pPr>
        <w:spacing w:line="360" w:lineRule="auto" w:after="0"/>
        <w:ind w:firstLine="283"/>
      </w:pPr>
      <w:r>
        <w:t>Nessa went to the fireside on the third Thursday of the winter’s first month. That was the pot’s plain office, and the office was the kitchen’s: the Thursday run’s carried freight, the pot’s thin in the casks, the mules on the interior’s narrow lanes —. The keeper went with the run, because the keeper’s plain office was the pot’s. The pot’s office was the seam’s. The seam’s office was Ilma’s. The keeper’s hand held the dented copper measure. The measure was the level’s. The level was the pot’s. The pot was the kitchen’s.</w:t>
      </w:r>
    </w:p>
    <w:p>
      <w:pPr>
        <w:spacing w:line="360" w:lineRule="auto" w:after="0"/>
        <w:ind w:firstLine="283"/>
      </w:pPr>
      <w:r>
        <w:t>Ilma was at the fireside. The old woman’s body at the hearth, the old woman’s folded hands at the lap, the old woman’s face at the fire’s plain light.</w:t>
      </w:r>
    </w:p>
    <w:p>
      <w:pPr>
        <w:spacing w:line="360" w:lineRule="auto" w:after="0"/>
        <w:ind w:firstLine="283"/>
      </w:pPr>
      <w:r>
        <w:t>“Ilma,” Nessa said. “Ilma. The pot’s here. The thin’s here.”</w:t>
      </w:r>
    </w:p>
    <w:p>
      <w:pPr>
        <w:spacing w:line="360" w:lineRule="auto" w:after="0"/>
        <w:ind w:firstLine="283"/>
      </w:pPr>
      <w:r>
        <w:t>Ilma’s folded hands did not move.</w:t>
      </w:r>
    </w:p>
    <w:p>
      <w:pPr>
        <w:spacing w:line="360" w:lineRule="auto" w:after="0"/>
        <w:ind w:firstLine="283"/>
      </w:pPr>
      <w:r>
        <w:t>“The thin’s here, Ilma,” Nessa said. “The pot’s here. The thin’s here. Ilma.”</w:t>
      </w:r>
    </w:p>
    <w:p>
      <w:pPr>
        <w:spacing w:line="360" w:lineRule="auto" w:after="0"/>
        <w:ind w:firstLine="283"/>
      </w:pPr>
      <w:r>
        <w:t>Ilma’s eyes opened. The old woman’s eyes at the fire’s plain light, the old woman’s eyes at the keeper’s face, the old woman’s eyes at the dented copper measure.</w:t>
      </w:r>
    </w:p>
    <w:p>
      <w:pPr>
        <w:spacing w:line="360" w:lineRule="auto" w:after="0"/>
        <w:ind w:firstLine="283"/>
      </w:pPr>
      <w:r>
        <w:t>“The level pot,” Ilma said. “The level pot is the one thing we came out with.”</w:t>
      </w:r>
    </w:p>
    <w:p>
      <w:pPr>
        <w:spacing w:line="360" w:lineRule="auto" w:after="0"/>
        <w:ind w:firstLine="283"/>
      </w:pPr>
      <w:r>
        <w:t>“The level pot,” Nessa said. “The level pot. The thin’s here, Ilma. The level pot.”</w:t>
      </w:r>
    </w:p>
    <w:p>
      <w:pPr>
        <w:spacing w:line="360" w:lineRule="auto" w:after="0"/>
        <w:ind w:firstLine="283"/>
      </w:pPr>
      <w:r>
        <w:t>Ilma’s eyes did not close. Ilma’s body did not move.</w:t>
      </w:r>
    </w:p>
    <w:p>
      <w:pPr>
        <w:spacing w:line="360" w:lineRule="auto" w:after="0"/>
        <w:ind w:firstLine="283"/>
      </w:pPr>
      <w:r>
        <w:t>Nessa portioned the thin at the fireside. The ladle and the dented copper measure, the level portioned to the thumb — and the keeper portioned the thin to the old woman’s mouth.</w:t>
      </w:r>
    </w:p>
    <w:p>
      <w:pPr>
        <w:spacing w:line="360" w:lineRule="auto" w:after="0"/>
        <w:ind w:firstLine="283"/>
      </w:pPr>
      <w:r>
        <w:t>The mouth did not drink.</w:t>
      </w:r>
    </w:p>
    <w:p>
      <w:pPr>
        <w:spacing w:line="360" w:lineRule="auto" w:after="0"/>
        <w:ind w:firstLine="283"/>
      </w:pPr>
      <w:r>
        <w:t>Ilma died at the fireside on the third Thursday of the winter’s first month. The old woman died at her fireside, in the gap’s interior, in the sealed country’s own first winter — fed, but not enough; rationed, but not reached; carried, but not held. The body, eighty-six years the pot’s own, could not carry the seam. The death was not the ration’s. The death was not the pot’s. The death was the seam’s: the dual system’s own whole failed middle, the border’s bread and the interior’s thin, the two feedings’ own unbridgeable country.</w:t>
      </w:r>
    </w:p>
    <w:p>
      <w:pPr>
        <w:spacing w:line="360" w:lineRule="auto" w:after="0"/>
        <w:ind w:firstLine="283"/>
      </w:pPr>
      <w:r>
        <w:t>The death was registered in a body and a queue and a ration that did not arrive. Ilma’s body at the fireside; the queue of a hundred and forty bodies at the patrol-line’s sealed station on the third Tuesday; the ration two days’ walking from the fireside. Ilma’s body could not make the two days. The world’s hands were not clean.</w:t>
      </w:r>
    </w:p>
    <w:p>
      <w:pPr>
        <w:spacing w:line="360" w:lineRule="auto" w:after="0"/>
        <w:ind w:firstLine="283"/>
      </w:pPr>
      <w:r>
        <w:t>Nessa held the cup. The cup was cold. The thin was in it. The thin had not been drunk. The cup was the dented tin cup, the fleet’s, everyone’s, no one’s. She did not pour the thin out. She set the cup on the fireside’s stone. The cup stood on the stone. The thin cooled in it. The cup was not buried with Ilma. The cup was not buried. The cup went back to the kitchen. The cup was scoured. The cup went back to the shelf.</w:t>
      </w:r>
    </w:p>
    <w:p>
      <w:pPr>
        <w:spacing w:line="360" w:lineRule="auto" w:after="0"/>
        <w:ind w:firstLine="283"/>
      </w:pPr>
      <w:r>
        <w:t>Nessa went on. The pot’s keeper, seventy-five, at the gap’s interior’s graveside — the old woman’s grave, the open hand at the mound, the folded hands’ last image held in every sternum at the firing — and the keeper’s craft was the going-on: the Thursday run went out the next Thursday. The next. The thin was portioned, level, the dent to the thumb. The pot’s going-on was not the defiance and not the comfort. Not the resolution: the going-on was the kitchen’s fifty-five-year law, carried to the grave’s edge. Back to the stove, in the voice that did not raise. Did not soften:</w:t>
      </w:r>
    </w:p>
    <w:p>
      <w:pPr>
        <w:spacing w:line="360" w:lineRule="auto" w:after="0"/>
        <w:ind w:firstLine="283"/>
      </w:pPr>
      <w:r>
        <w:t>“The ration is sound. The pot is sound. The seam failed. Ilma is dead. The seam is the world’s. The world’s hands are not clean. My hands are the world’s. The next portion is prepared.”</w:t>
      </w:r>
    </w:p>
    <w:p>
      <w:pPr>
        <w:spacing w:line="360" w:lineRule="auto" w:after="0"/>
        <w:ind w:firstLine="283"/>
      </w:pPr>
      <w:r>
        <w:t>The next portion was prepared.</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28 — Document Dissent</w:t>
      </w:r>
    </w:p>
    <w:p>
      <w:pPr>
        <w:spacing w:line="360" w:lineRule="auto" w:after="0"/>
        <w:ind w:firstLine="283"/>
      </w:pPr>
      <w:r>
        <w:t>‖ ‖</w:t>
      </w:r>
    </w:p>
    <w:p>
      <w:pPr>
        <w:spacing w:line="360" w:lineRule="auto" w:after="0"/>
        <w:ind w:firstLine="283"/>
      </w:pPr>
      <w:r>
        <w:t>She made the document in the sealed winter, and the document was her own last public paper, and the paper’s honest claim was the smallest claim the craft had ever made: it will exist.</w:t>
      </w:r>
    </w:p>
    <w:p>
      <w:pPr>
        <w:spacing w:line="360" w:lineRule="auto" w:after="0"/>
        <w:ind w:firstLine="283"/>
      </w:pPr>
      <w:r>
        <w:t>The document was the chest’s own last held form, made in the gap’s interior in the sealed winter’s middle month, in the level hand, on the chest’s own carried stable stock — the document was the dissent. The dissent was the archivist’s last public plain verdict on the Plan’s coast-wide implementation, on the gap’s sealing, on the variance ration’s held feeding at the sealed stations, on the dual system’s failed seam, on Ilma’s death.</w:t>
      </w:r>
    </w:p>
    <w:p>
      <w:pPr>
        <w:spacing w:line="360" w:lineRule="auto" w:after="0"/>
        <w:ind w:firstLine="283"/>
      </w:pPr>
      <w:r>
        <w:t>The document did not claim the Plan was wrong; the document did not claim the gap’s sealing was wrong; the document did not claim the variance ration was wrong; the document did not claim the dual system’s seam was wrong; the document did not claim Ilma’s death was wrong. The document claimed the document existed. The document claimed the dissent existed.</w:t>
      </w:r>
    </w:p>
    <w:p>
      <w:pPr>
        <w:spacing w:line="360" w:lineRule="auto" w:after="0"/>
        <w:ind w:firstLine="283"/>
      </w:pPr>
      <w:r>
        <w:t>The document existed. The document was carried out of the gap’s interior by the corridor’s lanes — the web’s runners, the carrying free, the doors open — and the document was carried into the zones. The document was carried into the paper-world. The document was carried into the variance-office’s public archive. The document stood in the archive in its honest smallness.</w:t>
      </w:r>
    </w:p>
    <w:p>
      <w:pPr>
        <w:spacing w:line="360" w:lineRule="auto" w:after="0"/>
        <w:ind w:firstLine="283"/>
      </w:pPr>
      <w:r>
        <w:t>“It will exist,” Mira said, at the gap’s interior’s edge-house, in the level voice, to no one, to the lamp, to the chest. “The document exists. The dissent exists. The existence is the document’s honest claim. The claim is the smallest claim the craft has ever made. The chest goes on.”</w:t>
      </w:r>
    </w:p>
    <w:p>
      <w:pPr>
        <w:spacing w:line="360" w:lineRule="auto" w:after="0"/>
        <w:ind w:firstLine="283"/>
      </w:pPr>
      <w:r>
        <w:t>Mira put the pen down. The pen lay on the plank-table. The lamp went on. The chest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29 — Unfinished Belonging</w:t>
      </w:r>
    </w:p>
    <w:p>
      <w:pPr>
        <w:spacing w:line="360" w:lineRule="auto" w:after="0"/>
        <w:ind w:firstLine="283"/>
      </w:pPr>
      <w:r>
        <w:t>‖ ‖</w:t>
      </w:r>
    </w:p>
    <w:p>
      <w:pPr>
        <w:spacing w:line="360" w:lineRule="auto" w:after="0"/>
        <w:ind w:firstLine="283"/>
      </w:pPr>
      <w:r>
        <w:t>The gap’s sealed life went on, and the mender lived it.</w:t>
      </w:r>
    </w:p>
    <w:p>
      <w:pPr>
        <w:spacing w:line="360" w:lineRule="auto" w:after="0"/>
        <w:ind w:firstLine="283"/>
      </w:pPr>
      <w:r>
        <w:t>The day was the third Tuesday of the spring’s first month. The mender’s own plain day, told in the gap’s interior, in the sealed country’s own second spring.</w:t>
      </w:r>
    </w:p>
    <w:p>
      <w:pPr>
        <w:spacing w:line="360" w:lineRule="auto" w:after="0"/>
        <w:ind w:firstLine="283"/>
      </w:pPr>
      <w:r>
        <w:t>The mender woke at the dawn. The mender’s body at the fire’s circle’s edge, the mender’s body at the dawn’s first breath. The body woke.</w:t>
      </w:r>
    </w:p>
    <w:p>
      <w:pPr>
        <w:spacing w:line="360" w:lineRule="auto" w:after="0"/>
        <w:ind w:firstLine="283"/>
      </w:pPr>
      <w:r>
        <w:t>The mender mended at the morning. The basket, the kept things, the wire and the stitch. The mender’s two hands at the mending. The hands mended. The hands did not speak. The mender took up a tin pot with a cracked solder-joint, sealed it. The mender took up a child’s sandal with a torn strap, stitched it. The mender took up a clay cup with a chipped rim, ground it smooth. The mender took up a basket with a broken rib, wound it. The basket emptied. The basket filled. The mender mended.</w:t>
      </w:r>
    </w:p>
    <w:p>
      <w:pPr>
        <w:spacing w:line="360" w:lineRule="auto" w:after="0"/>
        <w:ind w:firstLine="283"/>
      </w:pPr>
      <w:r>
        <w:t>The mender ate at the noon. The pot’s thin at the fire’s circle, the ladle and the dented copper measure, the level portioned to the thumb. The mender ate with two old ones at the fire’s circle — a man with a lame hand who had been a stonemason before the talking, a woman with one eye who had been a midwife before the wound. The three ate. The three did not speak much. The man said, at the bowl’s end, “The thin’s thin today.” The woman said, “The thin’s thin every day.” The mender said, “The thin’s the thin.” The three ate.</w:t>
      </w:r>
    </w:p>
    <w:p>
      <w:pPr>
        <w:spacing w:line="360" w:lineRule="auto" w:after="0"/>
        <w:ind w:firstLine="283"/>
      </w:pPr>
      <w:r>
        <w:t>The man, after the eating, said — almost shyly, the way an old stonemason says a thing he has been holding — “Lark, I had a stone once. A red stone. I cut it for a sill. The sill is in a house in the middle lands. The house may still be standing. I do not know. The stone may still be in the sill.” The mender looked at the man. The mender did not say anything. The mender’s hand, briefly, went to the man’s lame hand. The mender’s hand held the man’s hand for a breath. The mender’s hand went back to the mending.</w:t>
      </w:r>
    </w:p>
    <w:p>
      <w:pPr>
        <w:spacing w:line="360" w:lineRule="auto" w:after="0"/>
        <w:ind w:firstLine="283"/>
      </w:pPr>
      <w:r>
        <w:t>The mender mended at the afternoon.</w:t>
      </w:r>
    </w:p>
    <w:p>
      <w:pPr>
        <w:spacing w:line="360" w:lineRule="auto" w:after="0"/>
        <w:ind w:firstLine="283"/>
      </w:pPr>
      <w:r>
        <w:t>The mender slept at the night. The body slept.</w:t>
      </w:r>
    </w:p>
    <w:p>
      <w:pPr>
        <w:spacing w:line="360" w:lineRule="auto" w:after="0"/>
        <w:ind w:firstLine="283"/>
      </w:pPr>
      <w:r>
        <w:t>The day was the mender’s. The day was unstoried. The mender lived the day.</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30 — Cup in Ordinary Use</w:t>
      </w:r>
    </w:p>
    <w:p>
      <w:pPr>
        <w:spacing w:line="360" w:lineRule="auto" w:after="0"/>
        <w:ind w:firstLine="283"/>
      </w:pPr>
      <w:r>
        <w:t>‖ ‖</w:t>
      </w:r>
    </w:p>
    <w:p>
      <w:pPr>
        <w:spacing w:line="360" w:lineRule="auto" w:after="0"/>
        <w:ind w:firstLine="283"/>
      </w:pPr>
      <w:r>
        <w:t>The Tuesday run went to the zone’s edge-kitchen in the spring’s middle month, and the serving was made at the edge-kitchen’s counter. The counter’s crockery held forty cups. Bowls. One of the cups was a dented tin cup.</w:t>
      </w:r>
    </w:p>
    <w:p>
      <w:pPr>
        <w:spacing w:line="360" w:lineRule="auto" w:after="0"/>
        <w:ind w:firstLine="283"/>
      </w:pPr>
      <w:r>
        <w:t>The edge-kitchen was the zone’s own margin-craft: the stabilized village’s outermost serving — the ration’s own held distribution’s edge-station, where the zone’s enrolled margin-mouths and the pot’s own carried gap-mouths met at one counter, the two countries’ seam-feeding. The serving was the counter’s daily ordinary: the ration’s scheduled portions at the counter’s north end; the pot’s thin at the counter’s south end; the seam’s human freight passing both ways through the morning. The crockery was the counter’s own: the cups and bowls, the dented metal and the chipped clay, the serving-round’s battered population, every piece the seam’s own long history — some of the pieces the chains’ own issued freight; some of the pieces the pot’s own carried crockery; some of the pieces nobody knew. The pieces served.</w:t>
      </w:r>
    </w:p>
    <w:p>
      <w:pPr>
        <w:spacing w:line="360" w:lineRule="auto" w:after="0"/>
        <w:ind w:firstLine="283"/>
      </w:pPr>
      <w:r>
        <w:t>Nessa poured the morning’s tea at the counter’s south end. The pot’s thin carried in from the Tuesday run; the tea made at the edge-kitchen’s hearth; the cup in the keeper’s hand — and the cup was the dented tin cup, the soft-silver tin, the dent at the rim, the sound bottom, twenty-five years a cup —. The keeper’s thumb found the dent the way the thumb found every dent, by the feel. The liquid was poured to the level. The cup went out over the counter to the morning’s first hand.</w:t>
      </w:r>
    </w:p>
    <w:p>
      <w:pPr>
        <w:spacing w:line="360" w:lineRule="auto" w:after="0"/>
        <w:ind w:firstLine="283"/>
      </w:pPr>
      <w:r>
        <w:t>The morning’s first hand was a child’s. The child was five or six — the zone’s own, one of the enrolled margin-mouths’ youngest, a boy with a runny nose and a coat too large —. The boy took the cup in both hands. The boy drank. The boy set the cup on the counter’s returned-shelf with the other forty cups. Bowls. The boy went back to the morning.</w:t>
      </w:r>
    </w:p>
    <w:p>
      <w:pPr>
        <w:spacing w:line="360" w:lineRule="auto" w:after="0"/>
        <w:ind w:firstLine="283"/>
      </w:pPr>
      <w:r>
        <w:t>The cup went back to its place. The returned-shelf held the cup with the round’s own other pieces — the cups and the bowls, the drifted freight, the serving’s battered population — and the cup stood in the population, one cup among forty, the dent at the rim, the tin soft-silver, the sound bottom. The cup had come to the shelf the way the cup had come everywhere — through the ordinary: given, lost, passed, scoured, served — the whole twenty-five-year journey from a cooper’s hand through a boy’s pocket through a fleet’s dish-round through a coast’s migrating kitchens to a counter’s returned-shelf at a Plan zone’s edge.</w:t>
      </w:r>
    </w:p>
    <w:p>
      <w:pPr>
        <w:spacing w:line="360" w:lineRule="auto" w:after="0"/>
        <w:ind w:firstLine="283"/>
      </w:pPr>
      <w:r>
        <w:t>The clay cup was in Kael’s pocket, where it had been for twenty-five years. The tin cup was the fleet’s, and it had been the fleet’s for twenty-five years too. The two cups did not know each other. The two cups did not need to.</w:t>
      </w:r>
    </w:p>
    <w:p>
      <w:pPr>
        <w:spacing w:line="360" w:lineRule="auto" w:after="0"/>
        <w:ind w:firstLine="283"/>
      </w:pPr>
      <w:r>
        <w:t>Nobody explained it. The keeper poured; the child drank; the cup went back; the round went on — and the tin cup stood on the returned-shelf with the forty. The morning went on. The serving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31 — The Bundle</w:t>
      </w:r>
    </w:p>
    <w:p>
      <w:pPr>
        <w:spacing w:line="360" w:lineRule="auto" w:after="0"/>
        <w:ind w:firstLine="283"/>
      </w:pPr>
      <w:r>
        <w:t>☰</w:t>
      </w:r>
    </w:p>
    <w:p>
      <w:pPr>
        <w:spacing w:line="360" w:lineRule="auto" w:after="0"/>
        <w:ind w:firstLine="283"/>
      </w:pPr>
      <w:r>
        <w:t>She came out of Sedge in the last hour of the dark, and she found the walkers’ fire because the fires of the grey had always been findable by the ones who knew the finding: at the tree-line’s edge, two fields east of the wall, where the white’s law ended and the walkers’ ground began.</w:t>
      </w:r>
    </w:p>
    <w:p>
      <w:pPr>
        <w:spacing w:line="360" w:lineRule="auto" w:after="0"/>
        <w:ind w:firstLine="283"/>
      </w:pPr>
      <w:r>
        <w:t>Nella had been walking since the gate’s bell, the bell the white rang at the night’s third hour to mark the gate’s closing, and she had walked the furrows — her own furrows, the settlement’s, the rows she had hoed. Weeded. Watered through the spring —. The rows had been walked barefoot, because the white’s register held the boots’ names now. The boots were the boots the white had issued. The bare feet were hers. The bare feet carried her to the walkers’ fire, and the fire was the tree-line’s edge. The walkers’ young were at the fire’s rim. The rim’s eyes came up at her coming. The rim’s hands went to the rim’s belts. Nella stopped at the fire’s outside. Said the words the corridor’s craft had taught her to say: I am Nella. I am the walker’s daughter. I am carrying the bundle.</w:t>
      </w:r>
    </w:p>
    <w:p>
      <w:pPr>
        <w:spacing w:line="360" w:lineRule="auto" w:after="0"/>
        <w:ind w:firstLine="283"/>
      </w:pPr>
      <w:r>
        <w:t>The bundle was in her coat. The keeping-pocket. The oilcloth square. She had taken it from the stone at the dark’s last hour nine months before, and she had not opened it. The care was the keeping. The bundle had stayed in the keeping-pocket through the nine months of the wall — through the eight months of the wall’s clean ground, through the touched row’s burning and the six houses’ emptying. The dirt’s talking under the north corner, through the white’s processing at the week’s end, through the tents. The drain-cold water, through the coming-out clean-clothed. Named in the book, through the lime’s white line crossed at the gate. The bundle had stayed in the keeping-pocket, and the keeping-pocket had stayed at her breast.</w:t>
      </w:r>
    </w:p>
    <w:p>
      <w:pPr>
        <w:spacing w:line="360" w:lineRule="auto" w:after="0"/>
        <w:ind w:firstLine="283"/>
      </w:pPr>
      <w:r>
        <w:t>She had not opened it. She had not opened it because the opening was the moment — the spoon for the child’s hand, the seeds for the child’s garden — and the moment was a settled moment, a planted moment. The settlement was not the moment. The wall was not the moment. The lime’s white line was not the moment. The moment had not come.</w:t>
      </w:r>
    </w:p>
    <w:p>
      <w:pPr>
        <w:spacing w:line="360" w:lineRule="auto" w:after="0"/>
        <w:ind w:firstLine="283"/>
      </w:pPr>
      <w:r>
        <w:t>The walkers’ young took her to Corren. Corren was at the second fire, the leading’s fire. He had seen the young ones’ hands go to their belts at her coming — they reached for blades at any coming, a woman, a tinker, a dog at the tree-line — and had shaken his head once. He had given up training it out of them. The leading stood when she came to the fire’s rim, and the standing was the only thing the leading did that was not the company’s ordinary — the standing-still, the held breath, the body’s whole nine years in the legs coming up into the chest at the daughter’s coming. He did not cross the fire. He did not touch her. He stood at the fire’s rim, and the daughter stood at the fire’s rim, and the two of them stood at the two sides of the fire. He had wanted to cross the fire. He had not crossed the fire. The wanting and the not-crossing were the same father.</w:t>
      </w:r>
    </w:p>
    <w:p>
      <w:pPr>
        <w:spacing w:line="360" w:lineRule="auto" w:after="0"/>
        <w:ind w:firstLine="283"/>
      </w:pPr>
      <w:r>
        <w:t>“You came out,” Corren said.</w:t>
      </w:r>
    </w:p>
    <w:p>
      <w:pPr>
        <w:spacing w:line="360" w:lineRule="auto" w:after="0"/>
        <w:ind w:firstLine="283"/>
      </w:pPr>
      <w:r>
        <w:t>“I came out.”</w:t>
      </w:r>
    </w:p>
    <w:p>
      <w:pPr>
        <w:spacing w:line="360" w:lineRule="auto" w:after="0"/>
        <w:ind w:firstLine="283"/>
      </w:pPr>
      <w:r>
        <w:t>“The bundle.”</w:t>
      </w:r>
    </w:p>
    <w:p>
      <w:pPr>
        <w:spacing w:line="360" w:lineRule="auto" w:after="0"/>
        <w:ind w:firstLine="283"/>
      </w:pPr>
      <w:r>
        <w:t>“The bundle is here.” She put her hand to the keeping-pocket. The hand on the outside of the coat. The hand on the outside of the freight. “I have not opened it.”</w:t>
      </w:r>
    </w:p>
    <w:p>
      <w:pPr>
        <w:spacing w:line="360" w:lineRule="auto" w:after="0"/>
        <w:ind w:firstLine="283"/>
      </w:pPr>
      <w:r>
        <w:t>The leading’s face did the thing the leading’s face did at the freight: it held. He did not ask her to open it, what was in it, or anything. It was the same grace the leading had given the keeping-pocket for nine years.</w:t>
      </w:r>
    </w:p>
    <w:p>
      <w:pPr>
        <w:spacing w:line="360" w:lineRule="auto" w:after="0"/>
        <w:ind w:firstLine="283"/>
      </w:pPr>
      <w:r>
        <w:t>“You will walk with us three days,” Corren said. “The web will take you south. The corridor’s craft will take you where the corridor’s craft takes the uncounted. The walking cannot go with you. The walking walks. You know the walking’s law.”</w:t>
      </w:r>
    </w:p>
    <w:p>
      <w:pPr>
        <w:spacing w:line="360" w:lineRule="auto" w:after="0"/>
        <w:ind w:firstLine="283"/>
      </w:pPr>
      <w:r>
        <w:t>“I know the walking’s law.”</w:t>
      </w:r>
    </w:p>
    <w:p>
      <w:pPr>
        <w:spacing w:line="360" w:lineRule="auto" w:after="0"/>
        <w:ind w:firstLine="283"/>
      </w:pPr>
      <w:r>
        <w:t>“Then walk.”</w:t>
      </w:r>
    </w:p>
    <w:p>
      <w:pPr>
        <w:spacing w:line="360" w:lineRule="auto" w:after="0"/>
        <w:ind w:firstLine="283"/>
      </w:pPr>
      <w:r>
        <w:t>She walked. The corridor’s runner came for her at the fire’s outside, and the runner was grey-clothed. Plain-named. The runner’s craft was the uncounted’s road. Nella went with the runner into the tree-line’s dark. The bundle went with her, unopened. Corren stood at the fire and watched the daughter go into the tree-line. The watching was the walking’s law. He did not say come back. He did not say stay. The walking’s law was the walking’s law, and the daughter knew it, and the knowing was the family’s inheritance.</w:t>
      </w:r>
    </w:p>
    <w:p>
      <w:pPr>
        <w:ind w:firstLine="0"/>
        <w:jc w:val="center"/>
      </w:pPr>
      <w:r>
        <w:rPr>
          <w:color w:val="AAAAAA"/>
        </w:rPr>
        <w:t>❖</w:t>
      </w:r>
    </w:p>
    <w:p>
      <w:pPr>
        <w:spacing w:line="360" w:lineRule="auto" w:after="0"/>
        <w:ind w:firstLine="283"/>
      </w:pPr>
      <w:r>
        <w:t>She opened it on the road, in the third camp, on the ninth night of the walking-out, with the child asleep against her hip and the fire small and the moment it was meant for gone with the wall of Sedge.</w:t>
      </w:r>
    </w:p>
    <w:p>
      <w:pPr>
        <w:spacing w:line="360" w:lineRule="auto" w:after="0"/>
        <w:ind w:firstLine="283"/>
      </w:pPr>
      <w:r>
        <w:t>The bundle had come through the evacuation in her own keeping — the oilcloth square, the nine years’ freight, carried out of the settlement through the drain at the night’s third hour with the family’s whole remaining holding in three bundles and the one she would not put down — and the carrying had been the plain fact of the nine days: whatever the family needed, the bundle stayed at her body, at the breast, in the keeping-place. Bret had not asked. Marit had reached for it once on the second day and Nella’s hand had stopped the child’s hand with a mother’s whole speed. The stopping had not been explained. The child had learned the bundle’s law in one lesson: not a play-thing. Not freight. Kept.</w:t>
      </w:r>
    </w:p>
    <w:p>
      <w:pPr>
        <w:spacing w:line="360" w:lineRule="auto" w:after="0"/>
        <w:ind w:firstLine="283"/>
      </w:pPr>
      <w:r>
        <w:t>The third camp was a walkers’ camp. The walking’s company had taken the Sedge families in the web’s carrying — the three-night window’s freight split among the coast’s grey companies — and the third camp was the company’s own camp, the fires. The pot. The circuit’s rim. The Sedge families were the camp’s guests. The ninth night was a cold night, the dry hills’ spring cold, and the fire was small. Marit had gone down at last against Nella’s hip — the sleeping had been bad since the wall, the child’s whole calendar broken by the ground’s talking. The drain’s cold water. The nine days’ moving —. The sleeping had come at the fire’s warmth. Nella sat with the sleeping child in the fire’s small light. The bundle at her breast. The ninth night was the night the bundle’s keeping could not be kept anymore.</w:t>
      </w:r>
    </w:p>
    <w:p>
      <w:pPr>
        <w:spacing w:line="360" w:lineRule="auto" w:after="0"/>
        <w:ind w:firstLine="283"/>
      </w:pPr>
      <w:r>
        <w:t>She did not know why the ninth night was the night. That was the truth of the opening, and the truth stood in the sitting: no decision, no hour chosen — the hands took the bundle off the breast. Set it in the lap. Unknotted the oilcloth’s knot. The hands’ taking. Unknotting were the body’s own.</w:t>
      </w:r>
    </w:p>
    <w:p>
      <w:pPr>
        <w:spacing w:line="360" w:lineRule="auto" w:after="0"/>
        <w:ind w:firstLine="283"/>
      </w:pPr>
      <w:r>
        <w:t>The oilcloth came open in the fire’s light, and the bundle’s freight lay in the cloth’s bowl, and the freight was two things, ordinary, devastating.</w:t>
      </w:r>
    </w:p>
    <w:p>
      <w:pPr>
        <w:spacing w:line="360" w:lineRule="auto" w:after="0"/>
        <w:ind w:firstLine="283"/>
      </w:pPr>
      <w:r>
        <w:t>The spoon.</w:t>
      </w:r>
    </w:p>
    <w:p>
      <w:pPr>
        <w:spacing w:line="360" w:lineRule="auto" w:after="0"/>
        <w:ind w:firstLine="283"/>
      </w:pPr>
      <w:r>
        <w:t>Wood, dark with nine years of pocket-oil and a lifetime of use before that, the bowl of it worn to a shallow oval, the grip of it worn smooth in a shape — a shape her own hand knew. Her hand knew the shape. The spoon lay in the oilcloth’s bowl, and Nella’s right hand came off the sleeping child. Went to the spoon. Took it up. The grip received her hand — her hand, her grown woman’s hand, twenty years old, the fingers longer now than the grip’s worn shape —. The receiving was the body’s own memory, the hand closing on the grip it had closed on ten thousand evenings in a kitchen in a valley below the middle lands’ first breaking. The hand was five. Six. Seven. Eight. Nine. Ten. Eleven in the closing. The hand was twenty in the closing. The two closings were the same closing. The spoon was the same spoon. The spoon had been in a drawer.</w:t>
      </w:r>
    </w:p>
    <w:p>
      <w:pPr>
        <w:spacing w:line="360" w:lineRule="auto" w:after="0"/>
        <w:ind w:firstLine="283"/>
      </w:pPr>
      <w:r>
        <w:t>He had gone back. In the fourth week, when the going-back was still possible — to the drawer, and the drawer had held the spoon — her spoon, the child’s spoon —. The pods were in the paper twist, the paper twist lay in the oilcloth’s bowl beside the spoon’s place. The pods’ dry seeds shifted in the paper at the fire’s light with the small dry sound of seeds —. The whole freight of the bundle was the house. The whole house.</w:t>
      </w:r>
    </w:p>
    <w:p>
      <w:pPr>
        <w:spacing w:line="360" w:lineRule="auto" w:after="0"/>
        <w:ind w:firstLine="283"/>
      </w:pPr>
      <w:r>
        <w:t>The valley and the garden. The window’s geranium. The mother — the mother, whose name was in the walkers’ book with two tellings. An open hand, the mother, who had not come back from the going-back — the mother was in the paper twist. The spoon. The father had carried the house against his heart for nine years. The father had set it on the stone by the gate. The bundle had come through the drain in the keeping-place. The ninth night had come. The hands had opened it.</w:t>
      </w:r>
    </w:p>
    <w:p>
      <w:pPr>
        <w:spacing w:line="360" w:lineRule="auto" w:after="0"/>
        <w:ind w:firstLine="283"/>
      </w:pPr>
      <w:r>
        <w:t>She held the spoon a long time. The fire was small; the child slept; the camp’s rim’s watches walked their circuit; and Nella sat with the spoon in her hand. The paper twist in the oilcloth’s bowl. The freight did not weep — the body was past the weeping, the evacuation’s nine days had spent the weeping on the drain. The ground’s talking. The carrying — the freight sat.</w:t>
      </w:r>
    </w:p>
    <w:p>
      <w:pPr>
        <w:spacing w:line="360" w:lineRule="auto" w:after="0"/>
        <w:ind w:firstLine="283"/>
      </w:pPr>
      <w:r>
        <w:t>The spoon was for a child’s hand. The father’s freight — the gift’s whole intended moment — was the child: the next small hand, the granddaughter, the spoon’s next grip, the bowl’s next small mouth. The gift was for the moment when the child was old enough for the spoon, and the mother could give it. The giving could be at a table, in a kitchen, in a home with a garden — the seeds in the ground, the spoon in the hand, the child at the board, the grandmother’s kale coming up in the granddaughter’s first spring —.</w:t>
      </w:r>
    </w:p>
    <w:p>
      <w:pPr>
        <w:spacing w:line="360" w:lineRule="auto" w:after="0"/>
        <w:ind w:firstLine="283"/>
      </w:pPr>
      <w:r>
        <w:t>Sedge was gone; the wall was gone; the lime’s quiet ground was the wound’s talking ground again; the family was on the road, the third camp, the ninth night, the walkers’ pot — and there was no garden. There was no kitchen. There was no table. The child at her hip was two years old. Asleep. The seeds were in a paper.</w:t>
      </w:r>
    </w:p>
    <w:p>
      <w:pPr>
        <w:spacing w:line="360" w:lineRule="auto" w:after="0"/>
        <w:ind w:firstLine="283"/>
      </w:pPr>
      <w:r>
        <w:t>She used the spoon. That was the night’s last ordinary: Marit woke at the fire’s dying — the small ones always do — and the child was hungry, the road’s ninth-day hungry, the thin-fed hungry. The walkers’ pot had been scraped. The fire was down. The family’s bag held the last heel of the Sedge bread —. Nella took the heel. Broke it. Wet it from the bottle. Worked it soft in the spoon’s bowl, the small worn oval, the bowl that had fed a girl in a valley. Been carried through a breaking. A walking. A drain —. The spoon came to the child’s mouth. The child ate from the spoon. The eating was ordinary. The child ate; the mother fed; the spoon fed; the three of them sat in the small light doing the thing the spoon had always been for, on the ninth night of the walking-out, in a camp on a road in a wound’s coast, in the ruin of the moment the spoon was meant for — and the spoon did not care.</w:t>
      </w:r>
    </w:p>
    <w:p>
      <w:pPr>
        <w:spacing w:line="360" w:lineRule="auto" w:after="0"/>
        <w:ind w:firstLine="283"/>
      </w:pPr>
      <w:r>
        <w:t>The spoon had been made for a mouth, and the mouth was here, and the feeding worked.</w:t>
      </w:r>
    </w:p>
    <w:p>
      <w:pPr>
        <w:spacing w:line="360" w:lineRule="auto" w:after="0"/>
        <w:ind w:firstLine="283"/>
      </w:pPr>
      <w:r>
        <w:t>And the seeds. The seeds were the next morning’s question, and the question was the night’s freight carried into the morning. The morning’s freight was the question the father had carried for nine years. The daughter had carried for nine months. The road had carried for nine days: do you plant them?</w:t>
      </w:r>
    </w:p>
    <w:p>
      <w:pPr>
        <w:spacing w:line="360" w:lineRule="auto" w:after="0"/>
        <w:ind w:firstLine="283"/>
      </w:pPr>
      <w:r>
        <w:t>The seeds were the mother’s kale, from the dead garden at the valley’s last autumn, the kale that had gone to seed in its death, the seed-pods the father had twisted into a paper. The seeds were the future — the future the father had carried against his heart, the future the daughter had carried at her breast, the future the road had carried in the keeping-place — and the future was the question.</w:t>
      </w:r>
    </w:p>
    <w:p>
      <w:pPr>
        <w:spacing w:line="360" w:lineRule="auto" w:after="0"/>
        <w:ind w:firstLine="283"/>
      </w:pPr>
      <w:r>
        <w:t>She did not plant them.</w:t>
      </w:r>
    </w:p>
    <w:p>
      <w:pPr>
        <w:spacing w:line="360" w:lineRule="auto" w:after="0"/>
        <w:ind w:firstLine="283"/>
      </w:pPr>
      <w:r>
        <w:t>She took one seed from the paper twist. She did not count the taking — the hand went in, the hand came out, the seed was in the palm. The seed was small and dry and round, the color of old bone, the weight of almost nothing. The seed sat in her palm the way the spoon had sat in her palm. The hand closed on it the way the hand had closed on the spoon.</w:t>
      </w:r>
    </w:p>
    <w:p>
      <w:pPr>
        <w:spacing w:line="360" w:lineRule="auto" w:after="0"/>
        <w:ind w:firstLine="283"/>
      </w:pPr>
      <w:r>
        <w:t>She stood up from the fire with the seed in her fist. Marit slept against the folded bedding. The watches walked the rim. Nella walked to the camp’s edge — ten paces, twenty — and stood at the rim where the walkers’ tested ground ended and the next ground began. The next ground was the wound’s ground. She read it the way her father had taught her to read ground, the way the walking had taught its daughters: the boot’s heel pressed at the ground’s edge, the print watched for ten breaths. The print did not hold. The ground was the new skin — the pale, tight, mineral-dry cover that had not yet learned to be ground, that gave no dust, that smelled of nothing. The new skin was not the world the seed had been taken from, and the world was gone. The seed was from the gone world. The gone world was not the ground at the boot.</w:t>
      </w:r>
    </w:p>
    <w:p>
      <w:pPr>
        <w:spacing w:line="360" w:lineRule="auto" w:after="0"/>
        <w:ind w:firstLine="283"/>
      </w:pPr>
      <w:r>
        <w:t>She held the seed out over the new skin. The hand was open. The seed lay in the open palm. The new skin was not ready. The new skin had not decided what it was. The seed in the open palm was the future, and the future was held over the not-ready, and the sentence said: not yet.</w:t>
      </w:r>
    </w:p>
    <w:p>
      <w:pPr>
        <w:spacing w:line="360" w:lineRule="auto" w:after="0"/>
        <w:ind w:firstLine="283"/>
      </w:pPr>
      <w:r>
        <w:t>Nella closed her hand. The seed went back into the fist. The fist went back to the paper twist. The paper twist went into the keeping-pocket. The keeping-pocket closed. The seed was carried. The body went back to the fire.</w:t>
      </w:r>
    </w:p>
    <w:p>
      <w:pPr>
        <w:spacing w:line="360" w:lineRule="auto" w:after="0"/>
        <w:ind w:firstLine="283"/>
      </w:pPr>
      <w:r>
        <w:t>The seeds went into her coat. The inner pocket — the keeping-pocket, the coat’s own breast. The paper twist of the mother’s kale went in. The pocket closed. The garden was the pocket now. The pocket held the seeds. The pocket held the not-planted. The fire died. The child slept. The spoon lay in the oilcloth’s bowl, the oilcloth folded around it, the bundle back at the breast. The ninth night ended. The pocket held.</w:t>
      </w:r>
    </w:p>
    <w:p>
      <w:pPr>
        <w:ind w:firstLine="0"/>
        <w:jc w:val="center"/>
      </w:pPr>
      <w:r>
        <w:rPr>
          <w:color w:val="AAAAAA"/>
        </w:rPr>
        <w:t>❖</w:t>
      </w:r>
    </w:p>
    <w:p>
      <w:pPr>
        <w:spacing w:before="360" w:after="240"/>
        <w:ind w:firstLine="0"/>
        <w:jc w:val="center"/>
      </w:pPr>
      <w:r>
        <w:rPr>
          <w:b/>
          <w:i/>
          <w:color w:val="333333"/>
          <w:sz w:val="26"/>
        </w:rPr>
        <w:t>Chapter 32 — Marks Accumulate</w:t>
      </w:r>
    </w:p>
    <w:p>
      <w:pPr>
        <w:spacing w:line="360" w:lineRule="auto" w:after="0"/>
        <w:ind w:firstLine="283"/>
      </w:pPr>
      <w:r>
        <w:t>‖ ‖</w:t>
      </w:r>
    </w:p>
    <w:p>
      <w:pPr>
        <w:spacing w:line="360" w:lineRule="auto" w:after="0"/>
        <w:ind w:firstLine="283"/>
      </w:pPr>
      <w:r>
        <w:t>The teaching went on at the plank-table in the third summer, the chest’s plain work: the corridor’s carried craft, taught to the coast’s young, at the plank-table, in the level hand, in the third summer’s plain light.</w:t>
      </w:r>
    </w:p>
    <w:p>
      <w:pPr>
        <w:spacing w:line="360" w:lineRule="auto" w:after="0"/>
        <w:ind w:firstLine="283"/>
      </w:pPr>
      <w:r>
        <w:t>The teaching was the plank-table’s own plain form: the corridor’s carried craft, taught to the coast’s young.</w:t>
      </w:r>
    </w:p>
    <w:p>
      <w:pPr>
        <w:spacing w:line="360" w:lineRule="auto" w:after="0"/>
        <w:ind w:firstLine="283"/>
      </w:pPr>
      <w:r>
        <w:t>Mira taught at the plank-table. The chest’s carried craft, opened at the table. The young ones came. The young ones took the pages. The young ones drew the double cross at the margin’s variant. The young ones wrote the two words at the schedule’s foot. The young ones drew the open hand above the cup’s entry. The young ones made the askew line at the wall’s working height.</w:t>
      </w:r>
    </w:p>
    <w:p>
      <w:pPr>
        <w:spacing w:line="360" w:lineRule="auto" w:after="0"/>
        <w:ind w:firstLine="283"/>
      </w:pPr>
      <w:r>
        <w:t>The teaching was the not-correcting. That was the table’s deepest work: the hands learn by the doing. The young ones’ hands did the marks, and the marks were the young ones’ own — not the chest’s, not the corridor’s — and the marks were kept.</w:t>
      </w:r>
    </w:p>
    <w:p>
      <w:pPr>
        <w:spacing w:line="360" w:lineRule="auto" w:after="0"/>
        <w:ind w:firstLine="283"/>
      </w:pPr>
      <w:r>
        <w:t>A young one — the relief-clerk’s daughter, fifteen, quick with the pen — drew the open hand, and the open hand she drew had six fingers. The girl looked at the six-fingered hand. The girl did not erase it. The girl did not apologize. The girl looked at Mira. Mira did not correct the hand. Mira looked at the six-fingered hand. Mira did not smile. Mira did not frown.</w:t>
      </w:r>
    </w:p>
    <w:p>
      <w:pPr>
        <w:spacing w:line="360" w:lineRule="auto" w:after="0"/>
        <w:ind w:firstLine="283"/>
      </w:pPr>
      <w:r>
        <w:t>“Six fingers,” the girl said.</w:t>
      </w:r>
    </w:p>
    <w:p>
      <w:pPr>
        <w:spacing w:line="360" w:lineRule="auto" w:after="0"/>
        <w:ind w:firstLine="283"/>
      </w:pPr>
      <w:r>
        <w:t>“Six fingers,” Mira said.</w:t>
      </w:r>
    </w:p>
    <w:p>
      <w:pPr>
        <w:spacing w:line="360" w:lineRule="auto" w:after="0"/>
        <w:ind w:firstLine="283"/>
      </w:pPr>
      <w:r>
        <w:t>The girl thought about this for a breath. The girl did not erase the six fingers. The girl drew the next mark — the two words at the schedule’s foot — in her own plain capitals. The six-fingered hand stayed on the page.</w:t>
      </w:r>
    </w:p>
    <w:p>
      <w:pPr>
        <w:spacing w:line="360" w:lineRule="auto" w:after="0"/>
        <w:ind w:firstLine="283"/>
      </w:pPr>
      <w:r>
        <w:t>The teaching went on. The procedures went on. The chest went on. The third summer went on.</w:t>
      </w:r>
    </w:p>
    <w:p>
      <w:pPr>
        <w:ind w:firstLine="0"/>
        <w:jc w:val="center"/>
      </w:pPr>
      <w:r>
        <w:rPr>
          <w:color w:val="AAAAAA"/>
        </w:rPr>
        <w:t>❖</w:t>
      </w:r>
    </w:p>
    <w:p>
      <w:pPr>
        <w:spacing w:line="360" w:lineRule="auto" w:after="0"/>
        <w:ind w:firstLine="283"/>
      </w:pPr>
      <w:r>
        <w:t>She found the others’ marks in the spring.</w:t>
      </w:r>
    </w:p>
    <w:p>
      <w:pPr>
        <w:spacing w:line="360" w:lineRule="auto" w:after="0"/>
        <w:ind w:firstLine="283"/>
      </w:pPr>
      <w:r>
        <w:t>Tansy found the marks at the zone’s margin-street’s relief-counting’s posted ground. The runner’s log at the table’s edge, the runner’s level hand at the log, the runner’s eyes at the posted records — and the posted records held the marks. The marks were not the runner’s. The marks were not the chest’s. The marks were the others’.</w:t>
      </w:r>
    </w:p>
    <w:p>
      <w:pPr>
        <w:spacing w:line="360" w:lineRule="auto" w:after="0"/>
        <w:ind w:firstLine="283"/>
      </w:pPr>
      <w:r>
        <w:t>The marks were on the zone’s margin-street’s walls, on the zone’s margin-street’s posts, on the zone’s margin-street’s boards — small marks, plain marks: the double cross at the margin’s variant; the two words at the schedule’s foot; the open hand above the cup’s entry; the askew line at the wall’s working height. The marks were the practice’s. The marks were the others’.</w:t>
      </w:r>
    </w:p>
    <w:p>
      <w:pPr>
        <w:spacing w:line="360" w:lineRule="auto" w:after="0"/>
        <w:ind w:firstLine="283"/>
      </w:pPr>
      <w:r>
        <w:t>The practice was the corridor’s; the chest’s; the two words’; the open hand’s; the margin’s; the double cross’s.</w:t>
      </w:r>
    </w:p>
    <w:p>
      <w:pPr>
        <w:spacing w:line="360" w:lineRule="auto" w:after="0"/>
        <w:ind w:firstLine="283"/>
      </w:pPr>
      <w:r>
        <w:t>—</w:t>
      </w:r>
    </w:p>
    <w:p>
      <w:pPr>
        <w:spacing w:line="360" w:lineRule="auto" w:after="0"/>
        <w:ind w:firstLine="283"/>
      </w:pPr>
      <w:r>
        <w:t>The plank-table held its evening’s lamp in the third summer, and the lamp fell on three young hands and one old.</w:t>
      </w:r>
    </w:p>
    <w:p>
      <w:pPr>
        <w:spacing w:line="360" w:lineRule="auto" w:after="0"/>
        <w:ind w:firstLine="283"/>
      </w:pPr>
      <w:r>
        <w:t>The table was in the zone’s margin-street. The margin-street’s edge-house, the small room, the plank laid across two trestles, the lamp at the table’s corner, the cup of the cardamom’s color beside the lamp. Mira sat at the table’s head. Three young ones sat at the table’s long side: the relief-clerk’s daughter, fifteen; the ration-scheduler’s son, sixteen; the edge-kitchen’s south-end server, fourteen. The three came because the three came.</w:t>
      </w:r>
    </w:p>
    <w:p>
      <w:pPr>
        <w:spacing w:line="360" w:lineRule="auto" w:after="0"/>
        <w:ind w:firstLine="283"/>
      </w:pPr>
      <w:r>
        <w:t>The doing was the marks. The level hand’s own evening practice, at the table, on the pages. Mira set the pages out — the chest’s own copied leaves, the master sheet’s quarrel, the open hand’s grammar, the two words at the foot — and the three young ones took the pages. The relief-clerk’s daughter drew the double cross at a margin’s variant. The ration-scheduler’s son wrote the two words at a schedule’s foot. The edge-kitchen’s server drew the open hand above the cup’s entry. And Mira watched the hands. The watching was the craft’s oldest courtesy.</w:t>
      </w:r>
    </w:p>
    <w:p>
      <w:pPr>
        <w:spacing w:line="360" w:lineRule="auto" w:after="0"/>
        <w:ind w:firstLine="283"/>
      </w:pPr>
      <w:r>
        <w:t>The table had no charter. The table was the lamp and the pages and the four hands — no enrollment, no certificate, no hall, no seal. The four hands were the practice, and the practice was the table. The craft’s last office was the office the craft had always been at its root: the table. The lamp. The hands. The young.</w:t>
      </w:r>
    </w:p>
    <w:p>
      <w:pPr>
        <w:spacing w:line="360" w:lineRule="auto" w:after="0"/>
        <w:ind w:firstLine="283"/>
      </w:pPr>
      <w:r>
        <w:t>Tansy sat at the table’s foot that evening, with the server and the scheduler’s son. Tansy had been carrying the corridor’s craft in the sternum for two years. The runner’s log lay open at the table’s edge. Mira looked at Tansy across the lamp. The chest-keeper’s face did the level hand’s plain reception: the stillness, the reading.</w:t>
      </w:r>
    </w:p>
    <w:p>
      <w:pPr>
        <w:spacing w:line="360" w:lineRule="auto" w:after="0"/>
        <w:ind w:firstLine="283"/>
      </w:pPr>
      <w:r>
        <w:t>The chest was opened at the evening’s lamp, and the opening was the plank-table’s whole one office, and the office was the lamp’s.</w:t>
      </w:r>
    </w:p>
    <w:p>
      <w:pPr>
        <w:spacing w:line="360" w:lineRule="auto" w:after="0"/>
        <w:ind w:firstLine="283"/>
      </w:pPr>
      <w:r>
        <w:t>Mira set the chest on the plank. The chest was the soft-cloth chest — the binding soft-cloth over board, the pages hand-cut, the entries in the level hand of every keeper who had held it. The chest had been the corridor’s. The chest had been the fleet’s. The chest had been the city’s. The chest had been a woman’s whose name the city’s records did not hold. The chest was the four hands’ now, and the four hands were the table’s, and the table held the chest the way it held the lamp: without voting, without choosing, without setting it down.</w:t>
      </w:r>
    </w:p>
    <w:p>
      <w:pPr>
        <w:spacing w:line="360" w:lineRule="auto" w:after="0"/>
        <w:ind w:firstLine="283"/>
      </w:pPr>
      <w:r>
        <w:t>Mira opened the chest’s one page. The page was the oldest leaf — the page that held the two words and the open hand and the question Who comes back? The page was the woman’s. The page was the city’s. The page was the fleet’s. The page was the corridor’s. The page was the chest’s. The page was the four hands’. The page did not know whose it was, and the mercy was the not-owning’s, and the page held the not-owning the way it held the two words: without resolving, without setting it down.</w:t>
      </w:r>
    </w:p>
    <w:p>
      <w:pPr>
        <w:spacing w:line="360" w:lineRule="auto" w:after="0"/>
        <w:ind w:firstLine="283"/>
      </w:pPr>
      <w:r>
        <w:t>The three young ones looked. The looking was the three’s whole one office at the page, and the office was the not-speaking’s. The lamp was the page’s. The page held the three’s looking the way it held the woman’s open hand: without choosing, without resolving.</w:t>
      </w:r>
    </w:p>
    <w:p>
      <w:pPr>
        <w:spacing w:line="360" w:lineRule="auto" w:after="0"/>
        <w:ind w:firstLine="283"/>
      </w:pPr>
      <w:r>
        <w:t>“Where did the page come from?” Tansy said. The runner’s voice — small, plain, the corridor’s carried craft’s fourth-generation plain asking.</w:t>
      </w:r>
    </w:p>
    <w:p>
      <w:pPr>
        <w:spacing w:line="360" w:lineRule="auto" w:after="0"/>
        <w:ind w:firstLine="283"/>
      </w:pPr>
      <w:r>
        <w:t>Mira did not smile. Mira did not soften. The level hand’s plain answer was the chest’s:</w:t>
      </w:r>
    </w:p>
    <w:p>
      <w:pPr>
        <w:spacing w:line="360" w:lineRule="auto" w:after="0"/>
        <w:ind w:firstLine="283"/>
      </w:pPr>
      <w:r>
        <w:t>“The page came from the chest. The chest kept the page for fifteen years. The page came to the chest from the corridor. The page came to the corridor from the fleet. The page came to the fleet from the city. The page came to the city from a woman whose name the city’s records did not hold. The woman is gone. The city is gone. The fleet is gone. The chest is yours. The page is yours. The practice is yours. The marks do not agree. The marks do not need to. The hands are yours. The hands are yours.”</w:t>
      </w:r>
    </w:p>
    <w:p>
      <w:pPr>
        <w:spacing w:line="360" w:lineRule="auto" w:after="0"/>
        <w:ind w:firstLine="283"/>
      </w:pPr>
      <w:r>
        <w:t>Tansy looked at the page. The runner’s hand went to the runner’s pocket. The chalk — the stub, the cloth-wrapped freight, the corridor’s own carried craft — came out. The runner’s hand drew a small askew line at the page’s margin, low, at the table’s working height, beside the open hand, beside the two words. The line was Tansy’s own. The line was not the woman’s, not the city’s, not the fleet’s, not the corridor’s. The line was the practice’s. The two marks — the woman’s old open hand and the runner’s new askew line — stood on the page together, askew, in the lamp’s plain light.</w:t>
      </w:r>
    </w:p>
    <w:p>
      <w:pPr>
        <w:spacing w:line="360" w:lineRule="auto" w:after="0"/>
        <w:ind w:firstLine="283"/>
      </w:pPr>
      <w:r>
        <w:t>The relief-clerk’s daughter, fifteen, looked at the askew line. The relief-clerk’s daughter, briefly, did the kind of thing a fifteen-year-old does at a lamp-lit table when a fourteen-year-old has just made a mark on the oldest page in the chest: the relief-clerk’s daughter reached over and drew a small askew line of her own, beside Tansy’s, at her own angle. The line was not aligned with Tansy’s. The line did not match. The relief-clerk’s daughter looked at Tansy. The relief-clerk’s daughter did not say anything. Tansy’s ears went hot. The two askew lines stood on the page beside the woman’s old open hand, and the three marks were the page’s now.</w:t>
      </w:r>
    </w:p>
    <w:p>
      <w:pPr>
        <w:spacing w:line="360" w:lineRule="auto" w:after="0"/>
        <w:ind w:firstLine="283"/>
      </w:pPr>
      <w:r>
        <w:t>Mira watched the two askew lines. Mira did not correct the relief-clerk’s daughter. Mira did not correct Tansy. Mira did not smile. The lamp went on. The three were the coast’s young, and the practice was the three’s now.</w:t>
      </w:r>
    </w:p>
    <w:p>
      <w:pPr>
        <w:spacing w:line="360" w:lineRule="auto" w:after="0"/>
        <w:ind w:firstLine="283"/>
      </w:pPr>
      <w:r>
        <w:t>The marks accumulated on the coast’s walls and the coast’s logs. The coast’s records. The coast’s tables. The practice went on.</w:t>
      </w:r>
    </w:p>
    <w:p>
      <w:pPr>
        <w:spacing w:line="360" w:lineRule="auto" w:after="0"/>
        <w:ind w:firstLine="283"/>
      </w:pPr>
      <w:r>
        <w:t>*</w:t>
      </w:r>
    </w:p>
    <w:p>
      <w:pPr>
        <w:spacing w:line="360" w:lineRule="auto" w:after="0"/>
        <w:ind w:firstLine="283"/>
      </w:pPr>
      <w:r>
        <w:t>One in the stabilized world, one in the gap. Both days, ordinary. Both days, life.</w:t>
      </w:r>
    </w:p>
    <w:p>
      <w:pPr>
        <w:spacing w:line="360" w:lineRule="auto" w:after="0"/>
        <w:ind w:firstLine="283"/>
      </w:pPr>
      <w:r>
        <w:t>—</w:t>
      </w:r>
    </w:p>
    <w:p>
      <w:pPr>
        <w:spacing w:line="360" w:lineRule="auto" w:after="0"/>
        <w:ind w:firstLine="283"/>
      </w:pPr>
      <w:r>
        <w:t>The first day was in the zone.</w:t>
      </w:r>
    </w:p>
    <w:p>
      <w:pPr>
        <w:spacing w:line="360" w:lineRule="auto" w:after="0"/>
        <w:ind w:firstLine="283"/>
      </w:pPr>
      <w:r>
        <w:t>Rook walked the zone’s margin-street in the dawn, the Inspector-General’s grey cloak at the shoulder, the Inspector-General’s level face to the street, the Inspector-General’s sixty-eight-year-old body on the zone’s margin-street’s cobbles. The morning’s serving had already begun at the edge-kitchen’s counter — the ladle and the dented measure, the level portioned to the thumb, the queue of the zone’s enrolled mouths shifting forward at the counter in the cold. He stood a moment at the counter’s edge. The server — the south-end apprentice, fourteen — set a bowl on the counter’s returned-shelf without looking up. The bowl had been scoured. The bowl went back to the round.</w:t>
      </w:r>
    </w:p>
    <w:p>
      <w:pPr>
        <w:spacing w:line="360" w:lineRule="auto" w:after="0"/>
        <w:ind w:firstLine="283"/>
      </w:pPr>
      <w:r>
        <w:t>At noon he walked the zone’s enrolled quarter. The chains’ bread had come on the scheduled cart at the dawn’s sixth hour, and the scheduled portions had gone out at the noon’s bell. The enrolled mouths ate at the doors of the footed houses. The children ate. The eating was the sleeping’s own held grammar. He passed a window where a child slept against a wall, the bread still in the small hand. The sleeping was the Plan’s. The sleeping was the day’s. He did not look long.</w:t>
      </w:r>
    </w:p>
    <w:p>
      <w:pPr>
        <w:spacing w:line="360" w:lineRule="auto" w:after="0"/>
        <w:ind w:firstLine="283"/>
      </w:pPr>
      <w:r>
        <w:t>In the afternoon he walked the stabilized ground’s held footings — the works’ first stretch, the footed houses’ built rows, the patrol-line’s stations at the zone’s borders. The ground held. The footings held. The works had been the children’s sleeping’s own held ground for three years now, and the ground did not move. He checked the patrol-line’s overnight log at the south station. The log’s entries were plain. The night had held. The day held.</w:t>
      </w:r>
    </w:p>
    <w:p>
      <w:pPr>
        <w:spacing w:line="360" w:lineRule="auto" w:after="0"/>
        <w:ind w:firstLine="283"/>
      </w:pPr>
      <w:r>
        <w:t>The trembling was small — a quarter-inch, the kind of trembling a young hand does not have and an old hand does not notice until the young hand is no longer there to compare. He put the hand at his side. The hand did not stop trembling at his side. The hand trembled the way a hand trembles when the body that holds it has been holding for too long. The holding had gone past the muscle’s knowledge. The muscle did what the muscle did. He did not say. He did not show the station’s clerk. The trembling was his, and his alone. The alone was not the standing-between’s. The standing-between did not absorb it. The trembling went on. The trembling was the body’s. The body did not ask the standing-between’s permission.</w:t>
      </w:r>
    </w:p>
    <w:p>
      <w:pPr>
        <w:spacing w:line="360" w:lineRule="auto" w:after="0"/>
        <w:ind w:firstLine="283"/>
      </w:pPr>
      <w:r>
        <w:t>In the day’s last hour Rook went back to the Inspector-General’s quarters. The quarters were the zone’s edge-house’s small room, the cot, the table, the lamp. The body set the pack down at the table’s foot. The body unbuckled the pack’s flap. The body’s hand went into the pack. The body’s hand found the rope.</w:t>
      </w:r>
    </w:p>
    <w:p>
      <w:pPr>
        <w:spacing w:line="360" w:lineRule="auto" w:after="0"/>
        <w:ind w:firstLine="283"/>
      </w:pPr>
      <w:r>
        <w:t>The rope was a coil, the splice finished, the ends bound with the sail-thread. The rope had been in the body’s pack for fifteen years — the rope the fleet’s man had spliced in the spring of the third year, the rope the body had carried through the wound and the rearranging and the coast’s whole rearranged hinge, the rope the body had never used.</w:t>
      </w:r>
    </w:p>
    <w:p>
      <w:pPr>
        <w:spacing w:line="360" w:lineRule="auto" w:after="0"/>
        <w:ind w:firstLine="283"/>
      </w:pPr>
      <w:r>
        <w:t>The body’s hand took the rope out of the pack. The body’s hand held the rope in the level hand. Fifteen years the body’s.</w:t>
      </w:r>
    </w:p>
    <w:p>
      <w:pPr>
        <w:spacing w:line="360" w:lineRule="auto" w:after="0"/>
        <w:ind w:firstLine="283"/>
      </w:pPr>
      <w:r>
        <w:t>The body’s hand did not tie the rope to anything. The body’s hand held the rope. The body’s hand held the rope for a long breath. The body’s hand held the rope for two. The body’s hand held the rope for three.</w:t>
      </w:r>
    </w:p>
    <w:p>
      <w:pPr>
        <w:spacing w:line="360" w:lineRule="auto" w:after="0"/>
        <w:ind w:firstLine="283"/>
      </w:pPr>
      <w:r>
        <w:t>The body’s hand did not put the rope back in the pack. The body’s hand laid the rope on the table. The rope lay on the table in the coil. The rope was not in the pack. The table held the rope the way the table held the lamp: without voting, without choosing, without setting it down.</w:t>
      </w:r>
    </w:p>
    <w:p>
      <w:pPr>
        <w:spacing w:line="360" w:lineRule="auto" w:after="0"/>
        <w:ind w:firstLine="283"/>
      </w:pPr>
      <w:r>
        <w:t>The body went back to the lines. The rope stayed on the table.</w:t>
      </w:r>
    </w:p>
    <w:p>
      <w:pPr>
        <w:spacing w:line="360" w:lineRule="auto" w:after="0"/>
        <w:ind w:firstLine="283"/>
      </w:pPr>
      <w:r>
        <w:t>—</w:t>
      </w:r>
    </w:p>
    <w:p>
      <w:pPr>
        <w:spacing w:line="360" w:lineRule="auto" w:after="0"/>
        <w:ind w:firstLine="283"/>
      </w:pPr>
      <w:r>
        <w:t>The second day was in the gap.</w:t>
      </w:r>
    </w:p>
    <w:p>
      <w:pPr>
        <w:spacing w:line="360" w:lineRule="auto" w:after="0"/>
        <w:ind w:firstLine="283"/>
      </w:pPr>
      <w:r>
        <w:t>Tansy walked into the gap’s interior on the Thursday run with the kitchen’s party. The mules at the lane’s head, the pot’s thin in the casks at the mules’ backs, the rotation’s two at the casks’ heads, the keeper at the mules’ lead. The dawn was cold. The lane was narrow. The pot’s thin steamed at the casks’ open lids.</w:t>
      </w:r>
    </w:p>
    <w:p>
      <w:pPr>
        <w:spacing w:line="360" w:lineRule="auto" w:after="0"/>
        <w:ind w:firstLine="283"/>
      </w:pPr>
      <w:r>
        <w:t>At the gap’s first fireside the keeper stopped. The dented copper measure in the hand, the ladle in the other, the level portioned to the thumb. A bowl came up — the mender’s bowl, the clay bowl with the chip at the rim, the chip the mender had ground smooth with the river-stone. The keeper portioned the thin to the bowl. The mender took the bowl. The mender ate. The bowl went back to the mender’s knee. The basket sat at the mender’s knee. The wire and the stitch. The mender mended. The mender did not speak. The thin went on.</w:t>
      </w:r>
    </w:p>
    <w:p>
      <w:pPr>
        <w:spacing w:line="360" w:lineRule="auto" w:after="0"/>
        <w:ind w:firstLine="283"/>
      </w:pPr>
      <w:r>
        <w:t>At the second fireside Tansy took her turn at the lane’s edge. The runner’s log in the level hand. The corridor’s lanes carried the chest’s master sheets this week, and the corridor’s own carrying-lists, and the Inspector-General’s warrant for the gap’s edge-settlements’ Thursday passage. She counted the lanes’ exits — three — and the count was the habit. A stitch was set in a strap at the second fireside — the mender had walked up to the lane, the basket at the hip, and the mender’s hands had taken a torn strap from the rotation’s lead hand without breaking the strap’s owner’s step. The mender’s hands had stitched the strap with the sail-thread in the lane’s plain light while the mules drank at the ditch-line. The strap had gone back to the rotation’s lead hand. The lead hand had not stopped. The stitch was set. The mending was the speech. The lane went on.</w:t>
      </w:r>
    </w:p>
    <w:p>
      <w:pPr>
        <w:spacing w:line="360" w:lineRule="auto" w:after="0"/>
        <w:ind w:firstLine="283"/>
      </w:pPr>
      <w:r>
        <w:t>At the afternoon Tansy walked the lane’s last half-furlong alone, with the runner’s log in the level hand. The lane ended at the gap’s edge-settlement’s western wall, where the relief-stacks’ timber stood and the tarpaulins were nailed. The wall stood at the ground’s western edge. The chalk was in the runner’s pocket. The stub, the cloth-wrapped freight, the corridor’s own carried craft. Tansy did not take the chalk out. She counted the ways out — three — and looked at the wall. The year-ring’s small copied question — Who comes back? — was there, in the young one’s own hand, fading. The chalk’s letters held the wall’s weather in their edges. Tansy did not touch the letters. The hand knew. The body knew. The question was a door. The door had been stood at. The standing-at was in the chalk’s own fading.</w:t>
      </w:r>
    </w:p>
    <w:p>
      <w:pPr>
        <w:spacing w:line="360" w:lineRule="auto" w:after="0"/>
        <w:ind w:firstLine="283"/>
      </w:pPr>
      <w:r>
        <w:t>The evening came. The lane-house’s fire went up. The day’s freight went into the runner’s log in the level hand — the cask, the bowl, the stitch, the wall, the question’s fading — and at the log’s end, the hand wrote one line more:</w:t>
      </w:r>
    </w:p>
    <w:p>
      <w:pPr>
        <w:spacing w:line="360" w:lineRule="auto" w:after="0"/>
        <w:ind w:firstLine="283"/>
      </w:pPr>
      <w:r>
        <w:t>Went into the gap with the run. A bowl portioned; a stitch set; a lane walked; a glance at the wall. The question is carried.</w:t>
      </w:r>
    </w:p>
    <w:p>
      <w:pPr>
        <w:spacing w:line="360" w:lineRule="auto" w:after="0"/>
        <w:ind w:firstLine="283"/>
      </w:pPr>
      <w:r>
        <w:t>—</w:t>
      </w:r>
    </w:p>
    <w:p>
      <w:pPr>
        <w:spacing w:line="360" w:lineRule="auto" w:after="0"/>
        <w:ind w:firstLine="283"/>
      </w:pPr>
      <w:r>
        <w:t>The rope lay on the table in the Inspector-General’s quarters in the zone. The chalk lay in the runner’s pocket in the gap. The two objects did not know each other. The two objects did not need to.</w:t>
      </w:r>
    </w:p>
    <w:p>
      <w:pPr>
        <w:spacing w:line="360" w:lineRule="auto" w:after="0"/>
        <w:ind w:firstLine="283"/>
      </w:pPr>
      <w:r>
        <w:t>*</w:t>
      </w:r>
    </w:p>
    <w:p>
      <w:pPr>
        <w:spacing w:line="360" w:lineRule="auto" w:after="0"/>
        <w:ind w:firstLine="283"/>
      </w:pPr>
      <w:r>
        <w:t>The work was the evening scouring. The day’s serving done, the crockery at the yard’s basins — the cups and the bowls, the dented metal. The chipped clay —. The hands at the basins were the day’s hands: the edge-kitchen’s server, the south-end apprentice; the runner, Tansy, in from the Tuesday run; the pot’s two of the rotation. The wall behind the basins was the kitchen’s outer wall, old coast stone, un-owned, un-measured, in the yard’s last light. Sand. Swirl. Rinse. Stack.</w:t>
      </w:r>
    </w:p>
    <w:p>
      <w:pPr>
        <w:spacing w:line="360" w:lineRule="auto" w:after="0"/>
        <w:ind w:firstLine="283"/>
      </w:pPr>
      <w:r>
        <w:t>Tansy’s hands were full of the work. The chalk was in her pocket, the stub she carried for the corridor. She did not decide to make the mark. Her hand went to the pocket, the chalk came out, her hand went to the wall, and the line was made — small, askew, low, at the height where hands would pass it at the morning’s first scouring. The chalk went back in the pocket. The cups were scoured. The bowls were stacked.</w:t>
      </w:r>
    </w:p>
    <w:p>
      <w:pPr>
        <w:spacing w:line="360" w:lineRule="auto" w:after="0"/>
        <w:ind w:firstLine="283"/>
      </w:pPr>
      <w:r>
        <w:t>The server came to the wall at the basins’ end. Her eyes found the mark. She stood at the wall a breath.</w:t>
      </w:r>
    </w:p>
    <w:p>
      <w:pPr>
        <w:spacing w:line="360" w:lineRule="auto" w:after="0"/>
        <w:ind w:firstLine="283"/>
      </w:pPr>
      <w:r>
        <w:t>Her hand went to her own pocket. The chalk came out. The second line was made beside the first, at its own angle, not aligned, not matching. The chalk went back in the pocket, and she went back to the basins.</w:t>
      </w:r>
    </w:p>
    <w:p>
      <w:pPr>
        <w:spacing w:line="360" w:lineRule="auto" w:after="0"/>
        <w:ind w:firstLine="283"/>
      </w:pPr>
      <w:r>
        <w:t>Someone made a mark. Someone else saw it. The world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33 — The Plan Holds</w:t>
      </w:r>
    </w:p>
    <w:p>
      <w:pPr>
        <w:spacing w:line="360" w:lineRule="auto" w:after="0"/>
        <w:ind w:firstLine="283"/>
      </w:pPr>
      <w:r>
        <w:t>‖ ‖</w:t>
      </w:r>
    </w:p>
    <w:p>
      <w:pPr>
        <w:spacing w:line="360" w:lineRule="auto" w:after="0"/>
        <w:ind w:firstLine="283"/>
      </w:pPr>
      <w:r>
        <w:t>The Plan held. That was the third summer’s plain truth, and the truth stood in every zone-street’s ordinary light: the stabilized ground held; the chains’ bread moved; the medicine reached the children; the ration’s schedules kept their calendars; the sleeping went on sleeping. The Plan was the children’s sleeping, and the sleeping was true.</w:t>
      </w:r>
    </w:p>
    <w:p>
      <w:pPr>
        <w:spacing w:line="360" w:lineRule="auto" w:after="0"/>
        <w:ind w:firstLine="283"/>
      </w:pPr>
      <w:r>
        <w:t>Maren was at the zone’s hall that winter. The administrator — fifty-three now, three years the Plan’s whole coast-wide implementation’s own living spine — stood at the zone’s hall’s window in the winter’s middle month. The hall’s window looked south, over the zone’s stabilized ground, and the ground held.</w:t>
      </w:r>
    </w:p>
    <w:p>
      <w:pPr>
        <w:spacing w:line="360" w:lineRule="auto" w:after="0"/>
        <w:ind w:firstLine="283"/>
      </w:pPr>
      <w:r>
        <w:t>Maren’s body stood at the window. The administrator’s hands at the window’s sill, the administrator’s face at the winter’s plain light. The body was fifty-three years old. The body had held the Plan’s coast-wide implementation for three years. The body had held the Plan’s presentation, and the body had held the variance’s definition. The body had held the projections’ eleven million person-years. The body had held the first list’s nine thousand four hundred. Six. The body had held the failed threshold’s four thousand, two hundred. Thirty. The body had held the coup’s prevented night. The body had held the gap’s sealing. The body had held Ilma’s death.</w:t>
      </w:r>
    </w:p>
    <w:p>
      <w:pPr>
        <w:spacing w:line="360" w:lineRule="auto" w:after="0"/>
        <w:ind w:firstLine="283"/>
      </w:pPr>
      <w:r>
        <w:t>The pen lay on the administrator’s desk. The pen had not moved at the failed threshold, two years before. The pen had not moved since. The pen that had not certified the four thousand, two hundred and thirty — the pen that had not signed the harder choice — the pen that had held the line the administrator’s own craft had drawn.</w:t>
      </w:r>
    </w:p>
    <w:p>
      <w:pPr>
        <w:spacing w:line="360" w:lineRule="auto" w:after="0"/>
        <w:ind w:firstLine="283"/>
      </w:pPr>
      <w:r>
        <w:t>Maren’s hand went to the pen. The administrator’s hand at the desk, the administrator’s hand at the pen, the administrator’s hand that did not pick the pen up. The hand rested at the pen. The hand did not move the pen.</w:t>
      </w:r>
    </w:p>
    <w:p>
      <w:pPr>
        <w:spacing w:line="360" w:lineRule="auto" w:after="0"/>
        <w:ind w:firstLine="283"/>
      </w:pPr>
      <w:r>
        <w:t>The body held two memories.</w:t>
      </w:r>
    </w:p>
    <w:p>
      <w:pPr>
        <w:spacing w:line="360" w:lineRule="auto" w:after="0"/>
        <w:ind w:firstLine="283"/>
      </w:pPr>
      <w:r>
        <w:t>The first was a child. A girl, three years old, name of Rey — the second settlement’s edge, the year the failing started — lifted out of a burning kitchen by Maren’s own two hands the night the ground ate the second settlement’s west quarter. The girl had been sleeping under a table. The table had been the kitchen’s only standing thing. Maren had lifted the table, and Maren had lifted the girl. The girl had been carried to the relief-station in Maren’s arms. The girl had lived. The girl was nine now. The girl slept in a footed house. The girl’s sleeping was the Plan’s. The freight was the Plan’s holding the girl.</w:t>
      </w:r>
    </w:p>
    <w:p>
      <w:pPr>
        <w:spacing w:line="360" w:lineRule="auto" w:after="0"/>
        <w:ind w:firstLine="283"/>
      </w:pPr>
      <w:r>
        <w:t>The second memory was a man. A man of the gap’s edge-country, name of Ather — the mender’s own cousin, the corridor’s own carried — listed on the variance’s first coast-wide enumeration, the spring of the second year, the ninth page, the fourteenth entry. Ather had been a stone-splitter before the talking. Ather had two names, the way the mender had two names — Ather and Atlan —. The two names had been the variance’s own held form. The two names had been listed. The listing had been honest. The listing had not saved him. Ather had died in the sealed gap’s first winter, at the seam, the way Ilma had died, two months before Ilma. Ather had not been able to make the two days’ walk.</w:t>
      </w:r>
    </w:p>
    <w:p>
      <w:pPr>
        <w:spacing w:line="360" w:lineRule="auto" w:after="0"/>
        <w:ind w:firstLine="283"/>
      </w:pPr>
      <w:r>
        <w:t>The girl slept. The man was dead. The pen did not move.</w:t>
      </w:r>
    </w:p>
    <w:p>
      <w:pPr>
        <w:spacing w:line="360" w:lineRule="auto" w:after="0"/>
        <w:ind w:firstLine="283"/>
      </w:pPr>
      <w:r>
        <w:t>The face held the winter’s plain light. The two were held. The reckoning went on.</w:t>
      </w:r>
    </w:p>
    <w:p>
      <w:pPr>
        <w:spacing w:line="360" w:lineRule="auto" w:after="0"/>
        <w:ind w:firstLine="283"/>
      </w:pPr>
      <w:r>
        <w:t>*</w:t>
      </w:r>
    </w:p>
    <w:p>
      <w:pPr>
        <w:spacing w:line="360" w:lineRule="auto" w:after="0"/>
        <w:ind w:firstLine="283"/>
      </w:pPr>
      <w:r>
        <w:t>In another country — the valley of Oros, three hundred miles east, where the road had first been walked and the form first carried — the first book’s carrier moved through the form for the last time.</w:t>
      </w:r>
    </w:p>
    <w:p>
      <w:pPr>
        <w:spacing w:line="360" w:lineRule="auto" w:after="0"/>
        <w:ind w:firstLine="283"/>
      </w:pPr>
      <w:r>
        <w:t>The night before the Danse, Vasryn moved through the form. It was the last time. He did not know it was the last time. The body did not know. The body moved through the first step — the feet set, the weight centered — and the second step — the turn, the hips leading —. The third step — the pause, the held breath —. The fourth step, the fourth step that was not the diagram’s fourth step, the fourth step that was his own.</w:t>
      </w:r>
    </w:p>
    <w:p>
      <w:pPr>
        <w:spacing w:line="360" w:lineRule="auto" w:after="0"/>
        <w:ind w:firstLine="283"/>
      </w:pPr>
      <w:r>
        <w:t>The body was old now. The body was seventy-five. The right shoulder sat lower than the left. The knees had held the world’s whole ledger arriving in them at once, and the holding had cost the knees. The breath was shallow. The body moved through the form the way an old body moves through a form — slowly, with the cost visible, with the tremor in the wrist that the first diagram had held, the tremor that had been the worn, the tremor that had become the form.</w:t>
      </w:r>
    </w:p>
    <w:p>
      <w:pPr>
        <w:spacing w:line="360" w:lineRule="auto" w:after="0"/>
        <w:ind w:firstLine="283"/>
      </w:pPr>
      <w:r>
        <w:t>Kael watched from the fire. He was forty now. The coat was on his shoulders — the cuffs turned back twice. The clay cup was in his pocket — the dent at the rim. The chalk was in his pocket — the stub, the cardamom color. He watched the old man move through the form. He did not speak.</w:t>
      </w:r>
    </w:p>
    <w:p>
      <w:pPr>
        <w:spacing w:line="360" w:lineRule="auto" w:after="0"/>
        <w:ind w:firstLine="283"/>
      </w:pPr>
      <w:r>
        <w:t>The old man finished the form. He stood at the fire’s edge. The body was still. The breath was shallow. The form was done.</w:t>
      </w:r>
    </w:p>
    <w:p>
      <w:pPr>
        <w:spacing w:line="360" w:lineRule="auto" w:after="0"/>
        <w:ind w:firstLine="283"/>
      </w:pPr>
      <w:r>
        <w:t>He looked at Kael. He did not speak. The looking was the speaking. The looking was the whole of the teaching — the form, the practice, the carrying, the watching. The looking was the inheritance.</w:t>
      </w:r>
    </w:p>
    <w:p>
      <w:pPr>
        <w:spacing w:line="360" w:lineRule="auto" w:after="0"/>
        <w:ind w:firstLine="283"/>
      </w:pPr>
      <w:r>
        <w:t>The next morning, Vasryn did not rise. The body was on the bed. The body was still. The form was gone.</w:t>
      </w:r>
    </w:p>
    <w:p>
      <w:pPr>
        <w:spacing w:line="360" w:lineRule="auto" w:after="0"/>
        <w:ind w:firstLine="283"/>
      </w:pPr>
      <w:r>
        <w:t>Kael buried him at the fireside. He did not mark the grave with a monument. He marked it with two lines — neither straight, neither corrected — and a caret. The two lines said: someone was here, and someone was here. They were not the same someone. Neither of them was straight. Neither of them was corrected. The caret said: these lines were not made by me; I only copied them.</w:t>
      </w:r>
    </w:p>
    <w:p>
      <w:pPr>
        <w:spacing w:line="360" w:lineRule="auto" w:after="0"/>
        <w:ind w:firstLine="283"/>
      </w:pPr>
      <w:r>
        <w:t>The form went on.</w:t>
      </w:r>
    </w:p>
    <w:p>
      <w:pPr>
        <w:spacing w:line="360" w:lineRule="auto" w:after="0"/>
        <w:ind w:firstLine="283"/>
      </w:pPr>
      <w:r>
        <w:t>*</w:t>
      </w:r>
    </w:p>
    <w:p>
      <w:pPr>
        <w:ind w:firstLine="0"/>
        <w:jc w:val="center"/>
      </w:pPr>
      <w:r>
        <w:rPr>
          <w:color w:val="AAAAAA"/>
        </w:rPr>
        <w:t>❖</w:t>
      </w:r>
    </w:p>
    <w:p>
      <w:pPr>
        <w:spacing w:before="360" w:after="240"/>
        <w:ind w:firstLine="0"/>
        <w:jc w:val="center"/>
      </w:pPr>
      <w:r>
        <w:rPr>
          <w:b/>
          <w:i/>
          <w:color w:val="333333"/>
          <w:sz w:val="26"/>
        </w:rPr>
        <w:t>Chapter 34 — The Third Danse</w:t>
      </w:r>
    </w:p>
    <w:p>
      <w:pPr>
        <w:spacing w:line="360" w:lineRule="auto" w:after="0"/>
        <w:ind w:firstLine="283"/>
      </w:pPr>
      <w:r>
        <w:t>‖ ‖</w:t>
      </w:r>
    </w:p>
    <w:p>
      <w:pPr>
        <w:spacing w:line="360" w:lineRule="auto" w:after="0"/>
        <w:ind w:firstLine="283"/>
      </w:pPr>
      <w:r>
        <w:t>Three hundred miles east of the Plan's last survey stake, in the valley of Oros, nobody had measured anything in years.</w:t>
      </w:r>
    </w:p>
    <w:p>
      <w:pPr>
        <w:spacing w:line="360" w:lineRule="auto" w:after="0"/>
        <w:ind w:firstLine="283"/>
      </w:pPr>
      <w:r>
        <w:t>Kael hung the kettle on the fire's hook at dusk and sat down across from the old man, and for a while neither of them said anything, which was how they said most things.</w:t>
      </w:r>
    </w:p>
    <w:p>
      <w:pPr>
        <w:spacing w:line="360" w:lineRule="auto" w:after="0"/>
        <w:ind w:firstLine="283"/>
      </w:pPr>
      <w:r>
        <w:t>He was forty. The coat was on his shoulders, the cuffs turned back twice and gone shiny with it. The cup was in one pocket, dented at the rim. The chalk was in the other, a stub the color of cardamom, worn to the shape of his grip. The knife sat against his chest, heavy for its size.</w:t>
      </w:r>
    </w:p>
    <w:p>
      <w:pPr>
        <w:spacing w:line="360" w:lineRule="auto" w:after="0"/>
        <w:ind w:firstLine="283"/>
      </w:pPr>
      <w:r>
        <w:t>Vasryn was seventy-five. They had both come back to the valley. Neither had said how, and neither had asked. The montante still stood in the earth on the ridge where he had left it. That's still there, he'd said, the day he arrived. Nobody's touched it, Kael had said. It was most of what they'd said since.</w:t>
      </w:r>
    </w:p>
    <w:p>
      <w:pPr>
        <w:spacing w:line="360" w:lineRule="auto" w:after="0"/>
        <w:ind w:firstLine="283"/>
      </w:pPr>
      <w:r>
        <w:t>The fire popped. The old man was looking into it the way you look at a letter you already know.</w:t>
      </w:r>
    </w:p>
    <w:p>
      <w:pPr>
        <w:spacing w:line="360" w:lineRule="auto" w:after="0"/>
        <w:ind w:firstLine="283"/>
      </w:pPr>
      <w:r>
        <w:t>"The kitchen," Vasryn said. "On the ridge. You were close enough to smell it."</w:t>
      </w:r>
    </w:p>
    <w:p>
      <w:pPr>
        <w:spacing w:line="360" w:lineRule="auto" w:after="0"/>
        <w:ind w:firstLine="283"/>
      </w:pPr>
      <w:r>
        <w:t>Kael had been waiting a long time for the question.</w:t>
      </w:r>
    </w:p>
    <w:p>
      <w:pPr>
        <w:spacing w:line="360" w:lineRule="auto" w:after="0"/>
        <w:ind w:firstLine="283"/>
      </w:pPr>
      <w:r>
        <w:t>"Bread," he said. "Smoke. Something sweet under it, like aniseed. You called it licorice. Wet wool drying. Hot iron, like a stove that's been lit since morning."</w:t>
      </w:r>
    </w:p>
    <w:p>
      <w:pPr>
        <w:spacing w:line="360" w:lineRule="auto" w:after="0"/>
        <w:ind w:firstLine="283"/>
      </w:pPr>
      <w:r>
        <w:t>Vasryn listened with his eyes shut. He had a way of listening to lists now, like a man hearing his own name read out.</w:t>
      </w:r>
    </w:p>
    <w:p>
      <w:pPr>
        <w:spacing w:line="360" w:lineRule="auto" w:after="0"/>
        <w:ind w:firstLine="283"/>
      </w:pPr>
      <w:r>
        <w:t>"Again."</w:t>
      </w:r>
    </w:p>
    <w:p>
      <w:pPr>
        <w:spacing w:line="360" w:lineRule="auto" w:after="0"/>
        <w:ind w:firstLine="283"/>
      </w:pPr>
      <w:r>
        <w:t>Kael said it again.</w:t>
      </w:r>
    </w:p>
    <w:p>
      <w:pPr>
        <w:spacing w:line="360" w:lineRule="auto" w:after="0"/>
        <w:ind w:firstLine="283"/>
      </w:pPr>
      <w:r>
        <w:t>The old man opened his eyes. "Still words," he said, mildly. He considered. "It's a good list."</w:t>
      </w:r>
    </w:p>
    <w:p>
      <w:pPr>
        <w:spacing w:line="360" w:lineRule="auto" w:after="0"/>
        <w:ind w:firstLine="283"/>
      </w:pPr>
      <w:r>
        <w:t>"I kept it," Kael said. "In case."</w:t>
      </w:r>
    </w:p>
    <w:p>
      <w:pPr>
        <w:spacing w:line="360" w:lineRule="auto" w:after="0"/>
        <w:ind w:firstLine="283"/>
      </w:pPr>
      <w:r>
        <w:t>He hadn't known he would say that. The old man looked at him for a while, and then at the fire. Something that wasn't quite a smile crossed the lower half of his face and did not stay.</w:t>
      </w:r>
    </w:p>
    <w:p>
      <w:pPr>
        <w:spacing w:line="360" w:lineRule="auto" w:after="0"/>
        <w:ind w:firstLine="283"/>
      </w:pPr>
      <w:r>
        <w:t>He stood in sections. Hands on his knees first. Then the left leg, which did what it was told. Then the right, which did it later. Kael didn't help. He had learned not to the way he had learned his trade, by getting it wrong in front of somebody.</w:t>
      </w:r>
    </w:p>
    <w:p>
      <w:pPr>
        <w:spacing w:line="360" w:lineRule="auto" w:after="0"/>
        <w:ind w:firstLine="283"/>
      </w:pPr>
      <w:r>
        <w:t>Vasryn walked to the fire's edge where the ground was flat and stood with his back to the dark.</w:t>
      </w:r>
    </w:p>
    <w:p>
      <w:pPr>
        <w:spacing w:line="360" w:lineRule="auto" w:after="0"/>
        <w:ind w:firstLine="283"/>
      </w:pPr>
      <w:r>
        <w:t>Kael counted. He had counted every time he'd seen it. He was the only one left who had watched this thing being paid for, and he knew where each payment was.</w:t>
      </w:r>
    </w:p>
    <w:p>
      <w:pPr>
        <w:spacing w:line="360" w:lineRule="auto" w:after="0"/>
        <w:ind w:firstLine="283"/>
      </w:pPr>
      <w:r>
        <w:t>Feet set.</w:t>
      </w:r>
    </w:p>
    <w:p>
      <w:pPr>
        <w:spacing w:line="360" w:lineRule="auto" w:after="0"/>
        <w:ind w:firstLine="283"/>
      </w:pPr>
      <w:r>
        <w:t>The shoulder dropped. It didn't wait for a step. On the ridge it had waited for the fourteenth. In the rain, the fourth. Now it dropped just from the man standing up, the right shoulder sitting a hand and a half below the left, a plumb hung off true for so long that the air around it seemed to have leaned to meet it.</w:t>
      </w:r>
    </w:p>
    <w:p>
      <w:pPr>
        <w:spacing w:line="360" w:lineRule="auto" w:after="0"/>
        <w:ind w:firstLine="283"/>
      </w:pPr>
      <w:r>
        <w:t>Weight centered. The right hand rose toward the sternum and shook before it had gone anywhere. The shaking ran through the wrist. The forearm. The sleeve. Kael had watched it begin once, in the heat of a doorway: a single finger that hadn't meant to move. It had been a flaw then. It had been a flaw for years. Somewhere on the road it had stopped being one. The hand shook, and the shake was where the step ended.</w:t>
      </w:r>
    </w:p>
    <w:p>
      <w:pPr>
        <w:spacing w:line="360" w:lineRule="auto" w:after="0"/>
        <w:ind w:firstLine="283"/>
      </w:pPr>
      <w:r>
        <w:t>The turn, hips leading. The right foot came after the left, a half-breath, as it had since Atherin. But the lag had stopped being a lag. The old man had made room for it. There was a place in the step now where the left leg waited and the right arrived, and to anyone who hadn't seen it paid for, it looked like a pause on purpose.</w:t>
      </w:r>
    </w:p>
    <w:p>
      <w:pPr>
        <w:spacing w:line="360" w:lineRule="auto" w:after="0"/>
        <w:ind w:firstLine="283"/>
      </w:pPr>
      <w:r>
        <w:t>The third step is the pause. In the rain it had been a beast's whole lunge, let go by him. Now nothing lunged. He held the breath the width of the lunge anyway, out of courtesy to whatever used to be there.</w:t>
      </w:r>
    </w:p>
    <w:p>
      <w:pPr>
        <w:spacing w:line="360" w:lineRule="auto" w:after="0"/>
        <w:ind w:firstLine="283"/>
      </w:pPr>
      <w:r>
        <w:t>The fourth step was his own.</w:t>
      </w:r>
    </w:p>
    <w:p>
      <w:pPr>
        <w:spacing w:line="360" w:lineRule="auto" w:after="0"/>
        <w:ind w:firstLine="283"/>
      </w:pPr>
      <w:r>
        <w:t>Kael had seen it come into the form once and never seen it done the same way twice. The old man lifted his left foot and held it, waiting, while the slow half of him caught up. No beast to make it fast. No door to make it slow. A step that waited for the rest of him.</w:t>
      </w:r>
    </w:p>
    <w:p>
      <w:pPr>
        <w:spacing w:line="360" w:lineRule="auto" w:after="0"/>
        <w:ind w:firstLine="283"/>
      </w:pPr>
      <w:r>
        <w:t>Five. Six. Seven.</w:t>
      </w:r>
    </w:p>
    <w:p>
      <w:pPr>
        <w:spacing w:line="360" w:lineRule="auto" w:after="0"/>
        <w:ind w:firstLine="283"/>
      </w:pPr>
      <w:r>
        <w:t>At the eighth step the form goes low. On the ridge it had been the wide step, the body dropping, the palms pressing, the earth taking him. Now the knees had paid for all of it at once. He went down a hand's breadth and no farther. The earth, as an old courtesy, came up to meet him.</w:t>
      </w:r>
    </w:p>
    <w:p>
      <w:pPr>
        <w:spacing w:line="360" w:lineRule="auto" w:after="0"/>
        <w:ind w:firstLine="283"/>
      </w:pPr>
      <w:r>
        <w:t>Nine. Ten. Eleven.</w:t>
      </w:r>
    </w:p>
    <w:p>
      <w:pPr>
        <w:spacing w:line="360" w:lineRule="auto" w:after="0"/>
        <w:ind w:firstLine="283"/>
      </w:pPr>
      <w:r>
        <w:t>Kael kept counting. It was what he did.</w:t>
      </w:r>
    </w:p>
    <w:p>
      <w:pPr>
        <w:spacing w:line="360" w:lineRule="auto" w:after="0"/>
        <w:ind w:firstLine="283"/>
      </w:pPr>
      <w:r>
        <w:t>On the twelfth the hands rose and closed on nothing, a reach for a grip that wasn't there, as they had in the rain. Then, for the first time Kael had ever seen, the hands opened. Not on a rail. Just open. Palms up, empty, in front of him in the firelight, the way something had once held out its hand to him in the dark. He held them out now to the dark behind the fire, in case anybody was there.</w:t>
      </w:r>
    </w:p>
    <w:p>
      <w:pPr>
        <w:spacing w:line="360" w:lineRule="auto" w:after="0"/>
        <w:ind w:firstLine="283"/>
      </w:pPr>
      <w:r>
        <w:t>The tremor ran through both. He held them there for the length of the step.</w:t>
      </w:r>
    </w:p>
    <w:p>
      <w:pPr>
        <w:spacing w:line="360" w:lineRule="auto" w:after="0"/>
        <w:ind w:firstLine="283"/>
      </w:pPr>
      <w:r>
        <w:t>Thirteen. Fourteen. The kettle began to sing.</w:t>
      </w:r>
    </w:p>
    <w:p>
      <w:pPr>
        <w:spacing w:line="360" w:lineRule="auto" w:after="0"/>
        <w:ind w:firstLine="283"/>
      </w:pPr>
      <w:r>
        <w:t>Kael's eyes did not leave the man. His hand went out, found the hook without looking, lifted the kettle off, and set it on the stone. He had twenty years of kettles and the scars across two knuckles to show for it. It was the plainest thing he did all night.</w:t>
      </w:r>
    </w:p>
    <w:p>
      <w:pPr>
        <w:spacing w:line="360" w:lineRule="auto" w:after="0"/>
        <w:ind w:firstLine="283"/>
      </w:pPr>
      <w:r>
        <w:t>Fifteen. Sixteen. Seventeen.</w:t>
      </w:r>
    </w:p>
    <w:p>
      <w:pPr>
        <w:spacing w:line="360" w:lineRule="auto" w:after="0"/>
        <w:ind w:firstLine="283"/>
      </w:pPr>
      <w:r>
        <w:t>The old man was slow. He had always been precise, and now he was slow as well, and the slowness was the precision with nothing left over. The shoulder, the hand, the foot, the knees. Kael knew every one. The smell had been paid for too, and he knew that one by what the man couldn't say.</w:t>
      </w:r>
    </w:p>
    <w:p>
      <w:pPr>
        <w:spacing w:line="360" w:lineRule="auto" w:after="0"/>
        <w:ind w:firstLine="283"/>
      </w:pPr>
      <w:r>
        <w:t>Eighteen. Nineteen. Twenty.</w:t>
      </w:r>
    </w:p>
    <w:p>
      <w:pPr>
        <w:spacing w:line="360" w:lineRule="auto" w:after="0"/>
        <w:ind w:firstLine="283"/>
      </w:pPr>
      <w:r>
        <w:t>At the twenty-first step the form wants a sentence. Kael watched the old man's mouth. It moved on the first words, he saw that. Then it stopped, and the fire said what the fire said. Whatever the sentence was for, it had been said. It had been heard.</w:t>
      </w:r>
    </w:p>
    <w:p>
      <w:pPr>
        <w:spacing w:line="360" w:lineRule="auto" w:after="0"/>
        <w:ind w:firstLine="283"/>
      </w:pPr>
      <w:r>
        <w:t>Twenty-two through twenty-five he did leaning, though nothing pulled. It was only the body going on without being asked, the way it had learned to.</w:t>
      </w:r>
    </w:p>
    <w:p>
      <w:pPr>
        <w:spacing w:line="360" w:lineRule="auto" w:after="0"/>
        <w:ind w:firstLine="283"/>
      </w:pPr>
      <w:r>
        <w:t>The twenty-sixth step is a turn. He took it, and put his back to nothing.</w:t>
      </w:r>
    </w:p>
    <w:p>
      <w:pPr>
        <w:spacing w:line="360" w:lineRule="auto" w:after="0"/>
        <w:ind w:firstLine="283"/>
      </w:pPr>
      <w:r>
        <w:t>The twenty-seventh, the hands coming together. The twenty-eighth, coming home. The twenty-ninth, the weight at center, the breath.</w:t>
      </w:r>
    </w:p>
    <w:p>
      <w:pPr>
        <w:spacing w:line="360" w:lineRule="auto" w:after="0"/>
        <w:ind w:firstLine="283"/>
      </w:pPr>
      <w:r>
        <w:t>The thirtieth is nothing at all. It's staying where you've finished.</w:t>
      </w:r>
    </w:p>
    <w:p>
      <w:pPr>
        <w:spacing w:line="360" w:lineRule="auto" w:after="0"/>
        <w:ind w:firstLine="283"/>
      </w:pPr>
      <w:r>
        <w:t>He stayed there. The breath came shallow and went. The fire settled. Kael had stopped counting. There was nothing left to count.</w:t>
      </w:r>
    </w:p>
    <w:p>
      <w:pPr>
        <w:spacing w:line="360" w:lineRule="auto" w:after="0"/>
        <w:ind w:firstLine="283"/>
      </w:pPr>
      <w:r>
        <w:t>Vasryn turned and looked at him across the fire.</w:t>
      </w:r>
    </w:p>
    <w:p>
      <w:pPr>
        <w:spacing w:line="360" w:lineRule="auto" w:after="0"/>
        <w:ind w:firstLine="283"/>
      </w:pPr>
      <w:r>
        <w:t>He didn't speak. He had said everything he had to say, and most of it had been wrong the first time. The look was all of it: the form, the practice, the carrying, the watching. Kael looked back. He didn't look away, which had once been either respect or arithmetic and was now only looking.</w:t>
      </w:r>
    </w:p>
    <w:p>
      <w:pPr>
        <w:spacing w:line="360" w:lineRule="auto" w:after="0"/>
        <w:ind w:firstLine="283"/>
      </w:pPr>
      <w:r>
        <w:t>The old man sat down in sections. When he was down, he lifted one hand an inch off his knee, a gesture Kael didn't know, one that had belonged to somebody older and a long way away. It might have meant anything. Kael lifted his own hand an inch. It seemed right.</w:t>
      </w:r>
    </w:p>
    <w:p>
      <w:pPr>
        <w:spacing w:line="360" w:lineRule="auto" w:after="0"/>
        <w:ind w:firstLine="283"/>
      </w:pPr>
      <w:r>
        <w:t>Then the old man held out the hand, palm up, for the chalk.</w:t>
      </w:r>
    </w:p>
    <w:p>
      <w:pPr>
        <w:spacing w:line="360" w:lineRule="auto" w:after="0"/>
        <w:ind w:firstLine="283"/>
      </w:pPr>
      <w:r>
        <w:t>Kael gave him the stub. Vasryn leaned, with the whole slow weight of it, and drew a line on the flat hearthstone beside the fire. A finger's width, vertical. It wandered. It leaned and shook and recovered, like a man crossing a field in snow. He gave back the chalk.</w:t>
      </w:r>
    </w:p>
    <w:p>
      <w:pPr>
        <w:spacing w:line="360" w:lineRule="auto" w:after="0"/>
        <w:ind w:firstLine="283"/>
      </w:pPr>
      <w:r>
        <w:t>Kael didn't ask. He poured two cups from the kettle and set one by the old man's hand, where it would be when the hand wanted it. The old man went to the cot. The tea went cold. Kael left it where it was.</w:t>
      </w:r>
    </w:p>
    <w:p>
      <w:pPr>
        <w:spacing w:line="360" w:lineRule="auto" w:after="0"/>
        <w:ind w:firstLine="283"/>
      </w:pPr>
      <w:r>
        <w:t>In the morning Vasryn did not rise.</w:t>
      </w:r>
    </w:p>
    <w:p>
      <w:pPr>
        <w:spacing w:line="360" w:lineRule="auto" w:after="0"/>
        <w:ind w:firstLine="283"/>
      </w:pPr>
      <w:r>
        <w:t>Kael knew from the door. The room was the wrong kind of quiet, the kind a house has when a held breath has been let go in it. He stood a while. Then he sat on the floor by the cot, because someone should, and stayed until the light came up the wall.</w:t>
      </w:r>
    </w:p>
    <w:p>
      <w:pPr>
        <w:spacing w:line="360" w:lineRule="auto" w:after="0"/>
        <w:ind w:firstLine="283"/>
      </w:pPr>
      <w:r>
        <w:t>He buried him at the fireside, in the valley's dirt, the other dirt, the cold under-stone kind. It took the morning. He counted the shovels. He couldn't help it.</w:t>
      </w:r>
    </w:p>
    <w:p>
      <w:pPr>
        <w:spacing w:line="360" w:lineRule="auto" w:after="0"/>
        <w:ind w:firstLine="283"/>
      </w:pPr>
      <w:r>
        <w:t>The old man had asked once, at a well, for no monument. Kael had never wanted to disobey anything more.</w:t>
      </w:r>
    </w:p>
    <w:p>
      <w:pPr>
        <w:spacing w:line="360" w:lineRule="auto" w:after="0"/>
        <w:ind w:firstLine="283"/>
      </w:pPr>
      <w:r>
        <w:t>So he lifted the hearthstone with the old man's line on it and set it at the head of the grave. He knelt, took the cardamom stub out of his pocket, and drew his own line beside it. He copied it. The wander, the lean, the shake. Every part. It came out different. Of course it did. Two lines, neither straight, side by side on the stone.</w:t>
      </w:r>
    </w:p>
    <w:p>
      <w:pPr>
        <w:spacing w:line="360" w:lineRule="auto" w:after="0"/>
        <w:ind w:firstLine="283"/>
      </w:pPr>
      <w:r>
        <w:t>Under them he drew a caret, the clerk's mark for a thing added by another hand. Mira had taught him that. The clerks had never meant it kindly.</w:t>
      </w:r>
    </w:p>
    <w:p>
      <w:pPr>
        <w:spacing w:line="360" w:lineRule="auto" w:after="0"/>
        <w:ind w:firstLine="283"/>
      </w:pPr>
      <w:r>
        <w:t>The rain would take the color. He took out the knife and cut both lines and the caret into the stone, slowly, the way a blade goes that was never made for it. The handle sat in his hand with its four shapes, as it always had. The grooves held. The grooves would go on holding.</w:t>
      </w:r>
    </w:p>
    <w:p>
      <w:pPr>
        <w:spacing w:line="360" w:lineRule="auto" w:after="0"/>
        <w:ind w:firstLine="283"/>
      </w:pPr>
      <w:r>
        <w:t>He sat back on his heels.</w:t>
      </w:r>
    </w:p>
    <w:p>
      <w:pPr>
        <w:spacing w:line="360" w:lineRule="auto" w:after="0"/>
        <w:ind w:firstLine="283"/>
      </w:pPr>
      <w:r>
        <w:t>The cup was there on the ground where he'd left it the night before, still full, still cold. He drank it. It was there, and it was his.</w:t>
      </w:r>
    </w:p>
    <w:p>
      <w:pPr>
        <w:spacing w:line="360" w:lineRule="auto" w:after="0"/>
        <w:ind w:firstLine="283"/>
      </w:pPr>
      <w:r>
        <w:t>Then he stood in the first light, in front of the stone, and set his feet.</w:t>
      </w:r>
    </w:p>
    <w:p>
      <w:pPr>
        <w:spacing w:line="360" w:lineRule="auto" w:after="0"/>
        <w:ind w:firstLine="283"/>
      </w:pPr>
      <w:r>
        <w:t>He took the apple from the sill. Vasryn had kept three. He ate one and set the core by the grave, between the hearthstone and the cup. The apple had been red. The apple had been the last sweet thing the old man had asked for, and Kael had brought them from the valley’s edge two mornings before. The apple was the second thing he had not been able to save. The first had been a girl. The third would be himself.</w:t>
      </w:r>
    </w:p>
    <w:p>
      <w:pPr>
        <w:spacing w:line="360" w:lineRule="auto" w:after="0"/>
        <w:ind w:firstLine="283"/>
      </w:pPr>
      <w:r>
        <w:t>Feet set. Weight centered. The hand rose toward the sternum, and did not shake. His right shoulder stayed level with his left. He had kept the steps and let the rest go with the man who had paid for it. It would be wrong for a while. Then it would be his.</w:t>
      </w:r>
    </w:p>
    <w:p>
      <w:pPr>
        <w:spacing w:line="360" w:lineRule="auto" w:after="0"/>
        <w:ind w:firstLine="283"/>
      </w:pPr>
      <w:r>
        <w:t>Up on the ridge the sun found the montante, still standing in the earth.</w:t>
      </w:r>
    </w:p>
    <w:p>
      <w:pPr>
        <w:spacing w:line="360" w:lineRule="auto" w:after="0"/>
        <w:ind w:firstLine="283"/>
      </w:pPr>
      <w:r>
        <w:t>Kael went to the well. It was morning, and the well was where it had always been.</w:t>
      </w:r>
    </w:p>
    <w:p>
      <w:pPr>
        <w:ind w:firstLine="0"/>
        <w:jc w:val="center"/>
      </w:pPr>
      <w:r>
        <w:rPr>
          <w:color w:val="AAAAAA"/>
        </w:rPr>
        <w:t>❖</w:t>
      </w:r>
    </w:p>
    <w:p>
      <w:pPr>
        <w:spacing w:line="360" w:lineRule="auto" w:after="0"/>
        <w:ind w:firstLine="283"/>
      </w:pPr>
      <w:r>
        <w:t>Part Two — The Reconciliation</w:t>
      </w:r>
    </w:p>
    <w:p>
      <w:pPr>
        <w:spacing w:line="360" w:lineRule="auto" w:after="0"/>
        <w:ind w:firstLine="283"/>
      </w:pPr>
      <w:r>
        <w:t>Scene 1 — The Approach</w:t>
      </w:r>
    </w:p>
    <w:p>
      <w:pPr>
        <w:spacing w:line="360" w:lineRule="auto" w:after="0"/>
        <w:ind w:firstLine="283"/>
      </w:pPr>
      <w:r>
        <w:t>Nessa walked to the lane-house. She had not seen Nima in ten years.</w:t>
      </w:r>
    </w:p>
    <w:p>
      <w:pPr>
        <w:spacing w:line="360" w:lineRule="auto" w:after="0"/>
        <w:ind w:firstLine="283"/>
      </w:pPr>
      <w:r>
        <w:t>The pot’s lip was beaten back by a hammer. The lip had not been beaten forward. The dented copper measure was in Nessa’s hand. The dent was to the thumb. The measure was the kitchen’s oldest kept thing. The measure had been carried across the gap, in Nessa’s hand, for two days. The dent sat in the thumb’s old place. The thumb sat in the dent’s old place. The two places were the same place.</w:t>
      </w:r>
    </w:p>
    <w:p>
      <w:pPr>
        <w:spacing w:line="360" w:lineRule="auto" w:after="0"/>
        <w:ind w:firstLine="283"/>
      </w:pPr>
      <w:r>
        <w:t>The walk took two days. The walk went through the gap’s middle country, the rearranged ground, the talking’s third pitch. The walk went past the third settlement’s yard. The walk went past the seam’s rim. The walk went past the chalk on the timber — the old question, low, at a child’s height, in the white chalk’s fading letters. Nessa did not stop at the question. The question was the corridor’s. The question was for the guide.</w:t>
      </w:r>
    </w:p>
    <w:p>
      <w:pPr>
        <w:spacing w:line="360" w:lineRule="auto" w:after="0"/>
        <w:ind w:firstLine="283"/>
      </w:pPr>
      <w:r>
        <w:t>The walk’s body was the keeper’s body. The boots were the kitchen’s. The boots were thin at the soles. The boots had walked the Landing’s yard for thirty years. The boots had not walked the gap before. The gap’s ground was rearranged. The gap’s ground was the talking’s third pitch. The boots found the ground. The ground held the boots.</w:t>
      </w:r>
    </w:p>
    <w:p>
      <w:pPr>
        <w:spacing w:line="360" w:lineRule="auto" w:after="0"/>
        <w:ind w:firstLine="283"/>
      </w:pPr>
      <w:r>
        <w:t>The walk went to the lane-house.</w:t>
      </w:r>
    </w:p>
    <w:p>
      <w:pPr>
        <w:spacing w:line="360" w:lineRule="auto" w:after="0"/>
        <w:ind w:firstLine="283"/>
      </w:pPr>
      <w:r>
        <w:t>The lane-house stood at the lane’s mouth. The lane-house was the corridor’s. The lane-house had a door. The door was the people’s. The door opened from the inside.</w:t>
      </w:r>
    </w:p>
    <w:p>
      <w:pPr>
        <w:spacing w:line="360" w:lineRule="auto" w:after="0"/>
        <w:ind w:firstLine="283"/>
      </w:pPr>
      <w:r>
        <w:t>The lane-house had a lantern’s hook beside the door. The lantern was lit. The lantern’s light was the corridor’s. The light fell on the threshold. The light fell on the door’s edge. The door’s edge was worn smooth by twenty years of opening. The worn was the carrying’s. The carrying had made the worn.</w:t>
      </w:r>
    </w:p>
    <w:p>
      <w:pPr>
        <w:spacing w:line="360" w:lineRule="auto" w:after="0"/>
        <w:ind w:firstLine="283"/>
      </w:pPr>
      <w:r>
        <w:t>Nessa stood at the door. She did not knock.</w:t>
      </w:r>
    </w:p>
    <w:p>
      <w:pPr>
        <w:spacing w:line="360" w:lineRule="auto" w:after="0"/>
        <w:ind w:firstLine="283"/>
      </w:pPr>
      <w:r>
        <w:t>Nessa stood at the door. The dented copper measure was in her hand. The measure’s weight was the kitchen’s weight. The keeper’s breath was the morning’s breath. The keeper did not knock. The keeper stood. The standing was the kitchen’s. The kitchen stood at the corridor’s door. The kitchen did not knock.</w:t>
      </w:r>
    </w:p>
    <w:p>
      <w:pPr>
        <w:spacing w:line="360" w:lineRule="auto" w:after="0"/>
        <w:ind w:firstLine="283"/>
      </w:pPr>
      <w:r>
        <w:t>The threshold was the coast’s oldest ordinary stone. The stone was the stone that the lane-house’s first setter had laid, and the stone had been laid level, and the level was the stone’s. The threshold was the door’s ground. The threshold was where the kitchen and the corridor met. The stone had been walked over for twenty years. The stone was worn smooth at the center. The worn was the carrying’s. The carrying had made the worn. The worn held the carrying.</w:t>
      </w:r>
    </w:p>
    <w:p>
      <w:pPr>
        <w:spacing w:line="360" w:lineRule="auto" w:after="0"/>
        <w:ind w:firstLine="283"/>
      </w:pPr>
      <w:r>
        <w:t>Nessa stood at the threshold. The dented copper measure was in her hand. The dent was to the thumb.</w:t>
      </w:r>
    </w:p>
    <w:p>
      <w:pPr>
        <w:spacing w:line="360" w:lineRule="auto" w:after="0"/>
        <w:ind w:firstLine="283"/>
      </w:pPr>
      <w:r>
        <w:t>She did not knock.</w:t>
      </w:r>
    </w:p>
    <w:p>
      <w:pPr>
        <w:spacing w:line="360" w:lineRule="auto" w:after="0"/>
        <w:ind w:firstLine="283"/>
      </w:pPr>
      <w:r>
        <w:t>The door was the people’s. The door opened from the inside. The knocking was not the kitchen’s. The kitchen portioned. The kitchen did not knock.</w:t>
      </w:r>
    </w:p>
    <w:p>
      <w:pPr>
        <w:spacing w:line="360" w:lineRule="auto" w:after="0"/>
        <w:ind w:firstLine="283"/>
      </w:pPr>
      <w:r>
        <w:t>The door opened.</w:t>
      </w:r>
    </w:p>
    <w:p>
      <w:pPr>
        <w:spacing w:line="360" w:lineRule="auto" w:after="0"/>
        <w:ind w:firstLine="283"/>
      </w:pPr>
      <w:r>
        <w:t>Nima stood in the door. The pack-strap was on Nima’s shoulder. The strap had been mended. The strap would need mending again. The strap was the corridor’s oldest kept thing. The sail-thread sat in the strap’s last mend. The mend sat in the strap’s old place. The two places were the same place.</w:t>
      </w:r>
    </w:p>
    <w:p>
      <w:pPr>
        <w:spacing w:line="360" w:lineRule="auto" w:after="0"/>
        <w:ind w:firstLine="283"/>
      </w:pPr>
      <w:r>
        <w:t>The two stood at the threshold. The two did not speak. The two did not need to. The threshold held the two. The threshold was the coast’s oldest ordinary stone. The stone was worn smooth at the center.</w:t>
      </w:r>
    </w:p>
    <w:p>
      <w:pPr>
        <w:spacing w:line="360" w:lineRule="auto" w:after="0"/>
        <w:ind w:firstLine="283"/>
      </w:pPr>
      <w:r>
        <w:t>The slate hung on its nail by the lane-house fire. The slate was blank. The chalk stub was wrapped in cloth, in the box beside the slate. The stub was the cardamom color.</w:t>
      </w:r>
    </w:p>
    <w:p>
      <w:pPr>
        <w:spacing w:line="360" w:lineRule="auto" w:after="0"/>
        <w:ind w:firstLine="283"/>
      </w:pPr>
      <w:r>
        <w:t>Nessa looked at the slate. The slate was blank. The slate was the lane-house keeper’s. The slate was for words the lane-house keeper did not say.</w:t>
      </w:r>
    </w:p>
    <w:p>
      <w:pPr>
        <w:spacing w:line="360" w:lineRule="auto" w:after="0"/>
        <w:ind w:firstLine="283"/>
      </w:pPr>
      <w:r>
        <w:t>Nima looked at the dented copper measure. The measure was the kitchen’s. The measure was the keeper’s. The dent was to the thumb.</w:t>
      </w:r>
    </w:p>
    <w:p>
      <w:pPr>
        <w:spacing w:line="360" w:lineRule="auto" w:after="0"/>
        <w:ind w:firstLine="283"/>
      </w:pPr>
      <w:r>
        <w:t>The cardamom pod was on the shelf above the lane-house fire. The pod had been split. The seeds had been used. The pod had been kept because the lane-house keeper kept things. The pod was the color of the cup that stood at the lane-house’s corner — and the cup was the color of the pod — and the two colors were the same color. The two colors were the kitchen’s colors. The two colors had crossed the apart.</w:t>
      </w:r>
    </w:p>
    <w:p>
      <w:pPr>
        <w:spacing w:line="360" w:lineRule="auto" w:after="0"/>
        <w:ind w:firstLine="283"/>
      </w:pPr>
      <w:r>
        <w:t>The two stood at the threshold. The threshold held the two. The two were the same carrying. The two were not the same.</w:t>
      </w:r>
    </w:p>
    <w:p>
      <w:pPr>
        <w:spacing w:line="360" w:lineRule="auto" w:after="0"/>
        <w:ind w:firstLine="283"/>
      </w:pPr>
      <w:r>
        <w:t>Nessa stepped over the threshold. The step was the kitchen’s. The step was the keeper’s. The stone was worn smooth at the center. Nessa’s boot found the worn. The worn held the boot. The boot held the keeper.</w:t>
      </w:r>
    </w:p>
    <w:p>
      <w:pPr>
        <w:spacing w:line="360" w:lineRule="auto" w:after="0"/>
        <w:ind w:firstLine="283"/>
      </w:pPr>
      <w:r>
        <w:t>The step was the first in ten years. The step was the kitchen’s. The kitchen had come to the corridor. The kitchen had crossed the apart.</w:t>
      </w:r>
    </w:p>
    <w:p>
      <w:pPr>
        <w:spacing w:line="360" w:lineRule="auto" w:after="0"/>
        <w:ind w:firstLine="283"/>
      </w:pPr>
      <w:r>
        <w:t>Scene 2 — The Kitchen</w:t>
      </w:r>
    </w:p>
    <w:p>
      <w:pPr>
        <w:spacing w:line="360" w:lineRule="auto" w:after="0"/>
        <w:ind w:firstLine="283"/>
      </w:pPr>
      <w:r>
        <w:t>Nessa cooked.</w:t>
      </w:r>
    </w:p>
    <w:p>
      <w:pPr>
        <w:spacing w:line="360" w:lineRule="auto" w:after="0"/>
        <w:ind w:firstLine="283"/>
      </w:pPr>
      <w:r>
        <w:t>The lane-house’s stove was the corridor’s. The stove was not the kitchen’s. The pot was the lane-house’s. The pot was not the Landing’s. The pot was iron. The pot’s lip was beaten back by a hammer. The lip had not been beaten forward. The lip was the same turn the galley ship’s pot had taken, years ago, at a smith’s hand.</w:t>
      </w:r>
    </w:p>
    <w:p>
      <w:pPr>
        <w:spacing w:line="360" w:lineRule="auto" w:after="0"/>
        <w:ind w:firstLine="283"/>
      </w:pPr>
      <w:r>
        <w:t>Nessa’s thumb found the lip. The thumb knew the turn. The turn was the metal’s own turn.</w:t>
      </w:r>
    </w:p>
    <w:p>
      <w:pPr>
        <w:spacing w:line="360" w:lineRule="auto" w:after="0"/>
        <w:ind w:firstLine="283"/>
      </w:pPr>
      <w:r>
        <w:t>The dented copper measure stood at the stove’s edge. The dent was to the thumb. The measure was the kitchen’s oldest kept thing. The measure had been carried across the gap, in Nessa’s hand, for two days. The measure had been at the Landing’s stove for thirty years. The measure had been at the cistern for thirty years before that. The measure was the level’s own tool. The measure was at the lane-house’s stove now.</w:t>
      </w:r>
    </w:p>
    <w:p>
      <w:pPr>
        <w:spacing w:line="360" w:lineRule="auto" w:after="0"/>
        <w:ind w:firstLine="283"/>
      </w:pPr>
      <w:r>
        <w:t>The thin was made. The flour was the cup. The water was the cup. The salt was the level pinch. The thin was the morning’s whole freight. The steam went east in the lane’s first wind.</w:t>
      </w:r>
    </w:p>
    <w:p>
      <w:pPr>
        <w:spacing w:line="360" w:lineRule="auto" w:after="0"/>
        <w:ind w:firstLine="283"/>
      </w:pPr>
      <w:r>
        <w:t>The steam rose from the pot. The steam went east in the lane’s first wind. The steam was the morning’s. The steam was the cooking’s. The cooking was the speaking. Nessa spoke to the steam.</w:t>
      </w:r>
    </w:p>
    <w:p>
      <w:pPr>
        <w:spacing w:line="360" w:lineRule="auto" w:after="0"/>
        <w:ind w:firstLine="283"/>
      </w:pPr>
      <w:r>
        <w:t>“The pot is the pot,” Nessa said. “The portion is the portion. The level is the level’s.”</w:t>
      </w:r>
    </w:p>
    <w:p>
      <w:pPr>
        <w:spacing w:line="360" w:lineRule="auto" w:after="0"/>
        <w:ind w:firstLine="283"/>
      </w:pPr>
      <w:r>
        <w:t>She said it the way she said it every morning. The same sentence. The same steam. The same dented measure. The lane-house’s rotation-hand — the corridor’s young runner, new that season — looked up the second time Nessa said it. The third time, the runner did not look up. The runner had learned the morning.</w:t>
      </w:r>
    </w:p>
    <w:p>
      <w:pPr>
        <w:spacing w:line="360" w:lineRule="auto" w:after="0"/>
        <w:ind w:firstLine="283"/>
      </w:pPr>
      <w:r>
        <w:t>Nima watched.</w:t>
      </w:r>
    </w:p>
    <w:p>
      <w:pPr>
        <w:spacing w:line="360" w:lineRule="auto" w:after="0"/>
        <w:ind w:firstLine="283"/>
      </w:pPr>
      <w:r>
        <w:t>Nima’s hands were on the table. The hands were the corridor’s. The hands had carried the lane’s whole freight. The hands had re-stitched the pack-strap three times this year. The hands had carried the child on the back for nine hours. The hands did not move. The hands watched with Nima. The watching was the hands’ watching.</w:t>
      </w:r>
    </w:p>
    <w:p>
      <w:pPr>
        <w:spacing w:line="360" w:lineRule="auto" w:after="0"/>
        <w:ind w:firstLine="283"/>
      </w:pPr>
      <w:r>
        <w:t>Nima sat at the lane-house’s table. The pack-strap was on the table. The strap had been mended. The strap would need mending again. The strap was the corridor’s oldest kept thing. The needle was on the table beside the strap. The sail-thread was on the table beside the needle.</w:t>
      </w:r>
    </w:p>
    <w:p>
      <w:pPr>
        <w:spacing w:line="360" w:lineRule="auto" w:after="0"/>
        <w:ind w:firstLine="283"/>
      </w:pPr>
      <w:r>
        <w:t>Nima did not speak. The watching was the speaking.</w:t>
      </w:r>
    </w:p>
    <w:p>
      <w:pPr>
        <w:spacing w:line="360" w:lineRule="auto" w:after="0"/>
        <w:ind w:firstLine="283"/>
      </w:pPr>
      <w:r>
        <w:t>The two did not speak. The cooking was the speaking.</w:t>
      </w:r>
    </w:p>
    <w:p>
      <w:pPr>
        <w:spacing w:line="360" w:lineRule="auto" w:after="0"/>
        <w:ind w:firstLine="283"/>
      </w:pPr>
      <w:r>
        <w:t>The thin was made. The thin was in the pot. The level was the level’s. The level fed the listed and the unlisted at the same ladle. The thin was portioned.</w:t>
      </w:r>
    </w:p>
    <w:p>
      <w:pPr>
        <w:spacing w:line="360" w:lineRule="auto" w:after="0"/>
        <w:ind w:firstLine="283"/>
      </w:pPr>
      <w:r>
        <w:t>Nessa portioned the thin to Nima’s bowl. The bowl was the lane-house’s. The bowl was clay. The bowl was chipped at the rim. The chip was ground smooth by some old mending hand. The bowl was the same kind of bowl that turned up at every kitchen Nessa had ever served. The chip was ground smooth at the same place. The smooth held the chip. The chip held the bowl.</w:t>
      </w:r>
    </w:p>
    <w:p>
      <w:pPr>
        <w:spacing w:line="360" w:lineRule="auto" w:after="0"/>
        <w:ind w:firstLine="283"/>
      </w:pPr>
      <w:r>
        <w:t>The level portioned to the thumb. The dented measure did the level’s last arithmetic. The thin went into the bowl.</w:t>
      </w:r>
    </w:p>
    <w:p>
      <w:pPr>
        <w:spacing w:line="360" w:lineRule="auto" w:after="0"/>
        <w:ind w:firstLine="283"/>
      </w:pPr>
      <w:r>
        <w:t>Nima took the bowl.</w:t>
      </w:r>
    </w:p>
    <w:p>
      <w:pPr>
        <w:spacing w:line="360" w:lineRule="auto" w:after="0"/>
        <w:ind w:firstLine="283"/>
      </w:pPr>
      <w:r>
        <w:t>The hands were the corridor’s hands. The hands had re-stitched the pack-strap. The hands had carried the lane’s whole freight. The hands had carried the child on the back for nine hours through the route that could not be walked again. The hands took the bowl. The bowl was clay. The bowl was chipped at the rim. The chip was ground smooth.</w:t>
      </w:r>
    </w:p>
    <w:p>
      <w:pPr>
        <w:spacing w:line="360" w:lineRule="auto" w:after="0"/>
        <w:ind w:firstLine="283"/>
      </w:pPr>
      <w:r>
        <w:t>The two did not speak. The taking was the speaking.</w:t>
      </w:r>
    </w:p>
    <w:p>
      <w:pPr>
        <w:spacing w:line="360" w:lineRule="auto" w:after="0"/>
        <w:ind w:firstLine="283"/>
      </w:pPr>
      <w:r>
        <w:t>Nima ate. Nessa did not eat. Nessa portioned. Nessa stood at the stove. The steam went east in the lane’s first wind.</w:t>
      </w:r>
    </w:p>
    <w:p>
      <w:pPr>
        <w:spacing w:line="360" w:lineRule="auto" w:after="0"/>
        <w:ind w:firstLine="283"/>
      </w:pPr>
      <w:r>
        <w:t>“The pot is the pot,” Nessa said, to no one, to the steam. “The pot is not enough.”</w:t>
      </w:r>
    </w:p>
    <w:p>
      <w:pPr>
        <w:spacing w:line="360" w:lineRule="auto" w:after="0"/>
        <w:ind w:firstLine="283"/>
      </w:pPr>
      <w:r>
        <w:t>She said it the way she said it every morning. The same sentence. The same steam. The same dented measure.</w:t>
      </w:r>
    </w:p>
    <w:p>
      <w:pPr>
        <w:spacing w:line="360" w:lineRule="auto" w:after="0"/>
        <w:ind w:firstLine="283"/>
      </w:pPr>
      <w:r>
        <w:t>Nima ate. The bowl was the lane-house’s. The bowl was clay. The chip was ground smooth. The thin was in the bowl. The thin was the morning’s whole freight.</w:t>
      </w:r>
    </w:p>
    <w:p>
      <w:pPr>
        <w:spacing w:line="360" w:lineRule="auto" w:after="0"/>
        <w:ind w:firstLine="283"/>
      </w:pPr>
      <w:r>
        <w:t>The two did not speak. The eating was the speaking.</w:t>
      </w:r>
    </w:p>
    <w:p>
      <w:pPr>
        <w:spacing w:line="360" w:lineRule="auto" w:after="0"/>
        <w:ind w:firstLine="283"/>
      </w:pPr>
      <w:r>
        <w:t>Nessa portioned the thin to her own bowl. The bowl was the lane-house’s. The bowl was clay. The bowl was chipped at the rim, the chip ground smooth at the same place. The two bowls were the same kind of bowl. The two chips were ground smooth at the same place. The two smooths held the two chips. The two chips held the two bowls.</w:t>
      </w:r>
    </w:p>
    <w:p>
      <w:pPr>
        <w:spacing w:line="360" w:lineRule="auto" w:after="0"/>
        <w:ind w:firstLine="283"/>
      </w:pPr>
      <w:r>
        <w:t>Nessa sat. The two sat at the table. The two ate. The thin was shared. The two bowls were clay. The two chips were ground smooth. The two smooths held the two chips. The two chips held the two bowls. The bowls held the thin. The thin held the morning.</w:t>
      </w:r>
    </w:p>
    <w:p>
      <w:pPr>
        <w:spacing w:line="360" w:lineRule="auto" w:after="0"/>
        <w:ind w:firstLine="283"/>
      </w:pPr>
      <w:r>
        <w:t>Scene 3 — The Agreement</w:t>
      </w:r>
    </w:p>
    <w:p>
      <w:pPr>
        <w:spacing w:line="360" w:lineRule="auto" w:after="0"/>
        <w:ind w:firstLine="283"/>
      </w:pPr>
      <w:r>
        <w:t>The two sat at the table. The table was the lane-house’s. The table was plank. The table had been laid across two trestles. The lamp was at the table’s corner. The lamp was the corridor’s. The lamp was lit. The lamp’s light was the lane-house’s. The light fell on the two. The two were in the light.</w:t>
      </w:r>
    </w:p>
    <w:p>
      <w:pPr>
        <w:spacing w:line="360" w:lineRule="auto" w:after="0"/>
        <w:ind w:firstLine="283"/>
      </w:pPr>
      <w:r>
        <w:t>The trestles were the corridor’s. The trestles were worn smooth at the top. The worn was the carrying’s. The carrying had made the worn. The plank was the lane-house’s. The plank had been planed by some old mending hand. The plank was the table’s. The table was the corridor’s.</w:t>
      </w:r>
    </w:p>
    <w:p>
      <w:pPr>
        <w:spacing w:line="360" w:lineRule="auto" w:after="0"/>
        <w:ind w:firstLine="283"/>
      </w:pPr>
      <w:r>
        <w:t>The cardamom pod was on the table’s corner. The pod was the lane-house’s. The pod had been split. The seeds had been used. The pod had been kept because the lane-house keeper kept things. The pod was the color of the cup that stood at the table’s corner, and the cup was the color of the pod, and the two colors were the same color. The two colors were the kitchen’s colors. The two colors had crossed the apart.</w:t>
      </w:r>
    </w:p>
    <w:p>
      <w:pPr>
        <w:spacing w:line="360" w:lineRule="auto" w:after="0"/>
        <w:ind w:firstLine="283"/>
      </w:pPr>
      <w:r>
        <w:t>The cup stood at the table’s corner. The cup was clay. The cup was the color of the cardamom pod. The cup had been ordinary through the sea and the wound and the coast’s whole rearranging. The cup was ordinary. The cup held the tea. The tea was the morning’s. The tea was the corridor’s. The tea was shared.</w:t>
      </w:r>
    </w:p>
    <w:p>
      <w:pPr>
        <w:spacing w:line="360" w:lineRule="auto" w:after="0"/>
        <w:ind w:firstLine="283"/>
      </w:pPr>
      <w:r>
        <w:t>The tea was made at the lane-house’s fire. The fire was the corridor’s. The fire had been lit for twenty years. The fire was the corridor’s oldest kept thing. The tea was made of the fire’s water and the fire’s heat and the cardamom pod’s old seed. The tea was the morning’s. The tea was shared.</w:t>
      </w:r>
    </w:p>
    <w:p>
      <w:pPr>
        <w:spacing w:line="360" w:lineRule="auto" w:after="0"/>
        <w:ind w:firstLine="283"/>
      </w:pPr>
      <w:r>
        <w:t>The two did not speak. The two did not need to. The two were in the same room. The reconciliation was the being-together. The reconciliation was the not-speaking. The reconciliation was the pot’s thin, shared.</w:t>
      </w:r>
    </w:p>
    <w:p>
      <w:pPr>
        <w:spacing w:line="360" w:lineRule="auto" w:after="0"/>
        <w:ind w:firstLine="283"/>
      </w:pPr>
      <w:r>
        <w:t>The thin was in the bowls. The bowls were on the table. The bowls were the lane-house’s. The thin was the morning’s whole freight, and the freight was shared. The two bowls were clay. The two bowls were chipped at the rims. The two chips were ground smooth at the same place. The two smooths held the two chips. The two chips held the two bowls.</w:t>
      </w:r>
    </w:p>
    <w:p>
      <w:pPr>
        <w:spacing w:line="360" w:lineRule="auto" w:after="0"/>
        <w:ind w:firstLine="283"/>
      </w:pPr>
      <w:r>
        <w:t>The dented copper measure stood at the table’s edge. The dent was to the thumb. The measure was the kitchen’s oldest kept thing. The measure had been carried across the gap. The measure was at the table. The measure had been at the Landing’s stove for thirty years. The measure had been at the cistern for thirty years before that.</w:t>
      </w:r>
    </w:p>
    <w:p>
      <w:pPr>
        <w:spacing w:line="360" w:lineRule="auto" w:after="0"/>
        <w:ind w:firstLine="283"/>
      </w:pPr>
      <w:r>
        <w:t>The pack-strap was on the table. The strap had been mended. The strap would need mending again. The strap was the corridor’s oldest kept thing. The strap was at the table. The needle was on the table beside the strap. The sail-thread was on the table beside the needle. The strap would need mending again next month. The mending would go on.</w:t>
      </w:r>
    </w:p>
    <w:p>
      <w:pPr>
        <w:spacing w:line="360" w:lineRule="auto" w:after="0"/>
        <w:ind w:firstLine="283"/>
      </w:pPr>
      <w:r>
        <w:t>The two were at the table. The kitchen and the corridor met. The pot and the lanes held. The two were the same carrying. The two were not the same.</w:t>
      </w:r>
    </w:p>
    <w:p>
      <w:pPr>
        <w:spacing w:line="360" w:lineRule="auto" w:after="0"/>
        <w:ind w:firstLine="283"/>
      </w:pPr>
      <w:r>
        <w:t>The slate hung on its nail by the lane-house fire. The slate was blank. The chalk stub was wrapped in cloth, in the box beside the slate. The stub was the cardamom color. The stub had not been used in a long time. The stub had not been used for ten years.</w:t>
      </w:r>
    </w:p>
    <w:p>
      <w:pPr>
        <w:spacing w:line="360" w:lineRule="auto" w:after="0"/>
        <w:ind w:firstLine="283"/>
      </w:pPr>
      <w:r>
        <w:t>The two did not write on the slate. The two did not need to. The slate was blank. The slate was for words the two did not say. The two did not say.</w:t>
      </w:r>
    </w:p>
    <w:p>
      <w:pPr>
        <w:spacing w:line="360" w:lineRule="auto" w:after="0"/>
        <w:ind w:firstLine="283"/>
      </w:pPr>
      <w:r>
        <w:t>The cardamom pod was on the table. The pod was split. The seeds were used. The pod was kept.</w:t>
      </w:r>
    </w:p>
    <w:p>
      <w:pPr>
        <w:spacing w:line="360" w:lineRule="auto" w:after="0"/>
        <w:ind w:firstLine="283"/>
      </w:pPr>
      <w:r>
        <w:t>The cup was on the table. The cup was the color of the cardamom pod. The cup was ordinary. The cup held the tea. The tea was the morning’s. The tea was the corridor’s. The tea was shared. The two drank.</w:t>
      </w:r>
    </w:p>
    <w:p>
      <w:pPr>
        <w:spacing w:line="360" w:lineRule="auto" w:after="0"/>
        <w:ind w:firstLine="283"/>
      </w:pPr>
      <w:r>
        <w:t>The two drank. The two ate. The two sat. The lamp was at the table’s corner. The lamp was lit. The lamp’s light fell on the two. The two were in the light. The light was the lane-house’s. The light was the corridor’s. The light was shared.</w:t>
      </w:r>
    </w:p>
    <w:p>
      <w:pPr>
        <w:spacing w:line="360" w:lineRule="auto" w:after="0"/>
        <w:ind w:firstLine="283"/>
      </w:pPr>
      <w:r>
        <w:t>The cup went from hand to hand. The cup was the color of the cardamom pod. The cup went from the keeper’s hand to the guide’s hand. The two did not speak. The cup spoke. The morning spoke.</w:t>
      </w:r>
    </w:p>
    <w:p>
      <w:pPr>
        <w:spacing w:line="360" w:lineRule="auto" w:after="0"/>
        <w:ind w:firstLine="283"/>
      </w:pPr>
      <w:r>
        <w:t>The apart was not healed. The apart was not resolved. The reconciliation was not the healing. The reconciliation was the being-together.</w:t>
      </w:r>
    </w:p>
    <w:p>
      <w:pPr>
        <w:spacing w:line="360" w:lineRule="auto" w:after="0"/>
        <w:ind w:firstLine="283"/>
      </w:pPr>
      <w:r>
        <w:t>The two were in the same room. The two were not the same. The two were the same carrying. The carrying was carried, together. The apart was ten years. Ten years was the count. The count went in the two sternums. The count did not go in the two chests.</w:t>
      </w:r>
    </w:p>
    <w:p>
      <w:pPr>
        <w:spacing w:line="360" w:lineRule="auto" w:after="0"/>
        <w:ind w:firstLine="283"/>
      </w:pPr>
      <w:r>
        <w:t>The pot’s thin was shared. The level was the level’s. The level fed the listed and the unlisted at the same ladle. The two were the listed and the unlisted. The two were the same. The two were the same carrying.</w:t>
      </w:r>
    </w:p>
    <w:p>
      <w:pPr>
        <w:spacing w:line="360" w:lineRule="auto" w:after="0"/>
        <w:ind w:firstLine="283"/>
      </w:pPr>
      <w:r>
        <w:t>The morning went on. The lane went on. The pot went on. The carrying went on.</w:t>
      </w:r>
    </w:p>
    <w:p>
      <w:pPr>
        <w:spacing w:line="360" w:lineRule="auto" w:after="0"/>
        <w:ind w:firstLine="283"/>
      </w:pPr>
      <w:r>
        <w:t>The lane-house’s fire went on. The corridor’s young runners walked the lane’s whole length in the dark. The young runners did not choose. The young runners carried. The kitchen’s pot went on. The keeper portioned the thin to the listed and the unlisted. The pot did not choose. The pot portioned. The carrying went on.</w:t>
      </w:r>
    </w:p>
    <w:p>
      <w:pPr>
        <w:spacing w:line="360" w:lineRule="auto" w:after="0"/>
        <w:ind w:firstLine="283"/>
      </w:pPr>
      <w:r>
        <w:t>The two were at the table. The threshold was the coast’s oldest ordinary stone. The threshold had held the two. The threshold had let the kitchen and the corridor meet. The stone was worn smooth at the center. The worn held the carrying. The carrying held the two.</w:t>
      </w:r>
    </w:p>
    <w:p>
      <w:pPr>
        <w:spacing w:line="360" w:lineRule="auto" w:after="0"/>
        <w:ind w:firstLine="283"/>
      </w:pPr>
      <w:r>
        <w:t>The two were in the same room. The reconciliation was the being-together. The reconciliation was the not-speaking. The reconciliation was the pot’s thin, shared.</w:t>
      </w:r>
    </w:p>
    <w:p>
      <w:pPr>
        <w:spacing w:line="360" w:lineRule="auto" w:after="0"/>
        <w:ind w:firstLine="283"/>
      </w:pPr>
      <w:r>
        <w:t>The two were the same carrying. The two were not the same.</w:t>
      </w:r>
    </w:p>
    <w:p>
      <w:pPr>
        <w:spacing w:line="360" w:lineRule="auto" w:after="0"/>
        <w:ind w:firstLine="283"/>
      </w:pPr>
      <w:r>
        <w:t>The road went on.</w:t>
      </w:r>
    </w:p>
    <w:p>
      <w:pPr>
        <w:spacing w:line="360" w:lineRule="auto" w:after="0"/>
        <w:ind w:firstLine="283"/>
      </w:pPr>
      <w:r>
        <w:t>Book V — The Marks</w:t>
      </w:r>
    </w:p>
    <w:p>
      <w:pPr>
        <w:spacing w:line="360" w:lineRule="auto" w:after="0"/>
        <w:ind w:firstLine="283"/>
      </w:pPr>
      <w:r>
        <w:t>The assembly-ground was at the city's center. The assembly-ground was where the city's questions were asked. The assembly-ground was a circle of beaten earth. The earth was hard. The earth had been beaten by the city's feet for a long time. The earth held the morning's damp the way the slab had held the night's warmth — slowly, from the center out. The damp was the morning's. The morning did not mind the damp.</w:t>
      </w:r>
    </w:p>
    <w:p>
      <w:pPr>
        <w:spacing w:line="360" w:lineRule="auto" w:after="0"/>
        <w:ind w:firstLine="283"/>
      </w:pPr>
      <w:r>
        <w:t>The timber was at the assembly-ground's center. The timber was a cross-section of a tree. The timber had been a tree once. The tree had been an old tree. The tree had been cut. The tree had been cut across the trunk, and the cut had been planed smooth, and the planed cross-section had been set at the assembly-ground's center, on a stand, the cut face up. The cut face showed the tree's year-rings. The year-rings were the tree's years. The year-rings went out from the center to the edge. The center was the tree's first year. The edge was the tree's last year. The year-rings were the tree's whole life, laid open.</w:t>
      </w:r>
    </w:p>
    <w:p>
      <w:pPr>
        <w:spacing w:line="360" w:lineRule="auto" w:after="0"/>
        <w:ind w:firstLine="283"/>
      </w:pPr>
      <w:r>
        <w:t>The questions were on the timber. The questions were written on the timber's year-rings. The questions were written in many hands. The questions were written in many chalks. The questions were written in many inks. The questions were written by the city. The city wrote its questions on the timber. The city had been writing its questions on the timber for a long time. The questions went back to the tree's first year's ring and forward to the tree's last year's ring. The questions were the tree's second life — the life the tree lived after it had been cut.</w:t>
      </w:r>
    </w:p>
    <w:p>
      <w:pPr>
        <w:spacing w:line="360" w:lineRule="auto" w:after="0"/>
        <w:ind w:firstLine="283"/>
      </w:pPr>
      <w:r>
        <w:t>The disputed name was at the timber's edge. The disputed name was a name that two men claimed. The two men were at the assembly-ground. The two men were standing at the timber's edge. The two men were arguing about the name. The two men were arguing about whose name the name was. The two men were arguing about who came back. The two men were both saying: I came back. The two men were both saying: the other did not. The two men were both saying the other was the gone, and the gone had taken the gone's name, and the gone was wearing the gone's name now, and the gone was not the gone, and the gone was the come-back.</w:t>
      </w:r>
    </w:p>
    <w:p>
      <w:pPr>
        <w:spacing w:line="360" w:lineRule="auto" w:after="0"/>
        <w:ind w:firstLine="283"/>
      </w:pPr>
      <w:r>
        <w:t>The assembly-ground was full. The assembly-ground was full of the city. The city was there to hear the disputed name. The city was there to decide the disputed name. The city would decide the disputed name by the end of the assembly. The city's deciding was the assembly's office. The assembly's office was the deciding. The deciding was not the witness's office. The witness's office was the marking. The witness's office was the copying. The witness's office was the not-deciding.</w:t>
      </w:r>
    </w:p>
    <w:p>
      <w:pPr>
        <w:spacing w:line="360" w:lineRule="auto" w:after="0"/>
        <w:ind w:firstLine="283"/>
      </w:pPr>
      <w:r>
        <w:t>Tansy was at the assembly-ground. The nine children were with Tansy. The nine children were always with Tansy. The nine children were at the assembly-ground's edge. The nine children were at the back of the city. The city did not look at the nine children. The city did not look at Tansy. The city looked at the two men. The city looked at the disputed name. The city looked at the timber.</w:t>
      </w:r>
    </w:p>
    <w:p>
      <w:pPr>
        <w:spacing w:line="360" w:lineRule="auto" w:after="0"/>
        <w:ind w:firstLine="283"/>
      </w:pPr>
      <w:r>
        <w:t>The chalk was in Tansy's hand. The chalk was the smaller wafer. The chalk had marked the slab. The chalk had marked the door-frame at the lower ward's orphanage. The chalk had marked the quay's edge. The chalk had marked the six stone jambs at the touched row. The chalk had marked the six thresholds' ash. The chalk had a little left. The chalk had enough for the questions.</w:t>
      </w:r>
    </w:p>
    <w:p>
      <w:pPr>
        <w:spacing w:line="360" w:lineRule="auto" w:after="0"/>
        <w:ind w:firstLine="283"/>
      </w:pPr>
      <w:r>
        <w:t>Tansy went to the timber. The two men were at the timber's edge. The two men were arguing. Tansy did not go between the two men. Tansy did not go to the timber's edge. Tansy went to the timber's center. The timber's center was the tree's first year's ring. The timber's center was the smallest ring. The timber's center was where the tree had begun.</w:t>
      </w:r>
    </w:p>
    <w:p>
      <w:pPr>
        <w:spacing w:line="360" w:lineRule="auto" w:after="0"/>
        <w:ind w:firstLine="283"/>
      </w:pPr>
      <w:r>
        <w:t>Tansy knelt at the timber's center. She took the chalk. She put the chalk to the timber's first year's ring. She wrote on the timber's first year's ring, in the cardamom chalk, in small letters, in her own hand:</w:t>
      </w:r>
    </w:p>
    <w:p>
      <w:pPr>
        <w:spacing w:line="360" w:lineRule="auto" w:after="0"/>
        <w:ind w:firstLine="283"/>
      </w:pPr>
      <w:r>
        <w:t>Who comes back?</w:t>
      </w:r>
    </w:p>
    <w:p>
      <w:pPr>
        <w:spacing w:line="360" w:lineRule="auto" w:after="0"/>
        <w:ind w:firstLine="283"/>
      </w:pPr>
      <w:r>
        <w:t>She did not say the words. She did not say them aloud. She wrote them. She wrote them in the chalk. She wrote them in the small tidy hand that did not belong to a child — the hand that had come to her from she did not know where, the way the chalk had come to her, the way the question had come to the road. The hand wrote the two words. The two words sat on the timber's first year's ring in the cardamom color.</w:t>
      </w:r>
    </w:p>
    <w:p>
      <w:pPr>
        <w:spacing w:line="360" w:lineRule="auto" w:after="0"/>
        <w:ind w:firstLine="283"/>
      </w:pPr>
      <w:r>
        <w:t>Under the two words, she drew the caret. The caret was the small mark — the open angle, the sign a keeper used when the words being copied were not the keeper's own. The caret said: I only copied this; I did not make it. The caret said: the question is not mine. The caret said: the question is the road's. The caret said: I only put it here.</w:t>
      </w:r>
    </w:p>
    <w:p>
      <w:pPr>
        <w:spacing w:line="360" w:lineRule="auto" w:after="0"/>
        <w:ind w:firstLine="283"/>
      </w:pPr>
      <w:r>
        <w:t>Tansy did not answer the question. The question had never needed an answer. The question had been on the road a long time. The question had been on the waystones and the fence-posts and the well-curbs and the slates. The question had been on the grandmother's slate. The question had been on Tess's hearth-slate. The question had been on the road since the road had been a road. The question was the altar. The altar did not need to be answered. The altar needed to be carried.</w:t>
      </w:r>
    </w:p>
    <w:p>
      <w:pPr>
        <w:spacing w:line="360" w:lineRule="auto" w:after="0"/>
        <w:ind w:firstLine="283"/>
      </w:pPr>
      <w:r>
        <w:t>Tansy copied the question onto the timber's first year's ring. The question sat on the first year's ring. The first year's ring was the tree's first year. The tree's first year was the tree's beginning. The question sat at the tree's beginning. The question sat at the timber's center. The question sat at the assembly-ground's center. The question sat at the city's center. The question had been the road's. The question did not mind being the city's, the road's, or either.</w:t>
      </w:r>
    </w:p>
    <w:p>
      <w:pPr>
        <w:spacing w:line="360" w:lineRule="auto" w:after="0"/>
        <w:ind w:firstLine="283"/>
      </w:pPr>
      <w:r>
        <w:t>The two men were still arguing. The two men were arguing about whose name the name was. The two men were both saying: I came back. The two men were both saying: the other did not. The two men had not seen Tansy kneel at the timber's center. The two men had not seen Tansy write the question. The two men had not seen the caret. The two men were arguing. The argument was the two men's. The argument was not the witness's.</w:t>
      </w:r>
    </w:p>
    <w:p>
      <w:pPr>
        <w:spacing w:line="360" w:lineRule="auto" w:after="0"/>
        <w:ind w:firstLine="283"/>
      </w:pPr>
      <w:r>
        <w:t>The Plan-stabilized wall was at the assembly-ground's edge. The Plan-stabilized wall was a wall that had been stabilized by the Plan. The Plan was the city's plan. The Plan was the plan the city had for the city. The Plan was the plan that had filled in the harbor. The Plan was the plan that had drawn the lime's white line at the wound's lip. The Plan was the plan that had burned the touched row. The Plan was the plan that had taken the eleven children from the lower ward's orphanage. The Plan was the plan that had put the eleven children on the ships. The Plan was the plan that had sent the eleven children across the water. The Plan was the plan that had stabilized the wall.</w:t>
      </w:r>
    </w:p>
    <w:p>
      <w:pPr>
        <w:spacing w:line="360" w:lineRule="auto" w:after="0"/>
        <w:ind w:firstLine="283"/>
      </w:pPr>
      <w:r>
        <w:t>The wall had been unstable. The wall had been a wall of the old city. The wall had been a wall that had held the old city's weight. The wall had been a wall that had begun to lean. The wall had been a wall that had begun to crack. The wall had been a wall that had begun to fail. The wall had needed stabilizing. The Plan had stabilized the wall. The Plan had sent the masons. The Plan had sent the lime. The Plan had sent the stone. The masons had come. The lime had come. The stone had come. The wall had been stabilized. The wall was now the Plan's. The wall was no longer the old city's. The wall was the Plan's.</w:t>
      </w:r>
    </w:p>
    <w:p>
      <w:pPr>
        <w:spacing w:line="360" w:lineRule="auto" w:after="0"/>
        <w:ind w:firstLine="283"/>
      </w:pPr>
      <w:r>
        <w:t>The wall was at the assembly-ground's edge. The wall was a long wall. The wall was the color of the new stone — grey, without the brown. The wall was not the coast's grey. The Plan's grey was the grey of the made. The coast's grey was the grey of the given. The two greys were not the same grey.</w:t>
      </w:r>
    </w:p>
    <w:p>
      <w:pPr>
        <w:spacing w:line="360" w:lineRule="auto" w:after="0"/>
        <w:ind w:firstLine="283"/>
      </w:pPr>
      <w:r>
        <w:t>Tansy went to the Plan-stabilized wall. The nine children went with her. The nine children were at the wall's edge. The wall was high. The wall was higher than Tansy's head. The wall was higher than the nine children's heads. The wall was the Plan's height. The Plan had made the wall that high. The Plan had made the wall that high so that the wall would hold the Plan's weight. The wall held the Plan's weight. The wall did not mind the Plan's weight.</w:t>
      </w:r>
    </w:p>
    <w:p>
      <w:pPr>
        <w:spacing w:line="360" w:lineRule="auto" w:after="0"/>
        <w:ind w:firstLine="283"/>
      </w:pPr>
      <w:r>
        <w:t>Tansy knelt at the wall. She took the chalk. She put the chalk to the wall. She wrote on the wall, in the cardamom chalk, in small letters, in her own hand:</w:t>
      </w:r>
    </w:p>
    <w:p>
      <w:pPr>
        <w:spacing w:line="360" w:lineRule="auto" w:after="0"/>
        <w:ind w:firstLine="283"/>
      </w:pPr>
      <w:r>
        <w:t>Who holds the pot?</w:t>
      </w:r>
    </w:p>
    <w:p>
      <w:pPr>
        <w:spacing w:line="360" w:lineRule="auto" w:after="0"/>
        <w:ind w:firstLine="283"/>
      </w:pPr>
      <w:r>
        <w:t>She did not say the words. She did not say them aloud. She wrote them. She wrote them in the chalk. She wrote them in the small tidy hand that did not belong to a child — the hand that had come to her from she did not know where. The hand wrote the three words. The three words sat on the Plan-stabilized wall in the cardamom color.</w:t>
      </w:r>
    </w:p>
    <w:p>
      <w:pPr>
        <w:spacing w:line="360" w:lineRule="auto" w:after="0"/>
        <w:ind w:firstLine="283"/>
      </w:pPr>
      <w:r>
        <w:t>Under the three words, she drew the caret. The caret was the small mark — the open angle, the sign a keeper used when the words being copied were not the keeper's own. The caret said: I only copied this; I did not make it. The caret said: the question is not mine. The caret said: the question is the kitchen's. The caret said: I only put it here.</w:t>
      </w:r>
    </w:p>
    <w:p>
      <w:pPr>
        <w:spacing w:line="360" w:lineRule="auto" w:after="0"/>
        <w:ind w:firstLine="283"/>
      </w:pPr>
      <w:r>
        <w:t>Tansy did not answer the question. The question had been in the kitchens a long time. The question had been in the grandmother's kitchen. The question had been in Tess's kitchen. The question had been in the broth-for-salt woman's kitchen. The question had been in the lower ward's kitchen. The question had been in the coast's kitchen. The question had been in the wound's coast's kitchen. The question had been in the kitchen where the bread was broken into nine pieces. The question had been in the kitchens since the kitchens had been kitchens. The question was the altar. The altar did not need to be answered. The altar needed to be carried.</w:t>
      </w:r>
    </w:p>
    <w:p>
      <w:pPr>
        <w:spacing w:line="360" w:lineRule="auto" w:after="0"/>
        <w:ind w:firstLine="283"/>
      </w:pPr>
      <w:r>
        <w:t>The pot was the kitchen's vessel. The pot held the broth. The pot held the water. The pot held the warm thing. The pot held the thing that fed. The pot was the dented copper pot on the back of the hearth, with the dent on the left side. The pot was the broth-pot on the fire. The question was not: who owns the pot. The question was not: who carries the pot. The holding was the office. The holding was the witness's office. The witness did not own the pot. The witness did not carry the pot. The witness held the pot.</w:t>
      </w:r>
    </w:p>
    <w:p>
      <w:pPr>
        <w:spacing w:line="360" w:lineRule="auto" w:after="0"/>
        <w:ind w:firstLine="283"/>
      </w:pPr>
      <w:r>
        <w:t>Tansy did not answer the question. The question did not need an answer. The question sat on the Plan-stabilized wall. The question sat at the assembly-ground's edge. The question sat in the cardamom chalk. The chalk said it on the wall. The wall said it to the assembly-ground. The assembly-ground said it to the city. The city did not say it back.</w:t>
      </w:r>
    </w:p>
    <w:p>
      <w:pPr>
        <w:spacing w:line="360" w:lineRule="auto" w:after="0"/>
        <w:ind w:firstLine="283"/>
      </w:pPr>
      <w:r>
        <w:t>The two questions were at the assembly-ground. The two questions were on the timber and on the wall. The two questions were at the city's center and at the city's edge. The two questions were the city's. The two questions were the morning's. The two questions did not answer each other. The two questions did not answer themselves. The standing was the questions'.</w:t>
      </w:r>
    </w:p>
    <w:p>
      <w:pPr>
        <w:spacing w:line="360" w:lineRule="auto" w:after="0"/>
        <w:ind w:firstLine="283"/>
      </w:pPr>
      <w:r>
        <w:t>The two men at the timber's edge were still arguing. The two men were arguing about whose name the name was. The two men had not seen the question on the timber's first year's ring. The two men had not seen the caret. The two men were arguing. The assembly was deciding the disputed name. The deciding was the assembly's office. The deciding was not the witness's office. The witness's office was the copying. The witness's office was the not-deciding.</w:t>
      </w:r>
    </w:p>
    <w:p>
      <w:pPr>
        <w:spacing w:line="360" w:lineRule="auto" w:after="0"/>
        <w:ind w:firstLine="283"/>
      </w:pPr>
      <w:r>
        <w:t>The assembly decided. The assembly gave the name to the older of the two men. The older of the two men took the name. The younger of the two men did not take the name. The younger of the two men went away from the timber. The younger of the two men went away from the assembly-ground. The younger of the two men went into the city. The younger of the two men was gone.</w:t>
      </w:r>
    </w:p>
    <w:p>
      <w:pPr>
        <w:spacing w:line="360" w:lineRule="auto" w:after="0"/>
        <w:ind w:firstLine="283"/>
      </w:pPr>
      <w:r>
        <w:t>Tansy did not watch the deciding. Tansy had turned from the wall. Tansy was at the timber's center. The question was on the timber's first year's ring. The caret was under the question. The question and the caret sat on the timber's first year's ring in the cardamom chalk. The chalk said it on the timber. The timber said it to the assembly-ground. The assembly-ground did not say it back.</w:t>
      </w:r>
    </w:p>
    <w:p>
      <w:pPr>
        <w:spacing w:line="360" w:lineRule="auto" w:after="0"/>
        <w:ind w:firstLine="283"/>
      </w:pPr>
      <w:r>
        <w:t>The nine children were at the wall's edge. The nine children had watched Tansy write the two questions. The nine children had watched Tansy draw the two carets. The nine children had not asked. The nine children had been with Tansy long enough to know the questions. The questions were what Tansy did at the centers and the edges.</w:t>
      </w:r>
    </w:p>
    <w:p>
      <w:pPr>
        <w:spacing w:line="360" w:lineRule="auto" w:after="0"/>
        <w:ind w:firstLine="283"/>
      </w:pPr>
      <w:r>
        <w:t>The first child at the wall's edge was Pip. Pip was four. Pip had been with Tansy since the coast. Pip had been with Tansy at the quay. Pip had been with Tansy at the fleet's leaving. Pip had been with Tansy at the wound's coast. Pip had been with Tansy at the touched row. Pip had been with Tansy at the assembly-ground. Pip watched Tansy write the questions. Pip did not ask what the questions were. Pip had been with Tansy long enough to know the questions. The questions were what Tansy did at the centers and the edges.</w:t>
      </w:r>
    </w:p>
    <w:p>
      <w:pPr>
        <w:spacing w:line="360" w:lineRule="auto" w:after="0"/>
        <w:ind w:firstLine="283"/>
      </w:pPr>
      <w:r>
        <w:t>Tansy stood at the timber's center. The chalk was in her hand. The chalk was the smaller wafer still. The chalk had marked the slab. The chalk had marked the door-frame at the lower ward's orphanage. The chalk had marked the quay's edge. The chalk had marked the six stone jambs at the touched row. The chalk had marked the six thresholds' ash. The chalk had marked the two questions. The chalk had marked the two carets. The chalk had a little left. The chalk had enough for the next morning. The next morning would be another morning. The next morning would have another center. The next morning would have another edge. The next morning would have another question.</w:t>
      </w:r>
    </w:p>
    <w:p>
      <w:pPr>
        <w:spacing w:line="360" w:lineRule="auto" w:after="0"/>
        <w:ind w:firstLine="283"/>
      </w:pPr>
      <w:r>
        <w:t>The two questions stood at the assembly-ground. The two questions stood on the timber and on the wall. The two questions stood at the city's center and at the city's edge. The two questions did not answer each other. The two questions did not answer themselves.</w:t>
      </w:r>
    </w:p>
    <w:p>
      <w:pPr>
        <w:spacing w:line="360" w:lineRule="auto" w:after="0"/>
        <w:ind w:firstLine="283"/>
      </w:pPr>
      <w:r>
        <w:t>The question had been on the road. The question was on the timber now. The question was on the wall now. The question would be on the next morning's edge. The question would be on the next morning's center. The question would be carried. The carrying was the witness's. The carrying was the whole office. The carrying did not end. The carrying was the morning's. The morning did not need to know, hold, or answer it.</w:t>
      </w:r>
    </w:p>
    <w:p>
      <w:pPr>
        <w:spacing w:line="360" w:lineRule="auto" w:after="0"/>
        <w:ind w:firstLine="283"/>
      </w:pPr>
      <w:r>
        <w:t>The nine children were with Tansy. The nine children were the children not yet written. The nine children were the children not yet taken. The nine children were the children not yet burned. The nine children were the witness's practice. The nine children were always with Tansy. The morning had the two questions. The two questions stood. The question was carried.</w:t>
      </w:r>
    </w:p>
    <w:p>
      <w:pPr>
        <w:spacing w:line="360" w:lineRule="auto" w:after="0"/>
        <w:ind w:firstLine="283"/>
      </w:pPr>
      <w:r>
        <w:t>Book V — The Eyeglass Set Down</w:t>
      </w:r>
    </w:p>
    <w:p>
      <w:pPr>
        <w:spacing w:line="360" w:lineRule="auto" w:after="0"/>
        <w:ind w:firstLine="283"/>
      </w:pPr>
      <w:r>
        <w:t>Kael walked east.</w:t>
      </w:r>
    </w:p>
    <w:p>
      <w:pPr>
        <w:spacing w:line="360" w:lineRule="auto" w:after="0"/>
        <w:ind w:firstLine="283"/>
      </w:pPr>
      <w:r>
        <w:t>The road was the east road. The road went east the way roads go. The coat was the grey coat, the cuffs turned back twice. The inside pocket was at the left breast. The eyeglass was in the inside pocket.</w:t>
      </w:r>
    </w:p>
    <w:p>
      <w:pPr>
        <w:spacing w:line="360" w:lineRule="auto" w:after="0"/>
        <w:ind w:firstLine="283"/>
      </w:pPr>
      <w:r>
        <w:t>Kael walked east. One foot. Then one foot. The feet set the way the feet set on the road. The breath drew. The head turned. The feet set again. The body counted. The body had counted for years. The body did not know the number. The body would not know the number.</w:t>
      </w:r>
    </w:p>
    <w:p>
      <w:pPr>
        <w:spacing w:line="360" w:lineRule="auto" w:after="0"/>
        <w:ind w:firstLine="283"/>
      </w:pPr>
      <w:r>
        <w:t>The eyeglass was in the pocket. The eyeglass had been in the pocket for years. The eyeglass had been in the pocket since the rafts went. The eyeglass had been in the pocket since the captain had put it there. The eyeglass had been in the pocket through the city, and the danse, and the hollowing, and the long walk east. The eyeglass had been in the pocket through the years.</w:t>
      </w:r>
    </w:p>
    <w:p>
      <w:pPr>
        <w:spacing w:line="360" w:lineRule="auto" w:after="0"/>
        <w:ind w:firstLine="283"/>
      </w:pPr>
      <w:r>
        <w:t>Kael had not looked through it.</w:t>
      </w:r>
    </w:p>
    <w:p>
      <w:pPr>
        <w:spacing w:line="360" w:lineRule="auto" w:after="0"/>
        <w:ind w:firstLine="283"/>
      </w:pPr>
      <w:r>
        <w:t>He had not looked through it the morning after the rafts went. He had not looked through it the week after. He had not looked through it the year after. He had not looked through it now. He had not looked through it in years. The eyeglass was in the pocket. The eyeglass was brass. The eyeglass was dented at one corner. The eyeglass was cracked in a star. The crack was at the east of the lens. Kael did not know the crack was at the east. Kael did not know the crack had a direction. The crack was the thing the eyeglass had. The crack was the thing the eyeglass was.</w:t>
      </w:r>
    </w:p>
    <w:p>
      <w:pPr>
        <w:spacing w:line="360" w:lineRule="auto" w:after="0"/>
        <w:ind w:firstLine="283"/>
      </w:pPr>
      <w:r>
        <w:t>Kael walked east. The road went east. The eyeglass did not point east. The eyeglass did not point anything. The eyeglass was set down.</w:t>
      </w:r>
    </w:p>
    <w:p>
      <w:pPr>
        <w:spacing w:line="360" w:lineRule="auto" w:after="0"/>
        <w:ind w:firstLine="283"/>
      </w:pPr>
      <w:r>
        <w:t>The eyeglass was not defeated. The eyeglass was set down. The setting-down was the thing Kael did with the eyeglass. The setting-down was the carrying. The two were the form.</w:t>
      </w:r>
    </w:p>
    <w:p>
      <w:pPr>
        <w:spacing w:line="360" w:lineRule="auto" w:after="0"/>
        <w:ind w:firstLine="283"/>
      </w:pPr>
      <w:r>
        <w:t>The form was the searcher's form. The searcher was Meret. The searcher had asked the sea. The sea had not answered. The searcher had gone on the rafts. The rafts had gone. The currents had taken them. The fleet had watched. The fleet had not seen the rafts again. The rafts were gone. The searcher was gone.</w:t>
      </w:r>
    </w:p>
    <w:p>
      <w:pPr>
        <w:spacing w:line="360" w:lineRule="auto" w:after="0"/>
        <w:ind w:firstLine="283"/>
      </w:pPr>
      <w:r>
        <w:t>The eyeglass had come back. The eyeglass was the thing the searcher had left. The eyeglass was the thing the searcher had put in Kael's pocket. The eyeglass was the searcher's form, set down in Kael's pocket.</w:t>
      </w:r>
    </w:p>
    <w:p>
      <w:pPr>
        <w:spacing w:line="360" w:lineRule="auto" w:after="0"/>
        <w:ind w:firstLine="283"/>
      </w:pPr>
      <w:r>
        <w:t>The form was plural. The form was not Kael's only.</w:t>
      </w:r>
    </w:p>
    <w:p>
      <w:pPr>
        <w:spacing w:line="360" w:lineRule="auto" w:after="0"/>
        <w:ind w:firstLine="283"/>
      </w:pPr>
      <w:r>
        <w:t>The form was Mira's, at the archive, in the margin. The margin was where Mira put the things she did not resolve. The margin was where the not-resolved went. Mira had been putting things in the margin for years. The margin was full of things. The margin would go on being full of things.</w:t>
      </w:r>
    </w:p>
    <w:p>
      <w:pPr>
        <w:spacing w:line="360" w:lineRule="auto" w:after="0"/>
        <w:ind w:firstLine="283"/>
      </w:pPr>
      <w:r>
        <w:t>The form was Rook's, on the stair, on the slate step. The slate step was where Rook put the things he did not file. The slate step was where the not-filed went. Rook had been putting things on the slate step for years. The slate step was full of things. The slate step would go on being full of things.</w:t>
      </w:r>
    </w:p>
    <w:p>
      <w:pPr>
        <w:spacing w:line="360" w:lineRule="auto" w:after="0"/>
        <w:ind w:firstLine="283"/>
      </w:pPr>
      <w:r>
        <w:t>The form was Nessa's, at the pot, by the ladle. The pot had been short since Atherin. Nessa had been at the pot for years. The pot would go on being short.</w:t>
      </w:r>
    </w:p>
    <w:p>
      <w:pPr>
        <w:spacing w:line="360" w:lineRule="auto" w:after="0"/>
        <w:ind w:firstLine="283"/>
      </w:pPr>
      <w:r>
        <w:t>The form was Nima's, at the door, by the knot. The coat was the coat with the pockets. Nima had been at the door for years. The knot would go on being the knot.</w:t>
      </w:r>
    </w:p>
    <w:p>
      <w:pPr>
        <w:spacing w:line="360" w:lineRule="auto" w:after="0"/>
        <w:ind w:firstLine="283"/>
      </w:pPr>
      <w:r>
        <w:t>The form was Tansy's, at the door, by the mark. The mark was the thing Tansy left. Tansy had been leaving marks for years. The mark would go on being the mark.</w:t>
      </w:r>
    </w:p>
    <w:p>
      <w:pPr>
        <w:spacing w:line="360" w:lineRule="auto" w:after="0"/>
        <w:ind w:firstLine="283"/>
      </w:pPr>
      <w:r>
        <w:t>The form was Kael's, on the road, with the eyeglass in the pocket. Kael had been carrying the eyeglass for years. The eyeglass would go on being the eyeglass.</w:t>
      </w:r>
    </w:p>
    <w:p>
      <w:pPr>
        <w:spacing w:line="360" w:lineRule="auto" w:after="0"/>
        <w:ind w:firstLine="283"/>
      </w:pPr>
      <w:r>
        <w:t>The forms did not agree. The forms did not need to agree.</w:t>
      </w:r>
    </w:p>
    <w:p>
      <w:pPr>
        <w:spacing w:line="360" w:lineRule="auto" w:after="0"/>
        <w:ind w:firstLine="283"/>
      </w:pPr>
      <w:r>
        <w:t>Kael walked east. The road went east. The feet set. The breath drew. The head turned. The feet set again.</w:t>
      </w:r>
    </w:p>
    <w:p>
      <w:pPr>
        <w:spacing w:line="360" w:lineRule="auto" w:after="0"/>
        <w:ind w:firstLine="283"/>
      </w:pPr>
      <w:r>
        <w:t>The eyeglass was in the pocket. The eyeglass was set down. The eyeglass was not defeated. The eyeglass had been the searcher's. The eyeglass was Kael's now. The eyeglass was the thing Kael carried. The carrying was the work. The work did not ask whether the searcher was found. The searcher was not found. The searcher was gone. The eyeglass had come back. The coming back was the thing Kael carried.</w:t>
      </w:r>
    </w:p>
    <w:p>
      <w:pPr>
        <w:spacing w:line="360" w:lineRule="auto" w:after="0"/>
        <w:ind w:firstLine="283"/>
      </w:pPr>
      <w:r>
        <w:t>The road went east. The road did not end. The road did not say where the searcher was. The road did not say where the searcher had gone. The road did not say. The road went on.</w:t>
      </w:r>
    </w:p>
    <w:p>
      <w:pPr>
        <w:spacing w:line="360" w:lineRule="auto" w:after="0"/>
        <w:ind w:firstLine="283"/>
      </w:pPr>
      <w:r>
        <w:t>Kael walked east.</w:t>
      </w:r>
    </w:p>
    <w:p>
      <w:pPr>
        <w:spacing w:line="360" w:lineRule="auto" w:after="0"/>
        <w:ind w:firstLine="283"/>
      </w:pPr>
      <w:r>
        <w:t>The hand went to the pocket. The hand was on the eyeglass. The hand was on the brass. The hand was on the dent. The hand was on the crack. The hand did not take the eyeglass out. The hand did not look through it. The hand stayed. The hand knew the eyeglass. The hand had known the eyeglass for years. The hand would know the eyeglass for years.</w:t>
      </w:r>
    </w:p>
    <w:p>
      <w:pPr>
        <w:spacing w:line="360" w:lineRule="auto" w:after="0"/>
        <w:ind w:firstLine="283"/>
      </w:pPr>
      <w:r>
        <w:t>The eyeglass was the searcher's form, set down in Kael's pocket. The form was set down. The form was not defeated. The form went on in the pocket. The form went on in the hand. The form went on in the road.</w:t>
      </w:r>
    </w:p>
    <w:p>
      <w:pPr>
        <w:spacing w:line="360" w:lineRule="auto" w:after="0"/>
        <w:ind w:firstLine="283"/>
      </w:pPr>
      <w:r>
        <w:t>The search was over.</w:t>
      </w:r>
    </w:p>
    <w:p>
      <w:pPr>
        <w:spacing w:line="360" w:lineRule="auto" w:after="0"/>
        <w:ind w:firstLine="283"/>
      </w:pPr>
      <w:r>
        <w:t>The search was over not because the searcher was found. The searcher was not found. The search was over not because the question was answered. The question was not answered. The search was over because the carrying went on. The carrying was the eyeglass.</w:t>
      </w:r>
    </w:p>
    <w:p>
      <w:pPr>
        <w:spacing w:line="360" w:lineRule="auto" w:after="0"/>
        <w:ind w:firstLine="283"/>
      </w:pPr>
      <w:r>
        <w:t>Kael walked east. The eyeglass was in the pocket. The crack was at the east. Kael did not know the crack was at the east. The crack would go on being at the east. Kael would go on not knowing. The eyeglass would go on being set down. The crack would go on being the east.</w:t>
      </w:r>
    </w:p>
    <w:p>
      <w:pPr>
        <w:spacing w:line="360" w:lineRule="auto" w:after="0"/>
        <w:ind w:firstLine="283"/>
      </w:pPr>
      <w:r>
        <w:t>The road went on. The road went east. The road did not end. The feet set. The breath drew. The head turned. The feet set again.</w:t>
      </w:r>
    </w:p>
    <w:p>
      <w:pPr>
        <w:spacing w:line="360" w:lineRule="auto" w:after="0"/>
        <w:ind w:firstLine="283"/>
      </w:pPr>
      <w:r>
        <w:t>The forms were plural. The forms were Mira's, and Rook's, and Nessa's, and Nima's, and Tansy's, and Kael's. The forms did not agree. The forms did not need to agree. The forms were the carrying. The carrying was the form.</w:t>
      </w:r>
    </w:p>
    <w:p>
      <w:pPr>
        <w:spacing w:line="360" w:lineRule="auto" w:after="0"/>
        <w:ind w:firstLine="283"/>
      </w:pPr>
      <w:r>
        <w:t>The carrying was the morning. The carrying was the dust. The carrying was the road. The carrying was the margin. The carrying was the slate step. The carrying was the pot. The carrying was the knot. The carrying was the mark. The carrying was the eyeglass.</w:t>
      </w:r>
    </w:p>
    <w:p>
      <w:pPr>
        <w:spacing w:line="360" w:lineRule="auto" w:after="0"/>
        <w:ind w:firstLine="283"/>
      </w:pPr>
      <w:r>
        <w:t>The forms went on. The carrying went on. The road went on.</w:t>
      </w:r>
    </w:p>
    <w:p>
      <w:pPr>
        <w:spacing w:line="360" w:lineRule="auto" w:after="0"/>
        <w:ind w:firstLine="283"/>
      </w:pPr>
      <w:r>
        <w:t>Kael walked east. The eyeglass went on in the pocket. The form went on. The carrying went on.</w:t>
      </w:r>
    </w:p>
    <w:p>
      <w:pPr>
        <w:spacing w:line="360" w:lineRule="auto" w:after="0"/>
        <w:ind w:firstLine="283"/>
      </w:pPr>
      <w:r>
        <w:t>The road went on.</w:t>
      </w:r>
    </w:p>
    <w:p>
      <w:pPr>
        <w:spacing w:line="360" w:lineRule="auto" w:after="0"/>
        <w:ind w:firstLine="283"/>
      </w:pPr>
      <w:r>
        <w:t>The eyeglass was set down. The eyeglass was not defeated. The searcher was not found. The question was not answered. The carrying went on. The form went on. The road went on.</w:t>
      </w:r>
    </w:p>
    <w:p>
      <w:pPr>
        <w:spacing w:line="360" w:lineRule="auto" w:after="0"/>
        <w:ind w:firstLine="283"/>
      </w:pPr>
      <w:r>
        <w:t>Kael walked east. One foot. Then one foot. The feet set. The breath drew. The head turned. The feet set again. The body counted. The body did not know the number. The body would not know the number.</w:t>
      </w:r>
    </w:p>
    <w:p>
      <w:pPr>
        <w:spacing w:line="360" w:lineRule="auto" w:after="0"/>
        <w:ind w:firstLine="283"/>
      </w:pPr>
      <w:r>
        <w:t>The eyeglass was in the pocket. The eyeglass was set down. The eyeglass was not defeated. The eyeglass was the searcher's form. The form was set down in Kael's pocket. The form went on.</w:t>
      </w:r>
    </w:p>
    <w:p>
      <w:pPr>
        <w:spacing w:line="360" w:lineRule="auto" w:after="0"/>
        <w:ind w:firstLine="283"/>
      </w:pPr>
      <w:r>
        <w:t>The road went on. The road went east. The morning went on. The dust went on. The feet set. The breath drew. The head turned. The feet set again.</w:t>
      </w:r>
    </w:p>
    <w:p>
      <w:pPr>
        <w:spacing w:line="360" w:lineRule="auto" w:after="0"/>
        <w:ind w:firstLine="283"/>
      </w:pPr>
      <w:r>
        <w:t>The circle never closed. The road went on.</w:t>
      </w:r>
    </w:p>
    <w:p>
      <w:pPr>
        <w:spacing w:line="360" w:lineRule="auto" w:after="0"/>
        <w:ind w:firstLine="283"/>
      </w:pPr>
      <w:r>
        <w:t>Act V — The Plan and the Redemption</w:t>
      </w:r>
    </w:p>
    <w:p>
      <w:pPr>
        <w:spacing w:line="360" w:lineRule="auto" w:after="0"/>
        <w:ind w:firstLine="283"/>
      </w:pPr>
      <w:r>
        <w:t>The coast had a coalition. The coalition was the remnant, the fleet's beached hulls, the river-mouth peoples, the web's corridor, the settlements' heads. The coalition had gathered at a town on the coast — the town where the coast met the ridge — to hear the Plan.</w:t>
      </w:r>
    </w:p>
    <w:p>
      <w:pPr>
        <w:spacing w:line="360" w:lineRule="auto" w:after="0"/>
        <w:ind w:firstLine="283"/>
      </w:pPr>
      <w:r>
        <w:t>Elias stood at the front of the room. The room was a council room. The room was long. The room was lit by four lamps. The lamps had been lit at the third hour.</w:t>
      </w:r>
    </w:p>
    <w:p>
      <w:pPr>
        <w:spacing w:line="360" w:lineRule="auto" w:after="0"/>
        <w:ind w:firstLine="283"/>
      </w:pPr>
      <w:r>
        <w:t>Elias had the Plan on the desk. The desk was at the front of the room. The Plan was a book. The book was the size of a small door. The book had columns. The columns were the new format — name, date, household, reason, count, variance, works, bread, sleeping, holding.</w:t>
      </w:r>
    </w:p>
    <w:p>
      <w:pPr>
        <w:spacing w:line="360" w:lineRule="auto" w:after="0"/>
        <w:ind w:firstLine="283"/>
      </w:pPr>
      <w:r>
        <w:t>The Plan was the Core's offer, scaled. The Plan was the cage, systematized. The Plan was the work Elias had done at the desk for the years.</w:t>
      </w:r>
    </w:p>
    <w:p>
      <w:pPr>
        <w:spacing w:line="360" w:lineRule="auto" w:after="0"/>
        <w:ind w:firstLine="283"/>
      </w:pPr>
      <w:r>
        <w:t>Elias opened the book. Elias read from the book. The voice was the voice of the desk.</w:t>
      </w:r>
    </w:p>
    <w:p>
      <w:pPr>
        <w:spacing w:line="360" w:lineRule="auto" w:after="0"/>
        <w:ind w:firstLine="283"/>
      </w:pPr>
      <w:r>
        <w:t>"The coast will be enumerated," Elias said. "The names. The households. The dates. The counts. The works will be held. The bread will be distributed. The medicine will reach the children. The sleeping will go on sleeping."</w:t>
      </w:r>
    </w:p>
    <w:p>
      <w:pPr>
        <w:spacing w:line="360" w:lineRule="auto" w:after="0"/>
        <w:ind w:firstLine="283"/>
      </w:pPr>
      <w:r>
        <w:t>The coalition listened. The coalition was tired. The coalition had been on the road and the coast, through the fall of Atherin and the White. The coalition was the frightened.</w:t>
      </w:r>
    </w:p>
    <w:p>
      <w:pPr>
        <w:spacing w:line="360" w:lineRule="auto" w:after="0"/>
        <w:ind w:firstLine="283"/>
      </w:pPr>
      <w:r>
        <w:t>The frightened wanted the enumeration. The frightened wanted the bread. The frightened wanted the cage.</w:t>
      </w:r>
    </w:p>
    <w:p>
      <w:pPr>
        <w:spacing w:line="360" w:lineRule="auto" w:after="0"/>
        <w:ind w:firstLine="283"/>
      </w:pPr>
      <w:r>
        <w:t>Elias read the Plan. The Plan was the book. The book was the size of a small door.</w:t>
      </w:r>
    </w:p>
    <w:p>
      <w:pPr>
        <w:spacing w:line="360" w:lineRule="auto" w:after="0"/>
        <w:ind w:firstLine="283"/>
      </w:pPr>
      <w:r>
        <w:t>Elias read. The coalition listened. The room was the council room. The lamp was lit. The lamp would be put out at the ninth.</w:t>
      </w:r>
    </w:p>
    <w:p>
      <w:pPr>
        <w:spacing w:line="360" w:lineRule="auto" w:after="0"/>
        <w:ind w:firstLine="283"/>
      </w:pPr>
      <w:r>
        <w:t>Elias closed the book. Elias left the council room. Elias walked east. Elias walked to the house where the brother was.</w:t>
      </w:r>
    </w:p>
    <w:p>
      <w:pPr>
        <w:spacing w:line="360" w:lineRule="auto" w:after="0"/>
        <w:ind w:firstLine="283"/>
      </w:pPr>
      <w:r>
        <w:t>The brother was at a bedside. The brother was in a room in a house on the coast. The room was small. The room was lit by one lamp. The lamp had been lit at the third hour. The lamp would be put out at the ninth.</w:t>
      </w:r>
    </w:p>
    <w:p>
      <w:pPr>
        <w:spacing w:line="360" w:lineRule="auto" w:after="0"/>
        <w:ind w:firstLine="283"/>
      </w:pPr>
      <w:r>
        <w:t>The brother was in the bed. The brother was older than the years at the desk. The road had taken the years out of the brother.</w:t>
      </w:r>
    </w:p>
    <w:p>
      <w:pPr>
        <w:spacing w:line="360" w:lineRule="auto" w:after="0"/>
        <w:ind w:firstLine="283"/>
      </w:pPr>
      <w:r>
        <w:t>The brother's hand was on the blanket. The brother's hand was the right hand. The hand shook. The shaking had been there since the First Danse. The shaking had been getting worse. The hand shook on the blanket.</w:t>
      </w:r>
    </w:p>
    <w:p>
      <w:pPr>
        <w:spacing w:line="360" w:lineRule="auto" w:after="0"/>
        <w:ind w:firstLine="283"/>
      </w:pPr>
      <w:r>
        <w:t>The montante was at the wall by the bed. The montante was the brother's sword. The blade had been the brother's. The hand that had held the montante could not hold the montante now. The hand shook on the blanket.</w:t>
      </w:r>
    </w:p>
    <w:p>
      <w:pPr>
        <w:spacing w:line="360" w:lineRule="auto" w:after="0"/>
        <w:ind w:firstLine="283"/>
      </w:pPr>
      <w:r>
        <w:t>The brother's coat was on the peg by the bed. The coat was grey. The coat's cuffs were turned back twice. The cuffs were the grandmother's father's turnings — older than the brother, older than Elias, older than the cage. The cuffs were turned back twice.</w:t>
      </w:r>
    </w:p>
    <w:p>
      <w:pPr>
        <w:spacing w:line="360" w:lineRule="auto" w:after="0"/>
        <w:ind w:firstLine="283"/>
      </w:pPr>
      <w:r>
        <w:t>Elias stood at the door of the room. Elias did not go in. Elias had been in this room before — not this room, but a room like this. A room with a flour board. A room with a copper pot. A room with a chipped cup. The chipped cup was on the table by the bed. The chip was turned to the far side. The cup had been turned. The cup had been turned every morning for as long as the brother could remember.</w:t>
      </w:r>
    </w:p>
    <w:p>
      <w:pPr>
        <w:spacing w:line="360" w:lineRule="auto" w:after="0"/>
        <w:ind w:firstLine="283"/>
      </w:pPr>
      <w:r>
        <w:t>Elias had been in a kitchen on Miller's Lane. The kitchen had been the mother's. The kitchen had a flour board, a copper pot, a chipped cup. The chip had been turned to the far side. The mother had turned it. The grandmother had turned it after. The turning was the kitchen's.</w:t>
      </w:r>
    </w:p>
    <w:p>
      <w:pPr>
        <w:spacing w:line="360" w:lineRule="auto" w:after="0"/>
        <w:ind w:firstLine="283"/>
      </w:pPr>
      <w:r>
        <w:t>Elias had stood in the kitchen door. Elias had not gone in. Elias stood in the door of this room now — the room on the coast. The brother was in the bed. Elias was at the door.</w:t>
      </w:r>
    </w:p>
    <w:p>
      <w:pPr>
        <w:spacing w:line="360" w:lineRule="auto" w:after="0"/>
        <w:ind w:firstLine="283"/>
      </w:pPr>
      <w:r>
        <w:t>Elias went in. Elias stood at the side of the bed. The brother did not look up. The brother's eyes were on the blanket. The brother's eyes were the grey.</w:t>
      </w:r>
    </w:p>
    <w:p>
      <w:pPr>
        <w:spacing w:line="360" w:lineRule="auto" w:after="0"/>
        <w:ind w:firstLine="283"/>
      </w:pPr>
      <w:r>
        <w:t>"Vasryn," Elias said.</w:t>
      </w:r>
    </w:p>
    <w:p>
      <w:pPr>
        <w:spacing w:line="360" w:lineRule="auto" w:after="0"/>
        <w:ind w:firstLine="283"/>
      </w:pPr>
      <w:r>
        <w:t>The brother did not look up. The brother's eyes were on the blanket. The brother did not know the name.</w:t>
      </w:r>
    </w:p>
    <w:p>
      <w:pPr>
        <w:spacing w:line="360" w:lineRule="auto" w:after="0"/>
        <w:ind w:firstLine="283"/>
      </w:pPr>
      <w:r>
        <w:t>"Vasryn," Elias said again.</w:t>
      </w:r>
    </w:p>
    <w:p>
      <w:pPr>
        <w:spacing w:line="360" w:lineRule="auto" w:after="0"/>
        <w:ind w:firstLine="283"/>
      </w:pPr>
      <w:r>
        <w:t>The brother did not know the name. The name had been taken by the carrying.</w:t>
      </w:r>
    </w:p>
    <w:p>
      <w:pPr>
        <w:spacing w:line="360" w:lineRule="auto" w:after="0"/>
        <w:ind w:firstLine="283"/>
      </w:pPr>
      <w:r>
        <w:t>Elias stood at the side of the bed. The brother did not know him. The brother did not know the name. The brother's eyes were the grey.</w:t>
      </w:r>
    </w:p>
    <w:p>
      <w:pPr>
        <w:spacing w:line="360" w:lineRule="auto" w:after="0"/>
        <w:ind w:firstLine="283"/>
      </w:pPr>
      <w:r>
        <w:t>Elias looked at the brother. Elias looked at the hand on the blanket. The hand shook. The hand had held the montante. The hand had held the parapet. The hand had held the cup with the chip turned to the far side. The hand had held the carrying.</w:t>
      </w:r>
    </w:p>
    <w:p>
      <w:pPr>
        <w:spacing w:line="360" w:lineRule="auto" w:after="0"/>
        <w:ind w:firstLine="283"/>
      </w:pPr>
      <w:r>
        <w:t>The hand shook on the blanket. The hand could not hold the cup. The hand could not hold the carrying.</w:t>
      </w:r>
    </w:p>
    <w:p>
      <w:pPr>
        <w:spacing w:line="360" w:lineRule="auto" w:after="0"/>
        <w:ind w:firstLine="283"/>
      </w:pPr>
      <w:r>
        <w:t>The brother had been carrying. The brother had been carrying the Mantle. The brother had been carrying the road. The brother had been carrying what could not be set down.</w:t>
      </w:r>
    </w:p>
    <w:p>
      <w:pPr>
        <w:spacing w:line="360" w:lineRule="auto" w:after="0"/>
        <w:ind w:firstLine="283"/>
      </w:pPr>
      <w:r>
        <w:t>Elias looked at the brother. Elias looked at the coat on the peg. The coat's cuffs were turned back twice. The cuffs were the grandmother's father's turnings.</w:t>
      </w:r>
    </w:p>
    <w:p>
      <w:pPr>
        <w:spacing w:line="360" w:lineRule="auto" w:after="0"/>
        <w:ind w:firstLine="283"/>
      </w:pPr>
      <w:r>
        <w:t>Elias reached out. Elias touched the turned cuff. The cuff was cloth and bone and twenty years. The cuff was the brotherhood.</w:t>
      </w:r>
    </w:p>
    <w:p>
      <w:pPr>
        <w:spacing w:line="360" w:lineRule="auto" w:after="0"/>
        <w:ind w:firstLine="283"/>
      </w:pPr>
      <w:r>
        <w:t>Elias had touched the cuff once before — on the road, at the twenty-first town, the day Elias had walked back into the Registry. The cuff had been between two fingers. Elias had let it go.</w:t>
      </w:r>
    </w:p>
    <w:p>
      <w:pPr>
        <w:spacing w:line="360" w:lineRule="auto" w:after="0"/>
        <w:ind w:firstLine="283"/>
      </w:pPr>
      <w:r>
        <w:t>Elias touched the cuff now. The cuff was the same cuff — the grandmother's father's turnings, cloth and bone and twenty years.</w:t>
      </w:r>
    </w:p>
    <w:p>
      <w:pPr>
        <w:spacing w:line="360" w:lineRule="auto" w:after="0"/>
        <w:ind w:firstLine="283"/>
      </w:pPr>
      <w:r>
        <w:t>"I saw what the burden did to you." The voice was not the desk's. It was the voice from the scaffold, before the ledger, before the answer. "I will not stand by and do nothing. You are my brother."</w:t>
      </w:r>
    </w:p>
    <w:p>
      <w:pPr>
        <w:spacing w:line="360" w:lineRule="auto" w:after="0"/>
        <w:ind w:firstLine="283"/>
      </w:pPr>
      <w:r>
        <w:t>He set the pen on the table beside the chipped cup. The chip was turned to the far side, the way it had always been turned.</w:t>
      </w:r>
    </w:p>
    <w:p>
      <w:pPr>
        <w:spacing w:line="360" w:lineRule="auto" w:after="0"/>
        <w:ind w:firstLine="283"/>
      </w:pPr>
      <w:r>
        <w:t>He held the cuff. Cloth and bone and the grandmother's father's turnings.</w:t>
      </w:r>
    </w:p>
    <w:p>
      <w:pPr>
        <w:spacing w:line="360" w:lineRule="auto" w:after="0"/>
        <w:ind w:firstLine="283"/>
      </w:pPr>
      <w:r>
        <w:t>The anger had always been pointed at the man who asked What are you owed? and then built the finished world. Elias still did not know it. He only knew the cuff in his hand and the name he kept saying into a face that no longer answered.</w:t>
      </w:r>
    </w:p>
    <w:p>
      <w:pPr>
        <w:spacing w:line="360" w:lineRule="auto" w:after="0"/>
        <w:ind w:firstLine="283"/>
      </w:pPr>
      <w:r>
        <w:t>"Vasryn."</w:t>
      </w:r>
    </w:p>
    <w:p>
      <w:pPr>
        <w:spacing w:line="360" w:lineRule="auto" w:after="0"/>
        <w:ind w:firstLine="283"/>
      </w:pPr>
      <w:r>
        <w:t>The hand on the blanket stopped, then shook again.</w:t>
      </w:r>
    </w:p>
    <w:p>
      <w:pPr>
        <w:spacing w:line="360" w:lineRule="auto" w:after="0"/>
        <w:ind w:firstLine="283"/>
      </w:pPr>
      <w:r>
        <w:t>Elias held the cuff. The holding was the only work left that was not the pen's.</w:t>
      </w:r>
    </w:p>
    <w:p>
      <w:pPr>
        <w:spacing w:line="360" w:lineRule="auto" w:after="0"/>
        <w:ind w:firstLine="283"/>
      </w:pPr>
      <w:r>
        <w:t>Elias held the cuff. The lamp burned. It would go out at the ninth hour the way every lamp in every Registry room had always gone out.</w:t>
      </w:r>
    </w:p>
    <w:p>
      <w:pPr>
        <w:spacing w:line="360" w:lineRule="auto" w:after="0"/>
        <w:ind w:firstLine="283"/>
      </w:pPr>
      <w:r>
        <w:t>The pen lay on the table beside the chipped cup. The montante stood against the wall, unheld. The coat hung on the peg with the cuffs turned back twice.</w:t>
      </w:r>
    </w:p>
    <w:p>
      <w:pPr>
        <w:spacing w:line="360" w:lineRule="auto" w:after="0"/>
        <w:ind w:firstLine="283"/>
      </w:pPr>
      <w:r>
        <w:t>The brother's hand shook on the blanket. The name did not come back.</w:t>
      </w:r>
    </w:p>
    <w:p>
      <w:pPr>
        <w:spacing w:line="360" w:lineRule="auto" w:after="0"/>
        <w:ind w:firstLine="283"/>
      </w:pPr>
      <w:r>
        <w:t>Elias did not let go of the cuff.</w:t>
      </w:r>
    </w:p>
    <w:p>
      <w:pPr>
        <w:spacing w:line="360" w:lineRule="auto" w:after="0"/>
        <w:ind w:firstLine="283"/>
      </w:pPr>
      <w:r>
        <w:t>He had signed the form that took the mother. He had elevated the boy who became the Saint. He had walked the White east because the pen wanted the next name and the next name had always been the brother's. He had never once looked at the house at the far end of the road and seen the man who asked the question.</w:t>
      </w:r>
    </w:p>
    <w:p>
      <w:pPr>
        <w:spacing w:line="360" w:lineRule="auto" w:after="0"/>
        <w:ind w:firstLine="283"/>
      </w:pPr>
      <w:r>
        <w:t>He saw it now only as the weight in his hand: cloth, bone, the turnings that were older than the cage.</w:t>
      </w:r>
    </w:p>
    <w:p>
      <w:pPr>
        <w:spacing w:line="360" w:lineRule="auto" w:after="0"/>
        <w:ind w:firstLine="283"/>
      </w:pPr>
      <w:r>
        <w:t>He did not set the cuff down.</w:t>
      </w:r>
    </w:p>
    <w:p>
      <w:pPr>
        <w:spacing w:line="360" w:lineRule="auto" w:after="0"/>
        <w:ind w:firstLine="283"/>
      </w:pPr>
      <w:r>
        <w:t>The road went on.</w:t>
      </w:r>
    </w:p>
    <w:p>
      <w:pPr>
        <w:spacing w:before="360" w:after="240"/>
        <w:ind w:firstLine="0"/>
        <w:jc w:val="center"/>
      </w:pPr>
      <w:r>
        <w:rPr>
          <w:b/>
          <w:i/>
          <w:color w:val="333333"/>
          <w:sz w:val="26"/>
        </w:rPr>
        <w:t>Step — The Record-Keeper at the Door</w:t>
      </w:r>
    </w:p>
    <w:p>
      <w:pPr>
        <w:spacing w:line="360" w:lineRule="auto" w:after="0"/>
        <w:ind w:firstLine="283"/>
      </w:pPr>
      <w:r>
        <w:t>Mira came to the Inspector-General's quarters at the dusk of the third summer's last week, and the coming was the record-keeper's, and the record-keeper was the coming's, and the two were the dusk's, and the dusk was the two's.</w:t>
      </w:r>
    </w:p>
    <w:p>
      <w:pPr>
        <w:spacing w:line="360" w:lineRule="auto" w:after="0"/>
        <w:ind w:firstLine="283"/>
      </w:pPr>
      <w:r>
        <w:t>The quarters were the zone's edge-house's small room, the cot, the table, the lamp. The rope had been on the table for a season. The rope was the same rope — the splice finished, the ends bound with the sail-thread, the rope the body had carried for fifteen years and had never used. The table held the rope the way the table held the lamp: without voting, without choosing, without setting it down.</w:t>
      </w:r>
    </w:p>
    <w:p>
      <w:pPr>
        <w:spacing w:line="360" w:lineRule="auto" w:after="0"/>
        <w:ind w:firstLine="283"/>
      </w:pPr>
      <w:r>
        <w:t>Rook was at the table. Rook's hand was at the rope, did not lift the rope, rested on the rope. The rope was the resting's. The two were the body's.</w:t>
      </w:r>
    </w:p>
    <w:p>
      <w:pPr>
        <w:spacing w:line="360" w:lineRule="auto" w:after="0"/>
        <w:ind w:firstLine="283"/>
      </w:pPr>
      <w:r>
        <w:t>The hollows had come by stages. The hollows had come at the hand. The hollows had come at the stance. The hollows had come at the eye. The hollows had come at the breath. The hollows had come at the voice. The five were the body's. The two were the hollows'. The hollows were the two's.</w:t>
      </w:r>
    </w:p>
    <w:p>
      <w:pPr>
        <w:spacing w:line="360" w:lineRule="auto" w:after="0"/>
        <w:ind w:firstLine="283"/>
      </w:pPr>
      <w:r>
        <w:t>The person had become less. The two were the body's.</w:t>
      </w:r>
    </w:p>
    <w:p>
      <w:pPr>
        <w:spacing w:line="360" w:lineRule="auto" w:after="0"/>
        <w:ind w:firstLine="283"/>
      </w:pPr>
      <w:r>
        <w:t>Mira came to the door. Mira did not knock. Mira did not hail. Mira stood at the door the way the record-keeper stood at the door — without the announcing, without the asking.</w:t>
      </w:r>
    </w:p>
    <w:p>
      <w:pPr>
        <w:spacing w:line="360" w:lineRule="auto" w:after="0"/>
        <w:ind w:firstLine="283"/>
      </w:pPr>
      <w:r>
        <w:t>The door was open. The door had been open for a season. The door did not close. The door stood open the way the corridor's doors stood open. The door was the people's. The door was the open's. The two were the quarters'. The quarters were the two's.</w:t>
      </w:r>
    </w:p>
    <w:p>
      <w:pPr>
        <w:spacing w:line="360" w:lineRule="auto" w:after="0"/>
        <w:ind w:firstLine="283"/>
      </w:pPr>
      <w:r>
        <w:t>Mira stood at the door. The felt roll was under her arm. The felt roll was the chest's. The chest was the fleet's. The fleet was the corridor's. The corridor was the chest's. The felt roll was the record's. The two were the door's.</w:t>
      </w:r>
    </w:p>
    <w:p>
      <w:pPr>
        <w:spacing w:line="360" w:lineRule="auto" w:after="0"/>
        <w:ind w:firstLine="283"/>
      </w:pPr>
      <w:r>
        <w:t>Rook did not look at the door. Rook's hand was at the rope. The rope was the table's. The two were the body's.</w:t>
      </w:r>
    </w:p>
    <w:p>
      <w:pPr>
        <w:spacing w:line="360" w:lineRule="auto" w:after="0"/>
        <w:ind w:firstLine="283"/>
      </w:pPr>
      <w:r>
        <w:t>Mira came into the room. Mira did not hail. Mira did not speak. Mira came the way the record-keeper came — at the table's edge, the felt roll under the arm, the level hand at the side.</w:t>
      </w:r>
    </w:p>
    <w:p>
      <w:pPr>
        <w:spacing w:line="360" w:lineRule="auto" w:after="0"/>
        <w:ind w:firstLine="283"/>
      </w:pPr>
      <w:r>
        <w:t>Mira stood at the table's edge. The rope was on the table. The rope was the body's. The two were the table's.</w:t>
      </w:r>
    </w:p>
    <w:p>
      <w:pPr>
        <w:spacing w:line="360" w:lineRule="auto" w:after="0"/>
        <w:ind w:firstLine="283"/>
      </w:pPr>
      <w:r>
        <w:t>Mira looked at the body. The two were the looking's.</w:t>
      </w:r>
    </w:p>
    <w:p>
      <w:pPr>
        <w:spacing w:line="360" w:lineRule="auto" w:after="0"/>
        <w:ind w:firstLine="283"/>
      </w:pPr>
      <w:r>
        <w:t>Mira did not smile. Mira did not soften. The looking was the level hand's plain reception. The looking held the body the way the open hand held its open.</w:t>
      </w:r>
    </w:p>
    <w:p>
      <w:pPr>
        <w:spacing w:line="360" w:lineRule="auto" w:after="0"/>
        <w:ind w:firstLine="283"/>
      </w:pPr>
      <w:r>
        <w:t>"The rope is on the table," Mira said. The level voice. The record-keeper's voice. "The rope has been on the table for a season. The rope is the body's. The body is the rope's. The two are the table's. The table is the two's."</w:t>
      </w:r>
    </w:p>
    <w:p>
      <w:pPr>
        <w:spacing w:line="360" w:lineRule="auto" w:after="0"/>
        <w:ind w:firstLine="283"/>
      </w:pPr>
      <w:r>
        <w:t>Rook did not look at Mira. Rook's hand was at the rope.</w:t>
      </w:r>
    </w:p>
    <w:p>
      <w:pPr>
        <w:spacing w:line="360" w:lineRule="auto" w:after="0"/>
        <w:ind w:firstLine="283"/>
      </w:pPr>
      <w:r>
        <w:t>"The rope is the road not taken," Mira said. "The rope is the command. The rope is the cage. The rope is the carrying. The rope is the taking. The rope is the liberation. The rope is the Cult's. The rope is the spiral's. The rope is the relief's. The rope is the deepening's. The rope is the thinning's. The rope is the hollows'. The rope is the rope's."</w:t>
      </w:r>
    </w:p>
    <w:p>
      <w:pPr>
        <w:spacing w:line="360" w:lineRule="auto" w:after="0"/>
        <w:ind w:firstLine="283"/>
      </w:pPr>
      <w:r>
        <w:t>Rook did not look at Mira. Rook's hand was at the rope. The rope was the table's. The two were the body's.</w:t>
      </w:r>
    </w:p>
    <w:p>
      <w:pPr>
        <w:spacing w:line="360" w:lineRule="auto" w:after="0"/>
        <w:ind w:firstLine="283"/>
      </w:pPr>
      <w:r>
        <w:t>"The record has the rope," Mira said. "The record has the body. The record has the hollows. The record has the relief. The record has the deepening. The record has the thinning. The record has the spiral. The record has the Cult's saying. The record has the body's not-knowing. The record has the body's not-lifting. The record has the body's resting. The record has the rope. The record has the body. The two are the record's. The record is the two's."</w:t>
      </w:r>
    </w:p>
    <w:p>
      <w:pPr>
        <w:spacing w:line="360" w:lineRule="auto" w:after="0"/>
        <w:ind w:firstLine="283"/>
      </w:pPr>
      <w:r>
        <w:t>Mira set the felt roll on the table. The felt roll was the chest's. The chest was the fleet's. The fleet was the corridor's. The corridor was the chest's. The felt roll was the record's. The two were the table's.</w:t>
      </w:r>
    </w:p>
    <w:p>
      <w:pPr>
        <w:spacing w:line="360" w:lineRule="auto" w:after="0"/>
        <w:ind w:firstLine="283"/>
      </w:pPr>
      <w:r>
        <w:t>Mira opened the felt roll. The felt roll's pages were the record — the marks, the confidence ticks, the double crosses, the sources' names, the two words at every page's foot. Not resolved. The two words stood at the foot. The two words were the record's. The record was the two words'. The two were the felt roll's.</w:t>
      </w:r>
    </w:p>
    <w:p>
      <w:pPr>
        <w:spacing w:line="360" w:lineRule="auto" w:after="0"/>
        <w:ind w:firstLine="283"/>
      </w:pPr>
      <w:r>
        <w:t>Mira took the chest's oldest leaf from the felt roll. The leaf held the two words: Name uncertain. Person remembered. The leaf held the open hand. The leaf held the double cross at the variant. The leaf held the not-resolved at the margin. The leaf was the record's. The two were the table's.</w:t>
      </w:r>
    </w:p>
    <w:p>
      <w:pPr>
        <w:spacing w:line="360" w:lineRule="auto" w:after="0"/>
        <w:ind w:firstLine="283"/>
      </w:pPr>
      <w:r>
        <w:t>Mira laid the leaf on the table beside the rope. The rope was on the table. The leaf was on the table. The rope and the leaf did not touch. The rope and the leaf did not move.</w:t>
      </w:r>
    </w:p>
    <w:p>
      <w:pPr>
        <w:spacing w:line="360" w:lineRule="auto" w:after="0"/>
        <w:ind w:firstLine="283"/>
      </w:pPr>
      <w:r>
        <w:t>Mira looked at the rope, the leaf, the body. The three were the table's.</w:t>
      </w:r>
    </w:p>
    <w:p>
      <w:pPr>
        <w:spacing w:line="360" w:lineRule="auto" w:after="0"/>
        <w:ind w:firstLine="283"/>
      </w:pPr>
      <w:r>
        <w:t>"The record-keeper comes to the door," Mira said. The level voice. The record-keeper's voice. "The record-keeper comes to the table. The record-keeper comes to the rope. The record-keeper comes to the body. The four are the door's. The door is the four's. The record-keeper comes."</w:t>
      </w:r>
    </w:p>
    <w:p>
      <w:pPr>
        <w:spacing w:line="360" w:lineRule="auto" w:after="0"/>
        <w:ind w:firstLine="283"/>
      </w:pPr>
      <w:r>
        <w:t>Rook did not look at Mira. Rook's hand was at the rope. The rope was the table's. The two were the body's. The hollows were the body's. The body was the hollows'. The two were the rope's.</w:t>
      </w:r>
    </w:p>
    <w:p>
      <w:pPr>
        <w:spacing w:line="360" w:lineRule="auto" w:after="0"/>
        <w:ind w:firstLine="283"/>
      </w:pPr>
      <w:r>
        <w:t>Mira did not move. Mira stood at the table's edge. The felt roll was on the table. The leaf was on the table. The rope was on the table. The three were the table's. Mira was at the table's edge. The table was Mira's. Mira was the table's. The two were the dusk's.</w:t>
      </w:r>
    </w:p>
    <w:p>
      <w:pPr>
        <w:spacing w:line="360" w:lineRule="auto" w:after="0"/>
        <w:ind w:firstLine="283"/>
      </w:pPr>
      <w:r>
        <w:t>The dusk came on. The lamp was lit. The lamp was the table's. The two were the quarters'. The quarters were the two's. The lamp threw the crooked light on the table. The crooked light was the lamp's. The two were the table's.</w:t>
      </w:r>
    </w:p>
    <w:p>
      <w:pPr>
        <w:spacing w:line="360" w:lineRule="auto" w:after="0"/>
        <w:ind w:firstLine="283"/>
      </w:pPr>
      <w:r>
        <w:t>Mira stood at the table's edge. The record-keeper at the door. The record-keeper at the table. The record-keeper at the rope. The record-keeper at the body. The four were the door's. The record-keeper came.</w:t>
      </w:r>
    </w:p>
    <w:p>
      <w:pPr>
        <w:spacing w:before="360" w:after="240"/>
        <w:ind w:firstLine="0"/>
        <w:jc w:val="center"/>
      </w:pPr>
      <w:r>
        <w:rPr>
          <w:b/>
          <w:i/>
          <w:color w:val="333333"/>
          <w:sz w:val="26"/>
        </w:rPr>
        <w:t>Step — The Cup Set Down</w:t>
      </w:r>
    </w:p>
    <w:p>
      <w:pPr>
        <w:spacing w:line="360" w:lineRule="auto" w:after="0"/>
        <w:ind w:firstLine="283"/>
      </w:pPr>
      <w:r>
        <w:t>Mira set the cup on the table at the dusk's second hour, and the cup was the cardamom-coloured one, and the cup was the dented one — the rim dented where the mule had knocked it, the year the mother had died — and the cup was Mira's, and Mira was the cup's, and the two were the table's, and the table was the two's.</w:t>
      </w:r>
    </w:p>
    <w:p>
      <w:pPr>
        <w:spacing w:line="360" w:lineRule="auto" w:after="0"/>
        <w:ind w:firstLine="283"/>
      </w:pPr>
      <w:r>
        <w:t>Mira had carried the cup from the chart room to the quarters. Mira had carried the cup the way Mira carried the felt roll — at the breast, against the body, the keeping-place. The cup was at the breast. The cup was the keeping-place's. The two were the body's.</w:t>
      </w:r>
    </w:p>
    <w:p>
      <w:pPr>
        <w:spacing w:line="360" w:lineRule="auto" w:after="0"/>
        <w:ind w:firstLine="283"/>
      </w:pPr>
      <w:r>
        <w:t>The cup was the cardamom-coloured one. The cup was the dented one. The cup had been Mira's since the city. The cup had been Mira's through the fleet. The cup had been Mira's through the corridor. The cup had been Mira's through the wound's coast. The cup had been Mira's for fifteen years. The cup was Mira's. Mira was the cup's.</w:t>
      </w:r>
    </w:p>
    <w:p>
      <w:pPr>
        <w:spacing w:line="360" w:lineRule="auto" w:after="0"/>
        <w:ind w:firstLine="283"/>
      </w:pPr>
      <w:r>
        <w:t>Mira set the cup on the table. The cup was at the rope. The cup was at the leaf. The cup was at the felt roll. The table was the cup's. The two were the dusk's.</w:t>
      </w:r>
    </w:p>
    <w:p>
      <w:pPr>
        <w:spacing w:line="360" w:lineRule="auto" w:after="0"/>
        <w:ind w:firstLine="283"/>
      </w:pPr>
      <w:r>
        <w:t>Rook did not look at the cup. Rook's hand was at the rope. The rope was the table's. The two were the body's. The cup was on the table. The cup was the table's. The two were the dusk's.</w:t>
      </w:r>
    </w:p>
    <w:p>
      <w:pPr>
        <w:spacing w:line="360" w:lineRule="auto" w:after="0"/>
        <w:ind w:firstLine="283"/>
      </w:pPr>
      <w:r>
        <w:t>Mira did not look at Rook. Mira looked at the cup. The cup was on the table. The cup was the dented one. The cup was the cardamom-coloured one. The cup was Mira's. Mira was the cup's. The two were the table's.</w:t>
      </w:r>
    </w:p>
    <w:p>
      <w:pPr>
        <w:spacing w:line="360" w:lineRule="auto" w:after="0"/>
        <w:ind w:firstLine="283"/>
      </w:pPr>
      <w:r>
        <w:t>"The cup is set down," Mira said. The level voice. The record-keeper's voice. "The cup is the record-keeper's. The record-keeper is the cup's. The two are the table's. The table is the two's. The cup is set down."</w:t>
      </w:r>
    </w:p>
    <w:p>
      <w:pPr>
        <w:spacing w:line="360" w:lineRule="auto" w:after="0"/>
        <w:ind w:firstLine="283"/>
      </w:pPr>
      <w:r>
        <w:t>Rook's hand was at the rope. The rope was the table's. The two were the body's.</w:t>
      </w:r>
    </w:p>
    <w:p>
      <w:pPr>
        <w:spacing w:line="360" w:lineRule="auto" w:after="0"/>
        <w:ind w:firstLine="283"/>
      </w:pPr>
      <w:r>
        <w:t>"The cup is the mother's," Mira said. The level voice. The record-keeper's voice. "The cup is the household's. The cup is the kitchen's. The cup is the table's. The cup is the mother's place at the table. The cup is the cardamom-coloured one. The cup is the dented one. The cup is the record-keeper's. The record-keeper is the cup's. The two are the table's. The table is the two's. The cup is set down."</w:t>
      </w:r>
    </w:p>
    <w:p>
      <w:pPr>
        <w:spacing w:line="360" w:lineRule="auto" w:after="0"/>
        <w:ind w:firstLine="283"/>
      </w:pPr>
      <w:r>
        <w:t>Rook did not look at the cup.</w:t>
      </w:r>
    </w:p>
    <w:p>
      <w:pPr>
        <w:spacing w:line="360" w:lineRule="auto" w:after="0"/>
        <w:ind w:firstLine="283"/>
      </w:pPr>
      <w:r>
        <w:t>"The cup is the record-keeper's," Mira said. "The record-keeper carried the cup for fifteen years. The record-keeper carried the cup the way the body carried the rope — at the breast, against the body, the keeping-place. The record-keeper carried the cup through the city. The record-keeper carried the cup through the fleet. The record-keeper carried the cup through the corridor. The record-keeper carried the cup through the wound's coast. The record-keeper carried the cup for fifteen years. The cup is the record-keeper's. The record-keeper is the cup's. The two are the table's. The table is the two's. The cup is set down."</w:t>
      </w:r>
    </w:p>
    <w:p>
      <w:pPr>
        <w:spacing w:line="360" w:lineRule="auto" w:after="0"/>
        <w:ind w:firstLine="283"/>
      </w:pPr>
      <w:r>
        <w:t>Rook's hand was at the rope.</w:t>
      </w:r>
    </w:p>
    <w:p>
      <w:pPr>
        <w:spacing w:line="360" w:lineRule="auto" w:after="0"/>
        <w:ind w:firstLine="283"/>
      </w:pPr>
      <w:r>
        <w:t>"The cup is set down," Mira said. "The cup is set down at the rope. The cup is set down at the leaf. The cup is set down at the felt roll. The cup is set down at the hollows. The cup is set down at the relief. The cup is set down at the deepening. The cup is set down at the thinning. The cup is set down at the spiral. The cup is set down at the Cult's saying. The cup is set down at the body's not-knowing. The cup is set down at the body's not-lifting. The cup is set down at the body's resting. The cup is set down at the rope. The two are the table's. The table is the two's. The cup is set down."</w:t>
      </w:r>
    </w:p>
    <w:p>
      <w:pPr>
        <w:spacing w:line="360" w:lineRule="auto" w:after="0"/>
        <w:ind w:firstLine="283"/>
      </w:pPr>
      <w:r>
        <w:t>Rook did not look at the cup.</w:t>
      </w:r>
    </w:p>
    <w:p>
      <w:pPr>
        <w:spacing w:line="360" w:lineRule="auto" w:after="0"/>
        <w:ind w:firstLine="283"/>
      </w:pPr>
      <w:r>
        <w:t>The cup was on the table. The cup was the cardamom-coloured one. The cup was the dented one. The cup was the record-keeper's. The cup was set down. The setting-down was the cup's. The two were the table's.</w:t>
      </w:r>
    </w:p>
    <w:p>
      <w:pPr>
        <w:spacing w:line="360" w:lineRule="auto" w:after="0"/>
        <w:ind w:firstLine="283"/>
      </w:pPr>
      <w:r>
        <w:t>Mira did not move. Mira stood at the table's edge. The felt roll was on the table. The leaf was on the table. The rope was on the table. The cup was on the table. The four were the table's. Mira was at the table's edge. The table was Mira's. Mira was the table's. The two were the dusk's.</w:t>
      </w:r>
    </w:p>
    <w:p>
      <w:pPr>
        <w:spacing w:line="360" w:lineRule="auto" w:after="0"/>
        <w:ind w:firstLine="283"/>
      </w:pPr>
      <w:r>
        <w:t>The dusk came on. The lamp was lit. The lamp threw the crooked light on the table. The crooked light was the lamp's. The two were the table's.</w:t>
      </w:r>
    </w:p>
    <w:p>
      <w:pPr>
        <w:spacing w:line="360" w:lineRule="auto" w:after="0"/>
        <w:ind w:firstLine="283"/>
      </w:pPr>
      <w:r>
        <w:t>The cup was on the table. The cup was the record-keeper's. The setting-down was the cup's. The two were the table's.</w:t>
      </w:r>
    </w:p>
    <w:p>
      <w:pPr>
        <w:spacing w:before="360" w:after="240"/>
        <w:ind w:firstLine="0"/>
        <w:jc w:val="center"/>
      </w:pPr>
      <w:r>
        <w:rPr>
          <w:b/>
          <w:i/>
          <w:color w:val="333333"/>
          <w:sz w:val="26"/>
        </w:rPr>
        <w:t>Step — The Pen and the Knife</w:t>
      </w:r>
    </w:p>
    <w:p>
      <w:pPr>
        <w:spacing w:line="360" w:lineRule="auto" w:after="0"/>
        <w:ind w:firstLine="283"/>
      </w:pPr>
      <w:r>
        <w:t>The pen was in Mira's right hand. The knife was in Mira's left hand. The two were the record-keeper's. The two were the table's.</w:t>
      </w:r>
    </w:p>
    <w:p>
      <w:pPr>
        <w:spacing w:line="360" w:lineRule="auto" w:after="0"/>
        <w:ind w:firstLine="283"/>
      </w:pPr>
      <w:r>
        <w:t>The pen was the same pen. The pen had been at the table for fifteen years. The pen had not signed the four thousand, two hundred and thirty. The pen had not signed them at the failed threshold, two years before. The pen had signed not-resolved at the leaf's margin. The pen had signed not-resolved at the leaf's margin ten years before. The pen had signed not-resolved at the leaf's margin five years before. The pen had signed not-resolved at the leaf's margin last year. The pen was the record-keeper's. The two were the table's.</w:t>
      </w:r>
    </w:p>
    <w:p>
      <w:pPr>
        <w:spacing w:line="360" w:lineRule="auto" w:after="0"/>
        <w:ind w:firstLine="283"/>
      </w:pPr>
      <w:r>
        <w:t>The knife was the mender's knife. The knife was the small blade — the kind the mender used to cut the wire, the kind the mender used to cut the thread, the kind the mender used to cut the rope. The knife was the record-keeper's now. The record-keeper had taken the knife from the mender's basket at the lane-house. The mender had given the knife to the record-keeper without the asking, without the explaining. The mender had set the knife in the record-keeper's hand the way the old man had set the bird in Kael's hand at the dying — without the speaking, without the explaining. The knife was the record-keeper's. The two were the table's.</w:t>
      </w:r>
    </w:p>
    <w:p>
      <w:pPr>
        <w:spacing w:line="360" w:lineRule="auto" w:after="0"/>
        <w:ind w:firstLine="283"/>
      </w:pPr>
      <w:r>
        <w:t>The pen was in the right hand. The knife was in the left hand. The two were the record-keeper's. The two were the table's.</w:t>
      </w:r>
    </w:p>
    <w:p>
      <w:pPr>
        <w:spacing w:line="360" w:lineRule="auto" w:after="0"/>
        <w:ind w:firstLine="283"/>
      </w:pPr>
      <w:r>
        <w:t>Mira stood at the table's edge. The felt roll was on the table. The leaf was on the table. The rope was on the table. The cup was on the table. The four were the table's. Mira was at the table's edge. The pen was in the right hand. The knife was in the left hand. The two were the record-keeper's.</w:t>
      </w:r>
    </w:p>
    <w:p>
      <w:pPr>
        <w:spacing w:line="360" w:lineRule="auto" w:after="0"/>
        <w:ind w:firstLine="283"/>
      </w:pPr>
      <w:r>
        <w:t>Rook did not look at the pen. Rook did not look at the knife. Rook's hand was at the rope. The rope was the table's. The two were the body's.</w:t>
      </w:r>
    </w:p>
    <w:p>
      <w:pPr>
        <w:spacing w:line="360" w:lineRule="auto" w:after="0"/>
        <w:ind w:firstLine="283"/>
      </w:pPr>
      <w:r>
        <w:t>"The pen is the record-keeper's," Mira said. The level voice. The record-keeper's voice. "The pen has not signed the four thousand, two hundred and thirty. The pen has not signed them at the failed threshold, two years before. The pen has signed not-resolved at the leaf's margin. The pen has signed not-resolved at the leaf's margin ten years before. The pen has signed not-resolved at the leaf's margin five years before. The pen has signed not-resolved at the leaf's margin last year. The pen is the record-keeper's. The record-keeper is the pen's. The two are the table's. The table is the two's."</w:t>
      </w:r>
    </w:p>
    <w:p>
      <w:pPr>
        <w:spacing w:line="360" w:lineRule="auto" w:after="0"/>
        <w:ind w:firstLine="283"/>
      </w:pPr>
      <w:r>
        <w:t>Rook did not look at the pen. Rook's hand was at the rope. The rope was the table's. The two were the body's.</w:t>
      </w:r>
    </w:p>
    <w:p>
      <w:pPr>
        <w:spacing w:line="360" w:lineRule="auto" w:after="0"/>
        <w:ind w:firstLine="283"/>
      </w:pPr>
      <w:r>
        <w:t>"The knife is the mender's," Mira said. The level voice. The record-keeper's voice. "The mender gave the knife to the record-keeper without the asking, without the explaining. The mender set the knife in the record-keeper's hand the way the old man set the bird in Kael's hand at the dying — without the speaking, without the explaining. The knife is the record-keeper's. The record-keeper is the knife's. The two are the table's. The table is the two's."</w:t>
      </w:r>
    </w:p>
    <w:p>
      <w:pPr>
        <w:spacing w:line="360" w:lineRule="auto" w:after="0"/>
        <w:ind w:firstLine="283"/>
      </w:pPr>
      <w:r>
        <w:t>Rook did not look at the knife. Rook's hand was at the rope. The rope was the table's. The two were the body's.</w:t>
      </w:r>
    </w:p>
    <w:p>
      <w:pPr>
        <w:spacing w:line="360" w:lineRule="auto" w:after="0"/>
        <w:ind w:firstLine="283"/>
      </w:pPr>
      <w:r>
        <w:t>"The pen and the knife are the record-keeper's," Mira said. "The record-keeper is the pen and the knife's. The table is the two's. The pen signs. The knife cuts. The two are the record-keeper's plain office. The record-keeper is the two's. The table is the two's."</w:t>
      </w:r>
    </w:p>
    <w:p>
      <w:pPr>
        <w:spacing w:line="360" w:lineRule="auto" w:after="0"/>
        <w:ind w:firstLine="283"/>
      </w:pPr>
      <w:r>
        <w:t>Rook did not look at the pen. Rook did not look at the knife. Rook's hand was at the rope. The rope was the table's. The two were the body's.</w:t>
      </w:r>
    </w:p>
    <w:p>
      <w:pPr>
        <w:spacing w:line="360" w:lineRule="auto" w:after="0"/>
        <w:ind w:firstLine="283"/>
      </w:pPr>
      <w:r>
        <w:t>"The record-keeper signs the leaf's margin with the pen," Mira said. "The record-keeper signs not-resolved at the leaf's margin. The signing is the pen's. The pen is the signing's. The two are the record-keeper's. The record-keeper is the two's. The record-keeper signs."</w:t>
      </w:r>
    </w:p>
    <w:p>
      <w:pPr>
        <w:spacing w:line="360" w:lineRule="auto" w:after="0"/>
        <w:ind w:firstLine="283"/>
      </w:pPr>
      <w:r>
        <w:t>Rook did not look at the pen. Rook's hand was at the rope. The rope was the table's. The two were the body's.</w:t>
      </w:r>
    </w:p>
    <w:p>
      <w:pPr>
        <w:spacing w:line="360" w:lineRule="auto" w:after="0"/>
        <w:ind w:firstLine="283"/>
      </w:pPr>
      <w:r>
        <w:t>"The record-keeper cuts the rope with the knife," Mira said. "The record-keeper cuts the rope at the splice. The cutting is the knife's. The knife is the cutting's. The two are the record-keeper's. The record-keeper is the two's. The record-keeper cuts."</w:t>
      </w:r>
    </w:p>
    <w:p>
      <w:pPr>
        <w:spacing w:line="360" w:lineRule="auto" w:after="0"/>
        <w:ind w:firstLine="283"/>
      </w:pPr>
      <w:r>
        <w:t>Rook did not look at the knife. Rook's hand was at the rope. The rope was the table's. The two were the body's.</w:t>
      </w:r>
    </w:p>
    <w:p>
      <w:pPr>
        <w:spacing w:line="360" w:lineRule="auto" w:after="0"/>
        <w:ind w:firstLine="283"/>
      </w:pPr>
      <w:r>
        <w:t>"The record-keeper cuts the rope at the splice," Mira said. "The record-keeper cuts the road not taken. The record-keeper cuts the command. The record-keeper cuts the cage. The record-keeper cuts the carrying. The record-keeper cuts the taking. The record-keeper cuts the liberation. The record-keeper cuts the Cult's saying. The record-keeper cuts the spiral. The record-keeper cuts the relief. The record-keeper cuts the deepening. The record-keeper cuts the thinning. The record-keeper cuts the hollows. The record-keeper cuts the rope. The record-keeper cuts. The two are the record-keeper's. The record-keeper is the two's."</w:t>
      </w:r>
    </w:p>
    <w:p>
      <w:pPr>
        <w:spacing w:line="360" w:lineRule="auto" w:after="0"/>
        <w:ind w:firstLine="283"/>
      </w:pPr>
      <w:r>
        <w:t>Rook did not look at the knife. Rook's hand was at the rope. The rope was the table's. The two were the body's.</w:t>
      </w:r>
    </w:p>
    <w:p>
      <w:pPr>
        <w:spacing w:line="360" w:lineRule="auto" w:after="0"/>
        <w:ind w:firstLine="283"/>
      </w:pPr>
      <w:r>
        <w:t>Mira did not move. Mira stood at the table's edge. The pen was in the right hand. The knife was in the left hand. The two were the record-keeper's. The two were the table's.</w:t>
      </w:r>
    </w:p>
    <w:p>
      <w:pPr>
        <w:spacing w:line="360" w:lineRule="auto" w:after="0"/>
        <w:ind w:firstLine="283"/>
      </w:pPr>
      <w:r>
        <w:t>The dusk came on. The lamp was lit. The lamp threw the crooked light on the table. The crooked light was the lamp's. The two were the table's.</w:t>
      </w:r>
    </w:p>
    <w:p>
      <w:pPr>
        <w:spacing w:line="360" w:lineRule="auto" w:after="0"/>
        <w:ind w:firstLine="283"/>
      </w:pPr>
      <w:r>
        <w:t>The pen was in the right hand. The knife was in the left hand. The two were the record-keeper's. The pen and the knife were the record-keeper's. The pen and the knife.</w:t>
      </w:r>
    </w:p>
    <w:p>
      <w:pPr>
        <w:spacing w:before="360" w:after="240"/>
        <w:ind w:firstLine="0"/>
        <w:jc w:val="center"/>
      </w:pPr>
      <w:r>
        <w:rPr>
          <w:b/>
          <w:i/>
          <w:color w:val="333333"/>
          <w:sz w:val="26"/>
        </w:rPr>
        <w:t>Step — The Released Man Ended</w:t>
      </w:r>
    </w:p>
    <w:p>
      <w:pPr>
        <w:spacing w:line="360" w:lineRule="auto" w:after="0"/>
        <w:ind w:firstLine="283"/>
      </w:pPr>
      <w:r>
        <w:t>The released man was ended at the table's edge at the dusk's third hour, and the ending was the record-keeper's, and the record-keeper was the ending's, and the two were the table's, and the table was the two's.</w:t>
      </w:r>
    </w:p>
    <w:p>
      <w:pPr>
        <w:spacing w:line="360" w:lineRule="auto" w:after="0"/>
        <w:ind w:firstLine="283"/>
      </w:pPr>
      <w:r>
        <w:t>Rook had released himself at the records ship, at the splice set down, at the rail, at the relief deepened, at the thinning showed, at the Cult found him, at the hollows came by stages.</w:t>
      </w:r>
    </w:p>
    <w:p>
      <w:pPr>
        <w:spacing w:line="360" w:lineRule="auto" w:after="0"/>
        <w:ind w:firstLine="283"/>
      </w:pPr>
      <w:r>
        <w:t>The released man's hand was at the rope. The rope was the table's. The two were the body's. The table was the released man's. The released man was the table's. The two were the dusk's.</w:t>
      </w:r>
    </w:p>
    <w:p>
      <w:pPr>
        <w:spacing w:line="360" w:lineRule="auto" w:after="0"/>
        <w:ind w:firstLine="283"/>
      </w:pPr>
      <w:r>
        <w:t>Mira was at the table's edge. The pen was in the right hand. The knife was in the left hand. The two were the record-keeper's. The two were the table's.</w:t>
      </w:r>
    </w:p>
    <w:p>
      <w:pPr>
        <w:spacing w:line="360" w:lineRule="auto" w:after="0"/>
        <w:ind w:firstLine="283"/>
      </w:pPr>
      <w:r>
        <w:t>Mira did not move. Mira did not speak. Mira stood at the table's edge the way the record-keeper stood at the table's edge — without the announcing, without the asking.</w:t>
      </w:r>
    </w:p>
    <w:p>
      <w:pPr>
        <w:spacing w:line="360" w:lineRule="auto" w:after="0"/>
        <w:ind w:firstLine="283"/>
      </w:pPr>
      <w:r>
        <w:t>The pen was in the right hand. The knife was in the left hand. The two were the record-keeper's.</w:t>
      </w:r>
    </w:p>
    <w:p>
      <w:pPr>
        <w:spacing w:line="360" w:lineRule="auto" w:after="0"/>
        <w:ind w:firstLine="283"/>
      </w:pPr>
      <w:r>
        <w:t>Mira's right hand came down. The pen came down. The pen came down on the leaf's margin. The pen signed not-resolved at the leaf's margin. The signing was the pen's. The two were the record-keeper's. The signing was the record-keeper's plain office. The record-keeper was the signing's. The two were the table's.</w:t>
      </w:r>
    </w:p>
    <w:p>
      <w:pPr>
        <w:spacing w:line="360" w:lineRule="auto" w:after="0"/>
        <w:ind w:firstLine="283"/>
      </w:pPr>
      <w:r>
        <w:t>The pen signed not-resolved at the leaf's margin. The letters were the level hand's — the upright capitals, the plain spacing, the writing the chest's whole freight had bred. The two were the leaf's. The released man was the not-resolved's. The two were the record-keeper's.</w:t>
      </w:r>
    </w:p>
    <w:p>
      <w:pPr>
        <w:spacing w:line="360" w:lineRule="auto" w:after="0"/>
        <w:ind w:firstLine="283"/>
      </w:pPr>
      <w:r>
        <w:t>Mira's left hand came down. The knife came down. The knife came down on the rope. The knife cut the rope at the splice. The cutting was the knife's. The two were the record-keeper's. The cutting was the record-keeper's plain office. The record-keeper was the cutting's. The two were the table's.</w:t>
      </w:r>
    </w:p>
    <w:p>
      <w:pPr>
        <w:spacing w:line="360" w:lineRule="auto" w:after="0"/>
        <w:ind w:firstLine="283"/>
      </w:pPr>
      <w:r>
        <w:t>The knife cut the rope at the splice. The splice was Breck's. The splice was the long splice. The splice was the invisible join. The splice held two ropes as one and could not be felt by hand. The knife cut the splice. The splice was cut. The two ropes were two ropes again. The two ropes were not one rope. The two ropes were the cutting's. The cutting was the two ropes'. The two were the table's.</w:t>
      </w:r>
    </w:p>
    <w:p>
      <w:pPr>
        <w:spacing w:line="360" w:lineRule="auto" w:after="0"/>
        <w:ind w:firstLine="283"/>
      </w:pPr>
      <w:r>
        <w:t>The rope was not the rope it had been. The rope was two ropes. The two ropes were the table's. The table was the two ropes'. The hand was at the cut rope. The cut rope was the hand's. The hand was the cut rope's.</w:t>
      </w:r>
    </w:p>
    <w:p>
      <w:pPr>
        <w:spacing w:line="360" w:lineRule="auto" w:after="0"/>
        <w:ind w:firstLine="283"/>
      </w:pPr>
      <w:r>
        <w:t>Mira's left hand came down again. The knife came down again. The knife came down on the body. The knife cut the body at the rope. The cutting was the knife's. The two were the record-keeper's. The cutting was the record-keeper's plain office. The record-keeper was the cutting's. The two were the table's.</w:t>
      </w:r>
    </w:p>
    <w:p>
      <w:pPr>
        <w:spacing w:line="360" w:lineRule="auto" w:after="0"/>
        <w:ind w:firstLine="283"/>
      </w:pPr>
      <w:r>
        <w:t>The knife cut the body at the rope. The body was cut. The body was not the body it had been. The body was the released man. The released man was ended. The ending was the record-keeper's. The two were the table's.</w:t>
      </w:r>
    </w:p>
    <w:p>
      <w:pPr>
        <w:spacing w:line="360" w:lineRule="auto" w:after="0"/>
        <w:ind w:firstLine="283"/>
      </w:pPr>
      <w:r>
        <w:t>The released man was ended. The ending was the record-keeper's. The two were the table's. The released man was ended at the table's edge at the dusk's third hour.</w:t>
      </w:r>
    </w:p>
    <w:p>
      <w:pPr>
        <w:spacing w:line="360" w:lineRule="auto" w:after="0"/>
        <w:ind w:firstLine="283"/>
      </w:pPr>
      <w:r>
        <w:t>Mira did not move. Mira stood at the table's edge. The pen was in the right hand. The knife was in the left hand. The two were the record-keeper's. The two were the table's.</w:t>
      </w:r>
    </w:p>
    <w:p>
      <w:pPr>
        <w:spacing w:line="360" w:lineRule="auto" w:after="0"/>
        <w:ind w:firstLine="283"/>
      </w:pPr>
      <w:r>
        <w:t>The pen had signed not-resolved at the leaf's margin. The knife had cut the rope at the splice. The knife had cut the body at the rope. The three were the record-keeper's. The three were the table's.</w:t>
      </w:r>
    </w:p>
    <w:p>
      <w:pPr>
        <w:spacing w:line="360" w:lineRule="auto" w:after="0"/>
        <w:ind w:firstLine="283"/>
      </w:pPr>
      <w:r>
        <w:t>The dusk came on. The lamp was lit. The lamp threw the crooked light on the table. The crooked light was the lamp's. The two were the table's.</w:t>
      </w:r>
    </w:p>
    <w:p>
      <w:pPr>
        <w:spacing w:line="360" w:lineRule="auto" w:after="0"/>
        <w:ind w:firstLine="283"/>
      </w:pPr>
      <w:r>
        <w:t>Mira set the pen down on the table. The pen lay on the table. The pen had signed not-resolved at the leaf's margin. The pen had not signed the four thousand, two hundred and thirty. The pen had signed not-resolved. The pen had cut the rope. The pen had cut the body. The pen had ended the released man. The pen was the record-keeper's. The two were the table's.</w:t>
      </w:r>
    </w:p>
    <w:p>
      <w:pPr>
        <w:spacing w:line="360" w:lineRule="auto" w:after="0"/>
        <w:ind w:firstLine="283"/>
      </w:pPr>
      <w:r>
        <w:t>Mira set the knife down on the table. The knife lay on the table. The knife had cut the rope at the splice. The knife had cut the body at the rope. The knife had ended the released man. The knife was the mender's. The two were the record-keeper's. The two were the table's.</w:t>
      </w:r>
    </w:p>
    <w:p>
      <w:pPr>
        <w:spacing w:line="360" w:lineRule="auto" w:after="0"/>
        <w:ind w:firstLine="283"/>
      </w:pPr>
      <w:r>
        <w:t>Mira did not look at the body, rope, leaf, felt roll, or cup. The five were the table's. Mira was at the table's edge. The table was Mira's. Mira was the table's. The two were the dusk's.</w:t>
      </w:r>
    </w:p>
    <w:p>
      <w:pPr>
        <w:spacing w:line="360" w:lineRule="auto" w:after="0"/>
        <w:ind w:firstLine="283"/>
      </w:pPr>
      <w:r>
        <w:t>The released man was ended. The ending was the record-keeper's. The two were the table's. The released man was ended at the table's edge at the dusk's third hour.</w:t>
      </w:r>
    </w:p>
    <w:p>
      <w:pPr>
        <w:spacing w:line="360" w:lineRule="auto" w:after="0"/>
        <w:ind w:firstLine="283"/>
      </w:pPr>
      <w:r>
        <w:t>The door was open. The door had been open for a season. The door did not close. The door stood open the way the corridor's doors stood open. The door was the people's. The door was the open's. The two were the quarters'. The quarters were the two's. Mira went through the door. Mira went out of the quarters. The quarters were behind Mira. The quarters were the released man's. The released man was the quarters'. The two were the dusk's.</w:t>
      </w:r>
    </w:p>
    <w:p>
      <w:pPr>
        <w:spacing w:line="360" w:lineRule="auto" w:after="0"/>
        <w:ind w:firstLine="283"/>
      </w:pPr>
      <w:r>
        <w:t>Mira went to the plank-table. The plank-table was the corridor's. Mira sat at the plank-table's head. The lamp was lit. The lamp was the plank-table's.</w:t>
      </w:r>
    </w:p>
    <w:p>
      <w:pPr>
        <w:spacing w:line="360" w:lineRule="auto" w:after="0"/>
        <w:ind w:firstLine="283"/>
      </w:pPr>
      <w:r>
        <w:t>The chest was at the plank-table's center. The chest was the soft-cloth chest — the binding soft-cloth over board, the pages hand-cut, the entries in the level hand of every keeper who had held it. The chest had been the corridor's. The chest had been the fleet's. The chest had been the city's. The chest had been a woman's whose name the city's records did not hold. The chest was the record-keeper's now. The record-keeper was the chest's. The two were the plank-table's.</w:t>
      </w:r>
    </w:p>
    <w:p>
      <w:pPr>
        <w:spacing w:line="360" w:lineRule="auto" w:after="0"/>
        <w:ind w:firstLine="283"/>
      </w:pPr>
      <w:r>
        <w:t>The chest was open. The chest's one oldest leaf lay on the plank-table. The leaf held the two words at the foot. The two words were Name uncertain. Person remembered. The two words had been at the foot for forty years. The two words had been written by a woman whose name the city's records did not hold.</w:t>
      </w:r>
    </w:p>
    <w:p>
      <w:pPr>
        <w:spacing w:line="360" w:lineRule="auto" w:after="0"/>
        <w:ind w:firstLine="283"/>
      </w:pPr>
      <w:r>
        <w:t>The leaf held the open hand. The leaf held the double cross at the variant. The leaf held the not-resolved at the margin. The two were the leaf's.</w:t>
      </w:r>
    </w:p>
    <w:p>
      <w:pPr>
        <w:spacing w:line="360" w:lineRule="auto" w:after="0"/>
        <w:ind w:firstLine="283"/>
      </w:pPr>
      <w:r>
        <w:t>The not-resolved had been signed at the table's edge at the dusk's third hour. The not-resolved had been signed at the leaf's margin. The released man was the not-resolved's. The two were the record-keeper's.</w:t>
      </w:r>
    </w:p>
    <w:p>
      <w:pPr>
        <w:spacing w:line="360" w:lineRule="auto" w:after="0"/>
        <w:ind w:firstLine="283"/>
      </w:pPr>
      <w:r>
        <w:t>The ending was the record-keeper's. The two were the table's. The record-keeper went on. The chest went on. The leaf went on. The not-resolved went on. The four were the record-keeper's. The four were the plank-table's.</w:t>
      </w:r>
    </w:p>
    <w:p>
      <w:pPr>
        <w:spacing w:line="360" w:lineRule="auto" w:after="0"/>
        <w:ind w:firstLine="283"/>
      </w:pPr>
      <w:r>
        <w:t>The four were the plank-table's.</w:t>
      </w:r>
    </w:p>
    <w:p>
      <w:pPr>
        <w:spacing w:line="360" w:lineRule="auto" w:after="0"/>
        <w:ind w:firstLine="283"/>
      </w:pPr>
      <w:r>
        <w:t>The released man was ended. The record-keeper went on.</w:t>
      </w:r>
    </w:p>
    <w:p>
      <w:pPr>
        <w:spacing w:before="360" w:after="240"/>
        <w:ind w:firstLine="0"/>
        <w:jc w:val="center"/>
      </w:pPr>
      <w:r>
        <w:rPr>
          <w:b/>
          <w:i/>
          <w:color w:val="333333"/>
          <w:sz w:val="26"/>
        </w:rPr>
        <w:t>Step — The Kitchen Meets the Corridor</w:t>
      </w:r>
    </w:p>
    <w:p>
      <w:pPr>
        <w:spacing w:line="360" w:lineRule="auto" w:after="0"/>
        <w:ind w:firstLine="283"/>
      </w:pPr>
      <w:r>
        <w:t>The kitchen met the corridor at the plank-table at the dusk of the third summer's last week, and the meeting was the cup's, and the cup was the meeting's, and the two were the plank-table's, and the plank-table was the two's.</w:t>
      </w:r>
    </w:p>
    <w:p>
      <w:pPr>
        <w:spacing w:line="360" w:lineRule="auto" w:after="0"/>
        <w:ind w:firstLine="283"/>
      </w:pPr>
      <w:r>
        <w:t>The apart had been ten years. Ten years was the count. The count had gone in the two sternums. The count had not gone in the two chests. The apart was the silence's. The two were the year's.</w:t>
      </w:r>
    </w:p>
    <w:p>
      <w:pPr>
        <w:spacing w:line="360" w:lineRule="auto" w:after="0"/>
        <w:ind w:firstLine="283"/>
      </w:pPr>
      <w:r>
        <w:t>The apart ended at the plank-table at the dusk of the third summer's last week. The ending was the meeting's. The two were the plank-table's.</w:t>
      </w:r>
    </w:p>
    <w:p>
      <w:pPr>
        <w:spacing w:line="360" w:lineRule="auto" w:after="0"/>
        <w:ind w:firstLine="283"/>
      </w:pPr>
      <w:r>
        <w:t>Nessa came to the plank-table at the dusk's first hour. Nessa came from the kitchen. The kitchen was at the edge of the zone and the edge of the gap. The kitchen had been at the edge for fifteen years. The pot had been at the fire for fifteen years. The thin had been the pot's. The pot had been the thin's. The two were the kitchen's.</w:t>
      </w:r>
    </w:p>
    <w:p>
      <w:pPr>
        <w:spacing w:line="360" w:lineRule="auto" w:after="0"/>
        <w:ind w:firstLine="283"/>
      </w:pPr>
      <w:r>
        <w:t>Nessa came to the plank-table. The dented copper measure was in Nessa's right hand. The measure was copper. The measure was dented. The dent was at the rim. The dent had been at the rim for thirty years. The dent had been the thumb's — Nessa's thumb, the kitchen's thumb, the measure's thumb. The measure was Nessa's. Nessa was the measure's. The two were the plank-table's.</w:t>
      </w:r>
    </w:p>
    <w:p>
      <w:pPr>
        <w:spacing w:line="360" w:lineRule="auto" w:after="0"/>
        <w:ind w:firstLine="283"/>
      </w:pPr>
      <w:r>
        <w:t>Nima came to the plank-table at the dusk's first hour. Nima came from the corridor. The corridor was at the lane-house. The lane-house had been at the corridor's third station for twenty years. The fire had been at the lane-house's hearth for twenty years. The strap had been at Nima's shoulder for twenty years. The strap was Nima's. Nima was the strap's. The two were the corridor's.</w:t>
      </w:r>
    </w:p>
    <w:p>
      <w:pPr>
        <w:spacing w:line="360" w:lineRule="auto" w:after="0"/>
        <w:ind w:firstLine="283"/>
      </w:pPr>
      <w:r>
        <w:t>Nima came to the plank-table. The strap was in Nima's right hand. The strap was leather. The strap was the same strap. The strap had been mended eleven times. The strap had been re-stitched three times this year. The strap would need mending again next month. The strap was Nima's. Nima was the strap's. The two were the plank-table's.</w:t>
      </w:r>
    </w:p>
    <w:p>
      <w:pPr>
        <w:spacing w:line="360" w:lineRule="auto" w:after="0"/>
        <w:ind w:firstLine="283"/>
      </w:pPr>
      <w:r>
        <w:t>The two came to the plank-table at the dusk's first hour. The two had been apart for ten years. The apart was the silence's. The two were the year's. The apart ended at the plank-table. The ending was the meeting's. The two were the plank-table's.</w:t>
      </w:r>
    </w:p>
    <w:p>
      <w:pPr>
        <w:spacing w:line="360" w:lineRule="auto" w:after="0"/>
        <w:ind w:firstLine="283"/>
      </w:pPr>
      <w:r>
        <w:t>Nessa stood at the plank-table's edge. The measure was in Nessa's right hand. Nima stood at the plank-table's edge. The strap was in Nima's right hand. The two were at the plank-table's edge. The plank-table was the two's.</w:t>
      </w:r>
    </w:p>
    <w:p>
      <w:pPr>
        <w:spacing w:line="360" w:lineRule="auto" w:after="0"/>
        <w:ind w:firstLine="283"/>
      </w:pPr>
      <w:r>
        <w:t>The two did not speak. The two did not hail. The two stood at the plank-table's edge the way the two had stood at the rail of the chart ship ten years before — without the announcing, without the asking.</w:t>
      </w:r>
    </w:p>
    <w:p>
      <w:pPr>
        <w:spacing w:line="360" w:lineRule="auto" w:after="0"/>
        <w:ind w:firstLine="283"/>
      </w:pPr>
      <w:r>
        <w:t>The lamp was lit. The lamp was the plank-table's. The two were the corridor's. The lamp threw the crooked light on the plank-table. The crooked light was the lamp's. The two were the plank-table's.</w:t>
      </w:r>
    </w:p>
    <w:p>
      <w:pPr>
        <w:spacing w:line="360" w:lineRule="auto" w:after="0"/>
        <w:ind w:firstLine="283"/>
      </w:pPr>
      <w:r>
        <w:t>The chest was at the plank-table's center. The chest was open. The chest's one oldest leaf lay on the plank-table. The leaf held the two words at the foot. The two words were Name uncertain. Person remembered. The two words had been at the foot for forty years. The two words had been written by a woman whose name the city's records did not hold.</w:t>
      </w:r>
    </w:p>
    <w:p>
      <w:pPr>
        <w:spacing w:line="360" w:lineRule="auto" w:after="0"/>
        <w:ind w:firstLine="283"/>
      </w:pPr>
      <w:r>
        <w:t>The leaf held the open hand. The leaf held the double cross at the variant. The leaf held the not-resolved at the margin. The two were the leaf's.</w:t>
      </w:r>
    </w:p>
    <w:p>
      <w:pPr>
        <w:spacing w:line="360" w:lineRule="auto" w:after="0"/>
        <w:ind w:firstLine="283"/>
      </w:pPr>
      <w:r>
        <w:t>Nessa set the measure on the plank-table. The measure lay on the plank-table. The measure was copper. The measure was dented. The dent was at the rim. The measure was the plank-table's. The two were the dusk's.</w:t>
      </w:r>
    </w:p>
    <w:p>
      <w:pPr>
        <w:spacing w:line="360" w:lineRule="auto" w:after="0"/>
        <w:ind w:firstLine="283"/>
      </w:pPr>
      <w:r>
        <w:t>Nima set the strap on the plank-table. The strap lay on the plank-table. The strap was leather. The strap was mended. The strap was the plank-table's. The two were the dusk's.</w:t>
      </w:r>
    </w:p>
    <w:p>
      <w:pPr>
        <w:spacing w:line="360" w:lineRule="auto" w:after="0"/>
        <w:ind w:firstLine="283"/>
      </w:pPr>
      <w:r>
        <w:t>The measure and the strap were on the plank-table. The two did not touch. The two did not move.</w:t>
      </w:r>
    </w:p>
    <w:p>
      <w:pPr>
        <w:spacing w:line="360" w:lineRule="auto" w:after="0"/>
        <w:ind w:firstLine="283"/>
      </w:pPr>
      <w:r>
        <w:t>The kitchen met the corridor at the plank-table. The meeting was the measure's. The four were the dusk's.</w:t>
      </w:r>
    </w:p>
    <w:p>
      <w:pPr>
        <w:spacing w:line="360" w:lineRule="auto" w:after="0"/>
        <w:ind w:firstLine="283"/>
      </w:pPr>
      <w:r>
        <w:t>The two did not speak. The two did not hail. The two stood at the plank-table's edge the way the two had stood at the rail of the chart ship ten years before — without the announcing, without the asking.</w:t>
      </w:r>
    </w:p>
    <w:p>
      <w:pPr>
        <w:spacing w:line="360" w:lineRule="auto" w:after="0"/>
        <w:ind w:firstLine="283"/>
      </w:pPr>
      <w:r>
        <w:t>The lamp threw the crooked light on the plank-table. The crooked light was the lamp's. The measure lay on the plank-table. The strap lay on the plank-table. The kitchen met the corridor at the plank-table. The meeting was the plank-table's. The two were the dusk's.</w:t>
      </w:r>
    </w:p>
    <w:p>
      <w:pPr>
        <w:spacing w:line="360" w:lineRule="auto" w:after="0"/>
        <w:ind w:firstLine="283"/>
      </w:pPr>
      <w:r>
        <w:t>The apart ended. The ending was the meeting's. The two were the plank-table's. The apart was the silence's. The two were the year's. The meeting was the plank-table's. The two were the dusk's. The kitchen met the corridor.</w:t>
      </w:r>
    </w:p>
    <w:p>
      <w:pPr>
        <w:spacing w:before="360" w:after="240"/>
        <w:ind w:firstLine="0"/>
        <w:jc w:val="center"/>
      </w:pPr>
      <w:r>
        <w:rPr>
          <w:b/>
          <w:i/>
          <w:color w:val="333333"/>
          <w:sz w:val="26"/>
        </w:rPr>
        <w:t>Step — The Two Cups at the Table</w:t>
      </w:r>
    </w:p>
    <w:p>
      <w:pPr>
        <w:spacing w:line="360" w:lineRule="auto" w:after="0"/>
        <w:ind w:firstLine="283"/>
      </w:pPr>
      <w:r>
        <w:t>The two cups were at the table at the dusk's second hour, and the two cups were the same color, and the two colors were at the same table, and the two were the table's, and the table was the two's.</w:t>
      </w:r>
    </w:p>
    <w:p>
      <w:pPr>
        <w:spacing w:line="360" w:lineRule="auto" w:after="0"/>
        <w:ind w:firstLine="283"/>
      </w:pPr>
      <w:r>
        <w:t>The first cup was the cardamom-coloured one. The first cup was the dented one — the rim dented where the mule had knocked it, the year the mother had died. The first cup had been Mira's. The first cup had been the record-keeper's. The first cup had been at the table where the released man was ended. The first cup had been set down at the rope. The first cup had been set down at the leaf. The first cup had been set down at the felt roll. The first cup had been set down at the body. The first cup was Mira's.</w:t>
      </w:r>
    </w:p>
    <w:p>
      <w:pPr>
        <w:spacing w:line="360" w:lineRule="auto" w:after="0"/>
        <w:ind w:firstLine="283"/>
      </w:pPr>
      <w:r>
        <w:t>The second cup was the cardamom-coloured one. The second cup was the dented one. The second cup had been Kael's. The second cup had been at Kael's pocket for twenty-five years. The second cup had been at Kael's pocket through the wound and the rearranging and the coast's whole rearranged hinge. The second cup was Kael's.</w:t>
      </w:r>
    </w:p>
    <w:p>
      <w:pPr>
        <w:spacing w:line="360" w:lineRule="auto" w:after="0"/>
        <w:ind w:firstLine="283"/>
      </w:pPr>
      <w:r>
        <w:t>The two cups were the same color. The two cups were the cardamom-coloured ones. The two cups were the dented ones. The two were the table's.</w:t>
      </w:r>
    </w:p>
    <w:p>
      <w:pPr>
        <w:spacing w:line="360" w:lineRule="auto" w:after="0"/>
        <w:ind w:firstLine="283"/>
      </w:pPr>
      <w:r>
        <w:t>The two cups did not know each other. The two cups did not need to. The two cups were at the table. The two were the table's.</w:t>
      </w:r>
    </w:p>
    <w:p>
      <w:pPr>
        <w:spacing w:line="360" w:lineRule="auto" w:after="0"/>
        <w:ind w:firstLine="283"/>
      </w:pPr>
      <w:r>
        <w:t>Nessa stood at the table's edge. The dented copper measure was in Nessa's right hand. The measure was copper. The measure was dented. The dent was at the rim. The measure was Nessa's. Nessa was the measure's. The two were the table's.</w:t>
      </w:r>
    </w:p>
    <w:p>
      <w:pPr>
        <w:spacing w:line="360" w:lineRule="auto" w:after="0"/>
        <w:ind w:firstLine="283"/>
      </w:pPr>
      <w:r>
        <w:t>Nessa portioned the tea at the table's edge. The measure went into the pot. The tea came up in the measure. The level portioned to the thumb. The tea went to the level of the first cup. The first cup was the cardamom-coloured one. The first cup was the dented one. The first cup was Mira's.</w:t>
      </w:r>
    </w:p>
    <w:p>
      <w:pPr>
        <w:spacing w:line="360" w:lineRule="auto" w:after="0"/>
        <w:ind w:firstLine="283"/>
      </w:pPr>
      <w:r>
        <w:t>Nessa portioned the tea at the table's edge. The measure went into the pot. The tea came up in the measure. The level portioned to the thumb. The tea went to the level of the second cup. The second cup was the cardamom-coloured one. The second cup was the dented one. The second cup was Kael's.</w:t>
      </w:r>
    </w:p>
    <w:p>
      <w:pPr>
        <w:spacing w:line="360" w:lineRule="auto" w:after="0"/>
        <w:ind w:firstLine="283"/>
      </w:pPr>
      <w:r>
        <w:t>The two cups were full. The two cups did not know each other. The two cups did not need to.</w:t>
      </w:r>
    </w:p>
    <w:p>
      <w:pPr>
        <w:spacing w:line="360" w:lineRule="auto" w:after="0"/>
        <w:ind w:firstLine="283"/>
      </w:pPr>
      <w:r>
        <w:t>Mira sat at the table's head. The first cup was at Mira's hand. The first cup was the cardamom-coloured one. The first cup was the dented one. The first cup was Mira's. Mira was the first cup's. The two were the table's. Mira drank the tea. The drinking was the cup's. The three were the record-keeper's.</w:t>
      </w:r>
    </w:p>
    <w:p>
      <w:pPr>
        <w:spacing w:line="360" w:lineRule="auto" w:after="0"/>
        <w:ind w:firstLine="283"/>
      </w:pPr>
      <w:r>
        <w:t>Kael sat at the table's long side. The second cup was at Kael's hand. The second cup was the cardamom-coloured one. The second cup was the dented one. The second cup was Kael's. Kael was the second cup's. The two were the table's. Kael drank the tea. The drinking was the cup's. The three were the body's.</w:t>
      </w:r>
    </w:p>
    <w:p>
      <w:pPr>
        <w:spacing w:line="360" w:lineRule="auto" w:after="0"/>
        <w:ind w:firstLine="283"/>
      </w:pPr>
      <w:r>
        <w:t>Nessa stood at the table's edge. The dented copper measure was in Nessa's right hand. Nima stood at the table's edge. The strap was in Nima's right hand. The two were at the table's edge. The plank-table was the two's.</w:t>
      </w:r>
    </w:p>
    <w:p>
      <w:pPr>
        <w:spacing w:line="360" w:lineRule="auto" w:after="0"/>
        <w:ind w:firstLine="283"/>
      </w:pPr>
      <w:r>
        <w:t>The two did not speak. The two did not hail. The two stood at the table's edge the way the two had stood at the rail of the chart ship ten years before — without the announcing, without the asking.</w:t>
      </w:r>
    </w:p>
    <w:p>
      <w:pPr>
        <w:spacing w:line="360" w:lineRule="auto" w:after="0"/>
        <w:ind w:firstLine="283"/>
      </w:pPr>
      <w:r>
        <w:t>The lamp was lit. The lamp was the table's. The two were the corridor's. The lamp threw the crooked light on the table. The crooked light was the lamp's. The two were the table's.</w:t>
      </w:r>
    </w:p>
    <w:p>
      <w:pPr>
        <w:spacing w:line="360" w:lineRule="auto" w:after="0"/>
        <w:ind w:firstLine="283"/>
      </w:pPr>
      <w:r>
        <w:t>The two cups were the same color. The two cups were the cardamom-coloured ones. The two cups were the dented ones. The two cups did not know each other. The two cups did not need to.</w:t>
      </w:r>
    </w:p>
    <w:p>
      <w:pPr>
        <w:spacing w:line="360" w:lineRule="auto" w:after="0"/>
        <w:ind w:firstLine="283"/>
      </w:pPr>
      <w:r>
        <w:t>The chest was at the table's center. The chest was open. The chest's one oldest leaf lay on the table. The leaf held the two words at the foot. The two words were Name uncertain. Person remembered. The two words had been at the foot for forty years. The two words had been written by a woman whose name the city's records did not hold.</w:t>
      </w:r>
    </w:p>
    <w:p>
      <w:pPr>
        <w:spacing w:line="360" w:lineRule="auto" w:after="0"/>
        <w:ind w:firstLine="283"/>
      </w:pPr>
      <w:r>
        <w:t>The leaf held the open hand. The leaf held the double cross at the variant. The leaf held the not-resolved at the margin. The two were the leaf's.</w:t>
      </w:r>
    </w:p>
    <w:p>
      <w:pPr>
        <w:spacing w:line="360" w:lineRule="auto" w:after="0"/>
        <w:ind w:firstLine="283"/>
      </w:pPr>
      <w:r>
        <w:t>The two cups were at the table. The leaf was at the table. The chest was at the table. The lamp was at the table. The measure was at the table. The strap was at the table. The six were the table's.</w:t>
      </w:r>
    </w:p>
    <w:p>
      <w:pPr>
        <w:spacing w:line="360" w:lineRule="auto" w:after="0"/>
        <w:ind w:firstLine="283"/>
      </w:pPr>
      <w:r>
        <w:t>The two did not speak. The two did not hail. The two stood at the table's edge. The two cups were at the table.</w:t>
      </w:r>
    </w:p>
    <w:p>
      <w:pPr>
        <w:spacing w:line="360" w:lineRule="auto" w:after="0"/>
        <w:ind w:firstLine="283"/>
      </w:pPr>
      <w:r>
        <w:t>The kitchen met the corridor at the table. The meeting was the table's. The two were the dusk's. The apart ended. The meeting was. The two cups did not know each other. The two cups did not need to.</w:t>
      </w:r>
    </w:p>
    <w:p>
      <w:pPr>
        <w:spacing w:before="360" w:after="240"/>
        <w:ind w:firstLine="0"/>
        <w:jc w:val="center"/>
      </w:pPr>
      <w:r>
        <w:rPr>
          <w:b/>
          <w:i/>
          <w:color w:val="333333"/>
          <w:sz w:val="26"/>
        </w:rPr>
        <w:t>Step — The Line</w:t>
      </w:r>
    </w:p>
    <w:p>
      <w:pPr>
        <w:spacing w:line="360" w:lineRule="auto" w:after="0"/>
        <w:ind w:firstLine="283"/>
      </w:pPr>
      <w:r>
        <w:t>Elias came to the line at the dusk of the third summer's last week, and the line was the coast-road's, and the coast-road was the line's, and the two were the dusk's, and the dusk was the two's.</w:t>
      </w:r>
    </w:p>
    <w:p>
      <w:pPr>
        <w:spacing w:line="360" w:lineRule="auto" w:after="0"/>
        <w:ind w:firstLine="283"/>
      </w:pPr>
      <w:r>
        <w:t>Elias had been at the desk. The desk was west of the ridge. The desk was the third from the door. The desk was the back room. The desk had been the work. The work had been the pen. The pen had been the form. The form had been the household. The household had been the column. The column had been the name. The name had been a column. The desk had been the cage's first mercy.</w:t>
      </w:r>
    </w:p>
    <w:p>
      <w:pPr>
        <w:spacing w:line="360" w:lineRule="auto" w:after="0"/>
        <w:ind w:firstLine="283"/>
      </w:pPr>
      <w:r>
        <w:t>Elias had walked out of the archive. The walking-out had been the crusade. The crusade had been the cage's third mercy walked out of the archive and onto the road. The crusade had reached the coast. The coast had been the walkers' coast. The coast had been the corridor's coast. The coast had been the fleet's last landing and the walkers' first walking. The coast had been the carrying's coast. The crusade had been the refusal walked out of the archive.</w:t>
      </w:r>
    </w:p>
    <w:p>
      <w:pPr>
        <w:spacing w:line="360" w:lineRule="auto" w:after="0"/>
        <w:ind w:firstLine="283"/>
      </w:pPr>
      <w:r>
        <w:t>Elias had come to the line. The line was the coast-road's. The line was the corridor's oldest ordinary thing — the line the corridor drew at the variant, the line the corridor drew at the margin, the line the corridor drew at the door. The two were the dusk's.</w:t>
      </w:r>
    </w:p>
    <w:p>
      <w:pPr>
        <w:spacing w:line="360" w:lineRule="auto" w:after="0"/>
        <w:ind w:firstLine="283"/>
      </w:pPr>
      <w:r>
        <w:t>Elias stood at the line. The pen was in his left hand. The ink was on his finger. The form was on the stack. The form was the household form. The form was the new format. The name at the head. The reason down the left. The count down the middle. The authorization down the right.</w:t>
      </w:r>
    </w:p>
    <w:p>
      <w:pPr>
        <w:spacing w:line="360" w:lineRule="auto" w:after="0"/>
        <w:ind w:firstLine="283"/>
      </w:pPr>
      <w:r>
        <w:t>Elias did not cross the line. Elias was Elias's. The two were the dusk's. Elias stood at the line. Elias did not cross.</w:t>
      </w:r>
    </w:p>
    <w:p>
      <w:pPr>
        <w:spacing w:line="360" w:lineRule="auto" w:after="0"/>
        <w:ind w:firstLine="283"/>
      </w:pPr>
      <w:r>
        <w:t>Nima was at the lane-house. The lane-house was at the corridor's third station. The lane-house's door was open. The door had been open for twenty years. The door did not close. The door stood open the way the corridor's doors stood open. The door was the people's. The door was the open's. The two were the lane-house's.</w:t>
      </w:r>
    </w:p>
    <w:p>
      <w:pPr>
        <w:spacing w:line="360" w:lineRule="auto" w:after="0"/>
        <w:ind w:firstLine="283"/>
      </w:pPr>
      <w:r>
        <w:t>Nima saw Elias at the line. Nima did not hail. Nima did not speak. Nima stood at the lane-house's door the way the guide stood at the lane-house's door — without the announcing, without the asking.</w:t>
      </w:r>
    </w:p>
    <w:p>
      <w:pPr>
        <w:spacing w:line="360" w:lineRule="auto" w:after="0"/>
        <w:ind w:firstLine="283"/>
      </w:pPr>
      <w:r>
        <w:t>Elias saw Nima at the lane-house's door. Elias did not hail. Elias did not speak. Elias stood at the line the way the clerk stood at the line — without the announcing, without the asking.</w:t>
      </w:r>
    </w:p>
    <w:p>
      <w:pPr>
        <w:spacing w:line="360" w:lineRule="auto" w:after="0"/>
        <w:ind w:firstLine="283"/>
      </w:pPr>
      <w:r>
        <w:t>The two stood at the line. The line was between them. The line was the corridor's. The two were the line's.</w:t>
      </w:r>
    </w:p>
    <w:p>
      <w:pPr>
        <w:spacing w:line="360" w:lineRule="auto" w:after="0"/>
        <w:ind w:firstLine="283"/>
      </w:pPr>
      <w:r>
        <w:t>Elias did not cross the line. Nima did not cross the line. The two stood at the line. The two were the line's.</w:t>
      </w:r>
    </w:p>
    <w:p>
      <w:pPr>
        <w:spacing w:line="360" w:lineRule="auto" w:after="0"/>
        <w:ind w:firstLine="283"/>
      </w:pPr>
      <w:r>
        <w:t>The pen was in Elias's left hand. The ink was on Elias's finger. The form was on the stack. The form was the household form. The form was the new format. The name at the head. The reason down the left. The count down the middle. The authorization down the right.</w:t>
      </w:r>
    </w:p>
    <w:p>
      <w:pPr>
        <w:spacing w:line="360" w:lineRule="auto" w:after="0"/>
        <w:ind w:firstLine="283"/>
      </w:pPr>
      <w:r>
        <w:t>Elias looked at the pen. Elias looked at the form. Elias looked at the line. Elias looked at Nima. The four were the line's.</w:t>
      </w:r>
    </w:p>
    <w:p>
      <w:pPr>
        <w:spacing w:line="360" w:lineRule="auto" w:after="0"/>
        <w:ind w:firstLine="283"/>
      </w:pPr>
      <w:r>
        <w:t>Elias did not cross the line. Elias did not hail. Elias did not speak. Elias stood at the line the way the clerk stood at the line — without the announcing, without the asking.</w:t>
      </w:r>
    </w:p>
    <w:p>
      <w:pPr>
        <w:spacing w:line="360" w:lineRule="auto" w:after="0"/>
        <w:ind w:firstLine="283"/>
      </w:pPr>
      <w:r>
        <w:t>Nima did not cross the line. Nima did not hail. Nima did not speak. Nima stood at the lane-house's door the way the guide stood at the lane-house's door — without the announcing, without the asking.</w:t>
      </w:r>
    </w:p>
    <w:p>
      <w:pPr>
        <w:spacing w:line="360" w:lineRule="auto" w:after="0"/>
        <w:ind w:firstLine="283"/>
      </w:pPr>
      <w:r>
        <w:t>The dusk came on. The lamp was lit at the lane-house. The lamp was the lane-house's. The two were the corridor's. The lamp threw the crooked light on the lane-house's door. The crooked light was the lamp's. The two were the door's.</w:t>
      </w:r>
    </w:p>
    <w:p>
      <w:pPr>
        <w:spacing w:line="360" w:lineRule="auto" w:after="0"/>
        <w:ind w:firstLine="283"/>
      </w:pPr>
      <w:r>
        <w:t>Elias did not cross the line. Nima did not cross the line. The two stood at the line. The two were the line's.</w:t>
      </w:r>
    </w:p>
    <w:p>
      <w:pPr>
        <w:spacing w:line="360" w:lineRule="auto" w:after="0"/>
        <w:ind w:firstLine="283"/>
      </w:pPr>
      <w:r>
        <w:t>The pen was in Elias's left hand. The ink was on Elias's finger. The form was on the stack. The form was the household form. The form was the new format. The name at the head. The reason down the left. The count down the middle. The authorization down the right.</w:t>
      </w:r>
    </w:p>
    <w:p>
      <w:pPr>
        <w:spacing w:line="360" w:lineRule="auto" w:after="0"/>
        <w:ind w:firstLine="283"/>
      </w:pPr>
      <w:r>
        <w:t>Elias stood at the line — without the announcing, without the asking.</w:t>
      </w:r>
    </w:p>
    <w:p>
      <w:pPr>
        <w:spacing w:line="360" w:lineRule="auto" w:after="0"/>
        <w:ind w:firstLine="283"/>
      </w:pPr>
      <w:r>
        <w:t>The dusk came on. The lamp was lit at the lane-house. The lamp threw the crooked light on the lane-house's door. The crooked light was the lamp's. The two were the door's.</w:t>
      </w:r>
    </w:p>
    <w:p>
      <w:pPr>
        <w:spacing w:line="360" w:lineRule="auto" w:after="0"/>
        <w:ind w:firstLine="283"/>
      </w:pPr>
      <w:r>
        <w:t>Elias did not cross the line. Nima did not cross the line. The two stood at the line. The two were the line's.</w:t>
      </w:r>
    </w:p>
    <w:p>
      <w:pPr>
        <w:spacing w:line="360" w:lineRule="auto" w:after="0"/>
        <w:ind w:firstLine="283"/>
      </w:pPr>
      <w:r>
        <w:t>Elias was Elias's. Nima was Nima's. The three were the dusk's. Elias did not cross. Nima did not cross.</w:t>
      </w:r>
    </w:p>
    <w:p>
      <w:pPr>
        <w:spacing w:before="360" w:after="240"/>
        <w:ind w:firstLine="0"/>
        <w:jc w:val="center"/>
      </w:pPr>
      <w:r>
        <w:rPr>
          <w:b/>
          <w:i/>
          <w:color w:val="333333"/>
          <w:sz w:val="26"/>
        </w:rPr>
        <w:t>Step — The Pen Set Down</w:t>
      </w:r>
    </w:p>
    <w:p>
      <w:pPr>
        <w:spacing w:line="360" w:lineRule="auto" w:after="0"/>
        <w:ind w:firstLine="283"/>
      </w:pPr>
      <w:r>
        <w:t>Elias set the pen down at the line at the dusk's third hour, and the setting-down was the pen's, and the pen was the setting-down's, and the two were the line's, and the line was the two's.</w:t>
      </w:r>
    </w:p>
    <w:p>
      <w:pPr>
        <w:spacing w:line="360" w:lineRule="auto" w:after="0"/>
        <w:ind w:firstLine="283"/>
      </w:pPr>
      <w:r>
        <w:t>Elias had been at the line since the dusk's first hour. Elias had not crossed the line. Elias had not hailed. Elias had not spoken. Elias had stood at the line the way the clerk stood at the line — without the announcing, without the asking.</w:t>
      </w:r>
    </w:p>
    <w:p>
      <w:pPr>
        <w:spacing w:line="360" w:lineRule="auto" w:after="0"/>
        <w:ind w:firstLine="283"/>
      </w:pPr>
      <w:r>
        <w:t>The pen was in Elias's left hand. The ink was on Elias's finger. The form was on the stack. The form was the household form. The form was the new format. The name at the head. The reason down the left. The count down the middle. The authorization down the right.</w:t>
      </w:r>
    </w:p>
    <w:p>
      <w:pPr>
        <w:spacing w:line="360" w:lineRule="auto" w:after="0"/>
        <w:ind w:firstLine="283"/>
      </w:pPr>
      <w:r>
        <w:t>Elias looked at the pen, the form, the line, at Nima.</w:t>
      </w:r>
    </w:p>
    <w:p>
      <w:pPr>
        <w:spacing w:line="360" w:lineRule="auto" w:after="0"/>
        <w:ind w:firstLine="283"/>
      </w:pPr>
      <w:r>
        <w:t>Elias set the pen down at the line. The setting-down was the pen's. The two were the line's. The pen lay at the line. The line held the pen the way the line held the variant — without the choosing, without the resolving. The pen was the line's. The two were the dusk's.</w:t>
      </w:r>
    </w:p>
    <w:p>
      <w:pPr>
        <w:spacing w:line="360" w:lineRule="auto" w:after="0"/>
        <w:ind w:firstLine="283"/>
      </w:pPr>
      <w:r>
        <w:t>Elias set the form down at the line. The setting-down was the form's. The two were the line's. The form lay at the line. The line held the form the way the line held the variant — without the choosing, without the resolving. The form was the line's. The two were the dusk's.</w:t>
      </w:r>
    </w:p>
    <w:p>
      <w:pPr>
        <w:spacing w:line="360" w:lineRule="auto" w:after="0"/>
        <w:ind w:firstLine="283"/>
      </w:pPr>
      <w:r>
        <w:t>Elias set the ink down at the line. The setting-down was the ink's. The two were the line's. The ink lay at the line. The line held the ink the way the line held the variant — without the choosing, without the resolving. The ink was the line's. The two were the dusk's.</w:t>
      </w:r>
    </w:p>
    <w:p>
      <w:pPr>
        <w:spacing w:line="360" w:lineRule="auto" w:after="0"/>
        <w:ind w:firstLine="283"/>
      </w:pPr>
      <w:r>
        <w:t>Elias set the stack down at the line. The setting-down was the stack's. The two were the line's. The stack lay at the line. The line held the stack the way the line held the variant — without the choosing, without the resolving. The stack was the line's. The two were the dusk's.</w:t>
      </w:r>
    </w:p>
    <w:p>
      <w:pPr>
        <w:spacing w:line="360" w:lineRule="auto" w:after="0"/>
        <w:ind w:firstLine="283"/>
      </w:pPr>
      <w:r>
        <w:t>Elias stood at the line. The hands were the line's. The line was the hands'. The two were the dusk's. The empty was the hands'. The hands were the empty's. The two were the line's.</w:t>
      </w:r>
    </w:p>
    <w:p>
      <w:pPr>
        <w:spacing w:line="360" w:lineRule="auto" w:after="0"/>
        <w:ind w:firstLine="283"/>
      </w:pPr>
      <w:r>
        <w:t>Nima stood at the lane-house's door. The door was open. The door had been open for twenty years. The door did not close. The door stood open the way the corridor's doors stood open. The door was the people's. The door was the open's. The two were the lane-house's.</w:t>
      </w:r>
    </w:p>
    <w:p>
      <w:pPr>
        <w:spacing w:line="360" w:lineRule="auto" w:after="0"/>
        <w:ind w:firstLine="283"/>
      </w:pPr>
      <w:r>
        <w:t>Nima saw Elias set the pen down, the form down, the ink down, the stack down. Nima saw Elias stand at the line with empty hands. The five were the line's.</w:t>
      </w:r>
    </w:p>
    <w:p>
      <w:pPr>
        <w:spacing w:line="360" w:lineRule="auto" w:after="0"/>
        <w:ind w:firstLine="283"/>
      </w:pPr>
      <w:r>
        <w:t>Nima did not hail. Nima did not speak. Nima stood at the lane-house's door the way the guide stood at the lane-house's door — without the announcing, without the asking.</w:t>
      </w:r>
    </w:p>
    <w:p>
      <w:pPr>
        <w:spacing w:line="360" w:lineRule="auto" w:after="0"/>
        <w:ind w:firstLine="283"/>
      </w:pPr>
      <w:r>
        <w:t>Elias did not hail. Elias did not speak. Elias stood at the line the way the clerk stood at the line — without the announcing, without the asking.</w:t>
      </w:r>
    </w:p>
    <w:p>
      <w:pPr>
        <w:spacing w:line="360" w:lineRule="auto" w:after="0"/>
        <w:ind w:firstLine="283"/>
      </w:pPr>
      <w:r>
        <w:t>The dusk came on. The lamp was lit at the lane-house. The lamp threw the crooked light on the lane-house's door. The crooked light was the lamp's. The two were the door's.</w:t>
      </w:r>
    </w:p>
    <w:p>
      <w:pPr>
        <w:spacing w:line="360" w:lineRule="auto" w:after="0"/>
        <w:ind w:firstLine="283"/>
      </w:pPr>
      <w:r>
        <w:t>Elias stood at the line. The hands were empty. The pen was at the line. The form was at the line. The ink was at the line. The stack was at the line. The four were the line's. Elias's hands were empty. The empty was the hands'. The hands were the empty's. The two were the line's.</w:t>
      </w:r>
    </w:p>
    <w:p>
      <w:pPr>
        <w:spacing w:line="360" w:lineRule="auto" w:after="0"/>
        <w:ind w:firstLine="283"/>
      </w:pPr>
      <w:r>
        <w:t>Elias turned from the line. He walked away from the line, the lane-house, the door, from Nima. The four were the walking's. The walking was the dusk's. The two were the line's.</w:t>
      </w:r>
    </w:p>
    <w:p>
      <w:pPr>
        <w:spacing w:line="360" w:lineRule="auto" w:after="0"/>
        <w:ind w:firstLine="283"/>
      </w:pPr>
      <w:r>
        <w:t>Elias walked away from the line. The pen was at the line. The form was at the line. The ink was at the line. The stack was at the line. The four were the line's. Elias walked away. The four stayed at the line.</w:t>
      </w:r>
    </w:p>
    <w:p>
      <w:pPr>
        <w:spacing w:line="360" w:lineRule="auto" w:after="0"/>
        <w:ind w:firstLine="283"/>
      </w:pPr>
      <w:r>
        <w:t>Nima did not pick the pen, form, ink, or stack up. The four stayed at the line. The line was the four's. The two were the dusk's.</w:t>
      </w:r>
    </w:p>
    <w:p>
      <w:pPr>
        <w:spacing w:line="360" w:lineRule="auto" w:after="0"/>
        <w:ind w:firstLine="283"/>
      </w:pPr>
      <w:r>
        <w:t>The pen lay at the line. The form lay at the line. The ink lay at the line. The stack lay at the line. The four lay at the line. The line held the four the way the line held the variant — without the choosing, without the resolving. The four were the line's.</w:t>
      </w:r>
    </w:p>
    <w:p>
      <w:pPr>
        <w:spacing w:line="360" w:lineRule="auto" w:after="0"/>
        <w:ind w:firstLine="283"/>
      </w:pPr>
      <w:r>
        <w:t>The dusk came on. The lamp was lit at the lane-house. The lamp threw the crooked light on the lane-house's door. The crooked light was the lamp's. The two were the door's. The four lay at the line. The line held the four. The four were the line's.</w:t>
      </w:r>
    </w:p>
    <w:p>
      <w:pPr>
        <w:spacing w:line="360" w:lineRule="auto" w:after="0"/>
        <w:ind w:firstLine="283"/>
      </w:pPr>
      <w:r>
        <w:t>Elias walked away from the line. The pen was the setting-down's. The two were the line's. The pen was the line's. The two were the dusk's.</w:t>
      </w:r>
    </w:p>
    <w:p>
      <w:pPr>
        <w:spacing w:line="360" w:lineRule="auto" w:after="0"/>
        <w:ind w:firstLine="283"/>
      </w:pPr>
      <w:r>
        <w:t>The pen was the setting-down's. The two were the line's. The pen was set down at the line at the dusk's third hour.</w:t>
      </w:r>
    </w:p>
    <w:p>
      <w:pPr>
        <w:spacing w:before="360" w:after="240"/>
        <w:ind w:firstLine="0"/>
        <w:jc w:val="center"/>
      </w:pPr>
      <w:r>
        <w:rPr>
          <w:b/>
          <w:i/>
          <w:color w:val="333333"/>
          <w:sz w:val="26"/>
        </w:rPr>
        <w:t>Step — The Mender's Day</w:t>
      </w:r>
    </w:p>
    <w:p>
      <w:pPr>
        <w:spacing w:line="360" w:lineRule="auto" w:after="0"/>
        <w:ind w:firstLine="283"/>
      </w:pPr>
      <w:r>
        <w:t>The mender's day was at the lane-house at the dawn of the third summer's last week, and the day was the mender's, and the mender was the day's, and the two were the lane-house's, and the lane-house was the two's.</w:t>
      </w:r>
    </w:p>
    <w:p>
      <w:pPr>
        <w:spacing w:line="360" w:lineRule="auto" w:after="0"/>
        <w:ind w:firstLine="283"/>
      </w:pPr>
      <w:r>
        <w:t>The mender woke at the dawn. The mender's body was at the fire's circle's edge. The mender's body was at the dawn's first breath. The body woke. The waking was the body's. The two were the dawn's.</w:t>
      </w:r>
    </w:p>
    <w:p>
      <w:pPr>
        <w:spacing w:line="360" w:lineRule="auto" w:after="0"/>
        <w:ind w:firstLine="283"/>
      </w:pPr>
      <w:r>
        <w:t>The mender mended at the morning. The basket was at the mender's knee. The wire and the stitch were at the basket. The mender's two hands were at the mending. The hands mended. The hands did not speak. The mender took up a tin pot with a cracked solder-joint, sealed it. The mender took up a child's sandal with a torn strap, stitched it. The mender took up a clay cup with a chipped rim, ground it smooth. The mender took up a basket with a broken rib, wound it. The basket emptied. The basket filled. The mender mended.</w:t>
      </w:r>
    </w:p>
    <w:p>
      <w:pPr>
        <w:spacing w:line="360" w:lineRule="auto" w:after="0"/>
        <w:ind w:firstLine="283"/>
      </w:pPr>
      <w:r>
        <w:t>The mender ate at the noon. The pot's thin at the fire's circle. The ladle and the dented copper measure. The level portioned to the thumb. The mender ate with two old ones at the fire's circle — a man with a lame hand who had been a stonemason before the talking, a woman with one eye who had been a midwife before the wound. The three ate. The three did not speak much. The man said, at the bowl's end, "The thin's thin today." The woman said, "The thin's thin every day." The mender said, "The thin's the thin." The three ate.</w:t>
      </w:r>
    </w:p>
    <w:p>
      <w:pPr>
        <w:spacing w:line="360" w:lineRule="auto" w:after="0"/>
        <w:ind w:firstLine="283"/>
      </w:pPr>
      <w:r>
        <w:t>The man, after the eating, said — almost shyly, the way an old stonemason says a thing he has been holding — "Lark, I had a stone once. A red stone. I cut it for a sill. The sill is in a house in the middle lands. The house may still be standing. I do not know. The stone may still be in the sill." The mender looked at the man. The mender did not say anything. The mender's hand, briefly, went to the man's lame hand. The mender's hand held the man's hand for a breath. The mender's hand went back to the mending.</w:t>
      </w:r>
    </w:p>
    <w:p>
      <w:pPr>
        <w:spacing w:line="360" w:lineRule="auto" w:after="0"/>
        <w:ind w:firstLine="283"/>
      </w:pPr>
      <w:r>
        <w:t>The mender mended at the afternoon. The basket emptied. The basket filled. The mender mended.</w:t>
      </w:r>
    </w:p>
    <w:p>
      <w:pPr>
        <w:spacing w:line="360" w:lineRule="auto" w:after="0"/>
        <w:ind w:firstLine="283"/>
      </w:pPr>
      <w:r>
        <w:t>The mender slept at the night. The body slept. The sleeping was the body's. The two were the night's.</w:t>
      </w:r>
    </w:p>
    <w:p>
      <w:pPr>
        <w:spacing w:line="360" w:lineRule="auto" w:after="0"/>
        <w:ind w:firstLine="283"/>
      </w:pPr>
      <w:r>
        <w:t>The day was unstoried. The mender lived the day. The living was the day's. The two were the mender's. The two were the lane-house's.</w:t>
      </w:r>
    </w:p>
    <w:p>
      <w:pPr>
        <w:spacing w:line="360" w:lineRule="auto" w:after="0"/>
        <w:ind w:firstLine="283"/>
      </w:pPr>
      <w:r>
        <w:t>The mender had two names. Lark at the corridor's lane-house. Dally at the gap's edge-settlement's relief-kitchen. The two names did not agree. The two names were the mender's. The mender was the two names'. The two were the mender's.</w:t>
      </w:r>
    </w:p>
    <w:p>
      <w:pPr>
        <w:spacing w:line="360" w:lineRule="auto" w:after="0"/>
        <w:ind w:firstLine="283"/>
      </w:pPr>
      <w:r>
        <w:t>The mender mended at the lane-house. The mender mended at the edge-kitchen. The mender mended at the gap's interior. The mender mended at the seam's edge. The mender mended at the coast's whole rearranged hinge. The five were the mender's. The two were the day's.</w:t>
      </w:r>
    </w:p>
    <w:p>
      <w:pPr>
        <w:spacing w:line="360" w:lineRule="auto" w:after="0"/>
        <w:ind w:firstLine="283"/>
      </w:pPr>
      <w:r>
        <w:t>The mender's day was the mender's. The mender was the day's. The two were the lane-house's. The day was unstoried. The mender lived the day. The living was the day's. The two were the mender's.</w:t>
      </w:r>
    </w:p>
    <w:p>
      <w:pPr>
        <w:spacing w:line="360" w:lineRule="auto" w:after="0"/>
        <w:ind w:firstLine="283"/>
      </w:pPr>
      <w:r>
        <w:t>The mender's day was the mender's. The day was unstoried. The mender lived the day. The day was the mender's. The mender's day.</w:t>
      </w:r>
    </w:p>
    <w:p>
      <w:pPr>
        <w:spacing w:before="360" w:after="240"/>
        <w:ind w:firstLine="0"/>
        <w:jc w:val="center"/>
      </w:pPr>
      <w:r>
        <w:rPr>
          <w:b/>
          <w:i/>
          <w:color w:val="333333"/>
          <w:sz w:val="26"/>
        </w:rPr>
        <w:t>Step — The Dual Entry</w:t>
      </w:r>
    </w:p>
    <w:p>
      <w:pPr>
        <w:spacing w:line="360" w:lineRule="auto" w:after="0"/>
        <w:ind w:firstLine="283"/>
      </w:pPr>
      <w:r>
        <w:t>The dual entry was at the chest at the dusk of the third summer's last week, and the entry was the mender's, and the mender was the entry's, and the two were the chest's, and the chest was the two's.</w:t>
      </w:r>
    </w:p>
    <w:p>
      <w:pPr>
        <w:spacing w:line="360" w:lineRule="auto" w:after="0"/>
        <w:ind w:firstLine="283"/>
      </w:pPr>
      <w:r>
        <w:t>The chest was at the plank-table's center. The chest was the soft-cloth chest — the binding soft-cloth over board, the pages hand-cut, the entries in the level hand of every keeper who had held it. The chest had been the corridor's. The chest had been the fleet's. The chest had been the city's. The chest had been a woman's whose name the city's records did not hold. The chest was the plank-table's.</w:t>
      </w:r>
    </w:p>
    <w:p>
      <w:pPr>
        <w:spacing w:line="360" w:lineRule="auto" w:after="0"/>
        <w:ind w:firstLine="283"/>
      </w:pPr>
      <w:r>
        <w:t>Mira sat at the plank-table's head. The lamp was lit. The lamp was the plank-table's. The two were the dusk's.</w:t>
      </w:r>
    </w:p>
    <w:p>
      <w:pPr>
        <w:spacing w:line="360" w:lineRule="auto" w:after="0"/>
        <w:ind w:firstLine="283"/>
      </w:pPr>
      <w:r>
        <w:t>The chest was open. The chest's one oldest leaf lay on the plank-table. The leaf held the two words at the foot. The two words were Name uncertain. Person remembered. The two words had been at the foot for forty years. The two words had been written by a woman whose name the city's records did not hold.</w:t>
      </w:r>
    </w:p>
    <w:p>
      <w:pPr>
        <w:spacing w:line="360" w:lineRule="auto" w:after="0"/>
        <w:ind w:firstLine="283"/>
      </w:pPr>
      <w:r>
        <w:t>The leaf held the open hand. The leaf held the double cross at the variant. The leaf held the not-resolved at the margin. The two were the leaf's.</w:t>
      </w:r>
    </w:p>
    <w:p>
      <w:pPr>
        <w:spacing w:line="360" w:lineRule="auto" w:after="0"/>
        <w:ind w:firstLine="283"/>
      </w:pPr>
      <w:r>
        <w:t>The mender came to the plank-table at the dusk's first hour. The mender came from the fire's circle. The basket was at the mender's knee. The wire and the stitch were at the basket. The mender's two hands were at the basket. The mender came to the plank-table. The plank-table was the mender's. The two were the dusk's.</w:t>
      </w:r>
    </w:p>
    <w:p>
      <w:pPr>
        <w:spacing w:line="360" w:lineRule="auto" w:after="0"/>
        <w:ind w:firstLine="283"/>
      </w:pPr>
      <w:r>
        <w:t>Mira looked at the mender. The looking was the level hand's plain reception. The looking held the mender the way the open hand held its open. The mender did not look up. The mender stood at the plank-table's edge. The basket was at the mender's knee. The mender did not speak.</w:t>
      </w:r>
    </w:p>
    <w:p>
      <w:pPr>
        <w:spacing w:line="360" w:lineRule="auto" w:after="0"/>
        <w:ind w:firstLine="283"/>
      </w:pPr>
      <w:r>
        <w:t>"The dual entry," Mira said. The level voice. The record-keeper's voice. "The dual entry is the chest's. The chest is the dual entry's. The two are the plank-table's. The plank-table is the two's. The dual entry is the mender's. The mender is the dual entry's. The two are the chest's. The chest is the two's."</w:t>
      </w:r>
    </w:p>
    <w:p>
      <w:pPr>
        <w:spacing w:line="360" w:lineRule="auto" w:after="0"/>
        <w:ind w:firstLine="283"/>
      </w:pPr>
      <w:r>
        <w:t>The mender did not look up. The mender stood at the plank-table's edge. The basket was at the mender's knee. The mender did not speak.</w:t>
      </w:r>
    </w:p>
    <w:p>
      <w:pPr>
        <w:spacing w:line="360" w:lineRule="auto" w:after="0"/>
        <w:ind w:firstLine="283"/>
      </w:pPr>
      <w:r>
        <w:t>"The mender has two names," Mira said. "Lark at the corridor's lane-house. Dally at the gap's edge-settlement's relief-kitchen. The two names do not agree. The two names are the mender's. The mender is the two names'. The chest is the two's. The dual entry is the two names'. The two names are the dual entry's. The chest is the two's."</w:t>
      </w:r>
    </w:p>
    <w:p>
      <w:pPr>
        <w:spacing w:line="360" w:lineRule="auto" w:after="0"/>
        <w:ind w:firstLine="283"/>
      </w:pPr>
      <w:r>
        <w:t>The mender did not look up. The mender stood at the plank-table's edge. The basket was at the mender's knee. The mender did not speak.</w:t>
      </w:r>
    </w:p>
    <w:p>
      <w:pPr>
        <w:spacing w:line="360" w:lineRule="auto" w:after="0"/>
        <w:ind w:firstLine="283"/>
      </w:pPr>
      <w:r>
        <w:t>Mira took the pen. The pen was the same pen. The pen had been at the table for fifteen years. The pen had not signed the four thousand, two hundred and thirty. The pen had signed not-resolved at the leaf's margin. The pen had ended the released man. The pen was the record-keeper's. The two were the plank-table's.</w:t>
      </w:r>
    </w:p>
    <w:p>
      <w:pPr>
        <w:spacing w:line="360" w:lineRule="auto" w:after="0"/>
        <w:ind w:firstLine="283"/>
      </w:pPr>
      <w:r>
        <w:t>Mira set the nib to the page. The page was the chest's intake page. The page was the level hand's. The two were the chest's.</w:t>
      </w:r>
    </w:p>
    <w:p>
      <w:pPr>
        <w:spacing w:line="360" w:lineRule="auto" w:after="0"/>
        <w:ind w:firstLine="283"/>
      </w:pPr>
      <w:r>
        <w:t>Mira wrote the mender's two names. The two names were the mender's. The two names were Lark and Dally. The two names did not agree. The two names were the page's. The page was the two names'. The two were the chest's.</w:t>
      </w:r>
    </w:p>
    <w:p>
      <w:pPr>
        <w:spacing w:line="360" w:lineRule="auto" w:after="0"/>
        <w:ind w:firstLine="283"/>
      </w:pPr>
      <w:r>
        <w:t>Mira drew the double cross between the two names. The double cross was the chest's. The two were the page's. The double cross said: the variant is here, and the variant is held, and the holding is the variant's, and the variant is the holding's.</w:t>
      </w:r>
    </w:p>
    <w:p>
      <w:pPr>
        <w:spacing w:line="360" w:lineRule="auto" w:after="0"/>
        <w:ind w:firstLine="283"/>
      </w:pPr>
      <w:r>
        <w:t>Mira drew the open hand above the two names. The open hand was drawn. The open hand was open. The palm was forward. The fingers were apart. The open hand did not close. The open hand did not reach. The open hand held its open. The open hand was the holding's. The holding was the open hand's. The two were the page's.</w:t>
      </w:r>
    </w:p>
    <w:p>
      <w:pPr>
        <w:spacing w:line="360" w:lineRule="auto" w:after="0"/>
        <w:ind w:firstLine="283"/>
      </w:pPr>
      <w:r>
        <w:t>Mira wrote the two words at the foot. The two words were Name uncertain. Person remembered. The two words were the page's. The page was the two words'. The two were the chest's.</w:t>
      </w:r>
    </w:p>
    <w:p>
      <w:pPr>
        <w:spacing w:line="360" w:lineRule="auto" w:after="0"/>
        <w:ind w:firstLine="283"/>
      </w:pPr>
      <w:r>
        <w:t>Mira wrote not-resolved at the margin. The letters were the level hand's — the upright capitals, the plain spacing, the writing the chest's whole freight had bred. The two were the page's.</w:t>
      </w:r>
    </w:p>
    <w:p>
      <w:pPr>
        <w:spacing w:line="360" w:lineRule="auto" w:after="0"/>
        <w:ind w:firstLine="283"/>
      </w:pPr>
      <w:r>
        <w:t>The dual entry was at the chest. The dual entry was the mender's. The two were the chest's.</w:t>
      </w:r>
    </w:p>
    <w:p>
      <w:pPr>
        <w:spacing w:line="360" w:lineRule="auto" w:after="0"/>
        <w:ind w:firstLine="283"/>
      </w:pPr>
      <w:r>
        <w:t>The dual entry was the title. The dual entry was the title's. The title was earned. The earning was the dual entry's.</w:t>
      </w:r>
    </w:p>
    <w:p>
      <w:pPr>
        <w:spacing w:line="360" w:lineRule="auto" w:after="0"/>
        <w:ind w:firstLine="283"/>
      </w:pPr>
      <w:r>
        <w:t>The mender did not look up. The mender stood at the plank-table's edge. The basket was at the mender's knee. The mender did not speak. The dual entry was at the chest. The title was earned.</w:t>
      </w:r>
    </w:p>
    <w:p>
      <w:pPr>
        <w:spacing w:line="360" w:lineRule="auto" w:after="0"/>
        <w:ind w:firstLine="283"/>
      </w:pPr>
      <w:r>
        <w:t>Mira set the pen down. The pen lay on the plank-table. The pen had written the dual entry. The pen had drawn the double cross. The pen had drawn the open hand. The pen had written the two words. The pen had written not-resolved. The five were the pen's. The two were the plank-table's.</w:t>
      </w:r>
    </w:p>
    <w:p>
      <w:pPr>
        <w:spacing w:line="360" w:lineRule="auto" w:after="0"/>
        <w:ind w:firstLine="283"/>
      </w:pPr>
      <w:r>
        <w:t>The dual entry was at the chest. The chest held the dual entry. The dual entry was the mender's. The two were the chest's.</w:t>
      </w:r>
    </w:p>
    <w:p>
      <w:pPr>
        <w:spacing w:before="360" w:after="240"/>
        <w:ind w:firstLine="0"/>
        <w:jc w:val="center"/>
      </w:pPr>
      <w:r>
        <w:rPr>
          <w:b/>
          <w:i/>
          <w:color w:val="333333"/>
          <w:sz w:val="26"/>
        </w:rPr>
        <w:t>Step — The Marks with the Children</w:t>
      </w:r>
    </w:p>
    <w:p>
      <w:pPr>
        <w:spacing w:line="360" w:lineRule="auto" w:after="0"/>
        <w:ind w:firstLine="283"/>
      </w:pPr>
      <w:r>
        <w:t>The marks were made with the children at the wall at the dusk of the third summer's last week, and the marks were the children's, and the children were the marks', and the two were the wall's, and the wall was the two's.</w:t>
      </w:r>
    </w:p>
    <w:p>
      <w:pPr>
        <w:spacing w:line="360" w:lineRule="auto" w:after="0"/>
        <w:ind w:firstLine="283"/>
      </w:pPr>
      <w:r>
        <w:t>Tansy was at the wall. The wall was at the assembly-ground's western edge. The wall was timber. The timber was stacked. The timber's faces were weathered. The timber had stood at the ground's western edge for twenty years. The question was on the timber. The question was on the timber's end-face — the broad flat year-ring of the tarpaulin-post's cut. The question had been copied there fifteen years before. The question had been copied by Tansy, at fourteen, in the runner's small capitals, in the chalk's fading edges.</w:t>
      </w:r>
    </w:p>
    <w:p>
      <w:pPr>
        <w:spacing w:line="360" w:lineRule="auto" w:after="0"/>
        <w:ind w:firstLine="283"/>
      </w:pPr>
      <w:r>
        <w:t>The question was: WHO COMES BACK?</w:t>
      </w:r>
    </w:p>
    <w:p>
      <w:pPr>
        <w:spacing w:line="360" w:lineRule="auto" w:after="0"/>
        <w:ind w:firstLine="283"/>
      </w:pPr>
      <w:r>
        <w:t>The chalk had faded. The chalk had been fading for fifteen years. The chalk's letters held the wall's weather in their edges. The edges were soft now. The chalk's color had been white. The chalk's color was grey now. The chalk's color was the wall's weather's. The two were the question's.</w:t>
      </w:r>
    </w:p>
    <w:p>
      <w:pPr>
        <w:spacing w:line="360" w:lineRule="auto" w:after="0"/>
        <w:ind w:firstLine="283"/>
      </w:pPr>
      <w:r>
        <w:t>Tansy stood at the wall. She was twenty-nine. She was the corridor's runner. She had been the corridor's runner for fifteen years. She had been Nima's last apprentice. She had been the corridor-craft's fourth generation. The chalk was in her pocket. The stub. The cloth-wrapped freight. The corridor's own carried craft. The chalk was the same chalk. The chalk had been in her pocket for fifteen years. The chalk had been Kael's. The chalk had come to Tansy at the dying.</w:t>
      </w:r>
    </w:p>
    <w:p>
      <w:pPr>
        <w:spacing w:line="360" w:lineRule="auto" w:after="0"/>
        <w:ind w:firstLine="283"/>
      </w:pPr>
      <w:r>
        <w:t>The children came to the wall at the dusk's first hour. The children were three. The children were the lane-house's children. The children were the corridor's young. The children were eight and nine and ten. The children came to the wall the way the children came to the wall — without the announcing, without the asking.</w:t>
      </w:r>
    </w:p>
    <w:p>
      <w:pPr>
        <w:spacing w:line="360" w:lineRule="auto" w:after="0"/>
        <w:ind w:firstLine="283"/>
      </w:pPr>
      <w:r>
        <w:t>Tansy did not look at the children. Tansy looked at the wall. The wall was the question's. The two were the dusk's.</w:t>
      </w:r>
    </w:p>
    <w:p>
      <w:pPr>
        <w:spacing w:line="360" w:lineRule="auto" w:after="0"/>
        <w:ind w:firstLine="283"/>
      </w:pPr>
      <w:r>
        <w:t>Tansy took the chalk out of the pocket. The chalk came out. The chalk was small in the hand. The chalk was the color of cardamom. The chalk had been the color of cardamom for fifteen years. The chalk had been Kael's. The chalk had come to Tansy at the dying.</w:t>
      </w:r>
    </w:p>
    <w:p>
      <w:pPr>
        <w:spacing w:line="360" w:lineRule="auto" w:after="0"/>
        <w:ind w:firstLine="283"/>
      </w:pPr>
      <w:r>
        <w:t>Tansy drew a small askew line at the wall's working height. The askew line was two lines. Neither straight. Neither corrected. The same shape. Not the same. The askew line was the corridor's. The askew line was the line Nima had been taught at fifteen in the passages under the East Annex. The askew line was the line Tansy had been taught at eight at the chart room's threshold. The askew line was the line Tansy taught the children at the wall.</w:t>
      </w:r>
    </w:p>
    <w:p>
      <w:pPr>
        <w:spacing w:line="360" w:lineRule="auto" w:after="0"/>
        <w:ind w:firstLine="283"/>
      </w:pPr>
      <w:r>
        <w:t>The children looked at the askew line. The children did not say anything. The children's faces did the face the children's faces did at the askew line — the held reading, the held breath, the not-answering.</w:t>
      </w:r>
    </w:p>
    <w:p>
      <w:pPr>
        <w:spacing w:line="360" w:lineRule="auto" w:after="0"/>
        <w:ind w:firstLine="283"/>
      </w:pPr>
      <w:r>
        <w:t>"What's the askew line?" the first child said. The first child was eight.</w:t>
      </w:r>
    </w:p>
    <w:p>
      <w:pPr>
        <w:spacing w:line="360" w:lineRule="auto" w:after="0"/>
        <w:ind w:firstLine="283"/>
      </w:pPr>
      <w:r>
        <w:t>"It is two lines," Tansy said. "Neither straight. Neither corrected. The same shape. Not the same."</w:t>
      </w:r>
    </w:p>
    <w:p>
      <w:pPr>
        <w:spacing w:line="360" w:lineRule="auto" w:after="0"/>
        <w:ind w:firstLine="283"/>
      </w:pPr>
      <w:r>
        <w:t>"Why?" the first child said.</w:t>
      </w:r>
    </w:p>
    <w:p>
      <w:pPr>
        <w:spacing w:line="360" w:lineRule="auto" w:after="0"/>
        <w:ind w:firstLine="283"/>
      </w:pPr>
      <w:r>
        <w:t>"Because the world is the world," Tansy said. "The world does not align. The world does not match. The askew line is the world's. The world's line is askew. The askew line is the carrying's. The carrying carries the askew. The askew is the carrying's."</w:t>
      </w:r>
    </w:p>
    <w:p>
      <w:pPr>
        <w:spacing w:line="360" w:lineRule="auto" w:after="0"/>
        <w:ind w:firstLine="283"/>
      </w:pPr>
      <w:r>
        <w:t>The first child did not say anything. The first child's hand went to the pocket. The first child's hand came out. The first child's hand held a stub of chalk. The first child's stub of chalk was grey. The first child's stub of chalk was the lane-house's. The first child drew a small askew line of her own, beside Tansy's, at her own angle. The line was not aligned with Tansy's. The line did not match. The two askew lines stood on the wall beside the question, and the three were the wall's now.</w:t>
      </w:r>
    </w:p>
    <w:p>
      <w:pPr>
        <w:spacing w:line="360" w:lineRule="auto" w:after="0"/>
        <w:ind w:firstLine="283"/>
      </w:pPr>
      <w:r>
        <w:t>The second child looked at the askew line. The second child was nine. The second child's hand went to the pocket. The second child's hand came out. The second child's hand held a stub of chalk. The second child's stub of chalk was grey. The second child drew a small askew line of his own, beside the first child's, at his own angle. The line was not aligned with Tansy's. The line was not aligned with the first child's. The line did not match. The three askew lines stood on the wall beside the question, and the four were the wall's now.</w:t>
      </w:r>
    </w:p>
    <w:p>
      <w:pPr>
        <w:spacing w:line="360" w:lineRule="auto" w:after="0"/>
        <w:ind w:firstLine="283"/>
      </w:pPr>
      <w:r>
        <w:t>The third child looked at the askew line. The third child was ten. The third child's hand went to the pocket. The third child's hand came out. The third child's hand held a stub of chalk. The third child's stub of chalk was grey. The third child drew a small askew line of his own, beside the second child's, at his own angle. The line was not aligned with Tansy's. The line was not aligned with the first child's. The line was not aligned with the second child's. The line did not match. The four askew lines stood on the wall beside the question, and the five were the wall's now.</w:t>
      </w:r>
    </w:p>
    <w:p>
      <w:pPr>
        <w:spacing w:line="360" w:lineRule="auto" w:after="0"/>
        <w:ind w:firstLine="283"/>
      </w:pPr>
      <w:r>
        <w:t>The four askew lines did not align. The four askew lines did not match. The four askew lines were the same shape and not the same. The four askew lines were the children's. The children were the four askew lines'. The two were the wall's.</w:t>
      </w:r>
    </w:p>
    <w:p>
      <w:pPr>
        <w:spacing w:line="360" w:lineRule="auto" w:after="0"/>
        <w:ind w:firstLine="283"/>
      </w:pPr>
      <w:r>
        <w:t>The chalk went back in the pockets. The four stubs of chalk went back in the four pockets. The four pockets held the four stubs. The four stubs held the four askew lines' freight. The four askew lines stood on the wall beside the question.</w:t>
      </w:r>
    </w:p>
    <w:p>
      <w:pPr>
        <w:spacing w:line="360" w:lineRule="auto" w:after="0"/>
        <w:ind w:firstLine="283"/>
      </w:pPr>
      <w:r>
        <w:t>The question was: WHO COMES BACK?</w:t>
      </w:r>
    </w:p>
    <w:p>
      <w:pPr>
        <w:spacing w:line="360" w:lineRule="auto" w:after="0"/>
        <w:ind w:firstLine="283"/>
      </w:pPr>
      <w:r>
        <w:t>The four askew lines did not answer the question. The question did not need the answering. The question had stood at the wall for twenty years without the answering. The question had stood at the wall for fifteen years in Tansy's own hand without the answering. The four askew lines stood beside the question without the answering.</w:t>
      </w:r>
    </w:p>
    <w:p>
      <w:pPr>
        <w:spacing w:line="360" w:lineRule="auto" w:after="0"/>
        <w:ind w:firstLine="283"/>
      </w:pPr>
      <w:r>
        <w:t>The marks were made with the children. The marks were the children's. The children were the marks'. The two were the wall's. The marks were made. The children went back to the lane-house. Tansy stayed at the wall. The wall was the question's. The four askew lines were the wall's. The wall was the four askew lines'. The five were the dusk's.</w:t>
      </w:r>
    </w:p>
    <w:p>
      <w:pPr>
        <w:spacing w:line="360" w:lineRule="auto" w:after="0"/>
        <w:ind w:firstLine="283"/>
      </w:pPr>
      <w:r>
        <w:t>Tansy did not answer the question. The question did not need the answering. The four askew lines did not answer the question. The four askew lines stood beside the question. The question stood. The four askew lines stood. The five stood at the wall. The wall stood. The dusk came on. The five stood.</w:t>
      </w:r>
    </w:p>
    <w:p>
      <w:pPr>
        <w:spacing w:before="360" w:after="240"/>
        <w:ind w:firstLine="0"/>
        <w:jc w:val="center"/>
      </w:pPr>
      <w:r>
        <w:rPr>
          <w:b/>
          <w:i/>
          <w:color w:val="333333"/>
          <w:sz w:val="26"/>
        </w:rPr>
        <w:t>Step — The Question Carried</w:t>
      </w:r>
    </w:p>
    <w:p>
      <w:pPr>
        <w:spacing w:line="360" w:lineRule="auto" w:after="0"/>
        <w:ind w:firstLine="283"/>
      </w:pPr>
      <w:r>
        <w:t>The question was carried at the lane-house at the dusk's second hour, and the carrying was the children's, and the children were the carrying's, and the two were the lane-house's, and the lane-house was the two's.</w:t>
      </w:r>
    </w:p>
    <w:p>
      <w:pPr>
        <w:spacing w:line="360" w:lineRule="auto" w:after="0"/>
        <w:ind w:firstLine="283"/>
      </w:pPr>
      <w:r>
        <w:t>The children had been at the wall. The children had made the marks. The four askew lines stood on the wall beside the question. The question was: WHO COMES BACK? The four askew lines did not answer the question. The question did not need the answering.</w:t>
      </w:r>
    </w:p>
    <w:p>
      <w:pPr>
        <w:spacing w:line="360" w:lineRule="auto" w:after="0"/>
        <w:ind w:firstLine="283"/>
      </w:pPr>
      <w:r>
        <w:t>The children came back to the lane-house at the dusk's second hour. The children came back the way the children came back — without the announcing, without the asking. The three came back to the lane-house's fire. The fire was the lane-house's. The two were the corridor's.</w:t>
      </w:r>
    </w:p>
    <w:p>
      <w:pPr>
        <w:spacing w:line="360" w:lineRule="auto" w:after="0"/>
        <w:ind w:firstLine="283"/>
      </w:pPr>
      <w:r>
        <w:t>Tansy was at the lane-house's fire. Tansy had come back from the wall at the dusk's first hour. Tansy sat at the fire's circle's edge. The runner's log was in the level hand. The day's freight was at the log's foot. The runner's chalk was in the runner's pocket. The stub. The cloth-wrapped freight. The corridor's own carried craft. The chalk was the same chalk. The chalk had been in the runner's pocket for fifteen years.</w:t>
      </w:r>
    </w:p>
    <w:p>
      <w:pPr>
        <w:spacing w:line="360" w:lineRule="auto" w:after="0"/>
        <w:ind w:firstLine="283"/>
      </w:pPr>
      <w:r>
        <w:t>The children came to the fire's circle's edge. The three children came. The three children sat at the fire's circle's edge. The three children did not speak. The three children's faces did the face the children's faces did at the fire's circle's edge — the held reading, the held breath, the not-answering.</w:t>
      </w:r>
    </w:p>
    <w:p>
      <w:pPr>
        <w:spacing w:line="360" w:lineRule="auto" w:after="0"/>
        <w:ind w:firstLine="283"/>
      </w:pPr>
      <w:r>
        <w:t>Tansy did not look at the children. Tansy looked at the fire. The fire was the lane-house's. The two were the corridor's.</w:t>
      </w:r>
    </w:p>
    <w:p>
      <w:pPr>
        <w:spacing w:line="360" w:lineRule="auto" w:after="0"/>
        <w:ind w:firstLine="283"/>
      </w:pPr>
      <w:r>
        <w:t>"The question," the first child said. The first child was eight. The first child's voice was the child's voice — small, plain, the corridor-craft's fifth-generation plain asking. "The question at the wall. The question is: WHO COMES BACK?"</w:t>
      </w:r>
    </w:p>
    <w:p>
      <w:pPr>
        <w:spacing w:line="360" w:lineRule="auto" w:after="0"/>
        <w:ind w:firstLine="283"/>
      </w:pPr>
      <w:r>
        <w:t>"Yes," Tansy said.</w:t>
      </w:r>
    </w:p>
    <w:p>
      <w:pPr>
        <w:spacing w:line="360" w:lineRule="auto" w:after="0"/>
        <w:ind w:firstLine="283"/>
      </w:pPr>
      <w:r>
        <w:t>"Who comes back?" the first child said.</w:t>
      </w:r>
    </w:p>
    <w:p>
      <w:pPr>
        <w:spacing w:line="360" w:lineRule="auto" w:after="0"/>
        <w:ind w:firstLine="283"/>
      </w:pPr>
      <w:r>
        <w:t>"I do not know," Tansy said. "The question does not need the answering. The question has stood at the wall for twenty years without the answering. The question has stood at the wall for fifteen years in my own hand without the answering. The question does not need the answering."</w:t>
      </w:r>
    </w:p>
    <w:p>
      <w:pPr>
        <w:spacing w:line="360" w:lineRule="auto" w:after="0"/>
        <w:ind w:firstLine="283"/>
      </w:pPr>
      <w:r>
        <w:t>"Why?" the first child said.</w:t>
      </w:r>
    </w:p>
    <w:p>
      <w:pPr>
        <w:spacing w:line="360" w:lineRule="auto" w:after="0"/>
        <w:ind w:firstLine="283"/>
      </w:pPr>
      <w:r>
        <w:t>"Because the question is the carrying's," Tansy said. "The carrying carries the question. The carrying does not answer the question. The carrying carries the question. The question is carried. The carrying is the question's. The two are the corridor's. The corridor is the two's."</w:t>
      </w:r>
    </w:p>
    <w:p>
      <w:pPr>
        <w:spacing w:line="360" w:lineRule="auto" w:after="0"/>
        <w:ind w:firstLine="283"/>
      </w:pPr>
      <w:r>
        <w:t>The first child did not say anything. The first child's face did the face the children's faces did at the carrying's saying — the held reading, the held breath, the not-answering.</w:t>
      </w:r>
    </w:p>
    <w:p>
      <w:pPr>
        <w:spacing w:line="360" w:lineRule="auto" w:after="0"/>
        <w:ind w:firstLine="283"/>
      </w:pPr>
      <w:r>
        <w:t>"The question is in your pocket now," Tansy said. "The question is the chalk's. The chalk is in your pocket. The question is the chalk's. The chalk is the question's. The pocket is the two's. The question is carried. The carrying is the question's. The question is the carrying's. The pocket is the two's."</w:t>
      </w:r>
    </w:p>
    <w:p>
      <w:pPr>
        <w:spacing w:line="360" w:lineRule="auto" w:after="0"/>
        <w:ind w:firstLine="283"/>
      </w:pPr>
      <w:r>
        <w:t>The first child's hand went to the pocket. The first child's hand came out. The first child's hand held the stub of chalk. The first child's stub of chalk was grey. The first child's stub of chalk was the lane-house's. The first child's stub of chalk held the question's freight. The question's freight was the stub's. The two were the pocket's.</w:t>
      </w:r>
    </w:p>
    <w:p>
      <w:pPr>
        <w:spacing w:line="360" w:lineRule="auto" w:after="0"/>
        <w:ind w:firstLine="283"/>
      </w:pPr>
      <w:r>
        <w:t>The first child looked at the stub. The first child did not say anything. The first child's hand went back to the pocket. The stub went back to the pocket. The pocket held the stub. The stub held the question's freight. The two were the pocket's.</w:t>
      </w:r>
    </w:p>
    <w:p>
      <w:pPr>
        <w:spacing w:line="360" w:lineRule="auto" w:after="0"/>
        <w:ind w:firstLine="283"/>
      </w:pPr>
      <w:r>
        <w:t>The second child looked at the first child. The second child was nine. The second child's hand went to the pocket. The second child's hand came out. The second child's hand held the stub of chalk. The second child's stub of chalk was grey. The second child's stub of chalk was the lane-house's. The second child's stub of chalk held the question's freight. The question's freight was the stub's. The two were the pocket's.</w:t>
      </w:r>
    </w:p>
    <w:p>
      <w:pPr>
        <w:spacing w:line="360" w:lineRule="auto" w:after="0"/>
        <w:ind w:firstLine="283"/>
      </w:pPr>
      <w:r>
        <w:t>The second child looked at the stub. The second child did not say anything. The second child's hand went back to the pocket. The stub went back to the pocket. The pocket held the stub. The stub held the question's freight. The two were the pocket's.</w:t>
      </w:r>
    </w:p>
    <w:p>
      <w:pPr>
        <w:spacing w:line="360" w:lineRule="auto" w:after="0"/>
        <w:ind w:firstLine="283"/>
      </w:pPr>
      <w:r>
        <w:t>The third child looked at the second child. The third child was ten. The third child's hand went to the pocket. The third child's hand came out. The third child's hand held the stub of chalk. The third child's stub of chalk was grey. The third child's stub of chalk was the lane-house's. The third child's stub of chalk held the question's freight. The question's freight was the stub's. The two were the pocket's.</w:t>
      </w:r>
    </w:p>
    <w:p>
      <w:pPr>
        <w:spacing w:line="360" w:lineRule="auto" w:after="0"/>
        <w:ind w:firstLine="283"/>
      </w:pPr>
      <w:r>
        <w:t>The third child looked at the stub. The third child did not say anything. The third child's hand went back to the pocket. The stub went back to the pocket. The pocket held the stub. The stub held the question's freight. The two were the pocket's.</w:t>
      </w:r>
    </w:p>
    <w:p>
      <w:pPr>
        <w:spacing w:line="360" w:lineRule="auto" w:after="0"/>
        <w:ind w:firstLine="283"/>
      </w:pPr>
      <w:r>
        <w:t>The three children sat at the fire's circle's edge. The three children did not speak. The three children's pockets held the three stubs. The three stubs held the question's freight. The question's freight was the three stubs'. The three stubs were the question's freight's. The two were the three pockets'. The three pockets were the two's.</w:t>
      </w:r>
    </w:p>
    <w:p>
      <w:pPr>
        <w:spacing w:line="360" w:lineRule="auto" w:after="0"/>
        <w:ind w:firstLine="283"/>
      </w:pPr>
      <w:r>
        <w:t>Tansy did not look at the children. Tansy looked at the fire. The fire was the lane-house's. The two were the corridor's.</w:t>
      </w:r>
    </w:p>
    <w:p>
      <w:pPr>
        <w:spacing w:line="360" w:lineRule="auto" w:after="0"/>
        <w:ind w:firstLine="283"/>
      </w:pPr>
      <w:r>
        <w:t>The carrying was the question's. The two were the children's. The two were the lane-house's.</w:t>
      </w:r>
    </w:p>
    <w:p>
      <w:pPr>
        <w:spacing w:line="360" w:lineRule="auto" w:after="0"/>
        <w:ind w:firstLine="283"/>
      </w:pPr>
      <w:r>
        <w:t>The dusk came on. The fire was the lane-house's. The three children's pockets held the three stubs. The three stubs held the question's freight. The carrying was the question's. The two were the children's. The two were the lane-house's.</w:t>
      </w:r>
    </w:p>
    <w:p>
      <w:pPr>
        <w:spacing w:line="360" w:lineRule="auto" w:after="0"/>
        <w:ind w:firstLine="283"/>
      </w:pPr>
      <w:r>
        <w:t>The carrying was the question's. The two were the children's.</w:t>
      </w:r>
    </w:p>
    <w:p>
      <w:pPr>
        <w:spacing w:before="360" w:after="240"/>
        <w:ind w:firstLine="0"/>
        <w:jc w:val="center"/>
      </w:pPr>
      <w:r>
        <w:rPr>
          <w:b/>
          <w:i/>
          <w:color w:val="333333"/>
          <w:sz w:val="26"/>
        </w:rPr>
        <w:t>Step — The Rehearsal at the Valley</w:t>
      </w:r>
    </w:p>
    <w:p>
      <w:pPr>
        <w:spacing w:line="360" w:lineRule="auto" w:after="0"/>
        <w:ind w:firstLine="283"/>
      </w:pPr>
      <w:r>
        <w:t>The night before the night, Kael and Vasryn passed the montante between them at the valley's fire. The valley was the same valley where the form had been carried, and the ridge above the fire still held the iron where Vasryn had set it thirty years before, and the iron stood in the earth the way a hand stands when the hand has been left standing after the rest of the man is gone.</w:t>
      </w:r>
    </w:p>
    <w:p>
      <w:pPr>
        <w:spacing w:line="360" w:lineRule="auto" w:after="0"/>
        <w:ind w:firstLine="283"/>
      </w:pPr>
      <w:r>
        <w:t>Kael was forty. The coat was on his shoulders, the cuffs turned back twice. The clay cup was in one pocket. The chalk was in the other. The knife sat against his chest. He had come back to the valley three days before, walking east out of the dry hills, walking the coast's road south, walking the last miles through the apricot orchards that had been his mother's people's. The apricot trees had been cut. The orchards were stumps. The stumps were old. Kael had walked through them without slowing.</w:t>
      </w:r>
    </w:p>
    <w:p>
      <w:pPr>
        <w:spacing w:line="360" w:lineRule="auto" w:after="0"/>
        <w:ind w:firstLine="283"/>
      </w:pPr>
      <w:r>
        <w:t>Vasryn had come back the day after, walking west out of the coast's third town, walking the ridge road, walking the last mile down the ridge's shoulder. The ridge's shoulder was where the iron stood. Vasryn had stood at the iron a long minute that morning. Then he had come down to the fire.</w:t>
      </w:r>
    </w:p>
    <w:p>
      <w:pPr>
        <w:spacing w:line="360" w:lineRule="auto" w:after="0"/>
        <w:ind w:firstLine="283"/>
      </w:pPr>
      <w:r>
        <w:t>Neither had said how they had come back. Neither had asked. The asking was not the office. The office was the fire.</w:t>
      </w:r>
    </w:p>
    <w:p>
      <w:pPr>
        <w:spacing w:line="360" w:lineRule="auto" w:after="0"/>
        <w:ind w:firstLine="283"/>
      </w:pPr>
      <w:r>
        <w:t>The fire was the valley's old fire. The fire had been Kael's mother's. The fire had been the valley's. The fire had been cold for fifteen years. Kael had lit it at the dusk. The dusk had come up herring-colored on the ridge's shoulder. The iron stood at the ridge's shoulder. The fire was lit.</w:t>
      </w:r>
    </w:p>
    <w:p>
      <w:pPr>
        <w:spacing w:line="360" w:lineRule="auto" w:after="0"/>
        <w:ind w:firstLine="283"/>
      </w:pPr>
      <w:r>
        <w:t>Vasryn sat at the fire's edge. The old man was seventy-five. The right shoulder sat lower than the left. The knees had held the world's whole ledger arriving in them at once. The breath was shallow. The body sat the way an old body sits at a fire — by the fire's plain warmth, not by the body's own heat. The body did not have its own heat at the dusk. The body had the fire's heat.</w:t>
      </w:r>
    </w:p>
    <w:p>
      <w:pPr>
        <w:spacing w:line="360" w:lineRule="auto" w:after="0"/>
        <w:ind w:firstLine="283"/>
      </w:pPr>
      <w:r>
        <w:t>Kael sat at the fire's other edge. The two did not speak. The two had not been at the same fire for ten years. The two had not spoken in those ten years. The two did not need to. The two were at the same fire. The fire was the two's plain reception: the two are here, and the fire is here, and the not-speaking is here. The three did not need to be. The three were.</w:t>
      </w:r>
    </w:p>
    <w:p>
      <w:pPr>
        <w:spacing w:line="360" w:lineRule="auto" w:after="0"/>
        <w:ind w:firstLine="283"/>
      </w:pPr>
      <w:r>
        <w:t>Vasryn's hand went to the iron's edge at the fire's third hour. The hand did not close on the iron. The hand rested at the iron's edge. The iron was at the fire's third stone. The iron had been at the fire's third stone for thirty years. The iron had been the form's. The iron had been Vasryn's. The iron had been the body's. The iron was at the fire's third stone now.</w:t>
      </w:r>
    </w:p>
    <w:p>
      <w:pPr>
        <w:spacing w:line="360" w:lineRule="auto" w:after="0"/>
        <w:ind w:firstLine="283"/>
      </w:pPr>
      <w:r>
        <w:t>"Take it," Vasryn said. The voice was the old man's voice. The voice was the body's voice. The two were at the same saying. The two did not need to be. The two were.</w:t>
      </w:r>
    </w:p>
    <w:p>
      <w:pPr>
        <w:spacing w:line="360" w:lineRule="auto" w:after="0"/>
        <w:ind w:firstLine="283"/>
      </w:pPr>
      <w:r>
        <w:t>Kael did not take the iron. Kael's hand stayed at his knee. The hand was the searcher's hand. The hand was the inheritor's hand. The hand was not the iron's.</w:t>
      </w:r>
    </w:p>
    <w:p>
      <w:pPr>
        <w:spacing w:line="360" w:lineRule="auto" w:after="0"/>
        <w:ind w:firstLine="283"/>
      </w:pPr>
      <w:r>
        <w:t>"Take it," Vasryn said again. "The iron is yours tonight. The iron is not mine tonight. The iron is the iron's tonight. The practice is the two's. The two are at the same practice. The iron is yours tonight. The iron is not mine. The iron is the two's. The two are at the same iron."</w:t>
      </w:r>
    </w:p>
    <w:p>
      <w:pPr>
        <w:spacing w:line="360" w:lineRule="auto" w:after="0"/>
        <w:ind w:firstLine="283"/>
      </w:pPr>
      <w:r>
        <w:t>Kael took the iron. The iron was heavy. The iron was heavier than Kael's knife. The iron was five feet of plain iron. The iron had no ornament. The iron had no name. The iron was the form's. The iron was in Kael's hand.</w:t>
      </w:r>
    </w:p>
    <w:p>
      <w:pPr>
        <w:spacing w:line="360" w:lineRule="auto" w:after="0"/>
        <w:ind w:firstLine="283"/>
      </w:pPr>
      <w:r>
        <w:t>Kael stood. The standing was the searcher's. The three were at the same standing. The three did not need to be. The three were.</w:t>
      </w:r>
    </w:p>
    <w:p>
      <w:pPr>
        <w:spacing w:line="360" w:lineRule="auto" w:after="0"/>
        <w:ind w:firstLine="283"/>
      </w:pPr>
      <w:r>
        <w:t>Vasryn stood. The standing was slow. The standing was the old man's standing — hands on the knees first, the left leg, then the right, the body coming up in sections, the way the body had learned to come up in sections over the years. The standing was the body's old reception: the body is up, and the body is at the fire's edge, and the body is going to move through the form.</w:t>
      </w:r>
    </w:p>
    <w:p>
      <w:pPr>
        <w:spacing w:line="360" w:lineRule="auto" w:after="0"/>
        <w:ind w:firstLine="283"/>
      </w:pPr>
      <w:r>
        <w:t>The two stood at the fire's edge. The iron was in Kael's hand. The old man's hands were empty. The empty hands were the form's. The three were at the same hands. The three did not need to be. The three were.</w:t>
      </w:r>
    </w:p>
    <w:p>
      <w:pPr>
        <w:spacing w:line="360" w:lineRule="auto" w:after="0"/>
        <w:ind w:firstLine="283"/>
      </w:pPr>
      <w:r>
        <w:t>"The form is the form's," Vasryn said. "The form is the body's. The form is the iron's. The three are at the same form. The three are. The form is the practice's old reception: the body is here, and the iron is here, and the form is here. The three are at the same practice. The three are."</w:t>
      </w:r>
    </w:p>
    <w:p>
      <w:pPr>
        <w:spacing w:line="360" w:lineRule="auto" w:after="0"/>
        <w:ind w:firstLine="283"/>
      </w:pPr>
      <w:r>
        <w:t>Kael set his feet. The feet set was the form's first step. The feet set was the iron's first step. The feet set was the body's first step. The three were at the same step. The three did not need to be. The three were.</w:t>
      </w:r>
    </w:p>
    <w:p>
      <w:pPr>
        <w:spacing w:line="360" w:lineRule="auto" w:after="0"/>
        <w:ind w:firstLine="283"/>
      </w:pPr>
      <w:r>
        <w:t>The weight centered. The hand rose toward the sternum. The hand held the iron. The iron was heavy. The iron was the weight's. The two were at the same weight. The two did not need to be. The two were.</w:t>
      </w:r>
    </w:p>
    <w:p>
      <w:pPr>
        <w:spacing w:line="360" w:lineRule="auto" w:after="0"/>
        <w:ind w:firstLine="283"/>
      </w:pPr>
      <w:r>
        <w:t>The turn, hips leading. The iron came around. The iron's arc was the form's old arc. The iron's arc was the body's old arc. The iron's arc was the iron's. The three were at the same arc. The three did not need to be. The three were.</w:t>
      </w:r>
    </w:p>
    <w:p>
      <w:pPr>
        <w:spacing w:line="360" w:lineRule="auto" w:after="0"/>
        <w:ind w:firstLine="283"/>
      </w:pPr>
      <w:r>
        <w:t>Vasryn watched. The watching was the old man's. The three were at the same watching. The three did not need to be. The three were.</w:t>
      </w:r>
    </w:p>
    <w:p>
      <w:pPr>
        <w:spacing w:line="360" w:lineRule="auto" w:after="0"/>
        <w:ind w:firstLine="283"/>
      </w:pPr>
      <w:r>
        <w:t>Kael moved through the first step. The second step. The third step. The fourth step. The fourth step was the modified fourth figure. The fourth step was Kael's. The three were at the same step. The three did not need to be. The three were.</w:t>
      </w:r>
    </w:p>
    <w:p>
      <w:pPr>
        <w:spacing w:line="360" w:lineRule="auto" w:after="0"/>
        <w:ind w:firstLine="283"/>
      </w:pPr>
      <w:r>
        <w:t>Vasryn's hand went out. The hand was the old man's. The hand was the teaching's. The hand did not take the iron. The hand rested at the iron's edge. The hand was at the iron's edge the way the hand had been at the iron's edge at the fire's third stone. The hand was at the iron's edge.</w:t>
      </w:r>
    </w:p>
    <w:p>
      <w:pPr>
        <w:spacing w:line="360" w:lineRule="auto" w:after="0"/>
        <w:ind w:firstLine="283"/>
      </w:pPr>
      <w:r>
        <w:t>"The fourth step is yours," Vasryn said. "The fourth step was the body's. The body changed the step. The step is the body's. The step is not the diagram's. The step is the iron's. The step is the form's. The four are at the same step. The four do not need to be. The four are. The fourth step is yours. The fourth step was the body's. The body changed the form. The change was the form's life. The form is alive. The form is the body's. The body is alive. The form goes on."</w:t>
      </w:r>
    </w:p>
    <w:p>
      <w:pPr>
        <w:spacing w:line="360" w:lineRule="auto" w:after="0"/>
        <w:ind w:firstLine="283"/>
      </w:pPr>
      <w:r>
        <w:t>Kael did not speak. Kael's hand was at the iron. The iron was at the form's fourth step. The iron was at the body's fourth step. The iron was at the fourth step's old reception: the step is here, and the iron is here, and the body is here. The three were at the same step. The three did not need to be. The three were.</w:t>
      </w:r>
    </w:p>
    <w:p>
      <w:pPr>
        <w:spacing w:line="360" w:lineRule="auto" w:after="0"/>
        <w:ind w:firstLine="283"/>
      </w:pPr>
      <w:r>
        <w:t>Kael moved through the fourth step. The fifth step. The sixth step. The seventh step. The eighth step. The eighth step went low. The knees went down. The iron came down. The iron's tip went to the earth. The earth took the iron's tip. The earth held the iron's tip. The earth was the form's. The three were at the same earth. The three did not need to be. The three were.</w:t>
      </w:r>
    </w:p>
    <w:p>
      <w:pPr>
        <w:spacing w:line="360" w:lineRule="auto" w:after="0"/>
        <w:ind w:firstLine="283"/>
      </w:pPr>
      <w:r>
        <w:t>Vasryn's breath went out. The breath was the watching's. The three were at the same breath. The three did not need to be. The three were.</w:t>
      </w:r>
    </w:p>
    <w:p>
      <w:pPr>
        <w:spacing w:line="360" w:lineRule="auto" w:after="0"/>
        <w:ind w:firstLine="283"/>
      </w:pPr>
      <w:r>
        <w:t>"The form is yours," Vasryn said. "The form was mine. The form is yours now. The iron is yours. The body is yours. The practice is the two's. The two are at the same practice. The two do not need to be. The two are. The form is yours. The four are at the same form. The four do not need to be. The four are."</w:t>
      </w:r>
    </w:p>
    <w:p>
      <w:pPr>
        <w:spacing w:line="360" w:lineRule="auto" w:after="0"/>
        <w:ind w:firstLine="283"/>
      </w:pPr>
      <w:r>
        <w:t>Kael moved through the ninth step. The tenth step. The eleventh step. The twelfth step. The twelfth step's hands rose and closed on nothing. The hands held the iron. The iron was heavy. The iron was the form's. The four were at the same iron. The four did not need to be. The four were.</w:t>
      </w:r>
    </w:p>
    <w:p>
      <w:pPr>
        <w:spacing w:line="360" w:lineRule="auto" w:after="0"/>
        <w:ind w:firstLine="283"/>
      </w:pPr>
      <w:r>
        <w:t>The thirteenth step. The fourteenth step. The kettle began to sing at the fourteenth step. Kael's eyes did not leave the form. Kael's hand went out at the fourteenth step. The hand found the hook without looking. The hand lifted the kettle off. The hand set the kettle on the stone. The hand came back to the iron. The iron was at the form's fourteenth step. The iron was the form's. The four were at the same iron. The four did not need to be. The four were.</w:t>
      </w:r>
    </w:p>
    <w:p>
      <w:pPr>
        <w:spacing w:line="360" w:lineRule="auto" w:after="0"/>
        <w:ind w:firstLine="283"/>
      </w:pPr>
      <w:r>
        <w:t>Kael moved through the fifteenth step. The sixteenth step. The seventeenth step. The eighteenth step. The nineteenth step. The twentieth step.</w:t>
      </w:r>
    </w:p>
    <w:p>
      <w:pPr>
        <w:spacing w:line="360" w:lineRule="auto" w:after="0"/>
        <w:ind w:firstLine="283"/>
      </w:pPr>
      <w:r>
        <w:t>At the twenty-first step the form wants a sentence. Kael watched the old man's mouth. Vasryn's mouth moved on the first words. The mouth stopped. The fire said what the fire said. The sentence was for the form. The sentence was for the iron. The sentence was for the practice. The three were at the same sentence. The three did not need to be. The three were.</w:t>
      </w:r>
    </w:p>
    <w:p>
      <w:pPr>
        <w:spacing w:line="360" w:lineRule="auto" w:after="0"/>
        <w:ind w:firstLine="283"/>
      </w:pPr>
      <w:r>
        <w:t>Kael moved through the twenty-second step. The twenty-third. The twenty-fourth. The twenty-fifth. The twenty-sixth was a turn. The twenty-seventh was the hands coming together. The twenty-eighth was coming home. The twenty-ninth was the weight at center, the breath. The thirtieth was nothing at all — staying where you'd finished.</w:t>
      </w:r>
    </w:p>
    <w:p>
      <w:pPr>
        <w:spacing w:line="360" w:lineRule="auto" w:after="0"/>
        <w:ind w:firstLine="283"/>
      </w:pPr>
      <w:r>
        <w:t>Kael stayed. The iron was at his side. The iron was the form's. The four were at the same iron. The four did not need to be. The four were.</w:t>
      </w:r>
    </w:p>
    <w:p>
      <w:pPr>
        <w:spacing w:line="360" w:lineRule="auto" w:after="0"/>
        <w:ind w:firstLine="283"/>
      </w:pPr>
      <w:r>
        <w:t>Vasryn sat down in sections. The sitting was slow. The sitting was the old man's sitting — the hands on the knees first, the legs bending one at a time, the body going down in sections. The sitting was the body's old reception: the body is down, and the body is at the fire's edge, and the body is not going to move through the form again tonight.</w:t>
      </w:r>
    </w:p>
    <w:p>
      <w:pPr>
        <w:spacing w:line="360" w:lineRule="auto" w:after="0"/>
        <w:ind w:firstLine="283"/>
      </w:pPr>
      <w:r>
        <w:t>Kael sat down. The iron was in Kael's hand. The iron was heavy. Kael set the iron at the fire's third stone. The iron was at the fire's third stone. The iron had been at the fire's third stone for thirty years. The iron was at the fire's third stone now. The iron stood.</w:t>
      </w:r>
    </w:p>
    <w:p>
      <w:pPr>
        <w:spacing w:line="360" w:lineRule="auto" w:after="0"/>
        <w:ind w:firstLine="283"/>
      </w:pPr>
      <w:r>
        <w:t>The two sat at the fire. The two did not speak. The two did not need to. The two were at the same fire. The fire was the two's plain reception: the two are here, and the iron is here, and the form is here, and the not-speaking is here. The four were at the same fire. The four did not need to be. The four were.</w:t>
      </w:r>
    </w:p>
    <w:p>
      <w:pPr>
        <w:spacing w:line="360" w:lineRule="auto" w:after="0"/>
        <w:ind w:firstLine="283"/>
      </w:pPr>
      <w:r>
        <w:t>In the morning Vasryn did not rise. Kael knew from the door. The room was the wrong kind of quiet. The room was the kind of quiet a house has when a held breath has been let go in it. Kael stood at the door. Kael stood at the door a long minute. Then Kael sat on the floor by the cot, because someone should, and stayed until the light came up the wall.</w:t>
      </w:r>
    </w:p>
    <w:p>
      <w:pPr>
        <w:spacing w:line="360" w:lineRule="auto" w:after="0"/>
        <w:ind w:firstLine="283"/>
      </w:pPr>
      <w:r>
        <w:t>The iron stood at the fire's third stone. The iron had been Vasryn's. The iron was the form's. The iron waited.</w:t>
      </w:r>
    </w:p>
    <w:p>
      <w:pPr>
        <w:spacing w:before="360" w:after="240"/>
        <w:ind w:firstLine="0"/>
        <w:jc w:val="center"/>
      </w:pPr>
      <w:r>
        <w:rPr>
          <w:b/>
          <w:i/>
          <w:color w:val="333333"/>
          <w:sz w:val="26"/>
        </w:rPr>
        <w:t>Step — The Beast Encountered at the Valley</w:t>
      </w:r>
    </w:p>
    <w:p>
      <w:pPr>
        <w:spacing w:line="360" w:lineRule="auto" w:after="0"/>
        <w:ind w:firstLine="283"/>
      </w:pPr>
      <w:r>
        <w:t>The beast came to the valley in the year before the night before the night. The beast had been one of the wound's beasts. The beast had the person's shape — two arms, two legs, a head, a body — but the body's proportions were wrong. The arms were too long. The legs were too short. The head was small. The head's eyes were black. The beast had been at the wound's coast for a season. The beast had come east. The beast had come to the valley.</w:t>
      </w:r>
    </w:p>
    <w:p>
      <w:pPr>
        <w:spacing w:line="360" w:lineRule="auto" w:after="0"/>
        <w:ind w:firstLine="283"/>
      </w:pPr>
      <w:r>
        <w:t>Kael saw the beast at the valley's west edge. Kael had been at the ridge's shoulder. Kael had been at the iron. The iron stood in the earth at the ridge's shoulder. Kael had been at the iron's edge. The iron was Vasryn's. The iron was the form's. Kael's hand had been at the iron's edge. Kael's hand had not closed on the iron. Kael's hand had rested at the iron's edge.</w:t>
      </w:r>
    </w:p>
    <w:p>
      <w:pPr>
        <w:spacing w:line="360" w:lineRule="auto" w:after="0"/>
        <w:ind w:firstLine="283"/>
      </w:pPr>
      <w:r>
        <w:t>Kael's eyes went west. The west was the valley's apricot orchards. The orchards had been stumps. The stumps had been old. The stumps had been cut. The orchards had been the stumps' for fifteen years. The stumps were the orchards'. The three were at the same stumps. The three did not need to be. The three were.</w:t>
      </w:r>
    </w:p>
    <w:p>
      <w:pPr>
        <w:spacing w:line="360" w:lineRule="auto" w:after="0"/>
        <w:ind w:firstLine="283"/>
      </w:pPr>
      <w:r>
        <w:t>The beast was at the stumps' edge. The beast was moving. The beast's movement was the wound's. The three were at the same movement. The three did not need to be. The three were.</w:t>
      </w:r>
    </w:p>
    <w:p>
      <w:pPr>
        <w:spacing w:line="360" w:lineRule="auto" w:after="0"/>
        <w:ind w:firstLine="283"/>
      </w:pPr>
      <w:r>
        <w:t>Kael's hand closed on the iron. The iron was heavy. The iron came up. The iron came up out of the earth the way the iron had come up out of the earth thirty years before. The iron was the form's. The iron was Kael's now. The three were at the same iron. The three did not need to be. The three were.</w:t>
      </w:r>
    </w:p>
    <w:p>
      <w:pPr>
        <w:spacing w:line="360" w:lineRule="auto" w:after="0"/>
        <w:ind w:firstLine="283"/>
      </w:pPr>
      <w:r>
        <w:t>Kael went down from the ridge's shoulder. The going down was slow. The going down was the searcher's. The three were at the same going. The three did not need to be. The three were.</w:t>
      </w:r>
    </w:p>
    <w:p>
      <w:pPr>
        <w:spacing w:line="360" w:lineRule="auto" w:after="0"/>
        <w:ind w:firstLine="283"/>
      </w:pPr>
      <w:r>
        <w:t>The beast saw Kael at the stumps' edge. The beast's eyes were black. The beast's eyes were the wound's. The beast's eyes were the beast's. The three were at the same eyes. The three did not need to be. The three were.</w:t>
      </w:r>
    </w:p>
    <w:p>
      <w:pPr>
        <w:spacing w:line="360" w:lineRule="auto" w:after="0"/>
        <w:ind w:firstLine="283"/>
      </w:pPr>
      <w:r>
        <w:t>The beast's mouth opened. The beast's mouth was the wound's. The three were at the same mouth. The three did not need to be. The three were.</w:t>
      </w:r>
    </w:p>
    <w:p>
      <w:pPr>
        <w:spacing w:line="360" w:lineRule="auto" w:after="0"/>
        <w:ind w:firstLine="283"/>
      </w:pPr>
      <w:r>
        <w:t>The beast's saying was not the wound's word. The beast's saying was not the person's word. The beast's saying was the beast's own saying. The saying was a low sound. The saying was the sound a body makes when the body has been at the wound's coast for a season. The saying was the wound's coast's plain word: the beast is here, and the beast has been here, and the beast is going east.</w:t>
      </w:r>
    </w:p>
    <w:p>
      <w:pPr>
        <w:spacing w:line="360" w:lineRule="auto" w:after="0"/>
        <w:ind w:firstLine="283"/>
      </w:pPr>
      <w:r>
        <w:t>Kael did not speak. Kael's hand was on the iron. The iron was heavy. The iron was the form's. The four were at the same iron. The four did not need to be. The four were.</w:t>
      </w:r>
    </w:p>
    <w:p>
      <w:pPr>
        <w:spacing w:line="360" w:lineRule="auto" w:after="0"/>
        <w:ind w:firstLine="283"/>
      </w:pPr>
      <w:r>
        <w:t>The beast came forward. The beast's coming forward was slow. The beast's coming forward was the wound's. The four were at the same coming. The four did not need to be. The four were.</w:t>
      </w:r>
    </w:p>
    <w:p>
      <w:pPr>
        <w:spacing w:line="360" w:lineRule="auto" w:after="0"/>
        <w:ind w:firstLine="283"/>
      </w:pPr>
      <w:r>
        <w:t>Kael set his feet. The feet set was the form's first step. The feet set was the iron's first step. The feet set was the body's first step. The three were at the same step. The three did not need to be. The three were.</w:t>
      </w:r>
    </w:p>
    <w:p>
      <w:pPr>
        <w:spacing w:line="360" w:lineRule="auto" w:after="0"/>
        <w:ind w:firstLine="283"/>
      </w:pPr>
      <w:r>
        <w:t>The weight centered. The hand rose toward the sternum. The hand held the iron. The iron was at the form's first figure. The iron was at the body's first figure. The iron was at the iron's first figure. The three were at the same figure. The three did not need to be. The three were.</w:t>
      </w:r>
    </w:p>
    <w:p>
      <w:pPr>
        <w:spacing w:line="360" w:lineRule="auto" w:after="0"/>
        <w:ind w:firstLine="283"/>
      </w:pPr>
      <w:r>
        <w:t>The beast's mouth opened wider. The beast's mouth was the wound's. The beast's saying was louder now. The saying was the wound's coast's plain word: the beast is here, and the beast is going east, and the beast is at the iron's edge.</w:t>
      </w:r>
    </w:p>
    <w:p>
      <w:pPr>
        <w:spacing w:line="360" w:lineRule="auto" w:after="0"/>
        <w:ind w:firstLine="283"/>
      </w:pPr>
      <w:r>
        <w:t>Kael did not move. Kael's feet were set. Kael's weight was centered. Kael's hand was at the sternum. The iron was at the form's first figure. The iron was at the iron's first figure. The iron was at the body's first figure. The three were at the same figure. The three did not need to be. The three were.</w:t>
      </w:r>
    </w:p>
    <w:p>
      <w:pPr>
        <w:spacing w:line="360" w:lineRule="auto" w:after="0"/>
        <w:ind w:firstLine="283"/>
      </w:pPr>
      <w:r>
        <w:t>The beast's coming forward stopped. The beast's coming forward stopped at the iron's edge. The beast's eyes were black. The beast's mouth was open. The beast's saying was the wound's. The three were at the same beast. The three did not need to be. The three were.</w:t>
      </w:r>
    </w:p>
    <w:p>
      <w:pPr>
        <w:spacing w:line="360" w:lineRule="auto" w:after="0"/>
        <w:ind w:firstLine="283"/>
      </w:pPr>
      <w:r>
        <w:t>The beast's eyes went to the iron. The beast's eyes went to Kael's hand. The beast's eyes went to Kael's feet. The beast's eyes went to Kael's sternum. The four were at the same eyes. The four did not need to be. The four were.</w:t>
      </w:r>
    </w:p>
    <w:p>
      <w:pPr>
        <w:spacing w:line="360" w:lineRule="auto" w:after="0"/>
        <w:ind w:firstLine="283"/>
      </w:pPr>
      <w:r>
        <w:t>The beast's mouth closed. The beast's saying stopped. The beast's saying was the wound's coast's plain word: the beast is here, and the beast has seen the iron, and the beast is going east, and the beast is not going to come forward.</w:t>
      </w:r>
    </w:p>
    <w:p>
      <w:pPr>
        <w:spacing w:line="360" w:lineRule="auto" w:after="0"/>
        <w:ind w:firstLine="283"/>
      </w:pPr>
      <w:r>
        <w:t>The beast went east. The beast's going east was slow. The beast's going east was the wound's. The four were at the same going. The four did not need to be. The four were.</w:t>
      </w:r>
    </w:p>
    <w:p>
      <w:pPr>
        <w:spacing w:line="360" w:lineRule="auto" w:after="0"/>
        <w:ind w:firstLine="283"/>
      </w:pPr>
      <w:r>
        <w:t>The beast went east through the stumps. The beast went east through the valley's west edge. The beast went east through the apricot orchards' stumps. The beast went east. The beast was gone.</w:t>
      </w:r>
    </w:p>
    <w:p>
      <w:pPr>
        <w:spacing w:line="360" w:lineRule="auto" w:after="0"/>
        <w:ind w:firstLine="283"/>
      </w:pPr>
      <w:r>
        <w:t>Kael did not lower the iron. Kael's hand was at the sternum. The iron was at the form's first figure. The iron was at the iron's first figure. The iron was at the body's first figure. The three were at the same figure. The three did not need to be. The three were.</w:t>
      </w:r>
    </w:p>
    <w:p>
      <w:pPr>
        <w:spacing w:line="360" w:lineRule="auto" w:after="0"/>
        <w:ind w:firstLine="283"/>
      </w:pPr>
      <w:r>
        <w:t>Kael stood at the stumps' edge. The iron was in Kael's hand. The iron was heavy. The iron was the form's. The four were at the same iron. The four did not need to be. The four were.</w:t>
      </w:r>
    </w:p>
    <w:p>
      <w:pPr>
        <w:spacing w:line="360" w:lineRule="auto" w:after="0"/>
        <w:ind w:firstLine="283"/>
      </w:pPr>
      <w:r>
        <w:t>The beast had not come forward. The beast had seen the iron. The beast had gone east. The three were at the same beast. The three did not need to be. The three were.</w:t>
      </w:r>
    </w:p>
    <w:p>
      <w:pPr>
        <w:spacing w:line="360" w:lineRule="auto" w:after="0"/>
        <w:ind w:firstLine="283"/>
      </w:pPr>
      <w:r>
        <w:t>Kael went back up to the ridge's shoulder. The iron was in Kael's hand. Kael set the iron in the earth at the ridge's shoulder. The iron stood. The iron had stood at the ridge's shoulder for thirty years. The iron stood now. The three were at the same iron. The three did not need to be. The three were.</w:t>
      </w:r>
    </w:p>
    <w:p>
      <w:pPr>
        <w:spacing w:line="360" w:lineRule="auto" w:after="0"/>
        <w:ind w:firstLine="283"/>
      </w:pPr>
      <w:r>
        <w:t>In the evening Kael told Vasryn at the fire. The telling was the searcher's. The telling was the inheritor's. The telling was the office. Kael told the old man the beast had come to the valley's west edge. Kael told the old man the beast had the person's shape. Kael told the old man the beast had seen the iron. Kael told the old man the beast had gone east.</w:t>
      </w:r>
    </w:p>
    <w:p>
      <w:pPr>
        <w:spacing w:line="360" w:lineRule="auto" w:after="0"/>
        <w:ind w:firstLine="283"/>
      </w:pPr>
      <w:r>
        <w:t>Vasryn did not speak. Vasryn's hand went to his knee. The hand was the right hand. The hand held the knee. The hand held the telling. The three were at the same hand. The three did not need to be. The three were.</w:t>
      </w:r>
    </w:p>
    <w:p>
      <w:pPr>
        <w:spacing w:line="360" w:lineRule="auto" w:after="0"/>
        <w:ind w:firstLine="283"/>
      </w:pPr>
      <w:r>
        <w:t>"The beast will come back," Vasryn said. The voice was the old man's voice. The voice was the body's voice. The voice was the telling's voice. The three were at the same voice. The three did not need to be. The three were.</w:t>
      </w:r>
    </w:p>
    <w:p>
      <w:pPr>
        <w:spacing w:line="360" w:lineRule="auto" w:after="0"/>
        <w:ind w:firstLine="283"/>
      </w:pPr>
      <w:r>
        <w:t>"The beast will come back," Vasryn said. "The beast is the wound's. The beast goes east. The beast goes east at the pace of a man's walking in a season. The beast comes back at the valley's west edge. The beast comes back at the next season. The beast is the wound's. The beast does not forget. The wound does not forget. The beast is the wound's plain word: the beast is here, and the beast has been here, and the beast will be here. The beast will come back. The beast comes back."</w:t>
      </w:r>
    </w:p>
    <w:p>
      <w:pPr>
        <w:spacing w:line="360" w:lineRule="auto" w:after="0"/>
        <w:ind w:firstLine="283"/>
      </w:pPr>
      <w:r>
        <w:t>Kael did not speak. Kael's hand was at his knee. The hand was the searcher's. The three were at the same hand. The three did not need to be. The three were.</w:t>
      </w:r>
    </w:p>
    <w:p>
      <w:pPr>
        <w:spacing w:line="360" w:lineRule="auto" w:after="0"/>
        <w:ind w:firstLine="283"/>
      </w:pPr>
      <w:r>
        <w:t>"The iron is yours," Vasryn said. "The iron was mine. The iron is yours now. The iron is the form's. The iron is the iron's. The iron is the practice's. The four are at the same iron. The four do not need to be. The four are. The iron is yours. The beast will come back. The iron is yours when the beast comes back. The iron is yours at the valley's west edge. The iron is yours at the next season's first dark. The iron is yours."</w:t>
      </w:r>
    </w:p>
    <w:p>
      <w:pPr>
        <w:spacing w:line="360" w:lineRule="auto" w:after="0"/>
        <w:ind w:firstLine="283"/>
      </w:pPr>
      <w:r>
        <w:t>The fire went on being the fire. The two did not speak. The two did not need to. The two were at the same fire. The fire was the two's plain reception: the two are here, and the iron is at the ridge's shoulder, and the beast is going east, and the beast will come back. The four were at the same fire. The four did not need to be. The four were.</w:t>
      </w:r>
    </w:p>
    <w:p>
      <w:pPr>
        <w:spacing w:line="360" w:lineRule="auto" w:after="0"/>
        <w:ind w:firstLine="283"/>
      </w:pPr>
      <w:r>
        <w:t>The iron stood at the ridge's shoulder. The iron waited. The beast went east. The beast would come back.</w:t>
      </w:r>
    </w:p>
    <w:p>
      <w:pPr>
        <w:spacing w:before="360" w:after="240"/>
        <w:ind w:firstLine="0"/>
        <w:jc w:val="center"/>
      </w:pPr>
      <w:r>
        <w:rPr>
          <w:b/>
          <w:i/>
          <w:color w:val="333333"/>
          <w:sz w:val="26"/>
        </w:rPr>
        <w:t>Step — Kael and the Beast</w:t>
      </w:r>
    </w:p>
    <w:p>
      <w:pPr>
        <w:spacing w:line="360" w:lineRule="auto" w:after="0"/>
        <w:ind w:firstLine="283"/>
      </w:pPr>
      <w:r>
        <w:t>The beast came back at the next season's first dark. The beast came back at the valley's west edge. The beast came back at the stumps' edge. The beast came back at the apricot orchards' stumps. The beast came back.</w:t>
      </w:r>
    </w:p>
    <w:p>
      <w:pPr>
        <w:spacing w:line="360" w:lineRule="auto" w:after="0"/>
        <w:ind w:firstLine="283"/>
      </w:pPr>
      <w:r>
        <w:t>Kael was at the ridge's shoulder. Kael had been at the ridge's shoulder at the next season's first dark. Kael had been at the iron. The iron stood in the earth at the ridge's shoulder. The iron had been standing at the ridge's shoulder for thirty years. The iron stood now.</w:t>
      </w:r>
    </w:p>
    <w:p>
      <w:pPr>
        <w:spacing w:line="360" w:lineRule="auto" w:after="0"/>
        <w:ind w:firstLine="283"/>
      </w:pPr>
      <w:r>
        <w:t>Vasryn was at the fire. The old man was seventy-four then. The old man's body was old. The old man's right shoulder sat lower than the left. The old man's knees had held the world's whole ledger arriving in them at once. The old man's breath was shallow.</w:t>
      </w:r>
    </w:p>
    <w:p>
      <w:pPr>
        <w:spacing w:line="360" w:lineRule="auto" w:after="0"/>
        <w:ind w:firstLine="283"/>
      </w:pPr>
      <w:r>
        <w:t>The beast's saying came up the ridge's shoulder. The beast's saying was the low sound. The beast's saying was the wound's coast's plain word: the beast is here, and the beast has come back, and the beast is at the valley's west edge.</w:t>
      </w:r>
    </w:p>
    <w:p>
      <w:pPr>
        <w:spacing w:line="360" w:lineRule="auto" w:after="0"/>
        <w:ind w:firstLine="283"/>
      </w:pPr>
      <w:r>
        <w:t>Kael took the iron. The iron was heavy. The iron came up out of the earth. The iron was the form's. The three were at the same iron. The three did not need to be. The three were.</w:t>
      </w:r>
    </w:p>
    <w:p>
      <w:pPr>
        <w:spacing w:line="360" w:lineRule="auto" w:after="0"/>
        <w:ind w:firstLine="283"/>
      </w:pPr>
      <w:r>
        <w:t>Kael went down from the ridge's shoulder. The going down was the searcher's. The three were at the same going. The three did not need to be. The three were.</w:t>
      </w:r>
    </w:p>
    <w:p>
      <w:pPr>
        <w:spacing w:line="360" w:lineRule="auto" w:after="0"/>
        <w:ind w:firstLine="283"/>
      </w:pPr>
      <w:r>
        <w:t>Vasryn came down from the fire's edge. The coming down was slow. The coming down was the old man's coming down — hands on the knees first, the left leg, the right leg, the body coming down in sections. The coming down was the body's old reception: the body is down, and the body is at the fire's edge, and the body is going to the valley's west edge.</w:t>
      </w:r>
    </w:p>
    <w:p>
      <w:pPr>
        <w:spacing w:line="360" w:lineRule="auto" w:after="0"/>
        <w:ind w:firstLine="283"/>
      </w:pPr>
      <w:r>
        <w:t>Vasryn did not take the iron. Vasryn's hands were empty. The empty hands were the form's. The three were at the same hands. The three did not need to be. The three were.</w:t>
      </w:r>
    </w:p>
    <w:p>
      <w:pPr>
        <w:spacing w:line="360" w:lineRule="auto" w:after="0"/>
        <w:ind w:firstLine="283"/>
      </w:pPr>
      <w:r>
        <w:t>The two went down to the valley's west edge. The two went through the stumps. The two went through the apricot orchards' stumps. The two went to the beast.</w:t>
      </w:r>
    </w:p>
    <w:p>
      <w:pPr>
        <w:spacing w:line="360" w:lineRule="auto" w:after="0"/>
        <w:ind w:firstLine="283"/>
      </w:pPr>
      <w:r>
        <w:t>The beast was at the stumps' edge. The beast's eyes were black. The beast's mouth was open. The beast's saying was the wound's coast's plain word: the beast is here, and the beast has come back, and the beast is at the iron's edge.</w:t>
      </w:r>
    </w:p>
    <w:p>
      <w:pPr>
        <w:spacing w:line="360" w:lineRule="auto" w:after="0"/>
        <w:ind w:firstLine="283"/>
      </w:pPr>
      <w:r>
        <w:t>Kael set his feet. The feet set was the form's first step. The feet set was the iron's first step. The feet set was the body's first step. The three were at the same step. The three did not need to be. The three were.</w:t>
      </w:r>
    </w:p>
    <w:p>
      <w:pPr>
        <w:spacing w:line="360" w:lineRule="auto" w:after="0"/>
        <w:ind w:firstLine="283"/>
      </w:pPr>
      <w:r>
        <w:t>The weight centered. The hand rose toward the sternum. The hand held the iron. The iron was at the form's first figure. The iron was at the iron's first figure. The iron was at the body's first figure. The three were at the same figure. The three did not need to be. The three were.</w:t>
      </w:r>
    </w:p>
    <w:p>
      <w:pPr>
        <w:spacing w:line="360" w:lineRule="auto" w:after="0"/>
        <w:ind w:firstLine="283"/>
      </w:pPr>
      <w:r>
        <w:t>Vasryn stood at Kael's left side. The old man's hands were empty. The old man's feet were set. The old man's weight was centered. The old man's hand rose toward the sternum — the right hand, the hand that had held the iron for thirty years, the hand that had let go of the iron. The hand rose. The hand was empty. The hand was the form's. The three were at the same hand. The three did not need to be. The three were.</w:t>
      </w:r>
    </w:p>
    <w:p>
      <w:pPr>
        <w:spacing w:line="360" w:lineRule="auto" w:after="0"/>
        <w:ind w:firstLine="283"/>
      </w:pPr>
      <w:r>
        <w:t>The beast came forward. The beast's coming forward was fast. The beast's coming forward was the wound's. The four were at the same coming. The four did not need to be. The four were.</w:t>
      </w:r>
    </w:p>
    <w:p>
      <w:pPr>
        <w:spacing w:line="360" w:lineRule="auto" w:after="0"/>
        <w:ind w:firstLine="283"/>
      </w:pPr>
      <w:r>
        <w:t>Kael's feet set. Kael's weight centered. The turn, hips leading. The iron came around. The iron's arc was the form's old arc. The iron's arc was the body's old arc. The iron's arc was the iron's. The three were at the same arc. The three did not need to be. The three were.</w:t>
      </w:r>
    </w:p>
    <w:p>
      <w:pPr>
        <w:spacing w:line="360" w:lineRule="auto" w:after="0"/>
        <w:ind w:firstLine="283"/>
      </w:pPr>
      <w:r>
        <w:t>The beast's mouth opened wide. The beast's mouth was the wound's. The three were at the same mouth. The three did not need to be. The three were.</w:t>
      </w:r>
    </w:p>
    <w:p>
      <w:pPr>
        <w:spacing w:line="360" w:lineRule="auto" w:after="0"/>
        <w:ind w:firstLine="283"/>
      </w:pPr>
      <w:r>
        <w:t>The iron bit. The iron's edge went across the beast's right arm. The beast's arm was the leading arm. The leading arm was open at the side. The iron's edge went across the leading arm's side. The beast's arm went red — no, the beast's arm went black. The black was the wound's blood. The black was the beast's blood. The black was the iron's. The three were at the same blood. The three did not need to be. The three were.</w:t>
      </w:r>
    </w:p>
    <w:p>
      <w:pPr>
        <w:spacing w:line="360" w:lineRule="auto" w:after="0"/>
        <w:ind w:firstLine="283"/>
      </w:pPr>
      <w:r>
        <w:t>The beast's mouth came at Kael. The beast's mouth was the saying's. The three were at the same mouth. The three did not need to be. The three were.</w:t>
      </w:r>
    </w:p>
    <w:p>
      <w:pPr>
        <w:spacing w:line="360" w:lineRule="auto" w:after="0"/>
        <w:ind w:firstLine="283"/>
      </w:pPr>
      <w:r>
        <w:t>Kael's feet set. The turn, hips leading. The iron came around. The iron's arc was the form's second figure. The iron's arc was the iron's second figure. The iron's arc was the body's second figure. The three were at the same arc. The three did not need to be. The three were.</w:t>
      </w:r>
    </w:p>
    <w:p>
      <w:pPr>
        <w:spacing w:line="360" w:lineRule="auto" w:after="0"/>
        <w:ind w:firstLine="283"/>
      </w:pPr>
      <w:r>
        <w:t>The iron bit again. The iron's edge went across the beast's left thigh. The thigh was the standing leg. The standing leg went out from under the beast. The beast went down. The beast's black blood was on the cobbles. The cobbles were the valley's west edge's cobbles. The cobbles were the apricot orchards' cobbles. The cobbles were the wound's. The three were at the same cobbles. The three did not need to be. The three were.</w:t>
      </w:r>
    </w:p>
    <w:p>
      <w:pPr>
        <w:spacing w:line="360" w:lineRule="auto" w:after="0"/>
        <w:ind w:firstLine="283"/>
      </w:pPr>
      <w:r>
        <w:t>Vasryn's hand rose. The hand was the right hand. The hand was the form's. The four were at the same hand. The four did not need to be. The four were.</w:t>
      </w:r>
    </w:p>
    <w:p>
      <w:pPr>
        <w:spacing w:line="360" w:lineRule="auto" w:after="0"/>
        <w:ind w:firstLine="283"/>
      </w:pPr>
      <w:r>
        <w:t>Vasryn's hand went to the beast's mouth. The hand was empty. The hand was the form's. The hand was at the beast's mouth. The beast's mouth was open. The beast's mouth was the saying's. The hand did not go into the mouth. The hand stayed at the mouth's edge. The hand was the form's old reception: the beast is here, and the iron has bit, and the form is here, and the hand is at the mouth's edge. The four were at the same hand. The four did not need to be. The four were.</w:t>
      </w:r>
    </w:p>
    <w:p>
      <w:pPr>
        <w:spacing w:line="360" w:lineRule="auto" w:after="0"/>
        <w:ind w:firstLine="283"/>
      </w:pPr>
      <w:r>
        <w:t>The beast's mouth closed on the hand. The beast's mouth was the wound's. The four were at the same mouth. The four did not need to be. The four were.</w:t>
      </w:r>
    </w:p>
    <w:p>
      <w:pPr>
        <w:spacing w:line="360" w:lineRule="auto" w:after="0"/>
        <w:ind w:firstLine="283"/>
      </w:pPr>
      <w:r>
        <w:t>Vasryn's hand was in the beast's mouth. The hand was the old man's. The four were at the same hand. The four did not need to be. The four were.</w:t>
      </w:r>
    </w:p>
    <w:p>
      <w:pPr>
        <w:spacing w:line="360" w:lineRule="auto" w:after="0"/>
        <w:ind w:firstLine="283"/>
      </w:pPr>
      <w:r>
        <w:t>Kael's feet set. The turn, hips leading. The iron came around. The iron's arc was the form's third figure. The iron's arc was the iron's third figure. The iron's arc was the body's third figure. The three were at the same arc. The three did not need to be. The three were.</w:t>
      </w:r>
    </w:p>
    <w:p>
      <w:pPr>
        <w:spacing w:line="360" w:lineRule="auto" w:after="0"/>
        <w:ind w:firstLine="283"/>
      </w:pPr>
      <w:r>
        <w:t>The iron bit. The iron's edge went across the beast's neck. The beast's neck was the wound's. The four were at the same neck. The four did not need to be. The four were.</w:t>
      </w:r>
    </w:p>
    <w:p>
      <w:pPr>
        <w:spacing w:line="360" w:lineRule="auto" w:after="0"/>
        <w:ind w:firstLine="283"/>
      </w:pPr>
      <w:r>
        <w:t>The beast's neck went black. The black was the wound's blood. The black was the beast's blood. The black was the iron's. The three were at the same blood. The three did not need to be. The three were.</w:t>
      </w:r>
    </w:p>
    <w:p>
      <w:pPr>
        <w:spacing w:line="360" w:lineRule="auto" w:after="0"/>
        <w:ind w:firstLine="283"/>
      </w:pPr>
      <w:r>
        <w:t>The beast's mouth opened. The beast's mouth let go of the hand. The beast's mouth was the wound's. The three were at the same mouth. The three did not need to be. The three were.</w:t>
      </w:r>
    </w:p>
    <w:p>
      <w:pPr>
        <w:spacing w:line="360" w:lineRule="auto" w:after="0"/>
        <w:ind w:firstLine="283"/>
      </w:pPr>
      <w:r>
        <w:t>The beast went down. The beast's body was at the cobbles. The beast's black blood was on the cobbles. The beast's eyes were black. The beast's eyes were closed in the death. The four were at the same beast. The four did not need to be. The four were.</w:t>
      </w:r>
    </w:p>
    <w:p>
      <w:pPr>
        <w:spacing w:line="360" w:lineRule="auto" w:after="0"/>
        <w:ind w:firstLine="283"/>
      </w:pPr>
      <w:r>
        <w:t>Vasryn's hand was at his side. The hand was the right hand. The hand was the old man's. The four were at the same hand. The four did not need to be. The four were.</w:t>
      </w:r>
    </w:p>
    <w:p>
      <w:pPr>
        <w:spacing w:line="360" w:lineRule="auto" w:after="0"/>
        <w:ind w:firstLine="283"/>
      </w:pPr>
      <w:r>
        <w:t>Vasryn's hand was bleeding. The blood was red. The blood was the old man's blood. The blood was the body's blood. The blood was the form's blood. The four were at the same blood. The four did not need to be. The four were.</w:t>
      </w:r>
    </w:p>
    <w:p>
      <w:pPr>
        <w:spacing w:line="360" w:lineRule="auto" w:after="0"/>
        <w:ind w:firstLine="283"/>
      </w:pPr>
      <w:r>
        <w:t>The two stood at the beast's body. The iron was in Kael's hand. The iron's edge had the beast's black blood on it. The black was the wound's. The three were at the same blood. The three did not need to be. The three were.</w:t>
      </w:r>
    </w:p>
    <w:p>
      <w:pPr>
        <w:spacing w:line="360" w:lineRule="auto" w:after="0"/>
        <w:ind w:firstLine="283"/>
      </w:pPr>
      <w:r>
        <w:t>Vasryn's hand was at his side. The hand was bleeding. The blood was red. The red was the old man's. The three were at the same blood. The three did not need to be. The three were.</w:t>
      </w:r>
    </w:p>
    <w:p>
      <w:pPr>
        <w:spacing w:line="360" w:lineRule="auto" w:after="0"/>
        <w:ind w:firstLine="283"/>
      </w:pPr>
      <w:r>
        <w:t>The two did not speak. The two did not need to. The two were at the same beast. The two were at the same cobbles. The two were at the same blood. The three were at the same two. The three did not need to be. The three were.</w:t>
      </w:r>
    </w:p>
    <w:p>
      <w:pPr>
        <w:spacing w:line="360" w:lineRule="auto" w:after="0"/>
        <w:ind w:firstLine="283"/>
      </w:pPr>
      <w:r>
        <w:t>Kael went to Vasryn's hand. Kael's hand went to the old man's hand. Kael's hand held the old man's hand. The hand was the right hand. The hand was bleeding. The blood was on Kael's hand. The blood was on Vasryn's hand. The two were at the same blood. The two did not need to be. The two were.</w:t>
      </w:r>
    </w:p>
    <w:p>
      <w:pPr>
        <w:spacing w:line="360" w:lineRule="auto" w:after="0"/>
        <w:ind w:firstLine="283"/>
      </w:pPr>
      <w:r>
        <w:t>Kael's other hand went to the knife at his chest. The knife was the searcher's knife. The knife's handle was the four-shape. The knife's blade was short. Kael took the knife. Kael cut a strip from the old man's shirt. The shirt was the old man's. The three were at the same shirt. The three did not need to be. The three were.</w:t>
      </w:r>
    </w:p>
    <w:p>
      <w:pPr>
        <w:spacing w:line="360" w:lineRule="auto" w:after="0"/>
        <w:ind w:firstLine="283"/>
      </w:pPr>
      <w:r>
        <w:t>Kael wrapped the old man's hand. The strip was the body's. The three were at the same strip. The three did not need to be. The three were.</w:t>
      </w:r>
    </w:p>
    <w:p>
      <w:pPr>
        <w:spacing w:line="360" w:lineRule="auto" w:after="0"/>
        <w:ind w:firstLine="283"/>
      </w:pPr>
      <w:r>
        <w:t>The wrapping was the searcher's. The wrapping was the inheritor's. The wrapping was the office. The three were at the same wrapping. The three did not need to be. The three were.</w:t>
      </w:r>
    </w:p>
    <w:p>
      <w:pPr>
        <w:spacing w:line="360" w:lineRule="auto" w:after="0"/>
        <w:ind w:firstLine="283"/>
      </w:pPr>
      <w:r>
        <w:t>The two went back up to the fire. The going up was slow. The going up was the searcher's. The four were at the same going. The four did not need to be. The four were.</w:t>
      </w:r>
    </w:p>
    <w:p>
      <w:pPr>
        <w:spacing w:line="360" w:lineRule="auto" w:after="0"/>
        <w:ind w:firstLine="283"/>
      </w:pPr>
      <w:r>
        <w:t>The fire was the valley's old fire. The fire was lit. The fire was the two's. The four were at the same fire. The four did not need to be. The four were.</w:t>
      </w:r>
    </w:p>
    <w:p>
      <w:pPr>
        <w:spacing w:line="360" w:lineRule="auto" w:after="0"/>
        <w:ind w:firstLine="283"/>
      </w:pPr>
      <w:r>
        <w:t>The two sat at the fire. The two did not speak. The two did not need to. The two were at the same fire. The fire was the two's plain reception: the two are here, and the iron is at the ridge's shoulder, and the beast is at the cobbles, and the form is here, and the hand is wrapped. The five were at the same fire. The five did not need to be. The five were.</w:t>
      </w:r>
    </w:p>
    <w:p>
      <w:pPr>
        <w:spacing w:line="360" w:lineRule="auto" w:after="0"/>
        <w:ind w:firstLine="283"/>
      </w:pPr>
      <w:r>
        <w:t>In the morning Kael went down to the valley's west edge. Kael took the staff. The staff was the walker's third hand. The staff was the burying's hand. Kael dug a hole at the cobbles' edge. The hole was the beast's size. The hole was the burying's. The hole was the beast's. The three were at the same hole. The three did not need to be. The three were.</w:t>
      </w:r>
    </w:p>
    <w:p>
      <w:pPr>
        <w:spacing w:line="360" w:lineRule="auto" w:after="0"/>
        <w:ind w:firstLine="283"/>
      </w:pPr>
      <w:r>
        <w:t>Kael set the beast in the hole. The beast's body was the wound's. The three were at the same body. The three did not need to be. The three were.</w:t>
      </w:r>
    </w:p>
    <w:p>
      <w:pPr>
        <w:spacing w:line="360" w:lineRule="auto" w:after="0"/>
        <w:ind w:firstLine="283"/>
      </w:pPr>
      <w:r>
        <w:t>Kael put the dirt over the beast. The dirt was the valley's. The three were at the same dirt. The three did not need to be. The three were.</w:t>
      </w:r>
    </w:p>
    <w:p>
      <w:pPr>
        <w:spacing w:line="360" w:lineRule="auto" w:after="0"/>
        <w:ind w:firstLine="283"/>
      </w:pPr>
      <w:r>
        <w:t>The beast was buried. The beast's black blood was in the cobbles. The cobbles were black at the beast. The black was the blood's. The black was the cobbles'. The two were at the same black. The two did not need to be. The two were.</w:t>
      </w:r>
    </w:p>
    <w:p>
      <w:pPr>
        <w:spacing w:line="360" w:lineRule="auto" w:after="0"/>
        <w:ind w:firstLine="283"/>
      </w:pPr>
      <w:r>
        <w:t>Kael stood at the beast's rim. The rim was the burying's. The three were at the same rim. The three did not need to be. The three were.</w:t>
      </w:r>
    </w:p>
    <w:p>
      <w:pPr>
        <w:spacing w:line="360" w:lineRule="auto" w:after="0"/>
        <w:ind w:firstLine="283"/>
      </w:pPr>
      <w:r>
        <w:t>Kael did not weep. Kael did not soften. Kael held the rim. Kael held the burying. Kael held the beast's wound. Kael held the cobbles' black. Kael held.</w:t>
      </w:r>
    </w:p>
    <w:p>
      <w:pPr>
        <w:spacing w:line="360" w:lineRule="auto" w:after="0"/>
        <w:ind w:firstLine="283"/>
      </w:pPr>
      <w:r>
        <w:t>Kael went back up to the fire. The fire was the valley's old fire. The fire was lit. The iron was at the ridge's shoulder. The iron stood. The iron had bit. The iron would bit again. The iron waited.</w:t>
      </w:r>
    </w:p>
    <w:p>
      <w:pPr>
        <w:spacing w:line="360" w:lineRule="auto" w:after="0"/>
        <w:ind w:firstLine="283"/>
      </w:pPr>
      <w:r>
        <w:t>In the evening's marking Kael wrote the beast into the searcher's log in the level hand. The log's entry was:</w:t>
      </w:r>
    </w:p>
    <w:p>
      <w:pPr>
        <w:spacing w:line="360" w:lineRule="auto" w:after="0"/>
        <w:ind w:firstLine="283"/>
      </w:pPr>
      <w:r>
        <w:t>A beast at the valley's west edge at the next season's first dark. The beast had the person's shape. The beast was one of the wound's beasts. The iron bit. The beast's black blood was on the cobbles. The beast was buried by the searcher. Vasryn's right hand was in the beast's mouth. The hand was wrapped. The hand was the form's. The four were at the same hand. The four did not need to be. The four were.</w:t>
      </w:r>
    </w:p>
    <w:p>
      <w:pPr>
        <w:spacing w:line="360" w:lineRule="auto" w:after="0"/>
        <w:ind w:firstLine="283"/>
      </w:pPr>
      <w:r>
        <w:t>Kael drew the caret under the entry. The caret held the beast in the log. The beast was held. The burying was held. The hand was held. The three were held. The three did not need to be. The three were.</w:t>
      </w:r>
    </w:p>
    <w:p>
      <w:pPr>
        <w:spacing w:line="360" w:lineRule="auto" w:after="0"/>
        <w:ind w:firstLine="283"/>
      </w:pPr>
      <w:r>
        <w:t>The form had bit. The form was alive. The form went on.</w:t>
      </w:r>
    </w:p>
    <w:p>
      <w:pPr>
        <w:spacing w:before="360" w:after="240"/>
        <w:ind w:firstLine="0"/>
        <w:jc w:val="center"/>
      </w:pPr>
      <w:r>
        <w:rPr>
          <w:b/>
          <w:i/>
          <w:color w:val="333333"/>
          <w:sz w:val="26"/>
        </w:rPr>
        <w:t>Step — Ilma at the Seam</w:t>
      </w:r>
    </w:p>
    <w:p>
      <w:pPr>
        <w:spacing w:line="360" w:lineRule="auto" w:after="0"/>
        <w:ind w:firstLine="283"/>
      </w:pPr>
      <w:r>
        <w:t>Ilma walked to the seam at the dawn's fourth hour. The seam was at the gap's middle country. The seam was at the rearranged ground's edge. The seam was at the talking's third pitch. The seam was where the gap's ground had been rearranged by the talking. The seam was where the ground had moved. The seam was where the ground was still moving.</w:t>
      </w:r>
    </w:p>
    <w:p>
      <w:pPr>
        <w:spacing w:line="360" w:lineRule="auto" w:after="0"/>
        <w:ind w:firstLine="283"/>
      </w:pPr>
      <w:r>
        <w:t>Ilma was the corridor's. Ilma had been the corridor's for nine years. Ilma was the rotation's third year. Ilma was the corridor-craft's third generation. Ilma was twenty-eight. Ilma's body was young. Ilma's body was strong. Ilma's boots were the corridor's. Ilma's boots were thin at the soles. The boots had walked the gap's middle country for two years. The boots had walked the seam's rim for two years. The boots were the corridor's oldest kept thing.</w:t>
      </w:r>
    </w:p>
    <w:p>
      <w:pPr>
        <w:spacing w:line="360" w:lineRule="auto" w:after="0"/>
        <w:ind w:firstLine="283"/>
      </w:pPr>
      <w:r>
        <w:t>Ilma's pack was on her back. The pack was the corridor's. The pack was the rope's. The rope was the corridor's. The four were at the same pack. The four did not need to be. The four were.</w:t>
      </w:r>
    </w:p>
    <w:p>
      <w:pPr>
        <w:spacing w:line="360" w:lineRule="auto" w:after="0"/>
        <w:ind w:firstLine="283"/>
      </w:pPr>
      <w:r>
        <w:t>The small wanting was at Ilma's body. The small wanting was the corridor's. The four were at the same wanting. The four did not need to be. The four were.</w:t>
      </w:r>
    </w:p>
    <w:p>
      <w:pPr>
        <w:spacing w:line="360" w:lineRule="auto" w:after="0"/>
        <w:ind w:firstLine="283"/>
      </w:pPr>
      <w:r>
        <w:t>The small wanting was: to get to the seam before the dark. The dark was at the seam's rim at the dusk's fifth hour. The dark was at the seam's rim at the dusk's fifth hour every day. The dark was the seam's. The four were at the same dark. The four did not need to be. The four were.</w:t>
      </w:r>
    </w:p>
    <w:p>
      <w:pPr>
        <w:spacing w:line="360" w:lineRule="auto" w:after="0"/>
        <w:ind w:firstLine="283"/>
      </w:pPr>
      <w:r>
        <w:t>The seam's rim was where the gap's ground had moved. The seam's rim was where the ground was still moving. The seam's rim was where the talking's third pitch was the loudest. The seam's rim was where the corridor's runners did not go. The four were at the same rim. The four did not need to be. The four were.</w:t>
      </w:r>
    </w:p>
    <w:p>
      <w:pPr>
        <w:spacing w:line="360" w:lineRule="auto" w:after="0"/>
        <w:ind w:firstLine="283"/>
      </w:pPr>
      <w:r>
        <w:t>Ilma was not the corridor's runner. Ilma was the corridor's seamer. The seamer was the corridor's old office. The seamer was the rope's. The four were at the same seamer. The four did not need to be. The four were.</w:t>
      </w:r>
    </w:p>
    <w:p>
      <w:pPr>
        <w:spacing w:line="360" w:lineRule="auto" w:after="0"/>
        <w:ind w:firstLine="283"/>
      </w:pPr>
      <w:r>
        <w:t>The seamer's office was to set the rope at the seam's rim. The rope was the corridor's. The five were at the same rope. The five did not need to be. The five were.</w:t>
      </w:r>
    </w:p>
    <w:p>
      <w:pPr>
        <w:spacing w:line="360" w:lineRule="auto" w:after="0"/>
        <w:ind w:firstLine="283"/>
      </w:pPr>
      <w:r>
        <w:t>The rope was a long rope. The rope was the corridor's oldest kept rope. The rope had been at the corridor's third station for twenty years. The rope had been at the seam's rim for two years. The rope had been the seamer's for two years. The rope was the seamer's. The four were at the same rope. The four did not need to be. The four were.</w:t>
      </w:r>
    </w:p>
    <w:p>
      <w:pPr>
        <w:spacing w:line="360" w:lineRule="auto" w:after="0"/>
        <w:ind w:firstLine="283"/>
      </w:pPr>
      <w:r>
        <w:t>The seamer's office was to set the rope at the seam's rim. The rope went into the seam's rim. The rope went down into the seam. The rope went down to the seam's bottom. The rope was the seam's. The three were at the same rope. The three did not need to be. The three were.</w:t>
      </w:r>
    </w:p>
    <w:p>
      <w:pPr>
        <w:spacing w:line="360" w:lineRule="auto" w:after="0"/>
        <w:ind w:firstLine="283"/>
      </w:pPr>
      <w:r>
        <w:t>The seam's bottom was where the gap's ground had moved. The seam's bottom was where the ground was still moving. The seam's bottom was where the talking's third pitch was the loudest. The seam's bottom was where the corridor's runners did not go. The four were at the same bottom. The four did not need to be. The four were.</w:t>
      </w:r>
    </w:p>
    <w:p>
      <w:pPr>
        <w:spacing w:line="360" w:lineRule="auto" w:after="0"/>
        <w:ind w:firstLine="283"/>
      </w:pPr>
      <w:r>
        <w:t>The seamer's office was to set the rope at the seam's bottom. The rope went down to the seam's bottom. The rope was set. The rope was the seam's. The four were at the same rope. The four did not need to be. The four were.</w:t>
      </w:r>
    </w:p>
    <w:p>
      <w:pPr>
        <w:spacing w:line="360" w:lineRule="auto" w:after="0"/>
        <w:ind w:firstLine="283"/>
      </w:pPr>
      <w:r>
        <w:t>The seamer's office was to come back up. The coming back up was the rope's. The three were at the same coming. The three did not need to be. The three were.</w:t>
      </w:r>
    </w:p>
    <w:p>
      <w:pPr>
        <w:spacing w:line="360" w:lineRule="auto" w:after="0"/>
        <w:ind w:firstLine="283"/>
      </w:pPr>
      <w:r>
        <w:t>The coming back up was the office. The coming back up was the practice. The coming back up was the body's. The three were at the same coming. The three did not need to be. The three were.</w:t>
      </w:r>
    </w:p>
    <w:p>
      <w:pPr>
        <w:spacing w:line="360" w:lineRule="auto" w:after="0"/>
        <w:ind w:firstLine="283"/>
      </w:pPr>
      <w:r>
        <w:t>The coming back up was the body's old reception: the body is up, and the body is at the seam's rim, and the body is going to the lane-house. The three were at the same coming. The three did not need to be. The three were.</w:t>
      </w:r>
    </w:p>
    <w:p>
      <w:pPr>
        <w:spacing w:line="360" w:lineRule="auto" w:after="0"/>
        <w:ind w:firstLine="283"/>
      </w:pPr>
      <w:r>
        <w:t>Ilma set the rope at the seam's rim. The rope went down into the seam. The rope went down to the seam's bottom. The rope was set. The rope was the seam's. The four were at the same rope. The four did not need to be. The four were.</w:t>
      </w:r>
    </w:p>
    <w:p>
      <w:pPr>
        <w:spacing w:line="360" w:lineRule="auto" w:after="0"/>
        <w:ind w:firstLine="283"/>
      </w:pPr>
      <w:r>
        <w:t>Ilma went down the rope. The going down was slow. The going down was the seamer's. The four were at the same going. The four did not need to be. The four were.</w:t>
      </w:r>
    </w:p>
    <w:p>
      <w:pPr>
        <w:spacing w:line="360" w:lineRule="auto" w:after="0"/>
        <w:ind w:firstLine="283"/>
      </w:pPr>
      <w:r>
        <w:t>The seam's bottom was dark. The seam's bottom was the talking's third pitch's loudest. The seam's bottom was the gap's. The seam's bottom was the seamer's. The four were at the same bottom. The four did not need to be. The four were.</w:t>
      </w:r>
    </w:p>
    <w:p>
      <w:pPr>
        <w:spacing w:line="360" w:lineRule="auto" w:after="0"/>
        <w:ind w:firstLine="283"/>
      </w:pPr>
      <w:r>
        <w:t>Ilma set the rope at the seam's bottom. The rope was set. The rope was the seam's. The four were at the same rope. The four did not need to be. The four were.</w:t>
      </w:r>
    </w:p>
    <w:p>
      <w:pPr>
        <w:spacing w:line="360" w:lineRule="auto" w:after="0"/>
        <w:ind w:firstLine="283"/>
      </w:pPr>
      <w:r>
        <w:t>Ilma went up the rope. The going up was slow. The going up was the seamer's. The four were at the same going. The four did not need to be. The four were.</w:t>
      </w:r>
    </w:p>
    <w:p>
      <w:pPr>
        <w:spacing w:line="360" w:lineRule="auto" w:after="0"/>
        <w:ind w:firstLine="283"/>
      </w:pPr>
      <w:r>
        <w:t>The rope broke.</w:t>
      </w:r>
    </w:p>
    <w:p>
      <w:pPr>
        <w:spacing w:line="360" w:lineRule="auto" w:after="0"/>
        <w:ind w:firstLine="283"/>
      </w:pPr>
      <w:r>
        <w:t>The rope broke at the seam's rim. The rope broke at the rim's edge. The rope broke at the rim's edge where the rope had been set. The rope broke at the rim's edge where the rope had been the seamer's. The four were at the same rope. The four did not need to be. The four were.</w:t>
      </w:r>
    </w:p>
    <w:p>
      <w:pPr>
        <w:spacing w:line="360" w:lineRule="auto" w:after="0"/>
        <w:ind w:firstLine="283"/>
      </w:pPr>
      <w:r>
        <w:t>Ilma went down. The going down was fast. The going down was the body's. The four were at the same going. The four did not need to be. The four were.</w:t>
      </w:r>
    </w:p>
    <w:p>
      <w:pPr>
        <w:spacing w:line="360" w:lineRule="auto" w:after="0"/>
        <w:ind w:firstLine="283"/>
      </w:pPr>
      <w:r>
        <w:t>Ilma went down to the seam's bottom. The seam's bottom was dark. The seam's bottom was the talking's third pitch's loudest. The seam's bottom was the gap's. The four were at the same bottom. The four did not need to be. The four were.</w:t>
      </w:r>
    </w:p>
    <w:p>
      <w:pPr>
        <w:spacing w:line="360" w:lineRule="auto" w:after="0"/>
        <w:ind w:firstLine="283"/>
      </w:pPr>
      <w:r>
        <w:t>Ilma's body hit the seam's bottom. The body's hit was the body's. The four were at the same hit. The four did not need to be. The four were.</w:t>
      </w:r>
    </w:p>
    <w:p>
      <w:pPr>
        <w:spacing w:line="360" w:lineRule="auto" w:after="0"/>
        <w:ind w:firstLine="283"/>
      </w:pPr>
      <w:r>
        <w:t>Ilma's body did not rise.</w:t>
      </w:r>
    </w:p>
    <w:p>
      <w:pPr>
        <w:spacing w:line="360" w:lineRule="auto" w:after="0"/>
        <w:ind w:firstLine="283"/>
      </w:pPr>
      <w:r>
        <w:t>The body did not rise the way a body rises when the body has been at the seam's bottom, the seamer's, or the rope's. The four were at the same body. The four did not need to be. The four were.</w:t>
      </w:r>
    </w:p>
    <w:p>
      <w:pPr>
        <w:spacing w:line="360" w:lineRule="auto" w:after="0"/>
        <w:ind w:firstLine="283"/>
      </w:pPr>
      <w:r>
        <w:t>The body did not rise. The body was at the seam's bottom. The body was the seamer's. The four were at the same body. The four did not need to be. The four were.</w:t>
      </w:r>
    </w:p>
    <w:p>
      <w:pPr>
        <w:spacing w:line="360" w:lineRule="auto" w:after="0"/>
        <w:ind w:firstLine="283"/>
      </w:pPr>
      <w:r>
        <w:t>The body did not rise. The rope was at the seam's rim. The rope was broken. The rope was the seamer's. The four were at the same rope. The four did not need to be. The four were.</w:t>
      </w:r>
    </w:p>
    <w:p>
      <w:pPr>
        <w:spacing w:line="360" w:lineRule="auto" w:after="0"/>
        <w:ind w:firstLine="283"/>
      </w:pPr>
      <w:r>
        <w:t>The body did not rise. The dark was at the seam's rim at the dusk's fifth hour. The dark was at the seam's rim. The dark was the seam's. The four were at the same dark. The four did not need to be. The four were.</w:t>
      </w:r>
    </w:p>
    <w:p>
      <w:pPr>
        <w:spacing w:line="360" w:lineRule="auto" w:after="0"/>
        <w:ind w:firstLine="283"/>
      </w:pPr>
      <w:r>
        <w:t>The body did not rise. The small wanting was not at the body. The small wanting had been the dawn's. The small wanting had been the seam's. The small wanting had been the corridor's. The small wanting had been the body's. The five were at the same wanting. The five did not need to be. The five were.</w:t>
      </w:r>
    </w:p>
    <w:p>
      <w:pPr>
        <w:spacing w:line="360" w:lineRule="auto" w:after="0"/>
        <w:ind w:firstLine="283"/>
      </w:pPr>
      <w:r>
        <w:t>The small wanting had been: to get to the seam before the dark. The body had got to the seam before the dark. The body had got to the seam's bottom. The body had not got out of the seam's bottom. The body was at the seam's bottom. The dark was at the seam's rim. The two were at the same seam. The two did not need to be. The two were.</w:t>
      </w:r>
    </w:p>
    <w:p>
      <w:pPr>
        <w:spacing w:line="360" w:lineRule="auto" w:after="0"/>
        <w:ind w:firstLine="283"/>
      </w:pPr>
      <w:r>
        <w:t>The body did not rise. The body was at the seam's bottom. The body was Ilma's. The five were at the same body. The five did not need to be. The five were.</w:t>
      </w:r>
    </w:p>
    <w:p>
      <w:pPr>
        <w:spacing w:line="360" w:lineRule="auto" w:after="0"/>
        <w:ind w:firstLine="283"/>
      </w:pPr>
      <w:r>
        <w:t>In the morning the corridor's runners came to the seam's rim. The runners were the corridor's. The four were at the same runners. The four did not need to be. The four were.</w:t>
      </w:r>
    </w:p>
    <w:p>
      <w:pPr>
        <w:spacing w:line="360" w:lineRule="auto" w:after="0"/>
        <w:ind w:firstLine="283"/>
      </w:pPr>
      <w:r>
        <w:t>The runners saw the rope at the seam's rim. The rope was broken. The runners saw the rope was broken. The runners did not go down. The runners did not go down because the seam's rim was the seam's. The seam's rim was not the runners'. The runners were the corridor's. The runners were the lane-house's. The four were at the same runners. The four did not need to be. The four were.</w:t>
      </w:r>
    </w:p>
    <w:p>
      <w:pPr>
        <w:spacing w:line="360" w:lineRule="auto" w:after="0"/>
        <w:ind w:firstLine="283"/>
      </w:pPr>
      <w:r>
        <w:t>The runners went back to the lane-house. The runners told the guide. The guide was Nima. Nima was the corridor's. Nima was the lane-house's. Nima was the guide's. The four were at the same guide. The four did not need to be. The four were.</w:t>
      </w:r>
    </w:p>
    <w:p>
      <w:pPr>
        <w:spacing w:line="360" w:lineRule="auto" w:after="0"/>
        <w:ind w:firstLine="283"/>
      </w:pPr>
      <w:r>
        <w:t>Nima did not weep. Nima did not soften. Nima held the runner's telling. Nima held the rope's breaking. Nima held the body's not-rising. Nima held the seam's dark. The four were at the same Nima. The four did not need to be. The four were.</w:t>
      </w:r>
    </w:p>
    <w:p>
      <w:pPr>
        <w:spacing w:line="360" w:lineRule="auto" w:after="0"/>
        <w:ind w:firstLine="283"/>
      </w:pPr>
      <w:r>
        <w:t>Nima wrote the body into the corridor's log in the level hand. The log's entry was:</w:t>
      </w:r>
    </w:p>
    <w:p>
      <w:pPr>
        <w:spacing w:line="360" w:lineRule="auto" w:after="0"/>
        <w:ind w:firstLine="283"/>
      </w:pPr>
      <w:r>
        <w:t>Ilma at the seam at the dawn's fourth hour. The rope broke at the seam's rim. The body went down to the seam's bottom. The body did not rise. The body was Ilma's. The five were at the same body. The five did not need to be. The five were.</w:t>
      </w:r>
    </w:p>
    <w:p>
      <w:pPr>
        <w:spacing w:line="360" w:lineRule="auto" w:after="0"/>
        <w:ind w:firstLine="283"/>
      </w:pPr>
      <w:r>
        <w:t>Nima drew the caret under the entry. The caret held the body in the log. The body was held. The rope was held. The seam was held. The three were held. The three did not need to be. The three were.</w:t>
      </w:r>
    </w:p>
    <w:p>
      <w:pPr>
        <w:spacing w:line="360" w:lineRule="auto" w:after="0"/>
        <w:ind w:firstLine="283"/>
      </w:pPr>
      <w:r>
        <w:t>Nima drew the open hand above the entry. The open hand was the corridor's old reception. The open hand held the body. The open hand held the rope. The open hand held the seam. The three were held. The three did not need to be. The three were.</w:t>
      </w:r>
    </w:p>
    <w:p>
      <w:pPr>
        <w:spacing w:line="360" w:lineRule="auto" w:after="0"/>
        <w:ind w:firstLine="283"/>
      </w:pPr>
      <w:r>
        <w:t>Nima wrote "not resolved" at the entry's margin. The "not resolved" was small. The letters were the level hand's. The "not resolved" was the corridor's plain word: the body is here, and the rope is here, and the seam is here, and the not-resolved is here. The four were at the same entry. The four did not need to be. The four were.</w:t>
      </w:r>
    </w:p>
    <w:p>
      <w:pPr>
        <w:spacing w:line="360" w:lineRule="auto" w:after="0"/>
        <w:ind w:firstLine="283"/>
      </w:pPr>
      <w:r>
        <w:t>The "not resolved" stayed at the entry's margin. The "not resolved" did not resolve the body, rope, or seam. The three were at the same "not resolved". The three did not need to be. The three were.</w:t>
      </w:r>
    </w:p>
    <w:p>
      <w:pPr>
        <w:spacing w:line="360" w:lineRule="auto" w:after="0"/>
        <w:ind w:firstLine="283"/>
      </w:pPr>
      <w:r>
        <w:t>The body did not rise. The rope was broken. The three did not resolve. The three did not need to. The three were.</w:t>
      </w:r>
    </w:p>
    <w:p>
      <w:pPr>
        <w:spacing w:line="360" w:lineRule="auto" w:after="0"/>
        <w:ind w:firstLine="283"/>
      </w:pPr>
      <w:r>
        <w:t>The body was at the seam's bottom. The body was Ilma's. The five were at the same body. The five did not need to be. The five were.</w:t>
      </w:r>
    </w:p>
    <w:p>
      <w:pPr>
        <w:spacing w:line="360" w:lineRule="auto" w:after="0"/>
        <w:ind w:firstLine="283"/>
      </w:pPr>
      <w:r>
        <w:t>The body did not rise.</w:t>
      </w:r>
    </w:p>
    <w:p>
      <w:pPr>
        <w:spacing w:before="360" w:after="240"/>
        <w:ind w:firstLine="0"/>
        <w:jc w:val="center"/>
      </w:pPr>
      <w:r>
        <w:rPr>
          <w:b/>
          <w:i/>
          <w:color w:val="333333"/>
          <w:sz w:val="26"/>
        </w:rPr>
        <w:t>Step — The Pen at the Variance</w:t>
      </w:r>
    </w:p>
    <w:p>
      <w:pPr>
        <w:spacing w:line="360" w:lineRule="auto" w:after="0"/>
        <w:ind w:firstLine="283"/>
      </w:pPr>
      <w:r>
        <w:t>The variance was at the corridor's chest at the coast's third winter. The variance was the corridor's. The five were at the same variance. The five did not need to be. The five were.</w:t>
      </w:r>
    </w:p>
    <w:p>
      <w:pPr>
        <w:spacing w:line="360" w:lineRule="auto" w:after="0"/>
        <w:ind w:firstLine="283"/>
      </w:pPr>
      <w:r>
        <w:t>Maren was at the chest. Maren was the administrator. Maren was fifty-three. Maren had been the Plan's whole coast-wide implementation's own living spine for three years. The body had held the Plan's presentation. The body had held the variance's definition. The body had held the projections' eleven million person-years. The body had held the first list's nine thousand four hundred. Six. The body had held the failed threshold's four thousand, two hundred. Thirty. The body had held the coup's prevented night. The body had held the gap's sealing. The body had held Ilma's death.</w:t>
      </w:r>
    </w:p>
    <w:p>
      <w:pPr>
        <w:spacing w:line="360" w:lineRule="auto" w:after="0"/>
        <w:ind w:firstLine="283"/>
      </w:pPr>
      <w:r>
        <w:t>The pen lay on the administrator's desk. The pen had not moved at the failed threshold, two years before. The pen had not moved since. The pen had not signed the four thousand, two hundred and thirty. The pen had not signed the harder choice. The pen had held the line the administrator's own craft had drawn.</w:t>
      </w:r>
    </w:p>
    <w:p>
      <w:pPr>
        <w:spacing w:line="360" w:lineRule="auto" w:after="0"/>
        <w:ind w:firstLine="283"/>
      </w:pPr>
      <w:r>
        <w:t>The pen lay on the desk. The pen was the same pen. The pen had been at the desk for fifteen years. The pen had not signed anything since the failed threshold. The pen was the level hand's. The four were at the same pen. The four did not need to be. The four were.</w:t>
      </w:r>
    </w:p>
    <w:p>
      <w:pPr>
        <w:spacing w:line="360" w:lineRule="auto" w:after="0"/>
        <w:ind w:firstLine="283"/>
      </w:pPr>
      <w:r>
        <w:t>The variance was at the corridor's chest. The variance was the corridor's old reception: the variance is here, and the pen is here, and the body is here, and the not-moving is here. The four were at the same variance. The four did not need to be. The four were.</w:t>
      </w:r>
    </w:p>
    <w:p>
      <w:pPr>
        <w:spacing w:line="360" w:lineRule="auto" w:after="0"/>
        <w:ind w:firstLine="283"/>
      </w:pPr>
      <w:r>
        <w:t>The variance was a list. The list was the corridor's. The five were at the same list. The five did not need to be. The five were.</w:t>
      </w:r>
    </w:p>
    <w:p>
      <w:pPr>
        <w:spacing w:line="360" w:lineRule="auto" w:after="0"/>
        <w:ind w:firstLine="283"/>
      </w:pPr>
      <w:r>
        <w:t>The list had nine thousand four hundred and six names. The names were the coast's. The five were at the same names. The five did not need to be. The five were.</w:t>
      </w:r>
    </w:p>
    <w:p>
      <w:pPr>
        <w:spacing w:line="360" w:lineRule="auto" w:after="0"/>
        <w:ind w:firstLine="283"/>
      </w:pPr>
      <w:r>
        <w:t>The pen did not move. The pen lay on the desk. The pen was the level hand's. The five were at the same pen. The five did not need to be. The five were.</w:t>
      </w:r>
    </w:p>
    <w:p>
      <w:pPr>
        <w:spacing w:line="360" w:lineRule="auto" w:after="0"/>
        <w:ind w:firstLine="283"/>
      </w:pPr>
      <w:r>
        <w:t>Maren's hand went to the pen. The hand was the administrator's. The five were at the same hand. The five did not need to be. The five were.</w:t>
      </w:r>
    </w:p>
    <w:p>
      <w:pPr>
        <w:spacing w:line="360" w:lineRule="auto" w:after="0"/>
        <w:ind w:firstLine="283"/>
      </w:pPr>
      <w:r>
        <w:t>The hand did not pick the pen up. The hand rested at the pen. The hand did not move the pen. The pen stayed at the desk. The pen was the level hand's. The five were at the same pen. The five did not need to be. The five were.</w:t>
      </w:r>
    </w:p>
    <w:p>
      <w:pPr>
        <w:spacing w:line="360" w:lineRule="auto" w:after="0"/>
        <w:ind w:firstLine="283"/>
      </w:pPr>
      <w:r>
        <w:t>The body held two memories. The first was a child. A girl, three years old, name of Rey — the second settlement's edge, the year the failing started — lifted out of a burning kitchen by Maren's own two hands the night the ground ate the second settlement's west quarter. The girl had been sleeping under a table. The table had been the kitchen's only standing thing. Maren had lifted the table, and Maren had lifted the girl. The girl had been carried to the relief-station in Maren's arms. The girl had lived. The girl was nine now. The girl slept in a footed house. The girl's sleeping was the Plan's. The freight was the Plan's holding the girl.</w:t>
      </w:r>
    </w:p>
    <w:p>
      <w:pPr>
        <w:spacing w:line="360" w:lineRule="auto" w:after="0"/>
        <w:ind w:firstLine="283"/>
      </w:pPr>
      <w:r>
        <w:t>The second memory was a man. A man of the gap's edge-country, name of Ather — the mender's own cousin, the corridor's own carried — listed on the variance's first coast-wide enumeration, the spring of the second year, the ninth page, the fourteenth entry. Ather had been a stone-splitter before the talking. Ather had two names, the way the mender had two names — Ather and Atlan. The two names had been the variance's own held form. The two names had been listed. The listing had been honest. The listing had not saved him. Ather had died in the sealed gap's first winter, at the seam, the way Ilma had died, two months before Ilma. Ather had not been able to make the two days' walk.</w:t>
      </w:r>
    </w:p>
    <w:p>
      <w:pPr>
        <w:spacing w:line="360" w:lineRule="auto" w:after="0"/>
        <w:ind w:firstLine="283"/>
      </w:pPr>
      <w:r>
        <w:t>The girl slept. The man was dead. The pen did not move.</w:t>
      </w:r>
    </w:p>
    <w:p>
      <w:pPr>
        <w:spacing w:line="360" w:lineRule="auto" w:after="0"/>
        <w:ind w:firstLine="283"/>
      </w:pPr>
      <w:r>
        <w:t>The face held the winter's plain light. The two were held. The reckoning went on.</w:t>
      </w:r>
    </w:p>
    <w:p>
      <w:pPr>
        <w:spacing w:line="360" w:lineRule="auto" w:after="0"/>
        <w:ind w:firstLine="283"/>
      </w:pPr>
      <w:r>
        <w:t>The pen did not move at the variance. The pen had not moved at the failed threshold. The pen had not moved since. The pen was the level hand's. The five were at the same pen. The five did not need to be. The five were.</w:t>
      </w:r>
    </w:p>
    <w:p>
      <w:pPr>
        <w:spacing w:line="360" w:lineRule="auto" w:after="0"/>
        <w:ind w:firstLine="283"/>
      </w:pPr>
      <w:r>
        <w:t>The pen's not-moving was the variance's plain word: the variance is here, and the pen is here, and the not-moving is here, and the body is here. The four were at the same not-moving. The four did not need to be. The four were.</w:t>
      </w:r>
    </w:p>
    <w:p>
      <w:pPr>
        <w:spacing w:line="360" w:lineRule="auto" w:after="0"/>
        <w:ind w:firstLine="283"/>
      </w:pPr>
      <w:r>
        <w:t>The cost was in the body. The body was the administrator's. The five were at the same body. The five did not need to be. The five were.</w:t>
      </w:r>
    </w:p>
    <w:p>
      <w:pPr>
        <w:spacing w:line="360" w:lineRule="auto" w:after="0"/>
        <w:ind w:firstLine="283"/>
      </w:pPr>
      <w:r>
        <w:t>The cost was in the hand. The hand rested at the pen. The hand did not move. The hand was the cost's. The four were at the same hand. The four did not need to be. The four were.</w:t>
      </w:r>
    </w:p>
    <w:p>
      <w:pPr>
        <w:spacing w:line="360" w:lineRule="auto" w:after="0"/>
        <w:ind w:firstLine="283"/>
      </w:pPr>
      <w:r>
        <w:t>The cost was in the face. The face held the winter's plain light. The face held the variance. The face held the pen. The face held the not-moving. The face held the cost. The five were at the same face. The five did not need to be. The five were.</w:t>
      </w:r>
    </w:p>
    <w:p>
      <w:pPr>
        <w:spacing w:line="360" w:lineRule="auto" w:after="0"/>
        <w:ind w:firstLine="283"/>
      </w:pPr>
      <w:r>
        <w:t>The cost was in the breath. The breath was the body's. The five were at the same breath. The five did not need to be. The five were.</w:t>
      </w:r>
    </w:p>
    <w:p>
      <w:pPr>
        <w:spacing w:line="360" w:lineRule="auto" w:after="0"/>
        <w:ind w:firstLine="283"/>
      </w:pPr>
      <w:r>
        <w:t>The cost was in the back. The back was the body's. The five were at the same back. The five did not need to be. The five were.</w:t>
      </w:r>
    </w:p>
    <w:p>
      <w:pPr>
        <w:spacing w:line="360" w:lineRule="auto" w:after="0"/>
        <w:ind w:firstLine="283"/>
      </w:pPr>
      <w:r>
        <w:t>The back did not turn. The back was at the desk. The back was at the window. The back was at the variance. The back was at the pen. The five were at the same back. The five did not need to be. The five were.</w:t>
      </w:r>
    </w:p>
    <w:p>
      <w:pPr>
        <w:spacing w:line="360" w:lineRule="auto" w:after="0"/>
        <w:ind w:firstLine="283"/>
      </w:pPr>
      <w:r>
        <w:t>The face did not soften. The face held the winter's plain light. The face held the variance. The face held the pen. The face held the not-moving. The face held the cost. The five were at the same face. The five did not need to be. The five were.</w:t>
      </w:r>
    </w:p>
    <w:p>
      <w:pPr>
        <w:spacing w:line="360" w:lineRule="auto" w:after="0"/>
        <w:ind w:firstLine="283"/>
      </w:pPr>
      <w:r>
        <w:t>The pen did not move. The variance was at the chest. The body was at the desk. The two were at the same not-moving. The two did not need to be. The two were.</w:t>
      </w:r>
    </w:p>
    <w:p>
      <w:pPr>
        <w:spacing w:line="360" w:lineRule="auto" w:after="0"/>
        <w:ind w:firstLine="283"/>
      </w:pPr>
      <w:r>
        <w:t>In the evening Maren wrote the variance into the administrator's log in the level hand. The log's entry was:</w:t>
      </w:r>
    </w:p>
    <w:p>
      <w:pPr>
        <w:spacing w:line="360" w:lineRule="auto" w:after="0"/>
        <w:ind w:firstLine="283"/>
      </w:pPr>
      <w:r>
        <w:t>The variance at the corridor's chest at the coast's third winter. The variance was the corridor's. The five were at the same variance. The five did not need to be. The five were.</w:t>
      </w:r>
    </w:p>
    <w:p>
      <w:pPr>
        <w:spacing w:line="360" w:lineRule="auto" w:after="0"/>
        <w:ind w:firstLine="283"/>
      </w:pPr>
      <w:r>
        <w:t>The pen did not move. The pen was the level hand's. The five were at the same pen. The five did not need to be. The five were.</w:t>
      </w:r>
    </w:p>
    <w:p>
      <w:pPr>
        <w:spacing w:line="360" w:lineRule="auto" w:after="0"/>
        <w:ind w:firstLine="283"/>
      </w:pPr>
      <w:r>
        <w:t>Maren drew the caret under the entry. The caret held the variance in the log. The variance was held. The pen was held. The body was held. The three were held. The three did not need to be. The three were.</w:t>
      </w:r>
    </w:p>
    <w:p>
      <w:pPr>
        <w:spacing w:line="360" w:lineRule="auto" w:after="0"/>
        <w:ind w:firstLine="283"/>
      </w:pPr>
      <w:r>
        <w:t>Maren drew the open hand above the entry. The open hand was the corridor's old reception. The open hand held the variance. The open hand held the pen. The open hand held the body. The three were held. The three did not need to be. The three were.</w:t>
      </w:r>
    </w:p>
    <w:p>
      <w:pPr>
        <w:spacing w:line="360" w:lineRule="auto" w:after="0"/>
        <w:ind w:firstLine="283"/>
      </w:pPr>
      <w:r>
        <w:t>Maren wrote "not resolved" at the entry's margin. The "not resolved" was small. The letters were the level hand's. The "not resolved" was the corridor's plain word: the variance is here, and the pen is here, and the not-resolved is here. The four were at the same entry. The four did not need to be. The four were.</w:t>
      </w:r>
    </w:p>
    <w:p>
      <w:pPr>
        <w:spacing w:line="360" w:lineRule="auto" w:after="0"/>
        <w:ind w:firstLine="283"/>
      </w:pPr>
      <w:r>
        <w:t>The "not resolved" stayed at the entry's margin. The "not resolved" did not resolve the variance, pen, or body. The three were at the same "not resolved". The three did not need to be. The three were.</w:t>
      </w:r>
    </w:p>
    <w:p>
      <w:pPr>
        <w:spacing w:line="360" w:lineRule="auto" w:after="0"/>
        <w:ind w:firstLine="283"/>
      </w:pPr>
      <w:r>
        <w:t>The pen did not move. The variance did not resolve. The body did not turn. The three did not need to. The three were.</w:t>
      </w:r>
    </w:p>
    <w:p>
      <w:pPr>
        <w:spacing w:before="360" w:after="240"/>
        <w:ind w:firstLine="0"/>
        <w:jc w:val="center"/>
      </w:pPr>
      <w:r>
        <w:rPr>
          <w:b/>
          <w:i/>
          <w:color w:val="333333"/>
          <w:sz w:val="26"/>
        </w:rPr>
        <w:t>Step — The Dissent Document</w:t>
      </w:r>
    </w:p>
    <w:p>
      <w:pPr>
        <w:spacing w:line="360" w:lineRule="auto" w:after="0"/>
        <w:ind w:firstLine="283"/>
      </w:pPr>
      <w:r>
        <w:t>The dissent document was at the corridor's chest at the coast's third winter's middle month. The dissent document was the corridor's. The dissent document was the corridor's old reception: the dissent is here, and the corridor is here, and the document is here. The four were at the same dissent. The four did not need to be. The four were.</w:t>
      </w:r>
    </w:p>
    <w:p>
      <w:pPr>
        <w:spacing w:line="360" w:lineRule="auto" w:after="0"/>
        <w:ind w:firstLine="283"/>
      </w:pPr>
      <w:r>
        <w:t>The dissent document was a leaf. The leaf was the corridor's. The leaf was the corridor's old reception: the dissent is here, and the corridor is here, and the leaf is here. The four were at the same leaf. The four did not need to be. The four were.</w:t>
      </w:r>
    </w:p>
    <w:p>
      <w:pPr>
        <w:spacing w:line="360" w:lineRule="auto" w:after="0"/>
        <w:ind w:firstLine="283"/>
      </w:pPr>
      <w:r>
        <w:t>The leaf held the open hand at the head. The open hand was the corridor's. The four were at the same open hand. The four did not need to be. The four were.</w:t>
      </w:r>
    </w:p>
    <w:p>
      <w:pPr>
        <w:spacing w:line="360" w:lineRule="auto" w:after="0"/>
        <w:ind w:firstLine="283"/>
      </w:pPr>
      <w:r>
        <w:t>The leaf held the two words at the foot. The two words were "Name uncertain. Person remembered." The two words had been at the leaf's foot for forty years. The two words had been written by a woman whose name the city's records did not hold. The woman was gone. The two words stayed.</w:t>
      </w:r>
    </w:p>
    <w:p>
      <w:pPr>
        <w:spacing w:line="360" w:lineRule="auto" w:after="0"/>
        <w:ind w:firstLine="283"/>
      </w:pPr>
      <w:r>
        <w:t>The leaf held the double cross at the edge. The double cross was two plain crosses, side by side, the variant's held form. The double cross had been drawn by the first keeper, the woman whose name the city did not hold. The double cross said: the variant is here, and the variant is held, and the holding does not resolve.</w:t>
      </w:r>
    </w:p>
    <w:p>
      <w:pPr>
        <w:spacing w:line="360" w:lineRule="auto" w:after="0"/>
        <w:ind w:firstLine="283"/>
      </w:pPr>
      <w:r>
        <w:t>The leaf held the dissent document's body. The body was the corridor's. The body was the corridor's hands'. The body was the corridor's old reception: the dissent is here, and the corridor is here, and the body is here. The four were at the same body. The four did not need to be. The four were.</w:t>
      </w:r>
    </w:p>
    <w:p>
      <w:pPr>
        <w:spacing w:line="360" w:lineRule="auto" w:after="0"/>
        <w:ind w:firstLine="283"/>
      </w:pPr>
      <w:r>
        <w:t>The body was a list. The list was the corridor's. The list was the corridor's hands'. The list was the corridor's old reception: the dissent is here, and the corridor is here, and the list is here. The four were at the same list. The four did not need to be. The four were.</w:t>
      </w:r>
    </w:p>
    <w:p>
      <w:pPr>
        <w:spacing w:line="360" w:lineRule="auto" w:after="0"/>
        <w:ind w:firstLine="283"/>
      </w:pPr>
      <w:r>
        <w:t>The list had the corridor's hands' names. The names were the corridor's. The names were the corridor's hands'. The names were the corridor's old reception: the dissent is here, and the corridor is here, and the names are here. The four were at the same names. The four did not need to be. The four were.</w:t>
      </w:r>
    </w:p>
    <w:p>
      <w:pPr>
        <w:spacing w:line="360" w:lineRule="auto" w:after="0"/>
        <w:ind w:firstLine="283"/>
      </w:pPr>
      <w:r>
        <w:t>The names were the corridor's runners' names. The names were the corridor's guides' names. The names were the corridor's seamers' names. The names were the corridor's porters' names. The names were the corridor's keepers' names. The six were at the same names. The six did not need to be. The six were.</w:t>
      </w:r>
    </w:p>
    <w:p>
      <w:pPr>
        <w:spacing w:line="360" w:lineRule="auto" w:after="0"/>
        <w:ind w:firstLine="283"/>
      </w:pPr>
      <w:r>
        <w:t>The names were the corridor's old reception: the dissent is here, and the corridor is here, and the names are here. The four were at the same names. The four did not need to be. The four were.</w:t>
      </w:r>
    </w:p>
    <w:p>
      <w:pPr>
        <w:spacing w:line="360" w:lineRule="auto" w:after="0"/>
        <w:ind w:firstLine="283"/>
      </w:pPr>
      <w:r>
        <w:t>The dissent document was signed by the corridor's hands. The signing was the corridor's. The signing was the corridor's hands'. The signing was the corridor's old reception: the dissent is here, and the corridor is here, and the signing is here. The four were at the same signing. The four did not need to be. The four were.</w:t>
      </w:r>
    </w:p>
    <w:p>
      <w:pPr>
        <w:spacing w:line="360" w:lineRule="auto" w:after="0"/>
        <w:ind w:firstLine="283"/>
      </w:pPr>
      <w:r>
        <w:t>The signing was the body's cost. The cost was in the body. The body was the corridor's. The body was the corridor's hands'. The body was the corridor's old reception: the dissent is here, and the corridor is here, and the cost is here. The four were at the same cost. The four did not need to be. The four were.</w:t>
      </w:r>
    </w:p>
    <w:p>
      <w:pPr>
        <w:spacing w:line="360" w:lineRule="auto" w:after="0"/>
        <w:ind w:firstLine="283"/>
      </w:pPr>
      <w:r>
        <w:t>The cost was in the hand. The hand was the corridor's. The hand was the corridor's hands'. The hand was the corridor's old reception: the dissent is here, and the corridor is here, and the cost is here. The four were at the same hand. The four did not need to be. The four were.</w:t>
      </w:r>
    </w:p>
    <w:p>
      <w:pPr>
        <w:spacing w:line="360" w:lineRule="auto" w:after="0"/>
        <w:ind w:firstLine="283"/>
      </w:pPr>
      <w:r>
        <w:t>The cost was in the breath. The breath was the corridor's. The breath was the corridor's hands'. The breath was the corridor's old reception: the dissent is here, and the corridor is here, and the cost is here. The four were at the same breath. The four did not need to be. The four were.</w:t>
      </w:r>
    </w:p>
    <w:p>
      <w:pPr>
        <w:spacing w:line="360" w:lineRule="auto" w:after="0"/>
        <w:ind w:firstLine="283"/>
      </w:pPr>
      <w:r>
        <w:t>The cost was in the back. The back was the corridor's. The back was the corridor's hands'. The back was the corridor's old reception: the dissent is here, and the corridor is here, and the cost is here. The four were at the same back. The four did not need to be. The four were.</w:t>
      </w:r>
    </w:p>
    <w:p>
      <w:pPr>
        <w:spacing w:line="360" w:lineRule="auto" w:after="0"/>
        <w:ind w:firstLine="283"/>
      </w:pPr>
      <w:r>
        <w:t>Nima was at the lane-house. Nima was the guide. Nima had been the guide for twenty years. Nima was the corridor's. Nima was the lane-house's. Nima was the guide's. The four were at the same Nima. The four did not need to be. The four were.</w:t>
      </w:r>
    </w:p>
    <w:p>
      <w:pPr>
        <w:spacing w:line="360" w:lineRule="auto" w:after="0"/>
        <w:ind w:firstLine="283"/>
      </w:pPr>
      <w:r>
        <w:t>Nima's hand was at the dissent document. The hand was the guide's. The four were at the same hand. The four did not need to be. The four were.</w:t>
      </w:r>
    </w:p>
    <w:p>
      <w:pPr>
        <w:spacing w:line="360" w:lineRule="auto" w:after="0"/>
        <w:ind w:firstLine="283"/>
      </w:pPr>
      <w:r>
        <w:t>Nima's hand signed the dissent document. The signing was the guide's. The four were at the same signing. The four did not need to be. The four were.</w:t>
      </w:r>
    </w:p>
    <w:p>
      <w:pPr>
        <w:spacing w:line="360" w:lineRule="auto" w:after="0"/>
        <w:ind w:firstLine="283"/>
      </w:pPr>
      <w:r>
        <w:t>The signing was the body's cost. The cost was in Nima's hand. The cost was in Nima's breath. The cost was in Nima's back. The cost was in Nima's face. The five were at the same cost. The five did not need to be. The five were.</w:t>
      </w:r>
    </w:p>
    <w:p>
      <w:pPr>
        <w:spacing w:line="360" w:lineRule="auto" w:after="0"/>
        <w:ind w:firstLine="283"/>
      </w:pPr>
      <w:r>
        <w:t>Nima's face did not soften. Nima's face held the lane-house's plain light. Nima's face held the dissent document. Nima's face held the signing. Nima's face held the cost. The five were at the same face. The five did not need to be. The five were.</w:t>
      </w:r>
    </w:p>
    <w:p>
      <w:pPr>
        <w:spacing w:line="360" w:lineRule="auto" w:after="0"/>
        <w:ind w:firstLine="283"/>
      </w:pPr>
      <w:r>
        <w:t>The other hands came to the lane-house. The other hands were the corridor's. The seven were at the same hands. The seven did not need to be. The seven were.</w:t>
      </w:r>
    </w:p>
    <w:p>
      <w:pPr>
        <w:spacing w:line="360" w:lineRule="auto" w:after="0"/>
        <w:ind w:firstLine="283"/>
      </w:pPr>
      <w:r>
        <w:t>The other hands signed the dissent document. The signing was the corridor's. The four were at the same signing. The four did not need to be. The four were.</w:t>
      </w:r>
    </w:p>
    <w:p>
      <w:pPr>
        <w:spacing w:line="360" w:lineRule="auto" w:after="0"/>
        <w:ind w:firstLine="283"/>
      </w:pPr>
      <w:r>
        <w:t>The dissent document was signed by the corridor's hands. The signing was the corridor's old reception: the dissent is here, and the corridor is here, and the hands are here, and the document is here. The five were at the same dissent. The five did not need to be. The five were.</w:t>
      </w:r>
    </w:p>
    <w:p>
      <w:pPr>
        <w:spacing w:line="360" w:lineRule="auto" w:after="0"/>
        <w:ind w:firstLine="283"/>
      </w:pPr>
      <w:r>
        <w:t>The dissent document went into the chest. The chest was the corridor's. The chest was the lane-house's. The chest was the corridor's old reception: the dissent is here, and the corridor is here, and the chest is here. The four were at the same chest. The four did not need to be. The four were.</w:t>
      </w:r>
    </w:p>
    <w:p>
      <w:pPr>
        <w:spacing w:line="360" w:lineRule="auto" w:after="0"/>
        <w:ind w:firstLine="283"/>
      </w:pPr>
      <w:r>
        <w:t>The dissent document was at the chest. The dissent document was the corridor's. The four were at the same dissent document. The four did not need to be. The four were.</w:t>
      </w:r>
    </w:p>
    <w:p>
      <w:pPr>
        <w:spacing w:line="360" w:lineRule="auto" w:after="0"/>
        <w:ind w:firstLine="283"/>
      </w:pPr>
      <w:r>
        <w:t>The dissent document held the corridor's hands' names. The names were the corridor's. The names were the corridor's hands'. The names were the corridor's old reception: the dissent is here, and the corridor is here, and the names are here. The four were at the same names. The four did not need to be. The four were.</w:t>
      </w:r>
    </w:p>
    <w:p>
      <w:pPr>
        <w:spacing w:line="360" w:lineRule="auto" w:after="0"/>
        <w:ind w:firstLine="283"/>
      </w:pPr>
      <w:r>
        <w:t>The dissent document held the "not resolved" at the margin. The "not resolved" had been written by the corridor's keeper. The "not resolved" was the corridor's plain word: the dissent is here, and the corridor is here, and the not-resolved is here. The four were at the same "not resolved". The four did not need to be. The four were.</w:t>
      </w:r>
    </w:p>
    <w:p>
      <w:pPr>
        <w:spacing w:line="360" w:lineRule="auto" w:after="0"/>
        <w:ind w:firstLine="283"/>
      </w:pPr>
      <w:r>
        <w:t>The "not resolved" did not resolve the dissent, corridor, or hands. The three were at the same "not resolved". The three did not need to be. The three were.</w:t>
      </w:r>
    </w:p>
    <w:p>
      <w:pPr>
        <w:spacing w:line="360" w:lineRule="auto" w:after="0"/>
        <w:ind w:firstLine="283"/>
      </w:pPr>
      <w:r>
        <w:t>The dissent document was held. The corridor was held. The hands were held. The three were held. The three did not need to be. The three were.</w:t>
      </w:r>
    </w:p>
    <w:p>
      <w:pPr>
        <w:spacing w:line="360" w:lineRule="auto" w:after="0"/>
        <w:ind w:firstLine="283"/>
      </w:pPr>
      <w:r>
        <w:t>The cost was paid. The cost was in the body. The cost was in the hand. The cost was in the breath. The cost was in the back. The cost was in the face. The six were at the same cost. The six did not need to be. The six were.</w:t>
      </w:r>
    </w:p>
    <w:p>
      <w:pPr>
        <w:spacing w:line="360" w:lineRule="auto" w:after="0"/>
        <w:ind w:firstLine="283"/>
      </w:pPr>
      <w:r>
        <w:t>The cost did not resolve. The cost did not need to. The cost was paid. The cost was the corridor's. The cost was the corridor's hands'. The cost was the corridor's old reception: the dissent is here, and the corridor is here, and the cost is paid. The four were at the same cost. The four did not need to be. The four were.</w:t>
      </w:r>
    </w:p>
    <w:p>
      <w:pPr>
        <w:spacing w:before="360" w:after="240"/>
        <w:ind w:firstLine="0"/>
        <w:jc w:val="center"/>
      </w:pPr>
      <w:r>
        <w:rPr>
          <w:b/>
          <w:i/>
          <w:color w:val="333333"/>
          <w:sz w:val="26"/>
        </w:rPr>
        <w:t>Step — The Child Rey Speaks</w:t>
      </w:r>
    </w:p>
    <w:p>
      <w:pPr>
        <w:spacing w:line="360" w:lineRule="auto" w:after="0"/>
        <w:ind w:firstLine="283"/>
      </w:pPr>
      <w:r>
        <w:t>The child Rey was nine. The child Rey was at the second settlement's edge-kitchen at the coast's third winter's middle month. The child Rey had been lifted out of a burning kitchen by Maren's own two hands six years before. The child Rey had been carried to the relief-station in Maren's arms. The child Rey had lived. The child Rey was nine now. The child Rey slept in a footed house. The child Rey's sleeping was the Plan's. The freight was the Plan's holding the child Rey.</w:t>
      </w:r>
    </w:p>
    <w:p>
      <w:pPr>
        <w:spacing w:line="360" w:lineRule="auto" w:after="0"/>
        <w:ind w:firstLine="283"/>
      </w:pPr>
      <w:r>
        <w:t>The child Rey came to the kitchen's counter at the dawn's sixth hour. The counter was the kitchen's. The five were at the same counter. The five did not need to be. The five were.</w:t>
      </w:r>
    </w:p>
    <w:p>
      <w:pPr>
        <w:spacing w:line="360" w:lineRule="auto" w:after="0"/>
        <w:ind w:firstLine="283"/>
      </w:pPr>
      <w:r>
        <w:t>The child Rey had a small bowl. The bowl was clay. The bowl was the kitchen's. The four were at the same bowl. The four did not need to be. The four were.</w:t>
      </w:r>
    </w:p>
    <w:p>
      <w:pPr>
        <w:spacing w:line="360" w:lineRule="auto" w:after="0"/>
        <w:ind w:firstLine="283"/>
      </w:pPr>
      <w:r>
        <w:t>The child Rey held the bowl in two hands. The hands were the child Rey's. The four were at the same hands. The four did not need to be. The four were.</w:t>
      </w:r>
    </w:p>
    <w:p>
      <w:pPr>
        <w:spacing w:line="360" w:lineRule="auto" w:after="0"/>
        <w:ind w:firstLine="283"/>
      </w:pPr>
      <w:r>
        <w:t>The child Rey spoke.</w:t>
      </w:r>
    </w:p>
    <w:p>
      <w:pPr>
        <w:spacing w:line="360" w:lineRule="auto" w:after="0"/>
        <w:ind w:firstLine="283"/>
      </w:pPr>
      <w:r>
        <w:t>The speaking was the child Rey's. The five were at the same speaking. The five did not need to be. The five were.</w:t>
      </w:r>
    </w:p>
    <w:p>
      <w:pPr>
        <w:spacing w:line="360" w:lineRule="auto" w:after="0"/>
        <w:ind w:firstLine="283"/>
      </w:pPr>
      <w:r>
        <w:t>The child Rey spoke to the keeper. The keeper was Nessa. Nessa was the kitchen's. Nessa was the edge's. Nessa was the seam's. Nessa was the Plan's. The five were at the same keeper. The five did not need to be. The five were.</w:t>
      </w:r>
    </w:p>
    <w:p>
      <w:pPr>
        <w:spacing w:line="360" w:lineRule="auto" w:after="0"/>
        <w:ind w:firstLine="283"/>
      </w:pPr>
      <w:r>
        <w:t>The child Rey spoke.</w:t>
      </w:r>
    </w:p>
    <w:p>
      <w:pPr>
        <w:spacing w:line="360" w:lineRule="auto" w:after="0"/>
        <w:ind w:firstLine="283"/>
      </w:pPr>
      <w:r>
        <w:t>"The freight comes," the child Rey said. The voice was the child Rey's. The five were at the same voice. The five did not need to be. The five were.</w:t>
      </w:r>
    </w:p>
    <w:p>
      <w:pPr>
        <w:spacing w:line="360" w:lineRule="auto" w:after="0"/>
        <w:ind w:firstLine="283"/>
      </w:pPr>
      <w:r>
        <w:t>"The freight comes," the child Rey said. "The freight comes at the dawn's sixth hour. The freight is the chains' bread. The freight is the medicine. The freight is the ration's schedules. The freight is the children's sleeping. The freight is the Plan's holding. The freight holds me. The freight holds me at the dawn's sixth hour. The freight holds my sleeping. The freight holds my bowl. The freight holds my hands. The six are at the same freight. The six do not need to be. The six are."</w:t>
      </w:r>
    </w:p>
    <w:p>
      <w:pPr>
        <w:spacing w:line="360" w:lineRule="auto" w:after="0"/>
        <w:ind w:firstLine="283"/>
      </w:pPr>
      <w:r>
        <w:t>The child Rey did not stop. The child Rey went on.</w:t>
      </w:r>
    </w:p>
    <w:p>
      <w:pPr>
        <w:spacing w:line="360" w:lineRule="auto" w:after="0"/>
        <w:ind w:firstLine="283"/>
      </w:pPr>
      <w:r>
        <w:t>"The freight is the Plan's," the child Rey said. "The freight is not the kitchen's. The freight is not the edge's. The freight is not the seam's. The freight is the Plan's. The freight is the Plan's holding. The freight holds me. The freight holds me at the dawn's sixth hour. The freight holds my sleeping. The freight holds my bowl. The freight holds my hands. The six are at the same freight. The six do not need to be. The six are."</w:t>
      </w:r>
    </w:p>
    <w:p>
      <w:pPr>
        <w:spacing w:line="360" w:lineRule="auto" w:after="0"/>
        <w:ind w:firstLine="283"/>
      </w:pPr>
      <w:r>
        <w:t>The child Rey did not stop. The child Rey went on.</w:t>
      </w:r>
    </w:p>
    <w:p>
      <w:pPr>
        <w:spacing w:line="360" w:lineRule="auto" w:after="0"/>
        <w:ind w:firstLine="283"/>
      </w:pPr>
      <w:r>
        <w:t>"The freight holds me," the child Rey said. "The freight holds me the way the chains hold the bread. The freight holds me the way the medicine holds the children. The freight holds me the way the ration's schedules hold the dawn. The freight holds me the way the children's sleeping holds the night. The freight holds me. The five are at the same freight. The five do not need to be. The five are."</w:t>
      </w:r>
    </w:p>
    <w:p>
      <w:pPr>
        <w:spacing w:line="360" w:lineRule="auto" w:after="0"/>
        <w:ind w:firstLine="283"/>
      </w:pPr>
      <w:r>
        <w:t>The child Rey did not stop. The child Rey went on.</w:t>
      </w:r>
    </w:p>
    <w:p>
      <w:pPr>
        <w:spacing w:line="360" w:lineRule="auto" w:after="0"/>
        <w:ind w:firstLine="283"/>
      </w:pPr>
      <w:r>
        <w:t>"The freight holds me," the child Rey said. "The freight holds me at the dawn's sixth hour. The freight holds me at the night's sixth hour. The freight holds me at the noon's sixth hour. The freight holds me at the dusk's sixth hour. The four are at the same freight. The four do not need to be. The four are."</w:t>
      </w:r>
    </w:p>
    <w:p>
      <w:pPr>
        <w:spacing w:line="360" w:lineRule="auto" w:after="0"/>
        <w:ind w:firstLine="283"/>
      </w:pPr>
      <w:r>
        <w:t>The child Rey did not stop. The child Rey went on.</w:t>
      </w:r>
    </w:p>
    <w:p>
      <w:pPr>
        <w:spacing w:line="360" w:lineRule="auto" w:after="0"/>
        <w:ind w:firstLine="283"/>
      </w:pPr>
      <w:r>
        <w:t>"The freight holds me," the child Rey said. "The freight does not hold me at the dusk's seventh hour. The freight does not hold me at the night's seventh hour. The freight does not hold me at the dawn's seventh hour. The freight does not hold me at the noon's seventh hour. The four are not at the same freight. The four are not. The freight does not hold me at the seventh hour. The freight holds me at the sixth hour. The freight does not hold me at the seventh hour."</w:t>
      </w:r>
    </w:p>
    <w:p>
      <w:pPr>
        <w:spacing w:line="360" w:lineRule="auto" w:after="0"/>
        <w:ind w:firstLine="283"/>
      </w:pPr>
      <w:r>
        <w:t>Nessa did not speak. Nessa's hand was at the dented copper measure. The hand was the keeper's. The five were at the same hand. The five did not need to be. The five were.</w:t>
      </w:r>
    </w:p>
    <w:p>
      <w:pPr>
        <w:spacing w:line="360" w:lineRule="auto" w:after="0"/>
        <w:ind w:firstLine="283"/>
      </w:pPr>
      <w:r>
        <w:t>The child Rey did not stop. The child Rey went on.</w:t>
      </w:r>
    </w:p>
    <w:p>
      <w:pPr>
        <w:spacing w:line="360" w:lineRule="auto" w:after="0"/>
        <w:ind w:firstLine="283"/>
      </w:pPr>
      <w:r>
        <w:t>"The freight does not hold me at the seventh hour," the child Rey said. "The freight does not hold me at the seventh hour because the freight is the chains' bread. The freight is the medicine. The freight is the ration's schedules. The freight is the children's sleeping. The freight is the Plan's holding. The freight holds me at the dawn's sixth hour. The freight does not hold me at the dawn's seventh hour. The freight does not hold me."</w:t>
      </w:r>
    </w:p>
    <w:p>
      <w:pPr>
        <w:spacing w:line="360" w:lineRule="auto" w:after="0"/>
        <w:ind w:firstLine="283"/>
      </w:pPr>
      <w:r>
        <w:t>The child Rey stopped. The child Rey's bowl was in the child Rey's two hands. The bowl was clay. The bowl was the kitchen's. The four were at the same bowl. The four did not need to be. The four were.</w:t>
      </w:r>
    </w:p>
    <w:p>
      <w:pPr>
        <w:spacing w:line="360" w:lineRule="auto" w:after="0"/>
        <w:ind w:firstLine="283"/>
      </w:pPr>
      <w:r>
        <w:t>Nessa portioned the thin to the bowl. The measure went to the bowl. The thin went to the level of the thumb. The bowl went back to the child Rey's two hands. The four were at the same portion. The four did not need to be. The four were.</w:t>
      </w:r>
    </w:p>
    <w:p>
      <w:pPr>
        <w:spacing w:line="360" w:lineRule="auto" w:after="0"/>
        <w:ind w:firstLine="283"/>
      </w:pPr>
      <w:r>
        <w:t>The child Rey did not drink. The child Rey held the bowl. The child Rey's hands held the bowl. The bowl was in the child Rey's hands. The four were at the same holding. The four did not need to be. The four were.</w:t>
      </w:r>
    </w:p>
    <w:p>
      <w:pPr>
        <w:spacing w:line="360" w:lineRule="auto" w:after="0"/>
        <w:ind w:firstLine="283"/>
      </w:pPr>
      <w:r>
        <w:t>"The freight holds me at the dawn's sixth hour," the child Rey said. "The freight does not hold me at the dawn's seventh hour. The freight holds me at the dawn's sixth hour. The freight does not hold me at the dawn's seventh hour. The freight does not hold me."</w:t>
      </w:r>
    </w:p>
    <w:p>
      <w:pPr>
        <w:spacing w:line="360" w:lineRule="auto" w:after="0"/>
        <w:ind w:firstLine="283"/>
      </w:pPr>
      <w:r>
        <w:t>The child Rey did not drink. The child Rey did not move. The child Rey held the bowl. The child Rey's hands held the bowl. The bowl was in the child Rey's hands. The four were at the same holding. The four did not need to be. The four were.</w:t>
      </w:r>
    </w:p>
    <w:p>
      <w:pPr>
        <w:spacing w:line="360" w:lineRule="auto" w:after="0"/>
        <w:ind w:firstLine="283"/>
      </w:pPr>
      <w:r>
        <w:t>Nessa did not speak. Nessa's hand was at the dented copper measure. The hand was the keeper's. The five were at the same hand. The five did not need to be. The five were.</w:t>
      </w:r>
    </w:p>
    <w:p>
      <w:pPr>
        <w:spacing w:line="360" w:lineRule="auto" w:after="0"/>
        <w:ind w:firstLine="283"/>
      </w:pPr>
      <w:r>
        <w:t>Nessa portioned the thin to her own bowl. The measure went to the bowl. The thin went to the level of the thumb. The bowl was Nessa's. The bowl was clay. The bowl was chipped at the rim. The bowl was the kitchen's. The four were at the same bowl. The four did not need to be. The four were.</w:t>
      </w:r>
    </w:p>
    <w:p>
      <w:pPr>
        <w:spacing w:line="360" w:lineRule="auto" w:after="0"/>
        <w:ind w:firstLine="283"/>
      </w:pPr>
      <w:r>
        <w:t>Nessa sat at the counter. Nessa's bowl was at the counter. Nessa's hand was at the bowl. The child Rey's bowl was at the counter. The child Rey's hands were at the bowl. The four were at the same counter. The four did not need to be. The four were.</w:t>
      </w:r>
    </w:p>
    <w:p>
      <w:pPr>
        <w:spacing w:line="360" w:lineRule="auto" w:after="0"/>
        <w:ind w:firstLine="283"/>
      </w:pPr>
      <w:r>
        <w:t>The two did not speak. The two did not drink. The two held the bowls. The two's hands held the bowls. The four were at the same holding. The four did not need to be. The four were.</w:t>
      </w:r>
    </w:p>
    <w:p>
      <w:pPr>
        <w:spacing w:line="360" w:lineRule="auto" w:after="0"/>
        <w:ind w:firstLine="283"/>
      </w:pPr>
      <w:r>
        <w:t>The four were at the same freight. The four did not need to be. The four were.</w:t>
      </w:r>
    </w:p>
    <w:p>
      <w:pPr>
        <w:spacing w:line="360" w:lineRule="auto" w:after="0"/>
        <w:ind w:firstLine="283"/>
      </w:pPr>
      <w:r>
        <w:t>The child Rey did not drink. The child Rey did not move. The child Rey held the bowl. The child Rey's hands held the bowl. The four were at the same holding. The four did not need to be. The four were.</w:t>
      </w:r>
    </w:p>
    <w:p>
      <w:pPr>
        <w:spacing w:line="360" w:lineRule="auto" w:after="0"/>
        <w:ind w:firstLine="283"/>
      </w:pPr>
      <w:r>
        <w:t>In the evening's marking Nessa wrote the child Rey into the kitchen's log in the level hand. The log's entry was:</w:t>
      </w:r>
    </w:p>
    <w:p>
      <w:pPr>
        <w:spacing w:line="360" w:lineRule="auto" w:after="0"/>
        <w:ind w:firstLine="283"/>
      </w:pPr>
      <w:r>
        <w:t>The child Rey at the second settlement's edge-kitchen at the coast's third winter's middle month. The child Rey was nine. The child Rey spoke. The child Rey said the freight holds the child Rey at the dawn's sixth hour. The child Rey said the freight does not hold the child Rey at the dawn's seventh hour. The child Rey held the bowl. The child Rey did not drink. The two were at the same freight. The two did not need to be. The two were.</w:t>
      </w:r>
    </w:p>
    <w:p>
      <w:pPr>
        <w:spacing w:line="360" w:lineRule="auto" w:after="0"/>
        <w:ind w:firstLine="283"/>
      </w:pPr>
      <w:r>
        <w:t>Nessa drew the caret under the entry. The caret held the child Rey in the log. The child Rey was held. The freight was held. The bowl was held. The three were held. The three did not need to be. The three were.</w:t>
      </w:r>
    </w:p>
    <w:p>
      <w:pPr>
        <w:spacing w:line="360" w:lineRule="auto" w:after="0"/>
        <w:ind w:firstLine="283"/>
      </w:pPr>
      <w:r>
        <w:t>Nessa drew the open hand above the entry. The open hand was the kitchen's old reception. The open hand held the child Rey. The open hand held the freight. The open hand held the bowl. The three were held. The three did not need to be. The three were.</w:t>
      </w:r>
    </w:p>
    <w:p>
      <w:pPr>
        <w:spacing w:line="360" w:lineRule="auto" w:after="0"/>
        <w:ind w:firstLine="283"/>
      </w:pPr>
      <w:r>
        <w:t>Nessa wrote "not resolved" at the entry's margin. The "not resolved" was small. The letters were the level hand's. The "not resolved" was the kitchen's plain word: the child Rey is here, and the freight is here, and the not-resolved is here. The four were at the same entry. The four did not need to be. The four were.</w:t>
      </w:r>
    </w:p>
    <w:p>
      <w:pPr>
        <w:spacing w:line="360" w:lineRule="auto" w:after="0"/>
        <w:ind w:firstLine="283"/>
      </w:pPr>
      <w:r>
        <w:t>The "not resolved" stayed at the entry's margin. The "not resolved" did not resolve the child Rey, freight, or bowl. The three were at the same "not resolved". The three did not need to be. The three were.</w:t>
      </w:r>
    </w:p>
    <w:p>
      <w:pPr>
        <w:spacing w:line="360" w:lineRule="auto" w:after="0"/>
        <w:ind w:firstLine="283"/>
      </w:pPr>
      <w:r>
        <w:t>The child Rey did not drink. The child Rey did not move. The child Rey held the bowl. The freight did not hold the child Rey at the dawn's seventh hour. The two were at the same not-holding. The two did not need to be. The two were.</w:t>
      </w:r>
    </w:p>
    <w:p>
      <w:pPr>
        <w:spacing w:before="360" w:after="240"/>
        <w:ind w:firstLine="0"/>
        <w:jc w:val="center"/>
      </w:pPr>
      <w:r>
        <w:rPr>
          <w:b/>
          <w:i/>
          <w:color w:val="333333"/>
          <w:sz w:val="26"/>
        </w:rPr>
        <w:t>Step — The Two Questions at the Closed Door</w:t>
      </w:r>
    </w:p>
    <w:p>
      <w:pPr>
        <w:spacing w:line="360" w:lineRule="auto" w:after="0"/>
        <w:ind w:firstLine="283"/>
      </w:pPr>
      <w:r>
        <w:t>The two questions were at the corridor's chest at the coast's third winter's last month. The two questions were the corridor's. The two questions were the chest's. The two questions were the corridor's old reception: the questions are here, and the corridor is here, and the chest is here. The four were at the same questions. The four did not need to be. The four were.</w:t>
      </w:r>
    </w:p>
    <w:p>
      <w:pPr>
        <w:spacing w:line="360" w:lineRule="auto" w:after="0"/>
        <w:ind w:firstLine="283"/>
      </w:pPr>
      <w:r>
        <w:t>The two questions were: "Who will be saved?" and "Who will decide?" The two questions were the corridor's old questions. The two questions had been the corridor's for twenty years. The two questions had been the corridor's plain word: the questions are here, and the corridor is here, and the questions are here. The four were at the same questions. The four did not need to be. The four were.</w:t>
      </w:r>
    </w:p>
    <w:p>
      <w:pPr>
        <w:spacing w:line="360" w:lineRule="auto" w:after="0"/>
        <w:ind w:firstLine="283"/>
      </w:pPr>
      <w:r>
        <w:t>Nima carried the two questions to the closed door. The closed door was the Plan's administrator's door. The closed door was the zone's hall's door. The closed door was the Plan's. The closed door was closed. The four were at the same door. The four did not need to be. The four were.</w:t>
      </w:r>
    </w:p>
    <w:p>
      <w:pPr>
        <w:spacing w:line="360" w:lineRule="auto" w:after="0"/>
        <w:ind w:firstLine="283"/>
      </w:pPr>
      <w:r>
        <w:t>Nima walked to the closed door. The walking was the guide's. The four were at the same walking. The four did not need to be. The four were.</w:t>
      </w:r>
    </w:p>
    <w:p>
      <w:pPr>
        <w:spacing w:line="360" w:lineRule="auto" w:after="0"/>
        <w:ind w:firstLine="283"/>
      </w:pPr>
      <w:r>
        <w:t>The walking was two days. The walking went through the gap's middle country. The walking went through the rearranged ground. The walking went through the talking's third pitch. The walking went past the third settlement's yard. The walking went past the seam's rim. The walking went past the chalk on the timber — the old question, low, at a child's height, in the white chalk's fading letters. The two questions were the corridor's. The two questions were not the timber's. The two were at the same questions. The two did not need to be. The two were.</w:t>
      </w:r>
    </w:p>
    <w:p>
      <w:pPr>
        <w:spacing w:line="360" w:lineRule="auto" w:after="0"/>
        <w:ind w:firstLine="283"/>
      </w:pPr>
      <w:r>
        <w:t>Nima did not stop at the timber's question. The timber's question was the corridor's. The timber's question was for the guide. The guide was Nima. Nima carried the two questions to the closed door. The two questions were not the timber's question. The two questions were the corridor's. The two questions were the closed door's. The four were at the same questions. The four did not need to be. The four were.</w:t>
      </w:r>
    </w:p>
    <w:p>
      <w:pPr>
        <w:spacing w:line="360" w:lineRule="auto" w:after="0"/>
        <w:ind w:firstLine="283"/>
      </w:pPr>
      <w:r>
        <w:t>Nima came to the closed door at the dusk's fourth hour. The closed door was the Plan's administrator's door. The closed door was the zone's hall's door. The closed door was closed. The three were at the same door. The three did not need to be. The three were.</w:t>
      </w:r>
    </w:p>
    <w:p>
      <w:pPr>
        <w:spacing w:line="360" w:lineRule="auto" w:after="0"/>
        <w:ind w:firstLine="283"/>
      </w:pPr>
      <w:r>
        <w:t>Nima stood at the closed door. The standing was the guide's. The four were at the same standing. The four did not need to be. The four were.</w:t>
      </w:r>
    </w:p>
    <w:p>
      <w:pPr>
        <w:spacing w:line="360" w:lineRule="auto" w:after="0"/>
        <w:ind w:firstLine="283"/>
      </w:pPr>
      <w:r>
        <w:t>Nima did not knock. The four were at the same not-knocking. The four did not need to be. The four were.</w:t>
      </w:r>
    </w:p>
    <w:p>
      <w:pPr>
        <w:spacing w:line="360" w:lineRule="auto" w:after="0"/>
        <w:ind w:firstLine="283"/>
      </w:pPr>
      <w:r>
        <w:t>The door was closed. The door did not open. The door was the Plan's. The four were at the same door. The four did not need to be. The four were.</w:t>
      </w:r>
    </w:p>
    <w:p>
      <w:pPr>
        <w:spacing w:line="360" w:lineRule="auto" w:after="0"/>
        <w:ind w:firstLine="283"/>
      </w:pPr>
      <w:r>
        <w:t>Nima spoke the two questions at the closed door. The speaking was the guide's. The speaking was the closed door's. The five were at the same speaking. The five did not need to be. The five were.</w:t>
      </w:r>
    </w:p>
    <w:p>
      <w:pPr>
        <w:spacing w:line="360" w:lineRule="auto" w:after="0"/>
        <w:ind w:firstLine="283"/>
      </w:pPr>
      <w:r>
        <w:t>"Who will be saved?" Nima said. The voice was the guide's. The voice was the closed door's. The five were at the same voice. The five did not need to be. The five were.</w:t>
      </w:r>
    </w:p>
    <w:p>
      <w:pPr>
        <w:spacing w:line="360" w:lineRule="auto" w:after="0"/>
        <w:ind w:firstLine="283"/>
      </w:pPr>
      <w:r>
        <w:t>The door did not open. The door was closed. The door was the Plan's. The four were at the same door. The four did not need to be. The four were.</w:t>
      </w:r>
    </w:p>
    <w:p>
      <w:pPr>
        <w:spacing w:line="360" w:lineRule="auto" w:after="0"/>
        <w:ind w:firstLine="283"/>
      </w:pPr>
      <w:r>
        <w:t>"Who will decide?" Nima said. The voice was the guide's. The voice was the closed door's. The five were at the same voice. The five did not need to be. The five were.</w:t>
      </w:r>
    </w:p>
    <w:p>
      <w:pPr>
        <w:spacing w:line="360" w:lineRule="auto" w:after="0"/>
        <w:ind w:firstLine="283"/>
      </w:pPr>
      <w:r>
        <w:t>The door did not open. The door was closed. The door was the Plan's. The four were at the same door. The four did not need to be. The four were.</w:t>
      </w:r>
    </w:p>
    <w:p>
      <w:pPr>
        <w:spacing w:line="360" w:lineRule="auto" w:after="0"/>
        <w:ind w:firstLine="283"/>
      </w:pPr>
      <w:r>
        <w:t>Nima stood at the closed door. The standing was the guide's. The four were at the same standing. The four did not need to be. The four were.</w:t>
      </w:r>
    </w:p>
    <w:p>
      <w:pPr>
        <w:spacing w:line="360" w:lineRule="auto" w:after="0"/>
        <w:ind w:firstLine="283"/>
      </w:pPr>
      <w:r>
        <w:t>Nima did not knock. The four were at the same not-knocking. The four did not need to be. The four were.</w:t>
      </w:r>
    </w:p>
    <w:p>
      <w:pPr>
        <w:spacing w:line="360" w:lineRule="auto" w:after="0"/>
        <w:ind w:firstLine="283"/>
      </w:pPr>
      <w:r>
        <w:t>The door did not open. The door was closed. The door was the Plan's. The four were at the same door. The four did not need to be. The four were.</w:t>
      </w:r>
    </w:p>
    <w:p>
      <w:pPr>
        <w:spacing w:line="360" w:lineRule="auto" w:after="0"/>
        <w:ind w:firstLine="283"/>
      </w:pPr>
      <w:r>
        <w:t>The two questions stayed at the closed door. The two questions were the corridor's. The two questions were the closed door's. The two questions were the two questions'. The four were at the same questions. The four did not need to be. The four were.</w:t>
      </w:r>
    </w:p>
    <w:p>
      <w:pPr>
        <w:spacing w:line="360" w:lineRule="auto" w:after="0"/>
        <w:ind w:firstLine="283"/>
      </w:pPr>
      <w:r>
        <w:t>The two questions did not answer. The two questions were the corridor's. The two questions were the closed door's. The two questions were the two questions'. The four were at the same questions. The four did not need to be. The four were.</w:t>
      </w:r>
    </w:p>
    <w:p>
      <w:pPr>
        <w:spacing w:line="360" w:lineRule="auto" w:after="0"/>
        <w:ind w:firstLine="283"/>
      </w:pPr>
      <w:r>
        <w:t>Nima went back to the lane-house. The going back was the guide's. The four were at the same going. The four did not need to be. The four were.</w:t>
      </w:r>
    </w:p>
    <w:p>
      <w:pPr>
        <w:spacing w:line="360" w:lineRule="auto" w:after="0"/>
        <w:ind w:firstLine="283"/>
      </w:pPr>
      <w:r>
        <w:t>The two questions were carried back. The two questions were the corridor's. The four were at the same questions. The four did not need to be. The four were.</w:t>
      </w:r>
    </w:p>
    <w:p>
      <w:pPr>
        <w:spacing w:line="360" w:lineRule="auto" w:after="0"/>
        <w:ind w:firstLine="283"/>
      </w:pPr>
      <w:r>
        <w:t>The two questions did not answer. The two questions were the corridor's. The four were at the same questions. The four did not need to be. The four were.</w:t>
      </w:r>
    </w:p>
    <w:p>
      <w:pPr>
        <w:spacing w:line="360" w:lineRule="auto" w:after="0"/>
        <w:ind w:firstLine="283"/>
      </w:pPr>
      <w:r>
        <w:t>In the evening's marking Nima wrote the two questions into the corridor's log in the level hand. The log's entry was:</w:t>
      </w:r>
    </w:p>
    <w:p>
      <w:pPr>
        <w:spacing w:line="360" w:lineRule="auto" w:after="0"/>
        <w:ind w:firstLine="283"/>
      </w:pPr>
      <w:r>
        <w:t>The two questions at the Plan's administrator's closed door at the coast's third winter's last month. The two questions were: "Who will be saved?" and "Who will decide?" The two questions were the corridor's. The two questions were the closed door's. The door did not open. The two questions were carried back. The two questions did not answer. The four were at the same questions. The four did not need to be. The four were.</w:t>
      </w:r>
    </w:p>
    <w:p>
      <w:pPr>
        <w:spacing w:line="360" w:lineRule="auto" w:after="0"/>
        <w:ind w:firstLine="283"/>
      </w:pPr>
      <w:r>
        <w:t>Nima drew the caret under the entry. The caret held the two questions in the log. The two questions were held. The closed door was held. The corridor was held. The three were held. The three did not need to be. The three were.</w:t>
      </w:r>
    </w:p>
    <w:p>
      <w:pPr>
        <w:spacing w:line="360" w:lineRule="auto" w:after="0"/>
        <w:ind w:firstLine="283"/>
      </w:pPr>
      <w:r>
        <w:t>Nima drew the open hand above the entry. The open hand was the corridor's old reception. The open hand held the two questions. The open hand held the closed door. The open hand held the corridor. The three were held. The three did not need to be. The three were.</w:t>
      </w:r>
    </w:p>
    <w:p>
      <w:pPr>
        <w:spacing w:line="360" w:lineRule="auto" w:after="0"/>
        <w:ind w:firstLine="283"/>
      </w:pPr>
      <w:r>
        <w:t>Nima wrote "not resolved" at the entry's margin. The "not resolved" was small. The letters were the level hand's. The "not resolved" was the corridor's plain word: the two questions are here, and the closed door is here, and the not-resolved is here. The four were at the same entry. The four did not need to be. The four were.</w:t>
      </w:r>
    </w:p>
    <w:p>
      <w:pPr>
        <w:spacing w:line="360" w:lineRule="auto" w:after="0"/>
        <w:ind w:firstLine="283"/>
      </w:pPr>
      <w:r>
        <w:t>The "not resolved" stayed at the entry's margin. The "not resolved" did not resolve the two questions, closed door, or corridor. The three were at the same "not resolved". The three did not need to be. The three were.</w:t>
      </w:r>
    </w:p>
    <w:p>
      <w:pPr>
        <w:spacing w:line="360" w:lineRule="auto" w:after="0"/>
        <w:ind w:firstLine="283"/>
      </w:pPr>
      <w:r>
        <w:t>The two questions were carried back. The two questions did not answer. The two questions were the corridor's. The two questions were the corridor's plain word: the questions are here, and the corridor is here, and the questions are here. The four were at the same questions. The four did not need to be. The four were.</w:t>
      </w:r>
    </w:p>
    <w:p>
      <w:pPr>
        <w:spacing w:line="360" w:lineRule="auto" w:after="0"/>
        <w:ind w:firstLine="283"/>
      </w:pPr>
      <w:r>
        <w:t>The door was closed. The door did not open. The two questions stayed at the closed door. The two questions were the corridor's. The two questions were the closed door's. The four were at the same questions. The four did not need to be. The four were.</w:t>
      </w:r>
    </w:p>
    <w:p>
      <w:pPr>
        <w:spacing w:before="360" w:after="240"/>
        <w:ind w:firstLine="0"/>
        <w:jc w:val="center"/>
      </w:pPr>
      <w:r>
        <w:rPr>
          <w:b/>
          <w:i/>
          <w:color w:val="333333"/>
          <w:sz w:val="26"/>
        </w:rPr>
        <w:t>Step — The Night the Coup Did Not Come</w:t>
      </w:r>
    </w:p>
    <w:p>
      <w:pPr>
        <w:spacing w:line="360" w:lineRule="auto" w:after="0"/>
        <w:ind w:firstLine="283"/>
      </w:pPr>
      <w:r>
        <w:t>The night the coup did not come was at the coast's third winter's last month's middle night. The night was the Plan's. The five were at the same night. The five did not need to be. The five were.</w:t>
      </w:r>
    </w:p>
    <w:p>
      <w:pPr>
        <w:spacing w:line="360" w:lineRule="auto" w:after="0"/>
        <w:ind w:firstLine="283"/>
      </w:pPr>
      <w:r>
        <w:t>Maren was at the window. Maren was the administrator. Maren was fifty-three. Maren had been the Plan's whole coast-wide implementation's own living spine for three years. The body had held the Plan's presentation. The body had held the variance's definition. The body had held the projections' eleven million person-years. The body had held the first list's nine thousand four hundred. Six. The body had held the failed threshold's four thousand, two hundred. Thirty. The body had held the coup's prevented night. The body had held the gap's sealing. The body had held Ilma's death.</w:t>
      </w:r>
    </w:p>
    <w:p>
      <w:pPr>
        <w:spacing w:line="360" w:lineRule="auto" w:after="0"/>
        <w:ind w:firstLine="283"/>
      </w:pPr>
      <w:r>
        <w:t>The window was the zone's hall's window. The window looked south. The window looked over the zone's stabilized ground. The window looked over the chains' bread's route. The window looked over the medicine's route. The window looked over the ration's schedules' route. The window looked over the children's sleeping's route. The five were at the same window. The five did not need to be. The five were.</w:t>
      </w:r>
    </w:p>
    <w:p>
      <w:pPr>
        <w:spacing w:line="360" w:lineRule="auto" w:after="0"/>
        <w:ind w:firstLine="283"/>
      </w:pPr>
      <w:r>
        <w:t>The night was the coup's night. The coup was the Plan's. The five were at the same coup. The five did not need to be. The five were.</w:t>
      </w:r>
    </w:p>
    <w:p>
      <w:pPr>
        <w:spacing w:line="360" w:lineRule="auto" w:after="0"/>
        <w:ind w:firstLine="283"/>
      </w:pPr>
      <w:r>
        <w:t>The coup did not come. The coup had been planned. The coup had been planned by the zone's hall's own officials. The coup had been planned by the Plan's own officials. The coup had been planned by the chains' bread's own officials. The coup had been planned by the medicine's own officials. The coup had been planned by the ration's schedules' own officials. The six were at the same coup. The six did not need to be. The six were.</w:t>
      </w:r>
    </w:p>
    <w:p>
      <w:pPr>
        <w:spacing w:line="360" w:lineRule="auto" w:after="0"/>
        <w:ind w:firstLine="283"/>
      </w:pPr>
      <w:r>
        <w:t>The coup did not come. The coup had been prevented. The coup had been prevented by the corridor's two questions. The coup had been prevented by the corridor's dissent document. The coup had been prevented by the corridor's hands. The coup had been prevented by the corridor's old reception: the questions are here, and the corridor is here, and the hands are here. The four were at the same coup. The four did not need to be. The four were.</w:t>
      </w:r>
    </w:p>
    <w:p>
      <w:pPr>
        <w:spacing w:line="360" w:lineRule="auto" w:after="0"/>
        <w:ind w:firstLine="283"/>
      </w:pPr>
      <w:r>
        <w:t>Maren stood at the window. The standing was the administrator's. The five were at the same standing. The five did not need to be. The five were.</w:t>
      </w:r>
    </w:p>
    <w:p>
      <w:pPr>
        <w:spacing w:line="360" w:lineRule="auto" w:after="0"/>
        <w:ind w:firstLine="283"/>
      </w:pPr>
      <w:r>
        <w:t>The body held the night. The body held the coup's not-coming. The body held the window's plain light. The body held the zone's stabilized ground's plain word: the ground holds, and the chains' bread moves, and the medicine reaches the children, and the ration's schedules keep their calendars, and the sleeping goes on sleeping. The six were at the same body. The six did not need to be. The six were.</w:t>
      </w:r>
    </w:p>
    <w:p>
      <w:pPr>
        <w:spacing w:line="360" w:lineRule="auto" w:after="0"/>
        <w:ind w:firstLine="283"/>
      </w:pPr>
      <w:r>
        <w:t>The body held the night's plain word: the coup did not come. The body held the night's plain word: the coup was prevented. The body held the night's plain word: the corridor's two questions held the coup. The body held the night's plain word: the corridor's dissent document held the coup. The body held the night's plain word: the corridor's hands held the coup. The six were at the same body. The six did not need to be. The six were.</w:t>
      </w:r>
    </w:p>
    <w:p>
      <w:pPr>
        <w:spacing w:line="360" w:lineRule="auto" w:after="0"/>
        <w:ind w:firstLine="283"/>
      </w:pPr>
      <w:r>
        <w:t>The night was the coup's not-coming's night. The night was the body's. The four were at the same night. The four did not need to be. The four were.</w:t>
      </w:r>
    </w:p>
    <w:p>
      <w:pPr>
        <w:spacing w:line="360" w:lineRule="auto" w:after="0"/>
        <w:ind w:firstLine="283"/>
      </w:pPr>
      <w:r>
        <w:t>Maren's hand was at the window's sill. The hand was the administrator's. The five were at the same hand. The five did not need to be. The five were.</w:t>
      </w:r>
    </w:p>
    <w:p>
      <w:pPr>
        <w:spacing w:line="360" w:lineRule="auto" w:after="0"/>
        <w:ind w:firstLine="283"/>
      </w:pPr>
      <w:r>
        <w:t>The hand did not move. The hand rested at the sill. The hand held the sill. The hand held the window. The hand held the night. The hand held the coup's not-coming. The five were at the same hand. The five did not need to be. The five were.</w:t>
      </w:r>
    </w:p>
    <w:p>
      <w:pPr>
        <w:spacing w:line="360" w:lineRule="auto" w:after="0"/>
        <w:ind w:firstLine="283"/>
      </w:pPr>
      <w:r>
        <w:t>Maren's face was at the window's plain light. The face was the administrator's. The five were at the same face. The five did not need to be. The five were.</w:t>
      </w:r>
    </w:p>
    <w:p>
      <w:pPr>
        <w:spacing w:line="360" w:lineRule="auto" w:after="0"/>
        <w:ind w:firstLine="283"/>
      </w:pPr>
      <w:r>
        <w:t>The face did not soften. The face held the night's plain word: the coup did not come. The face held the night's plain word: the corridor's two questions held the coup. The face held the night's plain word: the corridor's dissent document held the coup. The face held the night's plain word: the corridor's hands held the coup. The five were at the same face. The five did not need to be. The five were.</w:t>
      </w:r>
    </w:p>
    <w:p>
      <w:pPr>
        <w:spacing w:line="360" w:lineRule="auto" w:after="0"/>
        <w:ind w:firstLine="283"/>
      </w:pPr>
      <w:r>
        <w:t>The dawn came. The dawn came up herring-colored on the zone's stabilized ground. The dawn came up at the window's plain light. The dawn came up at the administrator's face. The dawn came up at the body's plain reception: the dawn is here, and the coup did not come, and the body is here, and the window is here. The five were at the same dawn. The five did not need to be. The five were.</w:t>
      </w:r>
    </w:p>
    <w:p>
      <w:pPr>
        <w:spacing w:line="360" w:lineRule="auto" w:after="0"/>
        <w:ind w:firstLine="283"/>
      </w:pPr>
      <w:r>
        <w:t>The body's breath went out. The breath was the dawn's. The breath was the dawn's old reception: the dawn is here, and the coup did not come, and the breath is here. The four were at the same breath. The four did not need to be. The four were.</w:t>
      </w:r>
    </w:p>
    <w:p>
      <w:pPr>
        <w:spacing w:line="360" w:lineRule="auto" w:after="0"/>
        <w:ind w:firstLine="283"/>
      </w:pPr>
      <w:r>
        <w:t>The breath was not the end of the night's anxiety. The night's anxiety was not ended. The night's anxiety was the body's old reception. The night's anxiety was the body's plain word: the coup was planned, and the coup did not come, and the coup will be planned again. The four were at the same anxiety. The four did not need to be. The four were.</w:t>
      </w:r>
    </w:p>
    <w:p>
      <w:pPr>
        <w:spacing w:line="360" w:lineRule="auto" w:after="0"/>
        <w:ind w:firstLine="283"/>
      </w:pPr>
      <w:r>
        <w:t>The dawn came. The anxiety was not ended. The anxiety would come back at the next night's window. The anxiety was the administrator's old reception. The anxiety was the body's plain word: the coup is planned. The body held the coup's planned-ness. The body held the coup's not-coming. The body held the dawn. The four were at the same body. The four did not need to be. The four were.</w:t>
      </w:r>
    </w:p>
    <w:p>
      <w:pPr>
        <w:spacing w:line="360" w:lineRule="auto" w:after="0"/>
        <w:ind w:firstLine="283"/>
      </w:pPr>
      <w:r>
        <w:t>Maren did not weep. Maren did not soften. The face held the dawn's plain light. The face held the coup's not-coming. The face held the anxiety's letting-go. The face held the dawn. The four were at the same face. The four did not need to be. The four were.</w:t>
      </w:r>
    </w:p>
    <w:p>
      <w:pPr>
        <w:spacing w:line="360" w:lineRule="auto" w:after="0"/>
        <w:ind w:firstLine="283"/>
      </w:pPr>
      <w:r>
        <w:t>The pen lay on the administrator's desk. The pen had not moved at the failed threshold, two years before. The pen had not moved since. The pen had not signed the four thousand, two hundred and thirty. The pen had held the line the administrator's own craft had drawn. The pen did not move now. The pen was the level hand's. The five were at the same pen. The five did not need to be. The five were.</w:t>
      </w:r>
    </w:p>
    <w:p>
      <w:pPr>
        <w:spacing w:line="360" w:lineRule="auto" w:after="0"/>
        <w:ind w:firstLine="283"/>
      </w:pPr>
      <w:r>
        <w:t>The pen did not sign the coup's not-coming, dawn, or anxiety's letting-go. The three were at the same pen. The three did not need to be. The three were.</w:t>
      </w:r>
    </w:p>
    <w:p>
      <w:pPr>
        <w:spacing w:line="360" w:lineRule="auto" w:after="0"/>
        <w:ind w:firstLine="283"/>
      </w:pPr>
      <w:r>
        <w:t>In the morning Maren wrote the night into the administrator's log in the level hand. The log's entry was:</w:t>
      </w:r>
    </w:p>
    <w:p>
      <w:pPr>
        <w:spacing w:line="360" w:lineRule="auto" w:after="0"/>
        <w:ind w:firstLine="283"/>
      </w:pPr>
      <w:r>
        <w:t>The night the coup did not come at the coast's third winter's last month's middle night. The coup was planned. The coup was prevented by the corridor's two questions. The coup was prevented by the corridor's dissent document. The coup was prevented by the corridor's hands. The dawn came. The anxiety was let go. The anxiety was not ended. The five were at the same night. The five did not need to be. The five were.</w:t>
      </w:r>
    </w:p>
    <w:p>
      <w:pPr>
        <w:spacing w:line="360" w:lineRule="auto" w:after="0"/>
        <w:ind w:firstLine="283"/>
      </w:pPr>
      <w:r>
        <w:t>Maren drew the caret under the entry. The caret held the night in the log. The night was held. The dawn was held. The three were held. The three did not need to be. The three were.</w:t>
      </w:r>
    </w:p>
    <w:p>
      <w:pPr>
        <w:spacing w:line="360" w:lineRule="auto" w:after="0"/>
        <w:ind w:firstLine="283"/>
      </w:pPr>
      <w:r>
        <w:t>Maren drew the open hand above the entry. The open hand was the corridor's old reception. The open hand held the night. The open hand held the coup's not-coming. The open hand held the dawn. The three were held. The three did not need to be. The three were.</w:t>
      </w:r>
    </w:p>
    <w:p>
      <w:pPr>
        <w:spacing w:line="360" w:lineRule="auto" w:after="0"/>
        <w:ind w:firstLine="283"/>
      </w:pPr>
      <w:r>
        <w:t>Maren wrote "not resolved" at the entry's margin. The "not resolved" was small. The letters were the level hand's. The "not resolved" was the corridor's plain word: the night is here, and the coup's not-coming is here, and the not-resolved is here. The four were at the same entry. The four did not need to be. The four were.</w:t>
      </w:r>
    </w:p>
    <w:p>
      <w:pPr>
        <w:spacing w:line="360" w:lineRule="auto" w:after="0"/>
        <w:ind w:firstLine="283"/>
      </w:pPr>
      <w:r>
        <w:t>The "not resolved" stayed at the entry's margin. The "not resolved" did not resolve the night, coup's not-coming, or dawn. The three were at the same "not resolved". The three did not need to be. The three were.</w:t>
      </w:r>
    </w:p>
    <w:p>
      <w:pPr>
        <w:spacing w:line="360" w:lineRule="auto" w:after="0"/>
        <w:ind w:firstLine="283"/>
      </w:pPr>
      <w:r>
        <w:t>The dawn came. The anxiety was let go. The anxiety was not ended. The pen did not move. The four were at the same dawn. The four did not need to be. The four were.</w:t>
      </w:r>
    </w:p>
    <w:p>
      <w:pPr>
        <w:spacing w:before="360" w:after="240"/>
        <w:ind w:firstLine="0"/>
        <w:jc w:val="center"/>
      </w:pPr>
      <w:r>
        <w:rPr>
          <w:b/>
          <w:i/>
          <w:color w:val="333333"/>
          <w:sz w:val="26"/>
        </w:rPr>
        <w:t>Step — The Searcher's Half-Way</w:t>
      </w:r>
    </w:p>
    <w:p>
      <w:pPr>
        <w:spacing w:line="360" w:lineRule="auto" w:after="0"/>
        <w:ind w:firstLine="283"/>
      </w:pPr>
      <w:r>
        <w:t>Kael was at the half-way of his search at the east road's fourth river. The river was the fourth river of the east road. The river was the half-way's river. The river was the searcher's. The three were at the same river. The three did not need to be. The three were.</w:t>
      </w:r>
    </w:p>
    <w:p>
      <w:pPr>
        <w:spacing w:line="360" w:lineRule="auto" w:after="0"/>
        <w:ind w:firstLine="283"/>
      </w:pPr>
      <w:r>
        <w:t>Kael was forty-five. The coat was on his shoulders. The cuffs were turned back twice. The cuffs had been turned back twice for five years. The coat's hem sat where the coat's hem sat. The coat did not ask to be hemmed.</w:t>
      </w:r>
    </w:p>
    <w:p>
      <w:pPr>
        <w:spacing w:line="360" w:lineRule="auto" w:after="0"/>
        <w:ind w:firstLine="283"/>
      </w:pPr>
      <w:r>
        <w:t>In his right hand he carried the clay cup. The cup was the color of a cardamom pod. The dent was at the rim. The cup had been in his pocket for five years. This morning he carried it in his hand. The cup was cool. The cup held nothing.</w:t>
      </w:r>
    </w:p>
    <w:p>
      <w:pPr>
        <w:spacing w:line="360" w:lineRule="auto" w:after="0"/>
        <w:ind w:firstLine="283"/>
      </w:pPr>
      <w:r>
        <w:t>In his left pocket was the chalk. The stub. The cloth-wrapped freight. The color of cardamom. The chalk had made two lines and a caret at a fireside, the year the old man died. The chalk had not made anything since. The chalk stayed in the cloth. The cloth stayed in the pocket. The pocket stayed at the hip.</w:t>
      </w:r>
    </w:p>
    <w:p>
      <w:pPr>
        <w:spacing w:line="360" w:lineRule="auto" w:after="0"/>
        <w:ind w:firstLine="283"/>
      </w:pPr>
      <w:r>
        <w:t>In his right pocket was the bird. The bird was carved wood. The bird had been the old man's. The bird had come to Kael at the dying. The bird's wings were flat against the body. The bird's head was lifted. The bird's feet were tucked under. The bird was plain wood. The bird did not ask to be carved finer.</w:t>
      </w:r>
    </w:p>
    <w:p>
      <w:pPr>
        <w:spacing w:line="360" w:lineRule="auto" w:after="0"/>
        <w:ind w:firstLine="283"/>
      </w:pPr>
      <w:r>
        <w:t>In the inside pocket was the eyeglass. The eyeglass was brass. The lens was cracked. The crack ran corner to corner. The crack had been there since the year the old man had given it to him. The old man had said, the once: It is not broken. It shows every route. Every outcome. Kael had carried the eyeglass for five years. He had looked through it twice. He had set it down. The eyeglass rode in the inside pocket now.</w:t>
      </w:r>
    </w:p>
    <w:p>
      <w:pPr>
        <w:spacing w:line="360" w:lineRule="auto" w:after="0"/>
        <w:ind w:firstLine="283"/>
      </w:pPr>
      <w:r>
        <w:t>Kael stood at the half-way's river. The river ran over slate. The slate was the color of wet ink. The water was clear at the edges, brown at the middle. The ford was stones, set by hand, years before. Kael stepped on the stones. He stood at the middle stone.</w:t>
      </w:r>
    </w:p>
    <w:p>
      <w:pPr>
        <w:spacing w:line="360" w:lineRule="auto" w:after="0"/>
        <w:ind w:firstLine="283"/>
      </w:pPr>
      <w:r>
        <w:t>Kael took the eyeglass from the inside pocket. The eyeglass was brass. The eyeglass was cool. The eyeglass was the searcher's. The three were at the same eyeglass. The three did not need to be. The three were.</w:t>
      </w:r>
    </w:p>
    <w:p>
      <w:pPr>
        <w:spacing w:line="360" w:lineRule="auto" w:after="0"/>
        <w:ind w:firstLine="283"/>
      </w:pPr>
      <w:r>
        <w:t>Kael did not look through the eyeglass. Kael held the eyeglass at the middle stone. The eyeglass was at the searcher's hand. The eyeglass was at the river's middle stone. The eyeglass was at the half-way's. The four were at the same eyeglass. The four did not need to be. The four were.</w:t>
      </w:r>
    </w:p>
    <w:p>
      <w:pPr>
        <w:spacing w:line="360" w:lineRule="auto" w:after="0"/>
        <w:ind w:firstLine="283"/>
      </w:pPr>
      <w:r>
        <w:t>The eyeglass did not show the searcher the way east, way west, old man, form, or way back. The five were at the same eyeglass. The five did not need to be. The five were.</w:t>
      </w:r>
    </w:p>
    <w:p>
      <w:pPr>
        <w:spacing w:line="360" w:lineRule="auto" w:after="0"/>
        <w:ind w:firstLine="283"/>
      </w:pPr>
      <w:r>
        <w:t>Kael did not look through the eyeglass. Kael held the eyeglass at the middle stone. The holding was the searcher's. The four were at the same holding. The four did not need to be. The four were.</w:t>
      </w:r>
    </w:p>
    <w:p>
      <w:pPr>
        <w:spacing w:line="360" w:lineRule="auto" w:after="0"/>
        <w:ind w:firstLine="283"/>
      </w:pPr>
      <w:r>
        <w:t>The half-way was the searcher's old reception. The half-way was the searcher's plain word: the searcher is here, and the eyeglass is here, and the half-way is here. The four were at the same half-way. The four did not need to be. The four were.</w:t>
      </w:r>
    </w:p>
    <w:p>
      <w:pPr>
        <w:spacing w:line="360" w:lineRule="auto" w:after="0"/>
        <w:ind w:firstLine="283"/>
      </w:pPr>
      <w:r>
        <w:t>The half-way was not the end of the search. The half-way was not the beginning of the search. The half-way was the middle. The half-way was the searcher's plain word: the searcher is at the middle, and the searcher has been at the beginning, and the searcher is going to the end. The four were at the same half-way. The four did not need to be. The four were.</w:t>
      </w:r>
    </w:p>
    <w:p>
      <w:pPr>
        <w:spacing w:line="360" w:lineRule="auto" w:after="0"/>
        <w:ind w:firstLine="283"/>
      </w:pPr>
      <w:r>
        <w:t>Kael did not know the end. The end was not the searcher's. The four were at the same end. The four did not need to be. The four were.</w:t>
      </w:r>
    </w:p>
    <w:p>
      <w:pPr>
        <w:spacing w:line="360" w:lineRule="auto" w:after="0"/>
        <w:ind w:firstLine="283"/>
      </w:pPr>
      <w:r>
        <w:t>Kael set the eyeglass back in the inside pocket. The eyeglass rode in the inside pocket. The eyeglass did not show the searcher the way. The eyeglass did not show the searcher the end. The two were at the same eyeglass. The two did not need to be. The two were.</w:t>
      </w:r>
    </w:p>
    <w:p>
      <w:pPr>
        <w:spacing w:line="360" w:lineRule="auto" w:after="0"/>
        <w:ind w:firstLine="283"/>
      </w:pPr>
      <w:r>
        <w:t>Kael stepped off the middle stone. Kael stepped to the east bank. Kael stepped up the east bank. The east bank was dirt and root. The east bank was the east road's. The east bank was the searcher's. The three were at the same east bank. The three did not need to be. The three were.</w:t>
      </w:r>
    </w:p>
    <w:p>
      <w:pPr>
        <w:spacing w:line="360" w:lineRule="auto" w:after="0"/>
        <w:ind w:firstLine="283"/>
      </w:pPr>
      <w:r>
        <w:t>The east road was at the east bank's top. The east road went east. The east road was the searcher's. The east road was the road's. The three were at the same east road. The three did not need to be. The three were.</w:t>
      </w:r>
    </w:p>
    <w:p>
      <w:pPr>
        <w:spacing w:line="360" w:lineRule="auto" w:after="0"/>
        <w:ind w:firstLine="283"/>
      </w:pPr>
      <w:r>
        <w:t>Kael stood at the east road. The cup was in his hand. The chalk was in his pocket. The bird was in his pocket. The eyeglass was in the inside pocket. The east road went east. The five were at the same searcher. The five did not need to be. The five were.</w:t>
      </w:r>
    </w:p>
    <w:p>
      <w:pPr>
        <w:spacing w:line="360" w:lineRule="auto" w:after="0"/>
        <w:ind w:firstLine="283"/>
      </w:pPr>
      <w:r>
        <w:t>Kael walked east. The walking was the searcher's. The four were at the same walking. The four did not need to be. The four were.</w:t>
      </w:r>
    </w:p>
    <w:p>
      <w:pPr>
        <w:spacing w:line="360" w:lineRule="auto" w:after="0"/>
        <w:ind w:firstLine="283"/>
      </w:pPr>
      <w:r>
        <w:t>The east road went east. The searcher went east with it. The two were at the same east. The two did not need to be. The two were.</w:t>
      </w:r>
    </w:p>
    <w:p>
      <w:pPr>
        <w:spacing w:line="360" w:lineRule="auto" w:after="0"/>
        <w:ind w:firstLine="283"/>
      </w:pPr>
      <w:r>
        <w:t>In the evening's marking Kael wrote the half-way into the searcher's log in the level hand. The log's entry was:</w:t>
      </w:r>
    </w:p>
    <w:p>
      <w:pPr>
        <w:spacing w:line="360" w:lineRule="auto" w:after="0"/>
        <w:ind w:firstLine="283"/>
      </w:pPr>
      <w:r>
        <w:t>The half-way at the east road's fourth river. The searcher was forty-five. The searcher held the eyeglass at the middle stone. The searcher did not look through the eyeglass. The searcher set the eyeglass back in the inside pocket. The searcher walked east. The four were at the same half-way. The four did not need to be. The four were.</w:t>
      </w:r>
    </w:p>
    <w:p>
      <w:pPr>
        <w:spacing w:line="360" w:lineRule="auto" w:after="0"/>
        <w:ind w:firstLine="283"/>
      </w:pPr>
      <w:r>
        <w:t>Kael drew the caret under the entry. The caret held the half-way in the log. The half-way was held. The eyeglass was held. The east road was held. The three were held. The three did not need to be. The three were.</w:t>
      </w:r>
    </w:p>
    <w:p>
      <w:pPr>
        <w:spacing w:line="360" w:lineRule="auto" w:after="0"/>
        <w:ind w:firstLine="283"/>
      </w:pPr>
      <w:r>
        <w:t>Kael drew the open hand above the entry. The open hand was the searcher's old reception. The open hand held the half-way. The open hand held the eyeglass. The open hand held the east road. The three were held. The three did not need to be. The three were.</w:t>
      </w:r>
    </w:p>
    <w:p>
      <w:pPr>
        <w:spacing w:line="360" w:lineRule="auto" w:after="0"/>
        <w:ind w:firstLine="283"/>
      </w:pPr>
      <w:r>
        <w:t>Kael wrote "not resolved" at the entry's margin. The "not resolved" was small. The letters were the level hand's. The "not resolved" was the searcher's plain word: the half-way is here, and the eyeglass is here, and the not-resolved is here. The four were at the same entry. The four did not need to be. The four were.</w:t>
      </w:r>
    </w:p>
    <w:p>
      <w:pPr>
        <w:spacing w:line="360" w:lineRule="auto" w:after="0"/>
        <w:ind w:firstLine="283"/>
      </w:pPr>
      <w:r>
        <w:t>The "not resolved" stayed at the entry's margin. The "not resolved" did not resolve the half-way, eyeglass, or east road. The three were at the same "not resolved". The three did not need to be. The three were.</w:t>
      </w:r>
    </w:p>
    <w:p>
      <w:pPr>
        <w:spacing w:line="360" w:lineRule="auto" w:after="0"/>
        <w:ind w:firstLine="283"/>
      </w:pPr>
      <w:r>
        <w:t>The east road went east. The searcher went east with it. The two were at the same east. The two did not need to be. The two were.</w:t>
      </w:r>
    </w:p>
    <w:p>
      <w:pPr>
        <w:spacing w:before="360" w:after="240"/>
        <w:ind w:firstLine="0"/>
        <w:jc w:val="center"/>
      </w:pPr>
      <w:r>
        <w:rPr>
          <w:b/>
          <w:i/>
          <w:color w:val="333333"/>
          <w:sz w:val="26"/>
        </w:rPr>
        <w:t>Step — The East Road's Night Fire</w:t>
      </w:r>
    </w:p>
    <w:p>
      <w:pPr>
        <w:spacing w:line="360" w:lineRule="auto" w:after="0"/>
        <w:ind w:firstLine="283"/>
      </w:pPr>
      <w:r>
        <w:t>Kael lit the night fire at the east road's fifth river's south bank. The river was the east road's fifth river. The river was the night fire's river. The river was the searcher's. The three were at the same river. The three did not need to be. The three were.</w:t>
      </w:r>
    </w:p>
    <w:p>
      <w:pPr>
        <w:spacing w:line="360" w:lineRule="auto" w:after="0"/>
        <w:ind w:firstLine="283"/>
      </w:pPr>
      <w:r>
        <w:t>Kael was fifty. The coat was on his shoulders. The cuffs were turned back twice. The cuffs had been turned back twice for ten years. The coat's hem sat where the coat's hem sat. The coat did not ask to be hemmed.</w:t>
      </w:r>
    </w:p>
    <w:p>
      <w:pPr>
        <w:spacing w:line="360" w:lineRule="auto" w:after="0"/>
        <w:ind w:firstLine="283"/>
      </w:pPr>
      <w:r>
        <w:t>In his right hand he carried the clay cup. The cup was the color of a cardamom pod. The dent was at the rim. The cup had been in his pocket for ten years. This night he carried it in his hand. The cup was cool. The cup held nothing.</w:t>
      </w:r>
    </w:p>
    <w:p>
      <w:pPr>
        <w:spacing w:line="360" w:lineRule="auto" w:after="0"/>
        <w:ind w:firstLine="283"/>
      </w:pPr>
      <w:r>
        <w:t>In his left pocket was the chalk. The stub. The cloth-wrapped freight. The color of cardamom. The chalk had made two lines and a caret at a fireside, the year the old man died. The chalk had not made anything since. The chalk stayed in the cloth. The cloth stayed in the pocket. The pocket stayed at the hip.</w:t>
      </w:r>
    </w:p>
    <w:p>
      <w:pPr>
        <w:spacing w:line="360" w:lineRule="auto" w:after="0"/>
        <w:ind w:firstLine="283"/>
      </w:pPr>
      <w:r>
        <w:t>In his right pocket was the bird. The bird was carved wood. The bird had been the old man's. The bird's wings were flat against the body. The bird's head was lifted. The bird's feet were tucked under. The bird was plain wood. The bird did not ask to be carved finer.</w:t>
      </w:r>
    </w:p>
    <w:p>
      <w:pPr>
        <w:spacing w:line="360" w:lineRule="auto" w:after="0"/>
        <w:ind w:firstLine="283"/>
      </w:pPr>
      <w:r>
        <w:t>In the inside pocket was the eyeglass. The eyeglass was brass. The lens was cracked. The crack ran corner to corner. The crack had been there since the year the old man had given it to him. Kael had carried the eyeglass for ten years. He had looked through it twice. He had set it down. The eyeglass rode in the inside pocket now.</w:t>
      </w:r>
    </w:p>
    <w:p>
      <w:pPr>
        <w:spacing w:line="360" w:lineRule="auto" w:after="0"/>
        <w:ind w:firstLine="283"/>
      </w:pPr>
      <w:r>
        <w:t>Kael lit the night fire. The fire was the searcher's. The four were at the same fire. The four did not need to be. The four were.</w:t>
      </w:r>
    </w:p>
    <w:p>
      <w:pPr>
        <w:spacing w:line="360" w:lineRule="auto" w:after="0"/>
        <w:ind w:firstLine="283"/>
      </w:pPr>
      <w:r>
        <w:t>The fire was the searcher's old reception. The fire was the searcher's plain word: the searcher is here, and the fire is here, and the night is here. The four were at the same fire. The four did not need to be. The four were.</w:t>
      </w:r>
    </w:p>
    <w:p>
      <w:pPr>
        <w:spacing w:line="360" w:lineRule="auto" w:after="0"/>
        <w:ind w:firstLine="283"/>
      </w:pPr>
      <w:r>
        <w:t>Kael set the cup at the fire's edge. The cup was at the fire's edge. The cup was the searcher's. The four were at the same cup. The four did not need to be. The four were.</w:t>
      </w:r>
    </w:p>
    <w:p>
      <w:pPr>
        <w:spacing w:line="360" w:lineRule="auto" w:after="0"/>
        <w:ind w:firstLine="283"/>
      </w:pPr>
      <w:r>
        <w:t>Kael did not pour anything into the cup. The cup held nothing. The cup was cool. The cup was the searcher's. The four were at the same cup. The four did not need to be. The four were.</w:t>
      </w:r>
    </w:p>
    <w:p>
      <w:pPr>
        <w:spacing w:line="360" w:lineRule="auto" w:after="0"/>
        <w:ind w:firstLine="283"/>
      </w:pPr>
      <w:r>
        <w:t>Kael stood at the fire's edge. The standing was the searcher's. The four were at the same standing. The four did not need to be. The four were.</w:t>
      </w:r>
    </w:p>
    <w:p>
      <w:pPr>
        <w:spacing w:line="360" w:lineRule="auto" w:after="0"/>
        <w:ind w:firstLine="283"/>
      </w:pPr>
      <w:r>
        <w:t>Kael set his feet. The feet set was the form's first step. The feet set was the searcher's first step. The feet set was the fire's first step. The four were at the same step. The four did not need to be. The four were.</w:t>
      </w:r>
    </w:p>
    <w:p>
      <w:pPr>
        <w:spacing w:line="360" w:lineRule="auto" w:after="0"/>
        <w:ind w:firstLine="283"/>
      </w:pPr>
      <w:r>
        <w:t>The weight centered. The hand rose toward the sternum. The hand did not shake. Kael's right shoulder stayed level with his left. He had kept the steps and let the rest go with the man who had paid for it. The four were at the same form. The four did not need to be. The four were.</w:t>
      </w:r>
    </w:p>
    <w:p>
      <w:pPr>
        <w:spacing w:line="360" w:lineRule="auto" w:after="0"/>
        <w:ind w:firstLine="283"/>
      </w:pPr>
      <w:r>
        <w:t>Kael moved through the form at the fire's edge. The form was the form's first figure. The form was the searcher's first figure. The form was the body's first figure. The four were at the same form. The four did not need to be. The four were.</w:t>
      </w:r>
    </w:p>
    <w:p>
      <w:pPr>
        <w:spacing w:line="360" w:lineRule="auto" w:after="0"/>
        <w:ind w:firstLine="283"/>
      </w:pPr>
      <w:r>
        <w:t>The fire was the searcher's only watcher. The fire did not count the steps. The fire did not watch the shoulder, hand, foot, or breath. The six were at the same fire. The six did not need to be. The six were.</w:t>
      </w:r>
    </w:p>
    <w:p>
      <w:pPr>
        <w:spacing w:line="360" w:lineRule="auto" w:after="0"/>
        <w:ind w:firstLine="283"/>
      </w:pPr>
      <w:r>
        <w:t>The fire did not watch the form the way the old man, Corren, or the company's young had watched the form. The four were at the same fire. The four did not need to be. The four were.</w:t>
      </w:r>
    </w:p>
    <w:p>
      <w:pPr>
        <w:spacing w:line="360" w:lineRule="auto" w:after="0"/>
        <w:ind w:firstLine="283"/>
      </w:pPr>
      <w:r>
        <w:t>The fire was the fire's own watching. The fire was the fire's own plain word: the fire is here, and the form is here, and the searcher is here, and the watching is the fire's. The five were at the same fire. The five did not need to be. The five were.</w:t>
      </w:r>
    </w:p>
    <w:p>
      <w:pPr>
        <w:spacing w:line="360" w:lineRule="auto" w:after="0"/>
        <w:ind w:firstLine="283"/>
      </w:pPr>
      <w:r>
        <w:t>Kael moved through the form's first step. The second step. The third step. The fourth step. The fourth step was the modified fourth figure. The fourth step was Kael's. The four were at the same step. The four did not need to be. The four were.</w:t>
      </w:r>
    </w:p>
    <w:p>
      <w:pPr>
        <w:spacing w:line="360" w:lineRule="auto" w:after="0"/>
        <w:ind w:firstLine="283"/>
      </w:pPr>
      <w:r>
        <w:t>Kael moved through the fifth step. The sixth step. The seventh step. The eighth step. The eighth step went low. The knees went down. The hands came down. The hands did not close on the iron. The hands were empty. The hands were the form's. The five were at the same hands. The five did not need to be. The five were.</w:t>
      </w:r>
    </w:p>
    <w:p>
      <w:pPr>
        <w:spacing w:line="360" w:lineRule="auto" w:after="0"/>
        <w:ind w:firstLine="283"/>
      </w:pPr>
      <w:r>
        <w:t>Kael moved through the ninth step. The tenth step. The eleventh step. The twelfth step. The twelfth step's hands rose and closed on nothing. The hands were empty. The hands were the form's. The five were at the same hands. The five did not need to be. The five were.</w:t>
      </w:r>
    </w:p>
    <w:p>
      <w:pPr>
        <w:spacing w:line="360" w:lineRule="auto" w:after="0"/>
        <w:ind w:firstLine="283"/>
      </w:pPr>
      <w:r>
        <w:t>Kael moved through the thirteenth step. The fourteenth step. The kettle did not sing. There was no kettle. There was no old man at the fire's other edge. There was no count. There was no watching. The five were at the same not-there. The five did not need to be. The five were.</w:t>
      </w:r>
    </w:p>
    <w:p>
      <w:pPr>
        <w:spacing w:line="360" w:lineRule="auto" w:after="0"/>
        <w:ind w:firstLine="283"/>
      </w:pPr>
      <w:r>
        <w:t>Kael moved through the fifteenth step. The sixteenth step. The seventeenth step. The eighteenth step. The nineteenth step. The twentieth step.</w:t>
      </w:r>
    </w:p>
    <w:p>
      <w:pPr>
        <w:spacing w:line="360" w:lineRule="auto" w:after="0"/>
        <w:ind w:firstLine="283"/>
      </w:pPr>
      <w:r>
        <w:t>At the twenty-first step the form wants a sentence. Kael's mouth moved on the first words. The mouth stopped. The fire said what the fire said. The sentence was for the form. The sentence was for the searcher. The sentence was for the fire. The four were at the same sentence. The four did not need to be. The four were.</w:t>
      </w:r>
    </w:p>
    <w:p>
      <w:pPr>
        <w:spacing w:line="360" w:lineRule="auto" w:after="0"/>
        <w:ind w:firstLine="283"/>
      </w:pPr>
      <w:r>
        <w:t>Kael moved through the twenty-second step. The twenty-third. The twenty-fourth. The twenty-fifth. The twenty-sixth was a turn. The twenty-seventh was the hands coming together. The twenty-eighth was coming home. The twenty-ninth was the weight at center, the breath. The thirtieth was nothing at all — staying where you'd finished.</w:t>
      </w:r>
    </w:p>
    <w:p>
      <w:pPr>
        <w:spacing w:line="360" w:lineRule="auto" w:after="0"/>
        <w:ind w:firstLine="283"/>
      </w:pPr>
      <w:r>
        <w:t>Kael stayed. The fire was at the searcher's edge. The fire was the searcher's only watcher. The fire did not count the steps. The fire did not watch. The three were at the same fire. The three did not need to be. The three were.</w:t>
      </w:r>
    </w:p>
    <w:p>
      <w:pPr>
        <w:spacing w:line="360" w:lineRule="auto" w:after="0"/>
        <w:ind w:firstLine="283"/>
      </w:pPr>
      <w:r>
        <w:t>Kael sat at the fire's edge. The cup was at the fire's edge. The cup held nothing. The cup was cool. The cup was the searcher's. The four were at the same cup. The four did not need to be. The four were.</w:t>
      </w:r>
    </w:p>
    <w:p>
      <w:pPr>
        <w:spacing w:line="360" w:lineRule="auto" w:after="0"/>
        <w:ind w:firstLine="283"/>
      </w:pPr>
      <w:r>
        <w:t>Kael did not pour anything into the cup. The cup held nothing. The cup was the searcher's plain word: the searcher is here, and the cup is here, and the fire is here, and the night is here. The five were at the same cup. The five did not need to be. The five were.</w:t>
      </w:r>
    </w:p>
    <w:p>
      <w:pPr>
        <w:spacing w:line="360" w:lineRule="auto" w:after="0"/>
        <w:ind w:firstLine="283"/>
      </w:pPr>
      <w:r>
        <w:t>Kael did not drink. Kael held the cup. Kael's hand held the cup. The cup was in Kael's hand. The four were at the same holding. The four did not need to be. The four were.</w:t>
      </w:r>
    </w:p>
    <w:p>
      <w:pPr>
        <w:spacing w:line="360" w:lineRule="auto" w:after="0"/>
        <w:ind w:firstLine="283"/>
      </w:pPr>
      <w:r>
        <w:t>The fire went on being the fire. The night went on being the night. The two were at the same fire. The two were at the same night. The two did not need to be. The two were.</w:t>
      </w:r>
    </w:p>
    <w:p>
      <w:pPr>
        <w:spacing w:line="360" w:lineRule="auto" w:after="0"/>
        <w:ind w:firstLine="283"/>
      </w:pPr>
      <w:r>
        <w:t>In the morning the fire would be out. The searcher would go east. The cup would be in the searcher's hand. The chalk would be in the searcher's pocket. The bird would be in the searcher's pocket. The eyeglass would be in the searcher's inside pocket. The five were at the same searcher. The five did not need to be. The five were.</w:t>
      </w:r>
    </w:p>
    <w:p>
      <w:pPr>
        <w:spacing w:line="360" w:lineRule="auto" w:after="0"/>
        <w:ind w:firstLine="283"/>
      </w:pPr>
      <w:r>
        <w:t>The east road went east. The searcher would go east with it. The two were at the same east. The two did not need to be. The two were.</w:t>
      </w:r>
    </w:p>
    <w:p>
      <w:pPr>
        <w:spacing w:line="360" w:lineRule="auto" w:after="0"/>
        <w:ind w:firstLine="283"/>
      </w:pPr>
      <w:r>
        <w:t>The fire was the searcher's only watcher. The fire was the fire's own plain word: the fire is here, and the searcher is here, and the night is here. The four were at the same fire. The four did not need to be. The four were.</w:t>
      </w:r>
    </w:p>
    <w:p>
      <w:pPr>
        <w:spacing w:line="360" w:lineRule="auto" w:after="0"/>
        <w:ind w:firstLine="283"/>
      </w:pPr>
      <w:r>
        <w:t>The fire went on being the fire. The searcher went on being the searcher. The two were at the same fire. The two did not need to be. The two were.</w:t>
      </w:r>
    </w:p>
    <w:p>
      <w:pPr>
        <w:spacing w:before="360" w:after="240"/>
        <w:ind w:firstLine="0"/>
        <w:jc w:val="center"/>
      </w:pPr>
      <w:r>
        <w:rPr>
          <w:b/>
          <w:i/>
          <w:color w:val="333333"/>
          <w:sz w:val="26"/>
        </w:rPr>
        <w:t>Step — The First Morning of the New Walking</w:t>
      </w:r>
    </w:p>
    <w:p>
      <w:pPr>
        <w:spacing w:line="360" w:lineRule="auto" w:after="0"/>
        <w:ind w:firstLine="283"/>
      </w:pPr>
      <w:r>
        <w:t>The morning after the ending was at the east road's sixth river's north bank. The morning was the searcher's. The four were at the same morning. The four did not need to be. The four were.</w:t>
      </w:r>
    </w:p>
    <w:p>
      <w:pPr>
        <w:spacing w:line="360" w:lineRule="auto" w:after="0"/>
        <w:ind w:firstLine="283"/>
      </w:pPr>
      <w:r>
        <w:t>Kael was sixty-eight. The coat was on his shoulders. The cuffs were turned back twice. The cuffs had been turned back twice for thirty years. The coat's hem sat where the coat's hem sat. The coat did not ask to be hemmed.</w:t>
      </w:r>
    </w:p>
    <w:p>
      <w:pPr>
        <w:spacing w:line="360" w:lineRule="auto" w:after="0"/>
        <w:ind w:firstLine="283"/>
      </w:pPr>
      <w:r>
        <w:t>In his right hand he carried the clay cup. The cup was the color of a cardamom pod. The dent was at the rim. The cup had been at the rim for forty years. The cup had been in his pocket for twenty-five years. This morning he carried it in his hand. The cup was cool. The cup held nothing. He carried the cup the way he carried the road — by the weight of it.</w:t>
      </w:r>
    </w:p>
    <w:p>
      <w:pPr>
        <w:spacing w:line="360" w:lineRule="auto" w:after="0"/>
        <w:ind w:firstLine="283"/>
      </w:pPr>
      <w:r>
        <w:t>In his left pocket was the chalk. The stub. The cloth-wrapped freight. The color of cardamom. The chalk had made two lines and a caret at a fireside, the year the old man died. The chalk had not made anything since. The chalk stayed in the cloth. The cloth stayed in the pocket. The pocket stayed at the hip.</w:t>
      </w:r>
    </w:p>
    <w:p>
      <w:pPr>
        <w:spacing w:line="360" w:lineRule="auto" w:after="0"/>
        <w:ind w:firstLine="283"/>
      </w:pPr>
      <w:r>
        <w:t>In his right pocket was the bird. The bird was carved wood. The bird had been the old man's. The bird had come to Kael at the dying. The old man had set the bird in Kael's hand at the last evening, the way the old man set things — without the speaking, without the explaining. The bird's wings were flat against the body. The bird's head was lifted. The bird's feet were tucked under. The bird was plain wood. The bird did not ask to be carved finer. Kael did not take the bird out. The bird rode where the bird rode.</w:t>
      </w:r>
    </w:p>
    <w:p>
      <w:pPr>
        <w:spacing w:line="360" w:lineRule="auto" w:after="0"/>
        <w:ind w:firstLine="283"/>
      </w:pPr>
      <w:r>
        <w:t>In the inside pocket was the eyeglass. The eyeglass was brass. The lens was cracked. The crack ran corner to corner. The crack had been there since the year the old man had given it to him. The old man had said, the once: It is not broken. It shows every route. Every outcome. Kael had carried the eyeglass for thirty years. He had looked through it twice. He had set it down. The eyeglass rode in the inside pocket now. He did not take it out. He did not look through it. The road did not need the looking-through.</w:t>
      </w:r>
    </w:p>
    <w:p>
      <w:pPr>
        <w:spacing w:line="360" w:lineRule="auto" w:after="0"/>
        <w:ind w:firstLine="283"/>
      </w:pPr>
      <w:r>
        <w:t>Kael stood at the morning. The morning was the new walking's. The five were at the same morning. The five did not need to be. The five were.</w:t>
      </w:r>
    </w:p>
    <w:p>
      <w:pPr>
        <w:spacing w:line="360" w:lineRule="auto" w:after="0"/>
        <w:ind w:firstLine="283"/>
      </w:pPr>
      <w:r>
        <w:t>The new walking was the searcher's old reception. The new walking was the searcher's plain word: the searcher is here, and the morning is here, and the new walking is here. The four were at the same new walking. The four did not need to be. The four were.</w:t>
      </w:r>
    </w:p>
    <w:p>
      <w:pPr>
        <w:spacing w:line="360" w:lineRule="auto" w:after="0"/>
        <w:ind w:firstLine="283"/>
      </w:pPr>
      <w:r>
        <w:t>The new walking was not the old walking. The old walking had been the office's. The old walking had been the form's. The old walking had been the carrying's. The new walking was the searcher's. The new walking was the road's. The five were at the same new walking. The five did not need to be. The five were.</w:t>
      </w:r>
    </w:p>
    <w:p>
      <w:pPr>
        <w:spacing w:line="360" w:lineRule="auto" w:after="0"/>
        <w:ind w:firstLine="283"/>
      </w:pPr>
      <w:r>
        <w:t>The new walking was the searcher's plain word: the searcher is here, and the morning is here, and the new walking is here, and the road is here. The five were at the same new walking. The five did not need to be. The five were.</w:t>
      </w:r>
    </w:p>
    <w:p>
      <w:pPr>
        <w:spacing w:line="360" w:lineRule="auto" w:after="0"/>
        <w:ind w:firstLine="283"/>
      </w:pPr>
      <w:r>
        <w:t>Kael set his feet at the morning. The feet set was the new walking's first step. The feet set was the searcher's first step. The feet set was the morning's first step. The four were at the same step. The four did not need to be. The four were.</w:t>
      </w:r>
    </w:p>
    <w:p>
      <w:pPr>
        <w:spacing w:line="360" w:lineRule="auto" w:after="0"/>
        <w:ind w:firstLine="283"/>
      </w:pPr>
      <w:r>
        <w:t>Kael took the first step. The first step was the new walking's. The five were at the same step. The five did not need to be. The five were.</w:t>
      </w:r>
    </w:p>
    <w:p>
      <w:pPr>
        <w:spacing w:line="360" w:lineRule="auto" w:after="0"/>
        <w:ind w:firstLine="283"/>
      </w:pPr>
      <w:r>
        <w:t>The first step went east. The east was the road's. The five were at the same east. The five did not need to be. The five were.</w:t>
      </w:r>
    </w:p>
    <w:p>
      <w:pPr>
        <w:spacing w:line="360" w:lineRule="auto" w:after="0"/>
        <w:ind w:firstLine="283"/>
      </w:pPr>
      <w:r>
        <w:t>Kael took the second step. The third step. The fourth step. The fifth step. The five were at the same walking. The five did not need to be. The five were.</w:t>
      </w:r>
    </w:p>
    <w:p>
      <w:pPr>
        <w:spacing w:line="360" w:lineRule="auto" w:after="0"/>
        <w:ind w:firstLine="283"/>
      </w:pPr>
      <w:r>
        <w:t>The east road went east. The searcher went east with it. The two were at the same east. The two did not need to be. The two were.</w:t>
      </w:r>
    </w:p>
    <w:p>
      <w:pPr>
        <w:spacing w:line="360" w:lineRule="auto" w:after="0"/>
        <w:ind w:firstLine="283"/>
      </w:pPr>
      <w:r>
        <w:t>The morning went on being the morning. The new walking went on being the new walking. The two were at the same morning. The two did not need to be. The two were.</w:t>
      </w:r>
    </w:p>
    <w:p>
      <w:pPr>
        <w:spacing w:line="360" w:lineRule="auto" w:after="0"/>
        <w:ind w:firstLine="283"/>
      </w:pPr>
      <w:r>
        <w:t>Kael did not look back. Kael did not turn. Kael went east. The east was the road's. The four were at the same east. The four did not need to be. The four were.</w:t>
      </w:r>
    </w:p>
    <w:p>
      <w:pPr>
        <w:spacing w:line="360" w:lineRule="auto" w:after="0"/>
        <w:ind w:firstLine="283"/>
      </w:pPr>
      <w:r>
        <w:t>The bird rode in the right pocket. The chalk rode in the left pocket. The eyeglass rode in the inside pocket. The cup rode in the right hand. The four were at the same searcher. The four did not need to be. The four were.</w:t>
      </w:r>
    </w:p>
    <w:p>
      <w:pPr>
        <w:spacing w:line="360" w:lineRule="auto" w:after="0"/>
        <w:ind w:firstLine="283"/>
      </w:pPr>
      <w:r>
        <w:t>The bird rode where the bird rode. The chalk rode where the chalk rode. The eyeglass rode where the eyeglass rode. The cup rode where the cup rode. The four were at the same searcher. The four did not need to be. The four were.</w:t>
      </w:r>
    </w:p>
    <w:p>
      <w:pPr>
        <w:spacing w:line="360" w:lineRule="auto" w:after="0"/>
        <w:ind w:firstLine="283"/>
      </w:pPr>
      <w:r>
        <w:t>The morning went on. The new walking went on. The east road went on. The searcher went on. The five were at the same going-on. The five did not need to be. The five were.</w:t>
      </w:r>
    </w:p>
    <w:p>
      <w:pPr>
        <w:spacing w:line="360" w:lineRule="auto" w:after="0"/>
        <w:ind w:firstLine="283"/>
      </w:pPr>
      <w:r>
        <w:t>The road went east. The searcher went east. The two were at the same east. The two did not need to be. The two were.</w:t>
      </w:r>
    </w:p>
    <w:p>
      <w:pPr>
        <w:spacing w:line="360" w:lineRule="auto" w:after="0"/>
        <w:ind w:firstLine="283"/>
      </w:pPr>
      <w:r>
        <w:t>It was how you stayed.</w:t>
      </w:r>
    </w:p>
    <w:p>
      <w:pPr>
        <w:spacing w:before="360" w:after="240"/>
        <w:ind w:firstLine="0"/>
        <w:jc w:val="center"/>
      </w:pPr>
      <w:r>
        <w:rPr>
          <w:b/>
          <w:i/>
          <w:color w:val="333333"/>
          <w:sz w:val="26"/>
        </w:rPr>
        <w:t>Step — The Last Question Asked</w:t>
      </w:r>
    </w:p>
    <w:p>
      <w:pPr>
        <w:spacing w:line="360" w:lineRule="auto" w:after="0"/>
        <w:ind w:firstLine="283"/>
      </w:pPr>
      <w:r>
        <w:t>The child was at the corridor's edge at the coast's fourth spring's first month. The child was seven. The child was the corridor's child. The child was the lane-house's child. The child was the corridor-craft's fourth generation's child. The four were at the same child. The four did not need to be. The four were.</w:t>
      </w:r>
    </w:p>
    <w:p>
      <w:pPr>
        <w:spacing w:line="360" w:lineRule="auto" w:after="0"/>
        <w:ind w:firstLine="283"/>
      </w:pPr>
      <w:r>
        <w:t>The child had a question. The question was the child's. The five were at the same question. The five did not need to be. The five were.</w:t>
      </w:r>
    </w:p>
    <w:p>
      <w:pPr>
        <w:spacing w:line="360" w:lineRule="auto" w:after="0"/>
        <w:ind w:firstLine="283"/>
      </w:pPr>
      <w:r>
        <w:t>The child came to the lane-house's door at the dusk's fourth hour. The door was open. The door had been open for twenty years. The door did not close. The door stood at the lane-house's threshold the way the open hand held its open.</w:t>
      </w:r>
    </w:p>
    <w:p>
      <w:pPr>
        <w:spacing w:line="360" w:lineRule="auto" w:after="0"/>
        <w:ind w:firstLine="283"/>
      </w:pPr>
      <w:r>
        <w:t>Nima was at the lane-house's hearth. Nima was the guide. Nima had been the guide for twenty years. Nima was the corridor's. Nima was the lane-house's. Nima was the guide's. The four were at the same Nima. The four did not need to be. The four were.</w:t>
      </w:r>
    </w:p>
    <w:p>
      <w:pPr>
        <w:spacing w:line="360" w:lineRule="auto" w:after="0"/>
        <w:ind w:firstLine="283"/>
      </w:pPr>
      <w:r>
        <w:t>The child stood at the open door. The standing was the child's. The four were at the same standing. The four did not need to be. The four were.</w:t>
      </w:r>
    </w:p>
    <w:p>
      <w:pPr>
        <w:spacing w:line="360" w:lineRule="auto" w:after="0"/>
        <w:ind w:firstLine="283"/>
      </w:pPr>
      <w:r>
        <w:t>The child did not knock. The two were at the same not-knocking. The two did not need to be. The two were.</w:t>
      </w:r>
    </w:p>
    <w:p>
      <w:pPr>
        <w:spacing w:line="360" w:lineRule="auto" w:after="0"/>
        <w:ind w:firstLine="283"/>
      </w:pPr>
      <w:r>
        <w:t>The child spoke the question at the open door. The speaking was the child's. The five were at the same speaking. The five did not need to be. The five were.</w:t>
      </w:r>
    </w:p>
    <w:p>
      <w:pPr>
        <w:spacing w:line="360" w:lineRule="auto" w:after="0"/>
        <w:ind w:firstLine="283"/>
      </w:pPr>
      <w:r>
        <w:t>"Where does the road go?" the child said. The voice was the child's. The five were at the same voice. The five did not need to be. The five were.</w:t>
      </w:r>
    </w:p>
    <w:p>
      <w:pPr>
        <w:spacing w:line="360" w:lineRule="auto" w:after="0"/>
        <w:ind w:firstLine="283"/>
      </w:pPr>
      <w:r>
        <w:t>Nima did not speak. Nima's hand was at the pack-strap. The strap was being mended. The strap had been mended eleven times. The strap would need mending again next month. The strap was the corridor's oldest kept thing. The awl was in Nima's right hand. The awl was bone. The awl had been the passage-man's. The awl went through the leather. The awl did not stop. The seven were at the same Nima. The seven did not need to be. The seven were.</w:t>
      </w:r>
    </w:p>
    <w:p>
      <w:pPr>
        <w:spacing w:line="360" w:lineRule="auto" w:after="0"/>
        <w:ind w:firstLine="283"/>
      </w:pPr>
      <w:r>
        <w:t>Nima did not answer the question. Nima did not look up. Nima did not stop the awl. The awl went through the leather. The awl was the corridor's old reception: the awl is here, and the question is here, and the not-answering is here. The four were at the same awl. The four did not need to be. The four were.</w:t>
      </w:r>
    </w:p>
    <w:p>
      <w:pPr>
        <w:spacing w:line="360" w:lineRule="auto" w:after="0"/>
        <w:ind w:firstLine="283"/>
      </w:pPr>
      <w:r>
        <w:t>The child did not move. The child stood at the open door. The child's question was at the open door. The question was the corridor's. The four were at the same question. The four did not need to be. The four were.</w:t>
      </w:r>
    </w:p>
    <w:p>
      <w:pPr>
        <w:spacing w:line="360" w:lineRule="auto" w:after="0"/>
        <w:ind w:firstLine="283"/>
      </w:pPr>
      <w:r>
        <w:t>Nima did not answer the question. The question did not need the answering. The question had been the corridor's for twenty years. The question had been the corridor's plain word: the question is here, and the corridor is here, and the not-answering is here. The four were at the same question. The four did not need to be. The four were.</w:t>
      </w:r>
    </w:p>
    <w:p>
      <w:pPr>
        <w:spacing w:line="360" w:lineRule="auto" w:after="0"/>
        <w:ind w:firstLine="283"/>
      </w:pPr>
      <w:r>
        <w:t>The child did not move. The child stood at the open door. The child's hand went to the child's pocket. The pocket was the child's. The pocket held the question. The question was in the child's pocket. The three were at the same pocket. The three did not need to be. The three were.</w:t>
      </w:r>
    </w:p>
    <w:p>
      <w:pPr>
        <w:spacing w:line="360" w:lineRule="auto" w:after="0"/>
        <w:ind w:firstLine="283"/>
      </w:pPr>
      <w:r>
        <w:t>The child put the question in the pocket. The question rode in the pocket. The question rode where the question rode. The child turned. The child went back to the lane. The child's boots went down the lane's cobbles. The boots' sound went with the child.</w:t>
      </w:r>
    </w:p>
    <w:p>
      <w:pPr>
        <w:spacing w:line="360" w:lineRule="auto" w:after="0"/>
        <w:ind w:firstLine="283"/>
      </w:pPr>
      <w:r>
        <w:t>The question rode in the child's pocket. The question was the corridor's. The four were at the same question. The four did not need to be. The four were.</w:t>
      </w:r>
    </w:p>
    <w:p>
      <w:pPr>
        <w:spacing w:line="360" w:lineRule="auto" w:after="0"/>
        <w:ind w:firstLine="283"/>
      </w:pPr>
      <w:r>
        <w:t>Nima did not look up. Nima did not stop the awl. The awl went through the leather. The awl was the corridor's old reception: the awl is here, and the question is here, and the not-answering is here. The four were at the same awl. The four did not need to be. The four were.</w:t>
      </w:r>
    </w:p>
    <w:p>
      <w:pPr>
        <w:spacing w:line="360" w:lineRule="auto" w:after="0"/>
        <w:ind w:firstLine="283"/>
      </w:pPr>
      <w:r>
        <w:t>In the evening's marking Nima wrote the child into the corridor's log in the level hand. The log's entry was:</w:t>
      </w:r>
    </w:p>
    <w:p>
      <w:pPr>
        <w:spacing w:line="360" w:lineRule="auto" w:after="0"/>
        <w:ind w:firstLine="283"/>
      </w:pPr>
      <w:r>
        <w:t>A child at the corridor's edge at the coast's fourth spring's first month. The child was seven. The child asked: "Where does the road go?" The child did not receive an answer. The child put the question in the child's pocket. The child went back to the lane. The question rode in the child's pocket. The five were at the same child. The five did not need to be. The five were.</w:t>
      </w:r>
    </w:p>
    <w:p>
      <w:pPr>
        <w:spacing w:line="360" w:lineRule="auto" w:after="0"/>
        <w:ind w:firstLine="283"/>
      </w:pPr>
      <w:r>
        <w:t>Nima drew the caret under the entry. The caret held the child in the log. The child was held. The question was held. The pocket was held. The three were held. The three did not need to be. The three were.</w:t>
      </w:r>
    </w:p>
    <w:p>
      <w:pPr>
        <w:spacing w:line="360" w:lineRule="auto" w:after="0"/>
        <w:ind w:firstLine="283"/>
      </w:pPr>
      <w:r>
        <w:t>Nima drew the open hand above the entry. The open hand was the corridor's old reception. The open hand held the child. The open hand held the question. The open hand held the pocket. The three were held. The three did not need to be. The three were.</w:t>
      </w:r>
    </w:p>
    <w:p>
      <w:pPr>
        <w:spacing w:line="360" w:lineRule="auto" w:after="0"/>
        <w:ind w:firstLine="283"/>
      </w:pPr>
      <w:r>
        <w:t>Nima wrote "not resolved" at the entry's margin. The "not resolved" was small. The letters were the level hand's. The "not resolved" was the corridor's plain word: the child is here, and the question is here, and the not-resolved is here. The four were at the same entry. The four did not need to be. The four were.</w:t>
      </w:r>
    </w:p>
    <w:p>
      <w:pPr>
        <w:spacing w:line="360" w:lineRule="auto" w:after="0"/>
        <w:ind w:firstLine="283"/>
      </w:pPr>
      <w:r>
        <w:t>The "not resolved" stayed at the entry's margin. The "not resolved" did not resolve the child, question, or pocket. The three were at the same "not resolved". The three did not need to be. The three were.</w:t>
      </w:r>
    </w:p>
    <w:p>
      <w:pPr>
        <w:spacing w:line="360" w:lineRule="auto" w:after="0"/>
        <w:ind w:firstLine="283"/>
      </w:pPr>
      <w:r>
        <w:t>The question rode in the child's pocket. The question was the corridor's. The four were at the same question. The four did not need to be. The four were.</w:t>
      </w:r>
    </w:p>
    <w:p>
      <w:pPr>
        <w:spacing w:line="360" w:lineRule="auto" w:after="0"/>
        <w:ind w:firstLine="283"/>
      </w:pPr>
      <w:r>
        <w:t>The road went on. The question went on. The two were at the same going-on. The two did not need to be. The two were.</w:t>
      </w:r>
    </w:p>
    <w:p>
      <w:pPr>
        <w:spacing w:before="360" w:after="240"/>
        <w:ind w:firstLine="0"/>
        <w:jc w:val="center"/>
      </w:pPr>
      <w:r>
        <w:rPr>
          <w:b/>
          <w:i/>
          <w:color w:val="333333"/>
          <w:sz w:val="26"/>
        </w:rPr>
        <w:t>Chapter 35 — The Ending</w:t>
      </w:r>
    </w:p>
    <w:p>
      <w:pPr>
        <w:spacing w:line="360" w:lineRule="auto" w:after="0"/>
        <w:ind w:firstLine="283"/>
      </w:pPr>
      <w:r>
        <w:t>‖  ‖</w:t>
      </w:r>
    </w:p>
    <w:p>
      <w:pPr>
        <w:spacing w:line="360" w:lineRule="auto" w:after="0"/>
        <w:ind w:firstLine="283"/>
      </w:pPr>
      <w:r>
        <w:t>Kael walked east.</w:t>
      </w:r>
    </w:p>
    <w:p>
      <w:pPr>
        <w:spacing w:line="360" w:lineRule="auto" w:after="0"/>
        <w:ind w:firstLine="283"/>
      </w:pPr>
      <w:r>
        <w:t>The road was dirt and small stone. The ruts from the morning carts held last night's rain. The road went east. Kael went east with it.</w:t>
      </w:r>
    </w:p>
    <w:p>
      <w:pPr>
        <w:spacing w:line="360" w:lineRule="auto" w:after="0"/>
        <w:ind w:firstLine="283"/>
      </w:pPr>
      <w:r>
        <w:t>He was sixty-eight. The coat was on his shoulders. The cuffs were turned back twice. The cuffs had been turned back twice for thirty years. The coat's hem sat where the coat's hem sat. The coat did not ask to be hemmed.</w:t>
      </w:r>
    </w:p>
    <w:p>
      <w:pPr>
        <w:spacing w:line="360" w:lineRule="auto" w:after="0"/>
        <w:ind w:firstLine="283"/>
      </w:pPr>
      <w:r>
        <w:t>In his right hand he carried the clay cup. The cup was the color of a cardamom pod. The dent was at the rim. The dent had been at the rim for forty years. The cup had been in his pocket for twenty-five years. This morning he carried it in his hand. The cup was cool. The cup held nothing. He carried the cup the way he carried the road — by the weight of it.</w:t>
      </w:r>
    </w:p>
    <w:p>
      <w:pPr>
        <w:spacing w:line="360" w:lineRule="auto" w:after="0"/>
        <w:ind w:firstLine="283"/>
      </w:pPr>
      <w:r>
        <w:t>In his left pocket was the chalk. The stub. The cloth-wrapped freight. The color of cardamom. The chalk had made two lines and a caret at a fireside, the year the old man died. The chalk had not made anything since. The chalk stayed in the cloth. The cloth stayed in the pocket. The pocket stayed at the hip.</w:t>
      </w:r>
    </w:p>
    <w:p>
      <w:pPr>
        <w:spacing w:line="360" w:lineRule="auto" w:after="0"/>
        <w:ind w:firstLine="283"/>
      </w:pPr>
      <w:r>
        <w:t>In his right pocket was the bird. The bird was carved wood. The bird had been the old man's. The bird had come to Kael at the dying. The old man had set the bird in Kael's hand at the last evening, the way the old man set things — without the speaking, without the explaining. The bird's wings were flat against the body. The bird's head was lifted. The bird's feet were tucked under. The bird was plain wood. The bird did not ask to be carved finer. Kael did not take the bird out. The bird rode where the bird rode.</w:t>
      </w:r>
    </w:p>
    <w:p>
      <w:pPr>
        <w:spacing w:line="360" w:lineRule="auto" w:after="0"/>
        <w:ind w:firstLine="283"/>
      </w:pPr>
      <w:r>
        <w:t>In the inside pocket was the eyeglass. The eyeglass was brass. The lens was cracked. The crack ran corner to corner. The crack had been there since the year the old man had given it to him. The old man had said, the once: It is not broken. It shows every route. Every outcome. Kael had carried the eyeglass for thirty years. He had looked through it twice. He had set it down. The eyeglass rode in the inside pocket now. He did not take it out. He did not look through it. The road did not need the looking-through.</w:t>
      </w:r>
    </w:p>
    <w:p>
      <w:pPr>
        <w:spacing w:line="360" w:lineRule="auto" w:after="0"/>
        <w:ind w:firstLine="283"/>
      </w:pPr>
      <w:r>
        <w:t>Kael walked.</w:t>
      </w:r>
    </w:p>
    <w:p>
      <w:pPr>
        <w:spacing w:line="360" w:lineRule="auto" w:after="0"/>
        <w:ind w:firstLine="283"/>
      </w:pPr>
      <w:r>
        <w:t>The road crossed a stream at the third mile. The stream was small. The stream ran over slate. The slate was the color of wet ink. The water was clear at the edges, brown at the middle. The ford was stones, set by hand, years before, the kind of ford a man sets and goes. Kael stepped on the stones. He did not slip. He stood at the middle stone.</w:t>
      </w:r>
    </w:p>
    <w:p>
      <w:pPr>
        <w:spacing w:line="360" w:lineRule="auto" w:after="0"/>
        <w:ind w:firstLine="283"/>
      </w:pPr>
      <w:r>
        <w:t>He saw the fish.</w:t>
      </w:r>
    </w:p>
    <w:p>
      <w:pPr>
        <w:spacing w:line="360" w:lineRule="auto" w:after="0"/>
        <w:ind w:firstLine="283"/>
      </w:pPr>
      <w:r>
        <w:t>The fish held itself in the current. The fish was small — the length of a hand, the width of two fingers. The fish was green at the back. The fish was gold at the belly. The green was the color of moss on a wet stone. The gold was the color of straw at the autumn. The fish held itself. The tail moved. The body did not move. The fish held the current, and the current held the fish.</w:t>
      </w:r>
    </w:p>
    <w:p>
      <w:pPr>
        <w:spacing w:line="360" w:lineRule="auto" w:after="0"/>
        <w:ind w:firstLine="283"/>
      </w:pPr>
      <w:r>
        <w:t>Kael watched.</w:t>
      </w:r>
    </w:p>
    <w:p>
      <w:pPr>
        <w:spacing w:line="360" w:lineRule="auto" w:after="0"/>
        <w:ind w:firstLine="283"/>
      </w:pPr>
      <w:r>
        <w:t>He did not name the fish. He did not say trout or pike or minnow. He did not say fish. The naming would have been a thing he did to the fish. He did not do the thing.</w:t>
      </w:r>
    </w:p>
    <w:p>
      <w:pPr>
        <w:spacing w:line="360" w:lineRule="auto" w:after="0"/>
        <w:ind w:firstLine="283"/>
      </w:pPr>
      <w:r>
        <w:t>He did not catch the fish. The cup was in his hand. The cup could have gone into the water. The cup could have come up with the fish in it. The cup was cool, and the water was cold, and the cup could have held the fish the way the cup held the tea. He did not put the cup in. The fish held itself. The fish did not need the holding-from-outside. The fish's holding was the fish's. Kael let the fish's holding be the fish's.</w:t>
      </w:r>
    </w:p>
    <w:p>
      <w:pPr>
        <w:spacing w:line="360" w:lineRule="auto" w:after="0"/>
        <w:ind w:firstLine="283"/>
      </w:pPr>
      <w:r>
        <w:t>He watched for a long breath. He watched for two breaths. He watched for three.</w:t>
      </w:r>
    </w:p>
    <w:p>
      <w:pPr>
        <w:spacing w:line="360" w:lineRule="auto" w:after="0"/>
        <w:ind w:firstLine="283"/>
      </w:pPr>
      <w:r>
        <w:t>The fish moved. The tail went sideways. The body went with the tail. The fish was gone. The fish was up the stream, or down the stream. The fish was where the fish was. The water ran at the slate. The ford's stones stood in the water. Kael stood on the middle stone.</w:t>
      </w:r>
    </w:p>
    <w:p>
      <w:pPr>
        <w:spacing w:line="360" w:lineRule="auto" w:after="0"/>
        <w:ind w:firstLine="283"/>
      </w:pPr>
      <w:r>
        <w:t>He stepped to the bank. He stepped up the bank. The bank was dirt and root. The road was at the bank's top. The road went east.</w:t>
      </w:r>
    </w:p>
    <w:p>
      <w:pPr>
        <w:spacing w:line="360" w:lineRule="auto" w:after="0"/>
        <w:ind w:firstLine="283"/>
      </w:pPr>
      <w:r>
        <w:t>Kael stood at the road. The cup was in his hand. The chalk was in his pocket. The bird was in his pocket. The eyeglass was in the inside pocket. The road went east.</w:t>
      </w:r>
    </w:p>
    <w:p>
      <w:pPr>
        <w:spacing w:line="360" w:lineRule="auto" w:after="0"/>
        <w:ind w:firstLine="283"/>
      </w:pPr>
      <w:r>
        <w:t>He had walked this road thirty years. He had walked it west, and east, and west again. He had walked it after the old man's dying. He had walked it before the old man's dying. The walking had been the office. The walking had been the form. The form went on. The walking went on. The road went east.</w:t>
      </w:r>
    </w:p>
    <w:p>
      <w:pPr>
        <w:spacing w:line="360" w:lineRule="auto" w:after="0"/>
        <w:ind w:firstLine="283"/>
      </w:pPr>
      <w:r>
        <w:t>He did not turn. He did not look back at the stream. The stream ran at the slate. The fish was where the fish was. The road went east.</w:t>
      </w:r>
    </w:p>
    <w:p>
      <w:pPr>
        <w:spacing w:line="360" w:lineRule="auto" w:after="0"/>
        <w:ind w:firstLine="283"/>
      </w:pPr>
      <w:r>
        <w:t>He walked.</w:t>
      </w:r>
    </w:p>
    <w:p>
      <w:pPr>
        <w:spacing w:line="360" w:lineRule="auto" w:after="0"/>
        <w:ind w:firstLine="283"/>
      </w:pPr>
      <w:r>
        <w:t>It was how you stayed.</w:t>
      </w:r>
    </w:p>
    <w:p>
      <w:pPr>
        <w:ind w:firstLine="0"/>
        <w:jc w:val="center"/>
      </w:pPr>
      <w:r>
        <w:rPr>
          <w:color w:val="AAAAAA"/>
        </w:rPr>
        <w:t>❖</w:t>
      </w:r>
    </w:p>
    <w:p>
      <w:pPr>
        <w:spacing w:line="360" w:lineRule="auto" w:after="0"/>
        <w:ind w:firstLine="283"/>
      </w:pPr>
      <w:r>
        <w:t>The lamp was lit. The plank-table held the lamp at the corner. The chest sat at the table's center.</w:t>
      </w:r>
    </w:p>
    <w:p>
      <w:pPr>
        <w:spacing w:line="360" w:lineRule="auto" w:after="0"/>
        <w:ind w:firstLine="283"/>
      </w:pPr>
      <w:r>
        <w:t>The chest was soft-cloth over board. The cloth was the color of the road's dust. The binding was hand-stitched, the seam flat, the thread waxed. The pages inside were hand-cut. The pages were the color of weak tea. The entries were in the level hand. Every keeper who had held the chest had written in the level hand. The level hand was the chest's. The chest was Mira's now. The chest had been Mira's for fifteen years.</w:t>
      </w:r>
    </w:p>
    <w:p>
      <w:pPr>
        <w:spacing w:line="360" w:lineRule="auto" w:after="0"/>
        <w:ind w:firstLine="283"/>
      </w:pPr>
      <w:r>
        <w:t>Mira sat at the table's head. She was seventy-three. Her hair was grey. Her hands lay on the table. The hands were the level hand. The hands did not shake. The hands had shaken, once, at a dual-entry, years before. The hands had stopped. The stopping had been an act of the body. The hands did not shake now.</w:t>
      </w:r>
    </w:p>
    <w:p>
      <w:pPr>
        <w:spacing w:line="360" w:lineRule="auto" w:after="0"/>
        <w:ind w:firstLine="283"/>
      </w:pPr>
      <w:r>
        <w:t>The chest was open. The chest's one oldest leaf lay on the table. The leaf held the two words at the foot. The two words were Name uncertain. Person remembered. The two words had been at the foot for forty years. The two words had been written by a woman whose name the city's records did not hold. The woman was gone. The two words stayed.</w:t>
      </w:r>
    </w:p>
    <w:p>
      <w:pPr>
        <w:spacing w:line="360" w:lineRule="auto" w:after="0"/>
        <w:ind w:firstLine="283"/>
      </w:pPr>
      <w:r>
        <w:t>Above the two words was the open hand. The hand was drawn. The hand was open. The palm was forward. The fingers were apart. The hand did not close. The hand did not reach. The hand held its open.</w:t>
      </w:r>
    </w:p>
    <w:p>
      <w:pPr>
        <w:spacing w:line="360" w:lineRule="auto" w:after="0"/>
        <w:ind w:firstLine="283"/>
      </w:pPr>
      <w:r>
        <w:t>Beside the open hand, at the leaf's edge, the double cross stood at the variant — two plain crosses, side by side, the variant's held form. The double cross had been drawn by the first keeper, the woman whose name the city did not hold. The double cross said: the variant is here, and the variant is held, and the holding does not resolve.</w:t>
      </w:r>
    </w:p>
    <w:p>
      <w:pPr>
        <w:spacing w:line="360" w:lineRule="auto" w:after="0"/>
        <w:ind w:firstLine="283"/>
      </w:pPr>
      <w:r>
        <w:t>The leaf had been moved. The leaf had been at the chest's bottom for forty years. Mira had moved the leaf to the table this morning. The moving was the laying-out. The leaf lay on the table now, beside the chest, in the lamp's plain light. The two words stood at the foot. The open hand stood above. The double cross stood at the edge.</w:t>
      </w:r>
    </w:p>
    <w:p>
      <w:pPr>
        <w:spacing w:line="360" w:lineRule="auto" w:after="0"/>
        <w:ind w:firstLine="283"/>
      </w:pPr>
      <w:r>
        <w:t>Mira looked at the two words. She looked at the open hand. She looked at the double cross. She did not smile. She did not soften. The looking was the level hand's plain reception. The looking held the standings the way the open hand held its open.</w:t>
      </w:r>
    </w:p>
    <w:p>
      <w:pPr>
        <w:spacing w:line="360" w:lineRule="auto" w:after="0"/>
        <w:ind w:firstLine="283"/>
      </w:pPr>
      <w:r>
        <w:t>She picked up the pen.</w:t>
      </w:r>
    </w:p>
    <w:p>
      <w:pPr>
        <w:spacing w:line="360" w:lineRule="auto" w:after="0"/>
        <w:ind w:firstLine="283"/>
      </w:pPr>
      <w:r>
        <w:t>The pen was the same pen. The pen had been at the table for fifteen years. The pen had not signed the four thousand, two hundred and thirty. The pen had not signed them at the failed threshold, two years before. The pen had not signed anything since. The pen was the level hand's. The pen was Mira's.</w:t>
      </w:r>
    </w:p>
    <w:p>
      <w:pPr>
        <w:spacing w:line="360" w:lineRule="auto" w:after="0"/>
        <w:ind w:firstLine="283"/>
      </w:pPr>
      <w:r>
        <w:t>She wrote.</w:t>
      </w:r>
    </w:p>
    <w:p>
      <w:pPr>
        <w:spacing w:line="360" w:lineRule="auto" w:after="0"/>
        <w:ind w:firstLine="283"/>
      </w:pPr>
      <w:r>
        <w:t>She wrote not resolved.</w:t>
      </w:r>
    </w:p>
    <w:p>
      <w:pPr>
        <w:spacing w:line="360" w:lineRule="auto" w:after="0"/>
        <w:ind w:firstLine="283"/>
      </w:pPr>
      <w:r>
        <w:t>She wrote the words at the leaf's margin, beside the two words. The not resolved was small. The letters were the level hand's — the upright capitals, the plain spacing, the writing the chest's whole forty years had bred. The letters were new. The ink was wet. The wet ink held the lamp's light.</w:t>
      </w:r>
    </w:p>
    <w:p>
      <w:pPr>
        <w:spacing w:line="360" w:lineRule="auto" w:after="0"/>
        <w:ind w:firstLine="283"/>
      </w:pPr>
      <w:r>
        <w:t>She had written not resolved at this leaf's margin before. She had written it ten years before. She had written it five years before. She had written it last year. The old not resolved stood at the margin, faded, the ink gone brown, the letters the level hand's — the same letters, the same spacing, the same plain capitals. The old not resolved and the new not resolved stood beside each other. The two not resolveds were the same words. The two were not the same writing.</w:t>
      </w:r>
    </w:p>
    <w:p>
      <w:pPr>
        <w:spacing w:line="360" w:lineRule="auto" w:after="0"/>
        <w:ind w:firstLine="283"/>
      </w:pPr>
      <w:r>
        <w:t>Mira did not cross the old out. She did not erase the old. She did not write over the old. The old stood. The new stood. The two stood together at the margin, beside the two words, beneath the open hand, beside the double cross.</w:t>
      </w:r>
    </w:p>
    <w:p>
      <w:pPr>
        <w:spacing w:line="360" w:lineRule="auto" w:after="0"/>
        <w:ind w:firstLine="283"/>
      </w:pPr>
      <w:r>
        <w:t>The chest's leaf held, now, in the lamp's plain light: the open hand, drawn, forty years the leaf's; the two words at the foot, Name uncertain. Person remembered.; the double cross at the edge; the old not resolved, ten years the margin's, faded brown; the new not resolved, this morning's, the wet ink's. The five stood together. The five did not agree. The five did not need to.</w:t>
      </w:r>
    </w:p>
    <w:p>
      <w:pPr>
        <w:spacing w:line="360" w:lineRule="auto" w:after="0"/>
        <w:ind w:firstLine="283"/>
      </w:pPr>
      <w:r>
        <w:t>Mira set the pen down. The pen lay on the table. The pen had not signed the four thousand, two hundred and thirty. The pen had signed not resolved. The two signings were the pen's office at the leaf. The pen did not ask to sign the other.</w:t>
      </w:r>
    </w:p>
    <w:p>
      <w:pPr>
        <w:spacing w:line="360" w:lineRule="auto" w:after="0"/>
        <w:ind w:firstLine="283"/>
      </w:pPr>
      <w:r>
        <w:t>She closed the chest. The chest's cloth was flat. The binding was flat. The latch was the chest's one brass thing. The latch clicked. The chest was closed. The leaf was inside. The leaf held the five standings. The chest held the leaf.</w:t>
      </w:r>
    </w:p>
    <w:p>
      <w:pPr>
        <w:spacing w:line="360" w:lineRule="auto" w:after="0"/>
        <w:ind w:firstLine="283"/>
      </w:pPr>
      <w:r>
        <w:t>Mira sat at the table's head. The lamp burned. The cup of the cardamom's color stood at the lamp's foot. The cup was cold. The cup held the morning's tea, the tea gone cold at the lamp's plain light. The cup had been at the lamp's foot for fifteen years. The cup did not ask to be warm.</w:t>
      </w:r>
    </w:p>
    <w:p>
      <w:pPr>
        <w:spacing w:line="360" w:lineRule="auto" w:after="0"/>
        <w:ind w:firstLine="283"/>
      </w:pPr>
      <w:r>
        <w:t>The lamp burned. The chest was closed. The level hand lay on the table. The hand did not shake. The hand held the table.</w:t>
      </w:r>
    </w:p>
    <w:p>
      <w:pPr>
        <w:spacing w:line="360" w:lineRule="auto" w:after="0"/>
        <w:ind w:firstLine="283"/>
      </w:pPr>
      <w:r>
        <w:t>The fresh not resolved stood at the margin, beside the moved not resolved.</w:t>
      </w:r>
    </w:p>
    <w:p>
      <w:pPr>
        <w:ind w:firstLine="0"/>
        <w:jc w:val="center"/>
      </w:pPr>
      <w:r>
        <w:rPr>
          <w:color w:val="AAAAAA"/>
        </w:rPr>
        <w:t>❖</w:t>
      </w:r>
    </w:p>
    <w:p>
      <w:pPr>
        <w:spacing w:line="360" w:lineRule="auto" w:after="0"/>
        <w:ind w:firstLine="283"/>
      </w:pPr>
      <w:r>
        <w:t>The pot was on the fire. The fire was the kitchen's. The kitchen was at the edge of the zone and the edge of the gap. The kitchen had been at the edge for fifteen years. The pot had been at the fire for fifteen years. The pot was the kitchen's. The pot was Nessa's.</w:t>
      </w:r>
    </w:p>
    <w:p>
      <w:pPr>
        <w:spacing w:line="360" w:lineRule="auto" w:after="0"/>
        <w:ind w:firstLine="283"/>
      </w:pPr>
      <w:r>
        <w:t>Nessa stood at the pot. She was sixty-eight. Her hands were the keeper's hands. Her hands had scoured the fleet's metal at the galley's basin. Her hands had portioned the thin at the galley's ladle. Her hands had portioned the thin at the kitchen's ladle. Her hands had portioned the thin at the zone's edge-kitchen's counter. The hands were the same hands. The portioning was the same portioning.</w:t>
      </w:r>
    </w:p>
    <w:p>
      <w:pPr>
        <w:spacing w:line="360" w:lineRule="auto" w:after="0"/>
        <w:ind w:firstLine="283"/>
      </w:pPr>
      <w:r>
        <w:t>The dented copper measure was in her right hand. The measure was copper. The measure was dented. The dent was at the rim. The dent had been at the rim for thirty years. The dent had been the thumb's — the thumb finding the dent the way the thumb found every dent, by the feel. The measure did not have a name. The measure was the dented copper measure.</w:t>
      </w:r>
    </w:p>
    <w:p>
      <w:pPr>
        <w:spacing w:line="360" w:lineRule="auto" w:after="0"/>
        <w:ind w:firstLine="283"/>
      </w:pPr>
      <w:r>
        <w:t>The ladle was in her left hand. The ladle was iron. The ladle had a long handle. The handle was black at the grip. The black was the fire's. The ladle's bowl was the size of a man's fist.</w:t>
      </w:r>
    </w:p>
    <w:p>
      <w:pPr>
        <w:spacing w:line="360" w:lineRule="auto" w:after="0"/>
        <w:ind w:firstLine="283"/>
      </w:pPr>
      <w:r>
        <w:t>The pot held the thin. The thin was the pot's. The thin was thin today. The thin was thin every day.</w:t>
      </w:r>
    </w:p>
    <w:p>
      <w:pPr>
        <w:spacing w:line="360" w:lineRule="auto" w:after="0"/>
        <w:ind w:firstLine="283"/>
      </w:pPr>
      <w:r>
        <w:t>Nessa dipped the ladle. The ladle went into the pot. The thin came up in the ladle. The thin was brown. The thin steamed. The steam was the kitchen's plain weather. The thin went from the ladle to the measure. The measure filled to the thumb. The thumb was the level. The level was the measure's office.</w:t>
      </w:r>
    </w:p>
    <w:p>
      <w:pPr>
        <w:spacing w:line="360" w:lineRule="auto" w:after="0"/>
        <w:ind w:firstLine="283"/>
      </w:pPr>
      <w:r>
        <w:t>The district came.</w:t>
      </w:r>
    </w:p>
    <w:p>
      <w:pPr>
        <w:spacing w:line="360" w:lineRule="auto" w:after="0"/>
        <w:ind w:firstLine="283"/>
      </w:pPr>
      <w:r>
        <w:t>The district was the morning's mouths. The district was the enrolled and the un-enrolled. The district was the zone's margin-mouths and the gap's gap-mouths. The district was the children and the old ones. The district was the lame stonemason and the one-eyed midwife. The district was the mender, at the fire's circle, the basket at the hip. The district was the rotation's two at the casks' heads. The district was the runners at the lane's edge. The district was the queue at the kitchen's counter.</w:t>
      </w:r>
    </w:p>
    <w:p>
      <w:pPr>
        <w:spacing w:line="360" w:lineRule="auto" w:after="0"/>
        <w:ind w:firstLine="283"/>
      </w:pPr>
      <w:r>
        <w:t>The district came at the dawn's sixth hour. The district had come at the dawn's sixth hour for fifteen years. The district came because the district came.</w:t>
      </w:r>
    </w:p>
    <w:p>
      <w:pPr>
        <w:spacing w:line="360" w:lineRule="auto" w:after="0"/>
        <w:ind w:firstLine="283"/>
      </w:pPr>
      <w:r>
        <w:t>Nessa portioned.</w:t>
      </w:r>
    </w:p>
    <w:p>
      <w:pPr>
        <w:spacing w:line="360" w:lineRule="auto" w:after="0"/>
        <w:ind w:firstLine="283"/>
      </w:pPr>
      <w:r>
        <w:t>A bowl came up. The bowl was clay. The bowl had a chip at the rim. The chip had been ground smooth with a river-stone. The bowl was the mender's. The measure went to the bowl. The thin went to the level of the thumb. The bowl went back to the mender's knee. The mender ate. The mender did not speak.</w:t>
      </w:r>
    </w:p>
    <w:p>
      <w:pPr>
        <w:spacing w:line="360" w:lineRule="auto" w:after="0"/>
        <w:ind w:firstLine="283"/>
      </w:pPr>
      <w:r>
        <w:t>A bowl came up. The bowl was tin. The bowl was dented. The bowl was the kitchen's. The measure went to the bowl. The thin went to the level of the thumb. The bowl went back to the counter.</w:t>
      </w:r>
    </w:p>
    <w:p>
      <w:pPr>
        <w:spacing w:line="360" w:lineRule="auto" w:after="0"/>
        <w:ind w:firstLine="283"/>
      </w:pPr>
      <w:r>
        <w:t>A bowl came up. The bowl was a child's cup, held in two hands. The cup was tin. The cup had a dented rim. The cup had been the fleet's. The cup had been everyone's. The cup had been no one's. The measure went to the cup. The thin went to the level of the thumb. The cup went back to the child's two hands. The child drank. The child set the cup on the returned-shelf. The child went back to the morning.</w:t>
      </w:r>
    </w:p>
    <w:p>
      <w:pPr>
        <w:spacing w:line="360" w:lineRule="auto" w:after="0"/>
        <w:ind w:firstLine="283"/>
      </w:pPr>
      <w:r>
        <w:t>The eating went on.</w:t>
      </w:r>
    </w:p>
    <w:p>
      <w:pPr>
        <w:spacing w:line="360" w:lineRule="auto" w:after="0"/>
        <w:ind w:firstLine="283"/>
      </w:pPr>
      <w:r>
        <w:t>Nessa did not count the bowls. The counting was the rotation's. Nessa portioned. The measure went to the bowl. The thin went to the level. The bowl went back. The measure came back to the ladle. The ladle went back to the pot. The round went on.</w:t>
      </w:r>
    </w:p>
    <w:p>
      <w:pPr>
        <w:spacing w:line="360" w:lineRule="auto" w:after="0"/>
        <w:ind w:firstLine="283"/>
      </w:pPr>
      <w:r>
        <w:t>The pot was the kitchen's. The pot did not vote. The pot did not choose. The pot did not prefer the zone's bowl to the gap's bowl. The pot did not prefer the mender's bowl to the child's cup. The pot held the thin. The thin went out at the level of the thumb.</w:t>
      </w:r>
    </w:p>
    <w:p>
      <w:pPr>
        <w:spacing w:line="360" w:lineRule="auto" w:after="0"/>
        <w:ind w:firstLine="283"/>
      </w:pPr>
      <w:r>
        <w:t>The district ate. The eating went on. The pot went down. The pot did not go down by the choosing. The pot went down by the eating. The eating was the district's. The pot was the kitchen's. The pot held the thin that was left. The pot held the thin the way the open hand held its open.</w:t>
      </w:r>
    </w:p>
    <w:p>
      <w:pPr>
        <w:spacing w:line="360" w:lineRule="auto" w:after="0"/>
        <w:ind w:firstLine="283"/>
      </w:pPr>
      <w:r>
        <w:t>The last bowl came up. The last bowl was a child's. The last bowl was clay, the rim unchipped. The measure went to the bowl. The thin went to the last level. The bowl went back. The child ate. The child went back to the morning.</w:t>
      </w:r>
    </w:p>
    <w:p>
      <w:pPr>
        <w:spacing w:line="360" w:lineRule="auto" w:after="0"/>
        <w:ind w:firstLine="283"/>
      </w:pPr>
      <w:r>
        <w:t>The pot was empty. The pot was scoured. The ladle was scoured. The dented copper measure was scoured. The scoured metal lay on the shelf-cloth at the banked stove's warmth. The metal ticked as it cooled. The ticking was the metal's. The ticking was the keeper's last look. The keeper did not weep. The keeper did not smile. The keeper stood at the scoured metal a breath. The keeper turned.</w:t>
      </w:r>
    </w:p>
    <w:p>
      <w:pPr>
        <w:spacing w:line="360" w:lineRule="auto" w:after="0"/>
        <w:ind w:firstLine="283"/>
      </w:pPr>
      <w:r>
        <w:t>The next portion was prepared.</w:t>
      </w:r>
    </w:p>
    <w:p>
      <w:pPr>
        <w:ind w:firstLine="0"/>
        <w:jc w:val="center"/>
      </w:pPr>
      <w:r>
        <w:rPr>
          <w:color w:val="AAAAAA"/>
        </w:rPr>
        <w:t>❖</w:t>
      </w:r>
    </w:p>
    <w:p>
      <w:pPr>
        <w:spacing w:line="360" w:lineRule="auto" w:after="0"/>
        <w:ind w:firstLine="283"/>
      </w:pPr>
      <w:r>
        <w:t>The lane-house was at the corridor's third station. The lane-house was a stone house, low, with a slate roof. The door was open. The door had been open for twenty years. The door did not close. The door stood at the lane-house's threshold the way the open hand held its open.</w:t>
      </w:r>
    </w:p>
    <w:p>
      <w:pPr>
        <w:spacing w:line="360" w:lineRule="auto" w:after="0"/>
        <w:ind w:firstLine="283"/>
      </w:pPr>
      <w:r>
        <w:t>The fire was at the lane-house's hearth. The hearth was the lane-house's. The fire was the lane-house's. The fire had been the lane-house's fire for twenty years. The fire did not know it was the lane-house's. The fire burned. The fire went on.</w:t>
      </w:r>
    </w:p>
    <w:p>
      <w:pPr>
        <w:spacing w:line="360" w:lineRule="auto" w:after="0"/>
        <w:ind w:firstLine="283"/>
      </w:pPr>
      <w:r>
        <w:t>Nima sat at the hearth. She was fifty-five. She was the guide. She had been the guide for twenty years. She had been the passage-man's apprentice at fourteen, in the dark under a city that no longer existed. The guide was the corridor's.</w:t>
      </w:r>
    </w:p>
    <w:p>
      <w:pPr>
        <w:spacing w:line="360" w:lineRule="auto" w:after="0"/>
        <w:ind w:firstLine="283"/>
      </w:pPr>
      <w:r>
        <w:t>The pack-strap was in her hands.</w:t>
      </w:r>
    </w:p>
    <w:p>
      <w:pPr>
        <w:spacing w:line="360" w:lineRule="auto" w:after="0"/>
        <w:ind w:firstLine="283"/>
      </w:pPr>
      <w:r>
        <w:t>The strap was leather. The strap was the same strap. The strap had been mended eleven times. The strap had been re-stitched three times this year. The strap would need mending again next month. The mending was the strap's. The mending was the guide's.</w:t>
      </w:r>
    </w:p>
    <w:p>
      <w:pPr>
        <w:spacing w:line="360" w:lineRule="auto" w:after="0"/>
        <w:ind w:firstLine="283"/>
      </w:pPr>
      <w:r>
        <w:t>The awl was in her right hand. The awl was bone. The awl had been the passage-man's. The awl had been at the corridor's third station for twenty years. The awl did not know it was the passage-man's. The awl went through the leather.</w:t>
      </w:r>
    </w:p>
    <w:p>
      <w:pPr>
        <w:spacing w:line="360" w:lineRule="auto" w:after="0"/>
        <w:ind w:firstLine="283"/>
      </w:pPr>
      <w:r>
        <w:t>The sail-thread was in her left hand. The thread was waxed. The thread was two-strand. The thread was the color of the road's dust. The thread went through the awl's hole. The thread came back through the awl's hole. The stitch was set. The stitch was tight. The stitch was the guide's plain speech.</w:t>
      </w:r>
    </w:p>
    <w:p>
      <w:pPr>
        <w:spacing w:line="360" w:lineRule="auto" w:after="0"/>
        <w:ind w:firstLine="283"/>
      </w:pPr>
      <w:r>
        <w:t>Nima re-stitched the strap. The re-stitching was the same re-stitching. The strap had been mended. The strap had torn at the same hole. The strap had been re-stitched at the same hole. The re-stitching went over the old stitching. The old stitching was brown. The new stitching was the color of the road's dust. The two stitchings stood over the same hole. The two stitchings did not agree. The two stitchings did not need to.</w:t>
      </w:r>
    </w:p>
    <w:p>
      <w:pPr>
        <w:spacing w:line="360" w:lineRule="auto" w:after="0"/>
        <w:ind w:firstLine="283"/>
      </w:pPr>
      <w:r>
        <w:t>The runners came.</w:t>
      </w:r>
    </w:p>
    <w:p>
      <w:pPr>
        <w:spacing w:line="360" w:lineRule="auto" w:after="0"/>
        <w:ind w:firstLine="283"/>
      </w:pPr>
      <w:r>
        <w:t>The first runner came at the dawn's sixth hour. The runner was young — fifteen, the corridor's newest. The runner's log was in the level hand. The runner's pack was at the back. The runner's boots were thin at the soles. The runner came to the lane-house's door. The runner did not knock. The runner stood at the door. The runner's face did the runner's held reception — the stillness, the reading.</w:t>
      </w:r>
    </w:p>
    <w:p>
      <w:pPr>
        <w:spacing w:line="360" w:lineRule="auto" w:after="0"/>
        <w:ind w:firstLine="283"/>
      </w:pPr>
      <w:r>
        <w:t>"The lanes are open," the runner said.</w:t>
      </w:r>
    </w:p>
    <w:p>
      <w:pPr>
        <w:spacing w:line="360" w:lineRule="auto" w:after="0"/>
        <w:ind w:firstLine="283"/>
      </w:pPr>
      <w:r>
        <w:t>"The lanes are open," Nima said. "The carrying goes on free. The doors are the people's."</w:t>
      </w:r>
    </w:p>
    <w:p>
      <w:pPr>
        <w:spacing w:line="360" w:lineRule="auto" w:after="0"/>
        <w:ind w:firstLine="283"/>
      </w:pPr>
      <w:r>
        <w:t>The runner went to the fire. The runner drank the tea. The runner ate the heel of bread. The runner went back to the lane. The runner's boots went down the lane's cobbles. The boots' sound went with the runner.</w:t>
      </w:r>
    </w:p>
    <w:p>
      <w:pPr>
        <w:spacing w:line="360" w:lineRule="auto" w:after="0"/>
        <w:ind w:firstLine="283"/>
      </w:pPr>
      <w:r>
        <w:t>The second runner came at the dawn's seventh hour. The second runner was older — twenty, the corridor's third year. The second runner's log was in the level hand. The second runner's pack was heavier. The second runner's boots were whole. The second runner came to the lane-house's door. The second runner did not knock.</w:t>
      </w:r>
    </w:p>
    <w:p>
      <w:pPr>
        <w:spacing w:line="360" w:lineRule="auto" w:after="0"/>
        <w:ind w:firstLine="283"/>
      </w:pPr>
      <w:r>
        <w:t>"The lanes are open," the second runner said.</w:t>
      </w:r>
    </w:p>
    <w:p>
      <w:pPr>
        <w:spacing w:line="360" w:lineRule="auto" w:after="0"/>
        <w:ind w:firstLine="283"/>
      </w:pPr>
      <w:r>
        <w:t>"The lanes are open," Nima said. "The carrying goes on free. The doors are the people's."</w:t>
      </w:r>
    </w:p>
    <w:p>
      <w:pPr>
        <w:spacing w:line="360" w:lineRule="auto" w:after="0"/>
        <w:ind w:firstLine="283"/>
      </w:pPr>
      <w:r>
        <w:t>The second runner went to the fire. The second runner drank the tea. The second runner ate the heel of bread. The second runner went back to the lane. The second runner's boots went down the lane's cobbles.</w:t>
      </w:r>
    </w:p>
    <w:p>
      <w:pPr>
        <w:spacing w:line="360" w:lineRule="auto" w:after="0"/>
        <w:ind w:firstLine="283"/>
      </w:pPr>
      <w:r>
        <w:t>The third runner came at the dawn's eighth hour. The third runner was the oldest — twenty-eight, the corridor's eighth year. The third runner's log was in the level hand. The third runner's pack was heaviest. The third runner's boots were worn at the inside heel. The third runner came to the lane-house's door. The third runner did not knock.</w:t>
      </w:r>
    </w:p>
    <w:p>
      <w:pPr>
        <w:spacing w:line="360" w:lineRule="auto" w:after="0"/>
        <w:ind w:firstLine="283"/>
      </w:pPr>
      <w:r>
        <w:t>"The lanes are open," the third runner said.</w:t>
      </w:r>
    </w:p>
    <w:p>
      <w:pPr>
        <w:spacing w:line="360" w:lineRule="auto" w:after="0"/>
        <w:ind w:firstLine="283"/>
      </w:pPr>
      <w:r>
        <w:t>"The lanes are open," Nima said. "The carrying goes on free. The doors are the people's."</w:t>
      </w:r>
    </w:p>
    <w:p>
      <w:pPr>
        <w:spacing w:line="360" w:lineRule="auto" w:after="0"/>
        <w:ind w:firstLine="283"/>
      </w:pPr>
      <w:r>
        <w:t>The third runner went to the fire. The third runner drank the tea. The third runner ate the heel of bread. The third runner went back to the lane. The third runner's boots went down the lane's cobbles.</w:t>
      </w:r>
    </w:p>
    <w:p>
      <w:pPr>
        <w:spacing w:line="360" w:lineRule="auto" w:after="0"/>
        <w:ind w:firstLine="283"/>
      </w:pPr>
      <w:r>
        <w:t>The runners came. The runners went. The lane-house's door stood open. The lane-house's fire burned. The lane-house's kettle was on the fire. The lane-house's bread was on the board. The lane-house's tea was in the cup. The cup was clay. The cup was chipped at the rim. The cup was the lane-house's. The cup did not know whose it was. The cup held the tea.</w:t>
      </w:r>
    </w:p>
    <w:p>
      <w:pPr>
        <w:spacing w:line="360" w:lineRule="auto" w:after="0"/>
        <w:ind w:firstLine="283"/>
      </w:pPr>
      <w:r>
        <w:t>Nima re-stitched the strap. The awl went through the leather. The thread went through the awl's hole. The stitch was set. The stitch was tight. The strap was mended. The strap would need mending again next month. The mending went on.</w:t>
      </w:r>
    </w:p>
    <w:p>
      <w:pPr>
        <w:spacing w:line="360" w:lineRule="auto" w:after="0"/>
        <w:ind w:firstLine="283"/>
      </w:pPr>
      <w:r>
        <w:t>The corridor was not for sale. The corridor had not been for sale twenty years before. The corridor was not for sale now. The corridor's twenty-year freight was the corridor's. The lanes went on open.</w:t>
      </w:r>
    </w:p>
    <w:p>
      <w:pPr>
        <w:spacing w:line="360" w:lineRule="auto" w:after="0"/>
        <w:ind w:firstLine="283"/>
      </w:pPr>
      <w:r>
        <w:t>The mender came at the noon. The mender was at the lane-house's fire. The mender had two names. Lark at the corridor's lane-house. Dally at the gap's edge-settlement's relief-kitchen. The two names were the mender's. The two names did not agree. The two names stood over the same mender the way the two stitchings stood over the same hole. The mender did not explain the two names. The two names went on.</w:t>
      </w:r>
    </w:p>
    <w:p>
      <w:pPr>
        <w:spacing w:line="360" w:lineRule="auto" w:after="0"/>
        <w:ind w:firstLine="283"/>
      </w:pPr>
      <w:r>
        <w:t>The mender sat at the fire's circle. The basket was at the mender's knee. The wire and the stitch. The mender's hands took up a tin pot with a cracked solder-joint. The mender's hands took the soldering-iron from the fire's edge. The iron's tip went to the joint. The solder melted. The joint sealed. The mender set the pot aside.</w:t>
      </w:r>
    </w:p>
    <w:p>
      <w:pPr>
        <w:spacing w:line="360" w:lineRule="auto" w:after="0"/>
        <w:ind w:firstLine="283"/>
      </w:pPr>
      <w:r>
        <w:t>Nima looked at the mender across the fire. The looking was the guide's held reception. The looking did not speak. The mender did not look up. The mender mended.</w:t>
      </w:r>
    </w:p>
    <w:p>
      <w:pPr>
        <w:spacing w:line="360" w:lineRule="auto" w:after="0"/>
        <w:ind w:firstLine="283"/>
      </w:pPr>
      <w:r>
        <w:t>The lanes were open. The doors were the people's. The carrying went on free.</w:t>
      </w:r>
    </w:p>
    <w:p>
      <w:pPr>
        <w:ind w:firstLine="0"/>
        <w:jc w:val="center"/>
      </w:pPr>
      <w:r>
        <w:rPr>
          <w:color w:val="AAAAAA"/>
        </w:rPr>
        <w:t>❖</w:t>
      </w:r>
    </w:p>
    <w:p>
      <w:pPr>
        <w:spacing w:line="360" w:lineRule="auto" w:after="0"/>
        <w:ind w:firstLine="283"/>
      </w:pPr>
      <w:r>
        <w:t>The wall was at the assembly-ground's western edge. The wall was timber. The timber was stacked. The timber's faces were weathered. The timber had stood at the ground's western edge for twenty years. The wall did not know it was the wall. The wall stood.</w:t>
      </w:r>
    </w:p>
    <w:p>
      <w:pPr>
        <w:spacing w:line="360" w:lineRule="auto" w:after="0"/>
        <w:ind w:firstLine="283"/>
      </w:pPr>
      <w:r>
        <w:t>The question was on the timber.</w:t>
      </w:r>
    </w:p>
    <w:p>
      <w:pPr>
        <w:spacing w:line="360" w:lineRule="auto" w:after="0"/>
        <w:ind w:firstLine="283"/>
      </w:pPr>
      <w:r>
        <w:t>The question was on the timber's end-face — the broad flat year-ring of the tarpaulin-post's cut. The question had been copied there fifteen years before. The question had been copied by Tansy, at fourteen, with the chalk, in the runner's small capitals. The question was:</w:t>
      </w:r>
    </w:p>
    <w:p>
      <w:pPr>
        <w:spacing w:line="360" w:lineRule="auto" w:after="0"/>
        <w:ind w:firstLine="283"/>
      </w:pPr>
      <w:r>
        <w:t>WHO COMES BACK?</w:t>
      </w:r>
    </w:p>
    <w:p>
      <w:pPr>
        <w:spacing w:line="360" w:lineRule="auto" w:after="0"/>
        <w:ind w:firstLine="283"/>
      </w:pPr>
      <w:r>
        <w:t>The chalk had faded. The chalk had been fading for fifteen years. The chalk's letters held the wall's weather in their edges. The edges were soft now. The chalk's color had been white. The chalk's color was the color of the timber's face now. The letters were there. The letters were going.</w:t>
      </w:r>
    </w:p>
    <w:p>
      <w:pPr>
        <w:spacing w:line="360" w:lineRule="auto" w:after="0"/>
        <w:ind w:firstLine="283"/>
      </w:pPr>
      <w:r>
        <w:t>Tansy stood at the wall. She was twenty-nine. She was the corridor's runner. She had been the corridor's runner for fifteen years. She had been Nima's last apprentice. She had been the corridor-craft's fourth generation. The carrying was hers.</w:t>
      </w:r>
    </w:p>
    <w:p>
      <w:pPr>
        <w:spacing w:line="360" w:lineRule="auto" w:after="0"/>
        <w:ind w:firstLine="283"/>
      </w:pPr>
      <w:r>
        <w:t>The chalk was in her pocket. The stub. The cloth-wrapped freight. The corridor's own carried craft. The chalk was the same chalk. The chalk had been in her pocket for fifteen years. The chalk had been re-stubbed twice — the new chalk pressed into the old stub's cloth, the way the corridor pressed its freight: the new into the old, the two not the same, the two not needing to be. The chalk rode in the pocket. The chalk rode where the chalk rode.</w:t>
      </w:r>
    </w:p>
    <w:p>
      <w:pPr>
        <w:spacing w:line="360" w:lineRule="auto" w:after="0"/>
        <w:ind w:firstLine="283"/>
      </w:pPr>
      <w:r>
        <w:t>Tansy looked at the question. The looking was the runner's held reception — the stillness, the reading. The looking held the question the way the open hand held its open.</w:t>
      </w:r>
    </w:p>
    <w:p>
      <w:pPr>
        <w:spacing w:line="360" w:lineRule="auto" w:after="0"/>
        <w:ind w:firstLine="283"/>
      </w:pPr>
      <w:r>
        <w:t>She did not answer the question.</w:t>
      </w:r>
    </w:p>
    <w:p>
      <w:pPr>
        <w:spacing w:line="360" w:lineRule="auto" w:after="0"/>
        <w:ind w:firstLine="283"/>
      </w:pPr>
      <w:r>
        <w:t>The question did not need the answering. The question had stood at the wall for twenty years without the answering. The question had stood at the wall for fifteen years in Tansy's own hand without the answering. The question stood now without the answering. The answering would have been a thing she did to the question. She did not do the thing.</w:t>
      </w:r>
    </w:p>
    <w:p>
      <w:pPr>
        <w:spacing w:line="360" w:lineRule="auto" w:after="0"/>
        <w:ind w:firstLine="283"/>
      </w:pPr>
      <w:r>
        <w:t>She took the chalk out of the pocket.</w:t>
      </w:r>
    </w:p>
    <w:p>
      <w:pPr>
        <w:spacing w:line="360" w:lineRule="auto" w:after="0"/>
        <w:ind w:firstLine="283"/>
      </w:pPr>
      <w:r>
        <w:t>The chalk came out. The chalk was small in the hand. The chalk was the color of cardamom. The chalk had been the color of cardamom for fifteen years. The chalk had been Kael's. The chalk had come to Tansy at the chest's opening, the year the corridor gave her the carrying. The chalk had been at the chest's bottom, in the cloth, in the stub. The chalk had been the corridor's. The chalk was Tansy's now.</w:t>
      </w:r>
    </w:p>
    <w:p>
      <w:pPr>
        <w:spacing w:line="360" w:lineRule="auto" w:after="0"/>
        <w:ind w:firstLine="283"/>
      </w:pPr>
      <w:r>
        <w:t>She copied the question small.</w:t>
      </w:r>
    </w:p>
    <w:p>
      <w:pPr>
        <w:spacing w:line="360" w:lineRule="auto" w:after="0"/>
        <w:ind w:firstLine="283"/>
      </w:pPr>
      <w:r>
        <w:t>She did not copy the question on the timber's face. The timber's face held the old question. The new question was Tansy's. The new question went on the timber's end-face — the broad flat year-ring of a new tarpaulin-post's cut, the next post, the post beside the old post. The new post's year-ring was fresh. The new post's year-ring was the color of new wood. The new post's year-ring had not held the weather yet.</w:t>
      </w:r>
    </w:p>
    <w:p>
      <w:pPr>
        <w:spacing w:line="360" w:lineRule="auto" w:after="0"/>
        <w:ind w:firstLine="283"/>
      </w:pPr>
      <w:r>
        <w:t>The chalk came down on the year-ring's face. The letters were made. The letters were small. The letters were the runner's own plain capitals — the upright letters, the writing the web's lanes had bred in the runners' evening log-bookings. The letters were not the old letters. The letters were not the corridor's.</w:t>
      </w:r>
    </w:p>
    <w:p>
      <w:pPr>
        <w:spacing w:line="360" w:lineRule="auto" w:after="0"/>
        <w:ind w:firstLine="283"/>
      </w:pPr>
      <w:r>
        <w:t>The question was written:</w:t>
      </w:r>
    </w:p>
    <w:p>
      <w:pPr>
        <w:spacing w:line="360" w:lineRule="auto" w:after="0"/>
        <w:ind w:firstLine="283"/>
      </w:pPr>
      <w:r>
        <w:t>WHO COMES BACK?</w:t>
      </w:r>
    </w:p>
    <w:p>
      <w:pPr>
        <w:spacing w:line="360" w:lineRule="auto" w:after="0"/>
        <w:ind w:firstLine="283"/>
      </w:pPr>
      <w:r>
        <w:t>The new question stood on the new post's year-ring. The new question was small. The old question stood on the old post's year-ring. The old question was fading. The two questions stood at the wall, side by side, the old fading, the new fresh. The two questions were not the same question. The two questions did not need to be.</w:t>
      </w:r>
    </w:p>
    <w:p>
      <w:pPr>
        <w:spacing w:line="360" w:lineRule="auto" w:after="0"/>
        <w:ind w:firstLine="283"/>
      </w:pPr>
      <w:r>
        <w:t>The hand held the chalk over the blank beneath the new question. The blank was the answering's held space. The blank stood below the new question the way the blank had stood below the old question for twenty years. The hand did not come down. The hand held the chalk over the blank. The hand did not write beneath.</w:t>
      </w:r>
    </w:p>
    <w:p>
      <w:pPr>
        <w:spacing w:line="360" w:lineRule="auto" w:after="0"/>
        <w:ind w:firstLine="283"/>
      </w:pPr>
      <w:r>
        <w:t>Tansy did not answer the question.</w:t>
      </w:r>
    </w:p>
    <w:p>
      <w:pPr>
        <w:spacing w:line="360" w:lineRule="auto" w:after="0"/>
        <w:ind w:firstLine="283"/>
      </w:pPr>
      <w:r>
        <w:t>The chalk stayed in the hand a breath. The chalk stayed in the hand two breaths. The chalk went back in the pocket. The pocket held the chalk. The chalk rode in the pocket. The chalk rode where the chalk rode.</w:t>
      </w:r>
    </w:p>
    <w:p>
      <w:pPr>
        <w:spacing w:line="360" w:lineRule="auto" w:after="0"/>
        <w:ind w:firstLine="283"/>
      </w:pPr>
      <w:r>
        <w:t>Tansy counted the ways out — three. The clearing's two paths. The timber-stack's gap. The coast-road's fork. The count was the habit. The count was the runner's. The count had been Tansy's for fifteen years. The count was Tansy's.</w:t>
      </w:r>
    </w:p>
    <w:p>
      <w:pPr>
        <w:spacing w:line="360" w:lineRule="auto" w:after="0"/>
        <w:ind w:firstLine="283"/>
      </w:pPr>
      <w:r>
        <w:t>She went back to the lane-house. The day's freight went into the runner's log in the level hand — the wall, the question, the old question's fading, the new question's writing, the chalk's going-back-in-the-pocket, the not-answering. The log's own last line was:</w:t>
      </w:r>
    </w:p>
    <w:p>
      <w:pPr>
        <w:spacing w:line="360" w:lineRule="auto" w:after="0"/>
        <w:ind w:firstLine="283"/>
      </w:pPr>
      <w:r>
        <w:t>Went back to the wall. The old question fading. Copied it small on the new post. Did not answer. The question is carried.</w:t>
      </w:r>
    </w:p>
    <w:p>
      <w:pPr>
        <w:spacing w:line="360" w:lineRule="auto" w:after="0"/>
        <w:ind w:firstLine="283"/>
      </w:pPr>
      <w:r>
        <w:t>The question is carried.</w:t>
      </w:r>
    </w:p>
    <w:p>
      <w:pPr>
        <w:spacing w:line="360" w:lineRule="auto" w:after="0"/>
        <w:ind w:firstLine="283"/>
      </w:pPr>
      <w:r>
        <w:t>The chalk rode in the runner's pocket. The bird rode in the searcher's pocket. The cup rode in the searcher's hand. The eyeglass rode in the searcher's inside pocket. The two words stood at the leaf's foot. The dented copper measure rode in the keeper's right hand. The pack-strap rode in the guide's hands. The door stood open at the lane-house. The pot was scoured at the kitchen's edge. The next portion was prepared. The question stood at the wall.</w:t>
      </w:r>
    </w:p>
    <w:p>
      <w:pPr>
        <w:spacing w:line="360" w:lineRule="auto" w:after="0"/>
        <w:ind w:firstLine="283"/>
      </w:pPr>
      <w:r>
        <w:t>The question did not know whose it was. The question did not need to know. The question stood at the timber's end-face, in the runner's small capitals, in the chalk's fading edges, in the new chalk's fresh edges. The question stood.</w:t>
      </w:r>
    </w:p>
    <w:p>
      <w:pPr>
        <w:ind w:firstLine="0"/>
        <w:jc w:val="center"/>
      </w:pPr>
      <w:r>
        <w:rPr>
          <w:color w:val="AAAAAA"/>
        </w:rPr>
        <w:t>❖</w:t>
      </w:r>
    </w:p>
    <w:p>
      <w:pPr>
        <w:spacing w:line="360" w:lineRule="auto" w:after="0"/>
        <w:ind w:firstLine="283"/>
      </w:pPr>
      <w:r>
        <w:t>The circle never closes.  The road goes on.</w:t>
      </w:r>
    </w:p>
    <w:p>
      <w:pPr>
        <w:ind w:firstLine="0"/>
        <w:jc w:val="center"/>
      </w:pPr>
      <w:r>
        <w:rPr>
          <w:color w:val="AAAAAA"/>
        </w:rPr>
        <w:t>❖</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0"/>
      <w:ind w:firstLine="283"/>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