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85877" w14:textId="77777777" w:rsidR="00C8625A" w:rsidRDefault="00751C59">
      <w:pPr>
        <w:spacing w:before="4000" w:after="160"/>
        <w:jc w:val="center"/>
      </w:pPr>
      <w:r>
        <w:rPr>
          <w:rFonts w:ascii="Georgia" w:eastAsia="Georgia" w:hAnsi="Georgia"/>
          <w:b/>
          <w:sz w:val="40"/>
        </w:rPr>
        <w:t>PRAISE, MY WAY TO VICTORY</w:t>
      </w:r>
    </w:p>
    <w:p w14:paraId="7BC6C14B" w14:textId="77777777" w:rsidR="00C8625A" w:rsidRDefault="00751C59">
      <w:r>
        <w:br w:type="page"/>
      </w:r>
    </w:p>
    <w:p w14:paraId="12F24206" w14:textId="77777777" w:rsidR="00C8625A" w:rsidRDefault="00751C59">
      <w:pPr>
        <w:spacing w:before="2000" w:after="0"/>
        <w:jc w:val="center"/>
      </w:pPr>
      <w:r>
        <w:rPr>
          <w:rFonts w:ascii="Georgia" w:eastAsia="Georgia" w:hAnsi="Georgia"/>
          <w:b/>
          <w:sz w:val="52"/>
        </w:rPr>
        <w:lastRenderedPageBreak/>
        <w:t>PRAISE,</w:t>
      </w:r>
    </w:p>
    <w:p w14:paraId="72DBA9AE" w14:textId="77777777" w:rsidR="00C8625A" w:rsidRDefault="00751C59">
      <w:pPr>
        <w:spacing w:after="360"/>
        <w:jc w:val="center"/>
      </w:pPr>
      <w:r>
        <w:rPr>
          <w:rFonts w:ascii="Georgia" w:eastAsia="Georgia" w:hAnsi="Georgia"/>
          <w:b/>
          <w:sz w:val="52"/>
        </w:rPr>
        <w:t>MY WAY TO VICTORY</w:t>
      </w:r>
    </w:p>
    <w:p w14:paraId="70097FAE" w14:textId="77777777" w:rsidR="00C8625A" w:rsidRDefault="00751C59">
      <w:pPr>
        <w:spacing w:after="40"/>
        <w:jc w:val="center"/>
      </w:pPr>
      <w:r>
        <w:rPr>
          <w:rFonts w:ascii="Georgia" w:eastAsia="Georgia" w:hAnsi="Georgia"/>
          <w:i/>
          <w:sz w:val="24"/>
        </w:rPr>
        <w:t>How Worship Before the Breakthrough</w:t>
      </w:r>
    </w:p>
    <w:p w14:paraId="37741FA3" w14:textId="77777777" w:rsidR="00C8625A" w:rsidRDefault="00751C59">
      <w:pPr>
        <w:spacing w:after="800"/>
        <w:jc w:val="center"/>
      </w:pPr>
      <w:r>
        <w:rPr>
          <w:rFonts w:ascii="Georgia" w:eastAsia="Georgia" w:hAnsi="Georgia"/>
          <w:i/>
          <w:sz w:val="24"/>
        </w:rPr>
        <w:t>Becomes Your Path Through Every Battle</w:t>
      </w:r>
    </w:p>
    <w:p w14:paraId="7CEE7991" w14:textId="77777777" w:rsidR="00C8625A" w:rsidRDefault="00751C59">
      <w:pPr>
        <w:spacing w:before="1000" w:after="160"/>
        <w:jc w:val="center"/>
      </w:pPr>
      <w:r>
        <w:rPr>
          <w:rFonts w:ascii="Georgia" w:eastAsia="Georgia" w:hAnsi="Georgia"/>
          <w:b/>
          <w:sz w:val="28"/>
        </w:rPr>
        <w:t>[AUTHOR INPUT NEEDED: Author Name]</w:t>
      </w:r>
    </w:p>
    <w:p w14:paraId="63BAA935" w14:textId="77777777" w:rsidR="00C8625A" w:rsidRDefault="00751C59">
      <w:r>
        <w:br w:type="page"/>
      </w:r>
    </w:p>
    <w:p w14:paraId="0AFA4813" w14:textId="77777777" w:rsidR="00C8625A" w:rsidRDefault="00751C59">
      <w:pPr>
        <w:spacing w:before="480" w:after="160"/>
        <w:jc w:val="center"/>
      </w:pPr>
      <w:r>
        <w:rPr>
          <w:rFonts w:ascii="Georgia" w:eastAsia="Georgia" w:hAnsi="Georgia"/>
          <w:b/>
        </w:rPr>
        <w:lastRenderedPageBreak/>
        <w:t>Praise, My Way to Victory</w:t>
      </w:r>
    </w:p>
    <w:p w14:paraId="3EABB102" w14:textId="77777777" w:rsidR="00C8625A" w:rsidRDefault="00751C59">
      <w:pPr>
        <w:spacing w:after="60"/>
        <w:ind w:left="72"/>
      </w:pPr>
      <w:r>
        <w:rPr>
          <w:rFonts w:ascii="Georgia" w:eastAsia="Georgia" w:hAnsi="Georgia"/>
          <w:sz w:val="18"/>
        </w:rPr>
        <w:t>Copyright © [YEAR] by [LEGAL NAME]. All rights reserved.</w:t>
      </w:r>
    </w:p>
    <w:p w14:paraId="5BB264BA" w14:textId="77777777" w:rsidR="00C8625A" w:rsidRDefault="00C8625A">
      <w:pPr>
        <w:spacing w:after="60"/>
        <w:ind w:left="72"/>
      </w:pPr>
    </w:p>
    <w:p w14:paraId="65CF2CF4" w14:textId="77777777" w:rsidR="00C8625A" w:rsidRDefault="00751C59">
      <w:pPr>
        <w:spacing w:after="60"/>
        <w:ind w:left="72"/>
      </w:pPr>
      <w:r>
        <w:rPr>
          <w:rFonts w:ascii="Georgia" w:eastAsia="Georgia" w:hAnsi="Georgia"/>
          <w:sz w:val="18"/>
        </w:rPr>
        <w:t>No part of this publication may be reproduced without written permission, except brief quotations in reviews.</w:t>
      </w:r>
    </w:p>
    <w:p w14:paraId="57FC705E" w14:textId="77777777" w:rsidR="00C8625A" w:rsidRDefault="00C8625A">
      <w:pPr>
        <w:spacing w:after="60"/>
        <w:ind w:left="72"/>
      </w:pPr>
    </w:p>
    <w:p w14:paraId="0A6FBD4A" w14:textId="77777777" w:rsidR="00C8625A" w:rsidRDefault="00751C59">
      <w:pPr>
        <w:spacing w:after="60"/>
        <w:ind w:left="72"/>
      </w:pPr>
      <w:r>
        <w:rPr>
          <w:rFonts w:ascii="Georgia" w:eastAsia="Georgia" w:hAnsi="Georgia"/>
          <w:sz w:val="18"/>
        </w:rPr>
        <w:t>Scripture quotations marked NKJV are from the New King James Version®. © 1982 Thomas Nelson. Used by permission. All rights reserved.</w:t>
      </w:r>
    </w:p>
    <w:p w14:paraId="7BBD6C03" w14:textId="77777777" w:rsidR="00C8625A" w:rsidRDefault="00751C59">
      <w:pPr>
        <w:spacing w:after="60"/>
        <w:ind w:left="72"/>
      </w:pPr>
      <w:r>
        <w:rPr>
          <w:rFonts w:ascii="Georgia" w:eastAsia="Georgia" w:hAnsi="Georgia"/>
          <w:sz w:val="18"/>
        </w:rPr>
        <w:t>Other versions as marked (NASB, ESV). “Adapted” indicates light readability adjustment preserving meaning.</w:t>
      </w:r>
    </w:p>
    <w:p w14:paraId="2CE5AEC5" w14:textId="77777777" w:rsidR="00C8625A" w:rsidRDefault="00C8625A">
      <w:pPr>
        <w:spacing w:after="60"/>
        <w:ind w:left="72"/>
      </w:pPr>
    </w:p>
    <w:p w14:paraId="026E82D4" w14:textId="77777777" w:rsidR="00C8625A" w:rsidRDefault="00751C59">
      <w:pPr>
        <w:spacing w:after="60"/>
        <w:ind w:left="72"/>
      </w:pPr>
      <w:r>
        <w:rPr>
          <w:rFonts w:ascii="Georgia" w:eastAsia="Georgia" w:hAnsi="Georgia"/>
          <w:sz w:val="18"/>
        </w:rPr>
        <w:t>This book is not medical or mental-health advice. Seek qualified professional care. Praise is a spiritual practice, not a substitute for treatment.</w:t>
      </w:r>
    </w:p>
    <w:p w14:paraId="649DA886" w14:textId="77777777" w:rsidR="00C8625A" w:rsidRDefault="00C8625A">
      <w:pPr>
        <w:spacing w:after="60"/>
        <w:ind w:left="72"/>
      </w:pPr>
    </w:p>
    <w:p w14:paraId="0F570EA7" w14:textId="77777777" w:rsidR="00C8625A" w:rsidRDefault="00751C59">
      <w:pPr>
        <w:spacing w:after="60"/>
        <w:ind w:left="72"/>
      </w:pPr>
      <w:r>
        <w:rPr>
          <w:rFonts w:ascii="Georgia" w:eastAsia="Georgia" w:hAnsi="Georgia"/>
          <w:sz w:val="18"/>
        </w:rPr>
        <w:t>Print ISBN: [NEEDED]   Ebook ISBN: [NEEDED]</w:t>
      </w:r>
    </w:p>
    <w:p w14:paraId="19D9CB5A" w14:textId="77777777" w:rsidR="00C8625A" w:rsidRDefault="00751C59">
      <w:pPr>
        <w:spacing w:after="60"/>
        <w:ind w:left="72"/>
      </w:pPr>
      <w:r>
        <w:rPr>
          <w:rFonts w:ascii="Georgia" w:eastAsia="Georgia" w:hAnsi="Georgia"/>
          <w:sz w:val="18"/>
        </w:rPr>
        <w:t>Cover design: [NEEDED]   First edition</w:t>
      </w:r>
    </w:p>
    <w:p w14:paraId="535AF564" w14:textId="77777777" w:rsidR="00C8625A" w:rsidRDefault="00751C59">
      <w:r>
        <w:br w:type="page"/>
      </w:r>
    </w:p>
    <w:p w14:paraId="6384D1EC" w14:textId="77777777" w:rsidR="00C8625A" w:rsidRDefault="00751C59">
      <w:pPr>
        <w:spacing w:before="1600" w:after="160"/>
        <w:jc w:val="center"/>
      </w:pPr>
      <w:r>
        <w:rPr>
          <w:rFonts w:ascii="Georgia" w:eastAsia="Georgia" w:hAnsi="Georgia"/>
          <w:b/>
          <w:sz w:val="28"/>
        </w:rPr>
        <w:lastRenderedPageBreak/>
        <w:t>DEDICATION</w:t>
      </w:r>
    </w:p>
    <w:p w14:paraId="79762758" w14:textId="77777777" w:rsidR="00C8625A" w:rsidRDefault="00751C59">
      <w:pPr>
        <w:spacing w:before="400" w:after="160"/>
        <w:jc w:val="center"/>
      </w:pPr>
      <w:r>
        <w:rPr>
          <w:rFonts w:ascii="Georgia" w:eastAsia="Georgia" w:hAnsi="Georgia"/>
          <w:i/>
        </w:rPr>
        <w:t>[AUTHOR INPUT NEEDED: Dedication]</w:t>
      </w:r>
    </w:p>
    <w:p w14:paraId="44D0484A" w14:textId="77777777" w:rsidR="00C8625A" w:rsidRDefault="00751C59">
      <w:pPr>
        <w:spacing w:before="320" w:after="160"/>
        <w:jc w:val="center"/>
      </w:pPr>
      <w:r>
        <w:rPr>
          <w:rFonts w:ascii="Georgia" w:eastAsia="Georgia" w:hAnsi="Georgia"/>
          <w:i/>
          <w:sz w:val="20"/>
        </w:rPr>
        <w:t>Example: To the One who put a new song in my mouth —</w:t>
      </w:r>
    </w:p>
    <w:p w14:paraId="05721953" w14:textId="77777777" w:rsidR="00C8625A" w:rsidRDefault="00751C59">
      <w:pPr>
        <w:spacing w:after="160"/>
        <w:jc w:val="center"/>
      </w:pPr>
      <w:r>
        <w:rPr>
          <w:rFonts w:ascii="Georgia" w:eastAsia="Georgia" w:hAnsi="Georgia"/>
          <w:i/>
          <w:sz w:val="20"/>
        </w:rPr>
        <w:t>and to every believer still learning to sing in the dark.</w:t>
      </w:r>
    </w:p>
    <w:p w14:paraId="054241D9" w14:textId="77777777" w:rsidR="00C8625A" w:rsidRDefault="00751C59">
      <w:r>
        <w:br w:type="page"/>
      </w:r>
    </w:p>
    <w:p w14:paraId="59E4DA40" w14:textId="77777777" w:rsidR="00C8625A" w:rsidRDefault="00751C59">
      <w:pPr>
        <w:spacing w:before="1600" w:after="160"/>
        <w:jc w:val="center"/>
      </w:pPr>
      <w:r>
        <w:rPr>
          <w:rFonts w:ascii="Georgia" w:eastAsia="Georgia" w:hAnsi="Georgia"/>
          <w:b/>
          <w:sz w:val="24"/>
        </w:rPr>
        <w:lastRenderedPageBreak/>
        <w:t>EPIGRAPH</w:t>
      </w:r>
    </w:p>
    <w:p w14:paraId="3B95C0D6" w14:textId="77777777" w:rsidR="00C8625A" w:rsidRDefault="00751C59">
      <w:pPr>
        <w:spacing w:before="400" w:after="160"/>
        <w:ind w:left="504" w:right="504"/>
        <w:jc w:val="center"/>
      </w:pPr>
      <w:r>
        <w:rPr>
          <w:rFonts w:ascii="Georgia" w:eastAsia="Georgia" w:hAnsi="Georgia"/>
          <w:i/>
          <w:sz w:val="24"/>
        </w:rPr>
        <w:t>"When I don't know what to do, I will lift my hands. When the battle rages strongest, I will lift my voice. For I have learned the secret: Praise is my way to victory."</w:t>
      </w:r>
    </w:p>
    <w:p w14:paraId="7B13A7AF" w14:textId="77777777" w:rsidR="00C8625A" w:rsidRDefault="00751C59">
      <w:r>
        <w:br w:type="page"/>
      </w:r>
    </w:p>
    <w:p w14:paraId="3C14CB87" w14:textId="77777777" w:rsidR="00C8625A" w:rsidRDefault="00751C59">
      <w:pPr>
        <w:spacing w:before="160" w:after="240"/>
        <w:jc w:val="center"/>
      </w:pPr>
      <w:r>
        <w:rPr>
          <w:rFonts w:ascii="Georgia" w:eastAsia="Georgia" w:hAnsi="Georgia"/>
          <w:b/>
          <w:sz w:val="32"/>
        </w:rPr>
        <w:lastRenderedPageBreak/>
        <w:t>CONTENTS</w:t>
      </w:r>
    </w:p>
    <w:p w14:paraId="04D0C3B4" w14:textId="77777777" w:rsidR="00C8625A" w:rsidRDefault="00751C59">
      <w:pPr>
        <w:spacing w:after="40"/>
      </w:pPr>
      <w:r>
        <w:rPr>
          <w:rFonts w:ascii="Georgia" w:eastAsia="Georgia" w:hAnsi="Georgia"/>
          <w:sz w:val="20"/>
        </w:rPr>
        <w:t>Author's Preface</w:t>
      </w:r>
    </w:p>
    <w:p w14:paraId="57F072B5" w14:textId="77777777" w:rsidR="00C8625A" w:rsidRDefault="00751C59">
      <w:pPr>
        <w:spacing w:after="40"/>
      </w:pPr>
      <w:r>
        <w:rPr>
          <w:rFonts w:ascii="Georgia" w:eastAsia="Georgia" w:hAnsi="Georgia"/>
          <w:sz w:val="20"/>
        </w:rPr>
        <w:t>Introduction</w:t>
      </w:r>
    </w:p>
    <w:p w14:paraId="3E6D6AF0" w14:textId="77777777" w:rsidR="00C8625A" w:rsidRDefault="00751C59">
      <w:pPr>
        <w:spacing w:before="120" w:after="40"/>
      </w:pPr>
      <w:r>
        <w:rPr>
          <w:rFonts w:ascii="Georgia" w:eastAsia="Georgia" w:hAnsi="Georgia"/>
          <w:b/>
          <w:sz w:val="20"/>
        </w:rPr>
        <w:t>PART ONE — The God Who Is Worthy of Praise</w:t>
      </w:r>
    </w:p>
    <w:p w14:paraId="06AC4338" w14:textId="77777777" w:rsidR="00C8625A" w:rsidRDefault="00751C59">
      <w:pPr>
        <w:spacing w:after="40"/>
      </w:pPr>
      <w:r>
        <w:rPr>
          <w:rFonts w:ascii="Georgia" w:eastAsia="Georgia" w:hAnsi="Georgia"/>
          <w:sz w:val="20"/>
        </w:rPr>
        <w:t>1. Praise Was Born Before the Battle</w:t>
      </w:r>
    </w:p>
    <w:p w14:paraId="199B8081" w14:textId="77777777" w:rsidR="00C8625A" w:rsidRDefault="00751C59">
      <w:pPr>
        <w:spacing w:after="40"/>
      </w:pPr>
      <w:r>
        <w:rPr>
          <w:rFonts w:ascii="Georgia" w:eastAsia="Georgia" w:hAnsi="Georgia"/>
          <w:sz w:val="20"/>
        </w:rPr>
        <w:t>2. The God Who Deserves Our Praise</w:t>
      </w:r>
    </w:p>
    <w:p w14:paraId="7D9DA170" w14:textId="77777777" w:rsidR="00C8625A" w:rsidRDefault="00751C59">
      <w:pPr>
        <w:spacing w:after="40"/>
      </w:pPr>
      <w:r>
        <w:rPr>
          <w:rFonts w:ascii="Georgia" w:eastAsia="Georgia" w:hAnsi="Georgia"/>
          <w:sz w:val="20"/>
        </w:rPr>
        <w:t>3. Created to Praise</w:t>
      </w:r>
    </w:p>
    <w:p w14:paraId="234737F5" w14:textId="77777777" w:rsidR="00C8625A" w:rsidRDefault="00751C59">
      <w:pPr>
        <w:spacing w:after="40"/>
      </w:pPr>
      <w:r>
        <w:rPr>
          <w:rFonts w:ascii="Georgia" w:eastAsia="Georgia" w:hAnsi="Georgia"/>
          <w:sz w:val="20"/>
        </w:rPr>
        <w:t>4. The Sacrifice of Praise</w:t>
      </w:r>
    </w:p>
    <w:p w14:paraId="7E3A65A0" w14:textId="77777777" w:rsidR="00C8625A" w:rsidRDefault="00751C59">
      <w:pPr>
        <w:spacing w:before="120" w:after="40"/>
      </w:pPr>
      <w:r>
        <w:rPr>
          <w:rFonts w:ascii="Georgia" w:eastAsia="Georgia" w:hAnsi="Georgia"/>
          <w:b/>
          <w:sz w:val="20"/>
        </w:rPr>
        <w:t>PART TWO — Praise in the Battles of the Bible</w:t>
      </w:r>
    </w:p>
    <w:p w14:paraId="2159B119" w14:textId="77777777" w:rsidR="00C8625A" w:rsidRDefault="00751C59">
      <w:pPr>
        <w:spacing w:after="40"/>
      </w:pPr>
      <w:r>
        <w:rPr>
          <w:rFonts w:ascii="Georgia" w:eastAsia="Georgia" w:hAnsi="Georgia"/>
          <w:sz w:val="20"/>
        </w:rPr>
        <w:t>5. Jehoshaphat's Praise Parade</w:t>
      </w:r>
    </w:p>
    <w:p w14:paraId="08EBDD3C" w14:textId="77777777" w:rsidR="00C8625A" w:rsidRDefault="00751C59">
      <w:pPr>
        <w:spacing w:after="40"/>
      </w:pPr>
      <w:r>
        <w:rPr>
          <w:rFonts w:ascii="Georgia" w:eastAsia="Georgia" w:hAnsi="Georgia"/>
          <w:sz w:val="20"/>
        </w:rPr>
        <w:t>6. Moses and Miriam: Praise After Deliverance</w:t>
      </w:r>
    </w:p>
    <w:p w14:paraId="5B92EF68" w14:textId="77777777" w:rsidR="00C8625A" w:rsidRDefault="00751C59">
      <w:pPr>
        <w:spacing w:after="40"/>
      </w:pPr>
      <w:r>
        <w:rPr>
          <w:rFonts w:ascii="Georgia" w:eastAsia="Georgia" w:hAnsi="Georgia"/>
          <w:sz w:val="20"/>
        </w:rPr>
        <w:t>7. Deborah and Barak: Praise for the Victory</w:t>
      </w:r>
    </w:p>
    <w:p w14:paraId="2EF753DB" w14:textId="77777777" w:rsidR="00C8625A" w:rsidRDefault="00751C59">
      <w:pPr>
        <w:spacing w:after="40"/>
      </w:pPr>
      <w:r>
        <w:rPr>
          <w:rFonts w:ascii="Georgia" w:eastAsia="Georgia" w:hAnsi="Georgia"/>
          <w:sz w:val="20"/>
        </w:rPr>
        <w:t>8. David: A Man After God's Heart of Praise</w:t>
      </w:r>
    </w:p>
    <w:p w14:paraId="6158C1B0" w14:textId="77777777" w:rsidR="00C8625A" w:rsidRDefault="00751C59">
      <w:pPr>
        <w:spacing w:after="40"/>
      </w:pPr>
      <w:r>
        <w:rPr>
          <w:rFonts w:ascii="Georgia" w:eastAsia="Georgia" w:hAnsi="Georgia"/>
          <w:sz w:val="20"/>
        </w:rPr>
        <w:t>9. Hezekiah: Praise in the Face of an Impossible Threat</w:t>
      </w:r>
    </w:p>
    <w:p w14:paraId="250B6191" w14:textId="77777777" w:rsidR="00C8625A" w:rsidRDefault="00751C59">
      <w:pPr>
        <w:spacing w:after="40"/>
      </w:pPr>
      <w:r>
        <w:rPr>
          <w:rFonts w:ascii="Georgia" w:eastAsia="Georgia" w:hAnsi="Georgia"/>
          <w:sz w:val="20"/>
        </w:rPr>
        <w:t>10. Paul and Silas: Praise in Prison</w:t>
      </w:r>
    </w:p>
    <w:p w14:paraId="40AACF58" w14:textId="77777777" w:rsidR="00C8625A" w:rsidRDefault="00751C59">
      <w:pPr>
        <w:spacing w:after="40"/>
      </w:pPr>
      <w:r>
        <w:rPr>
          <w:rFonts w:ascii="Georgia" w:eastAsia="Georgia" w:hAnsi="Georgia"/>
          <w:sz w:val="20"/>
        </w:rPr>
        <w:t>11. The Other Praise Warriors</w:t>
      </w:r>
    </w:p>
    <w:p w14:paraId="73E12A5F" w14:textId="77777777" w:rsidR="00C8625A" w:rsidRDefault="00751C59">
      <w:pPr>
        <w:spacing w:before="120" w:after="40"/>
      </w:pPr>
      <w:r>
        <w:rPr>
          <w:rFonts w:ascii="Georgia" w:eastAsia="Georgia" w:hAnsi="Georgia"/>
          <w:b/>
          <w:sz w:val="20"/>
        </w:rPr>
        <w:t>PART THREE — The Physical Benefits of Praise</w:t>
      </w:r>
    </w:p>
    <w:p w14:paraId="202382B0" w14:textId="77777777" w:rsidR="00C8625A" w:rsidRDefault="00751C59">
      <w:pPr>
        <w:spacing w:after="40"/>
      </w:pPr>
      <w:r>
        <w:rPr>
          <w:rFonts w:ascii="Georgia" w:eastAsia="Georgia" w:hAnsi="Georgia"/>
          <w:sz w:val="20"/>
        </w:rPr>
        <w:t>12. Praise and Your Body: God's Design for Wholeness</w:t>
      </w:r>
    </w:p>
    <w:p w14:paraId="0D595D4D" w14:textId="77777777" w:rsidR="00C8625A" w:rsidRDefault="00751C59">
      <w:pPr>
        <w:spacing w:after="40"/>
      </w:pPr>
      <w:r>
        <w:rPr>
          <w:rFonts w:ascii="Georgia" w:eastAsia="Georgia" w:hAnsi="Georgia"/>
          <w:sz w:val="20"/>
        </w:rPr>
        <w:t>13. Peaceful Hormones, Restful Sleep, and a Healthy Heart</w:t>
      </w:r>
    </w:p>
    <w:p w14:paraId="385D11C3" w14:textId="77777777" w:rsidR="00C8625A" w:rsidRDefault="00751C59">
      <w:pPr>
        <w:spacing w:after="40"/>
      </w:pPr>
      <w:r>
        <w:rPr>
          <w:rFonts w:ascii="Georgia" w:eastAsia="Georgia" w:hAnsi="Georgia"/>
          <w:sz w:val="20"/>
        </w:rPr>
        <w:t>14. Strength for the Weary</w:t>
      </w:r>
    </w:p>
    <w:p w14:paraId="657F47EB" w14:textId="77777777" w:rsidR="00C8625A" w:rsidRDefault="00751C59">
      <w:pPr>
        <w:spacing w:before="120" w:after="40"/>
      </w:pPr>
      <w:r>
        <w:rPr>
          <w:rFonts w:ascii="Georgia" w:eastAsia="Georgia" w:hAnsi="Georgia"/>
          <w:b/>
          <w:sz w:val="20"/>
        </w:rPr>
        <w:t>PART FOUR — The Psychological Benefits of Praise</w:t>
      </w:r>
    </w:p>
    <w:p w14:paraId="5EF6F9A8" w14:textId="77777777" w:rsidR="00C8625A" w:rsidRDefault="00751C59">
      <w:pPr>
        <w:spacing w:after="40"/>
      </w:pPr>
      <w:r>
        <w:rPr>
          <w:rFonts w:ascii="Georgia" w:eastAsia="Georgia" w:hAnsi="Georgia"/>
          <w:sz w:val="20"/>
        </w:rPr>
        <w:t>15. Praise Destroys Anxiety and Fear</w:t>
      </w:r>
    </w:p>
    <w:p w14:paraId="43D48277" w14:textId="77777777" w:rsidR="00C8625A" w:rsidRDefault="00751C59">
      <w:pPr>
        <w:spacing w:after="40"/>
      </w:pPr>
      <w:r>
        <w:rPr>
          <w:rFonts w:ascii="Georgia" w:eastAsia="Georgia" w:hAnsi="Georgia"/>
          <w:sz w:val="20"/>
        </w:rPr>
        <w:t>16. Praise Restores Joy and Hope</w:t>
      </w:r>
    </w:p>
    <w:p w14:paraId="4A9DE04D" w14:textId="77777777" w:rsidR="00C8625A" w:rsidRDefault="00751C59">
      <w:pPr>
        <w:spacing w:after="40"/>
      </w:pPr>
      <w:r>
        <w:rPr>
          <w:rFonts w:ascii="Georgia" w:eastAsia="Georgia" w:hAnsi="Georgia"/>
          <w:sz w:val="20"/>
        </w:rPr>
        <w:t>17. Praise Heals the Brokenhearted</w:t>
      </w:r>
    </w:p>
    <w:p w14:paraId="25B2D858" w14:textId="77777777" w:rsidR="00C8625A" w:rsidRDefault="00751C59">
      <w:pPr>
        <w:spacing w:after="40"/>
      </w:pPr>
      <w:r>
        <w:rPr>
          <w:rFonts w:ascii="Georgia" w:eastAsia="Georgia" w:hAnsi="Georgia"/>
          <w:sz w:val="20"/>
        </w:rPr>
        <w:t>18. Praise Renews Your Mind</w:t>
      </w:r>
    </w:p>
    <w:p w14:paraId="592270CC" w14:textId="77777777" w:rsidR="00C8625A" w:rsidRDefault="00751C59">
      <w:pPr>
        <w:spacing w:before="120" w:after="40"/>
      </w:pPr>
      <w:r>
        <w:rPr>
          <w:rFonts w:ascii="Georgia" w:eastAsia="Georgia" w:hAnsi="Georgia"/>
          <w:b/>
          <w:sz w:val="20"/>
        </w:rPr>
        <w:t>PART FIVE — Learning to Praise Your Way Through Anything</w:t>
      </w:r>
    </w:p>
    <w:p w14:paraId="194E313B" w14:textId="77777777" w:rsidR="00C8625A" w:rsidRDefault="00751C59">
      <w:pPr>
        <w:spacing w:after="40"/>
      </w:pPr>
      <w:r>
        <w:rPr>
          <w:rFonts w:ascii="Georgia" w:eastAsia="Georgia" w:hAnsi="Georgia"/>
          <w:sz w:val="20"/>
        </w:rPr>
        <w:t>19. Praise in the Pit</w:t>
      </w:r>
    </w:p>
    <w:p w14:paraId="67C36638" w14:textId="77777777" w:rsidR="00C8625A" w:rsidRDefault="00751C59">
      <w:pPr>
        <w:spacing w:after="40"/>
      </w:pPr>
      <w:r>
        <w:rPr>
          <w:rFonts w:ascii="Georgia" w:eastAsia="Georgia" w:hAnsi="Georgia"/>
          <w:sz w:val="20"/>
        </w:rPr>
        <w:t>20. Praise When It Doesn't Make Sense</w:t>
      </w:r>
    </w:p>
    <w:p w14:paraId="4E355E9D" w14:textId="77777777" w:rsidR="00C8625A" w:rsidRDefault="00751C59">
      <w:pPr>
        <w:spacing w:after="40"/>
      </w:pPr>
      <w:r>
        <w:rPr>
          <w:rFonts w:ascii="Georgia" w:eastAsia="Georgia" w:hAnsi="Georgia"/>
          <w:sz w:val="20"/>
        </w:rPr>
        <w:t>21. Praise Through the Process</w:t>
      </w:r>
    </w:p>
    <w:p w14:paraId="707B98EE" w14:textId="77777777" w:rsidR="00C8625A" w:rsidRDefault="00751C59">
      <w:pPr>
        <w:spacing w:after="40"/>
      </w:pPr>
      <w:r>
        <w:rPr>
          <w:rFonts w:ascii="Georgia" w:eastAsia="Georgia" w:hAnsi="Georgia"/>
          <w:sz w:val="20"/>
        </w:rPr>
        <w:t>22. From Complaint to Praise</w:t>
      </w:r>
    </w:p>
    <w:p w14:paraId="50A6D1E1" w14:textId="77777777" w:rsidR="00C8625A" w:rsidRDefault="00751C59">
      <w:pPr>
        <w:spacing w:before="120" w:after="40"/>
      </w:pPr>
      <w:r>
        <w:rPr>
          <w:rFonts w:ascii="Georgia" w:eastAsia="Georgia" w:hAnsi="Georgia"/>
          <w:b/>
          <w:sz w:val="20"/>
        </w:rPr>
        <w:lastRenderedPageBreak/>
        <w:t>PART SIX — Praise, Your Way to Victory</w:t>
      </w:r>
    </w:p>
    <w:p w14:paraId="2ACE827A" w14:textId="77777777" w:rsidR="00C8625A" w:rsidRDefault="00751C59">
      <w:pPr>
        <w:spacing w:after="40"/>
      </w:pPr>
      <w:r>
        <w:rPr>
          <w:rFonts w:ascii="Georgia" w:eastAsia="Georgia" w:hAnsi="Georgia"/>
          <w:sz w:val="20"/>
        </w:rPr>
        <w:t>23. The Weapon of Praise</w:t>
      </w:r>
    </w:p>
    <w:p w14:paraId="4F703EB6" w14:textId="77777777" w:rsidR="00C8625A" w:rsidRDefault="00751C59">
      <w:pPr>
        <w:spacing w:after="40"/>
      </w:pPr>
      <w:r>
        <w:rPr>
          <w:rFonts w:ascii="Georgia" w:eastAsia="Georgia" w:hAnsi="Georgia"/>
          <w:sz w:val="20"/>
        </w:rPr>
        <w:t>24. A Lifestyle of Praise</w:t>
      </w:r>
    </w:p>
    <w:p w14:paraId="2022B565" w14:textId="77777777" w:rsidR="00C8625A" w:rsidRDefault="00751C59">
      <w:pPr>
        <w:spacing w:after="40"/>
      </w:pPr>
      <w:r>
        <w:rPr>
          <w:rFonts w:ascii="Georgia" w:eastAsia="Georgia" w:hAnsi="Georgia"/>
          <w:sz w:val="20"/>
        </w:rPr>
        <w:t>25. Entering Your Victory Through Praise</w:t>
      </w:r>
    </w:p>
    <w:p w14:paraId="6E959F08" w14:textId="77777777" w:rsidR="00C8625A" w:rsidRDefault="00751C59">
      <w:pPr>
        <w:spacing w:after="40"/>
      </w:pPr>
      <w:r>
        <w:rPr>
          <w:rFonts w:ascii="Georgia" w:eastAsia="Georgia" w:hAnsi="Georgia"/>
          <w:sz w:val="20"/>
        </w:rPr>
        <w:t>Conclusion — Your Song of Victory</w:t>
      </w:r>
    </w:p>
    <w:p w14:paraId="7D02F0B6" w14:textId="77777777" w:rsidR="00C8625A" w:rsidRDefault="00751C59">
      <w:pPr>
        <w:spacing w:after="40"/>
      </w:pPr>
      <w:r>
        <w:rPr>
          <w:rFonts w:ascii="Georgia" w:eastAsia="Georgia" w:hAnsi="Georgia"/>
          <w:sz w:val="20"/>
        </w:rPr>
        <w:t>Epilogue — Keep Singing</w:t>
      </w:r>
    </w:p>
    <w:p w14:paraId="74D96B3A" w14:textId="77777777" w:rsidR="00C8625A" w:rsidRDefault="00751C59">
      <w:pPr>
        <w:spacing w:after="40"/>
      </w:pPr>
      <w:r>
        <w:rPr>
          <w:rFonts w:ascii="Georgia" w:eastAsia="Georgia" w:hAnsi="Georgia"/>
          <w:sz w:val="20"/>
        </w:rPr>
        <w:t>Appendix A — 30 Days of Praise Declarations</w:t>
      </w:r>
    </w:p>
    <w:p w14:paraId="53F38CAD" w14:textId="77777777" w:rsidR="00C8625A" w:rsidRDefault="00751C59">
      <w:pPr>
        <w:spacing w:after="40"/>
      </w:pPr>
      <w:r>
        <w:rPr>
          <w:rFonts w:ascii="Georgia" w:eastAsia="Georgia" w:hAnsi="Georgia"/>
          <w:sz w:val="20"/>
        </w:rPr>
        <w:t>Appendix B — Psalms to Pray in Every Season</w:t>
      </w:r>
    </w:p>
    <w:p w14:paraId="4168A562" w14:textId="77777777" w:rsidR="00C8625A" w:rsidRDefault="00751C59">
      <w:pPr>
        <w:spacing w:after="40"/>
      </w:pPr>
      <w:r>
        <w:rPr>
          <w:rFonts w:ascii="Georgia" w:eastAsia="Georgia" w:hAnsi="Georgia"/>
          <w:sz w:val="20"/>
        </w:rPr>
        <w:t>Appendix C — A Personal Praise Journal</w:t>
      </w:r>
    </w:p>
    <w:p w14:paraId="669D86F4" w14:textId="77777777" w:rsidR="00C8625A" w:rsidRDefault="00751C59">
      <w:pPr>
        <w:spacing w:after="40"/>
      </w:pPr>
      <w:r>
        <w:rPr>
          <w:rFonts w:ascii="Georgia" w:eastAsia="Georgia" w:hAnsi="Georgia"/>
          <w:sz w:val="20"/>
        </w:rPr>
        <w:t>Research Notes</w:t>
      </w:r>
    </w:p>
    <w:p w14:paraId="444F1D20" w14:textId="77777777" w:rsidR="00C8625A" w:rsidRDefault="00751C59">
      <w:pPr>
        <w:spacing w:after="40"/>
      </w:pPr>
      <w:r>
        <w:rPr>
          <w:rFonts w:ascii="Georgia" w:eastAsia="Georgia" w:hAnsi="Georgia"/>
          <w:sz w:val="20"/>
        </w:rPr>
        <w:t>Scripture Index</w:t>
      </w:r>
    </w:p>
    <w:p w14:paraId="2A1D3057" w14:textId="77777777" w:rsidR="00C8625A" w:rsidRDefault="00751C59">
      <w:pPr>
        <w:spacing w:after="40"/>
      </w:pPr>
      <w:r>
        <w:rPr>
          <w:rFonts w:ascii="Georgia" w:eastAsia="Georgia" w:hAnsi="Georgia"/>
          <w:sz w:val="20"/>
        </w:rPr>
        <w:t>About the Author's Heart</w:t>
      </w:r>
    </w:p>
    <w:p w14:paraId="3CD439AB" w14:textId="77777777" w:rsidR="00C8625A" w:rsidRDefault="00751C59">
      <w:pPr>
        <w:spacing w:after="40"/>
      </w:pPr>
      <w:r>
        <w:rPr>
          <w:rFonts w:ascii="Georgia" w:eastAsia="Georgia" w:hAnsi="Georgia"/>
          <w:sz w:val="20"/>
        </w:rPr>
        <w:t>About the Author</w:t>
      </w:r>
    </w:p>
    <w:p w14:paraId="34B53A93" w14:textId="77777777" w:rsidR="00C8625A" w:rsidRDefault="00751C59">
      <w:pPr>
        <w:spacing w:after="40"/>
      </w:pPr>
      <w:r>
        <w:rPr>
          <w:rFonts w:ascii="Georgia" w:eastAsia="Georgia" w:hAnsi="Georgia"/>
          <w:sz w:val="20"/>
        </w:rPr>
        <w:t>Acknowledgements</w:t>
      </w:r>
    </w:p>
    <w:p w14:paraId="2794F0FF" w14:textId="77777777" w:rsidR="00C8625A" w:rsidRDefault="00751C59">
      <w:r>
        <w:br w:type="page"/>
      </w:r>
    </w:p>
    <w:p w14:paraId="17EE2714" w14:textId="77777777" w:rsidR="00C8625A" w:rsidRDefault="00751C59">
      <w:pPr>
        <w:spacing w:before="480" w:after="160"/>
        <w:jc w:val="center"/>
      </w:pPr>
      <w:r>
        <w:rPr>
          <w:rFonts w:ascii="Georgia" w:eastAsia="Georgia" w:hAnsi="Georgia"/>
          <w:b/>
          <w:sz w:val="24"/>
        </w:rPr>
        <w:lastRenderedPageBreak/>
        <w:t>A NOTE ON THE FOREWORD</w:t>
      </w:r>
    </w:p>
    <w:p w14:paraId="265DE5D6" w14:textId="77777777" w:rsidR="00C8625A" w:rsidRDefault="00751C59">
      <w:pPr>
        <w:spacing w:after="160"/>
      </w:pPr>
      <w:r>
        <w:rPr>
          <w:rFonts w:ascii="Georgia" w:eastAsia="Georgia" w:hAnsi="Georgia"/>
          <w:i/>
          <w:sz w:val="20"/>
        </w:rPr>
        <w:t>The original manuscript included an unsigned Foreword. Below is presented as an Author's Preface and may stand alone. If you secure an external endorser, replace this with their signed Foreword.</w:t>
      </w:r>
    </w:p>
    <w:p w14:paraId="7B4705BA" w14:textId="77777777" w:rsidR="00C8625A" w:rsidRDefault="00751C59">
      <w:r>
        <w:br w:type="page"/>
      </w:r>
    </w:p>
    <w:p w14:paraId="6EB3993E" w14:textId="77777777" w:rsidR="00C8625A" w:rsidRDefault="00751C59">
      <w:r>
        <w:lastRenderedPageBreak/>
        <w:br w:type="page"/>
      </w:r>
    </w:p>
    <w:p w14:paraId="7B0AD648" w14:textId="77777777" w:rsidR="00C8625A" w:rsidRDefault="00751C59">
      <w:pPr>
        <w:spacing w:before="720" w:after="280"/>
        <w:jc w:val="center"/>
      </w:pPr>
      <w:r>
        <w:rPr>
          <w:rFonts w:ascii="Georgia" w:eastAsia="Georgia" w:hAnsi="Georgia"/>
          <w:b/>
          <w:sz w:val="32"/>
        </w:rPr>
        <w:lastRenderedPageBreak/>
        <w:t>AUTHOR'S PREFACE</w:t>
      </w:r>
    </w:p>
    <w:p w14:paraId="69CB849C" w14:textId="77777777" w:rsidR="00C8625A" w:rsidRDefault="00751C59">
      <w:pPr>
        <w:spacing w:after="160"/>
        <w:ind w:firstLine="259"/>
      </w:pPr>
      <w:r>
        <w:rPr>
          <w:rFonts w:ascii="Georgia" w:eastAsia="Georgia" w:hAnsi="Georgia"/>
        </w:rPr>
        <w:t>It has been said throughout church history, "God inhabits the praises of His people" (Psalm 22:3, NKJV). I believe with all of my heart that this one truth, when fully grasped, has the power to change a life, restore a home, heal a broken heart, and win battles that once seemed utterly impossible. For many believers, we know how to pray. We know how to petition, to intercede, to weep, and to cry out for help. However, far too few of us have ever learned how to praise our way out of our problems. We are ofte</w:t>
      </w:r>
      <w:r>
        <w:rPr>
          <w:rFonts w:ascii="Georgia" w:eastAsia="Georgia" w:hAnsi="Georgia"/>
        </w:rPr>
        <w:t>n conditioned to wait for the victory to be manifested before we worship. Yet, the heart of our Heavenly Father is calling us to worship before we see the answer. This book, Praise, My Way to Victory, is a timely, powerful, and deeply biblical reminder that praise is not just something we do in church on Sunday mornings. It is a weapon. It is a refuge. It is medicine for the weary soul. Most importantly, it is our God-given pathway to victory. The pages before you beautifully weave together the mighty testi</w:t>
      </w:r>
      <w:r>
        <w:rPr>
          <w:rFonts w:ascii="Georgia" w:eastAsia="Georgia" w:hAnsi="Georgia"/>
        </w:rPr>
        <w:t xml:space="preserve">monies of Scripture, the transforming power of worship, and the God-ordained physical and psychological benefits that praise produces in our lives. For far too long, the Body of Christ has unintentionally separated our faith from our wholeness. Yet, our God is not just the God who saves our spirits — He is the God who cares for our entire being. He cares about your spirit, your soul, and your body (1 Thessalonians 5:23). True, biblical praise ministers to all three. As you journey through these chapters, I </w:t>
      </w:r>
      <w:r>
        <w:rPr>
          <w:rFonts w:ascii="Georgia" w:eastAsia="Georgia" w:hAnsi="Georgia"/>
        </w:rPr>
        <w:t xml:space="preserve">pray your faith will be reignited. I pray the chains of fear, anxiety, depression, tormenting thoughts, grief, and weariness will be broken off of your life. And above all, I pray that you will encounter the One who is truly worthy of your highest praise. May your mouth be filled with singing once again. May your hands be lifted in faith. May your heart be filled </w:t>
      </w:r>
      <w:r>
        <w:rPr>
          <w:rFonts w:ascii="Georgia" w:eastAsia="Georgia" w:hAnsi="Georgia"/>
        </w:rPr>
        <w:lastRenderedPageBreak/>
        <w:t>with joy. And may you discover, for yourself, that praise truly is your way to victory! —Blessings to the reader.</w:t>
      </w:r>
    </w:p>
    <w:p w14:paraId="3FAB49A3" w14:textId="77777777" w:rsidR="00C8625A" w:rsidRDefault="00751C59">
      <w:r>
        <w:br w:type="page"/>
      </w:r>
    </w:p>
    <w:p w14:paraId="2934BA73" w14:textId="77777777" w:rsidR="00C8625A" w:rsidRDefault="00751C59">
      <w:pPr>
        <w:spacing w:before="720" w:after="80"/>
        <w:jc w:val="center"/>
      </w:pPr>
      <w:r>
        <w:rPr>
          <w:rFonts w:ascii="Georgia" w:eastAsia="Georgia" w:hAnsi="Georgia"/>
          <w:b/>
          <w:sz w:val="32"/>
        </w:rPr>
        <w:lastRenderedPageBreak/>
        <w:t>INTRODUCTION</w:t>
      </w:r>
    </w:p>
    <w:p w14:paraId="66E18526" w14:textId="77777777" w:rsidR="00C8625A" w:rsidRDefault="00751C59">
      <w:pPr>
        <w:spacing w:after="280"/>
        <w:jc w:val="center"/>
      </w:pPr>
      <w:r>
        <w:rPr>
          <w:rFonts w:ascii="Georgia" w:eastAsia="Georgia" w:hAnsi="Georgia"/>
          <w:i/>
          <w:sz w:val="24"/>
        </w:rPr>
        <w:t>Your Greatest Weapon in Your Greatest Battle</w:t>
      </w:r>
    </w:p>
    <w:p w14:paraId="74BDE58F" w14:textId="77777777" w:rsidR="00C8625A" w:rsidRDefault="00751C59">
      <w:pPr>
        <w:spacing w:before="160"/>
        <w:ind w:left="360" w:right="360"/>
        <w:jc w:val="center"/>
      </w:pPr>
      <w:r>
        <w:rPr>
          <w:rFonts w:ascii="Georgia" w:eastAsia="Georgia" w:hAnsi="Georgia"/>
          <w:i/>
          <w:sz w:val="20"/>
        </w:rPr>
        <w:t>"But You are holy, enthroned in the praises of Israel." — Psalm 22:3 (NKJV)</w:t>
      </w:r>
    </w:p>
    <w:p w14:paraId="341C8839" w14:textId="77777777" w:rsidR="00C8625A" w:rsidRDefault="00751C59">
      <w:pPr>
        <w:spacing w:after="160"/>
        <w:ind w:firstLine="259"/>
      </w:pPr>
      <w:r>
        <w:rPr>
          <w:rFonts w:ascii="Georgia" w:eastAsia="Georgia" w:hAnsi="Georgia"/>
        </w:rPr>
        <w:t>Have you ever been backed into a corner? Maybe it was a doctor's report that knocked the breath right out of you. Perhaps it was a financial storm that kept you tossing and turning all through the night, staring at the ceiling in the dark. Or maybe your battle is unseen — tormenting thoughts, grief that refuses to lift, anxiety that has become your unwelcome companion, loneliness, rejection, trauma, or a prodigal that your heart has been weeping over for many years. If you have ever found yourself in a plac</w:t>
      </w:r>
      <w:r>
        <w:rPr>
          <w:rFonts w:ascii="Georgia" w:eastAsia="Georgia" w:hAnsi="Georgia"/>
        </w:rPr>
        <w:t>e where your strength ran dry and your options ran out, this book was written for you. I want you to know something that has radically transformed my own life, and the lives of multitudes of believers throughout the generations: your greatest weapon in your greatest battle is your highest praise.</w:t>
      </w:r>
    </w:p>
    <w:p w14:paraId="45A2D47D" w14:textId="77777777" w:rsidR="00C8625A" w:rsidRDefault="00751C59">
      <w:pPr>
        <w:spacing w:before="280" w:after="120"/>
      </w:pPr>
      <w:r>
        <w:rPr>
          <w:rFonts w:ascii="Georgia" w:eastAsia="Georgia" w:hAnsi="Georgia"/>
          <w:b/>
        </w:rPr>
        <w:t>The Secret Weapon Many Have Overlooked</w:t>
      </w:r>
    </w:p>
    <w:p w14:paraId="12BE9AD3" w14:textId="77777777" w:rsidR="00C8625A" w:rsidRDefault="00751C59">
      <w:pPr>
        <w:spacing w:after="160"/>
        <w:ind w:firstLine="259"/>
      </w:pPr>
      <w:r>
        <w:rPr>
          <w:rFonts w:ascii="Georgia" w:eastAsia="Georgia" w:hAnsi="Georgia"/>
        </w:rPr>
        <w:t>Throughout Scripture, we see an unusual battle strategy repeated time and time again. When armies were far too strong, when walls were too high, when enemies were surrounding God's people, and when the odds were completely against them, they did something the world would consider foolish. They sang. They shouted. They lifted their voices, their harps, their tambourines, their cymbals, and their hands to the Lord. Before the walls of Jericho fell, Israel marched and shouted (Joshua 6:1–20). Before Jehoshapha</w:t>
      </w:r>
      <w:r>
        <w:rPr>
          <w:rFonts w:ascii="Georgia" w:eastAsia="Georgia" w:hAnsi="Georgia"/>
        </w:rPr>
        <w:t xml:space="preserve">t's enemies were defeated, the worshippers went out first (2 Chronicles 20:21–22). While their feet were </w:t>
      </w:r>
      <w:r>
        <w:rPr>
          <w:rFonts w:ascii="Georgia" w:eastAsia="Georgia" w:hAnsi="Georgia"/>
        </w:rPr>
        <w:lastRenderedPageBreak/>
        <w:t>locked in stocks and their backs were bruised and bleeding, Paul and Silas sang hymns to God at midnight (Acts 16:25–26). It makes no logical sense. Yet, it makes all of the Kingdom of God sense. You see, the battle you are facing does not ultimately belong to you. It belongs to the Lord. "Do not be afraid nor dismayed because of this great multitude, for the battle is not yours, but God's." — 2 Chronicl</w:t>
      </w:r>
      <w:r>
        <w:rPr>
          <w:rFonts w:ascii="Georgia" w:eastAsia="Georgia" w:hAnsi="Georgia"/>
        </w:rPr>
        <w:t>es 20:15 (NKJV) When we take our eyes off the size of our giant and place them onto the greatness of our God, something begins to shift on the inside of us. Fear loses its grip. Faith begins to rise. And praise becomes our response, long before we ever see our answer.</w:t>
      </w:r>
    </w:p>
    <w:p w14:paraId="35465B35" w14:textId="77777777" w:rsidR="00C8625A" w:rsidRDefault="00751C59">
      <w:pPr>
        <w:spacing w:before="280" w:after="120"/>
      </w:pPr>
      <w:r>
        <w:rPr>
          <w:rFonts w:ascii="Georgia" w:eastAsia="Georgia" w:hAnsi="Georgia"/>
          <w:b/>
        </w:rPr>
        <w:t>Praise Is More Than Singing</w:t>
      </w:r>
    </w:p>
    <w:p w14:paraId="6725CFD3" w14:textId="77777777" w:rsidR="00C8625A" w:rsidRDefault="00751C59">
      <w:pPr>
        <w:spacing w:after="160"/>
        <w:ind w:firstLine="259"/>
      </w:pPr>
      <w:r>
        <w:rPr>
          <w:rFonts w:ascii="Georgia" w:eastAsia="Georgia" w:hAnsi="Georgia"/>
        </w:rPr>
        <w:t>Before we go any further, we must establish this foundational truth: praise is far more than a song. Praise is an attitude of the heart that overflows through our lips. It is a declaration of God's faithfulness, regardless of how we feel in the moment. It is thanksgiving when we would rather complain. It is worship when we feel wounded. It is trust, lifted in a song, while tears are still streaming down our faces. The psalmist declared, "I will bless the LORD at all times; His praise shall continually be in</w:t>
      </w:r>
      <w:r>
        <w:rPr>
          <w:rFonts w:ascii="Georgia" w:eastAsia="Georgia" w:hAnsi="Georgia"/>
        </w:rPr>
        <w:t xml:space="preserve"> my mouth." — Psalm 34:1 (NKJV) Take note of that phrase: "at all times." Not just when the bills are paid. Not just when the healing comes. Not just when the prodigal returns. Not just when the sun is shining. At all times. That includes the midnight hour, the waiting room, the valley of the shadow, the storm, and the fire. This is what I call "praise, my way to victory." It is a lifestyle. It is a faith-filled decision. It is an act of obedience that often precedes the miracle.</w:t>
      </w:r>
    </w:p>
    <w:p w14:paraId="30A2CE1C" w14:textId="77777777" w:rsidR="00C8625A" w:rsidRDefault="00751C59">
      <w:pPr>
        <w:spacing w:before="280" w:after="120"/>
      </w:pPr>
      <w:r>
        <w:rPr>
          <w:rFonts w:ascii="Georgia" w:eastAsia="Georgia" w:hAnsi="Georgia"/>
          <w:b/>
        </w:rPr>
        <w:t>Wholeness: Spirit, Soul, and Body</w:t>
      </w:r>
    </w:p>
    <w:p w14:paraId="70C9D6B2" w14:textId="77777777" w:rsidR="00C8625A" w:rsidRDefault="00751C59">
      <w:pPr>
        <w:spacing w:after="160"/>
        <w:ind w:firstLine="259"/>
      </w:pPr>
      <w:r>
        <w:rPr>
          <w:rFonts w:ascii="Georgia" w:eastAsia="Georgia" w:hAnsi="Georgia"/>
        </w:rPr>
        <w:lastRenderedPageBreak/>
        <w:t>One of the most beautiful revelations found in Scripture is that God created us as three-part beings. The apostle Paul wrote, "Now may the God of peace Himself sanctify you completely; and may your whole spirit, soul, and body be preserved blameless at the coming of our Lord Jesus Christ." — 1 Thessalonians 5:23 (NKJV) Our God is deeply concerned with your entire being:</w:t>
      </w:r>
    </w:p>
    <w:p w14:paraId="0A3E524B" w14:textId="77777777" w:rsidR="00C8625A" w:rsidRDefault="00751C59">
      <w:pPr>
        <w:spacing w:after="80"/>
        <w:ind w:left="288"/>
      </w:pPr>
      <w:r>
        <w:rPr>
          <w:rFonts w:ascii="Georgia" w:eastAsia="Georgia" w:hAnsi="Georgia"/>
        </w:rPr>
        <w:t>• Your spirit — reborn and made alive through salvation in Jesus Christ (John 3:3–6;</w:t>
      </w:r>
    </w:p>
    <w:p w14:paraId="13E7C2D1" w14:textId="77777777" w:rsidR="00C8625A" w:rsidRDefault="00751C59">
      <w:pPr>
        <w:spacing w:after="160"/>
        <w:ind w:firstLine="259"/>
      </w:pPr>
      <w:r>
        <w:rPr>
          <w:rFonts w:ascii="Georgia" w:eastAsia="Georgia" w:hAnsi="Georgia"/>
        </w:rPr>
        <w:t>Romans 8:15–16; Titus 3:3–7).</w:t>
      </w:r>
    </w:p>
    <w:p w14:paraId="3D298EEA" w14:textId="77777777" w:rsidR="00C8625A" w:rsidRDefault="00751C59">
      <w:pPr>
        <w:spacing w:after="80"/>
        <w:ind w:left="288"/>
      </w:pPr>
      <w:r>
        <w:rPr>
          <w:rFonts w:ascii="Georgia" w:eastAsia="Georgia" w:hAnsi="Georgia"/>
        </w:rPr>
        <w:t>• Your soul — your mind, your will, your emotions, your thoughts, your memories, and</w:t>
      </w:r>
    </w:p>
    <w:p w14:paraId="7E5C6951" w14:textId="77777777" w:rsidR="00C8625A" w:rsidRDefault="00751C59">
      <w:pPr>
        <w:spacing w:after="160"/>
        <w:ind w:firstLine="259"/>
      </w:pPr>
      <w:r>
        <w:rPr>
          <w:rFonts w:ascii="Georgia" w:eastAsia="Georgia" w:hAnsi="Georgia"/>
        </w:rPr>
        <w:t>your personality (Psalm 42:5–11; Matthew 22:37; Psalm 103:1–2).</w:t>
      </w:r>
    </w:p>
    <w:p w14:paraId="3A413F1D" w14:textId="77777777" w:rsidR="00C8625A" w:rsidRDefault="00751C59">
      <w:pPr>
        <w:spacing w:after="80"/>
        <w:ind w:left="288"/>
      </w:pPr>
      <w:r>
        <w:rPr>
          <w:rFonts w:ascii="Georgia" w:eastAsia="Georgia" w:hAnsi="Georgia"/>
        </w:rPr>
        <w:t>• Your body — your God-given physical temple, created with purpose and care (Genesis</w:t>
      </w:r>
    </w:p>
    <w:p w14:paraId="741F0A95" w14:textId="77777777" w:rsidR="00C8625A" w:rsidRDefault="00751C59">
      <w:pPr>
        <w:spacing w:after="160"/>
        <w:ind w:firstLine="259"/>
      </w:pPr>
      <w:r>
        <w:rPr>
          <w:rFonts w:ascii="Georgia" w:eastAsia="Georgia" w:hAnsi="Georgia"/>
        </w:rPr>
        <w:t>1:27; 1 Corinthians 6:19–20; Romans 12:1). Sadly, many Christians have only focused on their spirit being saved, while neglecting the restoration, renewal, and healing of their soul and body. The glorious truth of the gospel is this: the redemption we have in Christ Jesus is not just for our eternity, but it also brings restoration to our whole being (Romans 8:23–24; Colossians 1:19–20; 3:10). Genuine, biblical praise touches all three. It lifts your spirit into the presence of God. It renews your soul — yo</w:t>
      </w:r>
      <w:r>
        <w:rPr>
          <w:rFonts w:ascii="Georgia" w:eastAsia="Georgia" w:hAnsi="Georgia"/>
        </w:rPr>
        <w:t xml:space="preserve">ur mind and emotions. And, as we will discover in Parts 3 and 4 of this book, it also brings tremendous physical and psychological benefits that modern science is only now beginning to validate, yet God's Word declared these truths thousands of years ago. That is precisely why we will explore both the biblical power of praise and the God-given physical and psychological benefits of a praise-filled life. Our Heavenly </w:t>
      </w:r>
      <w:r>
        <w:rPr>
          <w:rFonts w:ascii="Georgia" w:eastAsia="Georgia" w:hAnsi="Georgia"/>
        </w:rPr>
        <w:lastRenderedPageBreak/>
        <w:t>Father never intended for His children to live bound, broken, anxious, tormented, or chronic</w:t>
      </w:r>
      <w:r>
        <w:rPr>
          <w:rFonts w:ascii="Georgia" w:eastAsia="Georgia" w:hAnsi="Georgia"/>
        </w:rPr>
        <w:t>ally weary. His joy is our strength (Nehemiah 8:10). His peace guards our hearts and minds (Philippians 4:6–7). His presence restores us (Psalm 23:1–3; Psalm 147:3).</w:t>
      </w:r>
    </w:p>
    <w:p w14:paraId="65E5E82B" w14:textId="77777777" w:rsidR="00C8625A" w:rsidRDefault="00751C59">
      <w:pPr>
        <w:spacing w:before="280" w:after="120"/>
      </w:pPr>
      <w:r>
        <w:rPr>
          <w:rFonts w:ascii="Georgia" w:eastAsia="Georgia" w:hAnsi="Georgia"/>
          <w:b/>
        </w:rPr>
        <w:t>A Journey to Victory</w:t>
      </w:r>
    </w:p>
    <w:p w14:paraId="4008A525" w14:textId="77777777" w:rsidR="00C8625A" w:rsidRDefault="00751C59">
      <w:pPr>
        <w:spacing w:after="160"/>
        <w:ind w:firstLine="259"/>
      </w:pPr>
      <w:r>
        <w:rPr>
          <w:rFonts w:ascii="Georgia" w:eastAsia="Georgia" w:hAnsi="Georgia"/>
        </w:rPr>
        <w:t>As we embark on this journey together, my prayer for you is this: that by the time you finish reading this book, you will no longer be waiting for your circumstances to change before you start praising God. You will be praising God — and as you do, you will watch your circumstances, your perspective, and your strength begin to change. You will learn how to lift your voice when it is trembling. How to declare His faithfulness when your heart is breaking. How to worship in faith, until your faith becomes sigh</w:t>
      </w:r>
      <w:r>
        <w:rPr>
          <w:rFonts w:ascii="Georgia" w:eastAsia="Georgia" w:hAnsi="Georgia"/>
        </w:rPr>
        <w:t>t. You will learn how to turn your tears into trust, your groans into gratitude, and your trials into testimony. This is your invitation to rise above the storm, lift up your head (Psalm 3:3; Psalm 121:1–2), and lift up your praise. Because praise... is your way to victory. Let the journey begin.</w:t>
      </w:r>
    </w:p>
    <w:p w14:paraId="26B44905" w14:textId="77777777" w:rsidR="00C8625A" w:rsidRDefault="00751C59">
      <w:r>
        <w:br w:type="page"/>
      </w:r>
    </w:p>
    <w:p w14:paraId="6D6210B7" w14:textId="77777777" w:rsidR="00C8625A" w:rsidRDefault="00751C59">
      <w:pPr>
        <w:spacing w:before="2000" w:after="160"/>
        <w:jc w:val="center"/>
      </w:pPr>
      <w:r>
        <w:rPr>
          <w:rFonts w:ascii="Georgia" w:eastAsia="Georgia" w:hAnsi="Georgia"/>
          <w:b/>
          <w:sz w:val="26"/>
        </w:rPr>
        <w:lastRenderedPageBreak/>
        <w:t>PART ONE</w:t>
      </w:r>
    </w:p>
    <w:p w14:paraId="66283CC1" w14:textId="77777777" w:rsidR="00C8625A" w:rsidRDefault="00751C59">
      <w:pPr>
        <w:spacing w:after="360"/>
        <w:jc w:val="center"/>
      </w:pPr>
      <w:r>
        <w:rPr>
          <w:rFonts w:ascii="Georgia" w:eastAsia="Georgia" w:hAnsi="Georgia"/>
          <w:b/>
          <w:sz w:val="36"/>
        </w:rPr>
        <w:t>The God Who Is Worthy of Praise</w:t>
      </w:r>
    </w:p>
    <w:p w14:paraId="30AFB71E" w14:textId="77777777" w:rsidR="00C8625A" w:rsidRDefault="00751C59">
      <w:pPr>
        <w:spacing w:before="160"/>
        <w:ind w:left="360" w:right="360"/>
        <w:jc w:val="center"/>
      </w:pPr>
      <w:r>
        <w:rPr>
          <w:rFonts w:ascii="Georgia" w:eastAsia="Georgia" w:hAnsi="Georgia"/>
          <w:i/>
          <w:sz w:val="20"/>
        </w:rPr>
        <w:t>"Great is the LORD, and greatly to be praised; And His greatness is unsearchable." — Psalm 145:3 (NKJV)</w:t>
      </w:r>
    </w:p>
    <w:p w14:paraId="6010CF2A" w14:textId="77777777" w:rsidR="00C8625A" w:rsidRDefault="00751C59">
      <w:pPr>
        <w:spacing w:after="160"/>
        <w:ind w:firstLine="259"/>
      </w:pPr>
      <w:r>
        <w:rPr>
          <w:rFonts w:ascii="Georgia" w:eastAsia="Georgia" w:hAnsi="Georgia"/>
        </w:rPr>
        <w:t>Before we ever learn to use praise as a weapon against the enemy, we must first learn to praise God simply for who He is. Victory in our lives always begins, not with our desperate need, but with His glorious nature. Our worship must be rooted in His worthiness, not merely in our wants. In Part 1, we will lay the unshakeable foundation for a lifetime of praise. We will discover that God has always been worthy of worship, that we were created for this very purpose, and that at times, our greatest act of fait</w:t>
      </w:r>
      <w:r>
        <w:rPr>
          <w:rFonts w:ascii="Georgia" w:eastAsia="Georgia" w:hAnsi="Georgia"/>
        </w:rPr>
        <w:t>h will be the sacrifice of praise.</w:t>
      </w:r>
    </w:p>
    <w:p w14:paraId="7FE87338" w14:textId="77777777" w:rsidR="00C8625A" w:rsidRDefault="00751C59">
      <w:r>
        <w:br w:type="page"/>
      </w:r>
    </w:p>
    <w:p w14:paraId="139919F1" w14:textId="77777777" w:rsidR="00C8625A" w:rsidRDefault="00751C59">
      <w:pPr>
        <w:spacing w:before="960" w:after="80"/>
        <w:jc w:val="center"/>
      </w:pPr>
      <w:r>
        <w:rPr>
          <w:rFonts w:ascii="Georgia" w:eastAsia="Georgia" w:hAnsi="Georgia"/>
          <w:b/>
        </w:rPr>
        <w:lastRenderedPageBreak/>
        <w:t>CHAPTER 1</w:t>
      </w:r>
    </w:p>
    <w:p w14:paraId="7384E9EC" w14:textId="77777777" w:rsidR="00C8625A" w:rsidRDefault="00751C59">
      <w:pPr>
        <w:spacing w:after="280"/>
        <w:jc w:val="center"/>
      </w:pPr>
      <w:r>
        <w:rPr>
          <w:rFonts w:ascii="Georgia" w:eastAsia="Georgia" w:hAnsi="Georgia"/>
          <w:b/>
          <w:sz w:val="32"/>
        </w:rPr>
        <w:t>Praise Was Born Before the Battle</w:t>
      </w:r>
    </w:p>
    <w:p w14:paraId="4D0EE57D" w14:textId="77777777" w:rsidR="00C8625A" w:rsidRDefault="00751C59">
      <w:pPr>
        <w:spacing w:before="160"/>
        <w:ind w:left="360" w:right="360"/>
        <w:jc w:val="center"/>
      </w:pPr>
      <w:r>
        <w:rPr>
          <w:rFonts w:ascii="Georgia" w:eastAsia="Georgia" w:hAnsi="Georgia"/>
          <w:i/>
          <w:sz w:val="20"/>
        </w:rPr>
        <w:t>"You are worthy, O Lord, to receive glory and honor and power; for You created all things, and by Your will they exist and were created." — Revelation 4:11 (NKJV)</w:t>
      </w:r>
    </w:p>
    <w:p w14:paraId="4F86D5D5" w14:textId="77777777" w:rsidR="00C8625A" w:rsidRDefault="00751C59">
      <w:pPr>
        <w:spacing w:before="280" w:after="120"/>
      </w:pPr>
      <w:r>
        <w:rPr>
          <w:rFonts w:ascii="Georgia" w:eastAsia="Georgia" w:hAnsi="Georgia"/>
          <w:b/>
        </w:rPr>
        <w:t>Praise Began In Heaven</w:t>
      </w:r>
    </w:p>
    <w:p w14:paraId="02C63C07" w14:textId="77777777" w:rsidR="00C8625A" w:rsidRDefault="00751C59">
      <w:pPr>
        <w:spacing w:after="160"/>
        <w:ind w:firstLine="259"/>
      </w:pPr>
      <w:r>
        <w:rPr>
          <w:rFonts w:ascii="Georgia" w:eastAsia="Georgia" w:hAnsi="Georgia"/>
        </w:rPr>
        <w:t>Before there was a battle, there was a song. Long before there was sin, there was sanctity. Long before there was sorrow, there was singing. Long before humanity ever opened its mouth to address its God, heaven had already opened its mouth to adore its King. When the prophet Isaiah was given a glimpse of the throne room of God, he did not see an emergency committee. He did not see panicked angels rushing about with contingency plans. He saw elders casting crowns. He saw living creatures crying, "Holy, holy,</w:t>
      </w:r>
      <w:r>
        <w:rPr>
          <w:rFonts w:ascii="Georgia" w:eastAsia="Georgia" w:hAnsi="Georgia"/>
        </w:rPr>
        <w:t xml:space="preserve"> holy is the LORD of hosts" (Isaiah 6:3, NKJV). Worship was already in progress before the prophet ever arrived. When John was invited up to heaven in the book of Revelation, he found the same thing: a throne, a Lamb, a circle of elders, and an unending cry of worship (Revelation 4:9–11; 5:9–13). Nobody in that room was asking for anything. They were simply giving Him what He was due. And before the foundations of the earth were laid, the Bible tells us that "the morning stars sang together, and all the son</w:t>
      </w:r>
      <w:r>
        <w:rPr>
          <w:rFonts w:ascii="Georgia" w:eastAsia="Georgia" w:hAnsi="Georgia"/>
        </w:rPr>
        <w:t xml:space="preserve">s of God shouted for joy" (Job 38:7, NKJV). Praise was echoing through the universe before there was a single human lung with which to breathe. Do you understand what that means for you this morning? Praise is not a rescue service. Praise is the atmosphere of heaven. Worship did not begin as a response to catastrophe. It began as a response to worth. Sin did not invent praise; it only interrupted it. And when God is </w:t>
      </w:r>
      <w:r>
        <w:rPr>
          <w:rFonts w:ascii="Georgia" w:eastAsia="Georgia" w:hAnsi="Georgia"/>
        </w:rPr>
        <w:lastRenderedPageBreak/>
        <w:t>redeeming your life, He is not giving you a new activity — He is restoring you to the oldest</w:t>
      </w:r>
      <w:r>
        <w:rPr>
          <w:rFonts w:ascii="Georgia" w:eastAsia="Georgia" w:hAnsi="Georgia"/>
        </w:rPr>
        <w:t xml:space="preserve"> activity in creation.</w:t>
      </w:r>
    </w:p>
    <w:p w14:paraId="09F97E63" w14:textId="77777777" w:rsidR="00C8625A" w:rsidRDefault="00751C59">
      <w:pPr>
        <w:spacing w:before="240" w:after="240"/>
        <w:ind w:left="504" w:right="504"/>
        <w:jc w:val="center"/>
      </w:pPr>
      <w:r>
        <w:rPr>
          <w:rFonts w:ascii="Georgia" w:eastAsia="Georgia" w:hAnsi="Georgia"/>
          <w:b/>
          <w:i/>
          <w:color w:val="2C3E50"/>
          <w:sz w:val="24"/>
        </w:rPr>
        <w:t>Praise is not a rescue service. Praise is the atmosphere of heaven.</w:t>
      </w:r>
    </w:p>
    <w:p w14:paraId="43724507" w14:textId="77777777" w:rsidR="00C8625A" w:rsidRDefault="00751C59">
      <w:pPr>
        <w:spacing w:before="280" w:after="120"/>
      </w:pPr>
      <w:r>
        <w:rPr>
          <w:rFonts w:ascii="Georgia" w:eastAsia="Georgia" w:hAnsi="Georgia"/>
          <w:b/>
        </w:rPr>
        <w:t>Before the Problem, There Was His Worthiness</w:t>
      </w:r>
    </w:p>
    <w:p w14:paraId="11CEFCB2" w14:textId="77777777" w:rsidR="00C8625A" w:rsidRDefault="00751C59">
      <w:pPr>
        <w:spacing w:after="160"/>
        <w:ind w:firstLine="259"/>
      </w:pPr>
      <w:r>
        <w:rPr>
          <w:rFonts w:ascii="Georgia" w:eastAsia="Georgia" w:hAnsi="Georgia"/>
        </w:rPr>
        <w:t xml:space="preserve">Many of us have an accidental theology in which God's value rises and falls in proportion to our need. When the diagnosis comes, suddenly He matters. When the money runs out, suddenly we are on our knees. When the household is quiet and the pantry is full, heaven can wait until Sunday. That is not praise. That is procurement. Scripture never teaches us to begin with our problem. The pattern of Scripture is that we begin with a Person. Notice the order in the great praises of the Bible. In Exodus 15, Miriam </w:t>
      </w:r>
      <w:r>
        <w:rPr>
          <w:rFonts w:ascii="Georgia" w:eastAsia="Georgia" w:hAnsi="Georgia"/>
        </w:rPr>
        <w:t>and Israel sing before they have any idea how they will get water in the wilderness. In 2 Chronicles 20, Jehoshaphat appoints singers before the armies of Ammon and Moab are visible on the horizon. In Psalm 22, the psalmist declares, "You are holy, enthroned in the praises of Israel" (v. 3) — while still crying out in the very next verse, "My God, My God, why have You forsaken Me?" (v. 1). He anchored his worthiness theology before he resolved his circumstances question. There was no resolution. There was o</w:t>
      </w:r>
      <w:r>
        <w:rPr>
          <w:rFonts w:ascii="Georgia" w:eastAsia="Georgia" w:hAnsi="Georgia"/>
        </w:rPr>
        <w:t>nly worship. Heaven's praise was born before the battle; therefore, heaven's praise can be born before yours, too.</w:t>
      </w:r>
    </w:p>
    <w:p w14:paraId="4CC0F714" w14:textId="77777777" w:rsidR="00C8625A" w:rsidRDefault="00751C59">
      <w:pPr>
        <w:spacing w:before="280" w:after="120"/>
      </w:pPr>
      <w:r>
        <w:rPr>
          <w:rFonts w:ascii="Georgia" w:eastAsia="Georgia" w:hAnsi="Georgia"/>
          <w:b/>
        </w:rPr>
        <w:t>The Enemy Fears Your Praise More Than Your Panic</w:t>
      </w:r>
    </w:p>
    <w:p w14:paraId="21D39FDF" w14:textId="77777777" w:rsidR="00C8625A" w:rsidRDefault="00751C59">
      <w:pPr>
        <w:spacing w:after="160"/>
        <w:ind w:firstLine="259"/>
      </w:pPr>
      <w:r>
        <w:rPr>
          <w:rFonts w:ascii="Georgia" w:eastAsia="Georgia" w:hAnsi="Georgia"/>
        </w:rPr>
        <w:t xml:space="preserve">Satan is not threatened by your anxiety. Anxiety is his stock in trade — he manufactures it, harvests it, and uses it. Worry about the battle is not resistance to the enemy; it is cooperation with him. But praise in the middle of the battle </w:t>
      </w:r>
      <w:r>
        <w:rPr>
          <w:rFonts w:ascii="Georgia" w:eastAsia="Georgia" w:hAnsi="Georgia"/>
        </w:rPr>
        <w:lastRenderedPageBreak/>
        <w:t>is a declaration of war on a territory the enemy thought he had already won: your mouth, your mind, and your music. That is why, in the passage where Moses tells Israel to remember what Amalek did to them at Rephidim, God's own conclusion is striking: "Because the hand is raised against the throne of the LORD, the LORD will have war with Amalek from generation to generation" (Exodus 17:16, NKJV, paraphrased). Something about the lifted hand of His people touches the throne itself. The word Paul reaches for,</w:t>
      </w:r>
      <w:r>
        <w:rPr>
          <w:rFonts w:ascii="Georgia" w:eastAsia="Georgia" w:hAnsi="Georgia"/>
        </w:rPr>
        <w:t xml:space="preserve"> in exactly one place in the New Testament, is a word from the Roman victory parade: thriambeuei, "leads us in triumph" — "Now thanks to God who always leads us in triumph in Christ" (2 Corinthians 2:14, NKJV). Scholars debate whether Paul is painting the general's procession or the condemned prisoner's procession at its tail; either way, the image is a public, noisy, unstoppable march in which God is honoured before watching crowds. Paul — a prisoner — says that this is what he is walking in. His chains di</w:t>
      </w:r>
      <w:r>
        <w:rPr>
          <w:rFonts w:ascii="Georgia" w:eastAsia="Georgia" w:hAnsi="Georgia"/>
        </w:rPr>
        <w:t>d not disprove the parade; they were the parade's credentials. Whatever else it is, praise is an offensive act. It moves the atmosphere before it moves the situation.</w:t>
      </w:r>
    </w:p>
    <w:p w14:paraId="4EA8ED2D" w14:textId="77777777" w:rsidR="00C8625A" w:rsidRDefault="00751C59">
      <w:pPr>
        <w:spacing w:before="280" w:after="120"/>
      </w:pPr>
      <w:r>
        <w:rPr>
          <w:rFonts w:ascii="Georgia" w:eastAsia="Georgia" w:hAnsi="Georgia"/>
          <w:b/>
        </w:rPr>
        <w:t>Praise Precedes Breakthrough</w:t>
      </w:r>
    </w:p>
    <w:p w14:paraId="419FB5E8" w14:textId="77777777" w:rsidR="00C8625A" w:rsidRDefault="00751C59">
      <w:pPr>
        <w:spacing w:after="160"/>
        <w:ind w:firstLine="259"/>
      </w:pPr>
      <w:r>
        <w:rPr>
          <w:rFonts w:ascii="Georgia" w:eastAsia="Georgia" w:hAnsi="Georgia"/>
        </w:rPr>
        <w:t>If praise was born before the battle, then praise will usually be asked for before the breakthrough. This is the hard discipline of faith: God is far more interested in the posture of your heart at the halfway point than in your predictions about the finish line. Consider the sequence in 2 Chronicles 20:21–22. The singers go out ahead of the army, "praising Him in the beauty of holiness" (NKJV) — in the older English, "armed with praise." Then verse 22 says, "Now when they began to sing and to praise, the L</w:t>
      </w:r>
      <w:r>
        <w:rPr>
          <w:rFonts w:ascii="Georgia" w:eastAsia="Georgia" w:hAnsi="Georgia"/>
        </w:rPr>
        <w:t xml:space="preserve">ORD set ambushments against the people of Ammon" (NKJV). The ambush was set at the sound of the song. Not before the obedience; after it. Or consider the tomb of Lazarus. Jesus </w:t>
      </w:r>
      <w:r>
        <w:rPr>
          <w:rFonts w:ascii="Georgia" w:eastAsia="Georgia" w:hAnsi="Georgia"/>
        </w:rPr>
        <w:lastRenderedPageBreak/>
        <w:t>had told the grieving sisters that this sickness would end in glory (John 11:4), but at the graveside, before a single dead body moved, the Lord "lifted up His eyes" — a posture of prayer, gratitude, and praise — and said, "Father, I thank You that You have heard Me" (John 11:41, NKJV). Four days of decay had not been undone yet, and</w:t>
      </w:r>
      <w:r>
        <w:rPr>
          <w:rFonts w:ascii="Georgia" w:eastAsia="Georgia" w:hAnsi="Georgia"/>
        </w:rPr>
        <w:t xml:space="preserve"> He was already thanking the Father for having answered. Do you see it? Praise is not the echo of the victory. Praise is the announcement of it. When you praise God before the breakthrough, you are not pretending. You are agreeing with heaven's verdict about a situation that has not yet been enforced on earth. You are siding with what is eternally true over what is temporarily visible.</w:t>
      </w:r>
    </w:p>
    <w:p w14:paraId="271267F7" w14:textId="77777777" w:rsidR="00C8625A" w:rsidRDefault="00751C59">
      <w:pPr>
        <w:spacing w:before="240" w:after="240"/>
        <w:ind w:left="504" w:right="504"/>
        <w:jc w:val="center"/>
      </w:pPr>
      <w:r>
        <w:rPr>
          <w:rFonts w:ascii="Georgia" w:eastAsia="Georgia" w:hAnsi="Georgia"/>
          <w:b/>
          <w:i/>
          <w:color w:val="2C3E50"/>
          <w:sz w:val="24"/>
        </w:rPr>
        <w:t>Praise is not the echo of the victory. Praise is the announcement of it.</w:t>
      </w:r>
    </w:p>
    <w:p w14:paraId="082B2AAD" w14:textId="77777777" w:rsidR="00C8625A" w:rsidRDefault="00751C59">
      <w:pPr>
        <w:spacing w:before="280" w:after="120"/>
      </w:pPr>
      <w:r>
        <w:rPr>
          <w:rFonts w:ascii="Georgia" w:eastAsia="Georgia" w:hAnsi="Georgia"/>
          <w:b/>
        </w:rPr>
        <w:t>What This Means For You Today</w:t>
      </w:r>
    </w:p>
    <w:p w14:paraId="7B10EE4F" w14:textId="77777777" w:rsidR="00C8625A" w:rsidRDefault="00751C59">
      <w:pPr>
        <w:spacing w:after="160"/>
        <w:ind w:firstLine="259"/>
      </w:pPr>
      <w:r>
        <w:rPr>
          <w:rFonts w:ascii="Georgia" w:eastAsia="Georgia" w:hAnsi="Georgia"/>
        </w:rPr>
        <w:t>You may be standing at the start of a battle you did not choose and cannot quit. A marriage under attack. A body under siege. A mind that will not go quiet. A child walking away from everything you raised them in. The enemy's strategy is simple: keep you looking at the battle until you forget who is worthy. God's strategy is equally simple: keep you looking at His worth until the battle loses its power over you. So begin where heaven began. Not with the problem, but with the Person. Say to Him this morning:</w:t>
      </w:r>
      <w:r>
        <w:rPr>
          <w:rFonts w:ascii="Georgia" w:eastAsia="Georgia" w:hAnsi="Georgia"/>
        </w:rPr>
        <w:t xml:space="preserve"> "You were worthy before this ever happened, and You will be worthy long after it is over." That is not religious optimism. That is remembering that praise was born before the battle.</w:t>
      </w:r>
    </w:p>
    <w:p w14:paraId="53934722" w14:textId="77777777" w:rsidR="00C8625A" w:rsidRDefault="00751C59">
      <w:pPr>
        <w:spacing w:before="280" w:after="120"/>
      </w:pPr>
      <w:r>
        <w:rPr>
          <w:rFonts w:ascii="Georgia" w:eastAsia="Georgia" w:hAnsi="Georgia"/>
          <w:b/>
        </w:rPr>
        <w:t>Reflect and Respond</w:t>
      </w:r>
    </w:p>
    <w:p w14:paraId="541CB5B2" w14:textId="77777777" w:rsidR="00C8625A" w:rsidRDefault="00751C59">
      <w:pPr>
        <w:spacing w:after="80"/>
        <w:ind w:left="288"/>
      </w:pPr>
      <w:r>
        <w:rPr>
          <w:rFonts w:ascii="Georgia" w:eastAsia="Georgia" w:hAnsi="Georgia"/>
        </w:rPr>
        <w:t>1. Honestly: when did you last praise God for something that had nothing to do with your</w:t>
      </w:r>
    </w:p>
    <w:p w14:paraId="6C735F67" w14:textId="77777777" w:rsidR="00C8625A" w:rsidRDefault="00751C59">
      <w:pPr>
        <w:spacing w:after="160"/>
        <w:ind w:firstLine="259"/>
      </w:pPr>
      <w:r>
        <w:rPr>
          <w:rFonts w:ascii="Georgia" w:eastAsia="Georgia" w:hAnsi="Georgia"/>
        </w:rPr>
        <w:lastRenderedPageBreak/>
        <w:t>needs? What does that reveal about your default worship?</w:t>
      </w:r>
    </w:p>
    <w:p w14:paraId="211FE848" w14:textId="77777777" w:rsidR="00C8625A" w:rsidRDefault="00751C59">
      <w:pPr>
        <w:spacing w:after="80"/>
        <w:ind w:left="288"/>
      </w:pPr>
      <w:r>
        <w:rPr>
          <w:rFonts w:ascii="Georgia" w:eastAsia="Georgia" w:hAnsi="Georgia"/>
        </w:rPr>
        <w:t>2. Do you treat praise as a rescue service or as the atmosphere of heaven? Which of your</w:t>
      </w:r>
    </w:p>
    <w:p w14:paraId="601EE15B" w14:textId="77777777" w:rsidR="00C8625A" w:rsidRDefault="00751C59">
      <w:pPr>
        <w:spacing w:after="160"/>
        <w:ind w:firstLine="259"/>
      </w:pPr>
      <w:r>
        <w:rPr>
          <w:rFonts w:ascii="Georgia" w:eastAsia="Georgia" w:hAnsi="Georgia"/>
        </w:rPr>
        <w:t>habits proves your real answer?</w:t>
      </w:r>
    </w:p>
    <w:p w14:paraId="1BB839AD" w14:textId="77777777" w:rsidR="00C8625A" w:rsidRDefault="00751C59">
      <w:pPr>
        <w:spacing w:after="80"/>
        <w:ind w:left="288"/>
      </w:pPr>
      <w:r>
        <w:rPr>
          <w:rFonts w:ascii="Georgia" w:eastAsia="Georgia" w:hAnsi="Georgia"/>
        </w:rPr>
        <w:t>3. Where in your life is God asking you to "thank the Father for having heard" before the</w:t>
      </w:r>
    </w:p>
    <w:p w14:paraId="05895E9E" w14:textId="77777777" w:rsidR="00C8625A" w:rsidRDefault="00751C59">
      <w:pPr>
        <w:spacing w:after="160"/>
        <w:ind w:firstLine="259"/>
      </w:pPr>
      <w:r>
        <w:rPr>
          <w:rFonts w:ascii="Georgia" w:eastAsia="Georgia" w:hAnsi="Georgia"/>
        </w:rPr>
        <w:t>stone is rolled away (John 11:41)?</w:t>
      </w:r>
    </w:p>
    <w:p w14:paraId="01FF92CB" w14:textId="77777777" w:rsidR="00C8625A" w:rsidRDefault="00751C59">
      <w:pPr>
        <w:spacing w:before="240" w:after="80"/>
      </w:pPr>
      <w:r>
        <w:rPr>
          <w:rFonts w:ascii="Georgia" w:eastAsia="Georgia" w:hAnsi="Georgia"/>
          <w:b/>
          <w:color w:val="2C3E50"/>
          <w:sz w:val="20"/>
        </w:rPr>
        <w:t>DECLARATION</w:t>
      </w:r>
    </w:p>
    <w:p w14:paraId="44AF1C7C" w14:textId="77777777" w:rsidR="00C8625A" w:rsidRDefault="00751C59">
      <w:pPr>
        <w:spacing w:after="160"/>
        <w:ind w:left="288"/>
      </w:pPr>
      <w:r>
        <w:rPr>
          <w:rFonts w:ascii="Georgia" w:eastAsia="Georgia" w:hAnsi="Georgia"/>
          <w:i/>
        </w:rPr>
        <w:t>"Praise was in heaven before there was a battle on my doorstep. Therefore I will not wait for the battle to end before I begin to sing. You were worthy, Lord — before, in, and after."</w:t>
      </w:r>
    </w:p>
    <w:p w14:paraId="0CE4975F" w14:textId="77777777" w:rsidR="00C8625A" w:rsidRDefault="00751C59">
      <w:pPr>
        <w:spacing w:before="160" w:after="80"/>
      </w:pPr>
      <w:r>
        <w:rPr>
          <w:rFonts w:ascii="Georgia" w:eastAsia="Georgia" w:hAnsi="Georgia"/>
          <w:b/>
          <w:color w:val="2C3E50"/>
          <w:sz w:val="20"/>
        </w:rPr>
        <w:t>PRAYER</w:t>
      </w:r>
    </w:p>
    <w:p w14:paraId="388FC538" w14:textId="77777777" w:rsidR="00C8625A" w:rsidRDefault="00751C59">
      <w:pPr>
        <w:spacing w:after="240"/>
        <w:ind w:left="288"/>
      </w:pPr>
      <w:r>
        <w:rPr>
          <w:rFonts w:ascii="Georgia" w:eastAsia="Georgia" w:hAnsi="Georgia"/>
          <w:i/>
        </w:rPr>
        <w:t>Father, forgive me for the times I only spoke to You when I needed something. Today I join the oldest song in the universe. You are holy; You are on the throne; You created all things, and by Your will they exist. I will lift my hands in the middle of what I cannot explain, because I know the One who holds it all. In Jesus' name, amen.</w:t>
      </w:r>
    </w:p>
    <w:p w14:paraId="7E8DC789" w14:textId="77777777" w:rsidR="00C8625A" w:rsidRDefault="00751C59">
      <w:r>
        <w:br w:type="page"/>
      </w:r>
    </w:p>
    <w:p w14:paraId="202CDCF1" w14:textId="77777777" w:rsidR="00C8625A" w:rsidRDefault="00751C59">
      <w:pPr>
        <w:spacing w:before="960" w:after="80"/>
        <w:jc w:val="center"/>
      </w:pPr>
      <w:r>
        <w:rPr>
          <w:rFonts w:ascii="Georgia" w:eastAsia="Georgia" w:hAnsi="Georgia"/>
          <w:b/>
        </w:rPr>
        <w:lastRenderedPageBreak/>
        <w:t>CHAPTER 2</w:t>
      </w:r>
    </w:p>
    <w:p w14:paraId="7424BAED" w14:textId="77777777" w:rsidR="00C8625A" w:rsidRDefault="00751C59">
      <w:pPr>
        <w:spacing w:after="280"/>
        <w:jc w:val="center"/>
      </w:pPr>
      <w:r>
        <w:rPr>
          <w:rFonts w:ascii="Georgia" w:eastAsia="Georgia" w:hAnsi="Georgia"/>
          <w:b/>
          <w:sz w:val="32"/>
        </w:rPr>
        <w:t>The God Who Deserves Our Praise</w:t>
      </w:r>
    </w:p>
    <w:p w14:paraId="40240AD6" w14:textId="77777777" w:rsidR="00C8625A" w:rsidRDefault="00751C59">
      <w:pPr>
        <w:spacing w:before="160"/>
        <w:ind w:left="360" w:right="360"/>
        <w:jc w:val="center"/>
      </w:pPr>
      <w:r>
        <w:rPr>
          <w:rFonts w:ascii="Georgia" w:eastAsia="Georgia" w:hAnsi="Georgia"/>
          <w:i/>
          <w:sz w:val="20"/>
        </w:rPr>
        <w:t>"The LORD is great and greatly to be praised; His greatness is unsearchable." — Psalm 145:3 (NKJV)</w:t>
      </w:r>
    </w:p>
    <w:p w14:paraId="41C08D95" w14:textId="77777777" w:rsidR="00C8625A" w:rsidRDefault="00751C59">
      <w:pPr>
        <w:spacing w:before="280" w:after="120"/>
      </w:pPr>
      <w:r>
        <w:rPr>
          <w:rFonts w:ascii="Georgia" w:eastAsia="Georgia" w:hAnsi="Georgia"/>
          <w:b/>
        </w:rPr>
        <w:t>Why Do We Praise Him?</w:t>
      </w:r>
    </w:p>
    <w:p w14:paraId="13045ECE" w14:textId="77777777" w:rsidR="00C8625A" w:rsidRDefault="00751C59">
      <w:pPr>
        <w:spacing w:after="160"/>
        <w:ind w:firstLine="259"/>
      </w:pPr>
      <w:r>
        <w:rPr>
          <w:rFonts w:ascii="Georgia" w:eastAsia="Georgia" w:hAnsi="Georgia"/>
        </w:rPr>
        <w:t xml:space="preserve">Ask a room full of believers what they are thankful to God for, and you will get a hundred honest answers: provision, protection, healing, family, salvation. Ask them what God is like, and you will be surprised how quickly the conversation stalls. Much of our worship is gratitude for gifts, and comparatively little of it is adoration of the Giver. The first kind of praise runs dry the moment the gifts stop arriving. The second kind cannot be touched by circumstance, because it is anchored in something that </w:t>
      </w:r>
      <w:r>
        <w:rPr>
          <w:rFonts w:ascii="Georgia" w:eastAsia="Georgia" w:hAnsi="Georgia"/>
        </w:rPr>
        <w:t>cannot change. Isaiah 43:21 says that God formed the people of His own name "for My glory," and that they "shall show forth My praise" (NKJV). The question that will govern your prayer life, your Sunday mornings, and your midnight vigils is simply this: do you actually know the One you are praising?</w:t>
      </w:r>
    </w:p>
    <w:p w14:paraId="29B5B7DD" w14:textId="77777777" w:rsidR="00C8625A" w:rsidRDefault="00751C59">
      <w:pPr>
        <w:spacing w:before="280" w:after="120"/>
      </w:pPr>
      <w:r>
        <w:rPr>
          <w:rFonts w:ascii="Georgia" w:eastAsia="Georgia" w:hAnsi="Georgia"/>
          <w:b/>
        </w:rPr>
        <w:t>The Attributes of God Are the Fuel of Worship</w:t>
      </w:r>
    </w:p>
    <w:p w14:paraId="3B5B6783" w14:textId="77777777" w:rsidR="00C8625A" w:rsidRDefault="00751C59">
      <w:pPr>
        <w:spacing w:after="160"/>
        <w:ind w:firstLine="259"/>
      </w:pPr>
      <w:r>
        <w:rPr>
          <w:rFonts w:ascii="Georgia" w:eastAsia="Georgia" w:hAnsi="Georgia"/>
        </w:rPr>
        <w:t>Scripture never commands praise without grounds for it. God does not say, "Feel adoring." He says, "Consider, and then sing." He is holy. "Holy, holy, holy is the LORD of hosts; the whole earth is full of His glory" (Isaiah 6:3, NKJV). Holiness means He is utterly other, utterly pure, utterly unreduced to your preferences. When Habakkuk could not make sense of what he saw, his first move was to say, "You are of purer eyes than to behold evil, and cannot look on wickedness" (Habakkuk 1:13, NKJV). Praise grow</w:t>
      </w:r>
      <w:r>
        <w:rPr>
          <w:rFonts w:ascii="Georgia" w:eastAsia="Georgia" w:hAnsi="Georgia"/>
        </w:rPr>
        <w:t xml:space="preserve">s where reverence lives. He is good. "O taste and see that the LORD is good; blessed is the man who trusts in Him!" </w:t>
      </w:r>
      <w:r>
        <w:rPr>
          <w:rFonts w:ascii="Georgia" w:eastAsia="Georgia" w:hAnsi="Georgia"/>
        </w:rPr>
        <w:lastRenderedPageBreak/>
        <w:t>(Psalm 34:8, NKJV). Not merely nice — good, as in the standard by which every other goodness is measured. The psalmist tasted and then invited others to consider. He is faithful. "He who dwells in the secret place of the Most High... His truth is your shield and armor" (Psalm 91:1–2, 4, NKJV). And again: "Through the LORD's mercies we are not consumed, because His compassions fail not. They ar</w:t>
      </w:r>
      <w:r>
        <w:rPr>
          <w:rFonts w:ascii="Georgia" w:eastAsia="Georgia" w:hAnsi="Georgia"/>
        </w:rPr>
        <w:t>e new every morning; great is Your faithfulness" (Lamentations 3:22–23, NKJV). God's record is the believer's argument. So many of our praise struggles are memory problems. He is unchanging. "I am the LORD, I do not change" (Malachi 3:6, NKJV). "Every good gift and every perfect gift is from above, and comes down from the Father of lights, with whom there is no variation or shadow of turning" (James 1:17, NKJV). If your praise is built on His moods, it will rise and fall. If it is built on His nature, it wi</w:t>
      </w:r>
      <w:r>
        <w:rPr>
          <w:rFonts w:ascii="Georgia" w:eastAsia="Georgia" w:hAnsi="Georgia"/>
        </w:rPr>
        <w:t>ll stand. He is love. "For the mountains shall depart, and the hills be removed; but My kindness shall not depart from you, nor shall My covenant of peace be removed" (Isaiah 54:10, NKJV). He is sovereign. He does not react to your crisis; He reigns over it (Psalm 103:19; Daniel 4:35). This is the attribute that turns anxious worship into settled worship. Take five minutes and put a name to God's character. Then put your situation under that name. Many of the prayers we think God has not answered are actual</w:t>
      </w:r>
      <w:r>
        <w:rPr>
          <w:rFonts w:ascii="Georgia" w:eastAsia="Georgia" w:hAnsi="Georgia"/>
        </w:rPr>
        <w:t>ly praises we have not yet been able to pray.</w:t>
      </w:r>
    </w:p>
    <w:p w14:paraId="3C9ED858" w14:textId="77777777" w:rsidR="00C8625A" w:rsidRDefault="00751C59">
      <w:pPr>
        <w:spacing w:before="280" w:after="120"/>
      </w:pPr>
      <w:r>
        <w:rPr>
          <w:rFonts w:ascii="Georgia" w:eastAsia="Georgia" w:hAnsi="Georgia"/>
          <w:b/>
        </w:rPr>
        <w:t>Contemplating God Shrinks Our Problems</w:t>
      </w:r>
    </w:p>
    <w:p w14:paraId="34DE73F2" w14:textId="77777777" w:rsidR="00C8625A" w:rsidRDefault="00751C59">
      <w:pPr>
        <w:spacing w:after="160"/>
        <w:ind w:firstLine="259"/>
      </w:pPr>
      <w:r>
        <w:rPr>
          <w:rFonts w:ascii="Georgia" w:eastAsia="Georgia" w:hAnsi="Georgia"/>
        </w:rPr>
        <w:t xml:space="preserve">The book of Acts gives us one of the most quietly staggering verses in Scripture. After Stephen's martyrdom, a violent persecution scattered the church, and we read: "those who were scattered went everywhere preaching the word" (Acts 8:4, NKJV). Then Saul, breathing threats, dragged men and women from their houses and consented to Stephen's death (Acts 8:3; 22:20; 7:58). Nobody wrote a psalm about that. Well — actually, somebody did. In Acts 16, </w:t>
      </w:r>
      <w:r>
        <w:rPr>
          <w:rFonts w:ascii="Georgia" w:eastAsia="Georgia" w:hAnsi="Georgia"/>
        </w:rPr>
        <w:lastRenderedPageBreak/>
        <w:t>at the darkest hour of that same Saul's story, a jailed missionary wrote a letter to a young church about joy in suffering (Philippians 1:12–18; 4:4). Now compare the giants of 1 Samuel 17 and Acts 16. David, a boy, stood in front of Goliath — nine feet of bronze and arrogance. What did he say? "This day the LORD will deliver you into my hand... that the earth may know that there is a God in Israel" (v. 46, NKJV). The giant had not shrunk. God had grown. That is the pastoral mechanics of praise. When you ma</w:t>
      </w:r>
      <w:r>
        <w:rPr>
          <w:rFonts w:ascii="Georgia" w:eastAsia="Georgia" w:hAnsi="Georgia"/>
        </w:rPr>
        <w:t>gnify the Lord, your problem does not get smaller by being minimised; it gets smaller by being rightly scaled. "Magnify the LORD with me, and let us exalt His name together" (Psalm 34:3, NKJV). A magnifying glass does not enlarge what is tiny; it brings into view what was always enormous but too close to see clearly.</w:t>
      </w:r>
    </w:p>
    <w:p w14:paraId="5512EBCC" w14:textId="77777777" w:rsidR="00C8625A" w:rsidRDefault="00751C59">
      <w:pPr>
        <w:spacing w:before="280" w:after="120"/>
      </w:pPr>
      <w:r>
        <w:rPr>
          <w:rFonts w:ascii="Georgia" w:eastAsia="Georgia" w:hAnsi="Georgia"/>
          <w:b/>
        </w:rPr>
        <w:t>Praise Rooted In Circumstance Dies With Circumstance</w:t>
      </w:r>
    </w:p>
    <w:p w14:paraId="51ECC5A1" w14:textId="77777777" w:rsidR="00C8625A" w:rsidRDefault="00751C59">
      <w:pPr>
        <w:spacing w:after="160"/>
        <w:ind w:firstLine="259"/>
      </w:pPr>
      <w:r>
        <w:rPr>
          <w:rFonts w:ascii="Georgia" w:eastAsia="Georgia" w:hAnsi="Georgia"/>
        </w:rPr>
        <w:t xml:space="preserve">Job is the sharpest test of this. His losses came in four consecutive blows — livestock, servants, children, health (Job 1–2). And his response is one of the great praises in the Bible: "The LORD gave, and the LORD has taken away; blessed be the name of the LORD" (Job 1:21, NKJV). Read it again. "Blessed be the name of the LORD." Not the hand. Not the plan. Not the outcome — the outcome was, at that moment, unbearable. Blessed be the name, that is, the character, the reputation, the revealed Person of God. </w:t>
      </w:r>
      <w:r>
        <w:rPr>
          <w:rFonts w:ascii="Georgia" w:eastAsia="Georgia" w:hAnsi="Georgia"/>
        </w:rPr>
        <w:t>Any theology of praise that cannot survive Job 1–2 cannot survive your Tuesday.</w:t>
      </w:r>
    </w:p>
    <w:p w14:paraId="03668723" w14:textId="77777777" w:rsidR="00C8625A" w:rsidRDefault="00751C59">
      <w:pPr>
        <w:spacing w:before="280" w:after="120"/>
      </w:pPr>
      <w:r>
        <w:rPr>
          <w:rFonts w:ascii="Georgia" w:eastAsia="Georgia" w:hAnsi="Georgia"/>
          <w:b/>
        </w:rPr>
        <w:t>Getting to Know Him Again This Week</w:t>
      </w:r>
    </w:p>
    <w:p w14:paraId="0F5AEE6F" w14:textId="77777777" w:rsidR="00C8625A" w:rsidRDefault="00751C59">
      <w:pPr>
        <w:spacing w:after="80"/>
        <w:ind w:left="288"/>
      </w:pPr>
      <w:r>
        <w:rPr>
          <w:rFonts w:ascii="Georgia" w:eastAsia="Georgia" w:hAnsi="Georgia"/>
        </w:rPr>
        <w:t>• Choose one attribute per day. Monday, He is holy. Tuesday, He is good. Write one</w:t>
      </w:r>
    </w:p>
    <w:p w14:paraId="2E79CBF4" w14:textId="77777777" w:rsidR="00C8625A" w:rsidRDefault="00751C59">
      <w:pPr>
        <w:spacing w:after="160"/>
        <w:ind w:firstLine="259"/>
      </w:pPr>
      <w:r>
        <w:rPr>
          <w:rFonts w:ascii="Georgia" w:eastAsia="Georgia" w:hAnsi="Georgia"/>
        </w:rPr>
        <w:lastRenderedPageBreak/>
        <w:t>sentence about how that attribute intersects your actual situation.</w:t>
      </w:r>
    </w:p>
    <w:p w14:paraId="119208E4" w14:textId="77777777" w:rsidR="00C8625A" w:rsidRDefault="00751C59">
      <w:pPr>
        <w:spacing w:after="80"/>
        <w:ind w:left="288"/>
      </w:pPr>
      <w:r>
        <w:rPr>
          <w:rFonts w:ascii="Georgia" w:eastAsia="Georgia" w:hAnsi="Georgia"/>
        </w:rPr>
        <w:t>• Read a "descriptive" psalm rather than a "petitionary" one. Psalm 8, 19, 29, 104,</w:t>
      </w:r>
    </w:p>
    <w:p w14:paraId="2A6BBD9D" w14:textId="77777777" w:rsidR="00C8625A" w:rsidRDefault="00751C59">
      <w:pPr>
        <w:spacing w:after="160"/>
        <w:ind w:firstLine="259"/>
      </w:pPr>
      <w:r>
        <w:rPr>
          <w:rFonts w:ascii="Georgia" w:eastAsia="Georgia" w:hAnsi="Georgia"/>
        </w:rPr>
        <w:t>111, 113, 139, 145–147 are almost entirely about who God is.</w:t>
      </w:r>
    </w:p>
    <w:p w14:paraId="0255FF03" w14:textId="77777777" w:rsidR="00C8625A" w:rsidRDefault="00751C59">
      <w:pPr>
        <w:spacing w:after="80"/>
        <w:ind w:left="288"/>
      </w:pPr>
      <w:r>
        <w:rPr>
          <w:rFonts w:ascii="Georgia" w:eastAsia="Georgia" w:hAnsi="Georgia"/>
        </w:rPr>
        <w:t>• Steal from the best. If you cannot find your own words, pray the psalms back to God. He</w:t>
      </w:r>
    </w:p>
    <w:p w14:paraId="3824DACD" w14:textId="77777777" w:rsidR="00C8625A" w:rsidRDefault="00751C59">
      <w:pPr>
        <w:spacing w:after="160"/>
        <w:ind w:firstLine="259"/>
      </w:pPr>
      <w:r>
        <w:rPr>
          <w:rFonts w:ascii="Georgia" w:eastAsia="Georgia" w:hAnsi="Georgia"/>
        </w:rPr>
        <w:t>inspired them partly for that reason. You will find that the quality of your private worship is almost entirely determined by how well you know God when nobody is watching.</w:t>
      </w:r>
    </w:p>
    <w:p w14:paraId="78EAB39A" w14:textId="77777777" w:rsidR="00C8625A" w:rsidRDefault="00751C59">
      <w:pPr>
        <w:spacing w:before="280" w:after="120"/>
      </w:pPr>
      <w:r>
        <w:rPr>
          <w:rFonts w:ascii="Georgia" w:eastAsia="Georgia" w:hAnsi="Georgia"/>
          <w:b/>
        </w:rPr>
        <w:t>Reflect and Respond</w:t>
      </w:r>
    </w:p>
    <w:p w14:paraId="5EF91693" w14:textId="77777777" w:rsidR="00C8625A" w:rsidRDefault="00751C59">
      <w:pPr>
        <w:spacing w:after="80"/>
        <w:ind w:left="288"/>
      </w:pPr>
      <w:r>
        <w:rPr>
          <w:rFonts w:ascii="Georgia" w:eastAsia="Georgia" w:hAnsi="Georgia"/>
        </w:rPr>
        <w:t>1. Which of God's attributes do you find easiest to praise Him for? Which do you find</w:t>
      </w:r>
    </w:p>
    <w:p w14:paraId="14E3FA85" w14:textId="77777777" w:rsidR="00C8625A" w:rsidRDefault="00751C59">
      <w:pPr>
        <w:spacing w:after="160"/>
        <w:ind w:firstLine="259"/>
      </w:pPr>
      <w:r>
        <w:rPr>
          <w:rFonts w:ascii="Georgia" w:eastAsia="Georgia" w:hAnsi="Georgia"/>
        </w:rPr>
        <w:t>hardest — and why?</w:t>
      </w:r>
    </w:p>
    <w:p w14:paraId="090E7020" w14:textId="77777777" w:rsidR="00C8625A" w:rsidRDefault="00751C59">
      <w:pPr>
        <w:spacing w:after="80"/>
        <w:ind w:left="288"/>
      </w:pPr>
      <w:r>
        <w:rPr>
          <w:rFonts w:ascii="Georgia" w:eastAsia="Georgia" w:hAnsi="Georgia"/>
        </w:rPr>
        <w:t>2. When your last season went badly, which parts of your worship collapsed with it? Was</w:t>
      </w:r>
    </w:p>
    <w:p w14:paraId="09F02AC2" w14:textId="77777777" w:rsidR="00C8625A" w:rsidRDefault="00751C59">
      <w:pPr>
        <w:spacing w:after="160"/>
        <w:ind w:firstLine="259"/>
      </w:pPr>
      <w:r>
        <w:rPr>
          <w:rFonts w:ascii="Georgia" w:eastAsia="Georgia" w:hAnsi="Georgia"/>
        </w:rPr>
        <w:t>that praise for gifts or adoration of the Giver?</w:t>
      </w:r>
    </w:p>
    <w:p w14:paraId="5DA5119E" w14:textId="77777777" w:rsidR="00C8625A" w:rsidRDefault="00751C59">
      <w:pPr>
        <w:spacing w:after="80"/>
        <w:ind w:left="288"/>
      </w:pPr>
      <w:r>
        <w:rPr>
          <w:rFonts w:ascii="Georgia" w:eastAsia="Georgia" w:hAnsi="Georgia"/>
        </w:rPr>
        <w:t>3. What is one concrete way you will learn God's character more deeply this week?</w:t>
      </w:r>
    </w:p>
    <w:p w14:paraId="20A1BCA2" w14:textId="77777777" w:rsidR="00C8625A" w:rsidRDefault="00751C59">
      <w:pPr>
        <w:spacing w:before="240" w:after="80"/>
      </w:pPr>
      <w:r>
        <w:rPr>
          <w:rFonts w:ascii="Georgia" w:eastAsia="Georgia" w:hAnsi="Georgia"/>
          <w:b/>
          <w:color w:val="2C3E50"/>
          <w:sz w:val="20"/>
        </w:rPr>
        <w:t>DECLARATION</w:t>
      </w:r>
    </w:p>
    <w:p w14:paraId="77CE4B58" w14:textId="77777777" w:rsidR="00C8625A" w:rsidRDefault="00751C59">
      <w:pPr>
        <w:spacing w:after="160"/>
        <w:ind w:left="288"/>
      </w:pPr>
      <w:r>
        <w:rPr>
          <w:rFonts w:ascii="Georgia" w:eastAsia="Georgia" w:hAnsi="Georgia"/>
          <w:i/>
        </w:rPr>
        <w:t>"I praise You, Lord, not only for what is in Your hand, but for who You are. Your holiness, Your goodness, Your faithfulness, Your unchanging love — these are the rocks my worship stands on."</w:t>
      </w:r>
    </w:p>
    <w:p w14:paraId="402D6D86" w14:textId="77777777" w:rsidR="00C8625A" w:rsidRDefault="00751C59">
      <w:pPr>
        <w:spacing w:before="160" w:after="80"/>
      </w:pPr>
      <w:r>
        <w:rPr>
          <w:rFonts w:ascii="Georgia" w:eastAsia="Georgia" w:hAnsi="Georgia"/>
          <w:b/>
          <w:color w:val="2C3E50"/>
          <w:sz w:val="20"/>
        </w:rPr>
        <w:t>PRAYER</w:t>
      </w:r>
    </w:p>
    <w:p w14:paraId="29CF7F94" w14:textId="77777777" w:rsidR="00C8625A" w:rsidRDefault="00751C59">
      <w:pPr>
        <w:spacing w:after="240"/>
        <w:ind w:left="288"/>
      </w:pPr>
      <w:r>
        <w:rPr>
          <w:rFonts w:ascii="Georgia" w:eastAsia="Georgia" w:hAnsi="Georgia"/>
          <w:i/>
        </w:rPr>
        <w:t xml:space="preserve">Lord, teach me to know You. Expand my categories of greatness until my crisis is the smallest thing in the </w:t>
      </w:r>
      <w:r>
        <w:rPr>
          <w:rFonts w:ascii="Georgia" w:eastAsia="Georgia" w:hAnsi="Georgia"/>
          <w:i/>
        </w:rPr>
        <w:lastRenderedPageBreak/>
        <w:t>room. Let my praise be rooted in Your nature, not my news. In Jesus' name, amen.</w:t>
      </w:r>
    </w:p>
    <w:p w14:paraId="185E18B3" w14:textId="77777777" w:rsidR="00C8625A" w:rsidRDefault="00751C59">
      <w:r>
        <w:br w:type="page"/>
      </w:r>
    </w:p>
    <w:p w14:paraId="6CE64CE3" w14:textId="77777777" w:rsidR="00C8625A" w:rsidRDefault="00751C59">
      <w:pPr>
        <w:spacing w:before="960" w:after="80"/>
        <w:jc w:val="center"/>
      </w:pPr>
      <w:r>
        <w:rPr>
          <w:rFonts w:ascii="Georgia" w:eastAsia="Georgia" w:hAnsi="Georgia"/>
          <w:b/>
        </w:rPr>
        <w:lastRenderedPageBreak/>
        <w:t>CHAPTER 3</w:t>
      </w:r>
    </w:p>
    <w:p w14:paraId="5A2093B4" w14:textId="77777777" w:rsidR="00C8625A" w:rsidRDefault="00751C59">
      <w:pPr>
        <w:spacing w:after="280"/>
        <w:jc w:val="center"/>
      </w:pPr>
      <w:r>
        <w:rPr>
          <w:rFonts w:ascii="Georgia" w:eastAsia="Georgia" w:hAnsi="Georgia"/>
          <w:b/>
          <w:sz w:val="32"/>
        </w:rPr>
        <w:t>Created to Praise</w:t>
      </w:r>
    </w:p>
    <w:p w14:paraId="2ECF4851" w14:textId="77777777" w:rsidR="00C8625A" w:rsidRDefault="00751C59">
      <w:pPr>
        <w:spacing w:before="160"/>
        <w:ind w:left="360" w:right="360"/>
        <w:jc w:val="center"/>
      </w:pPr>
      <w:r>
        <w:rPr>
          <w:rFonts w:ascii="Georgia" w:eastAsia="Georgia" w:hAnsi="Georgia"/>
          <w:i/>
          <w:sz w:val="20"/>
        </w:rPr>
        <w:t>"Yet You are holy, enthroned in the praises of Israel." — Psalm 22:3 (NKJV)</w:t>
      </w:r>
    </w:p>
    <w:p w14:paraId="611622CA" w14:textId="77777777" w:rsidR="00C8625A" w:rsidRDefault="00751C59">
      <w:pPr>
        <w:spacing w:before="280" w:after="120"/>
      </w:pPr>
      <w:r>
        <w:rPr>
          <w:rFonts w:ascii="Georgia" w:eastAsia="Georgia" w:hAnsi="Georgia"/>
          <w:b/>
        </w:rPr>
        <w:t>The Purpose Question</w:t>
      </w:r>
    </w:p>
    <w:p w14:paraId="294197A5" w14:textId="77777777" w:rsidR="00C8625A" w:rsidRDefault="00751C59">
      <w:pPr>
        <w:spacing w:after="160"/>
        <w:ind w:firstLine="259"/>
      </w:pPr>
      <w:r>
        <w:rPr>
          <w:rFonts w:ascii="Georgia" w:eastAsia="Georgia" w:hAnsi="Georgia"/>
        </w:rPr>
        <w:t>There are three questions that will eventually occupy every human heart: Where did I come from? Why am I here? Where am I going? Most of our weariness comes from living without an answer to the second. Isaiah 43:21 gives it plainly: "This people I have formed for Myself; they shall declare My praise" (NKJV). And the psalmist, confused by the prosperity of the wicked, writes that God's purpose for his life is to "declare all Your works" (Psalm 73:28, paraphrased). You were not saved to be comfortable. You we</w:t>
      </w:r>
      <w:r>
        <w:rPr>
          <w:rFonts w:ascii="Georgia" w:eastAsia="Georgia" w:hAnsi="Georgia"/>
        </w:rPr>
        <w:t>re formed to be a proclaimer. Paul puts it in the most economical sentence in the New Testament: "or do you not know... you are not your own? For you were bought at a price; therefore glorify God in your body and in your spirit, which are God's" (1 Corinthians 6:19–20, NKJV). Purpose is downstream of purchase. Because you are owned by God, you are equipped to glorify God.</w:t>
      </w:r>
    </w:p>
    <w:p w14:paraId="54635CDF" w14:textId="77777777" w:rsidR="00C8625A" w:rsidRDefault="00751C59">
      <w:pPr>
        <w:spacing w:before="280" w:after="120"/>
      </w:pPr>
      <w:r>
        <w:rPr>
          <w:rFonts w:ascii="Georgia" w:eastAsia="Georgia" w:hAnsi="Georgia"/>
          <w:b/>
        </w:rPr>
        <w:t>You Were Engineered For Worship</w:t>
      </w:r>
    </w:p>
    <w:p w14:paraId="02EEBF3E" w14:textId="77777777" w:rsidR="00C8625A" w:rsidRDefault="00751C59">
      <w:pPr>
        <w:spacing w:after="160"/>
        <w:ind w:firstLine="259"/>
      </w:pPr>
      <w:r>
        <w:rPr>
          <w:rFonts w:ascii="Georgia" w:eastAsia="Georgia" w:hAnsi="Georgia"/>
        </w:rPr>
        <w:t>Here is something remarkable: praise is not an add-on feature of humanity. It is load-bearing. David declares we are fearfully made. "I will praise You, because I am fearfully and wonderfully made; marvelous are Your works, and that my soul knows very well" (Psalm 139:14, NKJV). Isaiah frames the whole creation as purposeful. "Everyone who is called by My name, whom I have created for My glory; I have formed him, yes, I have made him" (Isaiah 43:7, NKJV). Peter names the chain of purpose. "But you are a cho</w:t>
      </w:r>
      <w:r>
        <w:rPr>
          <w:rFonts w:ascii="Georgia" w:eastAsia="Georgia" w:hAnsi="Georgia"/>
        </w:rPr>
        <w:t xml:space="preserve">sen </w:t>
      </w:r>
      <w:r>
        <w:rPr>
          <w:rFonts w:ascii="Georgia" w:eastAsia="Georgia" w:hAnsi="Georgia"/>
        </w:rPr>
        <w:lastRenderedPageBreak/>
        <w:t>generation, a royal priesthood, a holy nation, His own special people, that you may proclaim the praises of Him who called you out of darkness into His marvelous light" (1 Peter 2:9, NKJV). You notice that the last verse doesn't say "that you may be delivered from darkness." Deliverance is the means. Proclamation is the goal. God got Israel out of Egypt so that they would get Egypt out of them — and so that the nations would see something of Him in them. Which means the thing you feel most inadequate at</w:t>
      </w:r>
      <w:r>
        <w:rPr>
          <w:rFonts w:ascii="Georgia" w:eastAsia="Georgia" w:hAnsi="Georgia"/>
        </w:rPr>
        <w:t>, the thing you think is spiritually decorative — opening your mouth to declare God's praise — is actually the function you were manufactured for. You cannot fulfil your purpose without it any more than a lamp can fulfil its purpose without light.</w:t>
      </w:r>
    </w:p>
    <w:p w14:paraId="1C2B540A" w14:textId="77777777" w:rsidR="00C8625A" w:rsidRDefault="00751C59">
      <w:pPr>
        <w:spacing w:before="280" w:after="120"/>
      </w:pPr>
      <w:r>
        <w:rPr>
          <w:rFonts w:ascii="Georgia" w:eastAsia="Georgia" w:hAnsi="Georgia"/>
          <w:b/>
        </w:rPr>
        <w:t>Israel's Function Was Witness</w:t>
      </w:r>
    </w:p>
    <w:p w14:paraId="4543C50C" w14:textId="77777777" w:rsidR="00C8625A" w:rsidRDefault="00751C59">
      <w:pPr>
        <w:spacing w:after="160"/>
        <w:ind w:firstLine="259"/>
      </w:pPr>
      <w:r>
        <w:rPr>
          <w:rFonts w:ascii="Georgia" w:eastAsia="Georgia" w:hAnsi="Georgia"/>
        </w:rPr>
        <w:t>In Isaiah 43:10–12, God says to Israel, "You are My witnesses... and there is no other God" (NKJV). A witness does not argue; a witness testifies. Testimony is praise with an audience. This is why so much of Israel's worship is explicitly pedagogical: "That a generation to come may know, children who will be born, that they may arise and recount them to their children" (Psalm 78:6, NKJV). And again: "We will not hide them from their children, telling to the generation to come the praises of the LORD, and Hi</w:t>
      </w:r>
      <w:r>
        <w:rPr>
          <w:rFonts w:ascii="Georgia" w:eastAsia="Georgia" w:hAnsi="Georgia"/>
        </w:rPr>
        <w:t>s strength, and His wonderful works that He has done" (Psalm 78:4, NKJV). Praise is how truth travels through time. Your testimony becomes your children's faith. Your psalm becomes your grandchildren's foundation. Nothing in the Kingdom of God is only about you.</w:t>
      </w:r>
    </w:p>
    <w:p w14:paraId="53EB3DCB" w14:textId="77777777" w:rsidR="00C8625A" w:rsidRDefault="00751C59">
      <w:pPr>
        <w:spacing w:before="280" w:after="120"/>
      </w:pPr>
      <w:r>
        <w:rPr>
          <w:rFonts w:ascii="Georgia" w:eastAsia="Georgia" w:hAnsi="Georgia"/>
          <w:b/>
        </w:rPr>
        <w:t>The Unnatural Silence Of Humanity</w:t>
      </w:r>
    </w:p>
    <w:p w14:paraId="02AE65D3" w14:textId="77777777" w:rsidR="00C8625A" w:rsidRDefault="00751C59">
      <w:pPr>
        <w:spacing w:after="160"/>
        <w:ind w:firstLine="259"/>
      </w:pPr>
      <w:r>
        <w:rPr>
          <w:rFonts w:ascii="Georgia" w:eastAsia="Georgia" w:hAnsi="Georgia"/>
        </w:rPr>
        <w:t xml:space="preserve">Scripture's strangest image of praise is the one where it comes from creation that has no voice: "the mountains and </w:t>
      </w:r>
      <w:r>
        <w:rPr>
          <w:rFonts w:ascii="Georgia" w:eastAsia="Georgia" w:hAnsi="Georgia"/>
        </w:rPr>
        <w:lastRenderedPageBreak/>
        <w:t>the hills shall burst forth into song before you, and all the trees of the field shall clap their hands" (Isaiah 55:12, NKJV). The stones crying out (Luke 19:40). The heavens declaring (Psalm 19:1). God does not need our praise — He has the rocks, the stars, and the seraphim. But we need to praise, and creation needs a voice. When a human being refuses to worship, the universe has a hole in it where the song should have been. If you are waiting for the desire to worship before you open your mouth, notice th</w:t>
      </w:r>
      <w:r>
        <w:rPr>
          <w:rFonts w:ascii="Georgia" w:eastAsia="Georgia" w:hAnsi="Georgia"/>
        </w:rPr>
        <w:t>at Psalm 146:1–2 gives the answer: "Praise the LORD! I will praise the LORD as long as I live; I will sing praise to my God while I have my being" (NKJV). Not "while I have the feeling." While I have being. The breath is the warrant.</w:t>
      </w:r>
    </w:p>
    <w:p w14:paraId="7784F14B" w14:textId="77777777" w:rsidR="00C8625A" w:rsidRDefault="00751C59">
      <w:pPr>
        <w:spacing w:before="280" w:after="120"/>
      </w:pPr>
      <w:r>
        <w:rPr>
          <w:rFonts w:ascii="Georgia" w:eastAsia="Georgia" w:hAnsi="Georgia"/>
          <w:b/>
        </w:rPr>
        <w:t>What It Means If You Feel Purposeless</w:t>
      </w:r>
    </w:p>
    <w:p w14:paraId="4229B971" w14:textId="77777777" w:rsidR="00C8625A" w:rsidRDefault="00751C59">
      <w:pPr>
        <w:spacing w:after="160"/>
        <w:ind w:firstLine="259"/>
      </w:pPr>
      <w:r>
        <w:rPr>
          <w:rFonts w:ascii="Georgia" w:eastAsia="Georgia" w:hAnsi="Georgia"/>
        </w:rPr>
        <w:t>Some of you have done the world's work well and feel empty. You have been productive, responsible, and tireless — and you still have a void. You have tried to fill it with achievement, affirmation, and activity. You were not made to be used by the world; you were made to be a witness for God. When a lamp is used as a doorstop, it can serve a purpose and still fail its design. The first step in recovering your sense of purpose is not to do more. It is to say more — about God. Start tomorrow morning with thre</w:t>
      </w:r>
      <w:r>
        <w:rPr>
          <w:rFonts w:ascii="Georgia" w:eastAsia="Georgia" w:hAnsi="Georgia"/>
        </w:rPr>
        <w:t>e sentences of praise before your feet touch the floor, and keep it up for a week. Then ask yourself whether the emptiness still has the same shape. I know that sounds too simple. But so does a lamp: flip a switch, and a room changes.</w:t>
      </w:r>
    </w:p>
    <w:p w14:paraId="55BC03E2" w14:textId="77777777" w:rsidR="00C8625A" w:rsidRDefault="00751C59">
      <w:pPr>
        <w:spacing w:before="280" w:after="120"/>
      </w:pPr>
      <w:r>
        <w:rPr>
          <w:rFonts w:ascii="Georgia" w:eastAsia="Georgia" w:hAnsi="Georgia"/>
          <w:b/>
        </w:rPr>
        <w:t>Reflect and Respond</w:t>
      </w:r>
    </w:p>
    <w:p w14:paraId="28EDDB28" w14:textId="77777777" w:rsidR="00C8625A" w:rsidRDefault="00751C59">
      <w:pPr>
        <w:spacing w:after="80"/>
        <w:ind w:left="288"/>
      </w:pPr>
      <w:r>
        <w:rPr>
          <w:rFonts w:ascii="Georgia" w:eastAsia="Georgia" w:hAnsi="Georgia"/>
        </w:rPr>
        <w:t>1. In one sentence, say what you think you were created for. Then compare it with Isaiah</w:t>
      </w:r>
    </w:p>
    <w:p w14:paraId="47FD5024" w14:textId="77777777" w:rsidR="00C8625A" w:rsidRDefault="00751C59">
      <w:pPr>
        <w:spacing w:after="160"/>
        <w:ind w:firstLine="259"/>
      </w:pPr>
      <w:r>
        <w:rPr>
          <w:rFonts w:ascii="Georgia" w:eastAsia="Georgia" w:hAnsi="Georgia"/>
        </w:rPr>
        <w:t>43:21 and 1 Peter 2:9. Where do they differ?</w:t>
      </w:r>
    </w:p>
    <w:p w14:paraId="5BF86146" w14:textId="77777777" w:rsidR="00C8625A" w:rsidRDefault="00751C59">
      <w:pPr>
        <w:spacing w:after="80"/>
        <w:ind w:left="288"/>
      </w:pPr>
      <w:r>
        <w:rPr>
          <w:rFonts w:ascii="Georgia" w:eastAsia="Georgia" w:hAnsi="Georgia"/>
        </w:rPr>
        <w:lastRenderedPageBreak/>
        <w:t>2. Whose testimony do you actually believe because of who told it? To whom are you</w:t>
      </w:r>
    </w:p>
    <w:p w14:paraId="62B89F5B" w14:textId="77777777" w:rsidR="00C8625A" w:rsidRDefault="00751C59">
      <w:pPr>
        <w:spacing w:after="160"/>
        <w:ind w:firstLine="259"/>
      </w:pPr>
      <w:r>
        <w:rPr>
          <w:rFonts w:ascii="Georgia" w:eastAsia="Georgia" w:hAnsi="Georgia"/>
        </w:rPr>
        <w:t>currently being that witness?</w:t>
      </w:r>
    </w:p>
    <w:p w14:paraId="5FC65999" w14:textId="77777777" w:rsidR="00C8625A" w:rsidRDefault="00751C59">
      <w:pPr>
        <w:spacing w:after="80"/>
        <w:ind w:left="288"/>
      </w:pPr>
      <w:r>
        <w:rPr>
          <w:rFonts w:ascii="Georgia" w:eastAsia="Georgia" w:hAnsi="Georgia"/>
        </w:rPr>
        <w:t>3. What would change in your schedule if praise were the function rather than the hobby?</w:t>
      </w:r>
    </w:p>
    <w:p w14:paraId="57681FDE" w14:textId="77777777" w:rsidR="00C8625A" w:rsidRDefault="00751C59">
      <w:pPr>
        <w:spacing w:before="240" w:after="80"/>
      </w:pPr>
      <w:r>
        <w:rPr>
          <w:rFonts w:ascii="Georgia" w:eastAsia="Georgia" w:hAnsi="Georgia"/>
          <w:b/>
          <w:color w:val="2C3E50"/>
          <w:sz w:val="20"/>
        </w:rPr>
        <w:t>DECLARATION</w:t>
      </w:r>
    </w:p>
    <w:p w14:paraId="509B66F5" w14:textId="77777777" w:rsidR="00C8625A" w:rsidRDefault="00751C59">
      <w:pPr>
        <w:spacing w:after="160"/>
        <w:ind w:left="288"/>
      </w:pPr>
      <w:r>
        <w:rPr>
          <w:rFonts w:ascii="Georgia" w:eastAsia="Georgia" w:hAnsi="Georgia"/>
          <w:i/>
        </w:rPr>
        <w:t>"I was formed for His glory. I do not have to invent a purpose — I have been given one. As long as I have breath, I have a commission."</w:t>
      </w:r>
    </w:p>
    <w:p w14:paraId="74C9A0A3" w14:textId="77777777" w:rsidR="00C8625A" w:rsidRDefault="00751C59">
      <w:pPr>
        <w:spacing w:before="160" w:after="80"/>
      </w:pPr>
      <w:r>
        <w:rPr>
          <w:rFonts w:ascii="Georgia" w:eastAsia="Georgia" w:hAnsi="Georgia"/>
          <w:b/>
          <w:color w:val="2C3E50"/>
          <w:sz w:val="20"/>
        </w:rPr>
        <w:t>PRAYER</w:t>
      </w:r>
    </w:p>
    <w:p w14:paraId="76249309" w14:textId="77777777" w:rsidR="00C8625A" w:rsidRDefault="00751C59">
      <w:pPr>
        <w:spacing w:after="240"/>
        <w:ind w:left="288"/>
      </w:pPr>
      <w:r>
        <w:rPr>
          <w:rFonts w:ascii="Georgia" w:eastAsia="Georgia" w:hAnsi="Georgia"/>
          <w:i/>
        </w:rPr>
        <w:t>God, I receive Your purpose for my life. Forgive me for treating worship as optional when it is my design. Make my home, my workplace, and my family a place where Your praise is declared. In Jesus' name, amen.</w:t>
      </w:r>
    </w:p>
    <w:p w14:paraId="7429A9FE" w14:textId="77777777" w:rsidR="00C8625A" w:rsidRDefault="00751C59">
      <w:r>
        <w:br w:type="page"/>
      </w:r>
    </w:p>
    <w:p w14:paraId="7D6B5A80" w14:textId="77777777" w:rsidR="00C8625A" w:rsidRDefault="00751C59">
      <w:pPr>
        <w:spacing w:before="960" w:after="80"/>
        <w:jc w:val="center"/>
      </w:pPr>
      <w:r>
        <w:rPr>
          <w:rFonts w:ascii="Georgia" w:eastAsia="Georgia" w:hAnsi="Georgia"/>
          <w:b/>
        </w:rPr>
        <w:lastRenderedPageBreak/>
        <w:t>CHAPTER 4</w:t>
      </w:r>
    </w:p>
    <w:p w14:paraId="1A7BC9A1" w14:textId="77777777" w:rsidR="00C8625A" w:rsidRDefault="00751C59">
      <w:pPr>
        <w:spacing w:after="280"/>
        <w:jc w:val="center"/>
      </w:pPr>
      <w:r>
        <w:rPr>
          <w:rFonts w:ascii="Georgia" w:eastAsia="Georgia" w:hAnsi="Georgia"/>
          <w:b/>
          <w:sz w:val="32"/>
        </w:rPr>
        <w:t>The Sacrifice of Praise</w:t>
      </w:r>
    </w:p>
    <w:p w14:paraId="19F2D2F9" w14:textId="77777777" w:rsidR="00C8625A" w:rsidRDefault="00751C59">
      <w:pPr>
        <w:spacing w:before="160"/>
        <w:ind w:left="360" w:right="360"/>
        <w:jc w:val="center"/>
      </w:pPr>
      <w:r>
        <w:rPr>
          <w:rFonts w:ascii="Georgia" w:eastAsia="Georgia" w:hAnsi="Georgia"/>
          <w:i/>
          <w:sz w:val="20"/>
        </w:rPr>
        <w:t>"By Him (Christ) let us offer the sacrifice of praise to God continually, that is, the fruit of our lips giving thanks to His name." — Hebrews 13:15 (NKJV)</w:t>
      </w:r>
    </w:p>
    <w:p w14:paraId="139457C0" w14:textId="77777777" w:rsidR="00C8625A" w:rsidRDefault="00751C59">
      <w:pPr>
        <w:spacing w:before="280" w:after="120"/>
      </w:pPr>
      <w:r>
        <w:rPr>
          <w:rFonts w:ascii="Georgia" w:eastAsia="Georgia" w:hAnsi="Georgia"/>
          <w:b/>
        </w:rPr>
        <w:t>What Makes It a Sacrifice?</w:t>
      </w:r>
    </w:p>
    <w:p w14:paraId="3CF72A8E" w14:textId="77777777" w:rsidR="00C8625A" w:rsidRDefault="00751C59">
      <w:pPr>
        <w:spacing w:after="160"/>
        <w:ind w:firstLine="259"/>
      </w:pPr>
      <w:r>
        <w:rPr>
          <w:rFonts w:ascii="Georgia" w:eastAsia="Georgia" w:hAnsi="Georgia"/>
        </w:rPr>
        <w:t>A sacrifice, in the Levitical system, cost the worshipper something real. An unblemished animal was not a spare; it was capital. It represented years of breeding, a portion of income, and, in the poorest households, a family's food supply. A "sacrifice" that costs nothing is not a sacrifice at all — it is a spare. So when the writer of Hebrews calls our praise a sacrifice of praise, he is telling us something honest: there will be praise that costs you your feelings. David understood the principle better th</w:t>
      </w:r>
      <w:r>
        <w:rPr>
          <w:rFonts w:ascii="Georgia" w:eastAsia="Georgia" w:hAnsi="Georgia"/>
        </w:rPr>
        <w:t>an most. Standing over a plague, when Araunah offered him the threshing floor and oxen free, David said, "I will surely buy it from you for a price; nor will I offer burnt offerings to the LORD my God which cost me nothing" (2 Samuel 24:24, NKJV). Two thousand years later, a widow put two small copper coins in the temple treasury and Jesus said she had out-given the rich (Mark 12:41–44). God has never measured gifts by face value. He measures them by the distance between the cost and the surplus.</w:t>
      </w:r>
    </w:p>
    <w:p w14:paraId="71286033" w14:textId="77777777" w:rsidR="00C8625A" w:rsidRDefault="00751C59">
      <w:pPr>
        <w:spacing w:before="280" w:after="120"/>
      </w:pPr>
      <w:r>
        <w:rPr>
          <w:rFonts w:ascii="Georgia" w:eastAsia="Georgia" w:hAnsi="Georgia"/>
          <w:b/>
        </w:rPr>
        <w:t>The Flesh Will Not Always Want To Worship</w:t>
      </w:r>
    </w:p>
    <w:p w14:paraId="34FF83D5" w14:textId="77777777" w:rsidR="00C8625A" w:rsidRDefault="00751C59">
      <w:pPr>
        <w:spacing w:after="160"/>
        <w:ind w:firstLine="259"/>
      </w:pPr>
      <w:r>
        <w:rPr>
          <w:rFonts w:ascii="Georgia" w:eastAsia="Georgia" w:hAnsi="Georgia"/>
        </w:rPr>
        <w:t xml:space="preserve">Here is the practical heart of this chapter: you will not always feel like praising God, and that is precisely when praise counts for the most. Feelings are weather. Obedience is architecture. If your worship only rises when your mood does, then you have not been worshipping God — you have been taking direction from your nervous system. The old </w:t>
      </w:r>
      <w:r>
        <w:rPr>
          <w:rFonts w:ascii="Georgia" w:eastAsia="Georgia" w:hAnsi="Georgia"/>
        </w:rPr>
        <w:lastRenderedPageBreak/>
        <w:t>preachers said it this way: "The song of the Spirit is sometimes sung through the throat of the flesh." Your throat is going to be dry. Your mind is going to be loud. Your grief is going to be heavy. Sing anyway. This is why I want to be careful about a misuse of this chapter: the sacrifice of praise is not a demand that you suppress pain, deny depression, or pretend nothing is wrong. Scripture has a name for honest anguish and gives it a place in worship — it is called lament, and we will study it in Chapt</w:t>
      </w:r>
      <w:r>
        <w:rPr>
          <w:rFonts w:ascii="Georgia" w:eastAsia="Georgia" w:hAnsi="Georgia"/>
        </w:rPr>
        <w:t>er 19. What the sacrifice of praise opposes is not sorrow but unbelief. You can weep and worship in the same hour; Jesus did (John 11:35, 41).</w:t>
      </w:r>
    </w:p>
    <w:p w14:paraId="49714D3B" w14:textId="77777777" w:rsidR="00C8625A" w:rsidRDefault="00751C59">
      <w:pPr>
        <w:spacing w:before="240" w:after="240"/>
        <w:ind w:left="504" w:right="504"/>
        <w:jc w:val="center"/>
      </w:pPr>
      <w:r>
        <w:rPr>
          <w:rFonts w:ascii="Georgia" w:eastAsia="Georgia" w:hAnsi="Georgia"/>
          <w:b/>
          <w:i/>
          <w:color w:val="2C3E50"/>
          <w:sz w:val="24"/>
        </w:rPr>
        <w:t>Feelings are weather. Obedience is architecture.</w:t>
      </w:r>
    </w:p>
    <w:p w14:paraId="1AACBBE2" w14:textId="77777777" w:rsidR="00C8625A" w:rsidRDefault="00751C59">
      <w:pPr>
        <w:spacing w:before="280" w:after="120"/>
      </w:pPr>
      <w:r>
        <w:rPr>
          <w:rFonts w:ascii="Georgia" w:eastAsia="Georgia" w:hAnsi="Georgia"/>
          <w:b/>
        </w:rPr>
        <w:t>When Your Hands Won't Lift, Lift Your Mouth</w:t>
      </w:r>
    </w:p>
    <w:p w14:paraId="6FB092B5" w14:textId="77777777" w:rsidR="00C8625A" w:rsidRDefault="00751C59">
      <w:pPr>
        <w:spacing w:after="160"/>
        <w:ind w:firstLine="259"/>
      </w:pPr>
      <w:r>
        <w:rPr>
          <w:rFonts w:ascii="Georgia" w:eastAsia="Georgia" w:hAnsi="Georgia"/>
        </w:rPr>
        <w:t>Some days the body refuses. You cannot raise your hands. You cannot stand. You cannot drive to a church service. On those days, praise becomes the smallest act available: a word. "I will bless the LORD at all times; His praise shall continually be in my mouth" (Psalm 34:1, NKJV). Notice where David put the persistence — in the mouth. Not the mood. The mouth can bless when the heart is barely able to breathe. And what the mouth repeatedly confesses, the heart eventually catches. That is not magic; that is ho</w:t>
      </w:r>
      <w:r>
        <w:rPr>
          <w:rFonts w:ascii="Georgia" w:eastAsia="Georgia" w:hAnsi="Georgia"/>
        </w:rPr>
        <w:t>w God designed language to shape thought (Proverbs 18:21; Romans 10:17; 10:8–10). So build yourself a short, memorised sentence you can say when nothing else is possible. Mine has been, "The LORD is good; His mercy endures forever" (from Psalm 136, repeated 26 times in the Hebrew). Say it aloud in the waiting room. Say it in the parking lot before you face the meeting. Say it in the dark, at 3 a.m., when the ceiling is your only congregation. It is a small sacrifice. God is not impressed by scale; He is mov</w:t>
      </w:r>
      <w:r>
        <w:rPr>
          <w:rFonts w:ascii="Georgia" w:eastAsia="Georgia" w:hAnsi="Georgia"/>
        </w:rPr>
        <w:t>ed by faith.</w:t>
      </w:r>
    </w:p>
    <w:p w14:paraId="63F92024" w14:textId="77777777" w:rsidR="00C8625A" w:rsidRDefault="00751C59">
      <w:pPr>
        <w:spacing w:before="280" w:after="120"/>
      </w:pPr>
      <w:r>
        <w:rPr>
          <w:rFonts w:ascii="Georgia" w:eastAsia="Georgia" w:hAnsi="Georgia"/>
          <w:b/>
        </w:rPr>
        <w:lastRenderedPageBreak/>
        <w:t>Three Costly Praises</w:t>
      </w:r>
    </w:p>
    <w:p w14:paraId="6752DE9E" w14:textId="77777777" w:rsidR="00C8625A" w:rsidRDefault="00751C59">
      <w:pPr>
        <w:spacing w:after="80"/>
        <w:ind w:left="288"/>
      </w:pPr>
      <w:r>
        <w:rPr>
          <w:rFonts w:ascii="Georgia" w:eastAsia="Georgia" w:hAnsi="Georgia"/>
        </w:rPr>
        <w:t>10. Praise when you don't understand. Habakkuk: "Though the fig tree may not blossom,</w:t>
      </w:r>
    </w:p>
    <w:p w14:paraId="71332F8F" w14:textId="77777777" w:rsidR="00C8625A" w:rsidRDefault="00751C59">
      <w:pPr>
        <w:spacing w:after="160"/>
        <w:ind w:firstLine="259"/>
      </w:pPr>
      <w:r>
        <w:rPr>
          <w:rFonts w:ascii="Georgia" w:eastAsia="Georgia" w:hAnsi="Georgia"/>
        </w:rPr>
        <w:t>nor fruit be on the vines, nor the produce of the olive fail... yet I will rejoice in the LORD, I will joy in the God of my salvation" (Habakkuk 3:17–18, NKJV). The cost: certainty.</w:t>
      </w:r>
    </w:p>
    <w:p w14:paraId="53B46AD2" w14:textId="77777777" w:rsidR="00C8625A" w:rsidRDefault="00751C59">
      <w:pPr>
        <w:spacing w:after="80"/>
        <w:ind w:left="288"/>
      </w:pPr>
      <w:r>
        <w:rPr>
          <w:rFonts w:ascii="Georgia" w:eastAsia="Georgia" w:hAnsi="Georgia"/>
        </w:rPr>
        <w:t>11. Praise when you are hurt by God's people. Psalm 64 and Psalm 55 were written by</w:t>
      </w:r>
    </w:p>
    <w:p w14:paraId="4B72ED74" w14:textId="77777777" w:rsidR="00C8625A" w:rsidRDefault="00751C59">
      <w:pPr>
        <w:spacing w:after="160"/>
        <w:ind w:firstLine="259"/>
      </w:pPr>
      <w:r>
        <w:rPr>
          <w:rFonts w:ascii="Georgia" w:eastAsia="Georgia" w:hAnsi="Georgia"/>
        </w:rPr>
        <w:t>someone wounded inside the community of faith, and still say, "Wait on God; for I shall hope in Him" (55:23, NKJV). The cost: the comfort of blame.</w:t>
      </w:r>
    </w:p>
    <w:p w14:paraId="130C5BF3" w14:textId="77777777" w:rsidR="00C8625A" w:rsidRDefault="00751C59">
      <w:pPr>
        <w:spacing w:after="80"/>
        <w:ind w:left="288"/>
      </w:pPr>
      <w:r>
        <w:rPr>
          <w:rFonts w:ascii="Georgia" w:eastAsia="Georgia" w:hAnsi="Georgia"/>
        </w:rPr>
        <w:t>12. Praise when your body and mind are exhausted. "I remember You on my bed; I</w:t>
      </w:r>
    </w:p>
    <w:p w14:paraId="5C3046D4" w14:textId="77777777" w:rsidR="00C8625A" w:rsidRDefault="00751C59">
      <w:pPr>
        <w:spacing w:after="160"/>
        <w:ind w:firstLine="259"/>
      </w:pPr>
      <w:r>
        <w:rPr>
          <w:rFonts w:ascii="Georgia" w:eastAsia="Georgia" w:hAnsi="Georgia"/>
        </w:rPr>
        <w:t>meditate on You in the night watches" (Psalm 63:6, NKJV). The cost: sleep you want more than God.</w:t>
      </w:r>
    </w:p>
    <w:p w14:paraId="431A0CC8" w14:textId="77777777" w:rsidR="00C8625A" w:rsidRDefault="00751C59">
      <w:pPr>
        <w:spacing w:before="280" w:after="120"/>
      </w:pPr>
      <w:r>
        <w:rPr>
          <w:rFonts w:ascii="Georgia" w:eastAsia="Georgia" w:hAnsi="Georgia"/>
          <w:b/>
        </w:rPr>
        <w:t>The Promise Attached To The Sacrifice</w:t>
      </w:r>
    </w:p>
    <w:p w14:paraId="59691F5C" w14:textId="77777777" w:rsidR="00C8625A" w:rsidRDefault="00751C59">
      <w:pPr>
        <w:spacing w:after="160"/>
        <w:ind w:firstLine="259"/>
      </w:pPr>
      <w:r>
        <w:rPr>
          <w:rFonts w:ascii="Georgia" w:eastAsia="Georgia" w:hAnsi="Georgia"/>
        </w:rPr>
        <w:t>God never leaves a costly praise unpaid. In 2 Chronicles 29, Hezekiah restores worship in the temple, and the record says the Levites "came and praised with all their might" — while the king and assembly "worshipped and sang" (vv. 27–28, NKJV). What followed was a nation spared (2 Chronicles 32). In Nehemiah 8, the people are weeping under conviction, and the leaders say, "Do not sorrow, for the joy of the LORD is your strength" (v. 10, NKJV) — and the wall's work is completed under the threat of enemies (N</w:t>
      </w:r>
      <w:r>
        <w:rPr>
          <w:rFonts w:ascii="Georgia" w:eastAsia="Georgia" w:hAnsi="Georgia"/>
        </w:rPr>
        <w:t xml:space="preserve">ehemiah 6:15–16). In Acts 16, the prison song is followed by an earthquake and a jailer's household saved (vv. 25–34). In 2 Samuel 22, David's great song of praise — 22:1–51 — is the psalm of a man "brought out... from the grip of Sheol," not a </w:t>
      </w:r>
      <w:r>
        <w:rPr>
          <w:rFonts w:ascii="Georgia" w:eastAsia="Georgia" w:hAnsi="Georgia"/>
        </w:rPr>
        <w:lastRenderedPageBreak/>
        <w:t>man who never entered it. There is a pattern here: costly praise is usually the last thing God asks before He moves.</w:t>
      </w:r>
    </w:p>
    <w:p w14:paraId="30E4E9EF" w14:textId="77777777" w:rsidR="00C8625A" w:rsidRDefault="00751C59">
      <w:pPr>
        <w:spacing w:before="280" w:after="120"/>
      </w:pPr>
      <w:r>
        <w:rPr>
          <w:rFonts w:ascii="Georgia" w:eastAsia="Georgia" w:hAnsi="Georgia"/>
          <w:b/>
        </w:rPr>
        <w:t>Reflect and Respond</w:t>
      </w:r>
    </w:p>
    <w:p w14:paraId="58EF43AC" w14:textId="77777777" w:rsidR="00C8625A" w:rsidRDefault="00751C59">
      <w:pPr>
        <w:spacing w:after="80"/>
        <w:ind w:left="288"/>
      </w:pPr>
      <w:r>
        <w:rPr>
          <w:rFonts w:ascii="Georgia" w:eastAsia="Georgia" w:hAnsi="Georgia"/>
        </w:rPr>
        <w:t>1. Describe the last time you praised when it cost you something. What did God do in you,</w:t>
      </w:r>
    </w:p>
    <w:p w14:paraId="6E04131F" w14:textId="77777777" w:rsidR="00C8625A" w:rsidRDefault="00751C59">
      <w:pPr>
        <w:spacing w:after="160"/>
        <w:ind w:firstLine="259"/>
      </w:pPr>
      <w:r>
        <w:rPr>
          <w:rFonts w:ascii="Georgia" w:eastAsia="Georgia" w:hAnsi="Georgia"/>
        </w:rPr>
        <w:t>even if nothing changed around you?</w:t>
      </w:r>
    </w:p>
    <w:p w14:paraId="2D5E6CD9" w14:textId="77777777" w:rsidR="00C8625A" w:rsidRDefault="00751C59">
      <w:pPr>
        <w:spacing w:after="80"/>
        <w:ind w:left="288"/>
      </w:pPr>
      <w:r>
        <w:rPr>
          <w:rFonts w:ascii="Georgia" w:eastAsia="Georgia" w:hAnsi="Georgia"/>
        </w:rPr>
        <w:t>2. Which "spare" have you been offering God instead of a sacrifice?</w:t>
      </w:r>
    </w:p>
    <w:p w14:paraId="1A82798E" w14:textId="77777777" w:rsidR="00C8625A" w:rsidRDefault="00751C59">
      <w:pPr>
        <w:spacing w:after="80"/>
        <w:ind w:left="288"/>
      </w:pPr>
      <w:r>
        <w:rPr>
          <w:rFonts w:ascii="Georgia" w:eastAsia="Georgia" w:hAnsi="Georgia"/>
        </w:rPr>
        <w:t>3. Write your one-sentence, cost-paid praise confession here, and commit to saying it aloud</w:t>
      </w:r>
    </w:p>
    <w:p w14:paraId="1A7E0352" w14:textId="77777777" w:rsidR="00C8625A" w:rsidRDefault="00751C59">
      <w:pPr>
        <w:spacing w:after="160"/>
        <w:ind w:firstLine="259"/>
      </w:pPr>
      <w:r>
        <w:rPr>
          <w:rFonts w:ascii="Georgia" w:eastAsia="Georgia" w:hAnsi="Georgia"/>
        </w:rPr>
        <w:t>daily this week.</w:t>
      </w:r>
    </w:p>
    <w:p w14:paraId="6F52263F" w14:textId="77777777" w:rsidR="00C8625A" w:rsidRDefault="00751C59">
      <w:pPr>
        <w:spacing w:before="240" w:after="80"/>
      </w:pPr>
      <w:r>
        <w:rPr>
          <w:rFonts w:ascii="Georgia" w:eastAsia="Georgia" w:hAnsi="Georgia"/>
          <w:b/>
          <w:color w:val="2C3E50"/>
          <w:sz w:val="20"/>
        </w:rPr>
        <w:t>DECLARATION</w:t>
      </w:r>
    </w:p>
    <w:p w14:paraId="3D922756" w14:textId="77777777" w:rsidR="00C8625A" w:rsidRDefault="00751C59">
      <w:pPr>
        <w:spacing w:after="160"/>
        <w:ind w:left="288"/>
      </w:pPr>
      <w:r>
        <w:rPr>
          <w:rFonts w:ascii="Georgia" w:eastAsia="Georgia" w:hAnsi="Georgia"/>
          <w:i/>
        </w:rPr>
        <w:t>"Today I will offer praise that costs me something. My feelings are not my god; my God is my feelings' healer. I will bless the LORD at all times."</w:t>
      </w:r>
    </w:p>
    <w:p w14:paraId="2AFBF02D" w14:textId="77777777" w:rsidR="00C8625A" w:rsidRDefault="00751C59">
      <w:pPr>
        <w:spacing w:before="160" w:after="80"/>
      </w:pPr>
      <w:r>
        <w:rPr>
          <w:rFonts w:ascii="Georgia" w:eastAsia="Georgia" w:hAnsi="Georgia"/>
          <w:b/>
          <w:color w:val="2C3E50"/>
          <w:sz w:val="20"/>
        </w:rPr>
        <w:t>PRAYER</w:t>
      </w:r>
    </w:p>
    <w:p w14:paraId="1E39B156" w14:textId="77777777" w:rsidR="00C8625A" w:rsidRDefault="00751C59">
      <w:pPr>
        <w:spacing w:after="240"/>
        <w:ind w:left="288"/>
      </w:pPr>
      <w:r>
        <w:rPr>
          <w:rFonts w:ascii="Georgia" w:eastAsia="Georgia" w:hAnsi="Georgia"/>
          <w:i/>
        </w:rPr>
        <w:t>Lord, receive the praise of a tired heart. Where my hands cannot lift, let my mouth obey. Teach me the freedom of worshipping without a receipt. In Jesus' name, amen.</w:t>
      </w:r>
    </w:p>
    <w:p w14:paraId="2654F28E" w14:textId="77777777" w:rsidR="00C8625A" w:rsidRDefault="00751C59">
      <w:r>
        <w:br w:type="page"/>
      </w:r>
    </w:p>
    <w:p w14:paraId="23EA01E9" w14:textId="77777777" w:rsidR="00C8625A" w:rsidRDefault="00751C59">
      <w:pPr>
        <w:spacing w:before="2000" w:after="160"/>
        <w:jc w:val="center"/>
      </w:pPr>
      <w:r>
        <w:rPr>
          <w:rFonts w:ascii="Georgia" w:eastAsia="Georgia" w:hAnsi="Georgia"/>
          <w:b/>
          <w:sz w:val="26"/>
        </w:rPr>
        <w:lastRenderedPageBreak/>
        <w:t>PART TWO</w:t>
      </w:r>
    </w:p>
    <w:p w14:paraId="635816B1" w14:textId="77777777" w:rsidR="00C8625A" w:rsidRDefault="00751C59">
      <w:pPr>
        <w:spacing w:after="360"/>
        <w:jc w:val="center"/>
      </w:pPr>
      <w:r>
        <w:rPr>
          <w:rFonts w:ascii="Georgia" w:eastAsia="Georgia" w:hAnsi="Georgia"/>
          <w:b/>
          <w:sz w:val="36"/>
        </w:rPr>
        <w:t>Praise in the Battles of the Bible</w:t>
      </w:r>
    </w:p>
    <w:p w14:paraId="456B7657" w14:textId="77777777" w:rsidR="00C8625A" w:rsidRDefault="00751C59">
      <w:pPr>
        <w:spacing w:before="160"/>
        <w:ind w:left="360" w:right="360"/>
        <w:jc w:val="center"/>
      </w:pPr>
      <w:r>
        <w:rPr>
          <w:rFonts w:ascii="Georgia" w:eastAsia="Georgia" w:hAnsi="Georgia"/>
          <w:i/>
          <w:sz w:val="20"/>
        </w:rPr>
        <w:t>"Do not be afraid nor dismayed because of this great multitude, for the battle is not yours, but God's." — 2 Chronicles 20:15 (NKJV)</w:t>
      </w:r>
    </w:p>
    <w:p w14:paraId="46A7D2FA" w14:textId="77777777" w:rsidR="00C8625A" w:rsidRDefault="00751C59">
      <w:r>
        <w:br w:type="page"/>
      </w:r>
    </w:p>
    <w:p w14:paraId="2F55A5D3" w14:textId="77777777" w:rsidR="00C8625A" w:rsidRDefault="00751C59">
      <w:pPr>
        <w:spacing w:before="960" w:after="80"/>
        <w:jc w:val="center"/>
      </w:pPr>
      <w:r>
        <w:rPr>
          <w:rFonts w:ascii="Georgia" w:eastAsia="Georgia" w:hAnsi="Georgia"/>
          <w:b/>
        </w:rPr>
        <w:lastRenderedPageBreak/>
        <w:t>CHAPTER 5</w:t>
      </w:r>
    </w:p>
    <w:p w14:paraId="03C763CD" w14:textId="77777777" w:rsidR="00C8625A" w:rsidRDefault="00751C59">
      <w:pPr>
        <w:spacing w:after="280"/>
        <w:jc w:val="center"/>
      </w:pPr>
      <w:r>
        <w:rPr>
          <w:rFonts w:ascii="Georgia" w:eastAsia="Georgia" w:hAnsi="Georgia"/>
          <w:b/>
          <w:sz w:val="32"/>
        </w:rPr>
        <w:t>Jehoshaphat's Praise Parade</w:t>
      </w:r>
    </w:p>
    <w:p w14:paraId="134C6247" w14:textId="77777777" w:rsidR="00C8625A" w:rsidRDefault="00751C59">
      <w:pPr>
        <w:spacing w:before="160"/>
        <w:ind w:left="360" w:right="360"/>
        <w:jc w:val="center"/>
      </w:pPr>
      <w:r>
        <w:rPr>
          <w:rFonts w:ascii="Georgia" w:eastAsia="Georgia" w:hAnsi="Georgia"/>
          <w:i/>
          <w:sz w:val="20"/>
        </w:rPr>
        <w:t>"And when he had taken counsel with the people, he appointed those who should praise the LORD in the beauty of holiness, as they went out before the army, and say, 'Praise the LORD; for His mercy endures forever.'" — 2 Chronicles 20:21 (NKJV)</w:t>
      </w:r>
    </w:p>
    <w:p w14:paraId="7462F71C" w14:textId="77777777" w:rsidR="00C8625A" w:rsidRDefault="00751C59">
      <w:pPr>
        <w:spacing w:before="280" w:after="120"/>
      </w:pPr>
      <w:r>
        <w:rPr>
          <w:rFonts w:ascii="Georgia" w:eastAsia="Georgia" w:hAnsi="Georgia"/>
          <w:b/>
        </w:rPr>
        <w:t>A Great Multitude Marching Against You</w:t>
      </w:r>
    </w:p>
    <w:p w14:paraId="13AEEBA7" w14:textId="77777777" w:rsidR="00C8625A" w:rsidRDefault="00751C59">
      <w:pPr>
        <w:spacing w:after="160"/>
        <w:ind w:firstLine="259"/>
      </w:pPr>
      <w:r>
        <w:rPr>
          <w:rFonts w:ascii="Georgia" w:eastAsia="Georgia" w:hAnsi="Georgia"/>
        </w:rPr>
        <w:t>The report in 2 Chronicles 20:1–2 is the kind of news that ends careers and marriages: "After this it happened that the people of Moab with the people of Ammon, and others with them, came to fight against Jehoshaphat." Then verse 2 adds the detail that turns a bad day into a panic: "they have come up to me from Moab, and from Ammon, and from Mount Seir... and are now at Hazazon-tamar (that is, En-gedi)." Judah's enemies were pouring up the wilderness from the south-east, into the narrow corridor of the Dead</w:t>
      </w:r>
      <w:r>
        <w:rPr>
          <w:rFonts w:ascii="Georgia" w:eastAsia="Georgia" w:hAnsi="Georgia"/>
        </w:rPr>
        <w:t xml:space="preserve"> Sea's western shore — a funnel that gave Judah nowhere to retreat toward the south and only the hill country of Judah behind them. Notice the geography. God says the multitude will be found "at the Ziz, where you will go down" (v. 16, NKJV) — a pass in the wilderness of Engedi — while the enemy is described in v. 12 as coming from the land of Ammon and Moab and from Mount Seir. Judah marched south-east out of Jerusalem toward a valley occupied by a coalition of three peoples, while Judah's own force was on</w:t>
      </w:r>
      <w:r>
        <w:rPr>
          <w:rFonts w:ascii="Georgia" w:eastAsia="Georgia" w:hAnsi="Georgia"/>
        </w:rPr>
        <w:t>e kingdom with a farmer-king and a choir. Some of you are standing in your own Valley of Zered, and your report says three nations. Debt and diagnosis and a family rift, all arriving together. You counted your army, and all you found was singers.</w:t>
      </w:r>
    </w:p>
    <w:p w14:paraId="38933086" w14:textId="77777777" w:rsidR="00C8625A" w:rsidRDefault="00751C59">
      <w:pPr>
        <w:spacing w:before="280" w:after="120"/>
      </w:pPr>
      <w:r>
        <w:rPr>
          <w:rFonts w:ascii="Georgia" w:eastAsia="Georgia" w:hAnsi="Georgia"/>
          <w:b/>
        </w:rPr>
        <w:t>Jehoshaphat's Four Moves</w:t>
      </w:r>
    </w:p>
    <w:p w14:paraId="01B949C5" w14:textId="77777777" w:rsidR="00C8625A" w:rsidRDefault="00751C59">
      <w:pPr>
        <w:spacing w:after="160"/>
        <w:ind w:firstLine="259"/>
      </w:pPr>
      <w:r>
        <w:rPr>
          <w:rFonts w:ascii="Georgia" w:eastAsia="Georgia" w:hAnsi="Georgia"/>
        </w:rPr>
        <w:lastRenderedPageBreak/>
        <w:t>Jehoshaphat is a man who makes four decisions in a crisis, and the order of them is the lesson:</w:t>
      </w:r>
    </w:p>
    <w:p w14:paraId="3C4FA9D0" w14:textId="77777777" w:rsidR="00C8625A" w:rsidRDefault="00751C59">
      <w:pPr>
        <w:spacing w:after="80"/>
        <w:ind w:left="288"/>
      </w:pPr>
      <w:r>
        <w:rPr>
          <w:rFonts w:ascii="Georgia" w:eastAsia="Georgia" w:hAnsi="Georgia"/>
        </w:rPr>
        <w:t>16. He was afraid — and he set his face to seek the LORD (v. 3). He did not pretend the</w:t>
      </w:r>
    </w:p>
    <w:p w14:paraId="57326096" w14:textId="77777777" w:rsidR="00C8625A" w:rsidRDefault="00751C59">
      <w:pPr>
        <w:spacing w:after="160"/>
        <w:ind w:firstLine="259"/>
      </w:pPr>
      <w:r>
        <w:rPr>
          <w:rFonts w:ascii="Georgia" w:eastAsia="Georgia" w:hAnsi="Georgia"/>
        </w:rPr>
        <w:t>fear wasn't there. Fear is not a sin; ignoring it is foolish. He felt it, and then he moved toward God with it.</w:t>
      </w:r>
    </w:p>
    <w:p w14:paraId="42B04B09" w14:textId="77777777" w:rsidR="00C8625A" w:rsidRDefault="00751C59">
      <w:pPr>
        <w:spacing w:after="80"/>
        <w:ind w:left="288"/>
      </w:pPr>
      <w:r>
        <w:rPr>
          <w:rFonts w:ascii="Georgia" w:eastAsia="Georgia" w:hAnsi="Georgia"/>
        </w:rPr>
        <w:t>17. He proclaimed a fast (v. 3). He slowed the body and starved the noise so that the nation</w:t>
      </w:r>
    </w:p>
    <w:p w14:paraId="003B6B5F" w14:textId="77777777" w:rsidR="00C8625A" w:rsidRDefault="00751C59">
      <w:pPr>
        <w:spacing w:after="160"/>
        <w:ind w:firstLine="259"/>
      </w:pPr>
      <w:r>
        <w:rPr>
          <w:rFonts w:ascii="Georgia" w:eastAsia="Georgia" w:hAnsi="Georgia"/>
        </w:rPr>
        <w:t>could hear clearly. Fasting is not a hunger strike God must answer; it is a way of removing the competitors for your attention.</w:t>
      </w:r>
    </w:p>
    <w:p w14:paraId="0292B97D" w14:textId="77777777" w:rsidR="00C8625A" w:rsidRDefault="00751C59">
      <w:pPr>
        <w:spacing w:after="80"/>
        <w:ind w:left="288"/>
      </w:pPr>
      <w:r>
        <w:rPr>
          <w:rFonts w:ascii="Georgia" w:eastAsia="Georgia" w:hAnsi="Georgia"/>
        </w:rPr>
        <w:t>18. He prayed a theologically literate prayer (vv. 5–12). Read it again: he quotes God's</w:t>
      </w:r>
    </w:p>
    <w:p w14:paraId="51E296B3" w14:textId="77777777" w:rsidR="00C8625A" w:rsidRDefault="00751C59">
      <w:pPr>
        <w:spacing w:after="160"/>
        <w:ind w:firstLine="259"/>
      </w:pPr>
      <w:r>
        <w:rPr>
          <w:rFonts w:ascii="Georgia" w:eastAsia="Georgia" w:hAnsi="Georgia"/>
        </w:rPr>
        <w:t>past actions ("You drove out the inhabitants of this land before Your people Israel," v. 11), cites God's promises ("they are in Your hand, so that no one can withstand You," v. 12), and states his present helplessness ("we... do not know what to do, and our eyes are on You," v. 12). Jehoshaphat lost nothing in his argument; he only gained an audience. He ended with the only honest summary available to us all: we do not know what to do.</w:t>
      </w:r>
    </w:p>
    <w:p w14:paraId="7CBC3245" w14:textId="77777777" w:rsidR="00C8625A" w:rsidRDefault="00751C59">
      <w:pPr>
        <w:spacing w:after="80"/>
        <w:ind w:left="288"/>
      </w:pPr>
      <w:r>
        <w:rPr>
          <w:rFonts w:ascii="Georgia" w:eastAsia="Georgia" w:hAnsi="Georgia"/>
        </w:rPr>
        <w:t>19. He let the worship leaders walk in front of the soldiers (v. 21). That is the strange</w:t>
      </w:r>
    </w:p>
    <w:p w14:paraId="5AE17880" w14:textId="77777777" w:rsidR="00C8625A" w:rsidRDefault="00751C59">
      <w:pPr>
        <w:spacing w:after="160"/>
        <w:ind w:firstLine="259"/>
      </w:pPr>
      <w:r>
        <w:rPr>
          <w:rFonts w:ascii="Georgia" w:eastAsia="Georgia" w:hAnsi="Georgia"/>
        </w:rPr>
        <w:t>one. That is the chapter.</w:t>
      </w:r>
    </w:p>
    <w:p w14:paraId="16D8B506" w14:textId="77777777" w:rsidR="00C8625A" w:rsidRDefault="00751C59">
      <w:pPr>
        <w:spacing w:before="280" w:after="120"/>
      </w:pPr>
      <w:r>
        <w:rPr>
          <w:rFonts w:ascii="Georgia" w:eastAsia="Georgia" w:hAnsi="Georgia"/>
          <w:b/>
        </w:rPr>
        <w:t>The Singers Went First</w:t>
      </w:r>
    </w:p>
    <w:p w14:paraId="12A55796" w14:textId="77777777" w:rsidR="00C8625A" w:rsidRDefault="00751C59">
      <w:pPr>
        <w:spacing w:after="160"/>
        <w:ind w:firstLine="259"/>
      </w:pPr>
      <w:r>
        <w:rPr>
          <w:rFonts w:ascii="Georgia" w:eastAsia="Georgia" w:hAnsi="Georgia"/>
        </w:rPr>
        <w:t xml:space="preserve">The verb "appointed" here means "set in place, stationed" — the verb you use for a guard or a sentry. Jehoshaphat stationed singers at the front of the line of march. What did they sing? "Praise the LORD, for His mercy endures forever." That is not a new lyric; it is the oldest refrain in </w:t>
      </w:r>
      <w:r>
        <w:rPr>
          <w:rFonts w:ascii="Georgia" w:eastAsia="Georgia" w:hAnsi="Georgia"/>
        </w:rPr>
        <w:lastRenderedPageBreak/>
        <w:t>Scripture, appearing twenty-six times in Psalm 136 alone, and echoing through the temple liturgy (1 Chronicles 16:34, 41; 2 Chronicles 5:13; 7:3, 6; Ezra 3:11). Some of you are being asked to sing a new song over a new battle. God may simply be asking you to say the old one again, in public, facing the valley. Then comes verse 22, the hinge of the chapter: "Now when they began to sing and to praise, the LORD set ambushments against the people of Ammon, Moab, and Mount Seir, who had come against Judah; and t</w:t>
      </w:r>
      <w:r>
        <w:rPr>
          <w:rFonts w:ascii="Georgia" w:eastAsia="Georgia" w:hAnsi="Georgia"/>
        </w:rPr>
        <w:t>hey were driven back." Not "when the army attacked." Not "when the king prayed." When they began to sing and to praise. The result is almost comic in its absurdity: the enemies turn on one another (v. 22–23), and Judah arrives at the watchtower, looks toward the wilderness, and finds "dead bodies lying on the ground, and none had escaped" (v. 24). Judah fought nothing. Verse 29 says the fear of God fell on all the surrounding kingdoms. Verse 30 says "the kingdom of Jehoshaphat was at rest, for his God had g</w:t>
      </w:r>
      <w:r>
        <w:rPr>
          <w:rFonts w:ascii="Georgia" w:eastAsia="Georgia" w:hAnsi="Georgia"/>
        </w:rPr>
        <w:t>iven him rest on every side." Four verses matter most for the weary reader: they went out singing, God set ambushments, the enemies destroyed one another, and Judah collected plunder for three days and then went home, to Jerusalem, "with joy, for the LORD had made them rejoice over their enemies" (v. 27, NKJV). Their victory parade came before they had any idea how the battle would go.</w:t>
      </w:r>
    </w:p>
    <w:p w14:paraId="6C1DD601" w14:textId="77777777" w:rsidR="00C8625A" w:rsidRDefault="00751C59">
      <w:pPr>
        <w:spacing w:before="280" w:after="120"/>
      </w:pPr>
      <w:r>
        <w:rPr>
          <w:rFonts w:ascii="Georgia" w:eastAsia="Georgia" w:hAnsi="Georgia"/>
          <w:b/>
        </w:rPr>
        <w:t>The Postures Behind The Song</w:t>
      </w:r>
    </w:p>
    <w:p w14:paraId="4FA7CD43" w14:textId="77777777" w:rsidR="00C8625A" w:rsidRDefault="00751C59">
      <w:pPr>
        <w:spacing w:after="160"/>
        <w:ind w:firstLine="259"/>
      </w:pPr>
      <w:r>
        <w:rPr>
          <w:rFonts w:ascii="Georgia" w:eastAsia="Georgia" w:hAnsi="Georgia"/>
        </w:rPr>
        <w:t>Three practical principles fall out of this chapter.</w:t>
      </w:r>
    </w:p>
    <w:p w14:paraId="737A6891" w14:textId="77777777" w:rsidR="00C8625A" w:rsidRDefault="00751C59">
      <w:pPr>
        <w:spacing w:after="80"/>
        <w:ind w:left="288"/>
      </w:pPr>
      <w:r>
        <w:rPr>
          <w:rFonts w:ascii="Georgia" w:eastAsia="Georgia" w:hAnsi="Georgia"/>
        </w:rPr>
        <w:t>1. Praise is an appointment, not an impulse. Jehoshaphat "appointed" singers (v. 21). He</w:t>
      </w:r>
    </w:p>
    <w:p w14:paraId="3A0A6BBA" w14:textId="77777777" w:rsidR="00C8625A" w:rsidRDefault="00751C59">
      <w:pPr>
        <w:spacing w:after="160"/>
        <w:ind w:firstLine="259"/>
      </w:pPr>
      <w:r>
        <w:rPr>
          <w:rFonts w:ascii="Georgia" w:eastAsia="Georgia" w:hAnsi="Georgia"/>
        </w:rPr>
        <w:t>made a decision in the planning phase, before the emotion of the day. If you wait to feel worshipful on the morning of the battle, the battle will have scheduled you. Set it. Sing it.</w:t>
      </w:r>
    </w:p>
    <w:p w14:paraId="3CD38B86" w14:textId="77777777" w:rsidR="00C8625A" w:rsidRDefault="00751C59">
      <w:pPr>
        <w:spacing w:after="80"/>
        <w:ind w:left="288"/>
      </w:pPr>
      <w:r>
        <w:rPr>
          <w:rFonts w:ascii="Georgia" w:eastAsia="Georgia" w:hAnsi="Georgia"/>
        </w:rPr>
        <w:lastRenderedPageBreak/>
        <w:t>2. Praise is done in the beauty of holiness. The phrase (v. 21) means "in holy array," and</w:t>
      </w:r>
    </w:p>
    <w:p w14:paraId="1A9C5C10" w14:textId="77777777" w:rsidR="00C8625A" w:rsidRDefault="00751C59">
      <w:pPr>
        <w:spacing w:after="160"/>
        <w:ind w:firstLine="259"/>
      </w:pPr>
      <w:r>
        <w:rPr>
          <w:rFonts w:ascii="Georgia" w:eastAsia="Georgia" w:hAnsi="Georgia"/>
        </w:rPr>
        <w:t>the parallel passage in Psalm 29:2 says the same thing. Jehoshaphat could not have sent singers in front of an unrepentant army. Judah had already sought the LORD with fasting (v. 3), assembled to seek Him (v. 13), and "the priests and the Levites... stood up to praise the LORD God of Israel with a loud voice on high" (v. 19, NKJV) before the battle was ever joined. Unconfessed sin does not silence God, but it makes your own voice hard to hear.</w:t>
      </w:r>
    </w:p>
    <w:p w14:paraId="7B84971E" w14:textId="77777777" w:rsidR="00C8625A" w:rsidRDefault="00751C59">
      <w:pPr>
        <w:spacing w:after="80"/>
        <w:ind w:left="288"/>
      </w:pPr>
      <w:r>
        <w:rPr>
          <w:rFonts w:ascii="Georgia" w:eastAsia="Georgia" w:hAnsi="Georgia"/>
        </w:rPr>
        <w:t>3. Praise looks forward, not backward. They sang about mercy that had already been</w:t>
      </w:r>
    </w:p>
    <w:p w14:paraId="28A65AC7" w14:textId="77777777" w:rsidR="00C8625A" w:rsidRDefault="00751C59">
      <w:pPr>
        <w:spacing w:after="160"/>
        <w:ind w:firstLine="259"/>
      </w:pPr>
      <w:r>
        <w:rPr>
          <w:rFonts w:ascii="Georgia" w:eastAsia="Georgia" w:hAnsi="Georgia"/>
        </w:rPr>
        <w:t>shown for a thousand years — but they sang it into a valley where nothing had yet been shown. That is faith: taking God's record and presenting it as His future.</w:t>
      </w:r>
    </w:p>
    <w:p w14:paraId="10F547F5" w14:textId="77777777" w:rsidR="00C8625A" w:rsidRDefault="00751C59">
      <w:pPr>
        <w:spacing w:before="280" w:after="120"/>
      </w:pPr>
      <w:r>
        <w:rPr>
          <w:rFonts w:ascii="Georgia" w:eastAsia="Georgia" w:hAnsi="Georgia"/>
          <w:b/>
        </w:rPr>
        <w:t>When You Have No Promise</w:t>
      </w:r>
    </w:p>
    <w:p w14:paraId="2CD6364E" w14:textId="77777777" w:rsidR="00C8625A" w:rsidRDefault="00751C59">
      <w:pPr>
        <w:spacing w:after="160"/>
        <w:ind w:firstLine="259"/>
      </w:pPr>
      <w:r>
        <w:rPr>
          <w:rFonts w:ascii="Georgia" w:eastAsia="Georgia" w:hAnsi="Georgia"/>
        </w:rPr>
        <w:t>Some of you object: "Jehoshaphat got a prophecy. I just got a phone call." That is precisely why the refrain mattered. They didn't sing because they understood; they sang because they trusted. You do not need a word to praise. You need a character — His. But here is what I want you to see in verse 22: the ambush was set when they began. In other words, nothing happened in the valley until something happened in their throats. Your battle may be waiting on your song. Not because God is shy, and not because pr</w:t>
      </w:r>
      <w:r>
        <w:rPr>
          <w:rFonts w:ascii="Georgia" w:eastAsia="Georgia" w:hAnsi="Georgia"/>
        </w:rPr>
        <w:t>aise obliges Him, but because praise is the posture in which faith stops trying to win and starts letting God do it. "If your enemy will not fight you, praise God anyway." Sometimes the enemies turn on one another before you get there.</w:t>
      </w:r>
    </w:p>
    <w:p w14:paraId="30EE1FEF" w14:textId="77777777" w:rsidR="00C8625A" w:rsidRDefault="00751C59">
      <w:pPr>
        <w:spacing w:before="280" w:after="120"/>
      </w:pPr>
      <w:r>
        <w:rPr>
          <w:rFonts w:ascii="Georgia" w:eastAsia="Georgia" w:hAnsi="Georgia"/>
          <w:b/>
        </w:rPr>
        <w:t>Reflect and Respond</w:t>
      </w:r>
    </w:p>
    <w:p w14:paraId="3A4BE63F" w14:textId="77777777" w:rsidR="00C8625A" w:rsidRDefault="00751C59">
      <w:pPr>
        <w:spacing w:after="80"/>
        <w:ind w:left="288"/>
      </w:pPr>
      <w:r>
        <w:rPr>
          <w:rFonts w:ascii="Georgia" w:eastAsia="Georgia" w:hAnsi="Georgia"/>
        </w:rPr>
        <w:lastRenderedPageBreak/>
        <w:t>1. Name your "great multitude" in one sentence. Then say, out loud, "our eyes are on You"</w:t>
      </w:r>
    </w:p>
    <w:p w14:paraId="0CCCD13D" w14:textId="77777777" w:rsidR="00C8625A" w:rsidRDefault="00751C59">
      <w:pPr>
        <w:spacing w:after="160"/>
        <w:ind w:firstLine="259"/>
      </w:pPr>
      <w:r>
        <w:rPr>
          <w:rFonts w:ascii="Georgia" w:eastAsia="Georgia" w:hAnsi="Georgia"/>
        </w:rPr>
        <w:t>(2 Chronicles 20:12).</w:t>
      </w:r>
    </w:p>
    <w:p w14:paraId="2883B62D" w14:textId="77777777" w:rsidR="00C8625A" w:rsidRDefault="00751C59">
      <w:pPr>
        <w:spacing w:after="80"/>
        <w:ind w:left="288"/>
      </w:pPr>
      <w:r>
        <w:rPr>
          <w:rFonts w:ascii="Georgia" w:eastAsia="Georgia" w:hAnsi="Georgia"/>
        </w:rPr>
        <w:t>2. What has God's record of mercy in your life been — the old refrain you can sing today?</w:t>
      </w:r>
    </w:p>
    <w:p w14:paraId="5FF0ABD8" w14:textId="77777777" w:rsidR="00C8625A" w:rsidRDefault="00751C59">
      <w:pPr>
        <w:spacing w:after="80"/>
        <w:ind w:left="288"/>
      </w:pPr>
      <w:r>
        <w:rPr>
          <w:rFonts w:ascii="Georgia" w:eastAsia="Georgia" w:hAnsi="Georgia"/>
        </w:rPr>
        <w:t>3. Where do you need to appoint praise this week (a time, a place, a text)?</w:t>
      </w:r>
    </w:p>
    <w:p w14:paraId="2EFD72F5" w14:textId="77777777" w:rsidR="00C8625A" w:rsidRDefault="00751C59">
      <w:pPr>
        <w:spacing w:before="240" w:after="80"/>
      </w:pPr>
      <w:r>
        <w:rPr>
          <w:rFonts w:ascii="Georgia" w:eastAsia="Georgia" w:hAnsi="Georgia"/>
          <w:b/>
          <w:color w:val="2C3E50"/>
          <w:sz w:val="20"/>
        </w:rPr>
        <w:t>DECLARATION</w:t>
      </w:r>
    </w:p>
    <w:p w14:paraId="4C2FF3A6" w14:textId="77777777" w:rsidR="00C8625A" w:rsidRDefault="00751C59">
      <w:pPr>
        <w:spacing w:after="160"/>
        <w:ind w:left="288"/>
      </w:pPr>
      <w:r>
        <w:rPr>
          <w:rFonts w:ascii="Georgia" w:eastAsia="Georgia" w:hAnsi="Georgia"/>
          <w:i/>
        </w:rPr>
        <w:t>"The battle is not mine but God's. Therefore I will not go out in fear; I will go out singing. While they were praising, God was setting ambushments."</w:t>
      </w:r>
    </w:p>
    <w:p w14:paraId="66A30E8E" w14:textId="77777777" w:rsidR="00C8625A" w:rsidRDefault="00751C59">
      <w:pPr>
        <w:spacing w:before="160" w:after="80"/>
      </w:pPr>
      <w:r>
        <w:rPr>
          <w:rFonts w:ascii="Georgia" w:eastAsia="Georgia" w:hAnsi="Georgia"/>
          <w:b/>
          <w:color w:val="2C3E50"/>
          <w:sz w:val="20"/>
        </w:rPr>
        <w:t>PRAYER</w:t>
      </w:r>
    </w:p>
    <w:p w14:paraId="187242F7" w14:textId="77777777" w:rsidR="00C8625A" w:rsidRDefault="00751C59">
      <w:pPr>
        <w:spacing w:after="240"/>
        <w:ind w:left="288"/>
      </w:pPr>
      <w:r>
        <w:rPr>
          <w:rFonts w:ascii="Georgia" w:eastAsia="Georgia" w:hAnsi="Georgia"/>
          <w:i/>
        </w:rPr>
        <w:t>Lord, I do not know what to do, and my eyes are on You. Send me into my valley with a song. Let my mouth be busy with Your mercy while You handle what I cannot handle. In Jesus' name, amen.</w:t>
      </w:r>
    </w:p>
    <w:p w14:paraId="727FCE5A" w14:textId="77777777" w:rsidR="00C8625A" w:rsidRDefault="00751C59">
      <w:r>
        <w:br w:type="page"/>
      </w:r>
    </w:p>
    <w:p w14:paraId="2C1C3D9F" w14:textId="77777777" w:rsidR="00C8625A" w:rsidRDefault="00751C59">
      <w:pPr>
        <w:spacing w:before="960" w:after="80"/>
        <w:jc w:val="center"/>
      </w:pPr>
      <w:r>
        <w:rPr>
          <w:rFonts w:ascii="Georgia" w:eastAsia="Georgia" w:hAnsi="Georgia"/>
          <w:b/>
        </w:rPr>
        <w:lastRenderedPageBreak/>
        <w:t>CHAPTER 6</w:t>
      </w:r>
    </w:p>
    <w:p w14:paraId="5274B807" w14:textId="77777777" w:rsidR="00C8625A" w:rsidRDefault="00751C59">
      <w:pPr>
        <w:spacing w:after="280"/>
        <w:jc w:val="center"/>
      </w:pPr>
      <w:r>
        <w:rPr>
          <w:rFonts w:ascii="Georgia" w:eastAsia="Georgia" w:hAnsi="Georgia"/>
          <w:b/>
          <w:sz w:val="32"/>
        </w:rPr>
        <w:t>Moses and Miriam: Praise After Deliverance</w:t>
      </w:r>
    </w:p>
    <w:p w14:paraId="62C4D861" w14:textId="77777777" w:rsidR="00C8625A" w:rsidRDefault="00751C59">
      <w:pPr>
        <w:spacing w:before="160"/>
        <w:ind w:left="360" w:right="360"/>
        <w:jc w:val="center"/>
      </w:pPr>
      <w:r>
        <w:rPr>
          <w:rFonts w:ascii="Georgia" w:eastAsia="Georgia" w:hAnsi="Georgia"/>
          <w:i/>
          <w:sz w:val="20"/>
        </w:rPr>
        <w:t>"The LORD is my strength and song; He also has become my salvation." — Exodus 15:2 (NKJV)</w:t>
      </w:r>
    </w:p>
    <w:p w14:paraId="34ADFA66" w14:textId="77777777" w:rsidR="00C8625A" w:rsidRDefault="00751C59">
      <w:pPr>
        <w:spacing w:before="280" w:after="120"/>
      </w:pPr>
      <w:r>
        <w:rPr>
          <w:rFonts w:ascii="Georgia" w:eastAsia="Georgia" w:hAnsi="Georgia"/>
          <w:b/>
        </w:rPr>
        <w:t>One Verse of Terror, Fifty Verses of Song</w:t>
      </w:r>
    </w:p>
    <w:p w14:paraId="116BE9E2" w14:textId="77777777" w:rsidR="00C8625A" w:rsidRDefault="00751C59">
      <w:pPr>
        <w:spacing w:after="160"/>
        <w:ind w:firstLine="259"/>
      </w:pPr>
      <w:r>
        <w:rPr>
          <w:rFonts w:ascii="Georgia" w:eastAsia="Georgia" w:hAnsi="Georgia"/>
        </w:rPr>
        <w:t>Here is the ratio we most need to learn from Exodus. Two million people walk out of Egypt. Pharaoh changes his mind. The Red Sea is ahead, an army behind, and the people panic: "Because there were no graves in Egypt, have you taken us away to die in the wilderness?" (Exodus 14:11, NKJV). Moses answers with the great line: "Do not be afraid. Stand still, and see the salvation of the LORD" (v. 13). God parts the sea, the children of Israel go on dry ground, and the chariots are swallowed. One chapter of crisi</w:t>
      </w:r>
      <w:r>
        <w:rPr>
          <w:rFonts w:ascii="Georgia" w:eastAsia="Georgia" w:hAnsi="Georgia"/>
        </w:rPr>
        <w:t>s (Exodus 14). And what does Israel do? They sing. Exodus 15 is twentyseven verses of praise, poetry, and proclamation — and it does not stop there. Deborah will sing in Judges 5, Hannah in 1 Samuel 2, David in 2 Samuel 22, Isaiah in 12, and Zechariah in Luke 1. Miriam's tambourine becomes a liturgical tradition four centuries deep. If your praise is not longer than your panic, something is out of proportion in your life.</w:t>
      </w:r>
    </w:p>
    <w:p w14:paraId="73F839DF" w14:textId="77777777" w:rsidR="00C8625A" w:rsidRDefault="00751C59">
      <w:pPr>
        <w:spacing w:before="240" w:after="240"/>
        <w:ind w:left="504" w:right="504"/>
        <w:jc w:val="center"/>
      </w:pPr>
      <w:r>
        <w:rPr>
          <w:rFonts w:ascii="Georgia" w:eastAsia="Georgia" w:hAnsi="Georgia"/>
          <w:b/>
          <w:i/>
          <w:color w:val="2C3E50"/>
          <w:sz w:val="24"/>
        </w:rPr>
        <w:t>If your praise is not longer than your panic, something is out of proportion in your life.</w:t>
      </w:r>
    </w:p>
    <w:p w14:paraId="14D117C0" w14:textId="77777777" w:rsidR="00C8625A" w:rsidRDefault="00751C59">
      <w:pPr>
        <w:spacing w:before="280" w:after="120"/>
      </w:pPr>
      <w:r>
        <w:rPr>
          <w:rFonts w:ascii="Georgia" w:eastAsia="Georgia" w:hAnsi="Georgia"/>
          <w:b/>
        </w:rPr>
        <w:t>Miriam The Prophetess</w:t>
      </w:r>
    </w:p>
    <w:p w14:paraId="3488DE6B" w14:textId="77777777" w:rsidR="00C8625A" w:rsidRDefault="00751C59">
      <w:pPr>
        <w:spacing w:before="160"/>
        <w:ind w:left="360" w:right="360"/>
        <w:jc w:val="center"/>
      </w:pPr>
      <w:r>
        <w:rPr>
          <w:rFonts w:ascii="Georgia" w:eastAsia="Georgia" w:hAnsi="Georgia"/>
          <w:i/>
          <w:sz w:val="20"/>
        </w:rPr>
        <w:t xml:space="preserve">"The prophetess Miriam, Aaron's sister, took a timbrel in her hand, and all the women went out after her with timbrels and with dances. And Miriam answered them: </w:t>
      </w:r>
      <w:r>
        <w:rPr>
          <w:rFonts w:ascii="Georgia" w:eastAsia="Georgia" w:hAnsi="Georgia"/>
          <w:i/>
          <w:sz w:val="20"/>
        </w:rPr>
        <w:lastRenderedPageBreak/>
        <w:t>'Sing to the LORD, for He has triumphed gloriously!'" (Exodus 15:20–21, NKJV)</w:t>
      </w:r>
    </w:p>
    <w:p w14:paraId="01C97528" w14:textId="77777777" w:rsidR="00C8625A" w:rsidRDefault="00751C59">
      <w:pPr>
        <w:spacing w:after="160"/>
        <w:ind w:firstLine="259"/>
      </w:pPr>
      <w:r>
        <w:rPr>
          <w:rFonts w:ascii="Georgia" w:eastAsia="Georgia" w:hAnsi="Georgia"/>
        </w:rPr>
        <w:t>. Two details worth preaching on. First, she is called a prophetess — one of only a handful of women named as prophets in the Pentateuch (with Deborah in Judges 4:4). Worship leadership is not a secondary role in Scripture; it is prophetic, because praise declares things not yet seen. When Miriam sang about the horse and rider being thrown into the sea, in the middle of a desert with no record of a sea battle having been formally reported to the whole camp, she was declaring victory as much as celebrating i</w:t>
      </w:r>
      <w:r>
        <w:rPr>
          <w:rFonts w:ascii="Georgia" w:eastAsia="Georgia" w:hAnsi="Georgia"/>
        </w:rPr>
        <w:t>t. Second, she "answered them." The refrain is antiphonal. Egypt's deliverance was not sung by a professional soloist in front of a silent audience — the whole camp, men and women, children included, took it up. Corporate praise has a sound that private praise cannot manufacture. Some of your battles will be won by a chorus, not a solo.</w:t>
      </w:r>
    </w:p>
    <w:p w14:paraId="28A0418B" w14:textId="77777777" w:rsidR="00C8625A" w:rsidRDefault="00751C59">
      <w:pPr>
        <w:spacing w:before="280" w:after="120"/>
      </w:pPr>
      <w:r>
        <w:rPr>
          <w:rFonts w:ascii="Georgia" w:eastAsia="Georgia" w:hAnsi="Georgia"/>
          <w:b/>
        </w:rPr>
        <w:t>Why They Had Not Yet Received the Song of the Stone</w:t>
      </w:r>
    </w:p>
    <w:p w14:paraId="26FF4C50" w14:textId="77777777" w:rsidR="00C8625A" w:rsidRDefault="00751C59">
      <w:pPr>
        <w:spacing w:after="160"/>
        <w:ind w:firstLine="259"/>
      </w:pPr>
      <w:r>
        <w:rPr>
          <w:rFonts w:ascii="Georgia" w:eastAsia="Georgia" w:hAnsi="Georgia"/>
        </w:rPr>
        <w:t xml:space="preserve">Notice what the song doesn't mention. Exodus 15:13–17 is prophetic — "You have in Your mercy led this people whom You have redeemed; You have guided them in Your strength to Your holy habitation... You shall bring them in and plant them in the mountain of Your inheritance" (vv. 13, 17) — but the rest of the story is brutal. Forty years of thirst, murmuring, judgment, and war lie between the sea and the promised land. They sang before the wilderness. That is remarkable — and instructive. Praise for what God </w:t>
      </w:r>
      <w:r>
        <w:rPr>
          <w:rFonts w:ascii="Georgia" w:eastAsia="Georgia" w:hAnsi="Georgia"/>
        </w:rPr>
        <w:t xml:space="preserve">has done does not require certainty about what the next forty years will hold. It only requires honesty about the Red Sea. Which is why I want you to make a practice of this: write down your Red Sea. Every unambiguous answer, every narrow escape, every "God did it." The reason is not vanity; it is </w:t>
      </w:r>
      <w:r>
        <w:rPr>
          <w:rFonts w:ascii="Georgia" w:eastAsia="Georgia" w:hAnsi="Georgia"/>
        </w:rPr>
        <w:lastRenderedPageBreak/>
        <w:t>ammunition. Israel survived the wilderness by remembering Egypt. Deuteronomy is basically a long, four-chapter exercise in "remember," precisely because God knows that forgetful people become frightened people (De</w:t>
      </w:r>
      <w:r>
        <w:rPr>
          <w:rFonts w:ascii="Georgia" w:eastAsia="Georgia" w:hAnsi="Georgia"/>
        </w:rPr>
        <w:t>uteronomy 6:10–12; 8:11–14).</w:t>
      </w:r>
    </w:p>
    <w:p w14:paraId="2B1F693D" w14:textId="77777777" w:rsidR="00C8625A" w:rsidRDefault="00751C59">
      <w:pPr>
        <w:spacing w:before="280" w:after="120"/>
      </w:pPr>
      <w:r>
        <w:rPr>
          <w:rFonts w:ascii="Georgia" w:eastAsia="Georgia" w:hAnsi="Georgia"/>
          <w:b/>
        </w:rPr>
        <w:t>The Song That Became the Testimony</w:t>
      </w:r>
    </w:p>
    <w:p w14:paraId="6F150A45" w14:textId="77777777" w:rsidR="00C8625A" w:rsidRDefault="00751C59">
      <w:pPr>
        <w:spacing w:after="160"/>
        <w:ind w:firstLine="259"/>
      </w:pPr>
      <w:r>
        <w:rPr>
          <w:rFonts w:ascii="Georgia" w:eastAsia="Georgia" w:hAnsi="Georgia"/>
        </w:rPr>
        <w:t>Moses' song is also a sermon. In Exodus 15:14–16, he says the peoples will hear and tremble, and then — strikingly — "for Your people passed over, O LORD, for the people passed over whom You redeemed" (v. 16, with the repetition of the phrase for emphasis in Hebrew poetry). Praise is how a deliverance becomes a reputation, and how a reputation becomes an argument for the next generation. Psalm 78 draws exactly this conclusion: "He established a testimony in Jacob, and appointed a law in Israel, which He com</w:t>
      </w:r>
      <w:r>
        <w:rPr>
          <w:rFonts w:ascii="Georgia" w:eastAsia="Georgia" w:hAnsi="Georgia"/>
        </w:rPr>
        <w:t>manded our fathers, that they should make them known to their children, that the generation to come might know them, even the children who would be born, who should arise and declare them to their children, that they might set their hope in God, and not forget the works of God, but keep His commandments" (Psalm 78:5–7, NKJV). Do you have a story worth handing to your children? Every believer does. Some of us simply have never taken the trouble to write it down in a language a child could memorise.</w:t>
      </w:r>
    </w:p>
    <w:p w14:paraId="1537F35A" w14:textId="77777777" w:rsidR="00C8625A" w:rsidRDefault="00751C59">
      <w:pPr>
        <w:spacing w:before="280" w:after="120"/>
      </w:pPr>
      <w:r>
        <w:rPr>
          <w:rFonts w:ascii="Georgia" w:eastAsia="Georgia" w:hAnsi="Georgia"/>
          <w:b/>
        </w:rPr>
        <w:t>Reflect and Respond</w:t>
      </w:r>
    </w:p>
    <w:p w14:paraId="1E7F87F5" w14:textId="77777777" w:rsidR="00C8625A" w:rsidRDefault="00751C59">
      <w:pPr>
        <w:spacing w:after="80"/>
        <w:ind w:left="288"/>
      </w:pPr>
      <w:r>
        <w:rPr>
          <w:rFonts w:ascii="Georgia" w:eastAsia="Georgia" w:hAnsi="Georgia"/>
        </w:rPr>
        <w:t>1. What was your Red Sea — the moment God made a way where there was no way? Say</w:t>
      </w:r>
    </w:p>
    <w:p w14:paraId="1D8F87B1" w14:textId="77777777" w:rsidR="00C8625A" w:rsidRDefault="00751C59">
      <w:pPr>
        <w:spacing w:after="160"/>
        <w:ind w:firstLine="259"/>
      </w:pPr>
      <w:r>
        <w:rPr>
          <w:rFonts w:ascii="Georgia" w:eastAsia="Georgia" w:hAnsi="Georgia"/>
        </w:rPr>
        <w:t>it in one sentence to one person this week.</w:t>
      </w:r>
    </w:p>
    <w:p w14:paraId="265541EE" w14:textId="77777777" w:rsidR="00C8625A" w:rsidRDefault="00751C59">
      <w:pPr>
        <w:spacing w:after="80"/>
        <w:ind w:left="288"/>
      </w:pPr>
      <w:r>
        <w:rPr>
          <w:rFonts w:ascii="Georgia" w:eastAsia="Georgia" w:hAnsi="Georgia"/>
        </w:rPr>
        <w:t>2. Is your praise longer than your panic in this current crisis? Count the verses of your worry</w:t>
      </w:r>
    </w:p>
    <w:p w14:paraId="2FCF1CE1" w14:textId="77777777" w:rsidR="00C8625A" w:rsidRDefault="00751C59">
      <w:pPr>
        <w:spacing w:after="160"/>
        <w:ind w:firstLine="259"/>
      </w:pPr>
      <w:r>
        <w:rPr>
          <w:rFonts w:ascii="Georgia" w:eastAsia="Georgia" w:hAnsi="Georgia"/>
        </w:rPr>
        <w:t>and the verses of your worship.</w:t>
      </w:r>
    </w:p>
    <w:p w14:paraId="3793C047" w14:textId="77777777" w:rsidR="00C8625A" w:rsidRDefault="00751C59">
      <w:pPr>
        <w:spacing w:after="80"/>
        <w:ind w:left="288"/>
      </w:pPr>
      <w:r>
        <w:rPr>
          <w:rFonts w:ascii="Georgia" w:eastAsia="Georgia" w:hAnsi="Georgia"/>
        </w:rPr>
        <w:lastRenderedPageBreak/>
        <w:t>3. Who is your "Miriam" — the person whose voice leads you into praise when you can't find</w:t>
      </w:r>
    </w:p>
    <w:p w14:paraId="3A4423C8" w14:textId="77777777" w:rsidR="00C8625A" w:rsidRDefault="00751C59">
      <w:pPr>
        <w:spacing w:after="160"/>
        <w:ind w:firstLine="259"/>
      </w:pPr>
      <w:r>
        <w:rPr>
          <w:rFonts w:ascii="Georgia" w:eastAsia="Georgia" w:hAnsi="Georgia"/>
        </w:rPr>
        <w:t>your own?</w:t>
      </w:r>
    </w:p>
    <w:p w14:paraId="631D8E24" w14:textId="77777777" w:rsidR="00C8625A" w:rsidRDefault="00751C59">
      <w:pPr>
        <w:spacing w:before="240" w:after="80"/>
      </w:pPr>
      <w:r>
        <w:rPr>
          <w:rFonts w:ascii="Georgia" w:eastAsia="Georgia" w:hAnsi="Georgia"/>
          <w:b/>
          <w:color w:val="2C3E50"/>
          <w:sz w:val="20"/>
        </w:rPr>
        <w:t>DECLARATION</w:t>
      </w:r>
    </w:p>
    <w:p w14:paraId="7FE2D6C9" w14:textId="77777777" w:rsidR="00C8625A" w:rsidRDefault="00751C59">
      <w:pPr>
        <w:spacing w:after="160"/>
        <w:ind w:left="288"/>
      </w:pPr>
      <w:r>
        <w:rPr>
          <w:rFonts w:ascii="Georgia" w:eastAsia="Georgia" w:hAnsi="Georgia"/>
          <w:i/>
        </w:rPr>
        <w:t>"The LORD is my strength and song. He has triumphed gloriously. What He did at the sea, He is able to do in my desert."</w:t>
      </w:r>
    </w:p>
    <w:p w14:paraId="3C56E9CF" w14:textId="77777777" w:rsidR="00C8625A" w:rsidRDefault="00751C59">
      <w:pPr>
        <w:spacing w:before="160" w:after="80"/>
      </w:pPr>
      <w:r>
        <w:rPr>
          <w:rFonts w:ascii="Georgia" w:eastAsia="Georgia" w:hAnsi="Georgia"/>
          <w:b/>
          <w:color w:val="2C3E50"/>
          <w:sz w:val="20"/>
        </w:rPr>
        <w:t>PRAYER</w:t>
      </w:r>
    </w:p>
    <w:p w14:paraId="6D548FBA" w14:textId="77777777" w:rsidR="00C8625A" w:rsidRDefault="00751C59">
      <w:pPr>
        <w:spacing w:after="240"/>
        <w:ind w:left="288"/>
      </w:pPr>
      <w:r>
        <w:rPr>
          <w:rFonts w:ascii="Georgia" w:eastAsia="Georgia" w:hAnsi="Georgia"/>
          <w:i/>
        </w:rPr>
        <w:t>Lord, teach me to sing longer than I worry. Write my Red Sea on my heart, so that when the next army comes, my memory will outrun my fear. In Jesus' name, amen.</w:t>
      </w:r>
    </w:p>
    <w:p w14:paraId="601AB121" w14:textId="77777777" w:rsidR="00C8625A" w:rsidRDefault="00751C59">
      <w:r>
        <w:br w:type="page"/>
      </w:r>
    </w:p>
    <w:p w14:paraId="7B0A21D1" w14:textId="77777777" w:rsidR="00C8625A" w:rsidRDefault="00751C59">
      <w:pPr>
        <w:spacing w:before="960" w:after="80"/>
        <w:jc w:val="center"/>
      </w:pPr>
      <w:r>
        <w:rPr>
          <w:rFonts w:ascii="Georgia" w:eastAsia="Georgia" w:hAnsi="Georgia"/>
          <w:b/>
        </w:rPr>
        <w:lastRenderedPageBreak/>
        <w:t>CHAPTER 7</w:t>
      </w:r>
    </w:p>
    <w:p w14:paraId="4EC03F2B" w14:textId="77777777" w:rsidR="00C8625A" w:rsidRDefault="00751C59">
      <w:pPr>
        <w:spacing w:after="280"/>
        <w:jc w:val="center"/>
      </w:pPr>
      <w:r>
        <w:rPr>
          <w:rFonts w:ascii="Georgia" w:eastAsia="Georgia" w:hAnsi="Georgia"/>
          <w:b/>
          <w:sz w:val="32"/>
        </w:rPr>
        <w:t>Deborah and Barak: Praise for the Victory</w:t>
      </w:r>
    </w:p>
    <w:p w14:paraId="4044325B" w14:textId="77777777" w:rsidR="00C8625A" w:rsidRDefault="00751C59">
      <w:pPr>
        <w:spacing w:before="160"/>
        <w:ind w:left="360" w:right="360"/>
        <w:jc w:val="center"/>
      </w:pPr>
      <w:r>
        <w:rPr>
          <w:rFonts w:ascii="Georgia" w:eastAsia="Georgia" w:hAnsi="Georgia"/>
          <w:i/>
          <w:sz w:val="20"/>
        </w:rPr>
        <w:t>"Then Deborah and Barak the son of Abinoam sang on that same day, saying: 'Hear, O kings; give ear, O rulers! I will sing to the LORD, I will sing praise to the LORD God of Israel.'" — Judges 5:1–2 (NKJV)</w:t>
      </w:r>
    </w:p>
    <w:p w14:paraId="134CAFD1" w14:textId="77777777" w:rsidR="00C8625A" w:rsidRDefault="00751C59">
      <w:pPr>
        <w:spacing w:before="280" w:after="120"/>
      </w:pPr>
      <w:r>
        <w:rPr>
          <w:rFonts w:ascii="Georgia" w:eastAsia="Georgia" w:hAnsi="Georgia"/>
          <w:b/>
        </w:rPr>
        <w:t>A Song Before the Battle Was Over</w:t>
      </w:r>
    </w:p>
    <w:p w14:paraId="0001A7D7" w14:textId="77777777" w:rsidR="00C8625A" w:rsidRDefault="00751C59">
      <w:pPr>
        <w:spacing w:after="160"/>
        <w:ind w:firstLine="259"/>
      </w:pPr>
      <w:r>
        <w:rPr>
          <w:rFonts w:ascii="Georgia" w:eastAsia="Georgia" w:hAnsi="Georgia"/>
        </w:rPr>
        <w:t>Judges 4–5 is one of the most underrated passages in the Old Testament, and one of the most instructive on our subject — because it contains a song sung at a moment when the enemy was still at large. The situation: for twenty years, Jabin king of Canaan, through his commander Sisera with nine hundred chariots of iron, had cruelly oppressed the Israelites (Judges 4:2–3). Nine hundred iron chariots against an unarmoured, unallied hill country. Israel sits under the palm tree of Deborah, in the hill country of</w:t>
      </w:r>
      <w:r>
        <w:rPr>
          <w:rFonts w:ascii="Georgia" w:eastAsia="Georgia" w:hAnsi="Georgia"/>
        </w:rPr>
        <w:t xml:space="preserve"> Ephraim, between Ramah and Bethel, waiting. God's strategy: "Go and gather at Mount Tabor... And I will draw all Sisera's multitude to you... and I will deliver them into your hand" (vv. 6–7, NKJV). Note who is being drawn out — not Israel going out to fight, but the enemy being drawn into the kill zone by God's own hand. Barak's condition: "If you will go with me, then I will go; but if you will not go with me, I will not go" (v. 8, NKJV). Deborah's answer is the verse we remember: "I will certainly go wi</w:t>
      </w:r>
      <w:r>
        <w:rPr>
          <w:rFonts w:ascii="Georgia" w:eastAsia="Georgia" w:hAnsi="Georgia"/>
        </w:rPr>
        <w:t xml:space="preserve">th you; nevertheless the journey you take will not be your honor; for the LORD will deliver Sisera into the hand of a woman" (v. 9, NKJV). Then: ten thousand men follow Deborah and Barak down from Mount Tabor, and "the LORD discomfited Sisera, and all his chariots, and all his army, with the edge of the sword before Barak" (v. 15, NKJV). And the iron chariots — the source of </w:t>
      </w:r>
      <w:r>
        <w:rPr>
          <w:rFonts w:ascii="Georgia" w:eastAsia="Georgia" w:hAnsi="Georgia"/>
        </w:rPr>
        <w:lastRenderedPageBreak/>
        <w:t>twenty years of terror — are dragged through the mud of the Kishon (vv. 4, 21). And then Deborah sits down and writes a poem.</w:t>
      </w:r>
    </w:p>
    <w:p w14:paraId="5A909E73" w14:textId="77777777" w:rsidR="00C8625A" w:rsidRDefault="00751C59">
      <w:pPr>
        <w:spacing w:before="280" w:after="120"/>
      </w:pPr>
      <w:r>
        <w:rPr>
          <w:rFonts w:ascii="Georgia" w:eastAsia="Georgia" w:hAnsi="Georgia"/>
          <w:b/>
        </w:rPr>
        <w:t>Five Lessons from the Song of Deborah</w:t>
      </w:r>
    </w:p>
    <w:p w14:paraId="791B7638" w14:textId="77777777" w:rsidR="00C8625A" w:rsidRDefault="00751C59">
      <w:pPr>
        <w:spacing w:after="80"/>
        <w:ind w:left="288"/>
      </w:pPr>
      <w:r>
        <w:rPr>
          <w:rFonts w:ascii="Georgia" w:eastAsia="Georgia" w:hAnsi="Georgia"/>
        </w:rPr>
        <w:t>1. Praise names God as the author, not just the helper. "Lord, when You went out from</w:t>
      </w:r>
    </w:p>
    <w:p w14:paraId="2D93453F" w14:textId="77777777" w:rsidR="00C8625A" w:rsidRDefault="00751C59">
      <w:pPr>
        <w:spacing w:after="160"/>
        <w:ind w:firstLine="259"/>
      </w:pPr>
      <w:r>
        <w:rPr>
          <w:rFonts w:ascii="Georgia" w:eastAsia="Georgia" w:hAnsi="Georgia"/>
        </w:rPr>
        <w:t>Seir, when You marched from the field of Edom, the earth trembled... the mountains flowed before the Lord" (5:4–5). The song rehearses God's movements, not Barak's tactics.</w:t>
      </w:r>
    </w:p>
    <w:p w14:paraId="05D441F4" w14:textId="77777777" w:rsidR="00C8625A" w:rsidRDefault="00751C59">
      <w:pPr>
        <w:spacing w:after="80"/>
        <w:ind w:left="288"/>
      </w:pPr>
      <w:r>
        <w:rPr>
          <w:rFonts w:ascii="Georgia" w:eastAsia="Georgia" w:hAnsi="Georgia"/>
        </w:rPr>
        <w:t>2. Praise is honest about the failures. Deborah does not sanitise. "At the divisions of</w:t>
      </w:r>
    </w:p>
    <w:p w14:paraId="3AF2ECBB" w14:textId="77777777" w:rsidR="00C8625A" w:rsidRDefault="00751C59">
      <w:pPr>
        <w:spacing w:after="160"/>
        <w:ind w:firstLine="259"/>
      </w:pPr>
      <w:r>
        <w:rPr>
          <w:rFonts w:ascii="Georgia" w:eastAsia="Georgia" w:hAnsi="Georgia"/>
        </w:rPr>
        <w:t>Reuben there were great resolves of heart. Why did you stay among the sheepfolds?" (5:16, KJV). Reuben, Gad, Dan, and Asher are named for not showing up. Real praise does not require pretending everyone else is fine.</w:t>
      </w:r>
    </w:p>
    <w:p w14:paraId="14709987" w14:textId="77777777" w:rsidR="00C8625A" w:rsidRDefault="00751C59">
      <w:pPr>
        <w:spacing w:after="80"/>
        <w:ind w:left="288"/>
      </w:pPr>
      <w:r>
        <w:rPr>
          <w:rFonts w:ascii="Georgia" w:eastAsia="Georgia" w:hAnsi="Georgia"/>
        </w:rPr>
        <w:t>3. Praise includes the unlikely. The song opens by blessing those who led when it was</w:t>
      </w:r>
    </w:p>
    <w:p w14:paraId="3EBE907B" w14:textId="77777777" w:rsidR="00C8625A" w:rsidRDefault="00751C59">
      <w:pPr>
        <w:spacing w:after="160"/>
        <w:ind w:firstLine="259"/>
      </w:pPr>
      <w:r>
        <w:rPr>
          <w:rFonts w:ascii="Georgia" w:eastAsia="Georgia" w:hAnsi="Georgia"/>
        </w:rPr>
        <w:t>dangerous — "because the people offered themselves willingly, bless the LORD" (5:2, NKJV, adapted) — and then it blesses Jael by name, twice (5:24, 27). A Kenite woman who killed a general with a tent peg is made a hero of the faith in a national anthem. God writes the smallfry into the song.</w:t>
      </w:r>
    </w:p>
    <w:p w14:paraId="2FB9A09E" w14:textId="77777777" w:rsidR="00C8625A" w:rsidRDefault="00751C59">
      <w:pPr>
        <w:spacing w:after="80"/>
        <w:ind w:left="288"/>
      </w:pPr>
      <w:r>
        <w:rPr>
          <w:rFonts w:ascii="Georgia" w:eastAsia="Georgia" w:hAnsi="Georgia"/>
        </w:rPr>
        <w:t>4. Praise makes room for the ache. Deborah is a mother in Israel (5:7), and she ends the</w:t>
      </w:r>
    </w:p>
    <w:p w14:paraId="7F539061" w14:textId="77777777" w:rsidR="00C8625A" w:rsidRDefault="00751C59">
      <w:pPr>
        <w:spacing w:after="160"/>
        <w:ind w:firstLine="259"/>
      </w:pPr>
      <w:r>
        <w:rPr>
          <w:rFonts w:ascii="Georgia" w:eastAsia="Georgia" w:hAnsi="Georgia"/>
        </w:rPr>
        <w:t xml:space="preserve">song by refusing to pretend the cost was light: "Now let all Your enemies perish, O LORD!" (5:31). Judges 5 contains one of the most painful passages in the Bible — Sisera's mother looking out a window, counting delayed spoils, waiting for a son who is dead at a woman's feet (5:28–30). </w:t>
      </w:r>
      <w:r>
        <w:rPr>
          <w:rFonts w:ascii="Georgia" w:eastAsia="Georgia" w:hAnsi="Georgia"/>
        </w:rPr>
        <w:lastRenderedPageBreak/>
        <w:t>Worship does not require you to deny the brutality of the world. It requires you to believe God is bigger than it.</w:t>
      </w:r>
    </w:p>
    <w:p w14:paraId="43D6E847" w14:textId="77777777" w:rsidR="00C8625A" w:rsidRDefault="00751C59">
      <w:pPr>
        <w:spacing w:after="80"/>
        <w:ind w:left="288"/>
      </w:pPr>
      <w:r>
        <w:rPr>
          <w:rFonts w:ascii="Georgia" w:eastAsia="Georgia" w:hAnsi="Georgia"/>
        </w:rPr>
        <w:t>5. And then: the land had rest forty years (5:31). The last line of the battle narrative is not</w:t>
      </w:r>
    </w:p>
    <w:p w14:paraId="2699BC31" w14:textId="77777777" w:rsidR="00C8625A" w:rsidRDefault="00751C59">
      <w:pPr>
        <w:spacing w:after="160"/>
        <w:ind w:firstLine="259"/>
      </w:pPr>
      <w:r>
        <w:rPr>
          <w:rFonts w:ascii="Georgia" w:eastAsia="Georgia" w:hAnsi="Georgia"/>
        </w:rPr>
        <w:t>"Barak was promoted." It is "rest." Praise is the road back to rest.</w:t>
      </w:r>
    </w:p>
    <w:p w14:paraId="72D579D1" w14:textId="77777777" w:rsidR="00C8625A" w:rsidRDefault="00751C59">
      <w:pPr>
        <w:spacing w:before="280" w:after="120"/>
      </w:pPr>
      <w:r>
        <w:rPr>
          <w:rFonts w:ascii="Georgia" w:eastAsia="Georgia" w:hAnsi="Georgia"/>
          <w:b/>
        </w:rPr>
        <w:t>When You Have to Sing Before the Chariots Are Broken</w:t>
      </w:r>
    </w:p>
    <w:p w14:paraId="02AF34DA" w14:textId="77777777" w:rsidR="00C8625A" w:rsidRDefault="00751C59">
      <w:pPr>
        <w:spacing w:after="160"/>
        <w:ind w:firstLine="259"/>
      </w:pPr>
      <w:r>
        <w:rPr>
          <w:rFonts w:ascii="Georgia" w:eastAsia="Georgia" w:hAnsi="Georgia"/>
        </w:rPr>
        <w:t>Here is the uncomfortable question for any leader in a slow-moving conflict: Deborah sang "on that same day" (5:1) — but Jabin's house is not destroyed in the text; only Sisera's army is. The victory is decisive but incomplete. That is the state of most of our praise, if we are honest. The crisis has broken; the roots remain. God has delivered your marriage from the worst of it, but there is repair work for a decade. You are free of the addiction, but not yet of every trigger. Israel won the day at Mount Ta</w:t>
      </w:r>
      <w:r>
        <w:rPr>
          <w:rFonts w:ascii="Georgia" w:eastAsia="Georgia" w:hAnsi="Georgia"/>
        </w:rPr>
        <w:t>bor and still had to occupy the plains. Judges 5 teaches us to praise for decisive victories while the mopping-up continues. Do not refuse to sing because the war is not over. Sing because the war has turned.</w:t>
      </w:r>
    </w:p>
    <w:p w14:paraId="168B2E4B" w14:textId="77777777" w:rsidR="00C8625A" w:rsidRDefault="00751C59">
      <w:pPr>
        <w:spacing w:before="280" w:after="120"/>
      </w:pPr>
      <w:r>
        <w:rPr>
          <w:rFonts w:ascii="Georgia" w:eastAsia="Georgia" w:hAnsi="Georgia"/>
          <w:b/>
        </w:rPr>
        <w:t>For Those Whose Praise Has Gone Silent in a Long Oppression</w:t>
      </w:r>
    </w:p>
    <w:p w14:paraId="747BB555" w14:textId="77777777" w:rsidR="00C8625A" w:rsidRDefault="00751C59">
      <w:pPr>
        <w:spacing w:after="160"/>
        <w:ind w:firstLine="259"/>
      </w:pPr>
      <w:r>
        <w:rPr>
          <w:rFonts w:ascii="Georgia" w:eastAsia="Georgia" w:hAnsi="Georgia"/>
        </w:rPr>
        <w:t xml:space="preserve">Twenty years of iron chariots will make a people forget they were ever anything other than afraid. Judges 5's opening line is therefore one of the great calls to worship in the Bible: "Give ear... I will sing praise to the LORD God of Israel" (5:2–3). Praise has to be spoken aloud, because silence has been the norm for so long. If you have been under an oppressive situation for years — an illness, an exploitative employer, an unsafe relationship, a legal fight, a </w:t>
      </w:r>
      <w:r>
        <w:rPr>
          <w:rFonts w:ascii="Georgia" w:eastAsia="Georgia" w:hAnsi="Georgia"/>
        </w:rPr>
        <w:lastRenderedPageBreak/>
        <w:t>nation's chaos — hear this: praise is how a demoralised people remember they belong to God. Deborah was already a judge holding court under a palm tree, already respected. What her song did was give Israel a language for their own courage. You may need to sing about your victory before you can speak about it. The song teaches the tongue what the memory has forgotten.</w:t>
      </w:r>
    </w:p>
    <w:p w14:paraId="48E876AA" w14:textId="77777777" w:rsidR="00C8625A" w:rsidRDefault="00751C59">
      <w:pPr>
        <w:spacing w:before="280" w:after="120"/>
      </w:pPr>
      <w:r>
        <w:rPr>
          <w:rFonts w:ascii="Georgia" w:eastAsia="Georgia" w:hAnsi="Georgia"/>
          <w:b/>
        </w:rPr>
        <w:t>Reflect and Respond</w:t>
      </w:r>
    </w:p>
    <w:p w14:paraId="191D2A1B" w14:textId="77777777" w:rsidR="00C8625A" w:rsidRDefault="00751C59">
      <w:pPr>
        <w:spacing w:after="80"/>
        <w:ind w:left="288"/>
      </w:pPr>
      <w:r>
        <w:rPr>
          <w:rFonts w:ascii="Georgia" w:eastAsia="Georgia" w:hAnsi="Georgia"/>
        </w:rPr>
        <w:t>1. What are the "nine hundred chariots of iron" in your situation — the advantage your</w:t>
      </w:r>
    </w:p>
    <w:p w14:paraId="0EE51931" w14:textId="77777777" w:rsidR="00C8625A" w:rsidRDefault="00751C59">
      <w:pPr>
        <w:spacing w:after="160"/>
        <w:ind w:firstLine="259"/>
      </w:pPr>
      <w:r>
        <w:rPr>
          <w:rFonts w:ascii="Georgia" w:eastAsia="Georgia" w:hAnsi="Georgia"/>
        </w:rPr>
        <w:t>enemy holds that God has promised to confound?</w:t>
      </w:r>
    </w:p>
    <w:p w14:paraId="060415F1" w14:textId="77777777" w:rsidR="00C8625A" w:rsidRDefault="00751C59">
      <w:pPr>
        <w:spacing w:after="80"/>
        <w:ind w:left="288"/>
      </w:pPr>
      <w:r>
        <w:rPr>
          <w:rFonts w:ascii="Georgia" w:eastAsia="Georgia" w:hAnsi="Georgia"/>
        </w:rPr>
        <w:t>2. Who stayed among the sheepfolds in your life? Can you praise God without judging</w:t>
      </w:r>
    </w:p>
    <w:p w14:paraId="65CA674F" w14:textId="77777777" w:rsidR="00C8625A" w:rsidRDefault="00751C59">
      <w:pPr>
        <w:spacing w:after="160"/>
        <w:ind w:firstLine="259"/>
      </w:pPr>
      <w:r>
        <w:rPr>
          <w:rFonts w:ascii="Georgia" w:eastAsia="Georgia" w:hAnsi="Georgia"/>
        </w:rPr>
        <w:t>them, as Deborah did?</w:t>
      </w:r>
    </w:p>
    <w:p w14:paraId="20EA3AB6" w14:textId="77777777" w:rsidR="00C8625A" w:rsidRDefault="00751C59">
      <w:pPr>
        <w:spacing w:after="80"/>
        <w:ind w:left="288"/>
      </w:pPr>
      <w:r>
        <w:rPr>
          <w:rFonts w:ascii="Georgia" w:eastAsia="Georgia" w:hAnsi="Georgia"/>
        </w:rPr>
        <w:t>3. Write one line of your own "song of that day" — what God did, in words a child could</w:t>
      </w:r>
    </w:p>
    <w:p w14:paraId="54DB1901" w14:textId="77777777" w:rsidR="00C8625A" w:rsidRDefault="00751C59">
      <w:pPr>
        <w:spacing w:after="160"/>
        <w:ind w:firstLine="259"/>
      </w:pPr>
      <w:r>
        <w:rPr>
          <w:rFonts w:ascii="Georgia" w:eastAsia="Georgia" w:hAnsi="Georgia"/>
        </w:rPr>
        <w:t>repeat.</w:t>
      </w:r>
    </w:p>
    <w:p w14:paraId="745B20BD" w14:textId="77777777" w:rsidR="00C8625A" w:rsidRDefault="00751C59">
      <w:pPr>
        <w:spacing w:before="240" w:after="80"/>
      </w:pPr>
      <w:r>
        <w:rPr>
          <w:rFonts w:ascii="Georgia" w:eastAsia="Georgia" w:hAnsi="Georgia"/>
          <w:b/>
          <w:color w:val="2C3E50"/>
          <w:sz w:val="20"/>
        </w:rPr>
        <w:t>DECLARATION</w:t>
      </w:r>
    </w:p>
    <w:p w14:paraId="6703E9A5" w14:textId="77777777" w:rsidR="00C8625A" w:rsidRDefault="00751C59">
      <w:pPr>
        <w:spacing w:after="160"/>
        <w:ind w:left="288"/>
      </w:pPr>
      <w:r>
        <w:rPr>
          <w:rFonts w:ascii="Georgia" w:eastAsia="Georgia" w:hAnsi="Georgia"/>
          <w:i/>
        </w:rPr>
        <w:t>"I will sing praise to the LORD, as long as I live (Psalm 104:33). The LORD has not withheld Himself from my enemies. What He did at the Kishon, He can do in my mud."</w:t>
      </w:r>
    </w:p>
    <w:p w14:paraId="1C2749DE" w14:textId="77777777" w:rsidR="00C8625A" w:rsidRDefault="00751C59">
      <w:pPr>
        <w:spacing w:before="160" w:after="80"/>
      </w:pPr>
      <w:r>
        <w:rPr>
          <w:rFonts w:ascii="Georgia" w:eastAsia="Georgia" w:hAnsi="Georgia"/>
          <w:b/>
          <w:color w:val="2C3E50"/>
          <w:sz w:val="20"/>
        </w:rPr>
        <w:t>PRAYER</w:t>
      </w:r>
    </w:p>
    <w:p w14:paraId="2A4984D8" w14:textId="77777777" w:rsidR="00C8625A" w:rsidRDefault="00751C59">
      <w:pPr>
        <w:spacing w:after="240"/>
        <w:ind w:left="288"/>
      </w:pPr>
      <w:r>
        <w:rPr>
          <w:rFonts w:ascii="Georgia" w:eastAsia="Georgia" w:hAnsi="Georgia"/>
          <w:i/>
        </w:rPr>
        <w:t>God of Deborah and Barak, when my chariots are iron and my army is farmers, send me a song. Let my praise be honest, generous toward the weak, and specific about Your power. In Jesus' name, amen.</w:t>
      </w:r>
    </w:p>
    <w:p w14:paraId="617A18F9" w14:textId="77777777" w:rsidR="00C8625A" w:rsidRDefault="00751C59">
      <w:r>
        <w:br w:type="page"/>
      </w:r>
    </w:p>
    <w:p w14:paraId="241D05BD" w14:textId="77777777" w:rsidR="00C8625A" w:rsidRDefault="00751C59">
      <w:pPr>
        <w:spacing w:before="960" w:after="80"/>
        <w:jc w:val="center"/>
      </w:pPr>
      <w:r>
        <w:rPr>
          <w:rFonts w:ascii="Georgia" w:eastAsia="Georgia" w:hAnsi="Georgia"/>
          <w:b/>
        </w:rPr>
        <w:lastRenderedPageBreak/>
        <w:t>CHAPTER 8</w:t>
      </w:r>
    </w:p>
    <w:p w14:paraId="0871F21D" w14:textId="77777777" w:rsidR="00C8625A" w:rsidRDefault="00751C59">
      <w:pPr>
        <w:spacing w:after="280"/>
        <w:jc w:val="center"/>
      </w:pPr>
      <w:r>
        <w:rPr>
          <w:rFonts w:ascii="Georgia" w:eastAsia="Georgia" w:hAnsi="Georgia"/>
          <w:b/>
          <w:sz w:val="32"/>
        </w:rPr>
        <w:t>David: A Man After God's Heart of Praise</w:t>
      </w:r>
    </w:p>
    <w:p w14:paraId="1661FCD5" w14:textId="77777777" w:rsidR="00C8625A" w:rsidRDefault="00751C59">
      <w:pPr>
        <w:spacing w:before="160"/>
        <w:ind w:left="360" w:right="360"/>
        <w:jc w:val="center"/>
      </w:pPr>
      <w:r>
        <w:rPr>
          <w:rFonts w:ascii="Georgia" w:eastAsia="Georgia" w:hAnsi="Georgia"/>
          <w:i/>
          <w:sz w:val="20"/>
        </w:rPr>
        <w:t>"But I have trusted in Your mercy; my heart shall rejoice in Your salvation. I will sing to the LORD, because He has dealt bountifully with me." — Psalm 13:5–6 (NKJV)</w:t>
      </w:r>
    </w:p>
    <w:p w14:paraId="482D36FE" w14:textId="77777777" w:rsidR="00C8625A" w:rsidRDefault="00751C59">
      <w:pPr>
        <w:spacing w:before="280" w:after="120"/>
      </w:pPr>
      <w:r>
        <w:rPr>
          <w:rFonts w:ascii="Georgia" w:eastAsia="Georgia" w:hAnsi="Georgia"/>
          <w:b/>
        </w:rPr>
        <w:t>Why David?</w:t>
      </w:r>
    </w:p>
    <w:p w14:paraId="09A39049" w14:textId="77777777" w:rsidR="00C8625A" w:rsidRDefault="00751C59">
      <w:pPr>
        <w:spacing w:after="160"/>
        <w:ind w:firstLine="259"/>
      </w:pPr>
      <w:r>
        <w:rPr>
          <w:rFonts w:ascii="Georgia" w:eastAsia="Georgia" w:hAnsi="Georgia"/>
        </w:rPr>
        <w:t>Of all the people in the Bible, David is the one God chose as the standard for describing a heart He approves: "I have found David the son of Jesse, a man after My own heart, who will do all My pleasure" (Acts 13:22, NKJV). David was not the most moral man in Israel (2 Samuel 11–12 will prove that), nor the tallest (1 Samuel 16:7–12), nor the eldest. He was, for most of his life, the least. What he was, above all, was a man whose inner life was oriented toward God — and that orientation found its loudest ex</w:t>
      </w:r>
      <w:r>
        <w:rPr>
          <w:rFonts w:ascii="Georgia" w:eastAsia="Georgia" w:hAnsi="Georgia"/>
        </w:rPr>
        <w:t>pression in praise. David is the reason Israel has a hymnbook. He is called "the sweet psalmist of Israel" (2 Samuel 23:1, NKJV); he is credited with many psalm titles ("David's psalm"); Chronicles names him in the institution of temple worship, its music, its gatekeepers, and its instruments (1 Chronicles 16:4–7; 23:5; 25:1–6; 2 Chronicles 29:25–30 — "the instruments of David" and "the words of the LORD by His servants"). To follow David is not to imitate his sins; it is to copy his reflexes. And his refle</w:t>
      </w:r>
      <w:r>
        <w:rPr>
          <w:rFonts w:ascii="Georgia" w:eastAsia="Georgia" w:hAnsi="Georgia"/>
        </w:rPr>
        <w:t>x was praise.</w:t>
      </w:r>
    </w:p>
    <w:p w14:paraId="62E2E41C" w14:textId="77777777" w:rsidR="00C8625A" w:rsidRDefault="00751C59">
      <w:pPr>
        <w:spacing w:before="280" w:after="120"/>
      </w:pPr>
      <w:r>
        <w:rPr>
          <w:rFonts w:ascii="Georgia" w:eastAsia="Georgia" w:hAnsi="Georgia"/>
          <w:b/>
        </w:rPr>
        <w:t>Praise in the Cave, Praise on the Run</w:t>
      </w:r>
    </w:p>
    <w:p w14:paraId="3555EABA" w14:textId="77777777" w:rsidR="00C8625A" w:rsidRDefault="00751C59">
      <w:pPr>
        <w:spacing w:after="160"/>
        <w:ind w:firstLine="259"/>
      </w:pPr>
      <w:r>
        <w:rPr>
          <w:rFonts w:ascii="Georgia" w:eastAsia="Georgia" w:hAnsi="Georgia"/>
        </w:rPr>
        <w:t xml:space="preserve">Track the geography of his praises and you'll notice they are mostly written on the run. Psalm 57: "Be merciful to me, O God... when Saul had sent men to watch his house" (v. 1, with the superscription's setting: "when he fled from Saul in </w:t>
      </w:r>
      <w:r>
        <w:rPr>
          <w:rFonts w:ascii="Georgia" w:eastAsia="Georgia" w:hAnsi="Georgia"/>
        </w:rPr>
        <w:lastRenderedPageBreak/>
        <w:t>the cave"). Psalm 142, another maskil of David, is a prayer of the same flight: "I cry out to the LORD with my voice... when my spirit was overwhelmed within me" (vv. 1–3) — the cave of En-gedi, where David's own men wanted to kill the sleeping Saul (1 Samuel 24:3–7). Psalm 59: "Deliver me from my enemies... from those who stir up trouble against me" (v. 1–2, cf. 1 Samuel 19:11, the messengers sent to David's house). Psalm 34 was written "when he changed his behavior before Abimelech, who drove him away, an</w:t>
      </w:r>
      <w:r>
        <w:rPr>
          <w:rFonts w:ascii="Georgia" w:eastAsia="Georgia" w:hAnsi="Georgia"/>
        </w:rPr>
        <w:t>d he fled" (superscription; cf. 1 Samuel 21:10–15) — a man who had just faked madness to survive. Now read the refrain of Psalm 34: "I will bless the LORD at all times; His praise shall continually be in my mouth" (v. 1). Do you see the tension? A fugitive wanted man, hiding in a bandit's cave, having once pretended to be insane in front of a foreign king, writes, "I will bless the LORD at all times." That is not a lyric composed in a palace. That is a decision made in a hole. Psalm 57, from the very same c</w:t>
      </w:r>
      <w:r>
        <w:rPr>
          <w:rFonts w:ascii="Georgia" w:eastAsia="Georgia" w:hAnsi="Georgia"/>
        </w:rPr>
        <w:t>ave, is the loudest evidence: "My heart is fixed, O God; my heart is fixed. I will sing and give praise" (v. 7, KJV). The word "fixed" (Hebrew kun, to be established, firm) is the language of an anchor dropped into bedrock. David's heart is not steady because the situation is safe; the situation is unsafe, and the anchor is thrown into God.</w:t>
      </w:r>
    </w:p>
    <w:p w14:paraId="3C1AB245" w14:textId="77777777" w:rsidR="00C8625A" w:rsidRDefault="00751C59">
      <w:pPr>
        <w:spacing w:before="280" w:after="120"/>
      </w:pPr>
      <w:r>
        <w:rPr>
          <w:rFonts w:ascii="Georgia" w:eastAsia="Georgia" w:hAnsi="Georgia"/>
          <w:b/>
        </w:rPr>
        <w:t>From the Cave to the Throne, the Song Stays the Same</w:t>
      </w:r>
    </w:p>
    <w:p w14:paraId="6735CC98" w14:textId="77777777" w:rsidR="00C8625A" w:rsidRDefault="00751C59">
      <w:pPr>
        <w:spacing w:after="160"/>
        <w:ind w:firstLine="259"/>
      </w:pPr>
      <w:r>
        <w:rPr>
          <w:rFonts w:ascii="Georgia" w:eastAsia="Georgia" w:hAnsi="Georgia"/>
        </w:rPr>
        <w:t xml:space="preserve">Later, in 2 Samuel 22 (and Psalm 18), after God has delivered him from all his enemies and from Saul, David sings his great victory psalm: "I will love You, O LORD, my strength. The LORD is my rock and my fortress" (vv. 2–3). The vocabulary is identical to the cave songs. David does not change his song when he gains his throne. And when the ark comes up to Jerusalem, David — now king — dances with all his might in a linen ephod, and his wife despises him for it (2 </w:t>
      </w:r>
      <w:r>
        <w:rPr>
          <w:rFonts w:ascii="Georgia" w:eastAsia="Georgia" w:hAnsi="Georgia"/>
        </w:rPr>
        <w:lastRenderedPageBreak/>
        <w:t>Samuel 6:14–16). He is willing to look foolish in the presence of God in a way he was not willing to look holy in the presence of Saul. Here's the reason David mattered: his praise was not contingent on his status. It was the same on the run and on the throne, in the cave and at the coronation. That consistency is what it means to have a heart after God's own.</w:t>
      </w:r>
    </w:p>
    <w:p w14:paraId="15F6C0A8" w14:textId="77777777" w:rsidR="00C8625A" w:rsidRDefault="00751C59">
      <w:pPr>
        <w:spacing w:before="280" w:after="120"/>
      </w:pPr>
      <w:r>
        <w:rPr>
          <w:rFonts w:ascii="Georgia" w:eastAsia="Georgia" w:hAnsi="Georgia"/>
          <w:b/>
        </w:rPr>
        <w:t>What We Can Copy</w:t>
      </w:r>
    </w:p>
    <w:p w14:paraId="3649B3EA" w14:textId="77777777" w:rsidR="00C8625A" w:rsidRDefault="00751C59">
      <w:pPr>
        <w:spacing w:after="80"/>
        <w:ind w:left="288"/>
      </w:pPr>
      <w:r>
        <w:rPr>
          <w:rFonts w:ascii="Georgia" w:eastAsia="Georgia" w:hAnsi="Georgia"/>
        </w:rPr>
        <w:t>• Write it down. Many of our deepest encounters with God evaporate because we never</w:t>
      </w:r>
    </w:p>
    <w:p w14:paraId="4487EB67" w14:textId="77777777" w:rsidR="00C8625A" w:rsidRDefault="00751C59">
      <w:pPr>
        <w:spacing w:after="160"/>
        <w:ind w:firstLine="259"/>
      </w:pPr>
      <w:r>
        <w:rPr>
          <w:rFonts w:ascii="Georgia" w:eastAsia="Georgia" w:hAnsi="Georgia"/>
        </w:rPr>
        <w:t>record them. Keep a psalter of your own — a notebook of mercies.</w:t>
      </w:r>
    </w:p>
    <w:p w14:paraId="2D5EAEA1" w14:textId="77777777" w:rsidR="00C8625A" w:rsidRDefault="00751C59">
      <w:pPr>
        <w:spacing w:after="80"/>
        <w:ind w:left="288"/>
      </w:pPr>
      <w:r>
        <w:rPr>
          <w:rFonts w:ascii="Georgia" w:eastAsia="Georgia" w:hAnsi="Georgia"/>
        </w:rPr>
        <w:t>• Use instruments, voices, and hands. David introduced instruments by royal command</w:t>
      </w:r>
    </w:p>
    <w:p w14:paraId="245E12A8" w14:textId="77777777" w:rsidR="00C8625A" w:rsidRDefault="00751C59">
      <w:pPr>
        <w:spacing w:before="160"/>
        <w:ind w:left="360" w:right="360"/>
        <w:jc w:val="center"/>
      </w:pPr>
      <w:r>
        <w:rPr>
          <w:rFonts w:ascii="Georgia" w:eastAsia="Georgia" w:hAnsi="Georgia"/>
          <w:i/>
          <w:sz w:val="20"/>
        </w:rPr>
        <w:t>"for the woodwind and stringed" (2 Samuel 6:5, NKJV)</w:t>
      </w:r>
    </w:p>
    <w:p w14:paraId="47FE8B66" w14:textId="77777777" w:rsidR="00C8625A" w:rsidRDefault="00751C59">
      <w:pPr>
        <w:spacing w:after="160"/>
        <w:ind w:firstLine="259"/>
      </w:pPr>
      <w:r>
        <w:rPr>
          <w:rFonts w:ascii="Georgia" w:eastAsia="Georgia" w:hAnsi="Georgia"/>
        </w:rPr>
        <w:t>; he "danced before the LORD with all his might" (2 Samuel 6:14). David's praise was full-body.</w:t>
      </w:r>
    </w:p>
    <w:p w14:paraId="0B36B621" w14:textId="77777777" w:rsidR="00C8625A" w:rsidRDefault="00751C59">
      <w:pPr>
        <w:spacing w:after="80"/>
        <w:ind w:left="288"/>
      </w:pPr>
      <w:r>
        <w:rPr>
          <w:rFonts w:ascii="Georgia" w:eastAsia="Georgia" w:hAnsi="Georgia"/>
        </w:rPr>
        <w:t>• Let your songs have a structure. Most psalms move in the same four beats: address</w:t>
      </w:r>
    </w:p>
    <w:p w14:paraId="4CF5BCF2" w14:textId="77777777" w:rsidR="00C8625A" w:rsidRDefault="00751C59">
      <w:pPr>
        <w:spacing w:after="160"/>
        <w:ind w:firstLine="259"/>
      </w:pPr>
      <w:r>
        <w:rPr>
          <w:rFonts w:ascii="Georgia" w:eastAsia="Georgia" w:hAnsi="Georgia"/>
        </w:rPr>
        <w:t>("O LORD"), complaint ("how long?"), trust ("but You are holy"), praise/vow ("I will sing"). When you're stuck, move through the beats rather than repeating the second one forever.</w:t>
      </w:r>
    </w:p>
    <w:p w14:paraId="0A5E6928" w14:textId="77777777" w:rsidR="00C8625A" w:rsidRDefault="00751C59">
      <w:pPr>
        <w:spacing w:after="80"/>
        <w:ind w:left="288"/>
      </w:pPr>
      <w:r>
        <w:rPr>
          <w:rFonts w:ascii="Georgia" w:eastAsia="Georgia" w:hAnsi="Georgia"/>
        </w:rPr>
        <w:t>• Include "Selah." The mysterious musical direction that appears some seventy times in</w:t>
      </w:r>
    </w:p>
    <w:p w14:paraId="62F4E3D1" w14:textId="77777777" w:rsidR="00C8625A" w:rsidRDefault="00751C59">
      <w:pPr>
        <w:spacing w:after="160"/>
        <w:ind w:firstLine="259"/>
      </w:pPr>
      <w:r>
        <w:rPr>
          <w:rFonts w:ascii="Georgia" w:eastAsia="Georgia" w:hAnsi="Georgia"/>
        </w:rPr>
        <w:t>the psalms ("Selah") — pause, lift up, weigh it. A psalter without pauses is not a psalter; it is a performance.</w:t>
      </w:r>
    </w:p>
    <w:p w14:paraId="67D4C348" w14:textId="77777777" w:rsidR="00C8625A" w:rsidRDefault="00751C59">
      <w:pPr>
        <w:spacing w:after="80"/>
        <w:ind w:left="288"/>
      </w:pPr>
      <w:r>
        <w:rPr>
          <w:rFonts w:ascii="Georgia" w:eastAsia="Georgia" w:hAnsi="Georgia"/>
        </w:rPr>
        <w:t>• End where you started. Psalm 42 and 43 are one poem, and the refrain returns three</w:t>
      </w:r>
    </w:p>
    <w:p w14:paraId="685492BF" w14:textId="77777777" w:rsidR="00C8625A" w:rsidRDefault="00751C59">
      <w:pPr>
        <w:spacing w:after="160"/>
        <w:ind w:firstLine="259"/>
      </w:pPr>
      <w:r>
        <w:rPr>
          <w:rFonts w:ascii="Georgia" w:eastAsia="Georgia" w:hAnsi="Georgia"/>
        </w:rPr>
        <w:lastRenderedPageBreak/>
        <w:t>times: "Why are you cast down, O my soul? Hope in God, for I shall yet praise Him" (42:5, 11; 43:5). David preaches to his own emotions rather than letting them preach to him.</w:t>
      </w:r>
    </w:p>
    <w:p w14:paraId="0F8E9151" w14:textId="77777777" w:rsidR="00C8625A" w:rsidRDefault="00751C59">
      <w:pPr>
        <w:spacing w:before="280" w:after="120"/>
      </w:pPr>
      <w:r>
        <w:rPr>
          <w:rFonts w:ascii="Georgia" w:eastAsia="Georgia" w:hAnsi="Georgia"/>
          <w:b/>
        </w:rPr>
        <w:t>Reflect and Respond</w:t>
      </w:r>
    </w:p>
    <w:p w14:paraId="6B69816D" w14:textId="77777777" w:rsidR="00C8625A" w:rsidRDefault="00751C59">
      <w:pPr>
        <w:spacing w:after="80"/>
        <w:ind w:left="288"/>
      </w:pPr>
      <w:r>
        <w:rPr>
          <w:rFonts w:ascii="Georgia" w:eastAsia="Georgia" w:hAnsi="Georgia"/>
        </w:rPr>
        <w:t>1. What is your "cave" right now? Would you be able to sing Psalm 57:7 in it?</w:t>
      </w:r>
    </w:p>
    <w:p w14:paraId="49972ADB" w14:textId="77777777" w:rsidR="00C8625A" w:rsidRDefault="00751C59">
      <w:pPr>
        <w:spacing w:after="80"/>
        <w:ind w:left="288"/>
      </w:pPr>
      <w:r>
        <w:rPr>
          <w:rFonts w:ascii="Georgia" w:eastAsia="Georgia" w:hAnsi="Georgia"/>
        </w:rPr>
        <w:t>2. Where has your worship changed vocabulary along with your circumstances? Was that</w:t>
      </w:r>
    </w:p>
    <w:p w14:paraId="475401EE" w14:textId="77777777" w:rsidR="00C8625A" w:rsidRDefault="00751C59">
      <w:pPr>
        <w:spacing w:after="160"/>
        <w:ind w:firstLine="259"/>
      </w:pPr>
      <w:r>
        <w:rPr>
          <w:rFonts w:ascii="Georgia" w:eastAsia="Georgia" w:hAnsi="Georgia"/>
        </w:rPr>
        <w:t>growth or compromise?</w:t>
      </w:r>
    </w:p>
    <w:p w14:paraId="7CDAD04A" w14:textId="77777777" w:rsidR="00C8625A" w:rsidRDefault="00751C59">
      <w:pPr>
        <w:spacing w:after="80"/>
        <w:ind w:left="288"/>
      </w:pPr>
      <w:r>
        <w:rPr>
          <w:rFonts w:ascii="Georgia" w:eastAsia="Georgia" w:hAnsi="Georgia"/>
        </w:rPr>
        <w:t>3. Pick one psalm and use its four movements as the pattern for your prayer tonight.</w:t>
      </w:r>
    </w:p>
    <w:p w14:paraId="71759600" w14:textId="77777777" w:rsidR="00C8625A" w:rsidRDefault="00751C59">
      <w:pPr>
        <w:spacing w:before="240" w:after="80"/>
      </w:pPr>
      <w:r>
        <w:rPr>
          <w:rFonts w:ascii="Georgia" w:eastAsia="Georgia" w:hAnsi="Georgia"/>
          <w:b/>
          <w:color w:val="2C3E50"/>
          <w:sz w:val="20"/>
        </w:rPr>
        <w:t>DECLARATION</w:t>
      </w:r>
    </w:p>
    <w:p w14:paraId="4708663A" w14:textId="77777777" w:rsidR="00C8625A" w:rsidRDefault="00751C59">
      <w:pPr>
        <w:spacing w:after="160"/>
        <w:ind w:left="288"/>
      </w:pPr>
      <w:r>
        <w:rPr>
          <w:rFonts w:ascii="Georgia" w:eastAsia="Georgia" w:hAnsi="Georgia"/>
          <w:i/>
        </w:rPr>
        <w:t>"My heart is fixed, O God, my heart is fixed. I will sing and give praise, whether I'm in the cave or on the hill. He has dealt bountifully with me."</w:t>
      </w:r>
    </w:p>
    <w:p w14:paraId="28468C06" w14:textId="77777777" w:rsidR="00C8625A" w:rsidRDefault="00751C59">
      <w:pPr>
        <w:spacing w:before="160" w:after="80"/>
      </w:pPr>
      <w:r>
        <w:rPr>
          <w:rFonts w:ascii="Georgia" w:eastAsia="Georgia" w:hAnsi="Georgia"/>
          <w:b/>
          <w:color w:val="2C3E50"/>
          <w:sz w:val="20"/>
        </w:rPr>
        <w:t>PRAYER</w:t>
      </w:r>
    </w:p>
    <w:p w14:paraId="35768A90" w14:textId="77777777" w:rsidR="00C8625A" w:rsidRDefault="00751C59">
      <w:pPr>
        <w:spacing w:after="240"/>
        <w:ind w:left="288"/>
      </w:pPr>
      <w:r>
        <w:rPr>
          <w:rFonts w:ascii="Georgia" w:eastAsia="Georgia" w:hAnsi="Georgia"/>
          <w:i/>
        </w:rPr>
        <w:t>Lord, make me a man or woman after Your own heart, whose first reflex is praise. Take my worst places and turn them into psalms. In Jesus' name, amen.</w:t>
      </w:r>
    </w:p>
    <w:p w14:paraId="1FAE7BA0" w14:textId="77777777" w:rsidR="00C8625A" w:rsidRDefault="00751C59">
      <w:r>
        <w:br w:type="page"/>
      </w:r>
    </w:p>
    <w:p w14:paraId="03C95D47" w14:textId="77777777" w:rsidR="00C8625A" w:rsidRDefault="00751C59">
      <w:pPr>
        <w:spacing w:before="960" w:after="80"/>
        <w:jc w:val="center"/>
      </w:pPr>
      <w:r>
        <w:rPr>
          <w:rFonts w:ascii="Georgia" w:eastAsia="Georgia" w:hAnsi="Georgia"/>
          <w:b/>
        </w:rPr>
        <w:lastRenderedPageBreak/>
        <w:t>CHAPTER 9</w:t>
      </w:r>
    </w:p>
    <w:p w14:paraId="5F0C3074" w14:textId="77777777" w:rsidR="00C8625A" w:rsidRDefault="00751C59">
      <w:pPr>
        <w:spacing w:after="280"/>
        <w:jc w:val="center"/>
      </w:pPr>
      <w:r>
        <w:rPr>
          <w:rFonts w:ascii="Georgia" w:eastAsia="Georgia" w:hAnsi="Georgia"/>
          <w:b/>
          <w:sz w:val="32"/>
        </w:rPr>
        <w:t>Hezekiah: Praise in the Face of an Impossible Threat</w:t>
      </w:r>
    </w:p>
    <w:p w14:paraId="71ABACCD" w14:textId="77777777" w:rsidR="00C8625A" w:rsidRDefault="00751C59">
      <w:pPr>
        <w:spacing w:before="160"/>
        <w:ind w:left="360" w:right="360"/>
        <w:jc w:val="center"/>
      </w:pPr>
      <w:r>
        <w:rPr>
          <w:rFonts w:ascii="Georgia" w:eastAsia="Georgia" w:hAnsi="Georgia"/>
          <w:i/>
          <w:sz w:val="20"/>
        </w:rPr>
        <w:t>"And Hezekiah prayed before them, and said: 'Thus says the LORD of hosts, the God of Israel, who dwells between the cherubim: You alone are God, you, of all the kingdoms of the earth; You have made heaven and earth.'" — 2 Kings 19:15 (NKJV)</w:t>
      </w:r>
    </w:p>
    <w:p w14:paraId="62112C6E" w14:textId="77777777" w:rsidR="00C8625A" w:rsidRDefault="00751C59">
      <w:pPr>
        <w:spacing w:before="280" w:after="120"/>
      </w:pPr>
      <w:r>
        <w:rPr>
          <w:rFonts w:ascii="Georgia" w:eastAsia="Georgia" w:hAnsi="Georgia"/>
          <w:b/>
        </w:rPr>
        <w:t>The Letter That Mocked God</w:t>
      </w:r>
    </w:p>
    <w:p w14:paraId="47E270D2" w14:textId="77777777" w:rsidR="00C8625A" w:rsidRDefault="00751C59">
      <w:pPr>
        <w:spacing w:after="160"/>
        <w:ind w:firstLine="259"/>
      </w:pPr>
      <w:r>
        <w:rPr>
          <w:rFonts w:ascii="Georgia" w:eastAsia="Georgia" w:hAnsi="Georgia"/>
        </w:rPr>
        <w:t xml:space="preserve">Second Kings 18–19, Isaiah 36–37, and 2 Chronicles 32 record the same event: Sennacherib, king of Assyria, has swept through Judah's fortified cities (2 Kings 18:13), and now he sends the Rabshakeh — the chief negotiator — to Jerusalem with a massive army to demand surrender. Read the speech in 2 Kings 18:19–35. It is one of the most effective pieces of propaganda in the ancient world. He mocks their military reality: "How can you repel one of the least servants of my master?" (v. 23). He mocks their army: </w:t>
      </w:r>
      <w:r>
        <w:rPr>
          <w:rFonts w:ascii="Georgia" w:eastAsia="Georgia" w:hAnsi="Georgia"/>
        </w:rPr>
        <w:t>"How can you repel one officer of the least of my master's servants?" (v. 23) — and calls their refuge a bruised reed: "Behold, you trust in the staff of this bruised reed, even in Egypt" (v. 21). He attempts to out-theologise them: "Is it not He whose high places Hezekiah took away, and whose altars he said, 'You shall worship before this altar in Jerusalem'? Is it not He who said to me, 'Go up against this land and destroy it'" (v. 22, NKJV, adapted). And then the worst line: "Has any of the gods of the n</w:t>
      </w:r>
      <w:r>
        <w:rPr>
          <w:rFonts w:ascii="Georgia" w:eastAsia="Georgia" w:hAnsi="Georgia"/>
        </w:rPr>
        <w:t xml:space="preserve">ations ever delivered its land out of the hand of the king of Assyria?" (v. 33, ESV adapted). He has, after all, already conquered Babylon, Cuth, Hamath, Sepharvaim (vv. 34– 35). Hezekiah's reaction is not to argue with the Rabshakeh publicly. He tears his clothes, covers himself with sackcloth, goes into the house of the LORD, and </w:t>
      </w:r>
      <w:r>
        <w:rPr>
          <w:rFonts w:ascii="Georgia" w:eastAsia="Georgia" w:hAnsi="Georgia"/>
        </w:rPr>
        <w:lastRenderedPageBreak/>
        <w:t>sends for Isaiah (2 Kings 19:1– 2). He also sends a message asking Isaiah to "lift up your prayer for the remnant that is left" (v. 4).</w:t>
      </w:r>
    </w:p>
    <w:p w14:paraId="550F019A" w14:textId="77777777" w:rsidR="00C8625A" w:rsidRDefault="00751C59">
      <w:pPr>
        <w:spacing w:before="280" w:after="120"/>
      </w:pPr>
      <w:r>
        <w:rPr>
          <w:rFonts w:ascii="Georgia" w:eastAsia="Georgia" w:hAnsi="Georgia"/>
          <w:b/>
        </w:rPr>
        <w:t>The Anatomy of a Praise-Based Prayer</w:t>
      </w:r>
    </w:p>
    <w:p w14:paraId="3BBD5E91" w14:textId="77777777" w:rsidR="00C8625A" w:rsidRDefault="00751C59">
      <w:pPr>
        <w:spacing w:after="160"/>
        <w:ind w:firstLine="259"/>
      </w:pPr>
      <w:r>
        <w:rPr>
          <w:rFonts w:ascii="Georgia" w:eastAsia="Georgia" w:hAnsi="Georgia"/>
        </w:rPr>
        <w:t>Then we get one of the four great prayer models in Scripture (2 Kings 19:15–19; Isaiah 37:14–20). And it begins, as all praise-based prayers do, not with the crisis but with the Person: "You alone are God, you, of all the kingdoms of the earth; You have made heaven and earth" (v. 15, NKJV). Notice the two grounds of praise. Creation — "You have made heaven and earth" — because a God who built the cosmos can handle a king. Covenant history — "You dwell between the cherubim" (v. 14) — because the God enthrone</w:t>
      </w:r>
      <w:r>
        <w:rPr>
          <w:rFonts w:ascii="Georgia" w:eastAsia="Georgia" w:hAnsi="Georgia"/>
        </w:rPr>
        <w:t>d above the mercy seat in that very temple has committed Himself to this people. Only then, in verse 16, does he name the problem: "Incline Your ear, O LORD, and hear; open Your eyes, O LORD, and see all the words of Sennacherib." And in verses 17–18 he concedes the historical facts: "Surely, LORD, the kings of Assyria have laid waste the nations... and have delivered their gods into the hand of man, so that they destroyed them." The gods of those nations were wood and stone — that is why the Assyrians coul</w:t>
      </w:r>
      <w:r>
        <w:rPr>
          <w:rFonts w:ascii="Georgia" w:eastAsia="Georgia" w:hAnsi="Georgia"/>
        </w:rPr>
        <w:t>d burn them. Which sets up the actual request in verse 19 — a doxological request, not merely a defensive one: "Now, O LORD our God, save us, I pray, from his hand, that all the kingdoms of the earth may know that You alone are the LORD." Hezekiah asked for rescue so that praise would be universal. That is the mind of worship: my salvation is not the final purpose; Your name is.</w:t>
      </w:r>
    </w:p>
    <w:p w14:paraId="6AE1B08C" w14:textId="77777777" w:rsidR="00C8625A" w:rsidRDefault="00751C59">
      <w:pPr>
        <w:spacing w:before="280" w:after="120"/>
      </w:pPr>
      <w:r>
        <w:rPr>
          <w:rFonts w:ascii="Georgia" w:eastAsia="Georgia" w:hAnsi="Georgia"/>
          <w:b/>
        </w:rPr>
        <w:t>God's Answer — and the Mockery's End</w:t>
      </w:r>
    </w:p>
    <w:p w14:paraId="6F3EDCD3" w14:textId="77777777" w:rsidR="00C8625A" w:rsidRDefault="00751C59">
      <w:pPr>
        <w:spacing w:after="160"/>
        <w:ind w:firstLine="259"/>
      </w:pPr>
      <w:r>
        <w:rPr>
          <w:rFonts w:ascii="Georgia" w:eastAsia="Georgia" w:hAnsi="Georgia"/>
        </w:rPr>
        <w:t xml:space="preserve">Isaiah's reply is staggering. The one who blasphemed is dismissed as a wild donkey in the desert, and God says of </w:t>
      </w:r>
      <w:r>
        <w:rPr>
          <w:rFonts w:ascii="Georgia" w:eastAsia="Georgia" w:hAnsi="Georgia"/>
        </w:rPr>
        <w:lastRenderedPageBreak/>
        <w:t>Sennacherib, "I will put My hook in his nose, and My bridle in his lips, and turn him back by the way he came" (2 Kings 19:28, NKJV). The sign given to Hezekiah is agricultural: this year you eat what grows on its own, next year what springs from that, and in the third year sow and reap (vv. 29–30). God gives a sign about the third year to men who cannot eat the current one. Praise trusts the long calendar. And then: "the angel of the LORD went out and killed 185,000 in the camp of the Assyrians" (v. 35). S</w:t>
      </w:r>
      <w:r>
        <w:rPr>
          <w:rFonts w:ascii="Georgia" w:eastAsia="Georgia" w:hAnsi="Georgia"/>
        </w:rPr>
        <w:t>ennacherib leaves, and later is worshiping in the house of his own god when his sons kill him (v. 37). Second Chronicles 32:23 adds the outcome for the nations: "many brought offerings to the LORD to Jerusalem, and presents to Hezekiah king of Judah, so that his prestige was exalted in the eyes of all nations after this."</w:t>
      </w:r>
    </w:p>
    <w:p w14:paraId="59AA6F21" w14:textId="77777777" w:rsidR="00C8625A" w:rsidRDefault="00751C59">
      <w:pPr>
        <w:spacing w:before="280" w:after="120"/>
      </w:pPr>
      <w:r>
        <w:rPr>
          <w:rFonts w:ascii="Georgia" w:eastAsia="Georgia" w:hAnsi="Georgia"/>
          <w:b/>
        </w:rPr>
        <w:t>But Finish The Chapter</w:t>
      </w:r>
    </w:p>
    <w:p w14:paraId="7A763527" w14:textId="77777777" w:rsidR="00C8625A" w:rsidRDefault="00751C59">
      <w:pPr>
        <w:spacing w:after="160"/>
        <w:ind w:firstLine="259"/>
      </w:pPr>
      <w:r>
        <w:rPr>
          <w:rFonts w:ascii="Georgia" w:eastAsia="Georgia" w:hAnsi="Georgia"/>
        </w:rPr>
        <w:t>Hezekiah's story is a warning, too — and it's why the compilers of this book would not let us leave him in the triumph of chapter 19. 2 Chronicles 32:24–31 records that "Hezekiah did not repay according to the benefit done to him, but his heart was lifted up" (v. 25, NKJV) — and then, remarkably, "Nevertheless, when Hezekiah humbled himself... the wrath of the LORD turned away from Judah" (vv. 26–27). Even pride after great revival is a real danger, and even pride after great revival can be repented of. And</w:t>
      </w:r>
      <w:r>
        <w:rPr>
          <w:rFonts w:ascii="Georgia" w:eastAsia="Georgia" w:hAnsi="Georgia"/>
        </w:rPr>
        <w:t xml:space="preserve"> when Babylonian envoys came after hearing of his treasures and his healing, Hezekiah showed them everything (2 Kings 20:12–13; Isaiah 39:1–2), and Isaiah prophesied that Babylon would one day carry it all off, including his descendants (2 Kings 20:17–18). Hezekiah's reply is one of the strangest lines in Kings: "The word of the LORD which you have spoken is good," for he thought, "Is it not so, if in my days there will be peace and truth?" (v. 19, NKJV). I include this because a book on praise must not pro</w:t>
      </w:r>
      <w:r>
        <w:rPr>
          <w:rFonts w:ascii="Georgia" w:eastAsia="Georgia" w:hAnsi="Georgia"/>
        </w:rPr>
        <w:t xml:space="preserve">duce </w:t>
      </w:r>
      <w:r>
        <w:rPr>
          <w:rFonts w:ascii="Georgia" w:eastAsia="Georgia" w:hAnsi="Georgia"/>
        </w:rPr>
        <w:lastRenderedPageBreak/>
        <w:t>people who think praise makes them safe to forget God. Hezekiah's praise was real. His pride was also real. We are all of us capable of both, in the same season. The corrective is not less praise; it is continued humility — and the lesson that praise is a daily walk, not a past trophy.</w:t>
      </w:r>
    </w:p>
    <w:p w14:paraId="23E21627" w14:textId="77777777" w:rsidR="00C8625A" w:rsidRDefault="00751C59">
      <w:pPr>
        <w:spacing w:before="280" w:after="120"/>
      </w:pPr>
      <w:r>
        <w:rPr>
          <w:rFonts w:ascii="Georgia" w:eastAsia="Georgia" w:hAnsi="Georgia"/>
          <w:b/>
        </w:rPr>
        <w:t>Reflect and Respond</w:t>
      </w:r>
    </w:p>
    <w:p w14:paraId="337888BF" w14:textId="77777777" w:rsidR="00C8625A" w:rsidRDefault="00751C59">
      <w:pPr>
        <w:spacing w:after="80"/>
        <w:ind w:left="288"/>
      </w:pPr>
      <w:r>
        <w:rPr>
          <w:rFonts w:ascii="Georgia" w:eastAsia="Georgia" w:hAnsi="Georgia"/>
        </w:rPr>
        <w:t>1. What is the "Rabshakeh's speech" in your season — the specific accusation or taunt you</w:t>
      </w:r>
    </w:p>
    <w:p w14:paraId="3222D22B" w14:textId="77777777" w:rsidR="00C8625A" w:rsidRDefault="00751C59">
      <w:pPr>
        <w:spacing w:after="160"/>
        <w:ind w:firstLine="259"/>
      </w:pPr>
      <w:r>
        <w:rPr>
          <w:rFonts w:ascii="Georgia" w:eastAsia="Georgia" w:hAnsi="Georgia"/>
        </w:rPr>
        <w:t>have been arguing with?</w:t>
      </w:r>
    </w:p>
    <w:p w14:paraId="7CE579BC" w14:textId="77777777" w:rsidR="00C8625A" w:rsidRDefault="00751C59">
      <w:pPr>
        <w:spacing w:after="80"/>
        <w:ind w:left="288"/>
      </w:pPr>
      <w:r>
        <w:rPr>
          <w:rFonts w:ascii="Georgia" w:eastAsia="Georgia" w:hAnsi="Georgia"/>
        </w:rPr>
        <w:t>2. Take his two grounds of praise and use them: write down one reason from creation and</w:t>
      </w:r>
    </w:p>
    <w:p w14:paraId="0A7C1165" w14:textId="77777777" w:rsidR="00C8625A" w:rsidRDefault="00751C59">
      <w:pPr>
        <w:spacing w:after="160"/>
        <w:ind w:firstLine="259"/>
      </w:pPr>
      <w:r>
        <w:rPr>
          <w:rFonts w:ascii="Georgia" w:eastAsia="Georgia" w:hAnsi="Georgia"/>
        </w:rPr>
        <w:t>one from covenant history that God is able.</w:t>
      </w:r>
    </w:p>
    <w:p w14:paraId="54B3F8FA" w14:textId="77777777" w:rsidR="00C8625A" w:rsidRDefault="00751C59">
      <w:pPr>
        <w:spacing w:after="80"/>
        <w:ind w:left="288"/>
      </w:pPr>
      <w:r>
        <w:rPr>
          <w:rFonts w:ascii="Georgia" w:eastAsia="Georgia" w:hAnsi="Georgia"/>
        </w:rPr>
        <w:t>3. End your prayer with verse 19's motive — "that all the earth may know that You alone are</w:t>
      </w:r>
    </w:p>
    <w:p w14:paraId="17636BE2" w14:textId="77777777" w:rsidR="00C8625A" w:rsidRDefault="00751C59">
      <w:pPr>
        <w:spacing w:after="160"/>
        <w:ind w:firstLine="259"/>
      </w:pPr>
      <w:r>
        <w:rPr>
          <w:rFonts w:ascii="Georgia" w:eastAsia="Georgia" w:hAnsi="Georgia"/>
        </w:rPr>
        <w:t>the LORD."</w:t>
      </w:r>
    </w:p>
    <w:p w14:paraId="5C2E8781" w14:textId="77777777" w:rsidR="00C8625A" w:rsidRDefault="00751C59">
      <w:pPr>
        <w:spacing w:before="240" w:after="80"/>
      </w:pPr>
      <w:r>
        <w:rPr>
          <w:rFonts w:ascii="Georgia" w:eastAsia="Georgia" w:hAnsi="Georgia"/>
          <w:b/>
          <w:color w:val="2C3E50"/>
          <w:sz w:val="20"/>
        </w:rPr>
        <w:t>DECLARATION</w:t>
      </w:r>
    </w:p>
    <w:p w14:paraId="001147DE" w14:textId="77777777" w:rsidR="00C8625A" w:rsidRDefault="00751C59">
      <w:pPr>
        <w:spacing w:after="160"/>
        <w:ind w:left="288"/>
      </w:pPr>
      <w:r>
        <w:rPr>
          <w:rFonts w:ascii="Georgia" w:eastAsia="Georgia" w:hAnsi="Georgia"/>
          <w:i/>
        </w:rPr>
        <w:t>"You alone are God of all the kingdoms of the earth. I will not argue with the mockery; I will worship the Maker, and leave the argument in His hands."</w:t>
      </w:r>
    </w:p>
    <w:p w14:paraId="31FEC79F" w14:textId="77777777" w:rsidR="00C8625A" w:rsidRDefault="00751C59">
      <w:pPr>
        <w:spacing w:before="160" w:after="80"/>
      </w:pPr>
      <w:r>
        <w:rPr>
          <w:rFonts w:ascii="Georgia" w:eastAsia="Georgia" w:hAnsi="Georgia"/>
          <w:b/>
          <w:color w:val="2C3E50"/>
          <w:sz w:val="20"/>
        </w:rPr>
        <w:t>PRAYER</w:t>
      </w:r>
    </w:p>
    <w:p w14:paraId="163CEC8B" w14:textId="77777777" w:rsidR="00C8625A" w:rsidRDefault="00751C59">
      <w:pPr>
        <w:spacing w:after="240"/>
        <w:ind w:left="288"/>
      </w:pPr>
      <w:r>
        <w:rPr>
          <w:rFonts w:ascii="Georgia" w:eastAsia="Georgia" w:hAnsi="Georgia"/>
          <w:i/>
        </w:rPr>
        <w:t>LORD of hosts, God enthroned above the cherubim, You alone are God. Incline Your ear and hear; open Your eyes and see. Save us, that all the kingdoms of the earth may know that You alone are the LORD. And keep me humble in my rescue. In Jesus' name, amen.</w:t>
      </w:r>
    </w:p>
    <w:p w14:paraId="3A4B4014" w14:textId="77777777" w:rsidR="00C8625A" w:rsidRDefault="00751C59">
      <w:r>
        <w:br w:type="page"/>
      </w:r>
    </w:p>
    <w:p w14:paraId="73E5FFDA" w14:textId="77777777" w:rsidR="00C8625A" w:rsidRDefault="00751C59">
      <w:pPr>
        <w:spacing w:before="960" w:after="80"/>
        <w:jc w:val="center"/>
      </w:pPr>
      <w:r>
        <w:rPr>
          <w:rFonts w:ascii="Georgia" w:eastAsia="Georgia" w:hAnsi="Georgia"/>
          <w:b/>
        </w:rPr>
        <w:lastRenderedPageBreak/>
        <w:t>CHAPTER 10</w:t>
      </w:r>
    </w:p>
    <w:p w14:paraId="59953E10" w14:textId="77777777" w:rsidR="00C8625A" w:rsidRDefault="00751C59">
      <w:pPr>
        <w:spacing w:after="280"/>
        <w:jc w:val="center"/>
      </w:pPr>
      <w:r>
        <w:rPr>
          <w:rFonts w:ascii="Georgia" w:eastAsia="Georgia" w:hAnsi="Georgia"/>
          <w:b/>
          <w:sz w:val="32"/>
        </w:rPr>
        <w:t>Paul and Silas: Praise in Prison</w:t>
      </w:r>
    </w:p>
    <w:p w14:paraId="4D7ACCFE" w14:textId="77777777" w:rsidR="00C8625A" w:rsidRDefault="00751C59">
      <w:pPr>
        <w:spacing w:before="160"/>
        <w:ind w:left="360" w:right="360"/>
        <w:jc w:val="center"/>
      </w:pPr>
      <w:r>
        <w:rPr>
          <w:rFonts w:ascii="Georgia" w:eastAsia="Georgia" w:hAnsi="Georgia"/>
          <w:i/>
          <w:sz w:val="20"/>
        </w:rPr>
        <w:t>"But at midnight Paul and Silas were praying and singing hymns to God, and the prisoners were listening to them." — Acts 16:25 (NKJV)</w:t>
      </w:r>
    </w:p>
    <w:p w14:paraId="7B171CAA" w14:textId="77777777" w:rsidR="00C8625A" w:rsidRDefault="00751C59">
      <w:pPr>
        <w:spacing w:before="280" w:after="120"/>
      </w:pPr>
      <w:r>
        <w:rPr>
          <w:rFonts w:ascii="Georgia" w:eastAsia="Georgia" w:hAnsi="Georgia"/>
          <w:b/>
        </w:rPr>
        <w:t>The Worst Day of the Best Missionary's Life</w:t>
      </w:r>
    </w:p>
    <w:p w14:paraId="40B39148" w14:textId="77777777" w:rsidR="00C8625A" w:rsidRDefault="00751C59">
      <w:pPr>
        <w:spacing w:after="160"/>
        <w:ind w:firstLine="259"/>
      </w:pPr>
      <w:r>
        <w:rPr>
          <w:rFonts w:ascii="Georgia" w:eastAsia="Georgia" w:hAnsi="Georgia"/>
        </w:rPr>
        <w:t>Luke tells the story in Acts 16:16–40 with unusual precision. In Philippi, a slave girl with a spirit of divination makes her owners a great profit by fortune-telling, and she follows Paul crying out, "These men are the servants of the Most High God" (v. 17) — a true word, from an unclean source. Paul, "greatly annoyed," turns and casts it out (v. 18). When the profit evaporates, the owners drag Paul and Silas into the marketplace, before the magistrates, and the crowd joins in. They are stripped, beaten wi</w:t>
      </w:r>
      <w:r>
        <w:rPr>
          <w:rFonts w:ascii="Georgia" w:eastAsia="Georgia" w:hAnsi="Georgia"/>
        </w:rPr>
        <w:t>th rods, and thrown into the inner prison with their feet fastened in the stocks (v. 24, cf. vv. 22–23). Luke notes there are two prisons in this scene, one inside the other; they have been put where the light doesn't come. The outer court had an opening in it (as at Philippi's excavated site), but the inner cell had a single small windowless space for a torch, and the wooden stocks would lock their feet apart, forcing their legs open so that every bruised inch of back and leg throbbed. The jailer had recei</w:t>
      </w:r>
      <w:r>
        <w:rPr>
          <w:rFonts w:ascii="Georgia" w:eastAsia="Georgia" w:hAnsi="Georgia"/>
        </w:rPr>
        <w:t>ved orders to keep them safely (v. 23). The next sentence is the famous one: "But at midnight Paul and Silas were praying and singing hymns to God, and the prisoners were listening to them" (v. 25).</w:t>
      </w:r>
    </w:p>
    <w:p w14:paraId="43D943CF" w14:textId="77777777" w:rsidR="00C8625A" w:rsidRDefault="00751C59">
      <w:pPr>
        <w:spacing w:before="280" w:after="120"/>
      </w:pPr>
      <w:r>
        <w:rPr>
          <w:rFonts w:ascii="Georgia" w:eastAsia="Georgia" w:hAnsi="Georgia"/>
          <w:b/>
        </w:rPr>
        <w:t>The Three Words That Change the Reading</w:t>
      </w:r>
    </w:p>
    <w:p w14:paraId="010B2F13" w14:textId="77777777" w:rsidR="00C8625A" w:rsidRDefault="00751C59">
      <w:pPr>
        <w:spacing w:after="160"/>
        <w:ind w:firstLine="259"/>
      </w:pPr>
      <w:r>
        <w:rPr>
          <w:rFonts w:ascii="Georgia" w:eastAsia="Georgia" w:hAnsi="Georgia"/>
        </w:rPr>
        <w:t xml:space="preserve">"At midnight." Their liturgy was not scheduled by the sun. This was not a morning service with candles. Midnight is the hour of maximum discouragement — the darkest point of </w:t>
      </w:r>
      <w:r>
        <w:rPr>
          <w:rFonts w:ascii="Georgia" w:eastAsia="Georgia" w:hAnsi="Georgia"/>
        </w:rPr>
        <w:lastRenderedPageBreak/>
        <w:t>the night before dawn, the time when the body is most exhausted and the mind most vulnerable. Praise at 3 a.m. is praise in a language only the desperate understand. "Praying and singing." Two verbs. Their praise was not a replacement for petition; it was a partner to it. Some of you have been told to stop asking and just worship; that is not the text. Pray and sing. "And the prisoners were listening." This is the detail everyone misses. The other prisoners in that filthy hole were listening. Luke doesn't s</w:t>
      </w:r>
      <w:r>
        <w:rPr>
          <w:rFonts w:ascii="Georgia" w:eastAsia="Georgia" w:hAnsi="Georgia"/>
        </w:rPr>
        <w:t>ay when Paul and Silas began, only that by the time the crowd had gone to sleep and the light was out, there was a sound worth hearing. Their praise was the only evangelism that cell ever received. Do you understand what kind of missionary you can become in a midnight you didn't choose? Your co-prisoners are listening. Your family is listening. The person who caused your trouble is listening.</w:t>
      </w:r>
    </w:p>
    <w:p w14:paraId="25199B55" w14:textId="77777777" w:rsidR="00C8625A" w:rsidRDefault="00751C59">
      <w:pPr>
        <w:spacing w:before="240" w:after="240"/>
        <w:ind w:left="504" w:right="504"/>
        <w:jc w:val="center"/>
      </w:pPr>
      <w:r>
        <w:rPr>
          <w:rFonts w:ascii="Georgia" w:eastAsia="Georgia" w:hAnsi="Georgia"/>
          <w:b/>
          <w:i/>
          <w:color w:val="2C3E50"/>
          <w:sz w:val="24"/>
        </w:rPr>
        <w:t>Your co-prisoners are listening.</w:t>
      </w:r>
    </w:p>
    <w:p w14:paraId="6268E4E5" w14:textId="77777777" w:rsidR="00C8625A" w:rsidRDefault="00751C59">
      <w:pPr>
        <w:spacing w:before="280" w:after="120"/>
      </w:pPr>
      <w:r>
        <w:rPr>
          <w:rFonts w:ascii="Georgia" w:eastAsia="Georgia" w:hAnsi="Georgia"/>
          <w:b/>
        </w:rPr>
        <w:t>What Happened Next</w:t>
      </w:r>
    </w:p>
    <w:p w14:paraId="6D220270" w14:textId="77777777" w:rsidR="00C8625A" w:rsidRDefault="00751C59">
      <w:pPr>
        <w:spacing w:before="160"/>
        <w:ind w:left="360" w:right="360"/>
        <w:jc w:val="center"/>
      </w:pPr>
      <w:r>
        <w:rPr>
          <w:rFonts w:ascii="Georgia" w:eastAsia="Georgia" w:hAnsi="Georgia"/>
          <w:i/>
          <w:sz w:val="20"/>
        </w:rPr>
        <w:t>"Suddenly there was a great earthquake, so that the foundations of the prison were shaken; and immediately all the doors were opened and everyone's chains were loosed" (v. 26). The jailer, assuming the prisoners escaped and about to be executed for it (v. 27; cf. 12:19; 27:42 for the Roman practice), draws his sword. Paul shouts, "Do yourself no harm, for we are all here" (v. 28). And then — and this is the point of the whole story — the jailer "called for lights and sprang in, and, trembling and frightened</w:t>
      </w:r>
      <w:r>
        <w:rPr>
          <w:rFonts w:ascii="Georgia" w:eastAsia="Georgia" w:hAnsi="Georgia"/>
          <w:i/>
          <w:sz w:val="20"/>
        </w:rPr>
        <w:t xml:space="preserve">, fell down before Paul and Silas" (v. 29), and asks: "Sirs, what must I do to be saved?" (v. 30). The answer is one of the most quoted verses in the New Testament: "Believe on the Lord Jesus Christ, and you will be saved, you and your household" (v. 31). "He brought them up into his house and set food before them, </w:t>
      </w:r>
      <w:r>
        <w:rPr>
          <w:rFonts w:ascii="Georgia" w:eastAsia="Georgia" w:hAnsi="Georgia"/>
          <w:i/>
          <w:sz w:val="20"/>
        </w:rPr>
        <w:lastRenderedPageBreak/>
        <w:t>and rejoiced, having believed in God with all his household" (v. 34, NKJV)</w:t>
      </w:r>
    </w:p>
    <w:p w14:paraId="4CC471BB" w14:textId="77777777" w:rsidR="00C8625A" w:rsidRDefault="00751C59">
      <w:pPr>
        <w:spacing w:after="160"/>
        <w:ind w:firstLine="259"/>
      </w:pPr>
      <w:r>
        <w:rPr>
          <w:rFonts w:ascii="Georgia" w:eastAsia="Georgia" w:hAnsi="Georgia"/>
        </w:rPr>
        <w:t>. Notice who the earthquake freed: not only Paul and Silas. Everyone's chains (v. 26). The apostles stayed in the building while the doors stood open, and by staying, they won a household for Christ. Sometimes your refusal to leave when you could is the very thing that saves the people around you.</w:t>
      </w:r>
    </w:p>
    <w:p w14:paraId="274BF444" w14:textId="77777777" w:rsidR="00C8625A" w:rsidRDefault="00751C59">
      <w:pPr>
        <w:spacing w:before="280" w:after="120"/>
      </w:pPr>
      <w:r>
        <w:rPr>
          <w:rFonts w:ascii="Georgia" w:eastAsia="Georgia" w:hAnsi="Georgia"/>
          <w:b/>
        </w:rPr>
        <w:t>The Letter From Prison</w:t>
      </w:r>
    </w:p>
    <w:p w14:paraId="27E6ACAC" w14:textId="77777777" w:rsidR="00C8625A" w:rsidRDefault="00751C59">
      <w:pPr>
        <w:spacing w:after="160"/>
        <w:ind w:firstLine="259"/>
      </w:pPr>
      <w:r>
        <w:rPr>
          <w:rFonts w:ascii="Georgia" w:eastAsia="Georgia" w:hAnsi="Georgia"/>
        </w:rPr>
        <w:t>Paul's own memory of this appears — almost certainly — in Philippians, written years later from another prison: "Rejoice in the Lord always. Again, I say, rejoice!" (Philippians 4:4, NKJV). The man who taught the church about joy in suffering was not theorising. He had sung at midnight with his back bleeding.</w:t>
      </w:r>
    </w:p>
    <w:p w14:paraId="577AFF66" w14:textId="77777777" w:rsidR="00C8625A" w:rsidRDefault="00751C59">
      <w:pPr>
        <w:spacing w:before="280" w:after="120"/>
      </w:pPr>
      <w:r>
        <w:rPr>
          <w:rFonts w:ascii="Georgia" w:eastAsia="Georgia" w:hAnsi="Georgia"/>
          <w:b/>
        </w:rPr>
        <w:t>Four Takeaways for Your Own Cell</w:t>
      </w:r>
    </w:p>
    <w:p w14:paraId="24A4DFBF" w14:textId="77777777" w:rsidR="00C8625A" w:rsidRDefault="00751C59">
      <w:pPr>
        <w:spacing w:after="80"/>
        <w:ind w:left="288"/>
      </w:pPr>
      <w:r>
        <w:rPr>
          <w:rFonts w:ascii="Georgia" w:eastAsia="Georgia" w:hAnsi="Georgia"/>
        </w:rPr>
        <w:t>35. Praise in the dark is a choice, not a feeling. They had no reason, no venue, no</w:t>
      </w:r>
    </w:p>
    <w:p w14:paraId="6428673E" w14:textId="77777777" w:rsidR="00C8625A" w:rsidRDefault="00751C59">
      <w:pPr>
        <w:spacing w:after="160"/>
        <w:ind w:firstLine="259"/>
      </w:pPr>
      <w:r>
        <w:rPr>
          <w:rFonts w:ascii="Georgia" w:eastAsia="Georgia" w:hAnsi="Georgia"/>
        </w:rPr>
        <w:t>instrument, no audience of approval, and every reason to complain. Yet they sang.</w:t>
      </w:r>
    </w:p>
    <w:p w14:paraId="7D0DB2F3" w14:textId="77777777" w:rsidR="00C8625A" w:rsidRDefault="00751C59">
      <w:pPr>
        <w:spacing w:after="80"/>
        <w:ind w:left="288"/>
      </w:pPr>
      <w:r>
        <w:rPr>
          <w:rFonts w:ascii="Georgia" w:eastAsia="Georgia" w:hAnsi="Georgia"/>
        </w:rPr>
        <w:t>36. Praise with Scripture on your lips is self-defence. We don't know the hymns, but the</w:t>
      </w:r>
    </w:p>
    <w:p w14:paraId="11971708" w14:textId="77777777" w:rsidR="00C8625A" w:rsidRDefault="00751C59">
      <w:pPr>
        <w:spacing w:after="160"/>
        <w:ind w:firstLine="259"/>
      </w:pPr>
      <w:r>
        <w:rPr>
          <w:rFonts w:ascii="Georgia" w:eastAsia="Georgia" w:hAnsi="Georgia"/>
        </w:rPr>
        <w:t>word used, hymneō, and the language of Psalms 120–134 ("Songs of Ascents") suggests the Psalter. If your memory is stocked with psalms, you can sing in any prison.</w:t>
      </w:r>
    </w:p>
    <w:p w14:paraId="6C5B4008" w14:textId="77777777" w:rsidR="00C8625A" w:rsidRDefault="00751C59">
      <w:pPr>
        <w:spacing w:after="80"/>
        <w:ind w:left="288"/>
      </w:pPr>
      <w:r>
        <w:rPr>
          <w:rFonts w:ascii="Georgia" w:eastAsia="Georgia" w:hAnsi="Georgia"/>
        </w:rPr>
        <w:t>37. Praise is public. They did not sing in a way that only God could hear. Let your enemies</w:t>
      </w:r>
    </w:p>
    <w:p w14:paraId="03B4609B" w14:textId="77777777" w:rsidR="00C8625A" w:rsidRDefault="00751C59">
      <w:pPr>
        <w:spacing w:after="160"/>
        <w:ind w:firstLine="259"/>
      </w:pPr>
      <w:r>
        <w:rPr>
          <w:rFonts w:ascii="Georgia" w:eastAsia="Georgia" w:hAnsi="Georgia"/>
        </w:rPr>
        <w:t>hear something of God in you.</w:t>
      </w:r>
    </w:p>
    <w:p w14:paraId="39EACACA" w14:textId="77777777" w:rsidR="00C8625A" w:rsidRDefault="00751C59">
      <w:pPr>
        <w:spacing w:after="80"/>
        <w:ind w:left="288"/>
      </w:pPr>
      <w:r>
        <w:rPr>
          <w:rFonts w:ascii="Georgia" w:eastAsia="Georgia" w:hAnsi="Georgia"/>
        </w:rPr>
        <w:lastRenderedPageBreak/>
        <w:t>38. Praise keeps you until your purpose is done. They were free at verse 26 and stayed</w:t>
      </w:r>
    </w:p>
    <w:p w14:paraId="7F726EDC" w14:textId="77777777" w:rsidR="00C8625A" w:rsidRDefault="00751C59">
      <w:pPr>
        <w:spacing w:after="160"/>
        <w:ind w:firstLine="259"/>
      </w:pPr>
      <w:r>
        <w:rPr>
          <w:rFonts w:ascii="Georgia" w:eastAsia="Georgia" w:hAnsi="Georgia"/>
        </w:rPr>
        <w:t>until the jailer was saved at verse 34. The miracle was not the point; the salvation was.</w:t>
      </w:r>
    </w:p>
    <w:p w14:paraId="6413F910" w14:textId="77777777" w:rsidR="00C8625A" w:rsidRDefault="00751C59">
      <w:pPr>
        <w:spacing w:before="280" w:after="120"/>
      </w:pPr>
      <w:r>
        <w:rPr>
          <w:rFonts w:ascii="Georgia" w:eastAsia="Georgia" w:hAnsi="Georgia"/>
          <w:b/>
        </w:rPr>
        <w:t>Reflect and Respond</w:t>
      </w:r>
    </w:p>
    <w:p w14:paraId="6D46C07D" w14:textId="77777777" w:rsidR="00C8625A" w:rsidRDefault="00751C59">
      <w:pPr>
        <w:spacing w:after="80"/>
        <w:ind w:left="288"/>
      </w:pPr>
      <w:r>
        <w:rPr>
          <w:rFonts w:ascii="Georgia" w:eastAsia="Georgia" w:hAnsi="Georgia"/>
        </w:rPr>
        <w:t>1. What is your midnight — the hour or season where despair is loudest?</w:t>
      </w:r>
    </w:p>
    <w:p w14:paraId="4E5367E8" w14:textId="77777777" w:rsidR="00C8625A" w:rsidRDefault="00751C59">
      <w:pPr>
        <w:spacing w:after="80"/>
        <w:ind w:left="288"/>
      </w:pPr>
      <w:r>
        <w:rPr>
          <w:rFonts w:ascii="Georgia" w:eastAsia="Georgia" w:hAnsi="Georgia"/>
        </w:rPr>
        <w:t>2. Which of the "prisoners" in your life are listening to how you respond?</w:t>
      </w:r>
    </w:p>
    <w:p w14:paraId="70C609B8" w14:textId="77777777" w:rsidR="00C8625A" w:rsidRDefault="00751C59">
      <w:pPr>
        <w:spacing w:after="80"/>
        <w:ind w:left="288"/>
      </w:pPr>
      <w:r>
        <w:rPr>
          <w:rFonts w:ascii="Georgia" w:eastAsia="Georgia" w:hAnsi="Georgia"/>
        </w:rPr>
        <w:t>3. Is there a "Philippi" you have been cursing that God is using on someone else's behalf</w:t>
      </w:r>
    </w:p>
    <w:p w14:paraId="786FBAE5" w14:textId="77777777" w:rsidR="00C8625A" w:rsidRDefault="00751C59">
      <w:pPr>
        <w:spacing w:after="160"/>
        <w:ind w:firstLine="259"/>
      </w:pPr>
      <w:r>
        <w:rPr>
          <w:rFonts w:ascii="Georgia" w:eastAsia="Georgia" w:hAnsi="Georgia"/>
        </w:rPr>
        <w:t>(cf. Philippians 1:12)?</w:t>
      </w:r>
    </w:p>
    <w:p w14:paraId="7161E87C" w14:textId="77777777" w:rsidR="00C8625A" w:rsidRDefault="00751C59">
      <w:pPr>
        <w:spacing w:before="240" w:after="80"/>
      </w:pPr>
      <w:r>
        <w:rPr>
          <w:rFonts w:ascii="Georgia" w:eastAsia="Georgia" w:hAnsi="Georgia"/>
          <w:b/>
          <w:color w:val="2C3E50"/>
          <w:sz w:val="20"/>
        </w:rPr>
        <w:t>DECLARATION</w:t>
      </w:r>
    </w:p>
    <w:p w14:paraId="5420E2A5" w14:textId="77777777" w:rsidR="00C8625A" w:rsidRDefault="00751C59">
      <w:pPr>
        <w:spacing w:after="160"/>
        <w:ind w:left="288"/>
      </w:pPr>
      <w:r>
        <w:rPr>
          <w:rFonts w:ascii="Georgia" w:eastAsia="Georgia" w:hAnsi="Georgia"/>
          <w:i/>
        </w:rPr>
        <w:t>"Whatever my midnight looks like, it is a sanctuary and a stage. I will pray and sing, and the prisoners will hear that there is a Lord who hears."</w:t>
      </w:r>
    </w:p>
    <w:p w14:paraId="0CA3A8B0" w14:textId="77777777" w:rsidR="00C8625A" w:rsidRDefault="00751C59">
      <w:pPr>
        <w:spacing w:before="160" w:after="80"/>
      </w:pPr>
      <w:r>
        <w:rPr>
          <w:rFonts w:ascii="Georgia" w:eastAsia="Georgia" w:hAnsi="Georgia"/>
          <w:b/>
          <w:color w:val="2C3E50"/>
          <w:sz w:val="20"/>
        </w:rPr>
        <w:t>PRAYER</w:t>
      </w:r>
    </w:p>
    <w:p w14:paraId="7D8B2C1E" w14:textId="77777777" w:rsidR="00C8625A" w:rsidRDefault="00751C59">
      <w:pPr>
        <w:spacing w:after="240"/>
        <w:ind w:left="288"/>
      </w:pPr>
      <w:r>
        <w:rPr>
          <w:rFonts w:ascii="Georgia" w:eastAsia="Georgia" w:hAnsi="Georgia"/>
          <w:i/>
        </w:rPr>
        <w:t>Jesus, be the God of my inner prison. Loosen chains beside me as well as mine, and let the jailers in my life find mercy because of how I sang. In Jesus' name, amen.</w:t>
      </w:r>
    </w:p>
    <w:p w14:paraId="5F288657" w14:textId="77777777" w:rsidR="00C8625A" w:rsidRDefault="00751C59">
      <w:r>
        <w:br w:type="page"/>
      </w:r>
    </w:p>
    <w:p w14:paraId="30B692CB" w14:textId="77777777" w:rsidR="00C8625A" w:rsidRDefault="00751C59">
      <w:pPr>
        <w:spacing w:before="960" w:after="80"/>
        <w:jc w:val="center"/>
      </w:pPr>
      <w:r>
        <w:rPr>
          <w:rFonts w:ascii="Georgia" w:eastAsia="Georgia" w:hAnsi="Georgia"/>
          <w:b/>
        </w:rPr>
        <w:lastRenderedPageBreak/>
        <w:t>CHAPTER 11</w:t>
      </w:r>
    </w:p>
    <w:p w14:paraId="672A51C2" w14:textId="77777777" w:rsidR="00C8625A" w:rsidRDefault="00751C59">
      <w:pPr>
        <w:spacing w:after="280"/>
        <w:jc w:val="center"/>
      </w:pPr>
      <w:r>
        <w:rPr>
          <w:rFonts w:ascii="Georgia" w:eastAsia="Georgia" w:hAnsi="Georgia"/>
          <w:b/>
          <w:sz w:val="32"/>
        </w:rPr>
        <w:t>The Other Praise Warriors</w:t>
      </w:r>
    </w:p>
    <w:p w14:paraId="5D8F5B69" w14:textId="77777777" w:rsidR="00C8625A" w:rsidRDefault="00751C59">
      <w:pPr>
        <w:spacing w:after="160"/>
        <w:ind w:firstLine="259"/>
      </w:pPr>
      <w:r>
        <w:rPr>
          <w:rFonts w:ascii="Georgia" w:eastAsia="Georgia" w:hAnsi="Georgia"/>
        </w:rPr>
        <w:t>"The LORD your God is in your midst, a mighty one who will save; He will rejoice over you with gladness; He will quiet you by His love; He will exult over you with loud singing." — Zephaniah 3:17 (NKJV, adapted)</w:t>
      </w:r>
    </w:p>
    <w:p w14:paraId="5FB2C67A" w14:textId="77777777" w:rsidR="00C8625A" w:rsidRDefault="00751C59">
      <w:pPr>
        <w:spacing w:before="280" w:after="120"/>
      </w:pPr>
      <w:r>
        <w:rPr>
          <w:rFonts w:ascii="Georgia" w:eastAsia="Georgia" w:hAnsi="Georgia"/>
          <w:b/>
        </w:rPr>
        <w:t>Joshua: Praise Around an Unmovable Wall</w:t>
      </w:r>
    </w:p>
    <w:p w14:paraId="68750F68" w14:textId="77777777" w:rsidR="00C8625A" w:rsidRDefault="00751C59">
      <w:pPr>
        <w:spacing w:after="160"/>
        <w:ind w:firstLine="259"/>
      </w:pPr>
      <w:r>
        <w:rPr>
          <w:rFonts w:ascii="Georgia" w:eastAsia="Georgia" w:hAnsi="Georgia"/>
        </w:rPr>
        <w:t xml:space="preserve">Joshua 6 is the strangest military briefing in history. Jericho is "secure because of the children of Israel... none went out, and none came in" (v. 1, NKJV). God's plan: march once a day for six days, seven times on the seventh day, with seven ram's-horn trumpets before the ark, and then shout (vv. 3–5, 15–16). Three things stand out for us. The ark was in the middle. Not the front, not the rear — the centre (vv. 6–7, 13). Israel's march put the presence of God at the heart of their routine, so the people </w:t>
      </w:r>
      <w:r>
        <w:rPr>
          <w:rFonts w:ascii="Georgia" w:eastAsia="Georgia" w:hAnsi="Georgia"/>
        </w:rPr>
        <w:t>flanked the testimony, and the priests led. Your day should have the ark in it: the Word, central. The silence was part of the worship. "You shall not shout or make your voice heard, neither shall any word proceed from your mouth, until the day I command you to shout" (v. 10, NKJV). Six days of disciplined silence, and one shout. Some of your praise is being prepared in a season of not speaking. Complaint breaks what praise is building — which is why "do not murmur against one another" (James 5:9, cf. Phili</w:t>
      </w:r>
      <w:r>
        <w:rPr>
          <w:rFonts w:ascii="Georgia" w:eastAsia="Georgia" w:hAnsi="Georgia"/>
        </w:rPr>
        <w:t>ppians 2:14) is not a trivial instruction but a strategic one. The shout was not faith in the wall; it was faith in the command. The wall didn't fall when they believed; it fell when they obeyed (vv. 20–21, cf. Hebrews 11:30 — "by faith the walls of Jericho fell down after they had been encircled for seven days," ESV). Obedience that looks foolish is the obedience that offends the enemy.</w:t>
      </w:r>
    </w:p>
    <w:p w14:paraId="6DDD07DB" w14:textId="77777777" w:rsidR="00C8625A" w:rsidRDefault="00751C59">
      <w:pPr>
        <w:spacing w:before="280" w:after="120"/>
      </w:pPr>
      <w:r>
        <w:rPr>
          <w:rFonts w:ascii="Georgia" w:eastAsia="Georgia" w:hAnsi="Georgia"/>
          <w:b/>
        </w:rPr>
        <w:lastRenderedPageBreak/>
        <w:t>Hannah: Praise After the Long Silence</w:t>
      </w:r>
    </w:p>
    <w:p w14:paraId="53835F28" w14:textId="77777777" w:rsidR="00C8625A" w:rsidRDefault="00751C59">
      <w:pPr>
        <w:spacing w:after="160"/>
        <w:ind w:firstLine="259"/>
      </w:pPr>
      <w:r>
        <w:rPr>
          <w:rFonts w:ascii="Georgia" w:eastAsia="Georgia" w:hAnsi="Georgia"/>
        </w:rPr>
        <w:t>1 Samuel 1–2 is the psalm of a woman who had been mocked at the very place she went to find God — the annual pilgrimage to Shiloh, where the LORD was. Three details make Hannah one of the great praise theologians of Scripture. She took her sorrow to the temple, and she was honest there. "In the bitterness of my soul I have poured out my soul before the LORD" (1 Samuel 1:15, NKJV). Peninnah taunted her "bitterly" (v. 6) for years — "and so she did year by year," Hannah weeping and not eating (v. 7). Her wors</w:t>
      </w:r>
      <w:r>
        <w:rPr>
          <w:rFonts w:ascii="Georgia" w:eastAsia="Georgia" w:hAnsi="Georgia"/>
        </w:rPr>
        <w:t xml:space="preserve">hip was not the opposite of her pain; it was the place she took it. She prayed a specific prayer and named her vow. She asked for a seed (v. 11), and Eli the priest pronounced, "Go in peace, and the God of Israel grant your petition" (v. 17). Then, remarkably, "her face was no longer sad" (v. 18, KJV). Hannah was still physically barren. But her worship changed before her womb did. When God answered, she gave Him the glory — and then she gave Him the child. "Wherefore I have given him to the LORD" (v. 28). </w:t>
      </w:r>
      <w:r>
        <w:rPr>
          <w:rFonts w:ascii="Georgia" w:eastAsia="Georgia" w:hAnsi="Georgia"/>
        </w:rPr>
        <w:t>Her song — 1 Samuel 2:1–10, the first "Magnificat" of Scripture, three centuries before Mary's — is not a thanks for a son. It is a manifesto of God's reversals: "The bows of the mighty men are broken, and they who stumbled have been armed with strength" (v. 4), "the LORD kills and makes alive" (v. 6), "He raises the poor out of the dust" (v. 8), "He will keep the feet of His saints" (v. 9). Praise that comes from a long waiting is generally bigger praise than the thing it thanks God for.</w:t>
      </w:r>
    </w:p>
    <w:p w14:paraId="71E67272" w14:textId="77777777" w:rsidR="00C8625A" w:rsidRDefault="00751C59">
      <w:pPr>
        <w:spacing w:before="280" w:after="120"/>
      </w:pPr>
      <w:r>
        <w:rPr>
          <w:rFonts w:ascii="Georgia" w:eastAsia="Georgia" w:hAnsi="Georgia"/>
          <w:b/>
        </w:rPr>
        <w:t>Daniel and the Three Hebrews: Praise in a Furnace and a Den</w:t>
      </w:r>
    </w:p>
    <w:p w14:paraId="30C1755A" w14:textId="77777777" w:rsidR="00C8625A" w:rsidRDefault="00751C59">
      <w:pPr>
        <w:spacing w:after="160"/>
        <w:ind w:firstLine="259"/>
      </w:pPr>
      <w:r>
        <w:rPr>
          <w:rFonts w:ascii="Georgia" w:eastAsia="Georgia" w:hAnsi="Georgia"/>
        </w:rPr>
        <w:t xml:space="preserve">Daniel 3 and 6 give us two of the most consequential acts of civil disobedience in the Bible, and both are acts of praise. Shadrach, Meshach, and Abednego are told to bow at a signal or be cast into a furnace "and who is the god that will </w:t>
      </w:r>
      <w:r>
        <w:rPr>
          <w:rFonts w:ascii="Georgia" w:eastAsia="Georgia" w:hAnsi="Georgia"/>
        </w:rPr>
        <w:lastRenderedPageBreak/>
        <w:t xml:space="preserve">deliver you out of my hands?" (Daniel 3:15, NKJV). Their reply is the highest theology of praise in the Old Testament: "If our God whom we serve is able to deliver us, He will deliver us... But if not, then let it be known to you, O king, that we will not serve your gods" (vv. 17–18, NKJV). But if not. That phrase is where praise becomes unbreakable. Faith that says "God will" is hope; faith that says "but if not, we will still not bow" is worship. Then Daniel 6. In a single decree, the king signs away the </w:t>
      </w:r>
      <w:r>
        <w:rPr>
          <w:rFonts w:ascii="Georgia" w:eastAsia="Georgia" w:hAnsi="Georgia"/>
        </w:rPr>
        <w:t>freedom to pray to anyone but himself (vv. 7–9). Daniel's reaction is not to flee, not to protest, and not to compromise: "As he had done previously, Daniel went to his house three times a day, kneeling and praying and giving thanks before his God" (v. 10, NKJV). The wording matters — giving thanks. And as he had done previously. His public worship did not change because the stakes rose; his private habit had made his public courage possible. The den is famous: the king's loss of sleep, an all-night fast (v</w:t>
      </w:r>
      <w:r>
        <w:rPr>
          <w:rFonts w:ascii="Georgia" w:eastAsia="Georgia" w:hAnsi="Georgia"/>
        </w:rPr>
        <w:t>v. 16–18), Daniel found alive, "because he trusted in His God" (v. 23, KJV). Then the whole empire is made to fear the God of Daniel by royal proclamation (vv. 25–27), and Daniel prospers in the reign of Darius and the reign of Cyrus (v. 28).</w:t>
      </w:r>
    </w:p>
    <w:p w14:paraId="08BFD3F1" w14:textId="77777777" w:rsidR="00C8625A" w:rsidRDefault="00751C59">
      <w:pPr>
        <w:spacing w:before="280" w:after="120"/>
      </w:pPr>
      <w:r>
        <w:rPr>
          <w:rFonts w:ascii="Georgia" w:eastAsia="Georgia" w:hAnsi="Georgia"/>
          <w:b/>
        </w:rPr>
        <w:t>What the Other Praise Warriors Teach Us</w:t>
      </w:r>
    </w:p>
    <w:p w14:paraId="42327AA6" w14:textId="77777777" w:rsidR="00C8625A" w:rsidRDefault="00751C59">
      <w:pPr>
        <w:spacing w:after="80"/>
        <w:ind w:left="288"/>
      </w:pPr>
      <w:r>
        <w:rPr>
          <w:rFonts w:ascii="Georgia" w:eastAsia="Georgia" w:hAnsi="Georgia"/>
        </w:rPr>
        <w:t>| Figure | Situation | Praise Act | Result |</w:t>
      </w:r>
    </w:p>
    <w:p w14:paraId="259811B1" w14:textId="77777777" w:rsidR="00C8625A" w:rsidRDefault="00751C59">
      <w:pPr>
        <w:spacing w:after="80"/>
        <w:ind w:left="288"/>
      </w:pPr>
      <w:r>
        <w:rPr>
          <w:rFonts w:ascii="Georgia" w:eastAsia="Georgia" w:hAnsi="Georgia"/>
        </w:rPr>
        <w:t>|---|---|---|---|</w:t>
      </w:r>
    </w:p>
    <w:p w14:paraId="55EB6F8B" w14:textId="77777777" w:rsidR="00C8625A" w:rsidRDefault="00751C59">
      <w:pPr>
        <w:spacing w:after="80"/>
        <w:ind w:left="288"/>
      </w:pPr>
      <w:r>
        <w:rPr>
          <w:rFonts w:ascii="Georgia" w:eastAsia="Georgia" w:hAnsi="Georgia"/>
        </w:rPr>
        <w:t>| Joshua | Walled city, no siege weapons | Marched, silent six days, then shouted | Walls fell;</w:t>
      </w:r>
    </w:p>
    <w:p w14:paraId="442302D5" w14:textId="77777777" w:rsidR="00C8625A" w:rsidRDefault="00751C59">
      <w:pPr>
        <w:spacing w:after="160"/>
        <w:ind w:firstLine="259"/>
      </w:pPr>
      <w:r>
        <w:rPr>
          <w:rFonts w:ascii="Georgia" w:eastAsia="Georgia" w:hAnsi="Georgia"/>
        </w:rPr>
        <w:t>a nation feared |</w:t>
      </w:r>
    </w:p>
    <w:p w14:paraId="0E308F55" w14:textId="77777777" w:rsidR="00C8625A" w:rsidRDefault="00751C59">
      <w:pPr>
        <w:spacing w:after="80"/>
        <w:ind w:left="288"/>
      </w:pPr>
      <w:r>
        <w:rPr>
          <w:rFonts w:ascii="Georgia" w:eastAsia="Georgia" w:hAnsi="Georgia"/>
        </w:rPr>
        <w:t>| Hannah | Barren, mocked at the sanctuary | Poured out, worshipped, then sang | A son, a</w:t>
      </w:r>
    </w:p>
    <w:p w14:paraId="77F75D35" w14:textId="77777777" w:rsidR="00C8625A" w:rsidRDefault="00751C59">
      <w:pPr>
        <w:spacing w:after="160"/>
        <w:ind w:firstLine="259"/>
      </w:pPr>
      <w:r>
        <w:rPr>
          <w:rFonts w:ascii="Georgia" w:eastAsia="Georgia" w:hAnsi="Georgia"/>
        </w:rPr>
        <w:t>song, and a prophet for Israel |</w:t>
      </w:r>
    </w:p>
    <w:p w14:paraId="67BFB655" w14:textId="77777777" w:rsidR="00C8625A" w:rsidRDefault="00751C59">
      <w:pPr>
        <w:spacing w:after="80"/>
        <w:ind w:left="288"/>
      </w:pPr>
      <w:r>
        <w:rPr>
          <w:rFonts w:ascii="Georgia" w:eastAsia="Georgia" w:hAnsi="Georgia"/>
        </w:rPr>
        <w:lastRenderedPageBreak/>
        <w:t>| The three Hebrews | A furnace and a threat | Refused to bow; "but if not" | A fourth Man in</w:t>
      </w:r>
    </w:p>
    <w:p w14:paraId="40C2D34A" w14:textId="77777777" w:rsidR="00C8625A" w:rsidRDefault="00751C59">
      <w:pPr>
        <w:spacing w:after="160"/>
        <w:ind w:firstLine="259"/>
      </w:pPr>
      <w:r>
        <w:rPr>
          <w:rFonts w:ascii="Georgia" w:eastAsia="Georgia" w:hAnsi="Georgia"/>
        </w:rPr>
        <w:t>the fire; a king's proclamation |</w:t>
      </w:r>
    </w:p>
    <w:p w14:paraId="0D3093C1" w14:textId="77777777" w:rsidR="00C8625A" w:rsidRDefault="00751C59">
      <w:pPr>
        <w:spacing w:after="80"/>
        <w:ind w:left="288"/>
      </w:pPr>
      <w:r>
        <w:rPr>
          <w:rFonts w:ascii="Georgia" w:eastAsia="Georgia" w:hAnsi="Georgia"/>
        </w:rPr>
        <w:t>| Daniel | A decree and a den | Prayed and gave thanks, as usual | Lions shut their mouths;</w:t>
      </w:r>
    </w:p>
    <w:p w14:paraId="1BA10CBC" w14:textId="77777777" w:rsidR="00C8625A" w:rsidRDefault="00751C59">
      <w:pPr>
        <w:spacing w:after="160"/>
        <w:ind w:firstLine="259"/>
      </w:pPr>
      <w:r>
        <w:rPr>
          <w:rFonts w:ascii="Georgia" w:eastAsia="Georgia" w:hAnsi="Georgia"/>
        </w:rPr>
        <w:t>an empire's fear | There is one more name I want to mention before we leave Part 2: Hezekiah's scholars, who, according to Isaiah 38:17–20, wrote out the psalm of Hezekiah, a song of praise about deliverance from death itself (Isaiah 38:9–20; "the living, the living — they shall give You thanks," v. 19) — and the church of Acts 12, who "prayed without ceasing" for Peter on the night he was pulled out of Herod's prison (v. 5), and whom God then used to spread the word (vv. 24–25). Praise runs through the who</w:t>
      </w:r>
      <w:r>
        <w:rPr>
          <w:rFonts w:ascii="Georgia" w:eastAsia="Georgia" w:hAnsi="Georgia"/>
        </w:rPr>
        <w:t>le canon as the sound of the people who knew they could not fight alone.</w:t>
      </w:r>
    </w:p>
    <w:p w14:paraId="0C7255ED" w14:textId="77777777" w:rsidR="00C8625A" w:rsidRDefault="00751C59">
      <w:pPr>
        <w:spacing w:before="280" w:after="120"/>
      </w:pPr>
      <w:r>
        <w:rPr>
          <w:rFonts w:ascii="Georgia" w:eastAsia="Georgia" w:hAnsi="Georgia"/>
          <w:b/>
        </w:rPr>
        <w:t>Reflect and Respond</w:t>
      </w:r>
    </w:p>
    <w:p w14:paraId="19571F78" w14:textId="77777777" w:rsidR="00C8625A" w:rsidRDefault="00751C59">
      <w:pPr>
        <w:spacing w:after="80"/>
        <w:ind w:left="288"/>
      </w:pPr>
      <w:r>
        <w:rPr>
          <w:rFonts w:ascii="Georgia" w:eastAsia="Georgia" w:hAnsi="Georgia"/>
        </w:rPr>
        <w:t>1. Which of these four praise warriors is closest to your current battle — Jericho's wall,</w:t>
      </w:r>
    </w:p>
    <w:p w14:paraId="3E5F052D" w14:textId="77777777" w:rsidR="00C8625A" w:rsidRDefault="00751C59">
      <w:pPr>
        <w:spacing w:after="160"/>
        <w:ind w:firstLine="259"/>
      </w:pPr>
      <w:r>
        <w:rPr>
          <w:rFonts w:ascii="Georgia" w:eastAsia="Georgia" w:hAnsi="Georgia"/>
        </w:rPr>
        <w:t>Hannah's mockery, the furnace, or the den?</w:t>
      </w:r>
    </w:p>
    <w:p w14:paraId="5E566D3B" w14:textId="77777777" w:rsidR="00C8625A" w:rsidRDefault="00751C59">
      <w:pPr>
        <w:spacing w:after="80"/>
        <w:ind w:left="288"/>
      </w:pPr>
      <w:r>
        <w:rPr>
          <w:rFonts w:ascii="Georgia" w:eastAsia="Georgia" w:hAnsi="Georgia"/>
        </w:rPr>
        <w:t>2. Where do you need "as he had done previously" — a private habit that will carry you</w:t>
      </w:r>
    </w:p>
    <w:p w14:paraId="34A96120" w14:textId="77777777" w:rsidR="00C8625A" w:rsidRDefault="00751C59">
      <w:pPr>
        <w:spacing w:after="160"/>
        <w:ind w:firstLine="259"/>
      </w:pPr>
      <w:r>
        <w:rPr>
          <w:rFonts w:ascii="Georgia" w:eastAsia="Georgia" w:hAnsi="Georgia"/>
        </w:rPr>
        <w:t>through a public crisis?</w:t>
      </w:r>
    </w:p>
    <w:p w14:paraId="60FFE9A8" w14:textId="77777777" w:rsidR="00C8625A" w:rsidRDefault="00751C59">
      <w:pPr>
        <w:spacing w:after="80"/>
        <w:ind w:left="288"/>
      </w:pPr>
      <w:r>
        <w:rPr>
          <w:rFonts w:ascii="Georgia" w:eastAsia="Georgia" w:hAnsi="Georgia"/>
        </w:rPr>
        <w:t>3. Write a "Hannah's hymn" line for your life: what does this deliverance say about who God</w:t>
      </w:r>
    </w:p>
    <w:p w14:paraId="54B3B47C" w14:textId="77777777" w:rsidR="00C8625A" w:rsidRDefault="00751C59">
      <w:pPr>
        <w:spacing w:after="160"/>
        <w:ind w:firstLine="259"/>
      </w:pPr>
      <w:r>
        <w:rPr>
          <w:rFonts w:ascii="Georgia" w:eastAsia="Georgia" w:hAnsi="Georgia"/>
        </w:rPr>
        <w:t>is?</w:t>
      </w:r>
    </w:p>
    <w:p w14:paraId="0D1FECD1" w14:textId="77777777" w:rsidR="00C8625A" w:rsidRDefault="00751C59">
      <w:pPr>
        <w:spacing w:before="240" w:after="80"/>
      </w:pPr>
      <w:r>
        <w:rPr>
          <w:rFonts w:ascii="Georgia" w:eastAsia="Georgia" w:hAnsi="Georgia"/>
          <w:b/>
          <w:color w:val="2C3E50"/>
          <w:sz w:val="20"/>
        </w:rPr>
        <w:t>DECLARATION</w:t>
      </w:r>
    </w:p>
    <w:p w14:paraId="1CCCB364" w14:textId="77777777" w:rsidR="00C8625A" w:rsidRDefault="00751C59">
      <w:pPr>
        <w:spacing w:after="160"/>
        <w:ind w:left="288"/>
      </w:pPr>
      <w:r>
        <w:rPr>
          <w:rFonts w:ascii="Georgia" w:eastAsia="Georgia" w:hAnsi="Georgia"/>
          <w:i/>
        </w:rPr>
        <w:lastRenderedPageBreak/>
        <w:t>"By faith walls fall and kingdoms stand. If God is able, He will save me; but if not, I will not bow. Praise is my way to victory — in the fire, in the den, and at the wall."</w:t>
      </w:r>
    </w:p>
    <w:p w14:paraId="740AD645" w14:textId="77777777" w:rsidR="00C8625A" w:rsidRDefault="00751C59">
      <w:pPr>
        <w:spacing w:before="160" w:after="80"/>
      </w:pPr>
      <w:r>
        <w:rPr>
          <w:rFonts w:ascii="Georgia" w:eastAsia="Georgia" w:hAnsi="Georgia"/>
          <w:b/>
          <w:color w:val="2C3E50"/>
          <w:sz w:val="20"/>
        </w:rPr>
        <w:t>PRAYER</w:t>
      </w:r>
    </w:p>
    <w:p w14:paraId="5ECB1830" w14:textId="77777777" w:rsidR="00C8625A" w:rsidRDefault="00751C59">
      <w:pPr>
        <w:spacing w:after="240"/>
        <w:ind w:left="288"/>
      </w:pPr>
      <w:r>
        <w:rPr>
          <w:rFonts w:ascii="Georgia" w:eastAsia="Georgia" w:hAnsi="Georgia"/>
          <w:i/>
        </w:rPr>
        <w:t>Lord of the fire and the den, give me Daniel's routine and the three Hebrews' "but if not." Let my praise be uncoercible and unashamed. In Jesus' name, amen.</w:t>
      </w:r>
    </w:p>
    <w:p w14:paraId="306BE4D8" w14:textId="77777777" w:rsidR="00C8625A" w:rsidRDefault="00751C59">
      <w:r>
        <w:br w:type="page"/>
      </w:r>
    </w:p>
    <w:p w14:paraId="36371287" w14:textId="77777777" w:rsidR="00C8625A" w:rsidRDefault="00751C59">
      <w:pPr>
        <w:spacing w:before="2000" w:after="160"/>
        <w:jc w:val="center"/>
      </w:pPr>
      <w:r>
        <w:rPr>
          <w:rFonts w:ascii="Georgia" w:eastAsia="Georgia" w:hAnsi="Georgia"/>
          <w:b/>
          <w:sz w:val="26"/>
        </w:rPr>
        <w:lastRenderedPageBreak/>
        <w:t>PART THREE</w:t>
      </w:r>
    </w:p>
    <w:p w14:paraId="79CE99A2" w14:textId="77777777" w:rsidR="00C8625A" w:rsidRDefault="00751C59">
      <w:pPr>
        <w:spacing w:after="360"/>
        <w:jc w:val="center"/>
      </w:pPr>
      <w:r>
        <w:rPr>
          <w:rFonts w:ascii="Georgia" w:eastAsia="Georgia" w:hAnsi="Georgia"/>
          <w:b/>
          <w:sz w:val="36"/>
        </w:rPr>
        <w:t>The Physical Benefits of Praise</w:t>
      </w:r>
    </w:p>
    <w:p w14:paraId="05E8DED5" w14:textId="77777777" w:rsidR="00C8625A" w:rsidRDefault="00751C59">
      <w:pPr>
        <w:spacing w:before="160"/>
        <w:ind w:left="360" w:right="360"/>
        <w:jc w:val="center"/>
      </w:pPr>
      <w:r>
        <w:rPr>
          <w:rFonts w:ascii="Georgia" w:eastAsia="Georgia" w:hAnsi="Georgia"/>
          <w:i/>
          <w:sz w:val="20"/>
        </w:rPr>
        <w:t>"Beloved, I pray that you may prosper in all things and be in health, just as your soul prospers." — 3 John 2 (NKJV)</w:t>
      </w:r>
    </w:p>
    <w:p w14:paraId="51B931F9" w14:textId="77777777" w:rsidR="00C8625A" w:rsidRDefault="00751C59">
      <w:pPr>
        <w:spacing w:after="160"/>
        <w:ind w:firstLine="259"/>
      </w:pPr>
      <w:r>
        <w:rPr>
          <w:rFonts w:ascii="Georgia" w:eastAsia="Georgia" w:hAnsi="Georgia"/>
        </w:rPr>
        <w:t>Before we open this section, one word of pastoral honesty. Praise is not a technique for manipulating your biology, and God is not a vending machine who dispenses health to whoever sings loudly enough. If that were true, the martyrs would have died of good music. The righteous suffer; Job will prove that in Chapter 19. What Scripture and careful research both allow us to say is something humbler and still remarkable: God wired our bodies to respond to worship, so that a life of praise tends, over time, towa</w:t>
      </w:r>
      <w:r>
        <w:rPr>
          <w:rFonts w:ascii="Georgia" w:eastAsia="Georgia" w:hAnsi="Georgia"/>
        </w:rPr>
        <w:t>rd wholeness — and a life of chronic anxiety and complaint tends toward weariness and disease. Praise is a good gift from a good Father, not a lever. Please read this alongside, never instead of, medical and mental-health care. Do not stop a medication, skip an appointment, or refuse a therapist because you have decided to praise instead. The God who gives peace also gave physicians wisdom, and neither dishonours the other (Sirach 38:1–15 is not in the Protestant canon, but the instinct behind it is biblica</w:t>
      </w:r>
      <w:r>
        <w:rPr>
          <w:rFonts w:ascii="Georgia" w:eastAsia="Georgia" w:hAnsi="Georgia"/>
        </w:rPr>
        <w:t>l: use what God has provided). With that said, let us look at what a praise-filled life does to the body God made.</w:t>
      </w:r>
    </w:p>
    <w:p w14:paraId="48BEF7D2" w14:textId="77777777" w:rsidR="00C8625A" w:rsidRDefault="00751C59">
      <w:r>
        <w:br w:type="page"/>
      </w:r>
    </w:p>
    <w:p w14:paraId="61360F60" w14:textId="77777777" w:rsidR="00C8625A" w:rsidRDefault="00751C59">
      <w:pPr>
        <w:spacing w:before="960" w:after="80"/>
        <w:jc w:val="center"/>
      </w:pPr>
      <w:r>
        <w:rPr>
          <w:rFonts w:ascii="Georgia" w:eastAsia="Georgia" w:hAnsi="Georgia"/>
          <w:b/>
        </w:rPr>
        <w:lastRenderedPageBreak/>
        <w:t>CHAPTER 12</w:t>
      </w:r>
    </w:p>
    <w:p w14:paraId="71F8B8C7" w14:textId="77777777" w:rsidR="00C8625A" w:rsidRDefault="00751C59">
      <w:pPr>
        <w:spacing w:after="280"/>
        <w:jc w:val="center"/>
      </w:pPr>
      <w:r>
        <w:rPr>
          <w:rFonts w:ascii="Georgia" w:eastAsia="Georgia" w:hAnsi="Georgia"/>
          <w:b/>
          <w:sz w:val="32"/>
        </w:rPr>
        <w:t>Praise and Your Body: God's Design for Wholeness</w:t>
      </w:r>
    </w:p>
    <w:p w14:paraId="6DD5A180" w14:textId="77777777" w:rsidR="00C8625A" w:rsidRDefault="00751C59">
      <w:pPr>
        <w:spacing w:before="160"/>
        <w:ind w:left="360" w:right="360"/>
        <w:jc w:val="center"/>
      </w:pPr>
      <w:r>
        <w:rPr>
          <w:rFonts w:ascii="Georgia" w:eastAsia="Georgia" w:hAnsi="Georgia"/>
          <w:i/>
          <w:sz w:val="20"/>
        </w:rPr>
        <w:t>"Dear friends, I pray that you may prosper in every way and be in good health, just as your soul prospers." — 3 John 2 (NKJV)</w:t>
      </w:r>
    </w:p>
    <w:p w14:paraId="37A1AB67" w14:textId="77777777" w:rsidR="00C8625A" w:rsidRDefault="00751C59">
      <w:pPr>
        <w:spacing w:before="280" w:after="120"/>
      </w:pPr>
      <w:r>
        <w:rPr>
          <w:rFonts w:ascii="Georgia" w:eastAsia="Georgia" w:hAnsi="Georgia"/>
          <w:b/>
        </w:rPr>
        <w:t>Your Body Is Not A Vest</w:t>
      </w:r>
    </w:p>
    <w:p w14:paraId="50396AA7" w14:textId="77777777" w:rsidR="00C8625A" w:rsidRDefault="00751C59">
      <w:pPr>
        <w:spacing w:after="160"/>
        <w:ind w:firstLine="259"/>
      </w:pPr>
      <w:r>
        <w:rPr>
          <w:rFonts w:ascii="Georgia" w:eastAsia="Georgia" w:hAnsi="Georgia"/>
        </w:rPr>
        <w:t>Some of us inherited a faith that treats the body as a defective suit we wear until we get to heaven. But the New Testament says something different: "Do you not know that your body is a temple of the Holy Spirit in you, whom you have from God, and you are not your own?" (1 Corinthians 6:19, NKJV). And Romans 12:1 asks us to "present your bodies a living and holy sacrifice, acceptable to God, which is your spiritual service of worship" (NASB). Worship has a body. That is why this section belongs in a book o</w:t>
      </w:r>
      <w:r>
        <w:rPr>
          <w:rFonts w:ascii="Georgia" w:eastAsia="Georgia" w:hAnsi="Georgia"/>
        </w:rPr>
        <w:t>n praise. Isaiah 58, the great chapter on fasting, ends with a physical promise attached to spiritual obedience: "Then your light shall break out like the dawn... and your healing shall spring up speedily" (v. 8, NKJV) — and then "then you shall delight yourself in the LORD" (v. 13). The healing of the body and the delight of worship are not separate programmes.</w:t>
      </w:r>
    </w:p>
    <w:p w14:paraId="45BD7983" w14:textId="77777777" w:rsidR="00C8625A" w:rsidRDefault="00751C59">
      <w:pPr>
        <w:spacing w:before="280" w:after="120"/>
      </w:pPr>
      <w:r>
        <w:rPr>
          <w:rFonts w:ascii="Georgia" w:eastAsia="Georgia" w:hAnsi="Georgia"/>
          <w:b/>
        </w:rPr>
        <w:t>Four Ways Praise Moves Through the Body</w:t>
      </w:r>
    </w:p>
    <w:p w14:paraId="10EB5F33" w14:textId="77777777" w:rsidR="00C8625A" w:rsidRDefault="00751C59">
      <w:pPr>
        <w:spacing w:after="80"/>
        <w:ind w:left="288"/>
      </w:pPr>
      <w:r>
        <w:rPr>
          <w:rFonts w:ascii="Georgia" w:eastAsia="Georgia" w:hAnsi="Georgia"/>
        </w:rPr>
        <w:t>1. Breath. Praise is one of the few spiritual acts that changes your breathing — and</w:t>
      </w:r>
    </w:p>
    <w:p w14:paraId="30AFDB61" w14:textId="77777777" w:rsidR="00C8625A" w:rsidRDefault="00751C59">
      <w:pPr>
        <w:spacing w:after="160"/>
        <w:ind w:firstLine="259"/>
      </w:pPr>
      <w:r>
        <w:rPr>
          <w:rFonts w:ascii="Georgia" w:eastAsia="Georgia" w:hAnsi="Georgia"/>
        </w:rPr>
        <w:t xml:space="preserve">breathing is the single fastest way to change the state of your nervous system. Singing out loud, in sustained phrases, lengthens the exhale. A long exhale is the physiological signal for "the danger has passed"; it is the opposite signature of panic, where the breath is short and high. This </w:t>
      </w:r>
      <w:r>
        <w:rPr>
          <w:rFonts w:ascii="Georgia" w:eastAsia="Georgia" w:hAnsi="Georgia"/>
        </w:rPr>
        <w:lastRenderedPageBreak/>
        <w:t>is why Scripture so often pairs breath with praise: "Let everything that has breath praise the LORD. Praise the LORD!" (Psalm 150:6, NKJV). The psalm does not say "let everything that has theology." God attached His praise to your lungs, and gave you a way to move from dread to worship through your own ribcage. When you cannot find words, breathe slowly, and sing a single named attribute of God on one long exhale. Do it ten times. Your body learns that worship is safe.</w:t>
      </w:r>
    </w:p>
    <w:p w14:paraId="657FE663" w14:textId="77777777" w:rsidR="00C8625A" w:rsidRDefault="00751C59">
      <w:pPr>
        <w:spacing w:after="80"/>
        <w:ind w:left="288"/>
      </w:pPr>
      <w:r>
        <w:rPr>
          <w:rFonts w:ascii="Georgia" w:eastAsia="Georgia" w:hAnsi="Georgia"/>
        </w:rPr>
        <w:t>2. Voice. A complaint and a declaration are produced by different muscles, and the</w:t>
      </w:r>
    </w:p>
    <w:p w14:paraId="76B64F1C" w14:textId="77777777" w:rsidR="00C8625A" w:rsidRDefault="00751C59">
      <w:pPr>
        <w:spacing w:after="160"/>
        <w:ind w:firstLine="259"/>
      </w:pPr>
      <w:r>
        <w:rPr>
          <w:rFonts w:ascii="Georgia" w:eastAsia="Georgia" w:hAnsi="Georgia"/>
        </w:rPr>
        <w:t>difference is not incidental. "Out of the same mouth proceed blessing and cursing" (James 3:10, NKJV) — and what comes out affects what goes in. The psalmists repeatedly command their own voice: "Awake, my glory! Awake, lute and harp! I will awaken the dawn" (Psalm 57:8, NKJV). You can rehearse fear or you can rehearse praise; the mouth does both, and the body follows whichever gets the daily appointment.</w:t>
      </w:r>
    </w:p>
    <w:p w14:paraId="4B05DBA2" w14:textId="77777777" w:rsidR="00C8625A" w:rsidRDefault="00751C59">
      <w:pPr>
        <w:spacing w:after="80"/>
        <w:ind w:left="288"/>
      </w:pPr>
      <w:r>
        <w:rPr>
          <w:rFonts w:ascii="Georgia" w:eastAsia="Georgia" w:hAnsi="Georgia"/>
        </w:rPr>
        <w:t>3. Posture. Kneeling, lifting hands, standing, dancing, prostrating — Scripture's praise</w:t>
      </w:r>
    </w:p>
    <w:p w14:paraId="3AC7B66F" w14:textId="77777777" w:rsidR="00C8625A" w:rsidRDefault="00751C59">
      <w:pPr>
        <w:spacing w:after="160"/>
        <w:ind w:firstLine="259"/>
      </w:pPr>
      <w:r>
        <w:rPr>
          <w:rFonts w:ascii="Georgia" w:eastAsia="Georgia" w:hAnsi="Georgia"/>
        </w:rPr>
        <w:t>vocabulary is overwhelmingly physical, and so is the body's vocabulary for emotion. Research on "embodied cognition" has repeatedly found that posture and facial expression can influence reported affect, though the size of these effects is debated and some early findings have not replicated. The prudent conclusion is modest and still useful: your body can teach your feelings, which is why God commanded the body to worship and did not leave it to the heart alone. "I will lift up my hands also toward Your com</w:t>
      </w:r>
      <w:r>
        <w:rPr>
          <w:rFonts w:ascii="Georgia" w:eastAsia="Georgia" w:hAnsi="Georgia"/>
        </w:rPr>
        <w:t>mandments, which I have loved, and I will meditate on Your statutes" (Psalm 119:48, NKJV).</w:t>
      </w:r>
    </w:p>
    <w:p w14:paraId="1AAE9F56" w14:textId="77777777" w:rsidR="00C8625A" w:rsidRDefault="00751C59">
      <w:pPr>
        <w:spacing w:after="80"/>
        <w:ind w:left="288"/>
      </w:pPr>
      <w:r>
        <w:rPr>
          <w:rFonts w:ascii="Georgia" w:eastAsia="Georgia" w:hAnsi="Georgia"/>
        </w:rPr>
        <w:lastRenderedPageBreak/>
        <w:t>4. Company. Praise is commanded to be corporate: "Oh, magnify the LORD with me, and let</w:t>
      </w:r>
    </w:p>
    <w:p w14:paraId="38236602" w14:textId="77777777" w:rsidR="00C8625A" w:rsidRDefault="00751C59">
      <w:pPr>
        <w:spacing w:after="160"/>
        <w:ind w:firstLine="259"/>
      </w:pPr>
      <w:r>
        <w:rPr>
          <w:rFonts w:ascii="Georgia" w:eastAsia="Georgia" w:hAnsi="Georgia"/>
        </w:rPr>
        <w:t xml:space="preserve">us exalt His name together" (Psalm 34:3, NKJV). The New Testament's "one another" commands apply to worship as much as to anything else: "speaking to one another in psalms and hymns and spiritual songs, singing and making melody in your heart to the Lord" (Ephesians 5:19, NKJV). Human voices singing together regulate the human nervous system; that is not a modern discovery, it is an ancient liturgical fact. Isolation and chronic stress worsen each other, and the New Testament's remedy for both includes not </w:t>
      </w:r>
      <w:r>
        <w:rPr>
          <w:rFonts w:ascii="Georgia" w:eastAsia="Georgia" w:hAnsi="Georgia"/>
        </w:rPr>
        <w:t>forsaking the assembly (Hebrews 10:24–25).</w:t>
      </w:r>
    </w:p>
    <w:p w14:paraId="410D244E" w14:textId="77777777" w:rsidR="00C8625A" w:rsidRDefault="00751C59">
      <w:pPr>
        <w:spacing w:before="280" w:after="120"/>
      </w:pPr>
      <w:r>
        <w:rPr>
          <w:rFonts w:ascii="Georgia" w:eastAsia="Georgia" w:hAnsi="Georgia"/>
          <w:b/>
        </w:rPr>
        <w:t>What Chronic Unpraise Does</w:t>
      </w:r>
    </w:p>
    <w:p w14:paraId="3036AC6A" w14:textId="77777777" w:rsidR="00C8625A" w:rsidRDefault="00751C59">
      <w:pPr>
        <w:spacing w:after="160"/>
        <w:ind w:firstLine="259"/>
      </w:pPr>
      <w:r>
        <w:rPr>
          <w:rFonts w:ascii="Georgia" w:eastAsia="Georgia" w:hAnsi="Georgia"/>
        </w:rPr>
        <w:t>The inverse of praise is not worshiplessness; it is the stress pattern Scripture describes as anxiety, fear, and murmuring. And the body keeps the score of a heart at war. Whatever the precise mechanisms, the general picture from the research literature is consistent and well summarised by Harold G. Koenig (Duke University Medical Center) in a 2012 review of several thousand studies of religion, spirituality, and health: most measured outcomes are positively associated with religious involvement — with ment</w:t>
      </w:r>
      <w:r>
        <w:rPr>
          <w:rFonts w:ascii="Georgia" w:eastAsia="Georgia" w:hAnsi="Georgia"/>
        </w:rPr>
        <w:t>al health, wellbeing, and health behaviours among the strongest areas, and with the effect sizes generally described as modest. So: praise is not medicine. But a life of praise is a health-promoting context, the way an honest marriage and a regular rhythm of rest are — a context in which bodies tend to do better.</w:t>
      </w:r>
    </w:p>
    <w:p w14:paraId="3C811D73" w14:textId="77777777" w:rsidR="00C8625A" w:rsidRDefault="00751C59">
      <w:pPr>
        <w:spacing w:before="280" w:after="120"/>
      </w:pPr>
      <w:r>
        <w:rPr>
          <w:rFonts w:ascii="Georgia" w:eastAsia="Georgia" w:hAnsi="Georgia"/>
          <w:b/>
        </w:rPr>
        <w:t>A Practical Theology of the Praising Body</w:t>
      </w:r>
    </w:p>
    <w:p w14:paraId="40538E6F" w14:textId="77777777" w:rsidR="00C8625A" w:rsidRDefault="00751C59">
      <w:pPr>
        <w:spacing w:after="80"/>
        <w:ind w:left="288"/>
      </w:pPr>
      <w:r>
        <w:rPr>
          <w:rFonts w:ascii="Georgia" w:eastAsia="Georgia" w:hAnsi="Georgia"/>
        </w:rPr>
        <w:t>• Start the day on your feet. "As for me, I will come into Your house in the multitude of</w:t>
      </w:r>
    </w:p>
    <w:p w14:paraId="608C0101" w14:textId="77777777" w:rsidR="00C8625A" w:rsidRDefault="00751C59">
      <w:pPr>
        <w:spacing w:after="160"/>
        <w:ind w:firstLine="259"/>
      </w:pPr>
      <w:r>
        <w:rPr>
          <w:rFonts w:ascii="Georgia" w:eastAsia="Georgia" w:hAnsi="Georgia"/>
        </w:rPr>
        <w:lastRenderedPageBreak/>
        <w:t>Your mercy; in fear of You I will worship toward Your holy temple" (Psalm 5:7, NKJV). Five minutes standing, out loud, before the phone.</w:t>
      </w:r>
    </w:p>
    <w:p w14:paraId="760F648B" w14:textId="77777777" w:rsidR="00C8625A" w:rsidRDefault="00751C59">
      <w:pPr>
        <w:spacing w:after="80"/>
        <w:ind w:left="288"/>
      </w:pPr>
      <w:r>
        <w:rPr>
          <w:rFonts w:ascii="Georgia" w:eastAsia="Georgia" w:hAnsi="Georgia"/>
        </w:rPr>
        <w:t>• Use the body when the mind is stuck. Hands lifted, jaw unclenched, shoulders down,</w:t>
      </w:r>
    </w:p>
    <w:p w14:paraId="479118E3" w14:textId="77777777" w:rsidR="00C8625A" w:rsidRDefault="00751C59">
      <w:pPr>
        <w:spacing w:after="160"/>
        <w:ind w:firstLine="259"/>
      </w:pPr>
      <w:r>
        <w:rPr>
          <w:rFonts w:ascii="Georgia" w:eastAsia="Georgia" w:hAnsi="Georgia"/>
        </w:rPr>
        <w:t>breath long. Praise is sometimes three physiological decisions plus one sentence.</w:t>
      </w:r>
    </w:p>
    <w:p w14:paraId="2474A7FD" w14:textId="77777777" w:rsidR="00C8625A" w:rsidRDefault="00751C59">
      <w:pPr>
        <w:spacing w:after="80"/>
        <w:ind w:left="288"/>
      </w:pPr>
      <w:r>
        <w:rPr>
          <w:rFonts w:ascii="Georgia" w:eastAsia="Georgia" w:hAnsi="Georgia"/>
        </w:rPr>
        <w:t>• Sing with other humans monthly, minimum. Not to perform. To be regulated and to</w:t>
      </w:r>
    </w:p>
    <w:p w14:paraId="2A5D617D" w14:textId="77777777" w:rsidR="00C8625A" w:rsidRDefault="00751C59">
      <w:pPr>
        <w:spacing w:after="160"/>
        <w:ind w:firstLine="259"/>
      </w:pPr>
      <w:r>
        <w:rPr>
          <w:rFonts w:ascii="Georgia" w:eastAsia="Georgia" w:hAnsi="Georgia"/>
        </w:rPr>
        <w:t>regulate.</w:t>
      </w:r>
    </w:p>
    <w:p w14:paraId="5B71C450" w14:textId="77777777" w:rsidR="00C8625A" w:rsidRDefault="00751C59">
      <w:pPr>
        <w:spacing w:after="80"/>
        <w:ind w:left="288"/>
      </w:pPr>
      <w:r>
        <w:rPr>
          <w:rFonts w:ascii="Georgia" w:eastAsia="Georgia" w:hAnsi="Georgia"/>
        </w:rPr>
        <w:t>• Let the psalms be your liturgy of the body. Psalm 148 calls the sun, moon, sea</w:t>
      </w:r>
    </w:p>
    <w:p w14:paraId="36850AFA" w14:textId="77777777" w:rsidR="00C8625A" w:rsidRDefault="00751C59">
      <w:pPr>
        <w:spacing w:after="160"/>
        <w:ind w:firstLine="259"/>
      </w:pPr>
      <w:r>
        <w:rPr>
          <w:rFonts w:ascii="Georgia" w:eastAsia="Georgia" w:hAnsi="Georgia"/>
        </w:rPr>
        <w:t>creatures, and mountains to praise. Psalm 150 calls the timbrel and dance. Psalm 134 calls the servants of the house of the LORD to lift their hands by night. Your skeleton is invited.</w:t>
      </w:r>
    </w:p>
    <w:p w14:paraId="2902F176" w14:textId="77777777" w:rsidR="00C8625A" w:rsidRDefault="00751C59">
      <w:pPr>
        <w:spacing w:after="80"/>
        <w:ind w:left="288"/>
      </w:pPr>
      <w:r>
        <w:rPr>
          <w:rFonts w:ascii="Georgia" w:eastAsia="Georgia" w:hAnsi="Georgia"/>
        </w:rPr>
        <w:t>• Do not skip sleep, sunlight, movement, or your doctor. "He gives His beloved sleep"</w:t>
      </w:r>
    </w:p>
    <w:p w14:paraId="70F61122" w14:textId="77777777" w:rsidR="00C8625A" w:rsidRDefault="00751C59">
      <w:pPr>
        <w:spacing w:after="160"/>
        <w:ind w:firstLine="259"/>
      </w:pPr>
      <w:r>
        <w:rPr>
          <w:rFonts w:ascii="Georgia" w:eastAsia="Georgia" w:hAnsi="Georgia"/>
        </w:rPr>
        <w:t>(Psalm 127:2, NKJV) is a rebuke to overwork, not an excuse for it.</w:t>
      </w:r>
    </w:p>
    <w:p w14:paraId="2AFC3A51" w14:textId="77777777" w:rsidR="00C8625A" w:rsidRDefault="00751C59">
      <w:pPr>
        <w:spacing w:before="280" w:after="120"/>
      </w:pPr>
      <w:r>
        <w:rPr>
          <w:rFonts w:ascii="Georgia" w:eastAsia="Georgia" w:hAnsi="Georgia"/>
          <w:b/>
        </w:rPr>
        <w:t>Reflect and Respond</w:t>
      </w:r>
    </w:p>
    <w:p w14:paraId="2955FDBC" w14:textId="77777777" w:rsidR="00C8625A" w:rsidRDefault="00751C59">
      <w:pPr>
        <w:spacing w:after="80"/>
        <w:ind w:left="288"/>
      </w:pPr>
      <w:r>
        <w:rPr>
          <w:rFonts w:ascii="Georgia" w:eastAsia="Georgia" w:hAnsi="Georgia"/>
        </w:rPr>
        <w:t>1. Which of the four channels — breath, voice, posture, company — does your worship</w:t>
      </w:r>
    </w:p>
    <w:p w14:paraId="62F3D3A3" w14:textId="77777777" w:rsidR="00C8625A" w:rsidRDefault="00751C59">
      <w:pPr>
        <w:spacing w:after="160"/>
        <w:ind w:firstLine="259"/>
      </w:pPr>
      <w:r>
        <w:rPr>
          <w:rFonts w:ascii="Georgia" w:eastAsia="Georgia" w:hAnsi="Georgia"/>
        </w:rPr>
        <w:t>currently neglect?</w:t>
      </w:r>
    </w:p>
    <w:p w14:paraId="3F0AF2DA" w14:textId="77777777" w:rsidR="00C8625A" w:rsidRDefault="00751C59">
      <w:pPr>
        <w:spacing w:after="80"/>
        <w:ind w:left="288"/>
      </w:pPr>
      <w:r>
        <w:rPr>
          <w:rFonts w:ascii="Georgia" w:eastAsia="Georgia" w:hAnsi="Georgia"/>
        </w:rPr>
        <w:t>2. What would change physically this week if you treated praise as a discipline of the body</w:t>
      </w:r>
    </w:p>
    <w:p w14:paraId="2213587C" w14:textId="77777777" w:rsidR="00C8625A" w:rsidRDefault="00751C59">
      <w:pPr>
        <w:spacing w:after="160"/>
        <w:ind w:firstLine="259"/>
      </w:pPr>
      <w:r>
        <w:rPr>
          <w:rFonts w:ascii="Georgia" w:eastAsia="Georgia" w:hAnsi="Georgia"/>
        </w:rPr>
        <w:t>rather than a mood?</w:t>
      </w:r>
    </w:p>
    <w:p w14:paraId="5B3644DE" w14:textId="77777777" w:rsidR="00C8625A" w:rsidRDefault="00751C59">
      <w:pPr>
        <w:spacing w:after="80"/>
        <w:ind w:left="288"/>
      </w:pPr>
      <w:r>
        <w:rPr>
          <w:rFonts w:ascii="Georgia" w:eastAsia="Georgia" w:hAnsi="Georgia"/>
        </w:rPr>
        <w:t>3. Where do you need to make sure this chapter does not become a source of guilt (cf. the</w:t>
      </w:r>
    </w:p>
    <w:p w14:paraId="4BFCDEDA" w14:textId="77777777" w:rsidR="00C8625A" w:rsidRDefault="00751C59">
      <w:pPr>
        <w:spacing w:after="160"/>
        <w:ind w:firstLine="259"/>
      </w:pPr>
      <w:r>
        <w:rPr>
          <w:rFonts w:ascii="Georgia" w:eastAsia="Georgia" w:hAnsi="Georgia"/>
        </w:rPr>
        <w:lastRenderedPageBreak/>
        <w:t>note above)?</w:t>
      </w:r>
    </w:p>
    <w:p w14:paraId="3EFE21BE" w14:textId="77777777" w:rsidR="00C8625A" w:rsidRDefault="00751C59">
      <w:pPr>
        <w:spacing w:before="240" w:after="80"/>
      </w:pPr>
      <w:r>
        <w:rPr>
          <w:rFonts w:ascii="Georgia" w:eastAsia="Georgia" w:hAnsi="Georgia"/>
          <w:b/>
          <w:color w:val="2C3E50"/>
          <w:sz w:val="20"/>
        </w:rPr>
        <w:t>DECLARATION</w:t>
      </w:r>
    </w:p>
    <w:p w14:paraId="366159FB" w14:textId="77777777" w:rsidR="00C8625A" w:rsidRDefault="00751C59">
      <w:pPr>
        <w:spacing w:after="160"/>
        <w:ind w:left="288"/>
      </w:pPr>
      <w:r>
        <w:rPr>
          <w:rFonts w:ascii="Georgia" w:eastAsia="Georgia" w:hAnsi="Georgia"/>
          <w:i/>
        </w:rPr>
        <w:t>"My body is a temple. My breath is a gift. My posture is a confession. I will worship with everything I am, because God made everything I am."</w:t>
      </w:r>
    </w:p>
    <w:p w14:paraId="4FC5B17F" w14:textId="77777777" w:rsidR="00C8625A" w:rsidRDefault="00751C59">
      <w:pPr>
        <w:spacing w:before="160" w:after="80"/>
      </w:pPr>
      <w:r>
        <w:rPr>
          <w:rFonts w:ascii="Georgia" w:eastAsia="Georgia" w:hAnsi="Georgia"/>
          <w:b/>
          <w:color w:val="2C3E50"/>
          <w:sz w:val="20"/>
        </w:rPr>
        <w:t>PRAYER</w:t>
      </w:r>
    </w:p>
    <w:p w14:paraId="6E3741A1" w14:textId="77777777" w:rsidR="00C8625A" w:rsidRDefault="00751C59">
      <w:pPr>
        <w:spacing w:after="240"/>
        <w:ind w:left="288"/>
      </w:pPr>
      <w:r>
        <w:rPr>
          <w:rFonts w:ascii="Georgia" w:eastAsia="Georgia" w:hAnsi="Georgia"/>
          <w:i/>
        </w:rPr>
        <w:t>Maker of my lungs and my heartbeat, I present my body to You today. Teach my hands, my voice, and my breath to say what my heart is learning. In Jesus' name, amen.</w:t>
      </w:r>
    </w:p>
    <w:p w14:paraId="58DDBE4A" w14:textId="77777777" w:rsidR="00C8625A" w:rsidRDefault="00751C59">
      <w:r>
        <w:br w:type="page"/>
      </w:r>
    </w:p>
    <w:p w14:paraId="4DDA0003" w14:textId="77777777" w:rsidR="00C8625A" w:rsidRDefault="00751C59">
      <w:pPr>
        <w:spacing w:before="960" w:after="80"/>
        <w:jc w:val="center"/>
      </w:pPr>
      <w:r>
        <w:rPr>
          <w:rFonts w:ascii="Georgia" w:eastAsia="Georgia" w:hAnsi="Georgia"/>
          <w:b/>
        </w:rPr>
        <w:lastRenderedPageBreak/>
        <w:t>CHAPTER 13</w:t>
      </w:r>
    </w:p>
    <w:p w14:paraId="3F3F58D8" w14:textId="77777777" w:rsidR="00C8625A" w:rsidRDefault="00751C59">
      <w:pPr>
        <w:spacing w:after="280"/>
        <w:jc w:val="center"/>
      </w:pPr>
      <w:r>
        <w:rPr>
          <w:rFonts w:ascii="Georgia" w:eastAsia="Georgia" w:hAnsi="Georgia"/>
          <w:b/>
          <w:sz w:val="32"/>
        </w:rPr>
        <w:t>Peaceful Hormones, Restful Sleep, and a Healthy Heart</w:t>
      </w:r>
    </w:p>
    <w:p w14:paraId="7C402391" w14:textId="77777777" w:rsidR="00C8625A" w:rsidRDefault="00751C59">
      <w:pPr>
        <w:spacing w:before="160"/>
        <w:ind w:left="360" w:right="360"/>
        <w:jc w:val="center"/>
      </w:pPr>
      <w:r>
        <w:rPr>
          <w:rFonts w:ascii="Georgia" w:eastAsia="Georgia" w:hAnsi="Georgia"/>
          <w:i/>
          <w:sz w:val="20"/>
        </w:rPr>
        <w:t>"When I lie down, I sleep in peace, for You alone, O LORD, make me dwell in safety." — Psalm 4:8 (NKJV)</w:t>
      </w:r>
    </w:p>
    <w:p w14:paraId="43A16E5B" w14:textId="77777777" w:rsidR="00C8625A" w:rsidRDefault="00751C59">
      <w:pPr>
        <w:spacing w:before="280" w:after="120"/>
      </w:pPr>
      <w:r>
        <w:rPr>
          <w:rFonts w:ascii="Georgia" w:eastAsia="Georgia" w:hAnsi="Georgia"/>
          <w:b/>
        </w:rPr>
        <w:t>A Word About the Evidence</w:t>
      </w:r>
    </w:p>
    <w:p w14:paraId="23137C7E" w14:textId="77777777" w:rsidR="00C8625A" w:rsidRDefault="00751C59">
      <w:pPr>
        <w:spacing w:after="160"/>
        <w:ind w:firstLine="259"/>
      </w:pPr>
      <w:r>
        <w:rPr>
          <w:rFonts w:ascii="Georgia" w:eastAsia="Georgia" w:hAnsi="Georgia"/>
        </w:rPr>
        <w:t xml:space="preserve">I am going to describe research here because I think it is right to show that God's Word is not embarrassed by God's world. But I want you to hold these findings with the same sanity the Bible itself applies. The studies are largely observational, sometimes small, occasionally contradicted, and usually measuring religiosity or gratitude, not Christian praise as such. When I say "research suggests," that means "the data point this way," not "this has been proven." Nobody has a right to promise you that four </w:t>
      </w:r>
      <w:r>
        <w:rPr>
          <w:rFonts w:ascii="Georgia" w:eastAsia="Georgia" w:hAnsi="Georgia"/>
        </w:rPr>
        <w:t>songs a week will normalise your blood pressure, and anyone who does is selling you something Psalm 121:1–2 does not offer.</w:t>
      </w:r>
    </w:p>
    <w:p w14:paraId="3D9BA2AC" w14:textId="77777777" w:rsidR="00C8625A" w:rsidRDefault="00751C59">
      <w:pPr>
        <w:spacing w:before="280" w:after="120"/>
      </w:pPr>
      <w:r>
        <w:rPr>
          <w:rFonts w:ascii="Georgia" w:eastAsia="Georgia" w:hAnsi="Georgia"/>
          <w:b/>
        </w:rPr>
        <w:t>Sleep: The Psalmist's Miracle</w:t>
      </w:r>
    </w:p>
    <w:p w14:paraId="16BC8378" w14:textId="77777777" w:rsidR="00C8625A" w:rsidRDefault="00751C59">
      <w:pPr>
        <w:spacing w:before="160"/>
        <w:ind w:left="360" w:right="360"/>
        <w:jc w:val="center"/>
      </w:pPr>
      <w:r>
        <w:rPr>
          <w:rFonts w:ascii="Georgia" w:eastAsia="Georgia" w:hAnsi="Georgia"/>
          <w:i/>
          <w:sz w:val="20"/>
        </w:rPr>
        <w:t>"Peacefully, at once I will lie down and sleep, for You alone, O LORD, make me dwell in safety" (Psalm 4:8, NKJV)</w:t>
      </w:r>
    </w:p>
    <w:p w14:paraId="590C440C" w14:textId="77777777" w:rsidR="00C8625A" w:rsidRDefault="00751C59">
      <w:pPr>
        <w:spacing w:after="160"/>
        <w:ind w:firstLine="259"/>
      </w:pPr>
      <w:r>
        <w:rPr>
          <w:rFonts w:ascii="Georgia" w:eastAsia="Georgia" w:hAnsi="Georgia"/>
        </w:rPr>
        <w:t>. The Psalmist connects peace, worship, and sleep in one breath — as do many anxious people, who discover that their insomnia is a theology problem wearing a nightgown.</w:t>
      </w:r>
    </w:p>
    <w:p w14:paraId="469B55B4" w14:textId="77777777" w:rsidR="00C8625A" w:rsidRDefault="00751C59">
      <w:pPr>
        <w:spacing w:after="80"/>
        <w:ind w:left="288"/>
      </w:pPr>
      <w:r>
        <w:rPr>
          <w:rFonts w:ascii="Georgia" w:eastAsia="Georgia" w:hAnsi="Georgia"/>
        </w:rPr>
        <w:t>• Gratitude appears to help sleep. In a 2009 study, Alex M. Wood and colleagues</w:t>
      </w:r>
    </w:p>
    <w:p w14:paraId="5033AFF5" w14:textId="77777777" w:rsidR="00C8625A" w:rsidRDefault="00751C59">
      <w:pPr>
        <w:spacing w:after="160"/>
        <w:ind w:firstLine="259"/>
      </w:pPr>
      <w:r>
        <w:rPr>
          <w:rFonts w:ascii="Georgia" w:eastAsia="Georgia" w:hAnsi="Georgia"/>
        </w:rPr>
        <w:t xml:space="preserve">(University of Chester) found that people with a more grateful disposition slept better, and the link ran through their pre-sleep thoughts: grateful people spent the run-up to </w:t>
      </w:r>
      <w:r>
        <w:rPr>
          <w:rFonts w:ascii="Georgia" w:eastAsia="Georgia" w:hAnsi="Georgia"/>
        </w:rPr>
        <w:lastRenderedPageBreak/>
        <w:t>sleep recalling positive social experiences and appraisals rather than negatives. Christian practice reaches the same mechanism by another road — "when you lie down on your beds, remember His Name; let Him have the first thoughts of your waking and the last of your sleeping" is a paraphrase of Psalm 63:6 and Psalm 4:8, not a modern finding.</w:t>
      </w:r>
    </w:p>
    <w:p w14:paraId="69F2347A" w14:textId="77777777" w:rsidR="00C8625A" w:rsidRDefault="00751C59">
      <w:pPr>
        <w:spacing w:after="80"/>
        <w:ind w:left="288"/>
      </w:pPr>
      <w:r>
        <w:rPr>
          <w:rFonts w:ascii="Georgia" w:eastAsia="Georgia" w:hAnsi="Georgia"/>
        </w:rPr>
        <w:t>• A gratitude intervention reduced pre-sleep anxiety and improved sleep in</w:t>
      </w:r>
    </w:p>
    <w:p w14:paraId="0BD40A6F" w14:textId="77777777" w:rsidR="00C8625A" w:rsidRDefault="00751C59">
      <w:pPr>
        <w:spacing w:after="160"/>
        <w:ind w:firstLine="259"/>
      </w:pPr>
      <w:r>
        <w:rPr>
          <w:rFonts w:ascii="Georgia" w:eastAsia="Georgia" w:hAnsi="Georgia"/>
        </w:rPr>
        <w:t>undergraduates (N. A. Digdon &amp; N. Koble, 2011).</w:t>
      </w:r>
    </w:p>
    <w:p w14:paraId="60A0FD31" w14:textId="77777777" w:rsidR="00C8625A" w:rsidRDefault="00751C59">
      <w:pPr>
        <w:spacing w:after="80"/>
        <w:ind w:left="288"/>
      </w:pPr>
      <w:r>
        <w:rPr>
          <w:rFonts w:ascii="Georgia" w:eastAsia="Georgia" w:hAnsi="Georgia"/>
        </w:rPr>
        <w:t>• Music before bed has small-to-moderate benefit. A 2023 systematic review and metaanalysis of music for sleep among hospitalised patients reported improved sleep quality,</w:t>
      </w:r>
    </w:p>
    <w:p w14:paraId="1B1E3BD6" w14:textId="77777777" w:rsidR="00C8625A" w:rsidRDefault="00751C59">
      <w:pPr>
        <w:spacing w:after="160"/>
        <w:ind w:firstLine="259"/>
      </w:pPr>
      <w:r>
        <w:rPr>
          <w:rFonts w:ascii="Georgia" w:eastAsia="Georgia" w:hAnsi="Georgia"/>
        </w:rPr>
        <w:t>with most trials using a single session of about 30 minutes at bedtime — a very practical number.</w:t>
      </w:r>
    </w:p>
    <w:p w14:paraId="71EA3DF5" w14:textId="77777777" w:rsidR="00C8625A" w:rsidRDefault="00751C59">
      <w:pPr>
        <w:spacing w:after="80"/>
        <w:ind w:left="288"/>
      </w:pPr>
      <w:r>
        <w:rPr>
          <w:rFonts w:ascii="Georgia" w:eastAsia="Georgia" w:hAnsi="Georgia"/>
        </w:rPr>
        <w:t>• Research on worship and praise music and sleep is genuinely mixed. Harold G.</w:t>
      </w:r>
    </w:p>
    <w:p w14:paraId="4257C934" w14:textId="77777777" w:rsidR="00C8625A" w:rsidRDefault="00751C59">
      <w:pPr>
        <w:spacing w:after="160"/>
        <w:ind w:firstLine="259"/>
      </w:pPr>
      <w:r>
        <w:rPr>
          <w:rFonts w:ascii="Georgia" w:eastAsia="Georgia" w:hAnsi="Georgia"/>
        </w:rPr>
        <w:t>Koenig's 2012 review of religion and health summarised a large analysis that reported an association between listening to religious music and "healthier sleep" in that dataset; but I want to tell you honestly that I cannot verify the frequently quoted "1,990 participants" figure from the primary source, and other studies show no measurable effect. Take what is confirmed; set aside what is merely catchy. What is confirmed enough for pastoral use: the hour before sleep shapes the night. So fill it with someth</w:t>
      </w:r>
      <w:r>
        <w:rPr>
          <w:rFonts w:ascii="Georgia" w:eastAsia="Georgia" w:hAnsi="Georgia"/>
        </w:rPr>
        <w:t>ing other than bad news. Make your bedroom a place where a psalm is read and a song is sung and the phone is not.</w:t>
      </w:r>
    </w:p>
    <w:p w14:paraId="3CCEAAA1" w14:textId="77777777" w:rsidR="00C8625A" w:rsidRDefault="00751C59">
      <w:pPr>
        <w:spacing w:before="280" w:after="120"/>
      </w:pPr>
      <w:r>
        <w:rPr>
          <w:rFonts w:ascii="Georgia" w:eastAsia="Georgia" w:hAnsi="Georgia"/>
          <w:b/>
        </w:rPr>
        <w:t>Heart Rhythm: The Singing Breath</w:t>
      </w:r>
    </w:p>
    <w:p w14:paraId="5F74BB0D" w14:textId="77777777" w:rsidR="00C8625A" w:rsidRDefault="00751C59">
      <w:pPr>
        <w:spacing w:after="160"/>
        <w:ind w:firstLine="259"/>
      </w:pPr>
      <w:r>
        <w:rPr>
          <w:rFonts w:ascii="Georgia" w:eastAsia="Georgia" w:hAnsi="Georgia"/>
        </w:rPr>
        <w:lastRenderedPageBreak/>
        <w:t>Singing engages the respiratory system in a way that resembles paced breathing, and paced breathing is the standard first-line tool in behavioural relaxation research.</w:t>
      </w:r>
    </w:p>
    <w:p w14:paraId="1C38D663" w14:textId="77777777" w:rsidR="00C8625A" w:rsidRDefault="00751C59">
      <w:pPr>
        <w:spacing w:after="80"/>
        <w:ind w:left="288"/>
      </w:pPr>
      <w:r>
        <w:rPr>
          <w:rFonts w:ascii="Georgia" w:eastAsia="Georgia" w:hAnsi="Georgia"/>
        </w:rPr>
        <w:t>• Researchers who study group singing have mostly looked at breathing before they</w:t>
      </w:r>
    </w:p>
    <w:p w14:paraId="4B8566AF" w14:textId="77777777" w:rsidR="00C8625A" w:rsidRDefault="00751C59">
      <w:pPr>
        <w:spacing w:after="160"/>
        <w:ind w:firstLine="259"/>
      </w:pPr>
      <w:r>
        <w:rPr>
          <w:rFonts w:ascii="Georgia" w:eastAsia="Georgia" w:hAnsi="Georgia"/>
        </w:rPr>
        <w:t>looked at belief, and what they find is honest and unmagical: rhythmic vocalisation slows the breath, and slow breathing is one of the few reliable levers we have over the autonomic nervous system. Several trials of recited prayer and mantram-type practices report drops in respiratory rate, with blood-pressure changes in some of them — and in most of these studies the effect tracks the pace of the breathing far more than the words used.</w:t>
      </w:r>
    </w:p>
    <w:p w14:paraId="57C135CB" w14:textId="77777777" w:rsidR="00C8625A" w:rsidRDefault="00751C59">
      <w:pPr>
        <w:spacing w:after="80"/>
        <w:ind w:left="288"/>
      </w:pPr>
      <w:r>
        <w:rPr>
          <w:rFonts w:ascii="Georgia" w:eastAsia="Georgia" w:hAnsi="Georgia"/>
        </w:rPr>
        <w:t>• Which is exactly the point for us. When you sing a psalm aloud, you cannot help but</w:t>
      </w:r>
    </w:p>
    <w:p w14:paraId="2A398E01" w14:textId="77777777" w:rsidR="00C8625A" w:rsidRDefault="00751C59">
      <w:pPr>
        <w:spacing w:after="160"/>
        <w:ind w:firstLine="259"/>
      </w:pPr>
      <w:r>
        <w:rPr>
          <w:rFonts w:ascii="Georgia" w:eastAsia="Georgia" w:hAnsi="Georgia"/>
        </w:rPr>
        <w:t>breathe slowly — the length of the phrase forces the exhale to stretch. The Psalter is, among other things, a breathing book. "I will sing with the spirit, and I will sing with the understanding also" (1 Corinthians 14:15, NKJV) — and your body is included in the "understanding."</w:t>
      </w:r>
    </w:p>
    <w:p w14:paraId="7D098D5B" w14:textId="77777777" w:rsidR="00C8625A" w:rsidRDefault="00751C59">
      <w:pPr>
        <w:spacing w:after="80"/>
        <w:ind w:left="288"/>
      </w:pPr>
      <w:r>
        <w:rPr>
          <w:rFonts w:ascii="Georgia" w:eastAsia="Georgia" w:hAnsi="Georgia"/>
        </w:rPr>
        <w:t>• The hormonal findings are real but mixed. A study of recreational choir singers found that</w:t>
      </w:r>
    </w:p>
    <w:p w14:paraId="7280E9D2" w14:textId="77777777" w:rsidR="00C8625A" w:rsidRDefault="00751C59">
      <w:pPr>
        <w:spacing w:after="160"/>
        <w:ind w:firstLine="259"/>
      </w:pPr>
      <w:r>
        <w:rPr>
          <w:rFonts w:ascii="Georgia" w:eastAsia="Georgia" w:hAnsi="Georgia"/>
        </w:rPr>
        <w:t>salivary cortisol fell across sessions, and that salivary oxytocin — the hormone associated with trust and bonding — declined less after singing together than after speaking together, even though it did not actually rise (2022, Psychoneuroendocrinology). I include the inconvenient half of that result because a book that reports only convenient findings should not be trusted. Another controlled study of group singing in the same period reported the same pattern, plus greater self-reported improvements in emo</w:t>
      </w:r>
      <w:r>
        <w:rPr>
          <w:rFonts w:ascii="Georgia" w:eastAsia="Georgia" w:hAnsi="Georgia"/>
        </w:rPr>
        <w:t xml:space="preserve">tional state and social connectedness for the singers than for the </w:t>
      </w:r>
      <w:r>
        <w:rPr>
          <w:rFonts w:ascii="Georgia" w:eastAsia="Georgia" w:hAnsi="Georgia"/>
        </w:rPr>
        <w:lastRenderedPageBreak/>
        <w:t>speakers. So: if you are angry, panicked, or numbed by grief, the most biblical thing you may be able to do — and the most physiologically sensible — is to stand and sing slowly and out loud. Not to work up a feeling. To breathe the way the Psalter teaches.</w:t>
      </w:r>
    </w:p>
    <w:p w14:paraId="5697109A" w14:textId="77777777" w:rsidR="00C8625A" w:rsidRDefault="00751C59">
      <w:pPr>
        <w:spacing w:before="280" w:after="120"/>
      </w:pPr>
      <w:r>
        <w:rPr>
          <w:rFonts w:ascii="Georgia" w:eastAsia="Georgia" w:hAnsi="Georgia"/>
          <w:b/>
        </w:rPr>
        <w:t>Heart, Blood Pressure, and Immunity</w:t>
      </w:r>
    </w:p>
    <w:p w14:paraId="7C64D2C3" w14:textId="77777777" w:rsidR="00C8625A" w:rsidRDefault="00751C59">
      <w:pPr>
        <w:spacing w:after="80"/>
        <w:ind w:left="288"/>
      </w:pPr>
      <w:r>
        <w:rPr>
          <w:rFonts w:ascii="Georgia" w:eastAsia="Georgia" w:hAnsi="Georgia"/>
        </w:rPr>
        <w:t>• Blood pressure and religiosity. In the 2012 review cited above, Koenig reported that</w:t>
      </w:r>
    </w:p>
    <w:p w14:paraId="42F6757B" w14:textId="77777777" w:rsidR="00C8625A" w:rsidRDefault="00751C59">
      <w:pPr>
        <w:spacing w:after="160"/>
        <w:ind w:firstLine="259"/>
      </w:pPr>
      <w:r>
        <w:rPr>
          <w:rFonts w:ascii="Georgia" w:eastAsia="Georgia" w:hAnsi="Georgia"/>
        </w:rPr>
        <w:t>the majority of studies measuring blood pressure in relation to religious involvement found lower blood pressure among the more religiously involved.</w:t>
      </w:r>
    </w:p>
    <w:p w14:paraId="0405C63B" w14:textId="77777777" w:rsidR="00C8625A" w:rsidRDefault="00751C59">
      <w:pPr>
        <w:spacing w:after="80"/>
        <w:ind w:left="288"/>
      </w:pPr>
      <w:r>
        <w:rPr>
          <w:rFonts w:ascii="Georgia" w:eastAsia="Georgia" w:hAnsi="Georgia"/>
        </w:rPr>
        <w:t>• Stress hormones and religious coping. Koenig's review likewise notes that studies of</w:t>
      </w:r>
    </w:p>
    <w:p w14:paraId="6C92710A" w14:textId="77777777" w:rsidR="00C8625A" w:rsidRDefault="00751C59">
      <w:pPr>
        <w:spacing w:after="160"/>
        <w:ind w:firstLine="259"/>
      </w:pPr>
      <w:r>
        <w:rPr>
          <w:rFonts w:ascii="Georgia" w:eastAsia="Georgia" w:hAnsi="Georgia"/>
        </w:rPr>
        <w:t>cortisol and other stress hormones generally show lower levels associated with positive religious coping, and higher with religious struggle — the difference between "God is for me" and "God is against me" is measurable.</w:t>
      </w:r>
    </w:p>
    <w:p w14:paraId="490781E5" w14:textId="77777777" w:rsidR="00C8625A" w:rsidRDefault="00751C59">
      <w:pPr>
        <w:spacing w:after="80"/>
        <w:ind w:left="288"/>
      </w:pPr>
      <w:r>
        <w:rPr>
          <w:rFonts w:ascii="Georgia" w:eastAsia="Georgia" w:hAnsi="Georgia"/>
        </w:rPr>
        <w:t>• Immune function. The literature here is genuinely mixed. A well-known 2006 study of</w:t>
      </w:r>
    </w:p>
    <w:p w14:paraId="400F125F" w14:textId="77777777" w:rsidR="00C8625A" w:rsidRDefault="00751C59">
      <w:pPr>
        <w:spacing w:after="160"/>
        <w:ind w:firstLine="259"/>
      </w:pPr>
      <w:r>
        <w:rPr>
          <w:rFonts w:ascii="Georgia" w:eastAsia="Georgia" w:hAnsi="Georgia"/>
        </w:rPr>
        <w:t>choral singing reported changes in salivary immunoglobulin A (an antibody involved in the immune function of mucous membranes) alongside reduced cortisol; other studies have found nothing. I will not pretend more than that.</w:t>
      </w:r>
    </w:p>
    <w:p w14:paraId="1D409ABC" w14:textId="77777777" w:rsidR="00C8625A" w:rsidRDefault="00751C59">
      <w:pPr>
        <w:spacing w:after="80"/>
        <w:ind w:left="288"/>
      </w:pPr>
      <w:r>
        <w:rPr>
          <w:rFonts w:ascii="Georgia" w:eastAsia="Georgia" w:hAnsi="Georgia"/>
        </w:rPr>
        <w:t>• Cardiac surgery outcomes. The literature on religiosity and recovery after cardiac</w:t>
      </w:r>
    </w:p>
    <w:p w14:paraId="527CD811" w14:textId="77777777" w:rsidR="00C8625A" w:rsidRDefault="00751C59">
      <w:pPr>
        <w:spacing w:after="160"/>
        <w:ind w:firstLine="259"/>
      </w:pPr>
      <w:r>
        <w:rPr>
          <w:rFonts w:ascii="Georgia" w:eastAsia="Georgia" w:hAnsi="Georgia"/>
        </w:rPr>
        <w:t>surgery is mixed, with some studies showing better and some worse outcomes, and several showing no effect.</w:t>
      </w:r>
    </w:p>
    <w:p w14:paraId="1A79DFBE" w14:textId="77777777" w:rsidR="00C8625A" w:rsidRDefault="00751C59">
      <w:pPr>
        <w:spacing w:before="280" w:after="120"/>
      </w:pPr>
      <w:r>
        <w:rPr>
          <w:rFonts w:ascii="Georgia" w:eastAsia="Georgia" w:hAnsi="Georgia"/>
          <w:b/>
        </w:rPr>
        <w:t>Complaint Is Not Neutral Either</w:t>
      </w:r>
    </w:p>
    <w:p w14:paraId="50892E26" w14:textId="77777777" w:rsidR="00C8625A" w:rsidRDefault="00751C59">
      <w:pPr>
        <w:spacing w:after="160"/>
        <w:ind w:firstLine="259"/>
      </w:pPr>
      <w:r>
        <w:rPr>
          <w:rFonts w:ascii="Georgia" w:eastAsia="Georgia" w:hAnsi="Georgia"/>
        </w:rPr>
        <w:lastRenderedPageBreak/>
        <w:t>If you want to be anxious, complain. If you want to be at peace, praise. The reason is not only spiritual. Psychologists who study rumination — the repetitive, unresolved replaying of hurts and fears — consistently find it linked to depression, anxiety, insomnia, and elevated stress biology. The apostle Paul, writing from prison about a quarrelsome congregation, gives the only cure I know of for rumination: "Do whatever you do without grumbling and argument" (Philippians 2:14, adapted), followed by "rejoice</w:t>
      </w:r>
      <w:r>
        <w:rPr>
          <w:rFonts w:ascii="Georgia" w:eastAsia="Georgia" w:hAnsi="Georgia"/>
        </w:rPr>
        <w:t xml:space="preserve"> in the Lord" (4:4), and then the prescription for anxiety in 4:6–7 — prayer with thanksgiving, and the peace of God garrisoning heart and mind. The murmuring Israelites had manna, cloud, and a parted sea; they could not sleep for resentment (Numbers 11–14; Psalm 78:18–19: "they spoke against God... 'Can He prepare a table in the wilderness?'"). Grumbling is a form of insomnia you choose.</w:t>
      </w:r>
    </w:p>
    <w:p w14:paraId="39BC5580" w14:textId="77777777" w:rsidR="00C8625A" w:rsidRDefault="00751C59">
      <w:pPr>
        <w:spacing w:before="280" w:after="120"/>
      </w:pPr>
      <w:r>
        <w:rPr>
          <w:rFonts w:ascii="Georgia" w:eastAsia="Georgia" w:hAnsi="Georgia"/>
          <w:b/>
        </w:rPr>
        <w:t>Your Bedtime Liturgy (Try It for Seven Nights)</w:t>
      </w:r>
    </w:p>
    <w:p w14:paraId="0928E658" w14:textId="77777777" w:rsidR="00C8625A" w:rsidRDefault="00751C59">
      <w:pPr>
        <w:spacing w:after="80"/>
        <w:ind w:left="288"/>
      </w:pPr>
      <w:r>
        <w:rPr>
          <w:rFonts w:ascii="Georgia" w:eastAsia="Georgia" w:hAnsi="Georgia"/>
        </w:rPr>
        <w:t>48. Screen off twenty minutes before sleep.</w:t>
      </w:r>
    </w:p>
    <w:p w14:paraId="01198574" w14:textId="77777777" w:rsidR="00C8625A" w:rsidRDefault="00751C59">
      <w:pPr>
        <w:spacing w:after="80"/>
        <w:ind w:left="288"/>
      </w:pPr>
      <w:r>
        <w:rPr>
          <w:rFonts w:ascii="Georgia" w:eastAsia="Georgia" w:hAnsi="Georgia"/>
        </w:rPr>
        <w:t>49. Name three mercies from the day out loud, by name, to God. (Psalm 103:2 — "bless the</w:t>
      </w:r>
    </w:p>
    <w:p w14:paraId="4B21718E" w14:textId="77777777" w:rsidR="00C8625A" w:rsidRDefault="00751C59">
      <w:pPr>
        <w:spacing w:after="160"/>
        <w:ind w:firstLine="259"/>
      </w:pPr>
      <w:r>
        <w:rPr>
          <w:rFonts w:ascii="Georgia" w:eastAsia="Georgia" w:hAnsi="Georgia"/>
        </w:rPr>
        <w:t>LORD, O my soul, and forget not all His benefits.")</w:t>
      </w:r>
    </w:p>
    <w:p w14:paraId="5D0E3A30" w14:textId="77777777" w:rsidR="00C8625A" w:rsidRDefault="00751C59">
      <w:pPr>
        <w:spacing w:after="80"/>
        <w:ind w:left="288"/>
      </w:pPr>
      <w:r>
        <w:rPr>
          <w:rFonts w:ascii="Georgia" w:eastAsia="Georgia" w:hAnsi="Georgia"/>
        </w:rPr>
        <w:t>50. Read four to six verses of a psalm. Psalm 4; 23; 62; 91; 121; 131 are made for beds.</w:t>
      </w:r>
    </w:p>
    <w:p w14:paraId="05DB346F" w14:textId="77777777" w:rsidR="00C8625A" w:rsidRDefault="00751C59">
      <w:pPr>
        <w:spacing w:after="80"/>
        <w:ind w:left="288"/>
      </w:pPr>
      <w:r>
        <w:rPr>
          <w:rFonts w:ascii="Georgia" w:eastAsia="Georgia" w:hAnsi="Georgia"/>
        </w:rPr>
        <w:t>51. Sing or say one line slowly for six breaths — "The LORD is my light and my salvation,"</w:t>
      </w:r>
    </w:p>
    <w:p w14:paraId="45773681" w14:textId="77777777" w:rsidR="00C8625A" w:rsidRDefault="00751C59">
      <w:pPr>
        <w:spacing w:after="160"/>
        <w:ind w:firstLine="259"/>
      </w:pPr>
      <w:r>
        <w:rPr>
          <w:rFonts w:ascii="Georgia" w:eastAsia="Georgia" w:hAnsi="Georgia"/>
        </w:rPr>
        <w:t>or "Peace, be still."</w:t>
      </w:r>
    </w:p>
    <w:p w14:paraId="0972C4D7" w14:textId="77777777" w:rsidR="00C8625A" w:rsidRDefault="00751C59">
      <w:pPr>
        <w:spacing w:after="80"/>
        <w:ind w:left="288"/>
      </w:pPr>
      <w:r>
        <w:rPr>
          <w:rFonts w:ascii="Georgia" w:eastAsia="Georgia" w:hAnsi="Georgia"/>
        </w:rPr>
        <w:t>52. Pray for the people you argued with today (Matthew 5:44). Unforgiveness is a</w:t>
      </w:r>
    </w:p>
    <w:p w14:paraId="12F614A5" w14:textId="77777777" w:rsidR="00C8625A" w:rsidRDefault="00751C59">
      <w:pPr>
        <w:spacing w:after="160"/>
        <w:ind w:firstLine="259"/>
      </w:pPr>
      <w:r>
        <w:rPr>
          <w:rFonts w:ascii="Georgia" w:eastAsia="Georgia" w:hAnsi="Georgia"/>
        </w:rPr>
        <w:t>stimulant.</w:t>
      </w:r>
    </w:p>
    <w:p w14:paraId="0582BBB0" w14:textId="77777777" w:rsidR="00C8625A" w:rsidRDefault="00751C59">
      <w:pPr>
        <w:spacing w:before="280" w:after="120"/>
      </w:pPr>
      <w:r>
        <w:rPr>
          <w:rFonts w:ascii="Georgia" w:eastAsia="Georgia" w:hAnsi="Georgia"/>
          <w:b/>
        </w:rPr>
        <w:t>Reflect and Respond</w:t>
      </w:r>
    </w:p>
    <w:p w14:paraId="0366F5D4" w14:textId="77777777" w:rsidR="00C8625A" w:rsidRDefault="00751C59">
      <w:pPr>
        <w:spacing w:after="80"/>
        <w:ind w:left="288"/>
      </w:pPr>
      <w:r>
        <w:rPr>
          <w:rFonts w:ascii="Georgia" w:eastAsia="Georgia" w:hAnsi="Georgia"/>
        </w:rPr>
        <w:lastRenderedPageBreak/>
        <w:t>1. What is happening in the last hour before you sleep now? Honestly — is it liturgy or</w:t>
      </w:r>
    </w:p>
    <w:p w14:paraId="1FF183E9" w14:textId="77777777" w:rsidR="00C8625A" w:rsidRDefault="00751C59">
      <w:pPr>
        <w:spacing w:after="160"/>
        <w:ind w:firstLine="259"/>
      </w:pPr>
      <w:r>
        <w:rPr>
          <w:rFonts w:ascii="Georgia" w:eastAsia="Georgia" w:hAnsi="Georgia"/>
        </w:rPr>
        <w:t>doomscrolling?</w:t>
      </w:r>
    </w:p>
    <w:p w14:paraId="0F5E3679" w14:textId="77777777" w:rsidR="00C8625A" w:rsidRDefault="00751C59">
      <w:pPr>
        <w:spacing w:after="80"/>
        <w:ind w:left="288"/>
      </w:pPr>
      <w:r>
        <w:rPr>
          <w:rFonts w:ascii="Georgia" w:eastAsia="Georgia" w:hAnsi="Georgia"/>
        </w:rPr>
        <w:t>2. Which of the findings above surprised you, and how does it change what you'll do with</w:t>
      </w:r>
    </w:p>
    <w:p w14:paraId="2C5C759B" w14:textId="77777777" w:rsidR="00C8625A" w:rsidRDefault="00751C59">
      <w:pPr>
        <w:spacing w:after="160"/>
        <w:ind w:firstLine="259"/>
      </w:pPr>
      <w:r>
        <w:rPr>
          <w:rFonts w:ascii="Georgia" w:eastAsia="Georgia" w:hAnsi="Georgia"/>
        </w:rPr>
        <w:t>your body this week?</w:t>
      </w:r>
    </w:p>
    <w:p w14:paraId="7218973E" w14:textId="77777777" w:rsidR="00C8625A" w:rsidRDefault="00751C59">
      <w:pPr>
        <w:spacing w:after="80"/>
        <w:ind w:left="288"/>
      </w:pPr>
      <w:r>
        <w:rPr>
          <w:rFonts w:ascii="Georgia" w:eastAsia="Georgia" w:hAnsi="Georgia"/>
        </w:rPr>
        <w:t>3. How do you hold together "God may heal" and "God may not, and I will still praise"? (See</w:t>
      </w:r>
    </w:p>
    <w:p w14:paraId="346F20DB" w14:textId="77777777" w:rsidR="00C8625A" w:rsidRDefault="00751C59">
      <w:pPr>
        <w:spacing w:after="160"/>
        <w:ind w:firstLine="259"/>
      </w:pPr>
      <w:r>
        <w:rPr>
          <w:rFonts w:ascii="Georgia" w:eastAsia="Georgia" w:hAnsi="Georgia"/>
        </w:rPr>
        <w:t>Chapter 20.)</w:t>
      </w:r>
    </w:p>
    <w:p w14:paraId="264C4ACD" w14:textId="77777777" w:rsidR="00C8625A" w:rsidRDefault="00751C59">
      <w:pPr>
        <w:spacing w:before="240" w:after="80"/>
      </w:pPr>
      <w:r>
        <w:rPr>
          <w:rFonts w:ascii="Georgia" w:eastAsia="Georgia" w:hAnsi="Georgia"/>
          <w:b/>
          <w:color w:val="2C3E50"/>
          <w:sz w:val="20"/>
        </w:rPr>
        <w:t>DECLARATION</w:t>
      </w:r>
    </w:p>
    <w:p w14:paraId="57DE5AC3" w14:textId="77777777" w:rsidR="00C8625A" w:rsidRDefault="00751C59">
      <w:pPr>
        <w:spacing w:after="160"/>
        <w:ind w:left="288"/>
      </w:pPr>
      <w:r>
        <w:rPr>
          <w:rFonts w:ascii="Georgia" w:eastAsia="Georgia" w:hAnsi="Georgia"/>
          <w:i/>
        </w:rPr>
        <w:t>"My God made my lungs, my pulse, and my sleep. I will not let him find only my requests in the night. I will lie down in peace, because You alone make me dwell in safety."</w:t>
      </w:r>
    </w:p>
    <w:p w14:paraId="084CBED7" w14:textId="77777777" w:rsidR="00C8625A" w:rsidRDefault="00751C59">
      <w:pPr>
        <w:spacing w:before="160" w:after="80"/>
      </w:pPr>
      <w:r>
        <w:rPr>
          <w:rFonts w:ascii="Georgia" w:eastAsia="Georgia" w:hAnsi="Georgia"/>
          <w:b/>
          <w:color w:val="2C3E50"/>
          <w:sz w:val="20"/>
        </w:rPr>
        <w:t>PRAYER</w:t>
      </w:r>
    </w:p>
    <w:p w14:paraId="0341E2F9" w14:textId="77777777" w:rsidR="00C8625A" w:rsidRDefault="00751C59">
      <w:pPr>
        <w:spacing w:after="240"/>
        <w:ind w:left="288"/>
      </w:pPr>
      <w:r>
        <w:rPr>
          <w:rFonts w:ascii="Georgia" w:eastAsia="Georgia" w:hAnsi="Georgia"/>
          <w:i/>
        </w:rPr>
        <w:t>Lord, quiet my body as my soul worships. Give me the discipline of voices and breath and rest. Where my biology is already fighting me, give me good counsel, good physicians, and peace that surpasses understanding. In Jesus' name, amen.</w:t>
      </w:r>
    </w:p>
    <w:p w14:paraId="11AD2C06" w14:textId="77777777" w:rsidR="00C8625A" w:rsidRDefault="00751C59">
      <w:r>
        <w:br w:type="page"/>
      </w:r>
    </w:p>
    <w:p w14:paraId="3B7E9330" w14:textId="77777777" w:rsidR="00C8625A" w:rsidRDefault="00751C59">
      <w:pPr>
        <w:spacing w:before="960" w:after="80"/>
        <w:jc w:val="center"/>
      </w:pPr>
      <w:r>
        <w:rPr>
          <w:rFonts w:ascii="Georgia" w:eastAsia="Georgia" w:hAnsi="Georgia"/>
          <w:b/>
        </w:rPr>
        <w:lastRenderedPageBreak/>
        <w:t>CHAPTER 14</w:t>
      </w:r>
    </w:p>
    <w:p w14:paraId="01E15AFA" w14:textId="77777777" w:rsidR="00C8625A" w:rsidRDefault="00751C59">
      <w:pPr>
        <w:spacing w:after="280"/>
        <w:jc w:val="center"/>
      </w:pPr>
      <w:r>
        <w:rPr>
          <w:rFonts w:ascii="Georgia" w:eastAsia="Georgia" w:hAnsi="Georgia"/>
          <w:b/>
          <w:sz w:val="32"/>
        </w:rPr>
        <w:t>Strength for the Weary</w:t>
      </w:r>
    </w:p>
    <w:p w14:paraId="3D6BE7B0" w14:textId="77777777" w:rsidR="00C8625A" w:rsidRDefault="00751C59">
      <w:pPr>
        <w:spacing w:before="160"/>
        <w:ind w:left="360" w:right="360"/>
        <w:jc w:val="center"/>
      </w:pPr>
      <w:r>
        <w:rPr>
          <w:rFonts w:ascii="Georgia" w:eastAsia="Georgia" w:hAnsi="Georgia"/>
          <w:i/>
          <w:sz w:val="20"/>
        </w:rPr>
        <w:t>"But those who wait on the LORD shall renew their strength; they shall mount up with wings like eagles." — Isaiah 40:31 (NKJV)</w:t>
      </w:r>
    </w:p>
    <w:p w14:paraId="6FA40DA0" w14:textId="77777777" w:rsidR="00C8625A" w:rsidRDefault="00751C59">
      <w:pPr>
        <w:spacing w:before="280" w:after="120"/>
      </w:pPr>
      <w:r>
        <w:rPr>
          <w:rFonts w:ascii="Georgia" w:eastAsia="Georgia" w:hAnsi="Georgia"/>
          <w:b/>
        </w:rPr>
        <w:t>The People Isaiah Is Talking To</w:t>
      </w:r>
    </w:p>
    <w:p w14:paraId="03AB96EF" w14:textId="77777777" w:rsidR="00C8625A" w:rsidRDefault="00751C59">
      <w:pPr>
        <w:spacing w:after="160"/>
        <w:ind w:firstLine="259"/>
      </w:pPr>
      <w:r>
        <w:rPr>
          <w:rFonts w:ascii="Georgia" w:eastAsia="Georgia" w:hAnsi="Georgia"/>
        </w:rPr>
        <w:t xml:space="preserve">Isaiah 40 is not addressed to the lazy. It is addressed to the exhausted and the faithful: "Have you not known? Have you not heard? The everlasting God, the LORD, the Creator of the ends of the earth, neither faints nor is weary" (v. 28, NKJV) — immediately after "Why do you say, O Jacob, and speak, O Israel, 'My way is hidden from the LORD, and my justice is passed over by my God'?" (v. 27). These are people who think God has overlooked them. That is the demographic of weariness: not the slothful, but the </w:t>
      </w:r>
      <w:r>
        <w:rPr>
          <w:rFonts w:ascii="Georgia" w:eastAsia="Georgia" w:hAnsi="Georgia"/>
        </w:rPr>
        <w:t xml:space="preserve">spiritually long-suffering. And notice the answer God gives them. He does not start with comfort about their circumstances; He starts with the size of His: "Lift up your eyes on high, and see who has created these stars" (v. 26). He takes them to astronomy, then to measurement — "who has measured the waters in the hollow of His hand" (v. 12) — then to the comparative nothing of nations: "Surely the nations are like a drop from a bucket, and are counted as the fine dust on the scales" (v. 15). Praise of the </w:t>
      </w:r>
      <w:r>
        <w:rPr>
          <w:rFonts w:ascii="Georgia" w:eastAsia="Georgia" w:hAnsi="Georgia"/>
        </w:rPr>
        <w:t xml:space="preserve">Creator is the medicine for the forgotten creature. "They Shall Mount Up With Wings" The verb in verse 31 (Hebrew qavah, to wait for, hope in, twist together toward) is followed by an image of eagles: "they shall mount up with wings" (NASB "exchange their strength"). The wordplay in the Hebrew is beautiful: those who hope in the Lord exchange. The picture is not of an eagle flapping furiously; it is of a bird turning into the wind and being lifted by a current it did not </w:t>
      </w:r>
      <w:r>
        <w:rPr>
          <w:rFonts w:ascii="Georgia" w:eastAsia="Georgia" w:hAnsi="Georgia"/>
        </w:rPr>
        <w:lastRenderedPageBreak/>
        <w:t>generate. Weariness usually means fl</w:t>
      </w:r>
      <w:r>
        <w:rPr>
          <w:rFonts w:ascii="Georgia" w:eastAsia="Georgia" w:hAnsi="Georgia"/>
        </w:rPr>
        <w:t>apping. Some of you are exhausted because you have been generating lift with your own arms in a wind God was already blowing.</w:t>
      </w:r>
    </w:p>
    <w:p w14:paraId="68CA0033" w14:textId="77777777" w:rsidR="00C8625A" w:rsidRDefault="00751C59">
      <w:pPr>
        <w:spacing w:before="280" w:after="120"/>
      </w:pPr>
      <w:r>
        <w:rPr>
          <w:rFonts w:ascii="Georgia" w:eastAsia="Georgia" w:hAnsi="Georgia"/>
          <w:b/>
        </w:rPr>
        <w:t>Psalm 103: The Anatomy of a Weary Man's Praise</w:t>
      </w:r>
    </w:p>
    <w:p w14:paraId="28769944" w14:textId="77777777" w:rsidR="00C8625A" w:rsidRDefault="00751C59">
      <w:pPr>
        <w:spacing w:after="160"/>
        <w:ind w:firstLine="259"/>
      </w:pPr>
      <w:r>
        <w:rPr>
          <w:rFonts w:ascii="Georgia" w:eastAsia="Georgia" w:hAnsi="Georgia"/>
        </w:rPr>
        <w:t>David wrote Psalm 103 with a diagnosis. "Bless the LORD, O my soul; and all that is within me, bless His holy name!" (v. 1). The "all that is within me" (kol-qeravay, all my inner parts) suggests he is preaching to his whole anatomy, not his better half. He is addressing a soul that has to be commanded. Then he gives the reasons, and they are body-shaped:</w:t>
      </w:r>
    </w:p>
    <w:p w14:paraId="68E29F64" w14:textId="77777777" w:rsidR="00C8625A" w:rsidRDefault="00751C59">
      <w:pPr>
        <w:spacing w:after="80"/>
        <w:ind w:left="288"/>
      </w:pPr>
      <w:r>
        <w:rPr>
          <w:rFonts w:ascii="Georgia" w:eastAsia="Georgia" w:hAnsi="Georgia"/>
        </w:rPr>
        <w:t>• "Who forgives all your iniquities" (v. 3a) — the guilt he carried, now gone.</w:t>
      </w:r>
    </w:p>
    <w:p w14:paraId="5909A96D" w14:textId="77777777" w:rsidR="00C8625A" w:rsidRDefault="00751C59">
      <w:pPr>
        <w:spacing w:after="80"/>
        <w:ind w:left="288"/>
      </w:pPr>
      <w:r>
        <w:rPr>
          <w:rFonts w:ascii="Georgia" w:eastAsia="Georgia" w:hAnsi="Georgia"/>
        </w:rPr>
        <w:t>• "Who heals all your diseases" (v. 3b).</w:t>
      </w:r>
    </w:p>
    <w:p w14:paraId="62B59C3A" w14:textId="77777777" w:rsidR="00C8625A" w:rsidRDefault="00751C59">
      <w:pPr>
        <w:spacing w:after="80"/>
        <w:ind w:left="288"/>
      </w:pPr>
      <w:r>
        <w:rPr>
          <w:rFonts w:ascii="Georgia" w:eastAsia="Georgia" w:hAnsi="Georgia"/>
        </w:rPr>
        <w:t>• "Who redeems your life from destruction" (v. 4a).</w:t>
      </w:r>
    </w:p>
    <w:p w14:paraId="6C3750E8" w14:textId="77777777" w:rsidR="00C8625A" w:rsidRDefault="00751C59">
      <w:pPr>
        <w:spacing w:after="80"/>
        <w:ind w:left="288"/>
      </w:pPr>
      <w:r>
        <w:rPr>
          <w:rFonts w:ascii="Georgia" w:eastAsia="Georgia" w:hAnsi="Georgia"/>
        </w:rPr>
        <w:t>• "Who crowns you with lovingkindness and tender mercies" (v. 4b).</w:t>
      </w:r>
    </w:p>
    <w:p w14:paraId="2127CD71" w14:textId="77777777" w:rsidR="00C8625A" w:rsidRDefault="00751C59">
      <w:pPr>
        <w:spacing w:after="80"/>
        <w:ind w:left="288"/>
      </w:pPr>
      <w:r>
        <w:rPr>
          <w:rFonts w:ascii="Georgia" w:eastAsia="Georgia" w:hAnsi="Georgia"/>
        </w:rPr>
        <w:t>• "Who satisfies your mouth with good things, so that your youth is renewed like the</w:t>
      </w:r>
    </w:p>
    <w:p w14:paraId="0F0136F4" w14:textId="77777777" w:rsidR="00C8625A" w:rsidRDefault="00751C59">
      <w:pPr>
        <w:spacing w:after="160"/>
        <w:ind w:firstLine="259"/>
      </w:pPr>
      <w:r>
        <w:rPr>
          <w:rFonts w:ascii="Georgia" w:eastAsia="Georgia" w:hAnsi="Georgia"/>
        </w:rPr>
        <w:t>eagle's" (v. 5). Note the order. He begins with forgiveness before healing — not because healing is unimportant, but because shame is more exhausting than pain. And he ends with the eagle, the same bird Isaiah uses. These two chapters are the Bible's own answer to chronic fatigue. And the psalm is honest about human limitation: "For He knows our frame; He remembers that we are dust. As for man, his days are like grass" (vv. 14–15, NKJV). God is not angry that you are tired. He designed the dust.</w:t>
      </w:r>
    </w:p>
    <w:p w14:paraId="3CA5EC62" w14:textId="77777777" w:rsidR="00C8625A" w:rsidRDefault="00751C59">
      <w:pPr>
        <w:spacing w:before="280" w:after="120"/>
      </w:pPr>
      <w:r>
        <w:rPr>
          <w:rFonts w:ascii="Georgia" w:eastAsia="Georgia" w:hAnsi="Georgia"/>
          <w:b/>
        </w:rPr>
        <w:t>Burnout Is a Soul Problem with a Body Symptom</w:t>
      </w:r>
    </w:p>
    <w:p w14:paraId="446A38DA" w14:textId="77777777" w:rsidR="00C8625A" w:rsidRDefault="00751C59">
      <w:pPr>
        <w:spacing w:after="160"/>
        <w:ind w:firstLine="259"/>
      </w:pPr>
      <w:r>
        <w:rPr>
          <w:rFonts w:ascii="Georgia" w:eastAsia="Georgia" w:hAnsi="Georgia"/>
        </w:rPr>
        <w:lastRenderedPageBreak/>
        <w:t>Modern research describes burnout in three dimensions — exhaustion, cynicism, and a reduced sense of efficacy — and finds it driven less by workload alone than by loss of meaning and loss of control. Read Isaiah 40:27–31 with that: "my way is hidden from the LORD" is precisely a loss of perceived meaning and control. Which is why "waiting on the LORD" (v. 31) is not passivity. It is re-attaching your work to its meaning. Practically: if you are burnt out, praise is not a substitute for rest; it is the conte</w:t>
      </w:r>
      <w:r>
        <w:rPr>
          <w:rFonts w:ascii="Georgia" w:eastAsia="Georgia" w:hAnsi="Georgia"/>
        </w:rPr>
        <w:t>xt in which rest becomes possible. Guilt-driven workers cannot rest even when they stop. Only worship tells the body it is allowed to stop, because the world is being held by Somebody who is not you. "Be still, and know that I am God" (Psalm 46:10, NKJV). The stillness follows the knowing, not the other way around.</w:t>
      </w:r>
    </w:p>
    <w:p w14:paraId="3A13E773" w14:textId="77777777" w:rsidR="00C8625A" w:rsidRDefault="00751C59">
      <w:pPr>
        <w:spacing w:before="280" w:after="120"/>
      </w:pPr>
      <w:r>
        <w:rPr>
          <w:rFonts w:ascii="Georgia" w:eastAsia="Georgia" w:hAnsi="Georgia"/>
          <w:b/>
        </w:rPr>
        <w:t>Three Practices for the Weary</w:t>
      </w:r>
    </w:p>
    <w:p w14:paraId="28A301F8" w14:textId="77777777" w:rsidR="00C8625A" w:rsidRDefault="00751C59">
      <w:pPr>
        <w:spacing w:after="80"/>
        <w:ind w:left="288"/>
      </w:pPr>
      <w:r>
        <w:rPr>
          <w:rFonts w:ascii="Georgia" w:eastAsia="Georgia" w:hAnsi="Georgia"/>
        </w:rPr>
        <w:t>56. The first ten minutes belong to Him. Not requests. Attributes. "You are holy... You are</w:t>
      </w:r>
    </w:p>
    <w:p w14:paraId="108F3CBF" w14:textId="77777777" w:rsidR="00C8625A" w:rsidRDefault="00751C59">
      <w:pPr>
        <w:spacing w:after="160"/>
        <w:ind w:firstLine="259"/>
      </w:pPr>
      <w:r>
        <w:rPr>
          <w:rFonts w:ascii="Georgia" w:eastAsia="Georgia" w:hAnsi="Georgia"/>
        </w:rPr>
        <w:t>good... You are my keeper." Strength that comes from being re-oriented will outlast the strength that comes from a pep talk.</w:t>
      </w:r>
    </w:p>
    <w:p w14:paraId="621A20F5" w14:textId="77777777" w:rsidR="00C8625A" w:rsidRDefault="00751C59">
      <w:pPr>
        <w:spacing w:after="80"/>
        <w:ind w:left="288"/>
      </w:pPr>
      <w:r>
        <w:rPr>
          <w:rFonts w:ascii="Georgia" w:eastAsia="Georgia" w:hAnsi="Georgia"/>
        </w:rPr>
        <w:t>57. Awe-walk. Once a week, walk thirty minutes with no phone and praise the Creator for</w:t>
      </w:r>
    </w:p>
    <w:p w14:paraId="1F6F5257" w14:textId="77777777" w:rsidR="00C8625A" w:rsidRDefault="00751C59">
      <w:pPr>
        <w:spacing w:after="160"/>
        <w:ind w:firstLine="259"/>
      </w:pPr>
      <w:r>
        <w:rPr>
          <w:rFonts w:ascii="Georgia" w:eastAsia="Georgia" w:hAnsi="Georgia"/>
        </w:rPr>
        <w:t>what you see (Romans 1:20; Psalm 19:1–4). Awe is measurable at reducing inflammatory markers in some studies; more importantly, it is the oldest antidote to selfenclosure.</w:t>
      </w:r>
    </w:p>
    <w:p w14:paraId="0CB68656" w14:textId="77777777" w:rsidR="00C8625A" w:rsidRDefault="00751C59">
      <w:pPr>
        <w:spacing w:after="80"/>
        <w:ind w:left="288"/>
      </w:pPr>
      <w:r>
        <w:rPr>
          <w:rFonts w:ascii="Georgia" w:eastAsia="Georgia" w:hAnsi="Georgia"/>
        </w:rPr>
        <w:t>58. Sabbath, actually. One full day in twenty-four hours — a quarter of your week — where</w:t>
      </w:r>
    </w:p>
    <w:p w14:paraId="514C4398" w14:textId="77777777" w:rsidR="00C8625A" w:rsidRDefault="00751C59">
      <w:pPr>
        <w:spacing w:after="160"/>
        <w:ind w:firstLine="259"/>
      </w:pPr>
      <w:r>
        <w:rPr>
          <w:rFonts w:ascii="Georgia" w:eastAsia="Georgia" w:hAnsi="Georgia"/>
        </w:rPr>
        <w:t xml:space="preserve">you stop producing value and receive it. "It is vain for you to rise up early, to sit late, to eat the bread of painful toil; so He gives His beloved sleep" (Psalm 127:2, NKJV). If your </w:t>
      </w:r>
      <w:r>
        <w:rPr>
          <w:rFonts w:ascii="Georgia" w:eastAsia="Georgia" w:hAnsi="Georgia"/>
        </w:rPr>
        <w:lastRenderedPageBreak/>
        <w:t>worship does not include rest, your theology has made you a god.</w:t>
      </w:r>
    </w:p>
    <w:p w14:paraId="75C9FA74" w14:textId="77777777" w:rsidR="00C8625A" w:rsidRDefault="00751C59">
      <w:pPr>
        <w:spacing w:before="280" w:after="120"/>
      </w:pPr>
      <w:r>
        <w:rPr>
          <w:rFonts w:ascii="Georgia" w:eastAsia="Georgia" w:hAnsi="Georgia"/>
          <w:b/>
        </w:rPr>
        <w:t>A Word to the Chronically Ill</w:t>
      </w:r>
    </w:p>
    <w:p w14:paraId="609A24FB" w14:textId="77777777" w:rsidR="00C8625A" w:rsidRDefault="00751C59">
      <w:pPr>
        <w:spacing w:after="160"/>
        <w:ind w:firstLine="259"/>
      </w:pPr>
      <w:r>
        <w:rPr>
          <w:rFonts w:ascii="Georgia" w:eastAsia="Georgia" w:hAnsi="Georgia"/>
        </w:rPr>
        <w:t>If your weariness is medical — autoimmune, cardiac, post-viral, cancer treatment, depression, sleep apnoea, or any other diagnosis — then this chapter is not permission to believe your body is a worship problem. Psalm 38 describes the righteous sufferer: "There is no soundness in my flesh because of anger, nor health in my bones because of my sin... My iniquities have gone over my head" (vv. 3–4). But Psalm 38 is one voice in a canon that also says "He heals all your diseases" and also says the thorn was no</w:t>
      </w:r>
      <w:r>
        <w:rPr>
          <w:rFonts w:ascii="Georgia" w:eastAsia="Georgia" w:hAnsi="Georgia"/>
        </w:rPr>
        <w:t>t removed (2 Corinthians 12:7–9). Praise does not replace treatment. It makes a patient into a worshipper while the treatment runs its course — and that is no small thing, because a worshipper can endure.</w:t>
      </w:r>
    </w:p>
    <w:p w14:paraId="1489A04E" w14:textId="77777777" w:rsidR="00C8625A" w:rsidRDefault="00751C59">
      <w:pPr>
        <w:spacing w:before="280" w:after="120"/>
      </w:pPr>
      <w:r>
        <w:rPr>
          <w:rFonts w:ascii="Georgia" w:eastAsia="Georgia" w:hAnsi="Georgia"/>
          <w:b/>
        </w:rPr>
        <w:t>Reflect and Respond</w:t>
      </w:r>
    </w:p>
    <w:p w14:paraId="7ED7921F" w14:textId="77777777" w:rsidR="00C8625A" w:rsidRDefault="00751C59">
      <w:pPr>
        <w:spacing w:after="80"/>
        <w:ind w:left="288"/>
      </w:pPr>
      <w:r>
        <w:rPr>
          <w:rFonts w:ascii="Georgia" w:eastAsia="Georgia" w:hAnsi="Georgia"/>
        </w:rPr>
        <w:t>1. Are you weary from flapping? Name one thing you have been generating lift for that God</w:t>
      </w:r>
    </w:p>
    <w:p w14:paraId="2F0D9B89" w14:textId="77777777" w:rsidR="00C8625A" w:rsidRDefault="00751C59">
      <w:pPr>
        <w:spacing w:after="160"/>
        <w:ind w:firstLine="259"/>
      </w:pPr>
      <w:r>
        <w:rPr>
          <w:rFonts w:ascii="Georgia" w:eastAsia="Georgia" w:hAnsi="Georgia"/>
        </w:rPr>
        <w:t>has already provided a current for.</w:t>
      </w:r>
    </w:p>
    <w:p w14:paraId="38149C61" w14:textId="77777777" w:rsidR="00C8625A" w:rsidRDefault="00751C59">
      <w:pPr>
        <w:spacing w:after="80"/>
        <w:ind w:left="288"/>
      </w:pPr>
      <w:r>
        <w:rPr>
          <w:rFonts w:ascii="Georgia" w:eastAsia="Georgia" w:hAnsi="Georgia"/>
        </w:rPr>
        <w:t>2. Which of David's five reasons in Psalm 103:3–5 is most real to you right now? Speak it</w:t>
      </w:r>
    </w:p>
    <w:p w14:paraId="09C00544" w14:textId="77777777" w:rsidR="00C8625A" w:rsidRDefault="00751C59">
      <w:pPr>
        <w:spacing w:after="160"/>
        <w:ind w:firstLine="259"/>
      </w:pPr>
      <w:r>
        <w:rPr>
          <w:rFonts w:ascii="Georgia" w:eastAsia="Georgia" w:hAnsi="Georgia"/>
        </w:rPr>
        <w:t>back to God.</w:t>
      </w:r>
    </w:p>
    <w:p w14:paraId="2696B4E2" w14:textId="77777777" w:rsidR="00C8625A" w:rsidRDefault="00751C59">
      <w:pPr>
        <w:spacing w:after="80"/>
        <w:ind w:left="288"/>
      </w:pPr>
      <w:r>
        <w:rPr>
          <w:rFonts w:ascii="Georgia" w:eastAsia="Georgia" w:hAnsi="Georgia"/>
        </w:rPr>
        <w:t>3. What would a real weekly day of rest look like in your actual life — and what fear is</w:t>
      </w:r>
    </w:p>
    <w:p w14:paraId="7EA5F7E6" w14:textId="77777777" w:rsidR="00C8625A" w:rsidRDefault="00751C59">
      <w:pPr>
        <w:spacing w:after="160"/>
        <w:ind w:firstLine="259"/>
      </w:pPr>
      <w:r>
        <w:rPr>
          <w:rFonts w:ascii="Georgia" w:eastAsia="Georgia" w:hAnsi="Georgia"/>
        </w:rPr>
        <w:t>keeping you from it?</w:t>
      </w:r>
    </w:p>
    <w:p w14:paraId="40241C6E" w14:textId="77777777" w:rsidR="00C8625A" w:rsidRDefault="00751C59">
      <w:pPr>
        <w:spacing w:before="240" w:after="80"/>
      </w:pPr>
      <w:r>
        <w:rPr>
          <w:rFonts w:ascii="Georgia" w:eastAsia="Georgia" w:hAnsi="Georgia"/>
          <w:b/>
          <w:color w:val="2C3E50"/>
          <w:sz w:val="20"/>
        </w:rPr>
        <w:t>DECLARATION</w:t>
      </w:r>
    </w:p>
    <w:p w14:paraId="446374C3" w14:textId="77777777" w:rsidR="00C8625A" w:rsidRDefault="00751C59">
      <w:pPr>
        <w:spacing w:after="160"/>
        <w:ind w:left="288"/>
      </w:pPr>
      <w:r>
        <w:rPr>
          <w:rFonts w:ascii="Georgia" w:eastAsia="Georgia" w:hAnsi="Georgia"/>
          <w:i/>
        </w:rPr>
        <w:lastRenderedPageBreak/>
        <w:t>"Those who wait on the LORD shall renew their strength. My way is not hidden from my God. I will mount up, not because I am strong, but because He is."</w:t>
      </w:r>
    </w:p>
    <w:p w14:paraId="36833DA6" w14:textId="77777777" w:rsidR="00C8625A" w:rsidRDefault="00751C59">
      <w:pPr>
        <w:spacing w:before="160" w:after="80"/>
      </w:pPr>
      <w:r>
        <w:rPr>
          <w:rFonts w:ascii="Georgia" w:eastAsia="Georgia" w:hAnsi="Georgia"/>
          <w:b/>
          <w:color w:val="2C3E50"/>
          <w:sz w:val="20"/>
        </w:rPr>
        <w:t>PRAYER</w:t>
      </w:r>
    </w:p>
    <w:p w14:paraId="63E0D6DB" w14:textId="77777777" w:rsidR="00C8625A" w:rsidRDefault="00751C59">
      <w:pPr>
        <w:spacing w:after="240"/>
        <w:ind w:left="288"/>
      </w:pPr>
      <w:r>
        <w:rPr>
          <w:rFonts w:ascii="Georgia" w:eastAsia="Georgia" w:hAnsi="Georgia"/>
          <w:i/>
        </w:rPr>
        <w:t>Everlasting God, You neither faint nor are weary — and You have promised me a share in that. Exchange my exhaustion. Teach me to wait, and to rest, and to sing anyway. In Jesus' name, amen.</w:t>
      </w:r>
    </w:p>
    <w:p w14:paraId="439F6953" w14:textId="77777777" w:rsidR="00C8625A" w:rsidRDefault="00751C59">
      <w:r>
        <w:br w:type="page"/>
      </w:r>
    </w:p>
    <w:p w14:paraId="55985FDB" w14:textId="77777777" w:rsidR="00C8625A" w:rsidRDefault="00751C59">
      <w:pPr>
        <w:spacing w:before="2000" w:after="160"/>
        <w:jc w:val="center"/>
      </w:pPr>
      <w:r>
        <w:rPr>
          <w:rFonts w:ascii="Georgia" w:eastAsia="Georgia" w:hAnsi="Georgia"/>
          <w:b/>
          <w:sz w:val="26"/>
        </w:rPr>
        <w:lastRenderedPageBreak/>
        <w:t>PART FOUR</w:t>
      </w:r>
    </w:p>
    <w:p w14:paraId="51A23211" w14:textId="77777777" w:rsidR="00C8625A" w:rsidRDefault="00751C59">
      <w:pPr>
        <w:spacing w:after="360"/>
        <w:jc w:val="center"/>
      </w:pPr>
      <w:r>
        <w:rPr>
          <w:rFonts w:ascii="Georgia" w:eastAsia="Georgia" w:hAnsi="Georgia"/>
          <w:b/>
          <w:sz w:val="36"/>
        </w:rPr>
        <w:t>The Psychological Benefits of Praise</w:t>
      </w:r>
    </w:p>
    <w:p w14:paraId="5667AA63" w14:textId="77777777" w:rsidR="00C8625A" w:rsidRDefault="00751C59">
      <w:pPr>
        <w:spacing w:before="160"/>
        <w:ind w:left="360" w:right="360"/>
        <w:jc w:val="center"/>
      </w:pPr>
      <w:r>
        <w:rPr>
          <w:rFonts w:ascii="Georgia" w:eastAsia="Georgia" w:hAnsi="Georgia"/>
          <w:i/>
          <w:sz w:val="20"/>
        </w:rPr>
        <w:t>"Why are you cast down, O my soul? And why are you groaning within me? Hope in God, for I shall again praise Him." — Psalm 42:11 (NKJV)</w:t>
      </w:r>
    </w:p>
    <w:p w14:paraId="62008D9A" w14:textId="77777777" w:rsidR="00C8625A" w:rsidRDefault="00751C59">
      <w:pPr>
        <w:spacing w:after="160"/>
        <w:ind w:firstLine="259"/>
      </w:pPr>
      <w:r>
        <w:rPr>
          <w:rFonts w:ascii="Georgia" w:eastAsia="Georgia" w:hAnsi="Georgia"/>
        </w:rPr>
        <w:t>Here is the assumption we must dismantle: that worship is for the "spiritual" part of you and that your mind is a separate, secular machine that psychology handles. Scripture never makes that division. The psalmists preach to their own emotions. Paul reasons with his thoughts. Jesus, who knew human nature better than any researcher who ever lived, said, "You shall love the Lord your God with all your heart, with all your soul, and with all your mind" (Matthew 22:37, NKJV). The soul — mind, will, and emotion</w:t>
      </w:r>
      <w:r>
        <w:rPr>
          <w:rFonts w:ascii="Georgia" w:eastAsia="Georgia" w:hAnsi="Georgia"/>
        </w:rPr>
        <w:t>s — has a weather system. And like real weather, it can be moved by an atmospheric change. Praise changes the atmosphere. In Part 4 we will look at four of the heaviest storms of the human soul — anxiety, despair, grief, and a confused mind — and see what praise actually does in each. We will be honest about what the research can and cannot show, and we will be careful about the difference between a temptation to despair and a clinical illness that needs treatment.</w:t>
      </w:r>
    </w:p>
    <w:p w14:paraId="4A452D87" w14:textId="77777777" w:rsidR="00C8625A" w:rsidRDefault="00751C59">
      <w:r>
        <w:br w:type="page"/>
      </w:r>
    </w:p>
    <w:p w14:paraId="5AF0730D" w14:textId="77777777" w:rsidR="00C8625A" w:rsidRDefault="00751C59">
      <w:pPr>
        <w:spacing w:before="960" w:after="80"/>
        <w:jc w:val="center"/>
      </w:pPr>
      <w:r>
        <w:rPr>
          <w:rFonts w:ascii="Georgia" w:eastAsia="Georgia" w:hAnsi="Georgia"/>
          <w:b/>
        </w:rPr>
        <w:lastRenderedPageBreak/>
        <w:t>CHAPTER 15</w:t>
      </w:r>
    </w:p>
    <w:p w14:paraId="557A9FD9" w14:textId="77777777" w:rsidR="00C8625A" w:rsidRDefault="00751C59">
      <w:pPr>
        <w:spacing w:after="280"/>
        <w:jc w:val="center"/>
      </w:pPr>
      <w:r>
        <w:rPr>
          <w:rFonts w:ascii="Georgia" w:eastAsia="Georgia" w:hAnsi="Georgia"/>
          <w:b/>
          <w:sz w:val="32"/>
        </w:rPr>
        <w:t>Praise Destroys Anxiety and Fear</w:t>
      </w:r>
    </w:p>
    <w:p w14:paraId="5C5337C6" w14:textId="77777777" w:rsidR="00C8625A" w:rsidRDefault="00751C59">
      <w:pPr>
        <w:spacing w:before="160"/>
        <w:ind w:left="360" w:right="360"/>
        <w:jc w:val="center"/>
      </w:pPr>
      <w:r>
        <w:rPr>
          <w:rFonts w:ascii="Georgia" w:eastAsia="Georgia" w:hAnsi="Georgia"/>
          <w:i/>
          <w:sz w:val="20"/>
        </w:rPr>
        <w:t>"casting all your care upon Him, for He cares for you." — 1 Peter 5:7 (NKJV)</w:t>
      </w:r>
    </w:p>
    <w:p w14:paraId="7F8F8F00" w14:textId="77777777" w:rsidR="00C8625A" w:rsidRDefault="00751C59">
      <w:pPr>
        <w:spacing w:before="280" w:after="120"/>
      </w:pPr>
      <w:r>
        <w:rPr>
          <w:rFonts w:ascii="Georgia" w:eastAsia="Georgia" w:hAnsi="Georgia"/>
          <w:b/>
        </w:rPr>
        <w:t>Anxiety Is Faith In The Wrong Direction</w:t>
      </w:r>
    </w:p>
    <w:p w14:paraId="416DFEAB" w14:textId="77777777" w:rsidR="00C8625A" w:rsidRDefault="00751C59">
      <w:pPr>
        <w:spacing w:after="160"/>
        <w:ind w:firstLine="259"/>
      </w:pPr>
      <w:r>
        <w:rPr>
          <w:rFonts w:ascii="Georgia" w:eastAsia="Georgia" w:hAnsi="Georgia"/>
        </w:rPr>
        <w:t>Here is a definition worth writing in the front of your Bible: anxiety is imagination put to the service of fear. The same faculty God gave you to picture the future is hijacked into rehearsing disaster on a loop — and your body, unable to tell the difference between a real threat and a vividly imagined one, prepares for a battle that has not happened and may never happen. Notice that Jesus' most famous teaching on anxiety does not command you to stop thinking. "Consider the lilies of the field, how they gr</w:t>
      </w:r>
      <w:r>
        <w:rPr>
          <w:rFonts w:ascii="Georgia" w:eastAsia="Georgia" w:hAnsi="Georgia"/>
        </w:rPr>
        <w:t>ow" (Matthew 6:28, NKJV). He redirects the imagination. He gives the mind a better object to rehearse: a Father who feeds birds and clothes grass. That is why praise is not a distraction from anxiety; it is a counter-argument. Fear always quotes evidence — the bank balance, the symptom, the pattern of past failures. Praise quotes superior evidence: the character and record of God.</w:t>
      </w:r>
    </w:p>
    <w:p w14:paraId="33CFAFC7" w14:textId="77777777" w:rsidR="00C8625A" w:rsidRDefault="00751C59">
      <w:pPr>
        <w:spacing w:before="280" w:after="120"/>
      </w:pPr>
      <w:r>
        <w:rPr>
          <w:rFonts w:ascii="Georgia" w:eastAsia="Georgia" w:hAnsi="Georgia"/>
          <w:b/>
        </w:rPr>
        <w:t>Philippians 4: The Most Complete Anxiety Protocol in the Bible</w:t>
      </w:r>
    </w:p>
    <w:p w14:paraId="41972DF9" w14:textId="77777777" w:rsidR="00C8625A" w:rsidRDefault="00751C59">
      <w:pPr>
        <w:spacing w:before="160"/>
        <w:ind w:left="360" w:right="360"/>
        <w:jc w:val="center"/>
      </w:pPr>
      <w:r>
        <w:rPr>
          <w:rFonts w:ascii="Georgia" w:eastAsia="Georgia" w:hAnsi="Georgia"/>
          <w:i/>
          <w:sz w:val="20"/>
        </w:rPr>
        <w:t>"Rejoice in the Lord always. Again, I say, rejoice!... The Lord is at hand. Be anxious for nothing; but in everything by prayer and supplication, with thanksgiving, let your requests be made known to God; and the peace of God, which surpasses all understanding, will guard your hearts and minds in Christ Jesus" (Philippians 4:4–7, NKJV)</w:t>
      </w:r>
    </w:p>
    <w:p w14:paraId="5FCB8AA3" w14:textId="77777777" w:rsidR="00C8625A" w:rsidRDefault="00751C59">
      <w:pPr>
        <w:spacing w:after="160"/>
        <w:ind w:firstLine="259"/>
      </w:pPr>
      <w:r>
        <w:rPr>
          <w:rFonts w:ascii="Georgia" w:eastAsia="Georgia" w:hAnsi="Georgia"/>
        </w:rPr>
        <w:lastRenderedPageBreak/>
        <w:t>. Six steps, in order, written by a man under house arrest (Philippians 1:12–14):</w:t>
      </w:r>
    </w:p>
    <w:p w14:paraId="1E927F9C" w14:textId="77777777" w:rsidR="00C8625A" w:rsidRDefault="00751C59">
      <w:pPr>
        <w:spacing w:after="80"/>
        <w:ind w:left="288"/>
      </w:pPr>
      <w:r>
        <w:rPr>
          <w:rFonts w:ascii="Georgia" w:eastAsia="Georgia" w:hAnsi="Georgia"/>
        </w:rPr>
        <w:t>62. Rejoice — deliberately and repeatedly ("again, I say"). This is a command to the will,</w:t>
      </w:r>
    </w:p>
    <w:p w14:paraId="753648D4" w14:textId="77777777" w:rsidR="00C8625A" w:rsidRDefault="00751C59">
      <w:pPr>
        <w:spacing w:after="160"/>
        <w:ind w:firstLine="259"/>
      </w:pPr>
      <w:r>
        <w:rPr>
          <w:rFonts w:ascii="Georgia" w:eastAsia="Georgia" w:hAnsi="Georgia"/>
        </w:rPr>
        <w:t>not an emotional suggestion.</w:t>
      </w:r>
    </w:p>
    <w:p w14:paraId="3E94DFF5" w14:textId="77777777" w:rsidR="00C8625A" w:rsidRDefault="00751C59">
      <w:pPr>
        <w:spacing w:after="80"/>
        <w:ind w:left="288"/>
      </w:pPr>
      <w:r>
        <w:rPr>
          <w:rFonts w:ascii="Georgia" w:eastAsia="Georgia" w:hAnsi="Georgia"/>
        </w:rPr>
        <w:t>63. Remember the nearness of the Lord ("The Lord is at hand"). Presence, not outcome, is</w:t>
      </w:r>
    </w:p>
    <w:p w14:paraId="7060860E" w14:textId="77777777" w:rsidR="00C8625A" w:rsidRDefault="00751C59">
      <w:pPr>
        <w:spacing w:after="160"/>
        <w:ind w:firstLine="259"/>
      </w:pPr>
      <w:r>
        <w:rPr>
          <w:rFonts w:ascii="Georgia" w:eastAsia="Georgia" w:hAnsi="Georgia"/>
        </w:rPr>
        <w:t>the first reassurance.</w:t>
      </w:r>
    </w:p>
    <w:p w14:paraId="4203AEF0" w14:textId="77777777" w:rsidR="00C8625A" w:rsidRDefault="00751C59">
      <w:pPr>
        <w:spacing w:after="80"/>
        <w:ind w:left="288"/>
      </w:pPr>
      <w:r>
        <w:rPr>
          <w:rFonts w:ascii="Georgia" w:eastAsia="Georgia" w:hAnsi="Georgia"/>
        </w:rPr>
        <w:t>64. Refuse the domain of anxiety ("be anxious for nothing") — not a rebuke of your body's</w:t>
      </w:r>
    </w:p>
    <w:p w14:paraId="225AFDBD" w14:textId="77777777" w:rsidR="00C8625A" w:rsidRDefault="00751C59">
      <w:pPr>
        <w:spacing w:after="160"/>
        <w:ind w:firstLine="259"/>
      </w:pPr>
      <w:r>
        <w:rPr>
          <w:rFonts w:ascii="Georgia" w:eastAsia="Georgia" w:hAnsi="Georgia"/>
        </w:rPr>
        <w:t>alarm system but a refusal to let it govern.</w:t>
      </w:r>
    </w:p>
    <w:p w14:paraId="17C4F941" w14:textId="77777777" w:rsidR="00C8625A" w:rsidRDefault="00751C59">
      <w:pPr>
        <w:spacing w:after="80"/>
        <w:ind w:left="288"/>
      </w:pPr>
      <w:r>
        <w:rPr>
          <w:rFonts w:ascii="Georgia" w:eastAsia="Georgia" w:hAnsi="Georgia"/>
        </w:rPr>
        <w:t>65. Pray specifically ("in everything... let your requests be made known"). You do not stop</w:t>
      </w:r>
    </w:p>
    <w:p w14:paraId="7A9AF1ED" w14:textId="77777777" w:rsidR="00C8625A" w:rsidRDefault="00751C59">
      <w:pPr>
        <w:spacing w:after="160"/>
        <w:ind w:firstLine="259"/>
      </w:pPr>
      <w:r>
        <w:rPr>
          <w:rFonts w:ascii="Georgia" w:eastAsia="Georgia" w:hAnsi="Georgia"/>
        </w:rPr>
        <w:t>asking; you move the request from rumination to address. Worry is talking to yourself about your problem; prayer is talking to God about it.</w:t>
      </w:r>
    </w:p>
    <w:p w14:paraId="253FFD99" w14:textId="77777777" w:rsidR="00C8625A" w:rsidRDefault="00751C59">
      <w:pPr>
        <w:spacing w:after="80"/>
        <w:ind w:left="288"/>
      </w:pPr>
      <w:r>
        <w:rPr>
          <w:rFonts w:ascii="Georgia" w:eastAsia="Georgia" w:hAnsi="Georgia"/>
        </w:rPr>
        <w:t>66. Add thanksgiving ("with thanksgiving"). This is the hinge. Thanksgiving is praise that</w:t>
      </w:r>
    </w:p>
    <w:p w14:paraId="22F08AA9" w14:textId="77777777" w:rsidR="00C8625A" w:rsidRDefault="00751C59">
      <w:pPr>
        <w:spacing w:after="160"/>
        <w:ind w:firstLine="259"/>
      </w:pPr>
      <w:r>
        <w:rPr>
          <w:rFonts w:ascii="Georgia" w:eastAsia="Georgia" w:hAnsi="Georgia"/>
        </w:rPr>
        <w:t>has looked at the record. It is the mechanism by which the request becomes an act of trust instead of a rehearsed panic.</w:t>
      </w:r>
    </w:p>
    <w:p w14:paraId="01043217" w14:textId="77777777" w:rsidR="00C8625A" w:rsidRDefault="00751C59">
      <w:pPr>
        <w:spacing w:after="80"/>
        <w:ind w:left="288"/>
      </w:pPr>
      <w:r>
        <w:rPr>
          <w:rFonts w:ascii="Georgia" w:eastAsia="Georgia" w:hAnsi="Georgia"/>
        </w:rPr>
        <w:t>67. Expect guarding peace ("the peace of God will guard your hearts and minds"). The</w:t>
      </w:r>
    </w:p>
    <w:p w14:paraId="190254C7" w14:textId="77777777" w:rsidR="00C8625A" w:rsidRDefault="00751C59">
      <w:pPr>
        <w:spacing w:after="160"/>
        <w:ind w:firstLine="259"/>
      </w:pPr>
      <w:r>
        <w:rPr>
          <w:rFonts w:ascii="Georgia" w:eastAsia="Georgia" w:hAnsi="Georgia"/>
        </w:rPr>
        <w:t>word "guard" is military — phrourēsei, a garrison. Peace does not always arrive as a feeling; it arrives as a sentry. Sometimes the miracle is not that the problem gets smaller, but that your heart and mind are barricaded against what the problem shouts. Try verse-by-verse application on your next panic spiral. Say it aloud, slowly, in that order. Praise is not the absence of a request; it is the shape a request takes when it trusts the One who hears it.</w:t>
      </w:r>
    </w:p>
    <w:p w14:paraId="097B2785" w14:textId="77777777" w:rsidR="00C8625A" w:rsidRDefault="00751C59">
      <w:pPr>
        <w:spacing w:before="280" w:after="120"/>
      </w:pPr>
      <w:r>
        <w:rPr>
          <w:rFonts w:ascii="Georgia" w:eastAsia="Georgia" w:hAnsi="Georgia"/>
          <w:b/>
        </w:rPr>
        <w:lastRenderedPageBreak/>
        <w:t>What Praise Does in the Mind</w:t>
      </w:r>
    </w:p>
    <w:p w14:paraId="54A7D465" w14:textId="77777777" w:rsidR="00C8625A" w:rsidRDefault="00751C59">
      <w:pPr>
        <w:spacing w:after="160"/>
        <w:ind w:firstLine="259"/>
      </w:pPr>
      <w:r>
        <w:rPr>
          <w:rFonts w:ascii="Georgia" w:eastAsia="Georgia" w:hAnsi="Georgia"/>
        </w:rPr>
        <w:t>Three psychological effects, each with a biblical parallel:</w:t>
      </w:r>
    </w:p>
    <w:p w14:paraId="458C1C4B" w14:textId="77777777" w:rsidR="00C8625A" w:rsidRDefault="00751C59">
      <w:pPr>
        <w:spacing w:after="80"/>
        <w:ind w:left="288"/>
      </w:pPr>
      <w:r>
        <w:rPr>
          <w:rFonts w:ascii="Georgia" w:eastAsia="Georgia" w:hAnsi="Georgia"/>
        </w:rPr>
        <w:t>1. Praise breaks the loop. Rumination — compulsive repetitive thinking about distress —</w:t>
      </w:r>
    </w:p>
    <w:p w14:paraId="2B263321" w14:textId="77777777" w:rsidR="00C8625A" w:rsidRDefault="00751C59">
      <w:pPr>
        <w:spacing w:after="160"/>
        <w:ind w:firstLine="259"/>
      </w:pPr>
      <w:r>
        <w:rPr>
          <w:rFonts w:ascii="Georgia" w:eastAsia="Georgia" w:hAnsi="Georgia"/>
        </w:rPr>
        <w:t>has been extensively studied since the work of Susan Nolen-Hoeksema and colleagues, and is robustly associated with depression and anxiety. The mind cannot sustain a spiral and a song simultaneously; it can alternate, but not run both. This is why "I will meditate on Your precepts and contemplate Your ways" (Psalm 119:15, NKJV) is paired with speech, and why the Psalms so often interrupt themselves to declare, "Hope in God, for I shall yet praise Him" (Psalm 42:11).</w:t>
      </w:r>
    </w:p>
    <w:p w14:paraId="73843035" w14:textId="77777777" w:rsidR="00C8625A" w:rsidRDefault="00751C59">
      <w:pPr>
        <w:spacing w:after="80"/>
        <w:ind w:left="288"/>
      </w:pPr>
      <w:r>
        <w:rPr>
          <w:rFonts w:ascii="Georgia" w:eastAsia="Georgia" w:hAnsi="Georgia"/>
        </w:rPr>
        <w:t>2. Praise forces reappraisal. Every psalm of praise requires you to reinterpret the situation</w:t>
      </w:r>
    </w:p>
    <w:p w14:paraId="313A5C70" w14:textId="77777777" w:rsidR="00C8625A" w:rsidRDefault="00751C59">
      <w:pPr>
        <w:spacing w:after="160"/>
        <w:ind w:firstLine="259"/>
      </w:pPr>
      <w:r>
        <w:rPr>
          <w:rFonts w:ascii="Georgia" w:eastAsia="Georgia" w:hAnsi="Georgia"/>
        </w:rPr>
        <w:t>in light of God's character. Cognitive therapists call this reappraisal, and it is a core mechanism of every effective therapy I know of. The Bible has been doing it for millennia: "These things I remember and pour out my soul before me" (Psalm 77:6, NKJV) — the psalmist names his spiral, and then deliberately shifts the file: "I will call to remembrance the works of the LORD" (v. 11).</w:t>
      </w:r>
    </w:p>
    <w:p w14:paraId="26F8FFD8" w14:textId="77777777" w:rsidR="00C8625A" w:rsidRDefault="00751C59">
      <w:pPr>
        <w:spacing w:after="80"/>
        <w:ind w:left="288"/>
      </w:pPr>
      <w:r>
        <w:rPr>
          <w:rFonts w:ascii="Georgia" w:eastAsia="Georgia" w:hAnsi="Georgia"/>
        </w:rPr>
        <w:t>3. Praise externalises the threat. Anxiety turns inward and becomes identity: "I am a</w:t>
      </w:r>
    </w:p>
    <w:p w14:paraId="397BBC10" w14:textId="77777777" w:rsidR="00C8625A" w:rsidRDefault="00751C59">
      <w:pPr>
        <w:spacing w:after="160"/>
        <w:ind w:firstLine="259"/>
      </w:pPr>
      <w:r>
        <w:rPr>
          <w:rFonts w:ascii="Georgia" w:eastAsia="Georgia" w:hAnsi="Georgia"/>
        </w:rPr>
        <w:t>failure." Praise re-locates the subject: "The LORD is my light and my salvation; whom shall I fear?" (Psalm 27:1, NKJV). The grammar of worship moves the topic of your sentences from you to God. The anxious mind is, almost by definition, self-referential. Praise is the most reliable de-centring exercise ever given to humanity.</w:t>
      </w:r>
    </w:p>
    <w:p w14:paraId="5AEA8D4C" w14:textId="77777777" w:rsidR="00C8625A" w:rsidRDefault="00751C59">
      <w:pPr>
        <w:spacing w:before="280" w:after="120"/>
      </w:pPr>
      <w:r>
        <w:rPr>
          <w:rFonts w:ascii="Georgia" w:eastAsia="Georgia" w:hAnsi="Georgia"/>
          <w:b/>
        </w:rPr>
        <w:t>Four Practical Praises for the Anxious Hour</w:t>
      </w:r>
    </w:p>
    <w:p w14:paraId="733B947E" w14:textId="77777777" w:rsidR="00C8625A" w:rsidRDefault="00751C59">
      <w:pPr>
        <w:spacing w:after="80"/>
        <w:ind w:left="288"/>
      </w:pPr>
      <w:r>
        <w:rPr>
          <w:rFonts w:ascii="Georgia" w:eastAsia="Georgia" w:hAnsi="Georgia"/>
        </w:rPr>
        <w:lastRenderedPageBreak/>
        <w:t>• Name the thought, then name the Lord. "I am having the thought that I will lose</w:t>
      </w:r>
    </w:p>
    <w:p w14:paraId="4FBC9797" w14:textId="77777777" w:rsidR="00C8625A" w:rsidRDefault="00751C59">
      <w:pPr>
        <w:spacing w:after="160"/>
        <w:ind w:firstLine="259"/>
      </w:pPr>
      <w:r>
        <w:rPr>
          <w:rFonts w:ascii="Georgia" w:eastAsia="Georgia" w:hAnsi="Georgia"/>
        </w:rPr>
        <w:t>everything. And the LORD is my shepherd; I shall not want" (Psalm 23:1). Naming the thought loosens its grip; naming God replaces its authority.</w:t>
      </w:r>
    </w:p>
    <w:p w14:paraId="11105267" w14:textId="77777777" w:rsidR="00C8625A" w:rsidRDefault="00751C59">
      <w:pPr>
        <w:spacing w:after="80"/>
        <w:ind w:left="288"/>
      </w:pPr>
      <w:r>
        <w:rPr>
          <w:rFonts w:ascii="Georgia" w:eastAsia="Georgia" w:hAnsi="Georgia"/>
        </w:rPr>
        <w:t>• Pray the Psalms out loud. Choose Psalm 56, 62, or 121. Read them slowly, aloud, until</w:t>
      </w:r>
    </w:p>
    <w:p w14:paraId="3A35E507" w14:textId="77777777" w:rsidR="00C8625A" w:rsidRDefault="00751C59">
      <w:pPr>
        <w:spacing w:after="160"/>
        <w:ind w:firstLine="259"/>
      </w:pPr>
      <w:r>
        <w:rPr>
          <w:rFonts w:ascii="Georgia" w:eastAsia="Georgia" w:hAnsi="Georgia"/>
        </w:rPr>
        <w:t>your breathing changes.</w:t>
      </w:r>
    </w:p>
    <w:p w14:paraId="40A00C71" w14:textId="77777777" w:rsidR="00C8625A" w:rsidRDefault="00751C59">
      <w:pPr>
        <w:spacing w:after="80"/>
        <w:ind w:left="288"/>
      </w:pPr>
      <w:r>
        <w:rPr>
          <w:rFonts w:ascii="Georgia" w:eastAsia="Georgia" w:hAnsi="Georgia"/>
        </w:rPr>
        <w:t>• Set a "worry window." Give yourself fifteen appointed minutes a day to write your</w:t>
      </w:r>
    </w:p>
    <w:p w14:paraId="570A2F27" w14:textId="77777777" w:rsidR="00C8625A" w:rsidRDefault="00751C59">
      <w:pPr>
        <w:spacing w:after="160"/>
        <w:ind w:firstLine="259"/>
      </w:pPr>
      <w:r>
        <w:rPr>
          <w:rFonts w:ascii="Georgia" w:eastAsia="Georgia" w:hAnsi="Georgia"/>
        </w:rPr>
        <w:t>concerns down with a sentence of praise for each. Outside those minutes, tell the thought: "I will meet you at four o'clock." This is not unspiritual; it is discipline, and discipline is a fruit of the Spirit (Galatians 5:23).</w:t>
      </w:r>
    </w:p>
    <w:p w14:paraId="3CBFDEC8" w14:textId="77777777" w:rsidR="00C8625A" w:rsidRDefault="00751C59">
      <w:pPr>
        <w:spacing w:after="80"/>
        <w:ind w:left="288"/>
      </w:pPr>
      <w:r>
        <w:rPr>
          <w:rFonts w:ascii="Georgia" w:eastAsia="Georgia" w:hAnsi="Georgia"/>
        </w:rPr>
        <w:t>• Do not fast from people. "It is not good that man should be alone" (Genesis 2:18).</w:t>
      </w:r>
    </w:p>
    <w:p w14:paraId="27D282E9" w14:textId="77777777" w:rsidR="00C8625A" w:rsidRDefault="00751C59">
      <w:pPr>
        <w:spacing w:after="160"/>
        <w:ind w:firstLine="259"/>
      </w:pPr>
      <w:r>
        <w:rPr>
          <w:rFonts w:ascii="Georgia" w:eastAsia="Georgia" w:hAnsi="Georgia"/>
        </w:rPr>
        <w:t>Anxiety thrives in secrecy. Call someone and, before you ask for help, tell them one true thing about God.</w:t>
      </w:r>
    </w:p>
    <w:p w14:paraId="51F4FFD5" w14:textId="77777777" w:rsidR="00C8625A" w:rsidRDefault="00751C59">
      <w:pPr>
        <w:spacing w:before="280" w:after="120"/>
      </w:pPr>
      <w:r>
        <w:rPr>
          <w:rFonts w:ascii="Georgia" w:eastAsia="Georgia" w:hAnsi="Georgia"/>
          <w:b/>
        </w:rPr>
        <w:t>A Word of Care</w:t>
      </w:r>
    </w:p>
    <w:p w14:paraId="3F076A64" w14:textId="77777777" w:rsidR="00C8625A" w:rsidRDefault="00751C59">
      <w:pPr>
        <w:spacing w:after="160"/>
        <w:ind w:firstLine="259"/>
      </w:pPr>
      <w:r>
        <w:rPr>
          <w:rFonts w:ascii="Georgia" w:eastAsia="Georgia" w:hAnsi="Georgia"/>
        </w:rPr>
        <w:t>If you have panic disorder, generalised anxiety disorder, trauma responses, OCD, or a physiological cause of anxiety (thyroid problems and some medications can mimic panic), then this chapter is a call to add praise to proper care, never to substitute for it. God is not insulted by your medication, and the person who mocks you for taking it has not read Psalm 147:3 and never will. Seek good treatment. And sing in it.</w:t>
      </w:r>
    </w:p>
    <w:p w14:paraId="1A895A45" w14:textId="77777777" w:rsidR="00C8625A" w:rsidRDefault="00751C59">
      <w:pPr>
        <w:spacing w:before="280" w:after="120"/>
      </w:pPr>
      <w:r>
        <w:rPr>
          <w:rFonts w:ascii="Georgia" w:eastAsia="Georgia" w:hAnsi="Georgia"/>
          <w:b/>
        </w:rPr>
        <w:t>Reflect and Respond</w:t>
      </w:r>
    </w:p>
    <w:p w14:paraId="2258B7AD" w14:textId="77777777" w:rsidR="00C8625A" w:rsidRDefault="00751C59">
      <w:pPr>
        <w:spacing w:after="80"/>
        <w:ind w:left="288"/>
      </w:pPr>
      <w:r>
        <w:rPr>
          <w:rFonts w:ascii="Georgia" w:eastAsia="Georgia" w:hAnsi="Georgia"/>
        </w:rPr>
        <w:lastRenderedPageBreak/>
        <w:t>1. Write your current recurring anxious thought in one sentence. Now write one true,</w:t>
      </w:r>
    </w:p>
    <w:p w14:paraId="408B1A93" w14:textId="77777777" w:rsidR="00C8625A" w:rsidRDefault="00751C59">
      <w:pPr>
        <w:spacing w:after="160"/>
        <w:ind w:firstLine="259"/>
      </w:pPr>
      <w:r>
        <w:rPr>
          <w:rFonts w:ascii="Georgia" w:eastAsia="Georgia" w:hAnsi="Georgia"/>
        </w:rPr>
        <w:t>specific thing about God that answers it.</w:t>
      </w:r>
    </w:p>
    <w:p w14:paraId="3387521E" w14:textId="77777777" w:rsidR="00C8625A" w:rsidRDefault="00751C59">
      <w:pPr>
        <w:spacing w:after="80"/>
        <w:ind w:left="288"/>
      </w:pPr>
      <w:r>
        <w:rPr>
          <w:rFonts w:ascii="Georgia" w:eastAsia="Georgia" w:hAnsi="Georgia"/>
        </w:rPr>
        <w:t>2. Which of the six Philippians 4 steps do you habitually skip? (Most of us skip</w:t>
      </w:r>
    </w:p>
    <w:p w14:paraId="69662522" w14:textId="77777777" w:rsidR="00C8625A" w:rsidRDefault="00751C59">
      <w:pPr>
        <w:spacing w:after="160"/>
        <w:ind w:firstLine="259"/>
      </w:pPr>
      <w:r>
        <w:rPr>
          <w:rFonts w:ascii="Georgia" w:eastAsia="Georgia" w:hAnsi="Georgia"/>
        </w:rPr>
        <w:t>thanksgiving.)</w:t>
      </w:r>
    </w:p>
    <w:p w14:paraId="0EAB7A32" w14:textId="77777777" w:rsidR="00C8625A" w:rsidRDefault="00751C59">
      <w:pPr>
        <w:spacing w:after="80"/>
        <w:ind w:left="288"/>
      </w:pPr>
      <w:r>
        <w:rPr>
          <w:rFonts w:ascii="Georgia" w:eastAsia="Georgia" w:hAnsi="Georgia"/>
        </w:rPr>
        <w:t>3. Who will you tell this week, so that your anxiety is not a secret?</w:t>
      </w:r>
    </w:p>
    <w:p w14:paraId="637B98C5" w14:textId="77777777" w:rsidR="00C8625A" w:rsidRDefault="00751C59">
      <w:pPr>
        <w:spacing w:before="240" w:after="80"/>
      </w:pPr>
      <w:r>
        <w:rPr>
          <w:rFonts w:ascii="Georgia" w:eastAsia="Georgia" w:hAnsi="Georgia"/>
          <w:b/>
          <w:color w:val="2C3E50"/>
          <w:sz w:val="20"/>
        </w:rPr>
        <w:t>DECLARATION</w:t>
      </w:r>
    </w:p>
    <w:p w14:paraId="17A097C8" w14:textId="77777777" w:rsidR="00C8625A" w:rsidRDefault="00751C59">
      <w:pPr>
        <w:spacing w:after="160"/>
        <w:ind w:left="288"/>
      </w:pPr>
      <w:r>
        <w:rPr>
          <w:rFonts w:ascii="Georgia" w:eastAsia="Georgia" w:hAnsi="Georgia"/>
          <w:i/>
        </w:rPr>
        <w:t>"I will not let fear have my mouth. I will say to my own soul: Hope in God, for I shall again praise Him. The Lord is my helper; I will not be afraid" (Hebrews 13:6)."</w:t>
      </w:r>
    </w:p>
    <w:p w14:paraId="06EBA1CF" w14:textId="77777777" w:rsidR="00C8625A" w:rsidRDefault="00751C59">
      <w:pPr>
        <w:spacing w:before="160" w:after="80"/>
      </w:pPr>
      <w:r>
        <w:rPr>
          <w:rFonts w:ascii="Georgia" w:eastAsia="Georgia" w:hAnsi="Georgia"/>
          <w:b/>
          <w:color w:val="2C3E50"/>
          <w:sz w:val="20"/>
        </w:rPr>
        <w:t>PRAYER</w:t>
      </w:r>
    </w:p>
    <w:p w14:paraId="18AB46FC" w14:textId="77777777" w:rsidR="00C8625A" w:rsidRDefault="00751C59">
      <w:pPr>
        <w:spacing w:after="240"/>
        <w:ind w:left="288"/>
      </w:pPr>
      <w:r>
        <w:rPr>
          <w:rFonts w:ascii="Georgia" w:eastAsia="Georgia" w:hAnsi="Georgia"/>
          <w:i/>
        </w:rPr>
        <w:t>Father, my body is sounding an alarm for a fire that isn't burning. I cast my care on You because You care for me. Be my sentry tonight. In Jesus' name, amen.</w:t>
      </w:r>
    </w:p>
    <w:p w14:paraId="7DCF01A4" w14:textId="77777777" w:rsidR="00C8625A" w:rsidRDefault="00751C59">
      <w:r>
        <w:br w:type="page"/>
      </w:r>
    </w:p>
    <w:p w14:paraId="097EF774" w14:textId="77777777" w:rsidR="00C8625A" w:rsidRDefault="00751C59">
      <w:pPr>
        <w:spacing w:before="960" w:after="80"/>
        <w:jc w:val="center"/>
      </w:pPr>
      <w:r>
        <w:rPr>
          <w:rFonts w:ascii="Georgia" w:eastAsia="Georgia" w:hAnsi="Georgia"/>
          <w:b/>
        </w:rPr>
        <w:lastRenderedPageBreak/>
        <w:t>CHAPTER 16</w:t>
      </w:r>
    </w:p>
    <w:p w14:paraId="66E7CED1" w14:textId="77777777" w:rsidR="00C8625A" w:rsidRDefault="00751C59">
      <w:pPr>
        <w:spacing w:after="280"/>
        <w:jc w:val="center"/>
      </w:pPr>
      <w:r>
        <w:rPr>
          <w:rFonts w:ascii="Georgia" w:eastAsia="Georgia" w:hAnsi="Georgia"/>
          <w:b/>
          <w:sz w:val="32"/>
        </w:rPr>
        <w:t>Praise Restores Joy and Hope</w:t>
      </w:r>
    </w:p>
    <w:p w14:paraId="65F6122C" w14:textId="77777777" w:rsidR="00C8625A" w:rsidRDefault="00751C59">
      <w:pPr>
        <w:spacing w:before="160"/>
        <w:ind w:left="360" w:right="360"/>
        <w:jc w:val="center"/>
      </w:pPr>
      <w:r>
        <w:rPr>
          <w:rFonts w:ascii="Georgia" w:eastAsia="Georgia" w:hAnsi="Georgia"/>
          <w:i/>
          <w:sz w:val="20"/>
        </w:rPr>
        <w:t>"You have turned for me my mourning into dancing; You have put off my sackcloth and clothed me with gladness." — Psalm 30:11 (NKJV)</w:t>
      </w:r>
    </w:p>
    <w:p w14:paraId="2C24118E" w14:textId="77777777" w:rsidR="00C8625A" w:rsidRDefault="00751C59">
      <w:pPr>
        <w:spacing w:before="280" w:after="120"/>
      </w:pPr>
      <w:r>
        <w:rPr>
          <w:rFonts w:ascii="Georgia" w:eastAsia="Georgia" w:hAnsi="Georgia"/>
          <w:b/>
        </w:rPr>
        <w:t>Joy Is Not Happiness</w:t>
      </w:r>
    </w:p>
    <w:p w14:paraId="7EC239D1" w14:textId="77777777" w:rsidR="00C8625A" w:rsidRDefault="00751C59">
      <w:pPr>
        <w:spacing w:after="160"/>
        <w:ind w:firstLine="259"/>
      </w:pPr>
      <w:r>
        <w:rPr>
          <w:rFonts w:ascii="Georgia" w:eastAsia="Georgia" w:hAnsi="Georgia"/>
        </w:rPr>
        <w:t>Happiness is a function of happenstance; it is a mood that follows events. Joy is a capacity — a settled gladness of soul that can survive a bad day. Habakkuk 3:17–18 states the distinction with brutal clarity: "Though the fig tree may not blossom, nor fruit be on the vines... yet I will rejoice in the LORD" (NKJV). The "yet" is where joy lives. Notice also the difference between joy and its counterfeit, cheerfulness. Cheerfulness denies reality. Joy out-trusts it. Nehemiah gives the classic text. The retur</w:t>
      </w:r>
      <w:r>
        <w:rPr>
          <w:rFonts w:ascii="Georgia" w:eastAsia="Georgia" w:hAnsi="Georgia"/>
        </w:rPr>
        <w:t>ned exiles are weeping under conviction at the reading of the Law, and the governors say, "Do not sorrow, for the joy of the LORD is your strength" (Nehemiah 8:10, NKJV). Read that closely: it is not "your joy in the LORD" but "the joy of the LORD." The strength comes not from your gladness but from His. God is not embarrassed to be joyful over you: "He will rejoice over you with gladness; He will quiet you by His love; He will exult over you with loud singing" (Zephaniah 3:17, NKJV). The most healing sente</w:t>
      </w:r>
      <w:r>
        <w:rPr>
          <w:rFonts w:ascii="Georgia" w:eastAsia="Georgia" w:hAnsi="Georgia"/>
        </w:rPr>
        <w:t>nce in this book may be that one: God sings over you. If joy has left your life, start by believing you are the object of a divine song.</w:t>
      </w:r>
    </w:p>
    <w:p w14:paraId="7C3100D5" w14:textId="77777777" w:rsidR="00C8625A" w:rsidRDefault="00751C59">
      <w:pPr>
        <w:spacing w:before="240" w:after="240"/>
        <w:ind w:left="504" w:right="504"/>
        <w:jc w:val="center"/>
      </w:pPr>
      <w:r>
        <w:rPr>
          <w:rFonts w:ascii="Georgia" w:eastAsia="Georgia" w:hAnsi="Georgia"/>
          <w:b/>
          <w:i/>
          <w:color w:val="2C3E50"/>
          <w:sz w:val="24"/>
        </w:rPr>
        <w:t>Cheerfulness denies reality. Joy out-trusts it.</w:t>
      </w:r>
    </w:p>
    <w:p w14:paraId="7EF9D998" w14:textId="77777777" w:rsidR="00C8625A" w:rsidRDefault="00751C59">
      <w:pPr>
        <w:spacing w:before="280" w:after="120"/>
      </w:pPr>
      <w:r>
        <w:rPr>
          <w:rFonts w:ascii="Georgia" w:eastAsia="Georgia" w:hAnsi="Georgia"/>
          <w:b/>
        </w:rPr>
        <w:t>The Loss of Hope Is the Real Injury</w:t>
      </w:r>
    </w:p>
    <w:p w14:paraId="521DA3EA" w14:textId="77777777" w:rsidR="00C8625A" w:rsidRDefault="00751C59">
      <w:pPr>
        <w:spacing w:after="160"/>
        <w:ind w:firstLine="259"/>
      </w:pPr>
      <w:r>
        <w:rPr>
          <w:rFonts w:ascii="Georgia" w:eastAsia="Georgia" w:hAnsi="Georgia"/>
        </w:rPr>
        <w:lastRenderedPageBreak/>
        <w:t>The clinical literature on depression has, for decades, centred on a concept with a biblical flavour: learned helplessness (the term Martin Seligman and colleagues introduced from animal studies in the 1960s) and its descendants — hopelessness theory (developed by Lyn Abramson, Gerald Metalsky, Laurence Alloy, and colleagues), and the finding that perceived helplessness is a stronger predictor of despair than actual hardship. In other words, despair is not usually caused by difficulty. It is caused by the b</w:t>
      </w:r>
      <w:r>
        <w:rPr>
          <w:rFonts w:ascii="Georgia" w:eastAsia="Georgia" w:hAnsi="Georgia"/>
        </w:rPr>
        <w:t>elief that nothing you do can matter, and that nobody is for you. The Bible names the disease and the cure in the same sentence. Ephesians 2:12 describes the human condition as "having no hope and without God in the world" (NKJV). Hope and God are so tightly bound that Paul treats the two as one problem. And Psalm 42 preaches to the despairing psalmist: "Hope in God, for I shall again praise Him, my salvation and my God" (v. 11, NKJV). Hope is not a mood you wait for; it is a decision you make about the fut</w:t>
      </w:r>
      <w:r>
        <w:rPr>
          <w:rFonts w:ascii="Georgia" w:eastAsia="Georgia" w:hAnsi="Georgia"/>
        </w:rPr>
        <w:t>ure because of what you believe about God.</w:t>
      </w:r>
    </w:p>
    <w:p w14:paraId="5626200C" w14:textId="77777777" w:rsidR="00C8625A" w:rsidRDefault="00751C59">
      <w:pPr>
        <w:spacing w:before="280" w:after="120"/>
      </w:pPr>
      <w:r>
        <w:rPr>
          <w:rFonts w:ascii="Georgia" w:eastAsia="Georgia" w:hAnsi="Georgia"/>
          <w:b/>
        </w:rPr>
        <w:t>How Praise Rebuilds Hope</w:t>
      </w:r>
    </w:p>
    <w:p w14:paraId="0FA8569C" w14:textId="77777777" w:rsidR="00C8625A" w:rsidRDefault="00751C59">
      <w:pPr>
        <w:spacing w:after="160"/>
        <w:ind w:firstLine="259"/>
      </w:pPr>
      <w:r>
        <w:rPr>
          <w:rFonts w:ascii="Georgia" w:eastAsia="Georgia" w:hAnsi="Georgia"/>
        </w:rPr>
        <w:t>Praise reconstructs the evidence base. Despair is a biased court: it admits everything negative and excludes everything good. Psalm 77 is the anatomy of a fair trial — "I will call to remembrance the work of the Most High" (v. 10). Deliberate recollection of what God has done is the treatment of a memory problem, and it works partly because it is specific. Vague gratitude ("God is good, I guess") cannot answer specific despair ("nothing ever changes"). Praise widens the time horizon. Anxiety shrinks time to</w:t>
      </w:r>
      <w:r>
        <w:rPr>
          <w:rFonts w:ascii="Georgia" w:eastAsia="Georgia" w:hAnsi="Georgia"/>
        </w:rPr>
        <w:t xml:space="preserve"> the next hour; despair shrinks it to forever. Praise stretches it across redemptive history: "For I know that my Redeemer lives, and He shall stand at last on the earth" (Job 19:25, NKJV) is a man extending his view past his own death. Praise is testifiable. The Psalms repeatedly end with a promise to tell: "I will not </w:t>
      </w:r>
      <w:r>
        <w:rPr>
          <w:rFonts w:ascii="Georgia" w:eastAsia="Georgia" w:hAnsi="Georgia"/>
        </w:rPr>
        <w:lastRenderedPageBreak/>
        <w:t>die, but live, and declare the works of the LORD" (Psalm 118:17, NKJV). Testimony builds hope in the teller and in the listener — which is exactly what research on gratitude finds. In the cl</w:t>
      </w:r>
      <w:r>
        <w:rPr>
          <w:rFonts w:ascii="Georgia" w:eastAsia="Georgia" w:hAnsi="Georgia"/>
        </w:rPr>
        <w:t>assic 2003 randomised experiments of Robert Emmons and Michael McCullough, participants who kept written lists of blessings (weekly in one study, daily in another) reported more optimism and life satisfaction, spent more time exercising, and reported fewer physical symptoms than those who listed hassles or neutral events. The most robust effect was on positive affect. Note the honesty: benefits appeared on several, not all, measures, and the study was short — but the direction is remarkable, and it lines up</w:t>
      </w:r>
      <w:r>
        <w:rPr>
          <w:rFonts w:ascii="Georgia" w:eastAsia="Georgia" w:hAnsi="Georgia"/>
        </w:rPr>
        <w:t xml:space="preserve"> with Isaiah 61:3, where the "oil of joy" is given "instead of mourning" to those who mourn in Zion. Praise makes room for the groan. Romans 8:23–25 puts "groaning" and "hope" in the same breath: "for we are saved by hope. Now hope that is seen is not hope." Do not be alarmed if your joy has an ache in it. Biblical hope is not the absence of longing; it is the presence of a promise.</w:t>
      </w:r>
    </w:p>
    <w:p w14:paraId="480F67E0" w14:textId="77777777" w:rsidR="00C8625A" w:rsidRDefault="00751C59">
      <w:pPr>
        <w:spacing w:before="280" w:after="120"/>
      </w:pPr>
      <w:r>
        <w:rPr>
          <w:rFonts w:ascii="Georgia" w:eastAsia="Georgia" w:hAnsi="Georgia"/>
          <w:b/>
        </w:rPr>
        <w:t>The Three Fastest Routes Back to Joy</w:t>
      </w:r>
    </w:p>
    <w:p w14:paraId="1210E7FA" w14:textId="77777777" w:rsidR="00C8625A" w:rsidRDefault="00751C59">
      <w:pPr>
        <w:spacing w:after="80"/>
        <w:ind w:left="288"/>
      </w:pPr>
      <w:r>
        <w:rPr>
          <w:rFonts w:ascii="Georgia" w:eastAsia="Georgia" w:hAnsi="Georgia"/>
        </w:rPr>
        <w:t>71. Thank, then sing. Do not wait for the feeling. Emmons's participants got a mood shift</w:t>
      </w:r>
    </w:p>
    <w:p w14:paraId="2DA00F01" w14:textId="77777777" w:rsidR="00C8625A" w:rsidRDefault="00751C59">
      <w:pPr>
        <w:spacing w:after="160"/>
        <w:ind w:firstLine="259"/>
      </w:pPr>
      <w:r>
        <w:rPr>
          <w:rFonts w:ascii="Georgia" w:eastAsia="Georgia" w:hAnsi="Georgia"/>
        </w:rPr>
        <w:t>from writing sentences, not from waiting for inspiration. Do it now, badly, out loud.</w:t>
      </w:r>
    </w:p>
    <w:p w14:paraId="706C6124" w14:textId="77777777" w:rsidR="00C8625A" w:rsidRDefault="00751C59">
      <w:pPr>
        <w:spacing w:after="80"/>
        <w:ind w:left="288"/>
      </w:pPr>
      <w:r>
        <w:rPr>
          <w:rFonts w:ascii="Georgia" w:eastAsia="Georgia" w:hAnsi="Georgia"/>
        </w:rPr>
        <w:t>72. Turn to someone who is worse off and help them. Joy is restored when selfconsciousness is broken. "It is more blessed to give than to receive" (Acts 20:35) is not</w:t>
      </w:r>
    </w:p>
    <w:p w14:paraId="08D7A2BC" w14:textId="77777777" w:rsidR="00C8625A" w:rsidRDefault="00751C59">
      <w:pPr>
        <w:spacing w:after="160"/>
        <w:ind w:firstLine="259"/>
      </w:pPr>
      <w:r>
        <w:rPr>
          <w:rFonts w:ascii="Georgia" w:eastAsia="Georgia" w:hAnsi="Georgia"/>
        </w:rPr>
        <w:t>merely moral advice; it is how a sad brain gets off the loop.</w:t>
      </w:r>
    </w:p>
    <w:p w14:paraId="538AB520" w14:textId="77777777" w:rsidR="00C8625A" w:rsidRDefault="00751C59">
      <w:pPr>
        <w:spacing w:after="80"/>
        <w:ind w:left="288"/>
      </w:pPr>
      <w:r>
        <w:rPr>
          <w:rFonts w:ascii="Georgia" w:eastAsia="Georgia" w:hAnsi="Georgia"/>
        </w:rPr>
        <w:t>73. Go where the Word is read and the people sing. Nehemiah 8:10 came about in a</w:t>
      </w:r>
    </w:p>
    <w:p w14:paraId="0B537AA0" w14:textId="77777777" w:rsidR="00C8625A" w:rsidRDefault="00751C59">
      <w:pPr>
        <w:spacing w:after="160"/>
        <w:ind w:firstLine="259"/>
      </w:pPr>
      <w:r>
        <w:rPr>
          <w:rFonts w:ascii="Georgia" w:eastAsia="Georgia" w:hAnsi="Georgia"/>
        </w:rPr>
        <w:lastRenderedPageBreak/>
        <w:t>public reading of Scripture with a feast. Joy is often corporate before it becomes private.</w:t>
      </w:r>
    </w:p>
    <w:p w14:paraId="1C93F21E" w14:textId="77777777" w:rsidR="00C8625A" w:rsidRDefault="00751C59">
      <w:pPr>
        <w:spacing w:before="280" w:after="120"/>
      </w:pPr>
      <w:r>
        <w:rPr>
          <w:rFonts w:ascii="Georgia" w:eastAsia="Georgia" w:hAnsi="Georgia"/>
          <w:b/>
        </w:rPr>
        <w:t>Reflect and Respond</w:t>
      </w:r>
    </w:p>
    <w:p w14:paraId="72BC1FE5" w14:textId="77777777" w:rsidR="00C8625A" w:rsidRDefault="00751C59">
      <w:pPr>
        <w:spacing w:after="80"/>
        <w:ind w:left="288"/>
      </w:pPr>
      <w:r>
        <w:rPr>
          <w:rFonts w:ascii="Georgia" w:eastAsia="Georgia" w:hAnsi="Georgia"/>
        </w:rPr>
        <w:t>1. When did joy leave? Name it honestly — the loss, the disappointment, the years.</w:t>
      </w:r>
    </w:p>
    <w:p w14:paraId="36207A78" w14:textId="77777777" w:rsidR="00C8625A" w:rsidRDefault="00751C59">
      <w:pPr>
        <w:spacing w:after="80"/>
        <w:ind w:left="288"/>
      </w:pPr>
      <w:r>
        <w:rPr>
          <w:rFonts w:ascii="Georgia" w:eastAsia="Georgia" w:hAnsi="Georgia"/>
        </w:rPr>
        <w:t>2. Which evidence of God's goodness has despair excluded from your court? Write three,</w:t>
      </w:r>
    </w:p>
    <w:p w14:paraId="17072530" w14:textId="77777777" w:rsidR="00C8625A" w:rsidRDefault="00751C59">
      <w:pPr>
        <w:spacing w:after="160"/>
        <w:ind w:firstLine="259"/>
      </w:pPr>
      <w:r>
        <w:rPr>
          <w:rFonts w:ascii="Georgia" w:eastAsia="Georgia" w:hAnsi="Georgia"/>
        </w:rPr>
        <w:t>dated.</w:t>
      </w:r>
    </w:p>
    <w:p w14:paraId="082A62E1" w14:textId="77777777" w:rsidR="00C8625A" w:rsidRDefault="00751C59">
      <w:pPr>
        <w:spacing w:after="80"/>
        <w:ind w:left="288"/>
      </w:pPr>
      <w:r>
        <w:rPr>
          <w:rFonts w:ascii="Georgia" w:eastAsia="Georgia" w:hAnsi="Georgia"/>
        </w:rPr>
        <w:t>3. Who could you tell your testimony to this month, so that your hope becomes someone</w:t>
      </w:r>
    </w:p>
    <w:p w14:paraId="5D200D4E" w14:textId="77777777" w:rsidR="00C8625A" w:rsidRDefault="00751C59">
      <w:pPr>
        <w:spacing w:after="160"/>
        <w:ind w:firstLine="259"/>
      </w:pPr>
      <w:r>
        <w:rPr>
          <w:rFonts w:ascii="Georgia" w:eastAsia="Georgia" w:hAnsi="Georgia"/>
        </w:rPr>
        <w:t>else's?</w:t>
      </w:r>
    </w:p>
    <w:p w14:paraId="31AB52B0" w14:textId="77777777" w:rsidR="00C8625A" w:rsidRDefault="00751C59">
      <w:pPr>
        <w:spacing w:before="240" w:after="80"/>
      </w:pPr>
      <w:r>
        <w:rPr>
          <w:rFonts w:ascii="Georgia" w:eastAsia="Georgia" w:hAnsi="Georgia"/>
          <w:b/>
          <w:color w:val="2C3E50"/>
          <w:sz w:val="20"/>
        </w:rPr>
        <w:t>DECLARATION</w:t>
      </w:r>
    </w:p>
    <w:p w14:paraId="148FEC41" w14:textId="77777777" w:rsidR="00C8625A" w:rsidRDefault="00751C59">
      <w:pPr>
        <w:spacing w:after="160"/>
        <w:ind w:left="288"/>
      </w:pPr>
      <w:r>
        <w:rPr>
          <w:rFonts w:ascii="Georgia" w:eastAsia="Georgia" w:hAnsi="Georgia"/>
          <w:i/>
        </w:rPr>
        <w:t>"You have turned my mourning into dancing. I will not call the night forever. The joy of the LORD is my strength — and I am the one He is singing over."</w:t>
      </w:r>
    </w:p>
    <w:p w14:paraId="70672392" w14:textId="77777777" w:rsidR="00C8625A" w:rsidRDefault="00751C59">
      <w:pPr>
        <w:spacing w:before="160" w:after="80"/>
      </w:pPr>
      <w:r>
        <w:rPr>
          <w:rFonts w:ascii="Georgia" w:eastAsia="Georgia" w:hAnsi="Georgia"/>
          <w:b/>
          <w:color w:val="2C3E50"/>
          <w:sz w:val="20"/>
        </w:rPr>
        <w:t>PRAYER</w:t>
      </w:r>
    </w:p>
    <w:p w14:paraId="3FCC8D74" w14:textId="77777777" w:rsidR="00C8625A" w:rsidRDefault="00751C59">
      <w:pPr>
        <w:spacing w:after="240"/>
        <w:ind w:left="288"/>
      </w:pPr>
      <w:r>
        <w:rPr>
          <w:rFonts w:ascii="Georgia" w:eastAsia="Georgia" w:hAnsi="Georgia"/>
          <w:i/>
        </w:rPr>
        <w:t>God of joy, where I have learned helplessness, teach me learned hope. Rebuild my memory. Let me be glad in You for reasons that do not depend on my circumstances. In Jesus' name, amen.</w:t>
      </w:r>
    </w:p>
    <w:p w14:paraId="255B66E5" w14:textId="77777777" w:rsidR="00C8625A" w:rsidRDefault="00751C59">
      <w:r>
        <w:br w:type="page"/>
      </w:r>
    </w:p>
    <w:p w14:paraId="3E872B2B" w14:textId="77777777" w:rsidR="00C8625A" w:rsidRDefault="00751C59">
      <w:pPr>
        <w:spacing w:before="960" w:after="80"/>
        <w:jc w:val="center"/>
      </w:pPr>
      <w:r>
        <w:rPr>
          <w:rFonts w:ascii="Georgia" w:eastAsia="Georgia" w:hAnsi="Georgia"/>
          <w:b/>
        </w:rPr>
        <w:lastRenderedPageBreak/>
        <w:t>CHAPTER 17</w:t>
      </w:r>
    </w:p>
    <w:p w14:paraId="628FF180" w14:textId="77777777" w:rsidR="00C8625A" w:rsidRDefault="00751C59">
      <w:pPr>
        <w:spacing w:after="280"/>
        <w:jc w:val="center"/>
      </w:pPr>
      <w:r>
        <w:rPr>
          <w:rFonts w:ascii="Georgia" w:eastAsia="Georgia" w:hAnsi="Georgia"/>
          <w:b/>
          <w:sz w:val="32"/>
        </w:rPr>
        <w:t>Praise Heals the Brokenhearted</w:t>
      </w:r>
    </w:p>
    <w:p w14:paraId="4730B662" w14:textId="77777777" w:rsidR="00C8625A" w:rsidRDefault="00751C59">
      <w:pPr>
        <w:spacing w:before="160"/>
        <w:ind w:left="360" w:right="360"/>
        <w:jc w:val="center"/>
      </w:pPr>
      <w:r>
        <w:rPr>
          <w:rFonts w:ascii="Georgia" w:eastAsia="Georgia" w:hAnsi="Georgia"/>
          <w:i/>
          <w:sz w:val="20"/>
        </w:rPr>
        <w:t>"He heals the brokenhearted and binds up their wounds." — Psalm 147:3 (NKJV)</w:t>
      </w:r>
    </w:p>
    <w:p w14:paraId="32D1A33F" w14:textId="77777777" w:rsidR="00C8625A" w:rsidRDefault="00751C59">
      <w:pPr>
        <w:spacing w:before="280" w:after="120"/>
      </w:pPr>
      <w:r>
        <w:rPr>
          <w:rFonts w:ascii="Georgia" w:eastAsia="Georgia" w:hAnsi="Georgia"/>
          <w:b/>
        </w:rPr>
        <w:t>The Verse Everyone Quotes and Few Obey</w:t>
      </w:r>
    </w:p>
    <w:p w14:paraId="2F7072F7" w14:textId="77777777" w:rsidR="00C8625A" w:rsidRDefault="00751C59">
      <w:pPr>
        <w:spacing w:after="160"/>
        <w:ind w:firstLine="259"/>
      </w:pPr>
      <w:r>
        <w:rPr>
          <w:rFonts w:ascii="Georgia" w:eastAsia="Georgia" w:hAnsi="Georgia"/>
        </w:rPr>
        <w:t>Psalm 147:3 is so often printed on funeral flowers that we forget the context. Psalm 147 opens with a command: "Praise the LORD! For it is good to sing praises to our God; for it is pleasant, and praise is beautiful" (v. 1, NKJV). The very next verses describe God gathering outcasts, healing the brokenhearted, numbering the stars, and calling each by name (vv. 3– 4). The order is not decorative. The Healer of hearts is introduced as the one who praise addresses. The comfort of the grieving is attached to th</w:t>
      </w:r>
      <w:r>
        <w:rPr>
          <w:rFonts w:ascii="Georgia" w:eastAsia="Georgia" w:hAnsi="Georgia"/>
        </w:rPr>
        <w:t>e worship of the assembly. Do not read that as: heal yourself by singing. Read it as: God has chosen to meet the shattered in the community that sings.</w:t>
      </w:r>
    </w:p>
    <w:p w14:paraId="07F747B9" w14:textId="77777777" w:rsidR="00C8625A" w:rsidRDefault="00751C59">
      <w:pPr>
        <w:spacing w:before="280" w:after="120"/>
      </w:pPr>
      <w:r>
        <w:rPr>
          <w:rFonts w:ascii="Georgia" w:eastAsia="Georgia" w:hAnsi="Georgia"/>
          <w:b/>
        </w:rPr>
        <w:t>What Grief Does, and What Praise Does Not Fix</w:t>
      </w:r>
    </w:p>
    <w:p w14:paraId="34873D74" w14:textId="77777777" w:rsidR="00C8625A" w:rsidRDefault="00751C59">
      <w:pPr>
        <w:spacing w:after="160"/>
        <w:ind w:firstLine="259"/>
      </w:pPr>
      <w:r>
        <w:rPr>
          <w:rFonts w:ascii="Georgia" w:eastAsia="Georgia" w:hAnsi="Georgia"/>
        </w:rPr>
        <w:t>Broken-heartedness is not one injury. It is several: loss, betrayal, shame, loneliness, the accumulated sorrow of a life, and the fresh wound of trauma. It affects memory, sleep, appetite, immunity, and attention, and it can precipitate clinical depression, for which God provides physicians as well as psalms. Three mistakes I want you to avoid, all made in churches with good intentions:</w:t>
      </w:r>
    </w:p>
    <w:p w14:paraId="434D5C4A" w14:textId="77777777" w:rsidR="00C8625A" w:rsidRDefault="00751C59">
      <w:pPr>
        <w:spacing w:after="80"/>
        <w:ind w:left="288"/>
      </w:pPr>
      <w:r>
        <w:rPr>
          <w:rFonts w:ascii="Georgia" w:eastAsia="Georgia" w:hAnsi="Georgia"/>
        </w:rPr>
        <w:t>1. Using Psalm 147:3 as a command rather than a promise. "Rejoice" is a command we</w:t>
      </w:r>
    </w:p>
    <w:p w14:paraId="09DA51DC" w14:textId="77777777" w:rsidR="00C8625A" w:rsidRDefault="00751C59">
      <w:pPr>
        <w:spacing w:after="160"/>
        <w:ind w:firstLine="259"/>
      </w:pPr>
      <w:r>
        <w:rPr>
          <w:rFonts w:ascii="Georgia" w:eastAsia="Georgia" w:hAnsi="Georgia"/>
        </w:rPr>
        <w:t>can obey (Philippians 4:4). "Be healed" is not. Psalm 147:3 tells us what God does, not what the mourner must manufacture.</w:t>
      </w:r>
    </w:p>
    <w:p w14:paraId="178329A2" w14:textId="77777777" w:rsidR="00C8625A" w:rsidRDefault="00751C59">
      <w:pPr>
        <w:spacing w:after="80"/>
        <w:ind w:left="288"/>
      </w:pPr>
      <w:r>
        <w:rPr>
          <w:rFonts w:ascii="Georgia" w:eastAsia="Georgia" w:hAnsi="Georgia"/>
        </w:rPr>
        <w:lastRenderedPageBreak/>
        <w:t>2. Treating praise as the suppression of pain. Jesus wept (John 11:35), and then lifted</w:t>
      </w:r>
    </w:p>
    <w:p w14:paraId="1DE0F4FC" w14:textId="77777777" w:rsidR="00C8625A" w:rsidRDefault="00751C59">
      <w:pPr>
        <w:spacing w:after="160"/>
        <w:ind w:firstLine="259"/>
      </w:pPr>
      <w:r>
        <w:rPr>
          <w:rFonts w:ascii="Georgia" w:eastAsia="Georgia" w:hAnsi="Georgia"/>
        </w:rPr>
        <w:t>His eyes in thanksgiving (John 11:41). He did the two things in sequence without cancelling either. God-sized grief and Godward praise can occupy the same hour, the same mouth, the same tears.</w:t>
      </w:r>
    </w:p>
    <w:p w14:paraId="5A2325D0" w14:textId="77777777" w:rsidR="00C8625A" w:rsidRDefault="00751C59">
      <w:pPr>
        <w:spacing w:after="80"/>
        <w:ind w:left="288"/>
      </w:pPr>
      <w:r>
        <w:rPr>
          <w:rFonts w:ascii="Georgia" w:eastAsia="Georgia" w:hAnsi="Georgia"/>
        </w:rPr>
        <w:t>3. Implying that insufficient praise caused the wound. That is the logic of Job's friends,</w:t>
      </w:r>
    </w:p>
    <w:p w14:paraId="116E743B" w14:textId="77777777" w:rsidR="00C8625A" w:rsidRDefault="00751C59">
      <w:pPr>
        <w:spacing w:after="160"/>
        <w:ind w:firstLine="259"/>
      </w:pPr>
      <w:r>
        <w:rPr>
          <w:rFonts w:ascii="Georgia" w:eastAsia="Georgia" w:hAnsi="Georgia"/>
        </w:rPr>
        <w:t>and God calls it wrong: "You have not spoken of Me what is right" (Job 42:7, NKJV). Be very careful about the theology you speak in hospital rooms.</w:t>
      </w:r>
    </w:p>
    <w:p w14:paraId="556DC2D7" w14:textId="77777777" w:rsidR="00C8625A" w:rsidRDefault="00751C59">
      <w:pPr>
        <w:spacing w:before="280" w:after="120"/>
      </w:pPr>
      <w:r>
        <w:rPr>
          <w:rFonts w:ascii="Georgia" w:eastAsia="Georgia" w:hAnsi="Georgia"/>
          <w:b/>
        </w:rPr>
        <w:t>The Healing Path Psalm 147 Describes</w:t>
      </w:r>
    </w:p>
    <w:p w14:paraId="6ED88FEA" w14:textId="77777777" w:rsidR="00C8625A" w:rsidRDefault="00751C59">
      <w:pPr>
        <w:spacing w:after="160"/>
        <w:ind w:firstLine="259"/>
      </w:pPr>
      <w:r>
        <w:rPr>
          <w:rFonts w:ascii="Georgia" w:eastAsia="Georgia" w:hAnsi="Georgia"/>
        </w:rPr>
        <w:t>Notice four movements, and see that praise is not the first of them: He is near. "He heals the brokenhearted" (v. 3) — the healing is described as an act of tending. The Hebrew word for "binds up" (</w:t>
      </w:r>
      <w:r>
        <w:rPr>
          <w:rFonts w:ascii="Georgia" w:eastAsia="Georgia" w:hAnsi="Georgia"/>
        </w:rPr>
        <w:t>ḥ</w:t>
      </w:r>
      <w:r>
        <w:rPr>
          <w:rFonts w:ascii="Georgia" w:eastAsia="Georgia" w:hAnsi="Georgia"/>
        </w:rPr>
        <w:t>abbōsh) is medical: to wrap a wound. God is a surgeon here, not a motivational speaker. He names the small things. "He counts the number of the stars; He calls them all by name" (v. 4). The same God who keeps a roll-call of galaxies keeps one for your tears. "You have counted my wanderings; put my tears into Your bottle; are they not in Your book?" (Psalm 56:8, NKJV). He has a strength for the weak that is not the world's. "He gives strength to the humble" (v. 6). Psalm 147:10–11 makes the point explicitly</w:t>
      </w:r>
      <w:r>
        <w:rPr>
          <w:rFonts w:ascii="Georgia" w:eastAsia="Georgia" w:hAnsi="Georgia"/>
        </w:rPr>
        <w:t xml:space="preserve">: God does not delight in the legs of a horse or the strength of a man, "but the LORD takes pleasure in those who fear Him, in those who hope in His mercy." The brokenhearted are, by definition, people whose strength has run out. The passage says that is the exact demographic God delights in. He sends His word. "He sends His commandment to the earth; His word runs swiftly" (v. 15). Healing in Scripture is consistently mediated by a spoken </w:t>
      </w:r>
      <w:r>
        <w:rPr>
          <w:rFonts w:ascii="Georgia" w:eastAsia="Georgia" w:hAnsi="Georgia"/>
        </w:rPr>
        <w:lastRenderedPageBreak/>
        <w:t>word — and we are told that faith comes by hearing (Romans 10:17). Wh</w:t>
      </w:r>
      <w:r>
        <w:rPr>
          <w:rFonts w:ascii="Georgia" w:eastAsia="Georgia" w:hAnsi="Georgia"/>
        </w:rPr>
        <w:t>ich means: get the word into your ears.</w:t>
      </w:r>
    </w:p>
    <w:p w14:paraId="0515EDBC" w14:textId="77777777" w:rsidR="00C8625A" w:rsidRDefault="00751C59">
      <w:pPr>
        <w:spacing w:before="280" w:after="120"/>
      </w:pPr>
      <w:r>
        <w:rPr>
          <w:rFonts w:ascii="Georgia" w:eastAsia="Georgia" w:hAnsi="Georgia"/>
          <w:b/>
        </w:rPr>
        <w:t>A Practical Liturgy for a Broken Heart</w:t>
      </w:r>
    </w:p>
    <w:p w14:paraId="354E042A" w14:textId="77777777" w:rsidR="00C8625A" w:rsidRDefault="00751C59">
      <w:pPr>
        <w:spacing w:after="80"/>
        <w:ind w:left="288"/>
      </w:pPr>
      <w:r>
        <w:rPr>
          <w:rFonts w:ascii="Georgia" w:eastAsia="Georgia" w:hAnsi="Georgia"/>
        </w:rPr>
        <w:t>• Day 1–3: Do nothing but be honest with God and kind to your body. Do not attempt</w:t>
      </w:r>
    </w:p>
    <w:p w14:paraId="0D0281F3" w14:textId="77777777" w:rsidR="00C8625A" w:rsidRDefault="00751C59">
      <w:pPr>
        <w:spacing w:after="160"/>
        <w:ind w:firstLine="259"/>
      </w:pPr>
      <w:r>
        <w:rPr>
          <w:rFonts w:ascii="Georgia" w:eastAsia="Georgia" w:hAnsi="Georgia"/>
        </w:rPr>
        <w:t>a great worship campaign. "My soul is exceedingly sorrowful, even to death" (Matthew 26:38). Jesus said that in Gethsemane — and then He got up and obeyed (v. 42). Grief has a pace; respect it.</w:t>
      </w:r>
    </w:p>
    <w:p w14:paraId="343FEDB7" w14:textId="77777777" w:rsidR="00C8625A" w:rsidRDefault="00751C59">
      <w:pPr>
        <w:spacing w:after="80"/>
        <w:ind w:left="288"/>
      </w:pPr>
      <w:r>
        <w:rPr>
          <w:rFonts w:ascii="Georgia" w:eastAsia="Georgia" w:hAnsi="Georgia"/>
        </w:rPr>
        <w:t>• Week 1: Read Psalm 34 aloud. It is an alphabetic acrostic in the Hebrew — every letter</w:t>
      </w:r>
    </w:p>
    <w:p w14:paraId="138F664A" w14:textId="77777777" w:rsidR="00C8625A" w:rsidRDefault="00751C59">
      <w:pPr>
        <w:spacing w:after="160"/>
        <w:ind w:firstLine="259"/>
      </w:pPr>
      <w:r>
        <w:rPr>
          <w:rFonts w:ascii="Georgia" w:eastAsia="Georgia" w:hAnsi="Georgia"/>
        </w:rPr>
        <w:t>of the alphabet is a rung, a way of taking the psalm one small step at a time — and it says both "the LORD is near to those who have a broken heart" (v. 18) and "I will bless the LORD at all times" (v. 1).</w:t>
      </w:r>
    </w:p>
    <w:p w14:paraId="7F53F26E" w14:textId="77777777" w:rsidR="00C8625A" w:rsidRDefault="00751C59">
      <w:pPr>
        <w:spacing w:after="80"/>
        <w:ind w:left="288"/>
      </w:pPr>
      <w:r>
        <w:rPr>
          <w:rFonts w:ascii="Georgia" w:eastAsia="Georgia" w:hAnsi="Georgia"/>
        </w:rPr>
        <w:t>• Week 2: Add one line of praise a day. One. Then repeat it at the end of the week and</w:t>
      </w:r>
    </w:p>
    <w:p w14:paraId="52886616" w14:textId="77777777" w:rsidR="00C8625A" w:rsidRDefault="00751C59">
      <w:pPr>
        <w:spacing w:after="160"/>
        <w:ind w:firstLine="259"/>
      </w:pPr>
      <w:r>
        <w:rPr>
          <w:rFonts w:ascii="Georgia" w:eastAsia="Georgia" w:hAnsi="Georgia"/>
        </w:rPr>
        <w:t>write down what changed in you.</w:t>
      </w:r>
    </w:p>
    <w:p w14:paraId="55C14B35" w14:textId="77777777" w:rsidR="00C8625A" w:rsidRDefault="00751C59">
      <w:pPr>
        <w:spacing w:after="80"/>
        <w:ind w:left="288"/>
      </w:pPr>
      <w:r>
        <w:rPr>
          <w:rFonts w:ascii="Georgia" w:eastAsia="Georgia" w:hAnsi="Georgia"/>
        </w:rPr>
        <w:t>• Week 3: Tell one person the truth. Confession of grief is commanded in the Psalms;</w:t>
      </w:r>
    </w:p>
    <w:p w14:paraId="736F1BB3" w14:textId="77777777" w:rsidR="00C8625A" w:rsidRDefault="00751C59">
      <w:pPr>
        <w:spacing w:after="160"/>
        <w:ind w:firstLine="259"/>
      </w:pPr>
      <w:r>
        <w:rPr>
          <w:rFonts w:ascii="Georgia" w:eastAsia="Georgia" w:hAnsi="Georgia"/>
        </w:rPr>
        <w:t>silence is not the biblical pattern for sorrow.</w:t>
      </w:r>
    </w:p>
    <w:p w14:paraId="08868E01" w14:textId="77777777" w:rsidR="00C8625A" w:rsidRDefault="00751C59">
      <w:pPr>
        <w:spacing w:after="80"/>
        <w:ind w:left="288"/>
      </w:pPr>
      <w:r>
        <w:rPr>
          <w:rFonts w:ascii="Georgia" w:eastAsia="Georgia" w:hAnsi="Georgia"/>
        </w:rPr>
        <w:t>• Week 4: Re-enter the assembly. "Our eyes have looked upon You... O Lord" (Psalm</w:t>
      </w:r>
    </w:p>
    <w:p w14:paraId="2D02661A" w14:textId="77777777" w:rsidR="00C8625A" w:rsidRDefault="00751C59">
      <w:pPr>
        <w:spacing w:after="160"/>
        <w:ind w:firstLine="259"/>
      </w:pPr>
      <w:r>
        <w:rPr>
          <w:rFonts w:ascii="Georgia" w:eastAsia="Georgia" w:hAnsi="Georgia"/>
        </w:rPr>
        <w:t xml:space="preserve">123:2, KJV), preceded by "our soul is weary of the scorn" (v. 4). Take your weariness to the gathering, and let the gathered people carry you. And if the broken heart has trauma behind it — abuse, violence, a catastrophic event — consider a counsellor trained in trauma as part of your healing, alongside the psalms. God binds wounds through </w:t>
      </w:r>
      <w:r>
        <w:rPr>
          <w:rFonts w:ascii="Georgia" w:eastAsia="Georgia" w:hAnsi="Georgia"/>
        </w:rPr>
        <w:lastRenderedPageBreak/>
        <w:t>the hands of the skilled as well as through the lips of the faithful.</w:t>
      </w:r>
    </w:p>
    <w:p w14:paraId="5013AD97" w14:textId="77777777" w:rsidR="00C8625A" w:rsidRDefault="00751C59">
      <w:pPr>
        <w:spacing w:before="280" w:after="120"/>
      </w:pPr>
      <w:r>
        <w:rPr>
          <w:rFonts w:ascii="Georgia" w:eastAsia="Georgia" w:hAnsi="Georgia"/>
          <w:b/>
        </w:rPr>
        <w:t>Reflect and Respond</w:t>
      </w:r>
    </w:p>
    <w:p w14:paraId="1DF751E6" w14:textId="77777777" w:rsidR="00C8625A" w:rsidRDefault="00751C59">
      <w:pPr>
        <w:spacing w:after="80"/>
        <w:ind w:left="288"/>
      </w:pPr>
      <w:r>
        <w:rPr>
          <w:rFonts w:ascii="Georgia" w:eastAsia="Georgia" w:hAnsi="Georgia"/>
        </w:rPr>
        <w:t>1. Is your grief being addressed honestly before God, or has it become a theological</w:t>
      </w:r>
    </w:p>
    <w:p w14:paraId="340DA871" w14:textId="77777777" w:rsidR="00C8625A" w:rsidRDefault="00751C59">
      <w:pPr>
        <w:spacing w:after="160"/>
        <w:ind w:firstLine="259"/>
      </w:pPr>
      <w:r>
        <w:rPr>
          <w:rFonts w:ascii="Georgia" w:eastAsia="Georgia" w:hAnsi="Georgia"/>
        </w:rPr>
        <w:t>argument?</w:t>
      </w:r>
    </w:p>
    <w:p w14:paraId="0B03C042" w14:textId="77777777" w:rsidR="00C8625A" w:rsidRDefault="00751C59">
      <w:pPr>
        <w:spacing w:after="80"/>
        <w:ind w:left="288"/>
      </w:pPr>
      <w:r>
        <w:rPr>
          <w:rFonts w:ascii="Georgia" w:eastAsia="Georgia" w:hAnsi="Georgia"/>
        </w:rPr>
        <w:t>2. What line of praise could you manage tomorrow — one line, not a movement?</w:t>
      </w:r>
    </w:p>
    <w:p w14:paraId="29F36936" w14:textId="77777777" w:rsidR="00C8625A" w:rsidRDefault="00751C59">
      <w:pPr>
        <w:spacing w:after="80"/>
        <w:ind w:left="288"/>
      </w:pPr>
      <w:r>
        <w:rPr>
          <w:rFonts w:ascii="Georgia" w:eastAsia="Georgia" w:hAnsi="Georgia"/>
        </w:rPr>
        <w:t>3. Who is one safe person you will let sit with you in it?</w:t>
      </w:r>
    </w:p>
    <w:p w14:paraId="7A181029" w14:textId="77777777" w:rsidR="00C8625A" w:rsidRDefault="00751C59">
      <w:pPr>
        <w:spacing w:before="240" w:after="80"/>
      </w:pPr>
      <w:r>
        <w:rPr>
          <w:rFonts w:ascii="Georgia" w:eastAsia="Georgia" w:hAnsi="Georgia"/>
          <w:b/>
          <w:color w:val="2C3E50"/>
          <w:sz w:val="20"/>
        </w:rPr>
        <w:t>DECLARATION</w:t>
      </w:r>
    </w:p>
    <w:p w14:paraId="0830E30B" w14:textId="77777777" w:rsidR="00C8625A" w:rsidRDefault="00751C59">
      <w:pPr>
        <w:spacing w:after="160"/>
        <w:ind w:left="288"/>
      </w:pPr>
      <w:r>
        <w:rPr>
          <w:rFonts w:ascii="Georgia" w:eastAsia="Georgia" w:hAnsi="Georgia"/>
          <w:i/>
        </w:rPr>
        <w:t>"The LORD is near to those who have a broken heart (Psalm 34:18). He is binding up my wounds, He has named my tears, and He will turn my mourning into dancing. For this I will praise Him."</w:t>
      </w:r>
    </w:p>
    <w:p w14:paraId="5682D112" w14:textId="77777777" w:rsidR="00C8625A" w:rsidRDefault="00751C59">
      <w:pPr>
        <w:spacing w:before="160" w:after="80"/>
      </w:pPr>
      <w:r>
        <w:rPr>
          <w:rFonts w:ascii="Georgia" w:eastAsia="Georgia" w:hAnsi="Georgia"/>
          <w:b/>
          <w:color w:val="2C3E50"/>
          <w:sz w:val="20"/>
        </w:rPr>
        <w:t>PRAYER</w:t>
      </w:r>
    </w:p>
    <w:p w14:paraId="739B8297" w14:textId="77777777" w:rsidR="00C8625A" w:rsidRDefault="00751C59">
      <w:pPr>
        <w:spacing w:after="240"/>
        <w:ind w:left="288"/>
      </w:pPr>
      <w:r>
        <w:rPr>
          <w:rFonts w:ascii="Georgia" w:eastAsia="Georgia" w:hAnsi="Georgia"/>
          <w:i/>
        </w:rPr>
        <w:t>Healer of the brokenhearted, I do not pretend to be well. Be near. Bind, tend, and speak. Let your people be the hands I can trust. In Jesus' name, amen.</w:t>
      </w:r>
    </w:p>
    <w:p w14:paraId="2FEDE001" w14:textId="77777777" w:rsidR="00C8625A" w:rsidRDefault="00751C59">
      <w:r>
        <w:br w:type="page"/>
      </w:r>
    </w:p>
    <w:p w14:paraId="53B757A9" w14:textId="77777777" w:rsidR="00C8625A" w:rsidRDefault="00751C59">
      <w:pPr>
        <w:spacing w:before="960" w:after="80"/>
        <w:jc w:val="center"/>
      </w:pPr>
      <w:r>
        <w:rPr>
          <w:rFonts w:ascii="Georgia" w:eastAsia="Georgia" w:hAnsi="Georgia"/>
          <w:b/>
        </w:rPr>
        <w:lastRenderedPageBreak/>
        <w:t>CHAPTER 18</w:t>
      </w:r>
    </w:p>
    <w:p w14:paraId="3BAACB4E" w14:textId="77777777" w:rsidR="00C8625A" w:rsidRDefault="00751C59">
      <w:pPr>
        <w:spacing w:after="280"/>
        <w:jc w:val="center"/>
      </w:pPr>
      <w:r>
        <w:rPr>
          <w:rFonts w:ascii="Georgia" w:eastAsia="Georgia" w:hAnsi="Georgia"/>
          <w:b/>
          <w:sz w:val="32"/>
        </w:rPr>
        <w:t>Praise Renews Your Mind</w:t>
      </w:r>
    </w:p>
    <w:p w14:paraId="2246522B" w14:textId="77777777" w:rsidR="00C8625A" w:rsidRDefault="00751C59">
      <w:pPr>
        <w:spacing w:before="160"/>
        <w:ind w:left="360" w:right="360"/>
        <w:jc w:val="center"/>
      </w:pPr>
      <w:r>
        <w:rPr>
          <w:rFonts w:ascii="Georgia" w:eastAsia="Georgia" w:hAnsi="Georgia"/>
          <w:i/>
          <w:sz w:val="20"/>
        </w:rPr>
        <w:t>"And do not be conformed to this world, but be transformed by the renewing of your mind." — Romans 12:2 (NKJV)</w:t>
      </w:r>
    </w:p>
    <w:p w14:paraId="7ECB057F" w14:textId="77777777" w:rsidR="00C8625A" w:rsidRDefault="00751C59">
      <w:pPr>
        <w:spacing w:before="280" w:after="120"/>
      </w:pPr>
      <w:r>
        <w:rPr>
          <w:rFonts w:ascii="Georgia" w:eastAsia="Georgia" w:hAnsi="Georgia"/>
          <w:b/>
        </w:rPr>
        <w:t>The Body, the Temple, and the Mind</w:t>
      </w:r>
    </w:p>
    <w:p w14:paraId="4D9EDD16" w14:textId="77777777" w:rsidR="00C8625A" w:rsidRDefault="00751C59">
      <w:pPr>
        <w:spacing w:after="160"/>
        <w:ind w:firstLine="259"/>
      </w:pPr>
      <w:r>
        <w:rPr>
          <w:rFonts w:ascii="Georgia" w:eastAsia="Georgia" w:hAnsi="Georgia"/>
        </w:rPr>
        <w:t>Romans 12:1–2 is the hinge of the whole book. "Present your bodies a living sacrifice, holy and acceptable to God... and do not be conformed to this world, but be transformed by the renewing of your mind, that you may prove what is that good and acceptable and perfect will of God" (NKJV). Notice the order — body, then mind, then discernment. Embodied worship is not opposed to a renewed mind; it is the front door to it. And notice the word "transformed" (metamorphoō, from which we get metamorphosis). Renewal</w:t>
      </w:r>
      <w:r>
        <w:rPr>
          <w:rFonts w:ascii="Georgia" w:eastAsia="Georgia" w:hAnsi="Georgia"/>
        </w:rPr>
        <w:t xml:space="preserve"> is not improvement; it is a change of species. Paul is describing a mind that no longer runs on the world's operating system. Which is why Paul fills his mind with the vocabulary of praise, and expects the same for us. "Whatever things that are true, whatever things that are noble, whatever things that are just, whatever things that are pure, whatever things that are lovely, whatever things that are of good report, if there is any virtue and if there is anything praiseworthy — meditate on these things" (Ph</w:t>
      </w:r>
      <w:r>
        <w:rPr>
          <w:rFonts w:ascii="Georgia" w:eastAsia="Georgia" w:hAnsi="Georgia"/>
        </w:rPr>
        <w:t>ilippians 4:8, NKJV). The final phrase, translated "meditate," is logizomai — an accounting verb: reckon, count, put on the ledger. Faith is arithmetic. You count what is true, and the totals change how you feel.</w:t>
      </w:r>
    </w:p>
    <w:p w14:paraId="629469E2" w14:textId="77777777" w:rsidR="00C8625A" w:rsidRDefault="00751C59">
      <w:pPr>
        <w:spacing w:before="280" w:after="120"/>
      </w:pPr>
      <w:r>
        <w:rPr>
          <w:rFonts w:ascii="Georgia" w:eastAsia="Georgia" w:hAnsi="Georgia"/>
          <w:b/>
        </w:rPr>
        <w:t>Praise Is A Cognitive Discipline</w:t>
      </w:r>
    </w:p>
    <w:p w14:paraId="72AEFB95" w14:textId="77777777" w:rsidR="00C8625A" w:rsidRDefault="00751C59">
      <w:pPr>
        <w:spacing w:after="160"/>
        <w:ind w:firstLine="259"/>
      </w:pPr>
      <w:r>
        <w:rPr>
          <w:rFonts w:ascii="Georgia" w:eastAsia="Georgia" w:hAnsi="Georgia"/>
        </w:rPr>
        <w:t xml:space="preserve">Let us say plainly what praise does to a mind, because the mechanism is not mystical: Praise trains attention. You </w:t>
      </w:r>
      <w:r>
        <w:rPr>
          <w:rFonts w:ascii="Georgia" w:eastAsia="Georgia" w:hAnsi="Georgia"/>
        </w:rPr>
        <w:lastRenderedPageBreak/>
        <w:t>cannot renew a mind you never inspect. What you repeatedly attend to becomes the default. This is the point behind "You shall meditate on it day and night" (Joshua 1:8, NKJV), and behind Psalm 1:2 — "his delight is in the law of the LORD, and in His law he meditates day and night." Praise re-labels. Cognitive therapy since Aaron T. Beck has described thoughts as appraisals, and appraisals are revisable. The Psalms call this nudging your own soul: "Why are you cast down, O my soul? And why are you groaning w</w:t>
      </w:r>
      <w:r>
        <w:rPr>
          <w:rFonts w:ascii="Georgia" w:eastAsia="Georgia" w:hAnsi="Georgia"/>
        </w:rPr>
        <w:t>ithin me?" (Psalm 42:11). The most psychologically healthy person in the Psalter is the one who argues with his own feelings to God, rather than agreeing with them or lying about them. Praise builds new habits of thought. Modern neuroscience of plasticity tells us that repeated mental activity is associated with structural and functional change, and that deliberate cognitive practice — reappraisal, attention training — is one of the things implicated in it. (A caution, because you will have heard the number</w:t>
      </w:r>
      <w:r>
        <w:rPr>
          <w:rFonts w:ascii="Georgia" w:eastAsia="Georgia" w:hAnsi="Georgia"/>
        </w:rPr>
        <w:t>: the widely quoted "66 days to build a habit" comes from Phillippa Lally's 2009 study of everyday habit formation, where the mean was 66 days but individual times ranged from 18 to 254. That is the honest headline — repeated practice changes things, and the timescale varies from person to person.) Paul's word is not "rewiring" but "be transformed by the renewing of your mind" — and it works, in his account, through Scripture, the Spirit, and practice. Praise changes what you can say out loud. What a person</w:t>
      </w:r>
      <w:r>
        <w:rPr>
          <w:rFonts w:ascii="Georgia" w:eastAsia="Georgia" w:hAnsi="Georgia"/>
        </w:rPr>
        <w:t xml:space="preserve"> says privately shapes what they can believe publicly, and vice versa. Paul places confession and faith on a loop: "with the heart man believes... and with the mouth confession is made" (Romans 10:10, NKJV). The mouth is not a mere indicator; it is an instrument.</w:t>
      </w:r>
    </w:p>
    <w:p w14:paraId="3DF68654" w14:textId="77777777" w:rsidR="00C8625A" w:rsidRDefault="00751C59">
      <w:pPr>
        <w:spacing w:before="280" w:after="120"/>
      </w:pPr>
      <w:r>
        <w:rPr>
          <w:rFonts w:ascii="Georgia" w:eastAsia="Georgia" w:hAnsi="Georgia"/>
          <w:b/>
        </w:rPr>
        <w:t>Philippians 4:4–9 — A Fourteen-Day Mind Reset</w:t>
      </w:r>
    </w:p>
    <w:p w14:paraId="358C2074" w14:textId="77777777" w:rsidR="00C8625A" w:rsidRDefault="00751C59">
      <w:pPr>
        <w:spacing w:after="160"/>
        <w:ind w:firstLine="259"/>
      </w:pPr>
      <w:r>
        <w:rPr>
          <w:rFonts w:ascii="Georgia" w:eastAsia="Georgia" w:hAnsi="Georgia"/>
        </w:rPr>
        <w:lastRenderedPageBreak/>
        <w:t>Here is a concrete plan for a confused, worn-out, or anxious mind. It is not a magic formula; it is a discipline with a promise. Morning (5 minutes).</w:t>
      </w:r>
    </w:p>
    <w:p w14:paraId="5BC5D71C" w14:textId="77777777" w:rsidR="00C8625A" w:rsidRDefault="00751C59">
      <w:pPr>
        <w:spacing w:after="80"/>
        <w:ind w:left="288"/>
      </w:pPr>
      <w:r>
        <w:rPr>
          <w:rFonts w:ascii="Georgia" w:eastAsia="Georgia" w:hAnsi="Georgia"/>
        </w:rPr>
        <w:t>80. Say aloud: "Rejoice in the Lord" (4:4). Say it even flatly. Ver. 4 is a command to the will.</w:t>
      </w:r>
    </w:p>
    <w:p w14:paraId="4FDA2643" w14:textId="77777777" w:rsidR="00C8625A" w:rsidRDefault="00751C59">
      <w:pPr>
        <w:spacing w:after="80"/>
        <w:ind w:left="288"/>
      </w:pPr>
      <w:r>
        <w:rPr>
          <w:rFonts w:ascii="Georgia" w:eastAsia="Georgia" w:hAnsi="Georgia"/>
        </w:rPr>
        <w:t>81. Thank for one specific mercy from yesterday (4:6, "with thanksgiving").</w:t>
      </w:r>
    </w:p>
    <w:p w14:paraId="7EFAB10D" w14:textId="77777777" w:rsidR="00C8625A" w:rsidRDefault="00751C59">
      <w:pPr>
        <w:spacing w:after="80"/>
        <w:ind w:left="288"/>
      </w:pPr>
      <w:r>
        <w:rPr>
          <w:rFonts w:ascii="Georgia" w:eastAsia="Georgia" w:hAnsi="Georgia"/>
        </w:rPr>
        <w:t>82. Name the one thing you are afraid of, and hand it over in a sentence, then stop talking</w:t>
      </w:r>
    </w:p>
    <w:p w14:paraId="72674252" w14:textId="77777777" w:rsidR="00C8625A" w:rsidRDefault="00751C59">
      <w:pPr>
        <w:spacing w:after="160"/>
        <w:ind w:firstLine="259"/>
      </w:pPr>
      <w:r>
        <w:rPr>
          <w:rFonts w:ascii="Georgia" w:eastAsia="Georgia" w:hAnsi="Georgia"/>
        </w:rPr>
        <w:t>about it (1 Peter 5:7). Noon (2 minutes).</w:t>
      </w:r>
    </w:p>
    <w:p w14:paraId="7E6834B4" w14:textId="77777777" w:rsidR="00C8625A" w:rsidRDefault="00751C59">
      <w:pPr>
        <w:spacing w:after="80"/>
        <w:ind w:left="288"/>
      </w:pPr>
      <w:r>
        <w:rPr>
          <w:rFonts w:ascii="Georgia" w:eastAsia="Georgia" w:hAnsi="Georgia"/>
        </w:rPr>
        <w:t>83. Ask the four questions of 4:8 — true? noble? just? pure? lovely? Of mercy? Excellent and</w:t>
      </w:r>
    </w:p>
    <w:p w14:paraId="7EBAD366" w14:textId="77777777" w:rsidR="00C8625A" w:rsidRDefault="00751C59">
      <w:pPr>
        <w:spacing w:after="160"/>
        <w:ind w:firstLine="259"/>
      </w:pPr>
      <w:r>
        <w:rPr>
          <w:rFonts w:ascii="Georgia" w:eastAsia="Georgia" w:hAnsi="Georgia"/>
        </w:rPr>
        <w:t>praiseworthy?</w:t>
      </w:r>
    </w:p>
    <w:p w14:paraId="604CF38D" w14:textId="77777777" w:rsidR="00C8625A" w:rsidRDefault="00751C59">
      <w:pPr>
        <w:spacing w:after="80"/>
        <w:ind w:left="288"/>
      </w:pPr>
      <w:r>
        <w:rPr>
          <w:rFonts w:ascii="Georgia" w:eastAsia="Georgia" w:hAnsi="Georgia"/>
        </w:rPr>
        <w:t>84. Take one thought that fails the test, and write it as a sentence with one clause of praise</w:t>
      </w:r>
    </w:p>
    <w:p w14:paraId="03286009" w14:textId="77777777" w:rsidR="00C8625A" w:rsidRDefault="00751C59">
      <w:pPr>
        <w:spacing w:after="160"/>
        <w:ind w:firstLine="259"/>
      </w:pPr>
      <w:r>
        <w:rPr>
          <w:rFonts w:ascii="Georgia" w:eastAsia="Georgia" w:hAnsi="Georgia"/>
        </w:rPr>
        <w:t>attached: "I failed, and the LORD is still my righteousness." Evening (5 minutes).</w:t>
      </w:r>
    </w:p>
    <w:p w14:paraId="3EF8FDC1" w14:textId="77777777" w:rsidR="00C8625A" w:rsidRDefault="00751C59">
      <w:pPr>
        <w:spacing w:after="80"/>
        <w:ind w:left="288"/>
      </w:pPr>
      <w:r>
        <w:rPr>
          <w:rFonts w:ascii="Georgia" w:eastAsia="Georgia" w:hAnsi="Georgia"/>
        </w:rPr>
        <w:t>85. Read four verses of a psalm (4:8; Psalm 119 is the classic).</w:t>
      </w:r>
    </w:p>
    <w:p w14:paraId="712BAFB4" w14:textId="77777777" w:rsidR="00C8625A" w:rsidRDefault="00751C59">
      <w:pPr>
        <w:spacing w:after="80"/>
        <w:ind w:left="288"/>
      </w:pPr>
      <w:r>
        <w:rPr>
          <w:rFonts w:ascii="Georgia" w:eastAsia="Georgia" w:hAnsi="Georgia"/>
        </w:rPr>
        <w:t>86. Sing or say a line of worship slowly — see Chapter 13.</w:t>
      </w:r>
    </w:p>
    <w:p w14:paraId="34006E06" w14:textId="77777777" w:rsidR="00C8625A" w:rsidRDefault="00751C59">
      <w:pPr>
        <w:spacing w:after="80"/>
        <w:ind w:left="288"/>
      </w:pPr>
      <w:r>
        <w:rPr>
          <w:rFonts w:ascii="Georgia" w:eastAsia="Georgia" w:hAnsi="Georgia"/>
        </w:rPr>
        <w:t>87. Write what you will "continue in" (4:9) tomorrow — one concrete thing, not a feeling.</w:t>
      </w:r>
    </w:p>
    <w:p w14:paraId="0F89A9BC" w14:textId="77777777" w:rsidR="00C8625A" w:rsidRDefault="00751C59">
      <w:pPr>
        <w:spacing w:after="160"/>
        <w:ind w:firstLine="259"/>
      </w:pPr>
      <w:r>
        <w:rPr>
          <w:rFonts w:ascii="Georgia" w:eastAsia="Georgia" w:hAnsi="Georgia"/>
        </w:rPr>
        <w:t>Do it fourteen days. Not because fourteen is sacred, but because a two-week trial is small enough to start and long enough to reveal a pattern.</w:t>
      </w:r>
    </w:p>
    <w:p w14:paraId="2F4144B3" w14:textId="77777777" w:rsidR="00C8625A" w:rsidRDefault="00751C59">
      <w:pPr>
        <w:spacing w:before="280" w:after="120"/>
      </w:pPr>
      <w:r>
        <w:rPr>
          <w:rFonts w:ascii="Georgia" w:eastAsia="Georgia" w:hAnsi="Georgia"/>
          <w:b/>
        </w:rPr>
        <w:t>Learning to Praise Your Way Out of a Lie</w:t>
      </w:r>
    </w:p>
    <w:p w14:paraId="75F551BA" w14:textId="77777777" w:rsidR="00C8625A" w:rsidRDefault="00751C59">
      <w:pPr>
        <w:spacing w:after="160"/>
        <w:ind w:firstLine="259"/>
      </w:pPr>
      <w:r>
        <w:rPr>
          <w:rFonts w:ascii="Georgia" w:eastAsia="Georgia" w:hAnsi="Georgia"/>
        </w:rPr>
        <w:t>Every lie you believe has a counter-praise. A few examples:</w:t>
      </w:r>
    </w:p>
    <w:p w14:paraId="5F4D5071" w14:textId="77777777" w:rsidR="00C8625A" w:rsidRDefault="00751C59">
      <w:pPr>
        <w:spacing w:after="80"/>
        <w:ind w:left="288"/>
      </w:pPr>
      <w:r>
        <w:rPr>
          <w:rFonts w:ascii="Georgia" w:eastAsia="Georgia" w:hAnsi="Georgia"/>
        </w:rPr>
        <w:t>| The lie you repeat | The counter-praise |</w:t>
      </w:r>
    </w:p>
    <w:p w14:paraId="3413F344" w14:textId="77777777" w:rsidR="00C8625A" w:rsidRDefault="00751C59">
      <w:pPr>
        <w:spacing w:after="80"/>
        <w:ind w:left="288"/>
      </w:pPr>
      <w:r>
        <w:rPr>
          <w:rFonts w:ascii="Georgia" w:eastAsia="Georgia" w:hAnsi="Georgia"/>
        </w:rPr>
        <w:lastRenderedPageBreak/>
        <w:t>|---|---|</w:t>
      </w:r>
    </w:p>
    <w:p w14:paraId="7C6846F9" w14:textId="77777777" w:rsidR="00C8625A" w:rsidRDefault="00751C59">
      <w:pPr>
        <w:spacing w:after="80"/>
        <w:ind w:left="288"/>
      </w:pPr>
      <w:r>
        <w:rPr>
          <w:rFonts w:ascii="Georgia" w:eastAsia="Georgia" w:hAnsi="Georgia"/>
        </w:rPr>
        <w:t>| "I am defined by what was done to me." | "You are holy, and You call what is not as though</w:t>
      </w:r>
    </w:p>
    <w:p w14:paraId="4777C567" w14:textId="77777777" w:rsidR="00C8625A" w:rsidRDefault="00751C59">
      <w:pPr>
        <w:spacing w:after="160"/>
        <w:ind w:firstLine="259"/>
      </w:pPr>
      <w:r>
        <w:rPr>
          <w:rFonts w:ascii="Georgia" w:eastAsia="Georgia" w:hAnsi="Georgia"/>
        </w:rPr>
        <w:t>it were" (Romans 4:17). |</w:t>
      </w:r>
    </w:p>
    <w:p w14:paraId="58DCDF80" w14:textId="77777777" w:rsidR="00C8625A" w:rsidRDefault="00751C59">
      <w:pPr>
        <w:spacing w:after="80"/>
        <w:ind w:left="288"/>
      </w:pPr>
      <w:r>
        <w:rPr>
          <w:rFonts w:ascii="Georgia" w:eastAsia="Georgia" w:hAnsi="Georgia"/>
        </w:rPr>
        <w:t>| "I will never be enough." | "My grace is sufficient for you" (2 Corinthians 12:9). |</w:t>
      </w:r>
    </w:p>
    <w:p w14:paraId="2C771E99" w14:textId="77777777" w:rsidR="00C8625A" w:rsidRDefault="00751C59">
      <w:pPr>
        <w:spacing w:after="80"/>
        <w:ind w:left="288"/>
      </w:pPr>
      <w:r>
        <w:rPr>
          <w:rFonts w:ascii="Georgia" w:eastAsia="Georgia" w:hAnsi="Georgia"/>
        </w:rPr>
        <w:t>| "God is disappointed in me and far away." | "If God is for us, who can be against us?"</w:t>
      </w:r>
    </w:p>
    <w:p w14:paraId="70DD990A" w14:textId="77777777" w:rsidR="00C8625A" w:rsidRDefault="00751C59">
      <w:pPr>
        <w:spacing w:after="160"/>
        <w:ind w:firstLine="259"/>
      </w:pPr>
      <w:r>
        <w:rPr>
          <w:rFonts w:ascii="Georgia" w:eastAsia="Georgia" w:hAnsi="Georgia"/>
        </w:rPr>
        <w:t>(Romans 8:31). |</w:t>
      </w:r>
    </w:p>
    <w:p w14:paraId="0044FD16" w14:textId="77777777" w:rsidR="00C8625A" w:rsidRDefault="00751C59">
      <w:pPr>
        <w:spacing w:after="80"/>
        <w:ind w:left="288"/>
      </w:pPr>
      <w:r>
        <w:rPr>
          <w:rFonts w:ascii="Georgia" w:eastAsia="Georgia" w:hAnsi="Georgia"/>
        </w:rPr>
        <w:t>| "This pain will outlast my faith." | "This is the day the LORD has made" (Psalm 118:24). |</w:t>
      </w:r>
    </w:p>
    <w:p w14:paraId="71ADF08F" w14:textId="77777777" w:rsidR="00C8625A" w:rsidRDefault="00751C59">
      <w:pPr>
        <w:spacing w:after="80"/>
        <w:ind w:left="288"/>
      </w:pPr>
      <w:r>
        <w:rPr>
          <w:rFonts w:ascii="Georgia" w:eastAsia="Georgia" w:hAnsi="Georgia"/>
        </w:rPr>
        <w:t>| "Nothing in my family will change." | "He remembers His covenant forever" (Psalm 105:8). |</w:t>
      </w:r>
    </w:p>
    <w:p w14:paraId="38F2874D" w14:textId="77777777" w:rsidR="00C8625A" w:rsidRDefault="00751C59">
      <w:pPr>
        <w:spacing w:after="160"/>
        <w:ind w:firstLine="259"/>
      </w:pPr>
      <w:r>
        <w:rPr>
          <w:rFonts w:ascii="Georgia" w:eastAsia="Georgia" w:hAnsi="Georgia"/>
        </w:rPr>
        <w:t>Do not expect the emotion to follow the sentence immediately. Expect the sentence to be there when the emotion collapses.</w:t>
      </w:r>
    </w:p>
    <w:p w14:paraId="4B3D65AC" w14:textId="77777777" w:rsidR="00C8625A" w:rsidRDefault="00751C59">
      <w:pPr>
        <w:spacing w:before="280" w:after="120"/>
      </w:pPr>
      <w:r>
        <w:rPr>
          <w:rFonts w:ascii="Georgia" w:eastAsia="Georgia" w:hAnsi="Georgia"/>
          <w:b/>
        </w:rPr>
        <w:t>Reflect and Respond</w:t>
      </w:r>
    </w:p>
    <w:p w14:paraId="0D724304" w14:textId="77777777" w:rsidR="00C8625A" w:rsidRDefault="00751C59">
      <w:pPr>
        <w:spacing w:after="80"/>
        <w:ind w:left="288"/>
      </w:pPr>
      <w:r>
        <w:rPr>
          <w:rFonts w:ascii="Georgia" w:eastAsia="Georgia" w:hAnsi="Georgia"/>
        </w:rPr>
        <w:t>1. What is the thought you repeat most? Is it true, noble, just, pure, lovely, of good report?</w:t>
      </w:r>
    </w:p>
    <w:p w14:paraId="7381A786" w14:textId="77777777" w:rsidR="00C8625A" w:rsidRDefault="00751C59">
      <w:pPr>
        <w:spacing w:after="80"/>
        <w:ind w:left="288"/>
      </w:pPr>
      <w:r>
        <w:rPr>
          <w:rFonts w:ascii="Georgia" w:eastAsia="Georgia" w:hAnsi="Georgia"/>
        </w:rPr>
        <w:t>2. Which hour of your day is currently owned by the world's input rather than God's?</w:t>
      </w:r>
    </w:p>
    <w:p w14:paraId="5004ACED" w14:textId="77777777" w:rsidR="00C8625A" w:rsidRDefault="00751C59">
      <w:pPr>
        <w:spacing w:after="80"/>
        <w:ind w:left="288"/>
      </w:pPr>
      <w:r>
        <w:rPr>
          <w:rFonts w:ascii="Georgia" w:eastAsia="Georgia" w:hAnsi="Georgia"/>
        </w:rPr>
        <w:t>3. Commit to the fourteen-day reset in this chapter. Put a start date in Appendix C.</w:t>
      </w:r>
    </w:p>
    <w:p w14:paraId="5E6AD3A4" w14:textId="77777777" w:rsidR="00C8625A" w:rsidRDefault="00751C59">
      <w:pPr>
        <w:spacing w:before="240" w:after="80"/>
      </w:pPr>
      <w:r>
        <w:rPr>
          <w:rFonts w:ascii="Georgia" w:eastAsia="Georgia" w:hAnsi="Georgia"/>
          <w:b/>
          <w:color w:val="2C3E50"/>
          <w:sz w:val="20"/>
        </w:rPr>
        <w:t>DECLARATION</w:t>
      </w:r>
    </w:p>
    <w:p w14:paraId="434628B9" w14:textId="77777777" w:rsidR="00C8625A" w:rsidRDefault="00751C59">
      <w:pPr>
        <w:spacing w:after="160"/>
        <w:ind w:left="288"/>
      </w:pPr>
      <w:r>
        <w:rPr>
          <w:rFonts w:ascii="Georgia" w:eastAsia="Georgia" w:hAnsi="Georgia"/>
          <w:i/>
        </w:rPr>
        <w:t>"I am not conformed to this age; I am being transformed. I will count the things that are true, and the praise on my lips will change the mind in my head."</w:t>
      </w:r>
    </w:p>
    <w:p w14:paraId="75951B7E" w14:textId="77777777" w:rsidR="00C8625A" w:rsidRDefault="00751C59">
      <w:pPr>
        <w:spacing w:before="160" w:after="80"/>
      </w:pPr>
      <w:r>
        <w:rPr>
          <w:rFonts w:ascii="Georgia" w:eastAsia="Georgia" w:hAnsi="Georgia"/>
          <w:b/>
          <w:color w:val="2C3E50"/>
          <w:sz w:val="20"/>
        </w:rPr>
        <w:t>PRAYER</w:t>
      </w:r>
    </w:p>
    <w:p w14:paraId="744CAC41" w14:textId="77777777" w:rsidR="00C8625A" w:rsidRDefault="00751C59">
      <w:pPr>
        <w:spacing w:after="240"/>
        <w:ind w:left="288"/>
      </w:pPr>
      <w:r>
        <w:rPr>
          <w:rFonts w:ascii="Georgia" w:eastAsia="Georgia" w:hAnsi="Georgia"/>
          <w:i/>
        </w:rPr>
        <w:lastRenderedPageBreak/>
        <w:t>Holy Spirit, take the wheel of my thinking. Where my mind rehearses defeat, teach it Your ledger. Renew me until I can prove, and not merely hope, what Your good and perfect will is. In Jesus' name, amen.</w:t>
      </w:r>
    </w:p>
    <w:p w14:paraId="3C7920A4" w14:textId="77777777" w:rsidR="00C8625A" w:rsidRDefault="00751C59">
      <w:r>
        <w:br w:type="page"/>
      </w:r>
    </w:p>
    <w:p w14:paraId="0DE60421" w14:textId="77777777" w:rsidR="00C8625A" w:rsidRDefault="00751C59">
      <w:pPr>
        <w:spacing w:before="2000" w:after="160"/>
        <w:jc w:val="center"/>
      </w:pPr>
      <w:r>
        <w:rPr>
          <w:rFonts w:ascii="Georgia" w:eastAsia="Georgia" w:hAnsi="Georgia"/>
          <w:b/>
          <w:sz w:val="26"/>
        </w:rPr>
        <w:lastRenderedPageBreak/>
        <w:t>PART FIVE</w:t>
      </w:r>
    </w:p>
    <w:p w14:paraId="4C392394" w14:textId="77777777" w:rsidR="00C8625A" w:rsidRDefault="00751C59">
      <w:pPr>
        <w:spacing w:after="360"/>
        <w:jc w:val="center"/>
      </w:pPr>
      <w:r>
        <w:rPr>
          <w:rFonts w:ascii="Georgia" w:eastAsia="Georgia" w:hAnsi="Georgia"/>
          <w:b/>
          <w:sz w:val="36"/>
        </w:rPr>
        <w:t>Learning to Praise Your Way Through Anything</w:t>
      </w:r>
    </w:p>
    <w:p w14:paraId="4716CA71" w14:textId="77777777" w:rsidR="00C8625A" w:rsidRDefault="00751C59">
      <w:pPr>
        <w:spacing w:before="160"/>
        <w:ind w:left="360" w:right="360"/>
        <w:jc w:val="center"/>
      </w:pPr>
      <w:r>
        <w:rPr>
          <w:rFonts w:ascii="Georgia" w:eastAsia="Georgia" w:hAnsi="Georgia"/>
          <w:i/>
          <w:sz w:val="20"/>
        </w:rPr>
        <w:t>"Yet I will rejoice in the LORD, I will joy in the God of my salvation." — Habakkuk 3:18 (NKJV)</w:t>
      </w:r>
    </w:p>
    <w:p w14:paraId="50613D8C" w14:textId="77777777" w:rsidR="00C8625A" w:rsidRDefault="00751C59">
      <w:pPr>
        <w:spacing w:after="160"/>
        <w:ind w:firstLine="259"/>
      </w:pPr>
      <w:r>
        <w:rPr>
          <w:rFonts w:ascii="Georgia" w:eastAsia="Georgia" w:hAnsi="Georgia"/>
        </w:rPr>
        <w:t>Everything before this point has prepared us for this: praise in situations where praise is hard, delayed, unanswered, or embarrassing. In this part we will look at the pit, at the unanswerable, at the long middle, and at the mouth that has learned to complain better than it has learned to sing. If the earlier chapters are the foundation, these are the walls. Foundations are easy to admire. Walls are built in weather.</w:t>
      </w:r>
    </w:p>
    <w:p w14:paraId="3D82FE4C" w14:textId="77777777" w:rsidR="00C8625A" w:rsidRDefault="00751C59">
      <w:r>
        <w:br w:type="page"/>
      </w:r>
    </w:p>
    <w:p w14:paraId="65628CAA" w14:textId="77777777" w:rsidR="00C8625A" w:rsidRDefault="00751C59">
      <w:pPr>
        <w:spacing w:before="960" w:after="80"/>
        <w:jc w:val="center"/>
      </w:pPr>
      <w:r>
        <w:rPr>
          <w:rFonts w:ascii="Georgia" w:eastAsia="Georgia" w:hAnsi="Georgia"/>
          <w:b/>
        </w:rPr>
        <w:lastRenderedPageBreak/>
        <w:t>CHAPTER 19</w:t>
      </w:r>
    </w:p>
    <w:p w14:paraId="10BB348C" w14:textId="77777777" w:rsidR="00C8625A" w:rsidRDefault="00751C59">
      <w:pPr>
        <w:spacing w:after="280"/>
        <w:jc w:val="center"/>
      </w:pPr>
      <w:r>
        <w:rPr>
          <w:rFonts w:ascii="Georgia" w:eastAsia="Georgia" w:hAnsi="Georgia"/>
          <w:b/>
          <w:sz w:val="32"/>
        </w:rPr>
        <w:t>Praise in the Pit</w:t>
      </w:r>
    </w:p>
    <w:p w14:paraId="78DB89B7" w14:textId="77777777" w:rsidR="00C8625A" w:rsidRDefault="00751C59">
      <w:pPr>
        <w:spacing w:after="160"/>
        <w:ind w:firstLine="259"/>
      </w:pPr>
      <w:r>
        <w:rPr>
          <w:rFonts w:ascii="Georgia" w:eastAsia="Georgia" w:hAnsi="Georgia"/>
        </w:rPr>
        <w:t>*"I will praise the name of God with a song, and will magnify Him with thanksgiving... The humble shall see this and be glad." — Psalm 69:30, 32 (NKJV)</w:t>
      </w:r>
    </w:p>
    <w:p w14:paraId="193F2DCA" w14:textId="77777777" w:rsidR="00C8625A" w:rsidRDefault="00751C59">
      <w:pPr>
        <w:spacing w:before="280" w:after="120"/>
      </w:pPr>
      <w:r>
        <w:rPr>
          <w:rFonts w:ascii="Georgia" w:eastAsia="Georgia" w:hAnsi="Georgia"/>
          <w:b/>
        </w:rPr>
        <w:t>Three Men In Holes</w:t>
      </w:r>
    </w:p>
    <w:p w14:paraId="27CC5F0C" w14:textId="77777777" w:rsidR="00C8625A" w:rsidRDefault="00751C59">
      <w:pPr>
        <w:spacing w:after="160"/>
        <w:ind w:firstLine="259"/>
      </w:pPr>
      <w:r>
        <w:rPr>
          <w:rFonts w:ascii="Georgia" w:eastAsia="Georgia" w:hAnsi="Georgia"/>
        </w:rPr>
        <w:t>Scripture puts three remarkable people in pits, and their songs are the most useful praise theology in the Bible. Joseph in the cistern and the dungeon. Betrayed by brothers, thrown into an empty pit with no water (Genesis 37:24, NKJV), sold, then falsely accused, then forgotten. "But the LORD was with Joseph" (39:2, 21) — that sentence is repeated three times, and it is the only sentence in the story about how Joseph felt. Years later, when his brothers beg for mercy, Joseph says: "But as for you, you mean</w:t>
      </w:r>
      <w:r>
        <w:rPr>
          <w:rFonts w:ascii="Georgia" w:eastAsia="Georgia" w:hAnsi="Georgia"/>
        </w:rPr>
        <w:t>t evil against me; God meant it for good, in order to bring it about as it is this day, to save many people alive" (50:20, NKJV). Joseph does not praise God from the pit. He praises God about the pit, once he can see what the pit produced. Job in the ash heap. He loses everything in four reports (Job 1:13–19), sits among ashes, and is visited by three friends whose theology becomes a second torture. His confession in chapter 19 is one of the most astonishing lines in the Bible, spoken by a man with no answe</w:t>
      </w:r>
      <w:r>
        <w:rPr>
          <w:rFonts w:ascii="Georgia" w:eastAsia="Georgia" w:hAnsi="Georgia"/>
        </w:rPr>
        <w:t xml:space="preserve">r: "For I know that my Redeemer lives, and He shall stand at last on the earth; and after my skin is destroyed, this I know, that in my flesh I shall see God" (19:25–26, NKJV). Job is still asking "why," and still trusting "who." Both are true. The psalmist in the well. "Let not the waters overwhelm me, nor the deep swallow me, and let not the pit shut its mouth on me" (Psalm 69:15, NKJV). And two verses earlier: "But as for me, my prayer is to You, O LORD, in an acceptable time; O God, </w:t>
      </w:r>
      <w:r>
        <w:rPr>
          <w:rFonts w:ascii="Georgia" w:eastAsia="Georgia" w:hAnsi="Georgia"/>
        </w:rPr>
        <w:lastRenderedPageBreak/>
        <w:t xml:space="preserve">in the multitude of </w:t>
      </w:r>
      <w:r>
        <w:rPr>
          <w:rFonts w:ascii="Georgia" w:eastAsia="Georgia" w:hAnsi="Georgia"/>
        </w:rPr>
        <w:t>Your mercy hear me in the truth of Your salvation" (v. 13, NKJV, adapted). Psalm 69 is the psalm Jesus quoted as He was dying (John 19:28; cf. v. 21; Matthew 27:34, 48). Do you notice what the three have in common? None of them got out before they spoke to God about being in.</w:t>
      </w:r>
    </w:p>
    <w:p w14:paraId="66671FD5" w14:textId="77777777" w:rsidR="00C8625A" w:rsidRDefault="00751C59">
      <w:pPr>
        <w:spacing w:before="280" w:after="120"/>
      </w:pPr>
      <w:r>
        <w:rPr>
          <w:rFonts w:ascii="Georgia" w:eastAsia="Georgia" w:hAnsi="Georgia"/>
          <w:b/>
        </w:rPr>
        <w:t>The Pit Is Not the End of Your Vocabulary</w:t>
      </w:r>
    </w:p>
    <w:p w14:paraId="1D3D0B5E" w14:textId="77777777" w:rsidR="00C8625A" w:rsidRDefault="00751C59">
      <w:pPr>
        <w:spacing w:after="160"/>
        <w:ind w:firstLine="259"/>
      </w:pPr>
      <w:r>
        <w:rPr>
          <w:rFonts w:ascii="Georgia" w:eastAsia="Georgia" w:hAnsi="Georgia"/>
        </w:rPr>
        <w:t>A pit in Scripture is a place where normal language stops working. It is where promises look unenforceable and where praise feels dishonest. So we need a practical theology of praise in a pit — five honest truths.</w:t>
      </w:r>
    </w:p>
    <w:p w14:paraId="49E9D895" w14:textId="77777777" w:rsidR="00C8625A" w:rsidRDefault="00751C59">
      <w:pPr>
        <w:spacing w:after="80"/>
        <w:ind w:left="288"/>
      </w:pPr>
      <w:r>
        <w:rPr>
          <w:rFonts w:ascii="Georgia" w:eastAsia="Georgia" w:hAnsi="Georgia"/>
        </w:rPr>
        <w:t>1. God is not offended by the question. Psalm 13: "How long, O LORD? Will You forget</w:t>
      </w:r>
    </w:p>
    <w:p w14:paraId="2B26B841" w14:textId="77777777" w:rsidR="00C8625A" w:rsidRDefault="00751C59">
      <w:pPr>
        <w:spacing w:after="160"/>
        <w:ind w:firstLine="259"/>
      </w:pPr>
      <w:r>
        <w:rPr>
          <w:rFonts w:ascii="Georgia" w:eastAsia="Georgia" w:hAnsi="Georgia"/>
        </w:rPr>
        <w:t>me forever?" The psalm has four questions and one resolution: "But I have trusted in Your mercy" (v. 5). It's not that he finds an answer; it's that he decides whom to trust while still asking.</w:t>
      </w:r>
    </w:p>
    <w:p w14:paraId="07774D37" w14:textId="77777777" w:rsidR="00C8625A" w:rsidRDefault="00751C59">
      <w:pPr>
        <w:spacing w:after="80"/>
        <w:ind w:left="288"/>
      </w:pPr>
      <w:r>
        <w:rPr>
          <w:rFonts w:ascii="Georgia" w:eastAsia="Georgia" w:hAnsi="Georgia"/>
        </w:rPr>
        <w:t>2. The lament is a form of praise. Most of the Psalter's psalms are not hymns; they are</w:t>
      </w:r>
    </w:p>
    <w:p w14:paraId="06D9E1EB" w14:textId="77777777" w:rsidR="00C8625A" w:rsidRDefault="00751C59">
      <w:pPr>
        <w:spacing w:after="160"/>
        <w:ind w:firstLine="259"/>
      </w:pPr>
      <w:r>
        <w:rPr>
          <w:rFonts w:ascii="Georgia" w:eastAsia="Georgia" w:hAnsi="Georgia"/>
        </w:rPr>
        <w:t>laments — by the most common estimates, roughly a third or more of the 150 psalms, with individual and communal laments far outnumbering the psalms of pure praise (about thirty by conservative count). Yet almost every lament arrives at an act of worship or a vow to worship. The Psalter was given to teach us two things at once: bring your pain, and do not leave it as your last word.</w:t>
      </w:r>
    </w:p>
    <w:p w14:paraId="6FBCAAEB" w14:textId="77777777" w:rsidR="00C8625A" w:rsidRDefault="00751C59">
      <w:pPr>
        <w:spacing w:after="80"/>
        <w:ind w:left="288"/>
      </w:pPr>
      <w:r>
        <w:rPr>
          <w:rFonts w:ascii="Georgia" w:eastAsia="Georgia" w:hAnsi="Georgia"/>
        </w:rPr>
        <w:t>3. Praise in the pit is often silent, small, and physical. Job "worshipped" by falling to the</w:t>
      </w:r>
    </w:p>
    <w:p w14:paraId="33F5DC34" w14:textId="77777777" w:rsidR="00C8625A" w:rsidRDefault="00751C59">
      <w:pPr>
        <w:spacing w:after="160"/>
        <w:ind w:firstLine="259"/>
      </w:pPr>
      <w:r>
        <w:rPr>
          <w:rFonts w:ascii="Georgia" w:eastAsia="Georgia" w:hAnsi="Georgia"/>
        </w:rPr>
        <w:t xml:space="preserve">ground (1:20) and by closing his mouth: "The LORD gave, and the LORD has taken away; blessed be the name of the </w:t>
      </w:r>
      <w:r>
        <w:rPr>
          <w:rFonts w:ascii="Georgia" w:eastAsia="Georgia" w:hAnsi="Georgia"/>
        </w:rPr>
        <w:lastRenderedPageBreak/>
        <w:t>LORD" (1:21, NKJV). He does not sing. Some of your most acceptable worship will be one sentence and a bowed knee.</w:t>
      </w:r>
    </w:p>
    <w:p w14:paraId="7A0D80D7" w14:textId="77777777" w:rsidR="00C8625A" w:rsidRDefault="00751C59">
      <w:pPr>
        <w:spacing w:after="80"/>
        <w:ind w:left="288"/>
      </w:pPr>
      <w:r>
        <w:rPr>
          <w:rFonts w:ascii="Georgia" w:eastAsia="Georgia" w:hAnsi="Georgia"/>
        </w:rPr>
        <w:t>4. Do not let anyone tell you the pit is a verdict. This is the sin of Job's friends: the</w:t>
      </w:r>
    </w:p>
    <w:p w14:paraId="7314C305" w14:textId="77777777" w:rsidR="00C8625A" w:rsidRDefault="00751C59">
      <w:pPr>
        <w:spacing w:after="160"/>
        <w:ind w:firstLine="259"/>
      </w:pPr>
      <w:r>
        <w:rPr>
          <w:rFonts w:ascii="Georgia" w:eastAsia="Georgia" w:hAnsi="Georgia"/>
        </w:rPr>
        <w:t>doctrine that suffering proves sin. God's final word to them is severe: "You have not spoken of Me what is right, as My servant Job has" (Job 42:7, NKJV). The pit is often an unexplained part of a story being written by Someone wiser than your accusers (John 9:1–3).</w:t>
      </w:r>
    </w:p>
    <w:p w14:paraId="7E8A8E06" w14:textId="77777777" w:rsidR="00C8625A" w:rsidRDefault="00751C59">
      <w:pPr>
        <w:spacing w:after="80"/>
        <w:ind w:left="288"/>
      </w:pPr>
      <w:r>
        <w:rPr>
          <w:rFonts w:ascii="Georgia" w:eastAsia="Georgia" w:hAnsi="Georgia"/>
        </w:rPr>
        <w:t>5. Write down what God says, not only what you feel. "Then Job answered the LORD,</w:t>
      </w:r>
    </w:p>
    <w:p w14:paraId="24777C16" w14:textId="77777777" w:rsidR="00C8625A" w:rsidRDefault="00751C59">
      <w:pPr>
        <w:spacing w:after="160"/>
        <w:ind w:firstLine="259"/>
      </w:pPr>
      <w:r>
        <w:rPr>
          <w:rFonts w:ascii="Georgia" w:eastAsia="Georgia" w:hAnsi="Georgia"/>
        </w:rPr>
        <w:t>and said: 'I know that You can do everything... I have uttered what I did not understand, things too wonderful for me, which I did not know. I have heard of You by the hearing of the ear, but now my eye sees You'" (Job 42:1–2, 5–6, NKJV). Note what changed at the end of Job's book. Not his circumstances. His sight.</w:t>
      </w:r>
    </w:p>
    <w:p w14:paraId="16E00DDE" w14:textId="77777777" w:rsidR="00C8625A" w:rsidRDefault="00751C59">
      <w:pPr>
        <w:spacing w:before="280" w:after="120"/>
      </w:pPr>
      <w:r>
        <w:rPr>
          <w:rFonts w:ascii="Georgia" w:eastAsia="Georgia" w:hAnsi="Georgia"/>
          <w:b/>
        </w:rPr>
        <w:t>The Song That Came Later</w:t>
      </w:r>
    </w:p>
    <w:p w14:paraId="2C80C821" w14:textId="77777777" w:rsidR="00C8625A" w:rsidRDefault="00751C59">
      <w:pPr>
        <w:spacing w:after="160"/>
        <w:ind w:firstLine="259"/>
      </w:pPr>
      <w:r>
        <w:rPr>
          <w:rFonts w:ascii="Georgia" w:eastAsia="Georgia" w:hAnsi="Georgia"/>
        </w:rPr>
        <w:t xml:space="preserve">Joseph names his sons at the height of his influence, and both names are praise about the pit: "God has made me forget all my troubles and all my father's house" (Manasseh, Genesis 41:51) and "God has made me fruitful in the land of my affliction" (Ephraim, v. 52). A man who names his deliverance by naming his wound is a man who has finished arguing with God and started testifying. The New Testament's praise from pits is the same. Paul, in a Roman cell, writes: "The LORD is faithful, who will establish you </w:t>
      </w:r>
      <w:r>
        <w:rPr>
          <w:rFonts w:ascii="Georgia" w:eastAsia="Georgia" w:hAnsi="Georgia"/>
        </w:rPr>
        <w:t xml:space="preserve">and guard you from the evil one" (2 Thessalonians 3:3, NKJV). Peter, writing to scattered people facing persecution, says God "has caused us to be born again to a living hope... to an inheritance incorruptible and undefiled" (1 Peter 1:3–4, NKJV). And in the book of Revelation, the martyrs under </w:t>
      </w:r>
      <w:r>
        <w:rPr>
          <w:rFonts w:ascii="Georgia" w:eastAsia="Georgia" w:hAnsi="Georgia"/>
        </w:rPr>
        <w:lastRenderedPageBreak/>
        <w:t>the altar are not rebuked for crying out; they are given white robes and told to rest a little longer (6:9–11). That is the last word on the pit in Scripture: not a reason, but a robe and a rest.</w:t>
      </w:r>
    </w:p>
    <w:p w14:paraId="638A6298" w14:textId="77777777" w:rsidR="00C8625A" w:rsidRDefault="00751C59">
      <w:pPr>
        <w:spacing w:before="280" w:after="120"/>
      </w:pPr>
      <w:r>
        <w:rPr>
          <w:rFonts w:ascii="Georgia" w:eastAsia="Georgia" w:hAnsi="Georgia"/>
          <w:b/>
        </w:rPr>
        <w:t>For You, Tonight</w:t>
      </w:r>
    </w:p>
    <w:p w14:paraId="4EF53B6F" w14:textId="77777777" w:rsidR="00C8625A" w:rsidRDefault="00751C59">
      <w:pPr>
        <w:spacing w:after="160"/>
        <w:ind w:firstLine="259"/>
      </w:pPr>
      <w:r>
        <w:rPr>
          <w:rFonts w:ascii="Georgia" w:eastAsia="Georgia" w:hAnsi="Georgia"/>
        </w:rPr>
        <w:t>If you are in a pit right now, do not try to summon a great shout. Do this instead:</w:t>
      </w:r>
    </w:p>
    <w:p w14:paraId="30F5DF7A" w14:textId="77777777" w:rsidR="00C8625A" w:rsidRDefault="00751C59">
      <w:pPr>
        <w:spacing w:after="80"/>
        <w:ind w:left="288"/>
      </w:pPr>
      <w:r>
        <w:rPr>
          <w:rFonts w:ascii="Georgia" w:eastAsia="Georgia" w:hAnsi="Georgia"/>
        </w:rPr>
        <w:t>• Say the psalmist's words: "Out of the depths I have cried to You, O LORD; Lord, hear my</w:t>
      </w:r>
    </w:p>
    <w:p w14:paraId="638B101A" w14:textId="77777777" w:rsidR="00C8625A" w:rsidRDefault="00751C59">
      <w:pPr>
        <w:spacing w:after="160"/>
        <w:ind w:firstLine="259"/>
      </w:pPr>
      <w:r>
        <w:rPr>
          <w:rFonts w:ascii="Georgia" w:eastAsia="Georgia" w:hAnsi="Georgia"/>
        </w:rPr>
        <w:t>voice" (Psalm 130:1–2, NKJV).</w:t>
      </w:r>
    </w:p>
    <w:p w14:paraId="68F5ABE8" w14:textId="77777777" w:rsidR="00C8625A" w:rsidRDefault="00751C59">
      <w:pPr>
        <w:spacing w:after="80"/>
        <w:ind w:left="288"/>
      </w:pPr>
      <w:r>
        <w:rPr>
          <w:rFonts w:ascii="Georgia" w:eastAsia="Georgia" w:hAnsi="Georgia"/>
        </w:rPr>
        <w:t>• Name one thing that is still true about God (Psalm 130:4: "there is forgiveness with You").</w:t>
      </w:r>
    </w:p>
    <w:p w14:paraId="33D0C3CA" w14:textId="77777777" w:rsidR="00C8625A" w:rsidRDefault="00751C59">
      <w:pPr>
        <w:spacing w:after="80"/>
        <w:ind w:left="288"/>
      </w:pPr>
      <w:r>
        <w:rPr>
          <w:rFonts w:ascii="Georgia" w:eastAsia="Georgia" w:hAnsi="Georgia"/>
        </w:rPr>
        <w:t>• Do not agree with anyone who says your pain proves God's judgment.</w:t>
      </w:r>
    </w:p>
    <w:p w14:paraId="6AF3F46C" w14:textId="77777777" w:rsidR="00C8625A" w:rsidRDefault="00751C59">
      <w:pPr>
        <w:spacing w:after="80"/>
        <w:ind w:left="288"/>
      </w:pPr>
      <w:r>
        <w:rPr>
          <w:rFonts w:ascii="Georgia" w:eastAsia="Georgia" w:hAnsi="Georgia"/>
        </w:rPr>
        <w:t>• Tell one human being where you are. Isolation amplifies pits; testimony shrinks them.</w:t>
      </w:r>
    </w:p>
    <w:p w14:paraId="2BF4BD7C" w14:textId="77777777" w:rsidR="00C8625A" w:rsidRDefault="00751C59">
      <w:pPr>
        <w:spacing w:after="80"/>
        <w:ind w:left="288"/>
      </w:pPr>
      <w:r>
        <w:rPr>
          <w:rFonts w:ascii="Georgia" w:eastAsia="Georgia" w:hAnsi="Georgia"/>
        </w:rPr>
        <w:t>• Sing the small song. If that's all you have, it is enough: "Blessed be the name of the</w:t>
      </w:r>
    </w:p>
    <w:p w14:paraId="67160766" w14:textId="77777777" w:rsidR="00C8625A" w:rsidRDefault="00751C59">
      <w:pPr>
        <w:spacing w:after="160"/>
        <w:ind w:firstLine="259"/>
      </w:pPr>
      <w:r>
        <w:rPr>
          <w:rFonts w:ascii="Georgia" w:eastAsia="Georgia" w:hAnsi="Georgia"/>
        </w:rPr>
        <w:t>LORD."</w:t>
      </w:r>
    </w:p>
    <w:p w14:paraId="5326CD96" w14:textId="77777777" w:rsidR="00C8625A" w:rsidRDefault="00751C59">
      <w:pPr>
        <w:spacing w:before="280" w:after="120"/>
      </w:pPr>
      <w:r>
        <w:rPr>
          <w:rFonts w:ascii="Georgia" w:eastAsia="Georgia" w:hAnsi="Georgia"/>
          <w:b/>
        </w:rPr>
        <w:t>Reflect and Respond</w:t>
      </w:r>
    </w:p>
    <w:p w14:paraId="12A9E529" w14:textId="77777777" w:rsidR="00C8625A" w:rsidRDefault="00751C59">
      <w:pPr>
        <w:spacing w:after="80"/>
        <w:ind w:left="288"/>
      </w:pPr>
      <w:r>
        <w:rPr>
          <w:rFonts w:ascii="Georgia" w:eastAsia="Georgia" w:hAnsi="Georgia"/>
        </w:rPr>
        <w:t>1. What is your pit — the situation you cannot explain and cannot escape? Describe it in</w:t>
      </w:r>
    </w:p>
    <w:p w14:paraId="1AC91E6D" w14:textId="77777777" w:rsidR="00C8625A" w:rsidRDefault="00751C59">
      <w:pPr>
        <w:spacing w:after="160"/>
        <w:ind w:firstLine="259"/>
      </w:pPr>
      <w:r>
        <w:rPr>
          <w:rFonts w:ascii="Georgia" w:eastAsia="Georgia" w:hAnsi="Georgia"/>
        </w:rPr>
        <w:t>one honest sentence to God.</w:t>
      </w:r>
    </w:p>
    <w:p w14:paraId="30A10ED8" w14:textId="77777777" w:rsidR="00C8625A" w:rsidRDefault="00751C59">
      <w:pPr>
        <w:spacing w:after="80"/>
        <w:ind w:left="288"/>
      </w:pPr>
      <w:r>
        <w:rPr>
          <w:rFonts w:ascii="Georgia" w:eastAsia="Georgia" w:hAnsi="Georgia"/>
        </w:rPr>
        <w:t>2. Which of Job's three friends are you, toward someone else? What should you stop</w:t>
      </w:r>
    </w:p>
    <w:p w14:paraId="2DC346BE" w14:textId="77777777" w:rsidR="00C8625A" w:rsidRDefault="00751C59">
      <w:pPr>
        <w:spacing w:after="160"/>
        <w:ind w:firstLine="259"/>
      </w:pPr>
      <w:r>
        <w:rPr>
          <w:rFonts w:ascii="Georgia" w:eastAsia="Georgia" w:hAnsi="Georgia"/>
        </w:rPr>
        <w:t>saying?</w:t>
      </w:r>
    </w:p>
    <w:p w14:paraId="377DAB6F" w14:textId="77777777" w:rsidR="00C8625A" w:rsidRDefault="00751C59">
      <w:pPr>
        <w:spacing w:after="80"/>
        <w:ind w:left="288"/>
      </w:pPr>
      <w:r>
        <w:rPr>
          <w:rFonts w:ascii="Georgia" w:eastAsia="Georgia" w:hAnsi="Georgia"/>
        </w:rPr>
        <w:t>3. Which "Joseph naming" could you attempt this year — a thank you that mentions the</w:t>
      </w:r>
    </w:p>
    <w:p w14:paraId="6B2694F1" w14:textId="77777777" w:rsidR="00C8625A" w:rsidRDefault="00751C59">
      <w:pPr>
        <w:spacing w:after="160"/>
        <w:ind w:firstLine="259"/>
      </w:pPr>
      <w:r>
        <w:rPr>
          <w:rFonts w:ascii="Georgia" w:eastAsia="Georgia" w:hAnsi="Georgia"/>
        </w:rPr>
        <w:lastRenderedPageBreak/>
        <w:t>wound and the harvest together?</w:t>
      </w:r>
    </w:p>
    <w:p w14:paraId="422CD6AA" w14:textId="77777777" w:rsidR="00C8625A" w:rsidRDefault="00751C59">
      <w:pPr>
        <w:spacing w:before="240" w:after="80"/>
      </w:pPr>
      <w:r>
        <w:rPr>
          <w:rFonts w:ascii="Georgia" w:eastAsia="Georgia" w:hAnsi="Georgia"/>
          <w:b/>
          <w:color w:val="2C3E50"/>
          <w:sz w:val="20"/>
        </w:rPr>
        <w:t>DECLARATION</w:t>
      </w:r>
    </w:p>
    <w:p w14:paraId="4D340E00" w14:textId="77777777" w:rsidR="00C8625A" w:rsidRDefault="00751C59">
      <w:pPr>
        <w:spacing w:after="160"/>
        <w:ind w:left="288"/>
      </w:pPr>
      <w:r>
        <w:rPr>
          <w:rFonts w:ascii="Georgia" w:eastAsia="Georgia" w:hAnsi="Georgia"/>
          <w:i/>
        </w:rPr>
        <w:t>"The LORD was with Joseph in the pit, and He is with me. I do not need to understand the hole to trust the Hand. He has put a new song in my mouth."</w:t>
      </w:r>
    </w:p>
    <w:p w14:paraId="6109F276" w14:textId="77777777" w:rsidR="00C8625A" w:rsidRDefault="00751C59">
      <w:pPr>
        <w:spacing w:before="160" w:after="80"/>
      </w:pPr>
      <w:r>
        <w:rPr>
          <w:rFonts w:ascii="Georgia" w:eastAsia="Georgia" w:hAnsi="Georgia"/>
          <w:b/>
          <w:color w:val="2C3E50"/>
          <w:sz w:val="20"/>
        </w:rPr>
        <w:t>PRAYER</w:t>
      </w:r>
    </w:p>
    <w:p w14:paraId="55A77840" w14:textId="77777777" w:rsidR="00C8625A" w:rsidRDefault="00751C59">
      <w:pPr>
        <w:spacing w:after="240"/>
        <w:ind w:left="288"/>
      </w:pPr>
      <w:r>
        <w:rPr>
          <w:rFonts w:ascii="Georgia" w:eastAsia="Georgia" w:hAnsi="Georgia"/>
          <w:i/>
        </w:rPr>
        <w:t>God who does not waste pits, I bring You my questions, and I refuse the easy answers of my own friends. Be with me in the hole. Give me a song that names both the wound and Your faithfulness. In Jesus' name, amen.</w:t>
      </w:r>
    </w:p>
    <w:p w14:paraId="14BD11DC" w14:textId="77777777" w:rsidR="00C8625A" w:rsidRDefault="00751C59">
      <w:r>
        <w:br w:type="page"/>
      </w:r>
    </w:p>
    <w:p w14:paraId="3462D9E6" w14:textId="77777777" w:rsidR="00C8625A" w:rsidRDefault="00751C59">
      <w:pPr>
        <w:spacing w:before="960" w:after="80"/>
        <w:jc w:val="center"/>
      </w:pPr>
      <w:r>
        <w:rPr>
          <w:rFonts w:ascii="Georgia" w:eastAsia="Georgia" w:hAnsi="Georgia"/>
          <w:b/>
        </w:rPr>
        <w:lastRenderedPageBreak/>
        <w:t>CHAPTER 20</w:t>
      </w:r>
    </w:p>
    <w:p w14:paraId="4F4E1024" w14:textId="77777777" w:rsidR="00C8625A" w:rsidRDefault="00751C59">
      <w:pPr>
        <w:spacing w:after="280"/>
        <w:jc w:val="center"/>
      </w:pPr>
      <w:r>
        <w:rPr>
          <w:rFonts w:ascii="Georgia" w:eastAsia="Georgia" w:hAnsi="Georgia"/>
          <w:b/>
          <w:sz w:val="32"/>
        </w:rPr>
        <w:t>Praise When It Doesn't Make Sense</w:t>
      </w:r>
    </w:p>
    <w:p w14:paraId="00CE08C7" w14:textId="77777777" w:rsidR="00C8625A" w:rsidRDefault="00751C59">
      <w:pPr>
        <w:spacing w:before="160"/>
        <w:ind w:left="360" w:right="360"/>
        <w:jc w:val="center"/>
      </w:pPr>
      <w:r>
        <w:rPr>
          <w:rFonts w:ascii="Georgia" w:eastAsia="Georgia" w:hAnsi="Georgia"/>
          <w:i/>
          <w:sz w:val="20"/>
        </w:rPr>
        <w:t>"I will stand my watch and set myself on the rampart, and watch to see what He will say to me." — Habakkuk 2:1 (NKJV)</w:t>
      </w:r>
    </w:p>
    <w:p w14:paraId="7B3369A5" w14:textId="77777777" w:rsidR="00C8625A" w:rsidRDefault="00751C59">
      <w:pPr>
        <w:spacing w:before="280" w:after="120"/>
      </w:pPr>
      <w:r>
        <w:rPr>
          <w:rFonts w:ascii="Georgia" w:eastAsia="Georgia" w:hAnsi="Georgia"/>
          <w:b/>
        </w:rPr>
        <w:t>A Book with No Answer in the First Half</w:t>
      </w:r>
    </w:p>
    <w:p w14:paraId="7E68D759" w14:textId="77777777" w:rsidR="00C8625A" w:rsidRDefault="00751C59">
      <w:pPr>
        <w:spacing w:after="160"/>
        <w:ind w:firstLine="259"/>
      </w:pPr>
      <w:r>
        <w:rPr>
          <w:rFonts w:ascii="Georgia" w:eastAsia="Georgia" w:hAnsi="Georgia"/>
        </w:rPr>
        <w:t>Habakkuk is the most honest little book in the Old Testament, and the best companion for a believer whose faith has hit a wall. His first word is a complaint: "O LORD, how long shall I cry for help, though You do not hear? Though I cry out to You, 'Violence!' yet You do not save" (1:2, NKJV). God's reply is not what Habakkuk wanted: "Look among the nations and watch — be utterly astounded! For I will work a work in your days which you would not believe, though it were told you" (1:5, NKJV). He answers by na</w:t>
      </w:r>
      <w:r>
        <w:rPr>
          <w:rFonts w:ascii="Georgia" w:eastAsia="Georgia" w:hAnsi="Georgia"/>
        </w:rPr>
        <w:t>ming the Chaldeans — a nation more brutal than the one oppressing His people. That is not comfort; it is shock. So Habakkuk complains again, and then does the single most instructive thing in the book: he turns his complaint into a vigil. He does not leave, and he does not sulk. He stations himself at the wall and waits to hear. Praise when it doesn't make sense begins with staying.</w:t>
      </w:r>
    </w:p>
    <w:p w14:paraId="171A792E" w14:textId="77777777" w:rsidR="00C8625A" w:rsidRDefault="00751C59">
      <w:pPr>
        <w:spacing w:before="280" w:after="120"/>
      </w:pPr>
      <w:r>
        <w:rPr>
          <w:rFonts w:ascii="Georgia" w:eastAsia="Georgia" w:hAnsi="Georgia"/>
          <w:b/>
        </w:rPr>
        <w:t>The Verse the Reformers Leant On</w:t>
      </w:r>
    </w:p>
    <w:p w14:paraId="6DA79953" w14:textId="77777777" w:rsidR="00C8625A" w:rsidRDefault="00751C59">
      <w:pPr>
        <w:spacing w:after="160"/>
        <w:ind w:firstLine="259"/>
      </w:pPr>
      <w:r>
        <w:rPr>
          <w:rFonts w:ascii="Georgia" w:eastAsia="Georgia" w:hAnsi="Georgia"/>
        </w:rPr>
        <w:t>Habakkuk 2:3–4: "For the vision is yet for an appointed time... though it tarries, wait for it; because it will surely come... behold the proud is not upright in him; but the just shall live by his faith" (NKJV, adapted). Three things here form the skeleton of unemotional faith:</w:t>
      </w:r>
    </w:p>
    <w:p w14:paraId="51B1E728" w14:textId="77777777" w:rsidR="00C8625A" w:rsidRDefault="00751C59">
      <w:pPr>
        <w:spacing w:after="80"/>
        <w:ind w:left="288"/>
      </w:pPr>
      <w:r>
        <w:rPr>
          <w:rFonts w:ascii="Georgia" w:eastAsia="Georgia" w:hAnsi="Georgia"/>
        </w:rPr>
        <w:t>94. An appointed time. Delay is not denial. God's calendar has a "when," and "not yet" is a</w:t>
      </w:r>
    </w:p>
    <w:p w14:paraId="30FDD9DA" w14:textId="77777777" w:rsidR="00C8625A" w:rsidRDefault="00751C59">
      <w:pPr>
        <w:spacing w:after="160"/>
        <w:ind w:firstLine="259"/>
      </w:pPr>
      <w:r>
        <w:rPr>
          <w:rFonts w:ascii="Georgia" w:eastAsia="Georgia" w:hAnsi="Georgia"/>
        </w:rPr>
        <w:lastRenderedPageBreak/>
        <w:t>real sentence in Scripture (John 13:7; 1 Peter 1:11).</w:t>
      </w:r>
    </w:p>
    <w:p w14:paraId="159B3E64" w14:textId="77777777" w:rsidR="00C8625A" w:rsidRDefault="00751C59">
      <w:pPr>
        <w:spacing w:after="80"/>
        <w:ind w:left="288"/>
      </w:pPr>
      <w:r>
        <w:rPr>
          <w:rFonts w:ascii="Georgia" w:eastAsia="Georgia" w:hAnsi="Georgia"/>
        </w:rPr>
        <w:t>95. A certainty without a date. "It will surely come; it will not tardy" — the confidence is in</w:t>
      </w:r>
    </w:p>
    <w:p w14:paraId="7FB52CA9" w14:textId="77777777" w:rsidR="00C8625A" w:rsidRDefault="00751C59">
      <w:pPr>
        <w:spacing w:after="160"/>
        <w:ind w:firstLine="259"/>
      </w:pPr>
      <w:r>
        <w:rPr>
          <w:rFonts w:ascii="Georgia" w:eastAsia="Georgia" w:hAnsi="Georgia"/>
        </w:rPr>
        <w:t>the promise, not the timetable.</w:t>
      </w:r>
    </w:p>
    <w:p w14:paraId="647F4149" w14:textId="77777777" w:rsidR="00C8625A" w:rsidRDefault="00751C59">
      <w:pPr>
        <w:spacing w:after="80"/>
        <w:ind w:left="288"/>
      </w:pPr>
      <w:r>
        <w:rPr>
          <w:rFonts w:ascii="Georgia" w:eastAsia="Georgia" w:hAnsi="Georgia"/>
        </w:rPr>
        <w:t>96. A present-tense life. "The just shall live by his faith." Paul quotes this twice (Romans</w:t>
      </w:r>
    </w:p>
    <w:p w14:paraId="00F86AF6" w14:textId="77777777" w:rsidR="00C8625A" w:rsidRDefault="00751C59">
      <w:pPr>
        <w:spacing w:after="160"/>
        <w:ind w:firstLine="259"/>
      </w:pPr>
      <w:r>
        <w:rPr>
          <w:rFonts w:ascii="Georgia" w:eastAsia="Georgia" w:hAnsi="Georgia"/>
        </w:rPr>
        <w:t>1:17; Galatians 3:11) and Hebrews dedicates its greatest sermon to it (Hebrews 10:38– 39; 11:1). Faith is not primarily a belief about how the story ends; it is a mode of living while it doesn't.</w:t>
      </w:r>
    </w:p>
    <w:p w14:paraId="552BFFE3" w14:textId="77777777" w:rsidR="00C8625A" w:rsidRDefault="00751C59">
      <w:pPr>
        <w:spacing w:before="280" w:after="120"/>
      </w:pPr>
      <w:r>
        <w:rPr>
          <w:rFonts w:ascii="Georgia" w:eastAsia="Georgia" w:hAnsi="Georgia"/>
          <w:b/>
        </w:rPr>
        <w:t>The Song at the End of the Unanswered Question</w:t>
      </w:r>
    </w:p>
    <w:p w14:paraId="14047ADD" w14:textId="77777777" w:rsidR="00C8625A" w:rsidRDefault="00751C59">
      <w:pPr>
        <w:spacing w:after="160"/>
        <w:ind w:firstLine="259"/>
      </w:pPr>
      <w:r>
        <w:rPr>
          <w:rFonts w:ascii="Georgia" w:eastAsia="Georgia" w:hAnsi="Georgia"/>
        </w:rPr>
        <w:t>Habakkuk 3 is titled a prayer of Habakkuk, "upon Shiggaonoth" — an untranslated musical term, probably indicating a trembling, plaintive melody. The chapter opens with awe: "O LORD, I have heard Your speech, and I fear; Your work, O LORD, revive it in the midst of the years" (3:2, NKJV). He asks for the work to be revived "in the midst of the years" — the middle, not the end, and with mercy even in the middle ("in wrath remember mercy"). He rehearses God's past victories (3:3–15): the God of Teman, the shad</w:t>
      </w:r>
      <w:r>
        <w:rPr>
          <w:rFonts w:ascii="Georgia" w:eastAsia="Georgia" w:hAnsi="Georgia"/>
        </w:rPr>
        <w:t xml:space="preserve">ow of the Almighty, the sun and moon standing still — echoes of the Exodus and of Joshua 10. Praise before the sense arrives is built out of remembered sense. Then come the two verses I want to engrave on your wall when nothing makes sense: "I will rejoice in the day of trouble... though the fig tree may not blossom" — the resolve arrives before the relief (3:16, NKJV, adapted). Then the famous sentence: "Though the fig tree may not blossom, nor fruit be on the vines, nor the produce of the olive fail, and </w:t>
      </w:r>
      <w:r>
        <w:rPr>
          <w:rFonts w:ascii="Georgia" w:eastAsia="Georgia" w:hAnsi="Georgia"/>
        </w:rPr>
        <w:t xml:space="preserve">the fields yield no food, and the flocks be cut off from the fold, and there are no herds in the barns — yet I will rejoice in the LORD, I will joy in the God of my salvation" (3:17–18, NKJV, adapted). Read the list </w:t>
      </w:r>
      <w:r>
        <w:rPr>
          <w:rFonts w:ascii="Georgia" w:eastAsia="Georgia" w:hAnsi="Georgia"/>
        </w:rPr>
        <w:lastRenderedPageBreak/>
        <w:t>again. Habakkuk is not describing a possibility; he is naming the exact agriculture of Judah — figs, grapes, olives, grain, sheep, cattle. Six lines of total economic collapse, then "yet." The word "yet" is not optimism. Optimism says it will be fine. Theology says He is still God even when it i</w:t>
      </w:r>
      <w:r>
        <w:rPr>
          <w:rFonts w:ascii="Georgia" w:eastAsia="Georgia" w:hAnsi="Georgia"/>
        </w:rPr>
        <w:t>sn't — and the sentence continues into the strongest line of the book: "The LORD God is my strength, and He will make my feet like hinds' feet; He will make me to walk on my high places" (3:19a, NKJV). God does not promise to remove the famine. He promises high-ground feet in it.</w:t>
      </w:r>
    </w:p>
    <w:p w14:paraId="0AEA3599" w14:textId="77777777" w:rsidR="00C8625A" w:rsidRDefault="00751C59">
      <w:pPr>
        <w:spacing w:before="280" w:after="120"/>
      </w:pPr>
      <w:r>
        <w:rPr>
          <w:rFonts w:ascii="Georgia" w:eastAsia="Georgia" w:hAnsi="Georgia"/>
          <w:b/>
        </w:rPr>
        <w:t>What to Say When God Doesn't Explain</w:t>
      </w:r>
    </w:p>
    <w:p w14:paraId="5616E2BB" w14:textId="77777777" w:rsidR="00C8625A" w:rsidRDefault="00751C59">
      <w:pPr>
        <w:spacing w:after="80"/>
        <w:ind w:left="288"/>
      </w:pPr>
      <w:r>
        <w:rPr>
          <w:rFonts w:ascii="Georgia" w:eastAsia="Georgia" w:hAnsi="Georgia"/>
        </w:rPr>
        <w:t>• Say the question out loud to God, not about God to people. Habakkuk complains to</w:t>
      </w:r>
    </w:p>
    <w:p w14:paraId="470509F5" w14:textId="77777777" w:rsidR="00C8625A" w:rsidRDefault="00751C59">
      <w:pPr>
        <w:spacing w:after="160"/>
        <w:ind w:firstLine="259"/>
      </w:pPr>
      <w:r>
        <w:rPr>
          <w:rFonts w:ascii="Georgia" w:eastAsia="Georgia" w:hAnsi="Georgia"/>
        </w:rPr>
        <w:t>the Lord (1:2), not about Him to the crowd. Half our crises of faith are just conversations held in the wrong room.</w:t>
      </w:r>
    </w:p>
    <w:p w14:paraId="275BD6AB" w14:textId="77777777" w:rsidR="00C8625A" w:rsidRDefault="00751C59">
      <w:pPr>
        <w:spacing w:after="80"/>
        <w:ind w:left="288"/>
      </w:pPr>
      <w:r>
        <w:rPr>
          <w:rFonts w:ascii="Georgia" w:eastAsia="Georgia" w:hAnsi="Georgia"/>
        </w:rPr>
        <w:t>• Say what you know. Not "I feel blessed" — say, "You are holy; You are faithful; You</w:t>
      </w:r>
    </w:p>
    <w:p w14:paraId="09472FB9" w14:textId="77777777" w:rsidR="00C8625A" w:rsidRDefault="00751C59">
      <w:pPr>
        <w:spacing w:after="160"/>
        <w:ind w:firstLine="259"/>
      </w:pPr>
      <w:r>
        <w:rPr>
          <w:rFonts w:ascii="Georgia" w:eastAsia="Georgia" w:hAnsi="Georgia"/>
        </w:rPr>
        <w:t>have kept Your word before." Habakkuk 3:2–15 is a man listing what he knows while he lacks what he wants.</w:t>
      </w:r>
    </w:p>
    <w:p w14:paraId="0AFE7845" w14:textId="77777777" w:rsidR="00C8625A" w:rsidRDefault="00751C59">
      <w:pPr>
        <w:spacing w:after="80"/>
        <w:ind w:left="288"/>
      </w:pPr>
      <w:r>
        <w:rPr>
          <w:rFonts w:ascii="Georgia" w:eastAsia="Georgia" w:hAnsi="Georgia"/>
        </w:rPr>
        <w:t>• Say it to your own soul. Habakkuk 3:16 says "my body trembles... yet I will rejoice." He</w:t>
      </w:r>
    </w:p>
    <w:p w14:paraId="5F589B0C" w14:textId="77777777" w:rsidR="00C8625A" w:rsidRDefault="00751C59">
      <w:pPr>
        <w:spacing w:after="160"/>
        <w:ind w:firstLine="259"/>
      </w:pPr>
      <w:r>
        <w:rPr>
          <w:rFonts w:ascii="Georgia" w:eastAsia="Georgia" w:hAnsi="Georgia"/>
        </w:rPr>
        <w:t>preaches the "yet" to himself; he doesn't wait for it to feel true.</w:t>
      </w:r>
    </w:p>
    <w:p w14:paraId="65410D19" w14:textId="77777777" w:rsidR="00C8625A" w:rsidRDefault="00751C59">
      <w:pPr>
        <w:spacing w:after="80"/>
        <w:ind w:left="288"/>
      </w:pPr>
      <w:r>
        <w:rPr>
          <w:rFonts w:ascii="Georgia" w:eastAsia="Georgia" w:hAnsi="Georgia"/>
        </w:rPr>
        <w:t>• Say it with the assembly. "To the chief musician with my stringed instruments" (3:19b)</w:t>
      </w:r>
    </w:p>
    <w:p w14:paraId="0BA06DF3" w14:textId="77777777" w:rsidR="00C8625A" w:rsidRDefault="00751C59">
      <w:pPr>
        <w:spacing w:after="160"/>
        <w:ind w:firstLine="259"/>
      </w:pPr>
      <w:r>
        <w:rPr>
          <w:rFonts w:ascii="Georgia" w:eastAsia="Georgia" w:hAnsi="Georgia"/>
        </w:rPr>
        <w:t>— he sends it to worship leaders. Praise that doesn't make sense needs company; a solo voice is easy for doubt to interrupt.</w:t>
      </w:r>
    </w:p>
    <w:p w14:paraId="24A6AC0A" w14:textId="77777777" w:rsidR="00C8625A" w:rsidRDefault="00751C59">
      <w:pPr>
        <w:spacing w:before="280" w:after="120"/>
      </w:pPr>
      <w:r>
        <w:rPr>
          <w:rFonts w:ascii="Georgia" w:eastAsia="Georgia" w:hAnsi="Georgia"/>
          <w:b/>
        </w:rPr>
        <w:t>A Pastoral Note on "It Doesn't Make Sense"</w:t>
      </w:r>
    </w:p>
    <w:p w14:paraId="2922CE48" w14:textId="77777777" w:rsidR="00C8625A" w:rsidRDefault="00751C59">
      <w:pPr>
        <w:spacing w:after="160"/>
        <w:ind w:firstLine="259"/>
      </w:pPr>
      <w:r>
        <w:rPr>
          <w:rFonts w:ascii="Georgia" w:eastAsia="Georgia" w:hAnsi="Georgia"/>
        </w:rPr>
        <w:lastRenderedPageBreak/>
        <w:t>Some readers are in the worse position: not that God has not explained, but that you have been told He will if you just believe right. Habakkuk's book is a permanent correction of that. He never gets an explanation for the violence. He gets a vision of God, and he gets strength. Some of you will get both. Also, be careful with the phrase "God's ways are higher than your ways" (Isaiah 55:9) — it is a comfort to the humble and a weapon in the hands of the careless. In Isaiah 55 it is attached to an open invit</w:t>
      </w:r>
      <w:r>
        <w:rPr>
          <w:rFonts w:ascii="Georgia" w:eastAsia="Georgia" w:hAnsi="Georgia"/>
        </w:rPr>
        <w:t>ation: "let the wicked forsake his way... and He will have mercy" (v. 7). Use it as it was written: as a reason to trust, never a reason to stop grieving.</w:t>
      </w:r>
    </w:p>
    <w:p w14:paraId="3750610C" w14:textId="77777777" w:rsidR="00C8625A" w:rsidRDefault="00751C59">
      <w:pPr>
        <w:spacing w:before="280" w:after="120"/>
      </w:pPr>
      <w:r>
        <w:rPr>
          <w:rFonts w:ascii="Georgia" w:eastAsia="Georgia" w:hAnsi="Georgia"/>
          <w:b/>
        </w:rPr>
        <w:t>Reflect and Respond</w:t>
      </w:r>
    </w:p>
    <w:p w14:paraId="21A7C860" w14:textId="77777777" w:rsidR="00C8625A" w:rsidRDefault="00751C59">
      <w:pPr>
        <w:spacing w:after="80"/>
        <w:ind w:left="288"/>
      </w:pPr>
      <w:r>
        <w:rPr>
          <w:rFonts w:ascii="Georgia" w:eastAsia="Georgia" w:hAnsi="Georgia"/>
        </w:rPr>
        <w:t>1. What do you need to keep "watching" for, that you have nearly given up on? Write the</w:t>
      </w:r>
    </w:p>
    <w:p w14:paraId="3CBEDB80" w14:textId="77777777" w:rsidR="00C8625A" w:rsidRDefault="00751C59">
      <w:pPr>
        <w:spacing w:after="160"/>
        <w:ind w:firstLine="259"/>
      </w:pPr>
      <w:r>
        <w:rPr>
          <w:rFonts w:ascii="Georgia" w:eastAsia="Georgia" w:hAnsi="Georgia"/>
        </w:rPr>
        <w:t>expectation as a date on a calendar, and keep it.</w:t>
      </w:r>
    </w:p>
    <w:p w14:paraId="00F78210" w14:textId="77777777" w:rsidR="00C8625A" w:rsidRDefault="00751C59">
      <w:pPr>
        <w:spacing w:after="80"/>
        <w:ind w:left="288"/>
      </w:pPr>
      <w:r>
        <w:rPr>
          <w:rFonts w:ascii="Georgia" w:eastAsia="Georgia" w:hAnsi="Georgia"/>
        </w:rPr>
        <w:t>2. Which "fig tree" has failed you this year? Name it, then write the "yet" sentence.</w:t>
      </w:r>
    </w:p>
    <w:p w14:paraId="32455B02" w14:textId="77777777" w:rsidR="00C8625A" w:rsidRDefault="00751C59">
      <w:pPr>
        <w:spacing w:after="80"/>
        <w:ind w:left="288"/>
      </w:pPr>
      <w:r>
        <w:rPr>
          <w:rFonts w:ascii="Georgia" w:eastAsia="Georgia" w:hAnsi="Georgia"/>
        </w:rPr>
        <w:t>3. Where are you tempted to replace faith with certainty about outcomes?</w:t>
      </w:r>
    </w:p>
    <w:p w14:paraId="29C1223D" w14:textId="77777777" w:rsidR="00C8625A" w:rsidRDefault="00751C59">
      <w:pPr>
        <w:spacing w:before="240" w:after="80"/>
      </w:pPr>
      <w:r>
        <w:rPr>
          <w:rFonts w:ascii="Georgia" w:eastAsia="Georgia" w:hAnsi="Georgia"/>
          <w:b/>
          <w:color w:val="2C3E50"/>
          <w:sz w:val="20"/>
        </w:rPr>
        <w:t>DECLARATION</w:t>
      </w:r>
    </w:p>
    <w:p w14:paraId="714B3A36" w14:textId="77777777" w:rsidR="00C8625A" w:rsidRDefault="00751C59">
      <w:pPr>
        <w:spacing w:after="160"/>
        <w:ind w:left="288"/>
      </w:pPr>
      <w:r>
        <w:rPr>
          <w:rFonts w:ascii="Georgia" w:eastAsia="Georgia" w:hAnsi="Georgia"/>
          <w:i/>
        </w:rPr>
        <w:t>"Though the fig tree may not blossom, yet I will rejoice in the LORD. The vision is for an appointed time. I will wait, and I will sing."</w:t>
      </w:r>
    </w:p>
    <w:p w14:paraId="6E052D14" w14:textId="77777777" w:rsidR="00C8625A" w:rsidRDefault="00751C59">
      <w:pPr>
        <w:spacing w:before="160" w:after="80"/>
      </w:pPr>
      <w:r>
        <w:rPr>
          <w:rFonts w:ascii="Georgia" w:eastAsia="Georgia" w:hAnsi="Georgia"/>
          <w:b/>
          <w:color w:val="2C3E50"/>
          <w:sz w:val="20"/>
        </w:rPr>
        <w:t>PRAYER</w:t>
      </w:r>
    </w:p>
    <w:p w14:paraId="579F3972" w14:textId="77777777" w:rsidR="00C8625A" w:rsidRDefault="00751C59">
      <w:pPr>
        <w:spacing w:after="240"/>
        <w:ind w:left="288"/>
      </w:pPr>
      <w:r>
        <w:rPr>
          <w:rFonts w:ascii="Georgia" w:eastAsia="Georgia" w:hAnsi="Georgia"/>
          <w:i/>
        </w:rPr>
        <w:t>God of Habakkuk, I will not leave the wall. Answer me with Your self, as You answered him; and where I do not understand, give me hinds' feet. In Jesus' name, amen.</w:t>
      </w:r>
    </w:p>
    <w:p w14:paraId="126BBAE2" w14:textId="77777777" w:rsidR="00C8625A" w:rsidRDefault="00751C59">
      <w:r>
        <w:br w:type="page"/>
      </w:r>
    </w:p>
    <w:p w14:paraId="49ED3C3A" w14:textId="77777777" w:rsidR="00C8625A" w:rsidRDefault="00751C59">
      <w:pPr>
        <w:spacing w:before="960" w:after="80"/>
        <w:jc w:val="center"/>
      </w:pPr>
      <w:r>
        <w:rPr>
          <w:rFonts w:ascii="Georgia" w:eastAsia="Georgia" w:hAnsi="Georgia"/>
          <w:b/>
        </w:rPr>
        <w:lastRenderedPageBreak/>
        <w:t>CHAPTER 21</w:t>
      </w:r>
    </w:p>
    <w:p w14:paraId="2D2C6BE4" w14:textId="77777777" w:rsidR="00C8625A" w:rsidRDefault="00751C59">
      <w:pPr>
        <w:spacing w:after="280"/>
        <w:jc w:val="center"/>
      </w:pPr>
      <w:r>
        <w:rPr>
          <w:rFonts w:ascii="Georgia" w:eastAsia="Georgia" w:hAnsi="Georgia"/>
          <w:b/>
          <w:sz w:val="32"/>
        </w:rPr>
        <w:t>Praise Through the Process</w:t>
      </w:r>
    </w:p>
    <w:p w14:paraId="1C33D61C" w14:textId="77777777" w:rsidR="00C8625A" w:rsidRDefault="00751C59">
      <w:pPr>
        <w:spacing w:before="160"/>
        <w:ind w:left="360" w:right="360"/>
        <w:jc w:val="center"/>
      </w:pPr>
      <w:r>
        <w:rPr>
          <w:rFonts w:ascii="Georgia" w:eastAsia="Georgia" w:hAnsi="Georgia"/>
          <w:i/>
          <w:sz w:val="20"/>
        </w:rPr>
        <w:t>"My brethren, count it all joy when you fall into various trials, knowing that the testing of your faith produces patience. But let patience have its perfect work, that you may be perfect and complete, lacking nothing." — James 1:2–4 (NKJV)</w:t>
      </w:r>
    </w:p>
    <w:p w14:paraId="0BA9A034" w14:textId="77777777" w:rsidR="00C8625A" w:rsidRDefault="00751C59">
      <w:pPr>
        <w:spacing w:before="280" w:after="120"/>
      </w:pPr>
      <w:r>
        <w:rPr>
          <w:rFonts w:ascii="Georgia" w:eastAsia="Georgia" w:hAnsi="Georgia"/>
          <w:b/>
        </w:rPr>
        <w:t>The Middle Is Where Most of Us Live</w:t>
      </w:r>
    </w:p>
    <w:p w14:paraId="0573AEEE" w14:textId="77777777" w:rsidR="00C8625A" w:rsidRDefault="00751C59">
      <w:pPr>
        <w:spacing w:after="160"/>
        <w:ind w:firstLine="259"/>
      </w:pPr>
      <w:r>
        <w:rPr>
          <w:rFonts w:ascii="Georgia" w:eastAsia="Georgia" w:hAnsi="Georgia"/>
        </w:rPr>
        <w:t xml:space="preserve">Every believer can praise at a threshold — the diagnosis that came back clear, the door that suddenly opened. The hard, honest question of faith is about the middle: the months where nothing has changed and you have run out of explanations. The New Testament's answer is relentlessly about process. "We glory in tribulations also, knowing that tribulation produces perseverance; and perseverance, character; and character, hope" (Romans 5:3–4, NKJV). There is an assembly line between the pain and the hope, and </w:t>
      </w:r>
      <w:r>
        <w:rPr>
          <w:rFonts w:ascii="Georgia" w:eastAsia="Georgia" w:hAnsi="Georgia"/>
        </w:rPr>
        <w:t>God does not skip steps. Praise through the process is not praising God for the pain; it is praising Him inside the process, because the process has a purpose.</w:t>
      </w:r>
    </w:p>
    <w:p w14:paraId="420A913D" w14:textId="77777777" w:rsidR="00C8625A" w:rsidRDefault="00751C59">
      <w:pPr>
        <w:spacing w:before="280" w:after="120"/>
      </w:pPr>
      <w:r>
        <w:rPr>
          <w:rFonts w:ascii="Georgia" w:eastAsia="Georgia" w:hAnsi="Georgia"/>
          <w:b/>
        </w:rPr>
        <w:t>Four Images of a Work in Progress</w:t>
      </w:r>
    </w:p>
    <w:p w14:paraId="2A72B484" w14:textId="77777777" w:rsidR="00C8625A" w:rsidRDefault="00751C59">
      <w:pPr>
        <w:spacing w:after="80"/>
        <w:ind w:left="288"/>
      </w:pPr>
      <w:r>
        <w:rPr>
          <w:rFonts w:ascii="Georgia" w:eastAsia="Georgia" w:hAnsi="Georgia"/>
        </w:rPr>
        <w:t>1. The refiner's fire. "Who can endure the day of His coming?... For He is like a refiner's</w:t>
      </w:r>
    </w:p>
    <w:p w14:paraId="0D840040" w14:textId="77777777" w:rsidR="00C8625A" w:rsidRDefault="00751C59">
      <w:pPr>
        <w:spacing w:after="160"/>
        <w:ind w:firstLine="259"/>
      </w:pPr>
      <w:r>
        <w:rPr>
          <w:rFonts w:ascii="Georgia" w:eastAsia="Georgia" w:hAnsi="Georgia"/>
        </w:rPr>
        <w:t xml:space="preserve">fire... He will sit as a refiner and purifier of silver; He will purify the sons of Levi" (Malachi 3:2– 3, NKJV). The refiner sits. The text says it. The old illustration, quoted so often it has become folklore, is that the silver is finished when the refiner can see his own face in the molten metal — and that the heat is kept exactly as long as needed because the silver would be spoiled if taken out early. I checked the standard commentaries and the Bible dictionaries: that illustration is </w:t>
      </w:r>
      <w:r>
        <w:rPr>
          <w:rFonts w:ascii="Georgia" w:eastAsia="Georgia" w:hAnsi="Georgia"/>
        </w:rPr>
        <w:lastRenderedPageBreak/>
        <w:t>not in Scripture or in the technical literature, and I would not preach it as a fact. What is in Malachi is better anyway: He sits, He purges, and the offering that follows will be "in righteousness" (3:3).</w:t>
      </w:r>
    </w:p>
    <w:p w14:paraId="1C0A57FE" w14:textId="77777777" w:rsidR="00C8625A" w:rsidRDefault="00751C59">
      <w:pPr>
        <w:spacing w:after="80"/>
        <w:ind w:left="288"/>
      </w:pPr>
      <w:r>
        <w:rPr>
          <w:rFonts w:ascii="Georgia" w:eastAsia="Georgia" w:hAnsi="Georgia"/>
        </w:rPr>
        <w:t>2. The potter's hands. Jeremiah is sent down to the potter's house and sees a vessel</w:t>
      </w:r>
    </w:p>
    <w:p w14:paraId="53DE5C5A" w14:textId="77777777" w:rsidR="00C8625A" w:rsidRDefault="00751C59">
      <w:pPr>
        <w:spacing w:before="160"/>
        <w:ind w:left="360" w:right="360"/>
        <w:jc w:val="center"/>
      </w:pPr>
      <w:r>
        <w:rPr>
          <w:rFonts w:ascii="Georgia" w:eastAsia="Georgia" w:hAnsi="Georgia"/>
          <w:i/>
          <w:sz w:val="20"/>
        </w:rPr>
        <w:t>"marred in the hand of the potter, so he made it again another vessel" (Jeremiah 18:4, NKJV)</w:t>
      </w:r>
    </w:p>
    <w:p w14:paraId="1489C190" w14:textId="77777777" w:rsidR="00C8625A" w:rsidRDefault="00751C59">
      <w:pPr>
        <w:spacing w:after="160"/>
        <w:ind w:firstLine="259"/>
      </w:pPr>
      <w:r>
        <w:rPr>
          <w:rFonts w:ascii="Georgia" w:eastAsia="Georgia" w:hAnsi="Georgia"/>
        </w:rPr>
        <w:t>. Note the sequence: the marred clay stays in the potter's hand the whole time. The process feels like mishandling; it is re-shaping. "Now, O LORD, You are our Father; we are the clay, and You our potter; we are all the work of Your hand" (Isaiah 64:8).</w:t>
      </w:r>
    </w:p>
    <w:p w14:paraId="03D37520" w14:textId="77777777" w:rsidR="00C8625A" w:rsidRDefault="00751C59">
      <w:pPr>
        <w:spacing w:after="80"/>
        <w:ind w:left="288"/>
      </w:pPr>
      <w:r>
        <w:rPr>
          <w:rFonts w:ascii="Georgia" w:eastAsia="Georgia" w:hAnsi="Georgia"/>
        </w:rPr>
        <w:t>3. The vine-dresser's shears. "Every branch that bears fruit He prunes, that it may bear</w:t>
      </w:r>
    </w:p>
    <w:p w14:paraId="62410EDC" w14:textId="77777777" w:rsidR="00C8625A" w:rsidRDefault="00751C59">
      <w:pPr>
        <w:spacing w:after="160"/>
        <w:ind w:firstLine="259"/>
      </w:pPr>
      <w:r>
        <w:rPr>
          <w:rFonts w:ascii="Georgia" w:eastAsia="Georgia" w:hAnsi="Georgia"/>
        </w:rPr>
        <w:t>more fruit" (John 15:2, NKJV). Pruning is not punishment of a wicked branch; it is investment in a productive one. Which is why the season when God seems to be subtracting may be the season He is most committed to you — and why Jesus frames it as love, not anger.</w:t>
      </w:r>
    </w:p>
    <w:p w14:paraId="74E3FDA3" w14:textId="77777777" w:rsidR="00C8625A" w:rsidRDefault="00751C59">
      <w:pPr>
        <w:spacing w:after="80"/>
        <w:ind w:left="288"/>
      </w:pPr>
      <w:r>
        <w:rPr>
          <w:rFonts w:ascii="Georgia" w:eastAsia="Georgia" w:hAnsi="Georgia"/>
        </w:rPr>
        <w:t>4. The farmer's patience. "Therefore be patient, brethren, until the coming of the Lord. See</w:t>
      </w:r>
    </w:p>
    <w:p w14:paraId="69864FBF" w14:textId="77777777" w:rsidR="00C8625A" w:rsidRDefault="00751C59">
      <w:pPr>
        <w:spacing w:after="160"/>
        <w:ind w:firstLine="259"/>
      </w:pPr>
      <w:r>
        <w:rPr>
          <w:rFonts w:ascii="Georgia" w:eastAsia="Georgia" w:hAnsi="Georgia"/>
        </w:rPr>
        <w:t>how the farmer waits for the precious fruit of the earth, waiting patiently for it until it has the early and latter rain" (James 5:7, NKJV). James' illustration for endurance is not a soldier, but a man who has planted and cannot rush. The early and latter rains are fixed by seasons the farmer does not control. There is a rain for your life that will come — and it will come on God's calendar, not your urgency.</w:t>
      </w:r>
    </w:p>
    <w:p w14:paraId="60AE4433" w14:textId="77777777" w:rsidR="00C8625A" w:rsidRDefault="00751C59">
      <w:pPr>
        <w:spacing w:before="280" w:after="120"/>
      </w:pPr>
      <w:r>
        <w:rPr>
          <w:rFonts w:ascii="Georgia" w:eastAsia="Georgia" w:hAnsi="Georgia"/>
          <w:b/>
        </w:rPr>
        <w:t>David in the Process: An Interlude</w:t>
      </w:r>
    </w:p>
    <w:p w14:paraId="187B555C" w14:textId="77777777" w:rsidR="00C8625A" w:rsidRDefault="00751C59">
      <w:pPr>
        <w:spacing w:after="160"/>
        <w:ind w:firstLine="259"/>
      </w:pPr>
      <w:r>
        <w:rPr>
          <w:rFonts w:ascii="Georgia" w:eastAsia="Georgia" w:hAnsi="Georgia"/>
        </w:rPr>
        <w:lastRenderedPageBreak/>
        <w:t>We met David in Chapter 8, anointed king as a teenager and reigning some twenty years later (1 Samuel 16:13; 2 Samuel 2:4, 11; 5:4). Anointed. Hunted. Waiting. The middle of David's life is the middle of many psalms — "How long, O LORD?" (Psalm 13:1; 6:3). He is the patron saint of the process because he did not treat the delay as evidence against the promise. He refused to kill Saul — twice — because "the LORD's anointed" was still Saul (1 Samuel 24:6, 10; 26:9–11). He did not grab the throne; he waited fo</w:t>
      </w:r>
      <w:r>
        <w:rPr>
          <w:rFonts w:ascii="Georgia" w:eastAsia="Georgia" w:hAnsi="Georgia"/>
        </w:rPr>
        <w:t>r God to give it. Some of you are being tested on exactly this: not whether you believe God's promise, but whether you will take it into your own hands before its time. Praise is what stops the grab. Worship is what makes waiting dignified rather than desperate.</w:t>
      </w:r>
    </w:p>
    <w:p w14:paraId="4E86756D" w14:textId="77777777" w:rsidR="00C8625A" w:rsidRDefault="00751C59">
      <w:pPr>
        <w:spacing w:before="280" w:after="120"/>
      </w:pPr>
      <w:r>
        <w:rPr>
          <w:rFonts w:ascii="Georgia" w:eastAsia="Georgia" w:hAnsi="Georgia"/>
          <w:b/>
        </w:rPr>
        <w:t>Nehemiah's Rule: Sing While You Carry</w:t>
      </w:r>
    </w:p>
    <w:p w14:paraId="1753A99F" w14:textId="77777777" w:rsidR="00C8625A" w:rsidRDefault="00751C59">
      <w:pPr>
        <w:spacing w:after="160"/>
        <w:ind w:firstLine="259"/>
      </w:pPr>
      <w:r>
        <w:rPr>
          <w:rFonts w:ascii="Georgia" w:eastAsia="Georgia" w:hAnsi="Georgia"/>
        </w:rPr>
        <w:t>Nehemiah is the great process-book of the Old Testament, and it has a pattern worth memorising. The wall is being rebuilt; the enemy mocks and threatens; and the people respond in the same four-beat rhythm again and again — prayer, praise, work, watch: "Nevertheless we made our prayer to our God, and because of them we set a guard against them day and night" (Nehemiah 4:9, NKJV). "Our God will fight for us" (4:20) — praise, in the middle of the work. And when the labourers are spread across the wall, each w</w:t>
      </w:r>
      <w:r>
        <w:rPr>
          <w:rFonts w:ascii="Georgia" w:eastAsia="Georgia" w:hAnsi="Georgia"/>
        </w:rPr>
        <w:t>ith a sword strapped to his side and a trumpeter beside the nobles (4:13, 16, 18–20), the record says "the people had a mind to work" (4:15, NKJV) — and the wall was finished in fifty-two days "because our God was helping us and the people were devoted to the work" (6:16, NKJV, adapted). So the practical theology of the process: keep working, keep watching, keep praying, keep praising — and let the trumpet decide when you run to the wall (4:20).</w:t>
      </w:r>
    </w:p>
    <w:p w14:paraId="7F9EF620" w14:textId="77777777" w:rsidR="00C8625A" w:rsidRDefault="00751C59">
      <w:pPr>
        <w:spacing w:before="280" w:after="120"/>
      </w:pPr>
      <w:r>
        <w:rPr>
          <w:rFonts w:ascii="Georgia" w:eastAsia="Georgia" w:hAnsi="Georgia"/>
          <w:b/>
        </w:rPr>
        <w:t>Five Ways to Praise Through a Long Middle</w:t>
      </w:r>
    </w:p>
    <w:p w14:paraId="105520C4" w14:textId="77777777" w:rsidR="00C8625A" w:rsidRDefault="00751C59">
      <w:pPr>
        <w:spacing w:after="80"/>
        <w:ind w:left="288"/>
      </w:pPr>
      <w:r>
        <w:rPr>
          <w:rFonts w:ascii="Georgia" w:eastAsia="Georgia" w:hAnsi="Georgia"/>
        </w:rPr>
        <w:lastRenderedPageBreak/>
        <w:t>100. Ritualise. The process is survived by routines, not raptures. A fixed hour of praise, a</w:t>
      </w:r>
    </w:p>
    <w:p w14:paraId="2CD6AB7D" w14:textId="77777777" w:rsidR="00C8625A" w:rsidRDefault="00751C59">
      <w:pPr>
        <w:spacing w:after="160"/>
        <w:ind w:firstLine="259"/>
      </w:pPr>
      <w:r>
        <w:rPr>
          <w:rFonts w:ascii="Georgia" w:eastAsia="Georgia" w:hAnsi="Georgia"/>
        </w:rPr>
        <w:t>fixed day of rest, a fixed table with fixed people. Small faithfulness over years is what forms a soul.</w:t>
      </w:r>
    </w:p>
    <w:p w14:paraId="427D9B4C" w14:textId="77777777" w:rsidR="00C8625A" w:rsidRDefault="00751C59">
      <w:pPr>
        <w:spacing w:after="80"/>
        <w:ind w:left="288"/>
      </w:pPr>
      <w:r>
        <w:rPr>
          <w:rFonts w:ascii="Georgia" w:eastAsia="Georgia" w:hAnsi="Georgia"/>
        </w:rPr>
        <w:t>101. Count the incrementals. Israel could not see the promised land, but they could see</w:t>
      </w:r>
    </w:p>
    <w:p w14:paraId="67BB97FC" w14:textId="77777777" w:rsidR="00C8625A" w:rsidRDefault="00751C59">
      <w:pPr>
        <w:spacing w:after="160"/>
        <w:ind w:firstLine="259"/>
      </w:pPr>
      <w:r>
        <w:rPr>
          <w:rFonts w:ascii="Georgia" w:eastAsia="Georgia" w:hAnsi="Georgia"/>
        </w:rPr>
        <w:t>the manna of that day (Exodus 16:4). Praise the daily provision and the larger promise survives.</w:t>
      </w:r>
    </w:p>
    <w:p w14:paraId="22C29589" w14:textId="77777777" w:rsidR="00C8625A" w:rsidRDefault="00751C59">
      <w:pPr>
        <w:spacing w:after="80"/>
        <w:ind w:left="288"/>
      </w:pPr>
      <w:r>
        <w:rPr>
          <w:rFonts w:ascii="Georgia" w:eastAsia="Georgia" w:hAnsi="Georgia"/>
        </w:rPr>
        <w:t>102. Let the process produce, not just hurt. James 1:4: "let patience have its perfect</w:t>
      </w:r>
    </w:p>
    <w:p w14:paraId="1DEF6D55" w14:textId="77777777" w:rsidR="00C8625A" w:rsidRDefault="00751C59">
      <w:pPr>
        <w:spacing w:after="160"/>
        <w:ind w:firstLine="259"/>
      </w:pPr>
      <w:r>
        <w:rPr>
          <w:rFonts w:ascii="Georgia" w:eastAsia="Georgia" w:hAnsi="Georgia"/>
        </w:rPr>
        <w:t>work." Ask God what He is making, not only what He is removing.</w:t>
      </w:r>
    </w:p>
    <w:p w14:paraId="05421113" w14:textId="77777777" w:rsidR="00C8625A" w:rsidRDefault="00751C59">
      <w:pPr>
        <w:spacing w:after="80"/>
        <w:ind w:left="288"/>
      </w:pPr>
      <w:r>
        <w:rPr>
          <w:rFonts w:ascii="Georgia" w:eastAsia="Georgia" w:hAnsi="Georgia"/>
        </w:rPr>
        <w:t>103. Keep a testimony ledger. Write one line a week: "On this day the LORD was..." In</w:t>
      </w:r>
    </w:p>
    <w:p w14:paraId="5295CC69" w14:textId="77777777" w:rsidR="00C8625A" w:rsidRDefault="00751C59">
      <w:pPr>
        <w:spacing w:after="160"/>
        <w:ind w:firstLine="259"/>
      </w:pPr>
      <w:r>
        <w:rPr>
          <w:rFonts w:ascii="Georgia" w:eastAsia="Georgia" w:hAnsi="Georgia"/>
        </w:rPr>
        <w:t>month eight, read month one. Renewal of hope is often simply accurate record-keeping.</w:t>
      </w:r>
    </w:p>
    <w:p w14:paraId="57CFAF0F" w14:textId="77777777" w:rsidR="00C8625A" w:rsidRDefault="00751C59">
      <w:pPr>
        <w:spacing w:after="80"/>
        <w:ind w:left="288"/>
      </w:pPr>
      <w:r>
        <w:rPr>
          <w:rFonts w:ascii="Georgia" w:eastAsia="Georgia" w:hAnsi="Georgia"/>
        </w:rPr>
        <w:t>104. Stay in the assembly that sings. "Let us consider one another in order to stir up</w:t>
      </w:r>
    </w:p>
    <w:p w14:paraId="557BC743" w14:textId="77777777" w:rsidR="00C8625A" w:rsidRDefault="00751C59">
      <w:pPr>
        <w:spacing w:after="160"/>
        <w:ind w:firstLine="259"/>
      </w:pPr>
      <w:r>
        <w:rPr>
          <w:rFonts w:ascii="Georgia" w:eastAsia="Georgia" w:hAnsi="Georgia"/>
        </w:rPr>
        <w:t>love and good works, not forsaking the assembling of ourselves together" (Hebrews 10:24–25, NKJV). In a long process, the church is not optional; it is the structure that keeps you in the wind.</w:t>
      </w:r>
    </w:p>
    <w:p w14:paraId="08983600" w14:textId="77777777" w:rsidR="00C8625A" w:rsidRDefault="00751C59">
      <w:pPr>
        <w:spacing w:before="280" w:after="120"/>
      </w:pPr>
      <w:r>
        <w:rPr>
          <w:rFonts w:ascii="Georgia" w:eastAsia="Georgia" w:hAnsi="Georgia"/>
          <w:b/>
        </w:rPr>
        <w:t>A Warning Against Process-Theology of the Wrong Kind</w:t>
      </w:r>
    </w:p>
    <w:p w14:paraId="525C5D9D" w14:textId="77777777" w:rsidR="00C8625A" w:rsidRDefault="00751C59">
      <w:pPr>
        <w:spacing w:after="160"/>
        <w:ind w:firstLine="259"/>
      </w:pPr>
      <w:r>
        <w:rPr>
          <w:rFonts w:ascii="Georgia" w:eastAsia="Georgia" w:hAnsi="Georgia"/>
        </w:rPr>
        <w:t xml:space="preserve">Do not accept the lie that a process proves God's displeasure, or that you will one day graduate from suffering if your praise is sufficient. Paul prayed three times for the thorn to leave and was told, "My grace is sufficient for you; for My strength is made perfect in weakness" (2 Corinthians 12:9, NKJV). Some processes are not punishment or a </w:t>
      </w:r>
      <w:r>
        <w:rPr>
          <w:rFonts w:ascii="Georgia" w:eastAsia="Georgia" w:hAnsi="Georgia"/>
        </w:rPr>
        <w:lastRenderedPageBreak/>
        <w:t>graduation requirement. Some are the place where His strength becomes visible. And never let anyone's timetable become your verdict. Joseph was forgotten "but not the LORD" (cf. Psalm 105:17–19 — "He sent a man before them, Joseph, who was sold as a slave... until the time that his word came to pass, the word of the LORD tested him").</w:t>
      </w:r>
    </w:p>
    <w:p w14:paraId="3C80320B" w14:textId="77777777" w:rsidR="00C8625A" w:rsidRDefault="00751C59">
      <w:pPr>
        <w:spacing w:before="280" w:after="120"/>
      </w:pPr>
      <w:r>
        <w:rPr>
          <w:rFonts w:ascii="Georgia" w:eastAsia="Georgia" w:hAnsi="Georgia"/>
          <w:b/>
        </w:rPr>
        <w:t>Reflect and Respond</w:t>
      </w:r>
    </w:p>
    <w:p w14:paraId="1D0C99F4" w14:textId="77777777" w:rsidR="00C8625A" w:rsidRDefault="00751C59">
      <w:pPr>
        <w:spacing w:after="80"/>
        <w:ind w:left="288"/>
      </w:pPr>
      <w:r>
        <w:rPr>
          <w:rFonts w:ascii="Georgia" w:eastAsia="Georgia" w:hAnsi="Georgia"/>
        </w:rPr>
        <w:t>1. Which of the four images — fire, hands, shears, rain — best describes the season</w:t>
      </w:r>
    </w:p>
    <w:p w14:paraId="077AE3D6" w14:textId="77777777" w:rsidR="00C8625A" w:rsidRDefault="00751C59">
      <w:pPr>
        <w:spacing w:after="160"/>
        <w:ind w:firstLine="259"/>
      </w:pPr>
      <w:r>
        <w:rPr>
          <w:rFonts w:ascii="Georgia" w:eastAsia="Georgia" w:hAnsi="Georgia"/>
        </w:rPr>
        <w:t>you are in, and how does that change what you ask God for?</w:t>
      </w:r>
    </w:p>
    <w:p w14:paraId="10833314" w14:textId="77777777" w:rsidR="00C8625A" w:rsidRDefault="00751C59">
      <w:pPr>
        <w:spacing w:after="80"/>
        <w:ind w:left="288"/>
      </w:pPr>
      <w:r>
        <w:rPr>
          <w:rFonts w:ascii="Georgia" w:eastAsia="Georgia" w:hAnsi="Georgia"/>
        </w:rPr>
        <w:t>2. What are you tempted to "grab" that God has promised but not yet delivered?</w:t>
      </w:r>
    </w:p>
    <w:p w14:paraId="144B51CC" w14:textId="77777777" w:rsidR="00C8625A" w:rsidRDefault="00751C59">
      <w:pPr>
        <w:spacing w:after="80"/>
        <w:ind w:left="288"/>
      </w:pPr>
      <w:r>
        <w:rPr>
          <w:rFonts w:ascii="Georgia" w:eastAsia="Georgia" w:hAnsi="Georgia"/>
        </w:rPr>
        <w:t>3. Start the testimony ledger this week. One line, seven days.</w:t>
      </w:r>
    </w:p>
    <w:p w14:paraId="288DB62F" w14:textId="77777777" w:rsidR="00C8625A" w:rsidRDefault="00751C59">
      <w:pPr>
        <w:spacing w:before="240" w:after="80"/>
      </w:pPr>
      <w:r>
        <w:rPr>
          <w:rFonts w:ascii="Georgia" w:eastAsia="Georgia" w:hAnsi="Georgia"/>
          <w:b/>
          <w:color w:val="2C3E50"/>
          <w:sz w:val="20"/>
        </w:rPr>
        <w:t>DECLARATION</w:t>
      </w:r>
    </w:p>
    <w:p w14:paraId="5F92EFF4" w14:textId="77777777" w:rsidR="00C8625A" w:rsidRDefault="00751C59">
      <w:pPr>
        <w:spacing w:after="160"/>
        <w:ind w:left="288"/>
      </w:pPr>
      <w:r>
        <w:rPr>
          <w:rFonts w:ascii="Georgia" w:eastAsia="Georgia" w:hAnsi="Georgia"/>
          <w:i/>
        </w:rPr>
        <w:t>"I will let patience have its perfect work. The Potter's hand has not dropped me; the Refiner has not left the furnace; the rain will come in its season. I will sing in the middle."</w:t>
      </w:r>
    </w:p>
    <w:p w14:paraId="230C5D67" w14:textId="77777777" w:rsidR="00C8625A" w:rsidRDefault="00751C59">
      <w:pPr>
        <w:spacing w:before="160" w:after="80"/>
      </w:pPr>
      <w:r>
        <w:rPr>
          <w:rFonts w:ascii="Georgia" w:eastAsia="Georgia" w:hAnsi="Georgia"/>
          <w:b/>
          <w:color w:val="2C3E50"/>
          <w:sz w:val="20"/>
        </w:rPr>
        <w:t>PRAYER</w:t>
      </w:r>
    </w:p>
    <w:p w14:paraId="2C67F244" w14:textId="77777777" w:rsidR="00C8625A" w:rsidRDefault="00751C59">
      <w:pPr>
        <w:spacing w:after="240"/>
        <w:ind w:left="288"/>
      </w:pPr>
      <w:r>
        <w:rPr>
          <w:rFonts w:ascii="Georgia" w:eastAsia="Georgia" w:hAnsi="Georgia"/>
          <w:i/>
        </w:rPr>
        <w:t>Lord, I did not choose the process, but I will not waste it. Make me clean, shaped, fruitful, and patient. And when I cannot see the end, let me hear the song. In Jesus' name, amen.</w:t>
      </w:r>
    </w:p>
    <w:p w14:paraId="2AC5D6DF" w14:textId="77777777" w:rsidR="00C8625A" w:rsidRDefault="00751C59">
      <w:r>
        <w:br w:type="page"/>
      </w:r>
    </w:p>
    <w:p w14:paraId="02D0FD63" w14:textId="77777777" w:rsidR="00C8625A" w:rsidRDefault="00751C59">
      <w:pPr>
        <w:spacing w:before="960" w:after="80"/>
        <w:jc w:val="center"/>
      </w:pPr>
      <w:r>
        <w:rPr>
          <w:rFonts w:ascii="Georgia" w:eastAsia="Georgia" w:hAnsi="Georgia"/>
          <w:b/>
        </w:rPr>
        <w:lastRenderedPageBreak/>
        <w:t>CHAPTER 22</w:t>
      </w:r>
    </w:p>
    <w:p w14:paraId="2695604F" w14:textId="77777777" w:rsidR="00C8625A" w:rsidRDefault="00751C59">
      <w:pPr>
        <w:spacing w:after="280"/>
        <w:jc w:val="center"/>
      </w:pPr>
      <w:r>
        <w:rPr>
          <w:rFonts w:ascii="Georgia" w:eastAsia="Georgia" w:hAnsi="Georgia"/>
          <w:b/>
          <w:sz w:val="32"/>
        </w:rPr>
        <w:t>From Complaint to Praise</w:t>
      </w:r>
    </w:p>
    <w:p w14:paraId="4B9C8A05" w14:textId="77777777" w:rsidR="00C8625A" w:rsidRDefault="00751C59">
      <w:pPr>
        <w:spacing w:before="160"/>
        <w:ind w:left="360" w:right="360"/>
        <w:jc w:val="center"/>
      </w:pPr>
      <w:r>
        <w:rPr>
          <w:rFonts w:ascii="Georgia" w:eastAsia="Georgia" w:hAnsi="Georgia"/>
          <w:i/>
          <w:sz w:val="20"/>
        </w:rPr>
        <w:t>"I said, 'This is my infirmity; but I will remember the years of the right hand of the Most High.'" — Psalm 77:10 (NKJV)</w:t>
      </w:r>
    </w:p>
    <w:p w14:paraId="4F67D20F" w14:textId="77777777" w:rsidR="00C8625A" w:rsidRDefault="00751C59">
      <w:pPr>
        <w:spacing w:before="280" w:after="120"/>
      </w:pPr>
      <w:r>
        <w:rPr>
          <w:rFonts w:ascii="Georgia" w:eastAsia="Georgia" w:hAnsi="Georgia"/>
          <w:b/>
        </w:rPr>
        <w:t>Psalm 77: A Map Out of a Spiral</w:t>
      </w:r>
    </w:p>
    <w:p w14:paraId="5CF26709" w14:textId="77777777" w:rsidR="00C8625A" w:rsidRDefault="00751C59">
      <w:pPr>
        <w:spacing w:after="160"/>
        <w:ind w:firstLine="259"/>
      </w:pPr>
      <w:r>
        <w:rPr>
          <w:rFonts w:ascii="Georgia" w:eastAsia="Georgia" w:hAnsi="Georgia"/>
        </w:rPr>
        <w:t>Here is one of the most instructive psychological case studies in the Bible. The psalmist is not merely sad; he is stuck:</w:t>
      </w:r>
    </w:p>
    <w:p w14:paraId="5A679916" w14:textId="77777777" w:rsidR="00C8625A" w:rsidRDefault="00751C59">
      <w:pPr>
        <w:spacing w:after="80"/>
        <w:ind w:left="288"/>
      </w:pPr>
      <w:r>
        <w:rPr>
          <w:rFonts w:ascii="Georgia" w:eastAsia="Georgia" w:hAnsi="Georgia"/>
        </w:rPr>
        <w:t>• He seeks and stays awake. "I will cry out to God... My soul refused to be comforted"</w:t>
      </w:r>
    </w:p>
    <w:p w14:paraId="5368D282" w14:textId="77777777" w:rsidR="00C8625A" w:rsidRDefault="00751C59">
      <w:pPr>
        <w:spacing w:after="160"/>
        <w:ind w:firstLine="259"/>
      </w:pPr>
      <w:r>
        <w:rPr>
          <w:rFonts w:ascii="Georgia" w:eastAsia="Georgia" w:hAnsi="Georgia"/>
        </w:rPr>
        <w:t>(77:1–2, NKJV).</w:t>
      </w:r>
    </w:p>
    <w:p w14:paraId="7760A62E" w14:textId="77777777" w:rsidR="00C8625A" w:rsidRDefault="00751C59">
      <w:pPr>
        <w:spacing w:after="80"/>
        <w:ind w:left="288"/>
      </w:pPr>
      <w:r>
        <w:rPr>
          <w:rFonts w:ascii="Georgia" w:eastAsia="Georgia" w:hAnsi="Georgia"/>
        </w:rPr>
        <w:t>• He cannot sleep and cannot worship. "You have held my eyes open... I was so</w:t>
      </w:r>
    </w:p>
    <w:p w14:paraId="51D43490" w14:textId="77777777" w:rsidR="00C8625A" w:rsidRDefault="00751C59">
      <w:pPr>
        <w:spacing w:after="160"/>
        <w:ind w:firstLine="259"/>
      </w:pPr>
      <w:r>
        <w:rPr>
          <w:rFonts w:ascii="Georgia" w:eastAsia="Georgia" w:hAnsi="Georgia"/>
        </w:rPr>
        <w:t>troubled that I could not speak" (v. 4).</w:t>
      </w:r>
    </w:p>
    <w:p w14:paraId="54F149E9" w14:textId="77777777" w:rsidR="00C8625A" w:rsidRDefault="00751C59">
      <w:pPr>
        <w:spacing w:after="80"/>
        <w:ind w:left="288"/>
      </w:pPr>
      <w:r>
        <w:rPr>
          <w:rFonts w:ascii="Georgia" w:eastAsia="Georgia" w:hAnsi="Georgia"/>
        </w:rPr>
        <w:t>• He turns backwards into worse places. "I have remembered my song in the night; I will</w:t>
      </w:r>
    </w:p>
    <w:p w14:paraId="47AD4211" w14:textId="77777777" w:rsidR="00C8625A" w:rsidRDefault="00751C59">
      <w:pPr>
        <w:spacing w:after="160"/>
        <w:ind w:firstLine="259"/>
      </w:pPr>
      <w:r>
        <w:rPr>
          <w:rFonts w:ascii="Georgia" w:eastAsia="Georgia" w:hAnsi="Georgia"/>
        </w:rPr>
        <w:t>meditate with my heart, and my spirit searches" (v. 6) — and the "searching" produces a set of accusations: "Will the Lord cast off forever?... Has His promise failed forever? Has God forgotten to be gracious?" (vv. 7–9, NKJV). Verse 10 is the hinge of the whole psalm and of this book: "I said, 'This is my infirmity.'" Do you hear it? He does not argue his way out of the accusations. He diagnoses the state — the eyes-only-look-at-the-problem condition is the infirmity. And then: "but I will remember the yea</w:t>
      </w:r>
      <w:r>
        <w:rPr>
          <w:rFonts w:ascii="Georgia" w:eastAsia="Georgia" w:hAnsi="Georgia"/>
        </w:rPr>
        <w:t xml:space="preserve">rs of the right hand of the Most High." He changes the content of his memory on purpose. What follows is not a mood shift but a deliberate act: "I will remember Your works of old; I will meditate on all Your works and consider Your mighty acts" (v. 11). Then </w:t>
      </w:r>
      <w:r>
        <w:rPr>
          <w:rFonts w:ascii="Georgia" w:eastAsia="Georgia" w:hAnsi="Georgia"/>
        </w:rPr>
        <w:lastRenderedPageBreak/>
        <w:t>he preaches (vv. 13–15): "You are the God who works wonders... You have redeemed Your people." Then he sees the sea (v. 19) and the shepherd (v. 20). The psalm ends where it must, with God's hand where the psalmist's had been. Five rungs, then, out of t</w:t>
      </w:r>
      <w:r>
        <w:rPr>
          <w:rFonts w:ascii="Georgia" w:eastAsia="Georgia" w:hAnsi="Georgia"/>
        </w:rPr>
        <w:t>he complaint spiral: diagnose → decide → remember → recount → rest. Try it on your own worst recent thought. Name it an infirmity, not an insight. Decide what to remember. Recount a specific act of God, out loud. Rest.</w:t>
      </w:r>
    </w:p>
    <w:p w14:paraId="5CCC5885" w14:textId="77777777" w:rsidR="00C8625A" w:rsidRDefault="00751C59">
      <w:pPr>
        <w:spacing w:before="280" w:after="120"/>
      </w:pPr>
      <w:r>
        <w:rPr>
          <w:rFonts w:ascii="Georgia" w:eastAsia="Georgia" w:hAnsi="Georgia"/>
          <w:b/>
        </w:rPr>
        <w:t>Psalm 103: The Command to the Memory</w:t>
      </w:r>
    </w:p>
    <w:p w14:paraId="266CD80F" w14:textId="77777777" w:rsidR="00C8625A" w:rsidRDefault="00751C59">
      <w:pPr>
        <w:spacing w:before="160"/>
        <w:ind w:left="360" w:right="360"/>
        <w:jc w:val="center"/>
      </w:pPr>
      <w:r>
        <w:rPr>
          <w:rFonts w:ascii="Georgia" w:eastAsia="Georgia" w:hAnsi="Georgia"/>
          <w:i/>
          <w:sz w:val="20"/>
        </w:rPr>
        <w:t>"Bless the LORD, O my soul, and all that is within me, bless His holy name! Bless the LORD, O my soul, and forget not all His benefits" (103:1–2, NKJV)</w:t>
      </w:r>
    </w:p>
    <w:p w14:paraId="38A986F3" w14:textId="77777777" w:rsidR="00C8625A" w:rsidRDefault="00751C59">
      <w:pPr>
        <w:spacing w:after="160"/>
        <w:ind w:firstLine="259"/>
      </w:pPr>
      <w:r>
        <w:rPr>
          <w:rFonts w:ascii="Georgia" w:eastAsia="Georgia" w:hAnsi="Georgia"/>
        </w:rPr>
        <w:t>. Notice that the command to worship is a command to his own soul, and the command to remember is a command to his own forgetting. Forgetfulness, to the psalm, is a moral condition as much as a mental one — which is exactly what Deuteronomy feared: "you may forget the LORD who brought you out of the land of Egypt, out of the house of bondage" (Deuteronomy 6:12, NKJV). Complaining is what a forgetful people do. Praise is what a remembering people do. Then he lists benefits in a way that is deliberately compr</w:t>
      </w:r>
      <w:r>
        <w:rPr>
          <w:rFonts w:ascii="Georgia" w:eastAsia="Georgia" w:hAnsi="Georgia"/>
        </w:rPr>
        <w:t>ehensive, so the soul has nothing left to accuse God of: forgiveness, healing, redemption, crowning, satisfaction, righteousness and justice for the oppressed, revelation to Moses, acts of power to Israel, "merciful and gracious, slow to anger, and abundant in mercy" (vv. 3–8, NKJV). Then he tells us how a God like that behaves toward a failure: "He has not dealt with us according to our sins, nor punished us according to our iniquities. For as the heavens are above the earth, so is His mercy toward those w</w:t>
      </w:r>
      <w:r>
        <w:rPr>
          <w:rFonts w:ascii="Georgia" w:eastAsia="Georgia" w:hAnsi="Georgia"/>
        </w:rPr>
        <w:t xml:space="preserve">ho fear Him" (vv. 10–11, NKJV). Then, in one of the most tender sentences in Scripture, he names the reason for that gentleness — not </w:t>
      </w:r>
      <w:r>
        <w:rPr>
          <w:rFonts w:ascii="Georgia" w:eastAsia="Georgia" w:hAnsi="Georgia"/>
        </w:rPr>
        <w:lastRenderedPageBreak/>
        <w:t>your strength, but your frailty: "like a father pities his children, so the LORD pities those who fear Him. For He knows our frame; He remembers that we are dust" (vv. 13–14, NKJV). Do you understand what Psalm 103 has done? It took a complaint-prone heart and moved it from grievance to praise, by showing that God is in the business of remembering you well while you are in th</w:t>
      </w:r>
      <w:r>
        <w:rPr>
          <w:rFonts w:ascii="Georgia" w:eastAsia="Georgia" w:hAnsi="Georgia"/>
        </w:rPr>
        <w:t>e danger of forgetting Him.</w:t>
      </w:r>
    </w:p>
    <w:p w14:paraId="5AAAE766" w14:textId="77777777" w:rsidR="00C8625A" w:rsidRDefault="00751C59">
      <w:pPr>
        <w:spacing w:before="280" w:after="120"/>
      </w:pPr>
      <w:r>
        <w:rPr>
          <w:rFonts w:ascii="Georgia" w:eastAsia="Georgia" w:hAnsi="Georgia"/>
          <w:b/>
        </w:rPr>
        <w:t>Complaint: A Short Anatomy</w:t>
      </w:r>
    </w:p>
    <w:p w14:paraId="697C2D10" w14:textId="77777777" w:rsidR="00C8625A" w:rsidRDefault="00751C59">
      <w:pPr>
        <w:spacing w:after="160"/>
        <w:ind w:firstLine="259"/>
      </w:pPr>
      <w:r>
        <w:rPr>
          <w:rFonts w:ascii="Georgia" w:eastAsia="Georgia" w:hAnsi="Georgia"/>
        </w:rPr>
        <w:t>In the New Testament, Paul's most practical instruction about community life is a ban on murmuring: "Do all things without complaining and disputing, that you may become blameless and harmless, children of God without fault in the midst of a crooked and perverse generation, among whom you shine as lights in the world" (Philippians 2:14–15, NKJV). Complaint is not a personality quirk; it is a public dimming of the light. And Paul makes the connection to Israel's wilderness explicitly: "Do not complain, as so</w:t>
      </w:r>
      <w:r>
        <w:rPr>
          <w:rFonts w:ascii="Georgia" w:eastAsia="Georgia" w:hAnsi="Georgia"/>
        </w:rPr>
        <w:t>me of them also complained, and were destroyed by the Destroyer. Now all these things happened to them as examples, and they were written for our admonition" (1 Corinthians 10:10–11, NKJV). The reason murmuring is so serious in Scripture is not that God is easily insulted. It is that complaint is a faith-shaped sentence with the wrong subject. Complaint says: this situation, this person, this church, this government — is ultimate. Praise says: God is. Same event, different verdict, different soul.</w:t>
      </w:r>
    </w:p>
    <w:p w14:paraId="5BD9A610" w14:textId="77777777" w:rsidR="00C8625A" w:rsidRDefault="00751C59">
      <w:pPr>
        <w:spacing w:before="280" w:after="120"/>
      </w:pPr>
      <w:r>
        <w:rPr>
          <w:rFonts w:ascii="Georgia" w:eastAsia="Georgia" w:hAnsi="Georgia"/>
          <w:b/>
        </w:rPr>
        <w:t>A Fourteen-Day Fast from Complaint</w:t>
      </w:r>
    </w:p>
    <w:p w14:paraId="47C49931" w14:textId="77777777" w:rsidR="00C8625A" w:rsidRDefault="00751C59">
      <w:pPr>
        <w:spacing w:after="160"/>
        <w:ind w:firstLine="259"/>
      </w:pPr>
      <w:r>
        <w:rPr>
          <w:rFonts w:ascii="Georgia" w:eastAsia="Georgia" w:hAnsi="Georgia"/>
        </w:rPr>
        <w:t>Choose two weeks. Rules:</w:t>
      </w:r>
    </w:p>
    <w:p w14:paraId="5C35BD6C" w14:textId="77777777" w:rsidR="00C8625A" w:rsidRDefault="00751C59">
      <w:pPr>
        <w:spacing w:after="80"/>
        <w:ind w:left="288"/>
      </w:pPr>
      <w:r>
        <w:rPr>
          <w:rFonts w:ascii="Georgia" w:eastAsia="Georgia" w:hAnsi="Georgia"/>
        </w:rPr>
        <w:t>108. No complaining about the same thing twice without a line of praise attached.</w:t>
      </w:r>
    </w:p>
    <w:p w14:paraId="14B0C329" w14:textId="77777777" w:rsidR="00C8625A" w:rsidRDefault="00751C59">
      <w:pPr>
        <w:spacing w:after="160"/>
        <w:ind w:firstLine="259"/>
      </w:pPr>
      <w:r>
        <w:rPr>
          <w:rFonts w:ascii="Georgia" w:eastAsia="Georgia" w:hAnsi="Georgia"/>
        </w:rPr>
        <w:lastRenderedPageBreak/>
        <w:t>Complaint without worship is banned; worship is welcome in the middle of it.</w:t>
      </w:r>
    </w:p>
    <w:p w14:paraId="5C3BB716" w14:textId="77777777" w:rsidR="00C8625A" w:rsidRDefault="00751C59">
      <w:pPr>
        <w:spacing w:after="80"/>
        <w:ind w:left="288"/>
      </w:pPr>
      <w:r>
        <w:rPr>
          <w:rFonts w:ascii="Georgia" w:eastAsia="Georgia" w:hAnsi="Georgia"/>
        </w:rPr>
        <w:t>109. Every evening, write three specific mercies of that day. Not general. Specific —</w:t>
      </w:r>
    </w:p>
    <w:p w14:paraId="79EBB3DC" w14:textId="77777777" w:rsidR="00C8625A" w:rsidRDefault="00751C59">
      <w:pPr>
        <w:spacing w:after="160"/>
        <w:ind w:firstLine="259"/>
      </w:pPr>
      <w:r>
        <w:rPr>
          <w:rFonts w:ascii="Georgia" w:eastAsia="Georgia" w:hAnsi="Georgia"/>
        </w:rPr>
        <w:t>"the phone call," "the parking place," "the psalm at the funeral."</w:t>
      </w:r>
    </w:p>
    <w:p w14:paraId="625FFC33" w14:textId="77777777" w:rsidR="00C8625A" w:rsidRDefault="00751C59">
      <w:pPr>
        <w:spacing w:after="80"/>
        <w:ind w:left="288"/>
      </w:pPr>
      <w:r>
        <w:rPr>
          <w:rFonts w:ascii="Georgia" w:eastAsia="Georgia" w:hAnsi="Georgia"/>
        </w:rPr>
        <w:t>110. Read one psalm a day that ends in praise — 13, 22, 42–43, 71, 77, 88 (read 88 to</w:t>
      </w:r>
    </w:p>
    <w:p w14:paraId="175B2558" w14:textId="77777777" w:rsidR="00C8625A" w:rsidRDefault="00751C59">
      <w:pPr>
        <w:spacing w:after="160"/>
        <w:ind w:firstLine="259"/>
      </w:pPr>
      <w:r>
        <w:rPr>
          <w:rFonts w:ascii="Georgia" w:eastAsia="Georgia" w:hAnsi="Georgia"/>
        </w:rPr>
        <w:t>see what it costs).</w:t>
      </w:r>
    </w:p>
    <w:p w14:paraId="1EB45B44" w14:textId="77777777" w:rsidR="00C8625A" w:rsidRDefault="00751C59">
      <w:pPr>
        <w:spacing w:after="80"/>
        <w:ind w:left="288"/>
      </w:pPr>
      <w:r>
        <w:rPr>
          <w:rFonts w:ascii="Georgia" w:eastAsia="Georgia" w:hAnsi="Georgia"/>
        </w:rPr>
        <w:t>111. Name the person you have been resenting, and pray for them, out loud, by</w:t>
      </w:r>
    </w:p>
    <w:p w14:paraId="081DFF52" w14:textId="77777777" w:rsidR="00C8625A" w:rsidRDefault="00751C59">
      <w:pPr>
        <w:spacing w:after="160"/>
        <w:ind w:firstLine="259"/>
      </w:pPr>
      <w:r>
        <w:rPr>
          <w:rFonts w:ascii="Georgia" w:eastAsia="Georgia" w:hAnsi="Georgia"/>
        </w:rPr>
        <w:t>name, every day until something softens.</w:t>
      </w:r>
    </w:p>
    <w:p w14:paraId="01D8A870" w14:textId="77777777" w:rsidR="00C8625A" w:rsidRDefault="00751C59">
      <w:pPr>
        <w:spacing w:after="80"/>
        <w:ind w:left="288"/>
      </w:pPr>
      <w:r>
        <w:rPr>
          <w:rFonts w:ascii="Georgia" w:eastAsia="Georgia" w:hAnsi="Georgia"/>
        </w:rPr>
        <w:t>112. Ask one honest accountability partner to stop you when you spiral. "Faithful are</w:t>
      </w:r>
    </w:p>
    <w:p w14:paraId="6FC27447" w14:textId="77777777" w:rsidR="00C8625A" w:rsidRDefault="00751C59">
      <w:pPr>
        <w:spacing w:after="160"/>
        <w:ind w:firstLine="259"/>
      </w:pPr>
      <w:r>
        <w:rPr>
          <w:rFonts w:ascii="Georgia" w:eastAsia="Georgia" w:hAnsi="Georgia"/>
        </w:rPr>
        <w:t>the wounds of a friend" (Proverbs 27:6, NKJV). On day fifteen, read your own list. That is when praise becomes testimony, because you will have evidence in your own handwriting.</w:t>
      </w:r>
    </w:p>
    <w:p w14:paraId="11F3AC5A" w14:textId="77777777" w:rsidR="00C8625A" w:rsidRDefault="00751C59">
      <w:pPr>
        <w:spacing w:before="280" w:after="120"/>
      </w:pPr>
      <w:r>
        <w:rPr>
          <w:rFonts w:ascii="Georgia" w:eastAsia="Georgia" w:hAnsi="Georgia"/>
          <w:b/>
        </w:rPr>
        <w:t>Reflect and Respond</w:t>
      </w:r>
    </w:p>
    <w:p w14:paraId="4C27BA1B" w14:textId="77777777" w:rsidR="00C8625A" w:rsidRDefault="00751C59">
      <w:pPr>
        <w:spacing w:after="80"/>
        <w:ind w:left="288"/>
      </w:pPr>
      <w:r>
        <w:rPr>
          <w:rFonts w:ascii="Georgia" w:eastAsia="Georgia" w:hAnsi="Georgia"/>
        </w:rPr>
        <w:t>1. Which rung of the Psalm 77 ladder do you keep skipping? (Most people never get</w:t>
      </w:r>
    </w:p>
    <w:p w14:paraId="2B1B8D9A" w14:textId="77777777" w:rsidR="00C8625A" w:rsidRDefault="00751C59">
      <w:pPr>
        <w:spacing w:after="160"/>
        <w:ind w:firstLine="259"/>
      </w:pPr>
      <w:r>
        <w:rPr>
          <w:rFonts w:ascii="Georgia" w:eastAsia="Georgia" w:hAnsi="Georgia"/>
        </w:rPr>
        <w:t>past "meditate with my heart.")</w:t>
      </w:r>
    </w:p>
    <w:p w14:paraId="5B142715" w14:textId="77777777" w:rsidR="00C8625A" w:rsidRDefault="00751C59">
      <w:pPr>
        <w:spacing w:after="80"/>
        <w:ind w:left="288"/>
      </w:pPr>
      <w:r>
        <w:rPr>
          <w:rFonts w:ascii="Georgia" w:eastAsia="Georgia" w:hAnsi="Georgia"/>
        </w:rPr>
        <w:t>2. What is the complaint you have rehearsed most in the last year? What would it look</w:t>
      </w:r>
    </w:p>
    <w:p w14:paraId="2F2C3E2D" w14:textId="77777777" w:rsidR="00C8625A" w:rsidRDefault="00751C59">
      <w:pPr>
        <w:spacing w:after="160"/>
        <w:ind w:firstLine="259"/>
      </w:pPr>
      <w:r>
        <w:rPr>
          <w:rFonts w:ascii="Georgia" w:eastAsia="Georgia" w:hAnsi="Georgia"/>
        </w:rPr>
        <w:t>like to convert it into a sentence addressed to God instead of to a person?</w:t>
      </w:r>
    </w:p>
    <w:p w14:paraId="4F5A0D41" w14:textId="77777777" w:rsidR="00C8625A" w:rsidRDefault="00751C59">
      <w:pPr>
        <w:spacing w:after="80"/>
        <w:ind w:left="288"/>
      </w:pPr>
      <w:r>
        <w:rPr>
          <w:rFonts w:ascii="Georgia" w:eastAsia="Georgia" w:hAnsi="Georgia"/>
        </w:rPr>
        <w:t>3. Commit to the fourteen-day fast. Write your start date here, and tell someone it exists.</w:t>
      </w:r>
    </w:p>
    <w:p w14:paraId="4CBB4656" w14:textId="77777777" w:rsidR="00C8625A" w:rsidRDefault="00751C59">
      <w:pPr>
        <w:spacing w:before="240" w:after="80"/>
      </w:pPr>
      <w:r>
        <w:rPr>
          <w:rFonts w:ascii="Georgia" w:eastAsia="Georgia" w:hAnsi="Georgia"/>
          <w:b/>
          <w:color w:val="2C3E50"/>
          <w:sz w:val="20"/>
        </w:rPr>
        <w:lastRenderedPageBreak/>
        <w:t>DECLARATION</w:t>
      </w:r>
    </w:p>
    <w:p w14:paraId="47863545" w14:textId="77777777" w:rsidR="00C8625A" w:rsidRDefault="00751C59">
      <w:pPr>
        <w:spacing w:after="160"/>
        <w:ind w:left="288"/>
      </w:pPr>
      <w:r>
        <w:rPr>
          <w:rFonts w:ascii="Georgia" w:eastAsia="Georgia" w:hAnsi="Georgia"/>
          <w:i/>
        </w:rPr>
        <w:t>"This is my infirmity: I have been remembering the wrong thing. But I will remember the works of the LORD. I will bless the LORD at all times, and my mouth will be full of His praise instead of my grievance."</w:t>
      </w:r>
    </w:p>
    <w:p w14:paraId="02B684B7" w14:textId="77777777" w:rsidR="00C8625A" w:rsidRDefault="00751C59">
      <w:pPr>
        <w:spacing w:before="160" w:after="80"/>
      </w:pPr>
      <w:r>
        <w:rPr>
          <w:rFonts w:ascii="Georgia" w:eastAsia="Georgia" w:hAnsi="Georgia"/>
          <w:b/>
          <w:color w:val="2C3E50"/>
          <w:sz w:val="20"/>
        </w:rPr>
        <w:t>PRAYER</w:t>
      </w:r>
    </w:p>
    <w:p w14:paraId="2F0E227E" w14:textId="77777777" w:rsidR="00C8625A" w:rsidRDefault="00751C59">
      <w:pPr>
        <w:spacing w:after="240"/>
        <w:ind w:left="288"/>
      </w:pPr>
      <w:r>
        <w:rPr>
          <w:rFonts w:ascii="Georgia" w:eastAsia="Georgia" w:hAnsi="Georgia"/>
          <w:i/>
        </w:rPr>
        <w:t>Lord, forgive my murmuring, and heal my forgetting. Teach my soul what to say to itself. Make me a people of the ledger — remembering Your benefits until my mouth runs out of complaint. In Jesus' name, amen.</w:t>
      </w:r>
    </w:p>
    <w:p w14:paraId="4C4E1697" w14:textId="77777777" w:rsidR="00C8625A" w:rsidRDefault="00751C59">
      <w:r>
        <w:br w:type="page"/>
      </w:r>
    </w:p>
    <w:p w14:paraId="6AC56F07" w14:textId="77777777" w:rsidR="00C8625A" w:rsidRDefault="00751C59">
      <w:pPr>
        <w:spacing w:before="2000" w:after="160"/>
        <w:jc w:val="center"/>
      </w:pPr>
      <w:r>
        <w:rPr>
          <w:rFonts w:ascii="Georgia" w:eastAsia="Georgia" w:hAnsi="Georgia"/>
          <w:b/>
          <w:sz w:val="26"/>
        </w:rPr>
        <w:lastRenderedPageBreak/>
        <w:t>PART SIX</w:t>
      </w:r>
    </w:p>
    <w:p w14:paraId="33414705" w14:textId="77777777" w:rsidR="00C8625A" w:rsidRDefault="00751C59">
      <w:pPr>
        <w:spacing w:after="360"/>
        <w:jc w:val="center"/>
      </w:pPr>
      <w:r>
        <w:rPr>
          <w:rFonts w:ascii="Georgia" w:eastAsia="Georgia" w:hAnsi="Georgia"/>
          <w:b/>
          <w:sz w:val="36"/>
        </w:rPr>
        <w:t>Praise, Your Way to Victory</w:t>
      </w:r>
    </w:p>
    <w:p w14:paraId="6A4E5ECF" w14:textId="77777777" w:rsidR="00C8625A" w:rsidRDefault="00751C59">
      <w:pPr>
        <w:spacing w:before="160"/>
        <w:ind w:left="360" w:right="360"/>
        <w:jc w:val="center"/>
      </w:pPr>
      <w:r>
        <w:rPr>
          <w:rFonts w:ascii="Georgia" w:eastAsia="Georgia" w:hAnsi="Georgia"/>
          <w:i/>
          <w:sz w:val="20"/>
        </w:rPr>
        <w:t>"But thanks be to God, who gives us the victory through our Lord Jesus Christ." — 1 Corinthians 15:57 (NKJV)</w:t>
      </w:r>
    </w:p>
    <w:p w14:paraId="5B981CCA" w14:textId="77777777" w:rsidR="00C8625A" w:rsidRDefault="00751C59">
      <w:pPr>
        <w:spacing w:after="160"/>
        <w:ind w:firstLine="259"/>
      </w:pPr>
      <w:r>
        <w:rPr>
          <w:rFonts w:ascii="Georgia" w:eastAsia="Georgia" w:hAnsi="Georgia"/>
        </w:rPr>
        <w:t>We arrive where we started, but not as we began. Praise was born before the battle; now it becomes the believer's chosen way into every one. In these final chapters we take up praise as a weapon, then as a way of life, and then as the doorway through which your specific victory is entered.</w:t>
      </w:r>
    </w:p>
    <w:p w14:paraId="7595594E" w14:textId="77777777" w:rsidR="00C8625A" w:rsidRDefault="00751C59">
      <w:r>
        <w:br w:type="page"/>
      </w:r>
    </w:p>
    <w:p w14:paraId="7D900310" w14:textId="77777777" w:rsidR="00C8625A" w:rsidRDefault="00751C59">
      <w:pPr>
        <w:spacing w:before="960" w:after="80"/>
        <w:jc w:val="center"/>
      </w:pPr>
      <w:r>
        <w:rPr>
          <w:rFonts w:ascii="Georgia" w:eastAsia="Georgia" w:hAnsi="Georgia"/>
          <w:b/>
        </w:rPr>
        <w:lastRenderedPageBreak/>
        <w:t>CHAPTER 23</w:t>
      </w:r>
    </w:p>
    <w:p w14:paraId="18D2753A" w14:textId="77777777" w:rsidR="00C8625A" w:rsidRDefault="00751C59">
      <w:pPr>
        <w:spacing w:after="280"/>
        <w:jc w:val="center"/>
      </w:pPr>
      <w:r>
        <w:rPr>
          <w:rFonts w:ascii="Georgia" w:eastAsia="Georgia" w:hAnsi="Georgia"/>
          <w:b/>
          <w:sz w:val="32"/>
        </w:rPr>
        <w:t>The Weapon of Praise</w:t>
      </w:r>
    </w:p>
    <w:p w14:paraId="5CE7E1A6" w14:textId="77777777" w:rsidR="00C8625A" w:rsidRDefault="00751C59">
      <w:pPr>
        <w:spacing w:before="160"/>
        <w:ind w:left="360" w:right="360"/>
        <w:jc w:val="center"/>
      </w:pPr>
      <w:r>
        <w:rPr>
          <w:rFonts w:ascii="Georgia" w:eastAsia="Georgia" w:hAnsi="Georgia"/>
          <w:i/>
          <w:sz w:val="20"/>
        </w:rPr>
        <w:t>"Let the high praises of God be in their mouth, and a two-edged sword in their hand." — Psalm 149:6 (NKJV)</w:t>
      </w:r>
    </w:p>
    <w:p w14:paraId="46C88442" w14:textId="77777777" w:rsidR="00C8625A" w:rsidRDefault="00751C59">
      <w:pPr>
        <w:spacing w:before="280" w:after="120"/>
      </w:pPr>
      <w:r>
        <w:rPr>
          <w:rFonts w:ascii="Georgia" w:eastAsia="Georgia" w:hAnsi="Georgia"/>
          <w:b/>
        </w:rPr>
        <w:t>Why Praise Is Called a Weapon</w:t>
      </w:r>
    </w:p>
    <w:p w14:paraId="1586A17C" w14:textId="77777777" w:rsidR="00C8625A" w:rsidRDefault="00751C59">
      <w:pPr>
        <w:spacing w:after="160"/>
        <w:ind w:firstLine="259"/>
      </w:pPr>
      <w:r>
        <w:rPr>
          <w:rFonts w:ascii="Georgia" w:eastAsia="Georgia" w:hAnsi="Georgia"/>
        </w:rPr>
        <w:t>Not because it persuades a reluctant God. God is not reluctant; He is already "for us" (Romans 8:31). Praise is a weapon because there is a real enemy, a real courtroom, and a real accusation — and praise is the one human activity that changes the terms of the trial. Three texts make that plain. Psalm 149. "Let Israel be glad in their Maker; let the children of Zion rejoice in their King. Let them praise His name with the dance... Let the high praises of God be in their mouth, and a two-edged sword in their</w:t>
      </w:r>
      <w:r>
        <w:rPr>
          <w:rFonts w:ascii="Georgia" w:eastAsia="Georgia" w:hAnsi="Georgia"/>
        </w:rPr>
        <w:t xml:space="preserve"> hand, to execute vengeance on the heavens, and rebukes on the peoples; to bind their kings with chains, and their nobles with fetters of iron" (vv. 6–8, NKJV, adapted). Read that as what it is: ancient war imagery applied to worship. The "heavens" (or "nations") and "kings" here are, in the book's own logic, the powers that held Israel in exile. Praise is how a captive people strike at thrones. 2 Corinthians 10. "For though we walk in the flesh, we do not war according to the flesh. For the weapons of our </w:t>
      </w:r>
      <w:r>
        <w:rPr>
          <w:rFonts w:ascii="Georgia" w:eastAsia="Georgia" w:hAnsi="Georgia"/>
        </w:rPr>
        <w:t>warfare are not carnal but mighty in God for pulling down strongholds, casting down arguments and every high thing that exalts itself against the knowledge of God, bringing every thought into captivity to the obedience of Christ" (vv. 3–5, NKJV). Strongholds are reasonings — "arguments," logismos. The battle is for your mind, and the weapons are not emotional volume but truth dismantling a lie. Praise is argument-slaying: it answers "this will never change" with "You are the God who raises the dead" (Romans</w:t>
      </w:r>
      <w:r>
        <w:rPr>
          <w:rFonts w:ascii="Georgia" w:eastAsia="Georgia" w:hAnsi="Georgia"/>
        </w:rPr>
        <w:t xml:space="preserve"> 4:17). Revelation 12. The most explicit warfare scene in the New </w:t>
      </w:r>
      <w:r>
        <w:rPr>
          <w:rFonts w:ascii="Georgia" w:eastAsia="Georgia" w:hAnsi="Georgia"/>
        </w:rPr>
        <w:lastRenderedPageBreak/>
        <w:t>Testament is a courtroom, not a battlefield. "Now shall the accuser of our brethren be overthrown, who accused them before our God day and night. And they overcame him by the blood of the Lamb, and by the word of their testimony" (vv. 10–11, NKJV). Note the three-part weapon: the blood (the finished legal ground), the testimony (the spoken account of what God did), and a will not to love life unto death (the same resolve as the three Hebrews,</w:t>
      </w:r>
      <w:r>
        <w:rPr>
          <w:rFonts w:ascii="Georgia" w:eastAsia="Georgia" w:hAnsi="Georgia"/>
        </w:rPr>
        <w:t xml:space="preserve"> "but if not," Daniel 3:18). Praise and testimony are what shut the mouth of accusation.</w:t>
      </w:r>
    </w:p>
    <w:p w14:paraId="68EDCCCA" w14:textId="77777777" w:rsidR="00C8625A" w:rsidRDefault="00751C59">
      <w:pPr>
        <w:spacing w:before="280" w:after="120"/>
      </w:pPr>
      <w:r>
        <w:rPr>
          <w:rFonts w:ascii="Georgia" w:eastAsia="Georgia" w:hAnsi="Georgia"/>
          <w:b/>
        </w:rPr>
        <w:t>What Praise Does to the Enemy</w:t>
      </w:r>
    </w:p>
    <w:p w14:paraId="05D64AD0" w14:textId="77777777" w:rsidR="00C8625A" w:rsidRDefault="00751C59">
      <w:pPr>
        <w:spacing w:after="80"/>
        <w:ind w:left="288"/>
      </w:pPr>
      <w:r>
        <w:rPr>
          <w:rFonts w:ascii="Georgia" w:eastAsia="Georgia" w:hAnsi="Georgia"/>
        </w:rPr>
        <w:t>116. It removes his jurisdiction over your voice. "Put to silence the ignorance of foolish</w:t>
      </w:r>
    </w:p>
    <w:p w14:paraId="0900B07C" w14:textId="77777777" w:rsidR="00C8625A" w:rsidRDefault="00751C59">
      <w:pPr>
        <w:spacing w:after="160"/>
        <w:ind w:firstLine="259"/>
      </w:pPr>
      <w:r>
        <w:rPr>
          <w:rFonts w:ascii="Georgia" w:eastAsia="Georgia" w:hAnsi="Georgia"/>
        </w:rPr>
        <w:t>men" (1 Peter 2:15, NKJV). Every sentence of praise is a sentence against the accuser's case.</w:t>
      </w:r>
    </w:p>
    <w:p w14:paraId="7A7F2AE2" w14:textId="77777777" w:rsidR="00C8625A" w:rsidRDefault="00751C59">
      <w:pPr>
        <w:spacing w:after="80"/>
        <w:ind w:left="288"/>
      </w:pPr>
      <w:r>
        <w:rPr>
          <w:rFonts w:ascii="Georgia" w:eastAsia="Georgia" w:hAnsi="Georgia"/>
        </w:rPr>
        <w:t>117. It relocates the centre of the conflict. The enemy wants the battle about your</w:t>
      </w:r>
    </w:p>
    <w:p w14:paraId="7B9D15E3" w14:textId="77777777" w:rsidR="00C8625A" w:rsidRDefault="00751C59">
      <w:pPr>
        <w:spacing w:after="160"/>
        <w:ind w:firstLine="259"/>
      </w:pPr>
      <w:r>
        <w:rPr>
          <w:rFonts w:ascii="Georgia" w:eastAsia="Georgia" w:hAnsi="Georgia"/>
        </w:rPr>
        <w:t>problem, because he has no answer for the God you magnify. "You will keep him in perfect peace, whose mind is stayed on You" (Isaiah 26:3, NKJV) — and a mind stayed on God is not available for panic.</w:t>
      </w:r>
    </w:p>
    <w:p w14:paraId="545D93FC" w14:textId="77777777" w:rsidR="00C8625A" w:rsidRDefault="00751C59">
      <w:pPr>
        <w:spacing w:after="80"/>
        <w:ind w:left="288"/>
      </w:pPr>
      <w:r>
        <w:rPr>
          <w:rFonts w:ascii="Georgia" w:eastAsia="Georgia" w:hAnsi="Georgia"/>
        </w:rPr>
        <w:t>118. It invites the presence of God into the situation. "You are holy, enthroned in the</w:t>
      </w:r>
    </w:p>
    <w:p w14:paraId="25030164" w14:textId="77777777" w:rsidR="00C8625A" w:rsidRDefault="00751C59">
      <w:pPr>
        <w:spacing w:after="160"/>
        <w:ind w:firstLine="259"/>
      </w:pPr>
      <w:r>
        <w:rPr>
          <w:rFonts w:ascii="Georgia" w:eastAsia="Georgia" w:hAnsi="Georgia"/>
        </w:rPr>
        <w:t>praises of Israel" (Psalm 22:3, NKJV). Whatever else "enthroned" means, it means this: where the praises of His people are, He is seated as King. Praise sets a throne in your mess.</w:t>
      </w:r>
    </w:p>
    <w:p w14:paraId="7F5920CE" w14:textId="77777777" w:rsidR="00C8625A" w:rsidRDefault="00751C59">
      <w:pPr>
        <w:spacing w:after="80"/>
        <w:ind w:left="288"/>
      </w:pPr>
      <w:r>
        <w:rPr>
          <w:rFonts w:ascii="Georgia" w:eastAsia="Georgia" w:hAnsi="Georgia"/>
        </w:rPr>
        <w:t>119. It does what God did before the world existed. "When the morning stars sang</w:t>
      </w:r>
    </w:p>
    <w:p w14:paraId="194C89FB" w14:textId="77777777" w:rsidR="00C8625A" w:rsidRDefault="00751C59">
      <w:pPr>
        <w:spacing w:after="160"/>
        <w:ind w:firstLine="259"/>
      </w:pPr>
      <w:r>
        <w:rPr>
          <w:rFonts w:ascii="Georgia" w:eastAsia="Georgia" w:hAnsi="Georgia"/>
        </w:rPr>
        <w:t xml:space="preserve">together, and all the sons of God shouted for joy" (Job 38:7, NKJV). Praise is the sound of the universe at the </w:t>
      </w:r>
      <w:r>
        <w:rPr>
          <w:rFonts w:ascii="Georgia" w:eastAsia="Georgia" w:hAnsi="Georgia"/>
        </w:rPr>
        <w:lastRenderedPageBreak/>
        <w:t>moment creation broke ground. It is how the strong man is bound: not by your strength, but by the same song that attended the foundations.</w:t>
      </w:r>
    </w:p>
    <w:p w14:paraId="28562180" w14:textId="77777777" w:rsidR="00C8625A" w:rsidRDefault="00751C59">
      <w:pPr>
        <w:spacing w:before="280" w:after="120"/>
      </w:pPr>
      <w:r>
        <w:rPr>
          <w:rFonts w:ascii="Georgia" w:eastAsia="Georgia" w:hAnsi="Georgia"/>
          <w:b/>
        </w:rPr>
        <w:t>The Praise That Wounds a Giant: Four Real Examples</w:t>
      </w:r>
    </w:p>
    <w:p w14:paraId="0B4FF1A3" w14:textId="77777777" w:rsidR="00C8625A" w:rsidRDefault="00751C59">
      <w:pPr>
        <w:spacing w:after="80"/>
        <w:ind w:left="288"/>
      </w:pPr>
      <w:r>
        <w:rPr>
          <w:rFonts w:ascii="Georgia" w:eastAsia="Georgia" w:hAnsi="Georgia"/>
        </w:rPr>
        <w:t>• Jehoshaphat: singers go first, ambushments are set, the coalition destroys itself (2</w:t>
      </w:r>
    </w:p>
    <w:p w14:paraId="14F5AE4B" w14:textId="77777777" w:rsidR="00C8625A" w:rsidRDefault="00751C59">
      <w:pPr>
        <w:spacing w:after="160"/>
        <w:ind w:firstLine="259"/>
      </w:pPr>
      <w:r>
        <w:rPr>
          <w:rFonts w:ascii="Georgia" w:eastAsia="Georgia" w:hAnsi="Georgia"/>
        </w:rPr>
        <w:t>Chronicles 20:21–23).</w:t>
      </w:r>
    </w:p>
    <w:p w14:paraId="302C2FF0" w14:textId="77777777" w:rsidR="00C8625A" w:rsidRDefault="00751C59">
      <w:pPr>
        <w:spacing w:after="80"/>
        <w:ind w:left="288"/>
      </w:pPr>
      <w:r>
        <w:rPr>
          <w:rFonts w:ascii="Georgia" w:eastAsia="Georgia" w:hAnsi="Georgia"/>
        </w:rPr>
        <w:t>• Hezekiah: prayer that praises God as Creator of heaven and earth, and 185,000</w:t>
      </w:r>
    </w:p>
    <w:p w14:paraId="2A37E8F9" w14:textId="77777777" w:rsidR="00C8625A" w:rsidRDefault="00751C59">
      <w:pPr>
        <w:spacing w:after="160"/>
        <w:ind w:firstLine="259"/>
      </w:pPr>
      <w:r>
        <w:rPr>
          <w:rFonts w:ascii="Georgia" w:eastAsia="Georgia" w:hAnsi="Georgia"/>
        </w:rPr>
        <w:t>Assyrians die without a Jewish sword being drawn (2 Kings 19:15–16, 35).</w:t>
      </w:r>
    </w:p>
    <w:p w14:paraId="3DF169AE" w14:textId="77777777" w:rsidR="00C8625A" w:rsidRDefault="00751C59">
      <w:pPr>
        <w:spacing w:after="80"/>
        <w:ind w:left="288"/>
      </w:pPr>
      <w:r>
        <w:rPr>
          <w:rFonts w:ascii="Georgia" w:eastAsia="Georgia" w:hAnsi="Georgia"/>
        </w:rPr>
        <w:t>• Paul and Silas: praise at midnight, chains off, the jailer's household saved — a</w:t>
      </w:r>
    </w:p>
    <w:p w14:paraId="71700E27" w14:textId="77777777" w:rsidR="00C8625A" w:rsidRDefault="00751C59">
      <w:pPr>
        <w:spacing w:after="160"/>
        <w:ind w:firstLine="259"/>
      </w:pPr>
      <w:r>
        <w:rPr>
          <w:rFonts w:ascii="Georgia" w:eastAsia="Georgia" w:hAnsi="Georgia"/>
        </w:rPr>
        <w:t>household added to the church in the same city where the missionary was beaten (Acts 16:25–34).</w:t>
      </w:r>
    </w:p>
    <w:p w14:paraId="72DBD51E" w14:textId="77777777" w:rsidR="00C8625A" w:rsidRDefault="00751C59">
      <w:pPr>
        <w:spacing w:after="80"/>
        <w:ind w:left="288"/>
      </w:pPr>
      <w:r>
        <w:rPr>
          <w:rFonts w:ascii="Georgia" w:eastAsia="Georgia" w:hAnsi="Georgia"/>
        </w:rPr>
        <w:t>• Elijah's God on Carmel: not a praise passage, but a decisive one, which is why I include</w:t>
      </w:r>
    </w:p>
    <w:p w14:paraId="768BCFEA" w14:textId="77777777" w:rsidR="00C8625A" w:rsidRDefault="00751C59">
      <w:pPr>
        <w:spacing w:after="160"/>
        <w:ind w:firstLine="259"/>
      </w:pPr>
      <w:r>
        <w:rPr>
          <w:rFonts w:ascii="Georgia" w:eastAsia="Georgia" w:hAnsi="Georgia"/>
        </w:rPr>
        <w:t>it. The prophets of Baal "cried out... and cut themselves according to their manner" (1 Kings 18:28, NKJV), and the LORD answered with fire after Elijah's simple prayer, "Lord God of Abraham, Isaac, and Israel... answer me" (v. 37). False worship strains; true worship rests. Praise is not effort; it is access.</w:t>
      </w:r>
    </w:p>
    <w:p w14:paraId="6CB43320" w14:textId="77777777" w:rsidR="00C8625A" w:rsidRDefault="00751C59">
      <w:pPr>
        <w:spacing w:before="280" w:after="120"/>
      </w:pPr>
      <w:r>
        <w:rPr>
          <w:rFonts w:ascii="Georgia" w:eastAsia="Georgia" w:hAnsi="Georgia"/>
          <w:b/>
        </w:rPr>
        <w:t>Practical: Four Targets for Your Praise Weapon</w:t>
      </w:r>
    </w:p>
    <w:p w14:paraId="581A3AD9" w14:textId="77777777" w:rsidR="00C8625A" w:rsidRDefault="00751C59">
      <w:pPr>
        <w:spacing w:after="160"/>
        <w:ind w:firstLine="259"/>
      </w:pPr>
      <w:r>
        <w:rPr>
          <w:rFonts w:ascii="Georgia" w:eastAsia="Georgia" w:hAnsi="Georgia"/>
        </w:rPr>
        <w:t>Be as specific as the enemy is, because the enemy is always specific.</w:t>
      </w:r>
    </w:p>
    <w:p w14:paraId="01508A27" w14:textId="77777777" w:rsidR="00C8625A" w:rsidRDefault="00751C59">
      <w:pPr>
        <w:spacing w:after="80"/>
        <w:ind w:left="288"/>
      </w:pPr>
      <w:r>
        <w:rPr>
          <w:rFonts w:ascii="Georgia" w:eastAsia="Georgia" w:hAnsi="Georgia"/>
        </w:rPr>
        <w:t>| The stronghold | The counter-praise |</w:t>
      </w:r>
    </w:p>
    <w:p w14:paraId="09D09C30" w14:textId="77777777" w:rsidR="00C8625A" w:rsidRDefault="00751C59">
      <w:pPr>
        <w:spacing w:after="80"/>
        <w:ind w:left="288"/>
      </w:pPr>
      <w:r>
        <w:rPr>
          <w:rFonts w:ascii="Georgia" w:eastAsia="Georgia" w:hAnsi="Georgia"/>
        </w:rPr>
        <w:t>|---|---|</w:t>
      </w:r>
    </w:p>
    <w:p w14:paraId="2304A2C0" w14:textId="77777777" w:rsidR="00C8625A" w:rsidRDefault="00751C59">
      <w:pPr>
        <w:spacing w:after="80"/>
        <w:ind w:left="288"/>
      </w:pPr>
      <w:r>
        <w:rPr>
          <w:rFonts w:ascii="Georgia" w:eastAsia="Georgia" w:hAnsi="Georgia"/>
        </w:rPr>
        <w:lastRenderedPageBreak/>
        <w:t>| "God has forgotten you." | "Can a woman forget her nursing child? Yes, they may forget, yet</w:t>
      </w:r>
    </w:p>
    <w:p w14:paraId="03E45F68" w14:textId="77777777" w:rsidR="00C8625A" w:rsidRDefault="00751C59">
      <w:pPr>
        <w:spacing w:after="160"/>
        <w:ind w:firstLine="259"/>
      </w:pPr>
      <w:r>
        <w:rPr>
          <w:rFonts w:ascii="Georgia" w:eastAsia="Georgia" w:hAnsi="Georgia"/>
        </w:rPr>
        <w:t>I will not forget you. Behold, I have inscribed you on the palms of My hands" (Isaiah 49:15– 16, NKJV, adapted). |</w:t>
      </w:r>
    </w:p>
    <w:p w14:paraId="6B2CC4B9" w14:textId="77777777" w:rsidR="00C8625A" w:rsidRDefault="00751C59">
      <w:pPr>
        <w:spacing w:after="80"/>
        <w:ind w:left="288"/>
      </w:pPr>
      <w:r>
        <w:rPr>
          <w:rFonts w:ascii="Georgia" w:eastAsia="Georgia" w:hAnsi="Georgia"/>
        </w:rPr>
        <w:t>| "You are beyond hope." | "He began to praise God and said: 'The God of our fathers,</w:t>
      </w:r>
    </w:p>
    <w:p w14:paraId="2F83EEA6" w14:textId="77777777" w:rsidR="00C8625A" w:rsidRDefault="00751C59">
      <w:pPr>
        <w:spacing w:after="160"/>
        <w:ind w:firstLine="259"/>
      </w:pPr>
      <w:r>
        <w:rPr>
          <w:rFonts w:ascii="Georgia" w:eastAsia="Georgia" w:hAnsi="Georgia"/>
        </w:rPr>
        <w:t>blessed be You'" (Daniel 3:26, cf. 6:10) — in the furnace. |</w:t>
      </w:r>
    </w:p>
    <w:p w14:paraId="736714B8" w14:textId="77777777" w:rsidR="00C8625A" w:rsidRDefault="00751C59">
      <w:pPr>
        <w:spacing w:after="80"/>
        <w:ind w:left="288"/>
      </w:pPr>
      <w:r>
        <w:rPr>
          <w:rFonts w:ascii="Georgia" w:eastAsia="Georgia" w:hAnsi="Georgia"/>
        </w:rPr>
        <w:t>| "Confess your shame and hide." | "If we confess our sins, He is faithful and just to forgive</w:t>
      </w:r>
    </w:p>
    <w:p w14:paraId="5492BC72" w14:textId="77777777" w:rsidR="00C8625A" w:rsidRDefault="00751C59">
      <w:pPr>
        <w:spacing w:after="160"/>
        <w:ind w:firstLine="259"/>
      </w:pPr>
      <w:r>
        <w:rPr>
          <w:rFonts w:ascii="Georgia" w:eastAsia="Georgia" w:hAnsi="Georgia"/>
        </w:rPr>
        <w:t>us" (1 John 1:9) — then praise with the ledger clean. |</w:t>
      </w:r>
    </w:p>
    <w:p w14:paraId="1C5446F2" w14:textId="77777777" w:rsidR="00C8625A" w:rsidRDefault="00751C59">
      <w:pPr>
        <w:spacing w:after="80"/>
        <w:ind w:left="288"/>
      </w:pPr>
      <w:r>
        <w:rPr>
          <w:rFonts w:ascii="Georgia" w:eastAsia="Georgia" w:hAnsi="Georgia"/>
        </w:rPr>
        <w:t>| "This situation is final." | "Thanks be to God, who always leads us in triumph in Christ" (2</w:t>
      </w:r>
    </w:p>
    <w:p w14:paraId="68326A1C" w14:textId="77777777" w:rsidR="00C8625A" w:rsidRDefault="00751C59">
      <w:pPr>
        <w:spacing w:after="160"/>
        <w:ind w:firstLine="259"/>
      </w:pPr>
      <w:r>
        <w:rPr>
          <w:rFonts w:ascii="Georgia" w:eastAsia="Georgia" w:hAnsi="Georgia"/>
        </w:rPr>
        <w:t>Corinthians 2:14, NKJV) — the sentence is not; the parade is. |</w:t>
      </w:r>
    </w:p>
    <w:p w14:paraId="711D96DA" w14:textId="77777777" w:rsidR="00C8625A" w:rsidRDefault="00751C59">
      <w:pPr>
        <w:spacing w:before="280" w:after="120"/>
      </w:pPr>
      <w:r>
        <w:rPr>
          <w:rFonts w:ascii="Georgia" w:eastAsia="Georgia" w:hAnsi="Georgia"/>
          <w:b/>
        </w:rPr>
        <w:t>A Warning About Weapon-ology</w:t>
      </w:r>
    </w:p>
    <w:p w14:paraId="17310B81" w14:textId="77777777" w:rsidR="00C8625A" w:rsidRDefault="00751C59">
      <w:pPr>
        <w:spacing w:after="160"/>
        <w:ind w:firstLine="259"/>
      </w:pPr>
      <w:r>
        <w:rPr>
          <w:rFonts w:ascii="Georgia" w:eastAsia="Georgia" w:hAnsi="Georgia"/>
        </w:rPr>
        <w:t xml:space="preserve">Praise is not a magic formula, and it is not a self-service miracle machine. If we treat Psalm 149:6 as a technique, we have built a new paganism with Hebrew vocabulary: a spell that binds gods instead of a Son who already defeated them. The weapon is never the volume of your song; it is the worth of the One sung about and the finished work you are appealing to. "Not by might, nor by power, but by My Spirit, says the LORD of hosts" (Zechariah 4:6, NKJV). Also: some battles involve people who genuinely love </w:t>
      </w:r>
      <w:r>
        <w:rPr>
          <w:rFonts w:ascii="Georgia" w:eastAsia="Georgia" w:hAnsi="Georgia"/>
        </w:rPr>
        <w:t>you and are genuinely sick, and no praise of yours will make a spouse into a different spouse. Praise is a weapon against the enemy; it is not a tool for controlling other humans. Do not use Scripture as leverage over a person made in God's image.</w:t>
      </w:r>
    </w:p>
    <w:p w14:paraId="4F931354" w14:textId="77777777" w:rsidR="00C8625A" w:rsidRDefault="00751C59">
      <w:pPr>
        <w:spacing w:before="280" w:after="120"/>
      </w:pPr>
      <w:r>
        <w:rPr>
          <w:rFonts w:ascii="Georgia" w:eastAsia="Georgia" w:hAnsi="Georgia"/>
          <w:b/>
        </w:rPr>
        <w:t>Reflect and Respond</w:t>
      </w:r>
    </w:p>
    <w:p w14:paraId="58595196" w14:textId="77777777" w:rsidR="00C8625A" w:rsidRDefault="00751C59">
      <w:pPr>
        <w:spacing w:after="80"/>
        <w:ind w:left="288"/>
      </w:pPr>
      <w:r>
        <w:rPr>
          <w:rFonts w:ascii="Georgia" w:eastAsia="Georgia" w:hAnsi="Georgia"/>
        </w:rPr>
        <w:lastRenderedPageBreak/>
        <w:t>1. Which accusation does the enemy repeat about you, and what is the precise counterpraise you will say aloud daily this week?</w:t>
      </w:r>
    </w:p>
    <w:p w14:paraId="759BB9B0" w14:textId="77777777" w:rsidR="00C8625A" w:rsidRDefault="00751C59">
      <w:pPr>
        <w:spacing w:after="80"/>
        <w:ind w:left="288"/>
      </w:pPr>
      <w:r>
        <w:rPr>
          <w:rFonts w:ascii="Georgia" w:eastAsia="Georgia" w:hAnsi="Georgia"/>
        </w:rPr>
        <w:t>2. In what areas of your life is your worship "straining" like the prophets of Baal rather</w:t>
      </w:r>
    </w:p>
    <w:p w14:paraId="722F78BD" w14:textId="77777777" w:rsidR="00C8625A" w:rsidRDefault="00751C59">
      <w:pPr>
        <w:spacing w:after="160"/>
        <w:ind w:firstLine="259"/>
      </w:pPr>
      <w:r>
        <w:rPr>
          <w:rFonts w:ascii="Georgia" w:eastAsia="Georgia" w:hAnsi="Georgia"/>
        </w:rPr>
        <w:t>than resting like Elijah's access?</w:t>
      </w:r>
    </w:p>
    <w:p w14:paraId="2237E8C4" w14:textId="77777777" w:rsidR="00C8625A" w:rsidRDefault="00751C59">
      <w:pPr>
        <w:spacing w:after="80"/>
        <w:ind w:left="288"/>
      </w:pPr>
      <w:r>
        <w:rPr>
          <w:rFonts w:ascii="Georgia" w:eastAsia="Georgia" w:hAnsi="Georgia"/>
        </w:rPr>
        <w:t>3. Do you believe God is "enthroned" in your praise, or only "pleased" by it? What would</w:t>
      </w:r>
    </w:p>
    <w:p w14:paraId="55E975A7" w14:textId="77777777" w:rsidR="00C8625A" w:rsidRDefault="00751C59">
      <w:pPr>
        <w:spacing w:after="160"/>
        <w:ind w:firstLine="259"/>
      </w:pPr>
      <w:r>
        <w:rPr>
          <w:rFonts w:ascii="Georgia" w:eastAsia="Georgia" w:hAnsi="Georgia"/>
        </w:rPr>
        <w:t>change if the first were real to you?</w:t>
      </w:r>
    </w:p>
    <w:p w14:paraId="78536853" w14:textId="77777777" w:rsidR="00C8625A" w:rsidRDefault="00751C59">
      <w:pPr>
        <w:spacing w:before="240" w:after="80"/>
      </w:pPr>
      <w:r>
        <w:rPr>
          <w:rFonts w:ascii="Georgia" w:eastAsia="Georgia" w:hAnsi="Georgia"/>
          <w:b/>
          <w:color w:val="2C3E50"/>
          <w:sz w:val="20"/>
        </w:rPr>
        <w:t>DECLARATION</w:t>
      </w:r>
    </w:p>
    <w:p w14:paraId="32D61E22" w14:textId="77777777" w:rsidR="00C8625A" w:rsidRDefault="00751C59">
      <w:pPr>
        <w:spacing w:after="160"/>
        <w:ind w:left="288"/>
      </w:pPr>
      <w:r>
        <w:rPr>
          <w:rFonts w:ascii="Georgia" w:eastAsia="Georgia" w:hAnsi="Georgia"/>
          <w:i/>
        </w:rPr>
        <w:t>"The high praises of God are in my mouth; a two-edged sword is in my hand. I overcome the accuser by the blood of the Lamb and the word of my testimony."</w:t>
      </w:r>
    </w:p>
    <w:p w14:paraId="5B4EBA11" w14:textId="77777777" w:rsidR="00C8625A" w:rsidRDefault="00751C59">
      <w:pPr>
        <w:spacing w:before="160" w:after="80"/>
      </w:pPr>
      <w:r>
        <w:rPr>
          <w:rFonts w:ascii="Georgia" w:eastAsia="Georgia" w:hAnsi="Georgia"/>
          <w:b/>
          <w:color w:val="2C3E50"/>
          <w:sz w:val="20"/>
        </w:rPr>
        <w:t>PRAYER</w:t>
      </w:r>
    </w:p>
    <w:p w14:paraId="76451575" w14:textId="77777777" w:rsidR="00C8625A" w:rsidRDefault="00751C59">
      <w:pPr>
        <w:spacing w:after="240"/>
        <w:ind w:left="288"/>
      </w:pPr>
      <w:r>
        <w:rPr>
          <w:rFonts w:ascii="Georgia" w:eastAsia="Georgia" w:hAnsi="Georgia"/>
          <w:i/>
        </w:rPr>
        <w:t>LORD of hosts, I take up the weapon You gave me. I will not win by arguing with the enemy; I will win by worshipping my God until the argument ends. In Jesus' name, amen.</w:t>
      </w:r>
    </w:p>
    <w:p w14:paraId="5355304D" w14:textId="77777777" w:rsidR="00C8625A" w:rsidRDefault="00751C59">
      <w:r>
        <w:br w:type="page"/>
      </w:r>
    </w:p>
    <w:p w14:paraId="062ACB20" w14:textId="77777777" w:rsidR="00C8625A" w:rsidRDefault="00751C59">
      <w:pPr>
        <w:spacing w:before="960" w:after="80"/>
        <w:jc w:val="center"/>
      </w:pPr>
      <w:r>
        <w:rPr>
          <w:rFonts w:ascii="Georgia" w:eastAsia="Georgia" w:hAnsi="Georgia"/>
          <w:b/>
        </w:rPr>
        <w:lastRenderedPageBreak/>
        <w:t>CHAPTER 24</w:t>
      </w:r>
    </w:p>
    <w:p w14:paraId="32BF333D" w14:textId="77777777" w:rsidR="00C8625A" w:rsidRDefault="00751C59">
      <w:pPr>
        <w:spacing w:after="280"/>
        <w:jc w:val="center"/>
      </w:pPr>
      <w:r>
        <w:rPr>
          <w:rFonts w:ascii="Georgia" w:eastAsia="Georgia" w:hAnsi="Georgia"/>
          <w:b/>
          <w:sz w:val="32"/>
        </w:rPr>
        <w:t>A Lifestyle of Praise</w:t>
      </w:r>
    </w:p>
    <w:p w14:paraId="6C1D6FDE" w14:textId="77777777" w:rsidR="00C8625A" w:rsidRDefault="00751C59">
      <w:pPr>
        <w:spacing w:after="160"/>
        <w:ind w:firstLine="259"/>
      </w:pPr>
      <w:r>
        <w:rPr>
          <w:rFonts w:ascii="Georgia" w:eastAsia="Georgia" w:hAnsi="Georgia"/>
        </w:rPr>
        <w:t>"Therefore by Him let us continually offer the sacrifice of praise to God, that is, the fruit of lips confessing to His name." — Hebrews 13:15 (NKJV, adapted)</w:t>
      </w:r>
    </w:p>
    <w:p w14:paraId="40598724" w14:textId="77777777" w:rsidR="00C8625A" w:rsidRDefault="00751C59">
      <w:pPr>
        <w:spacing w:before="280" w:after="120"/>
      </w:pPr>
      <w:r>
        <w:rPr>
          <w:rFonts w:ascii="Georgia" w:eastAsia="Georgia" w:hAnsi="Georgia"/>
          <w:b/>
        </w:rPr>
        <w:t>Sunday Is Not Enough, and That Is Not Your Fault</w:t>
      </w:r>
    </w:p>
    <w:p w14:paraId="45A254B5" w14:textId="77777777" w:rsidR="00C8625A" w:rsidRDefault="00751C59">
      <w:pPr>
        <w:spacing w:after="160"/>
        <w:ind w:firstLine="259"/>
      </w:pPr>
      <w:r>
        <w:rPr>
          <w:rFonts w:ascii="Georgia" w:eastAsia="Georgia" w:hAnsi="Georgia"/>
        </w:rPr>
        <w:t>Most of us are not lazy; we are simply built with a weekly container. A two-hour service cannot hold the week's war. The Hebrews passage above speaks of praise as continual — not a performance at a set time, but an atmosphere. A lifestyle of praise has four pillars. Small. Repeatable. Doable by a working parent.</w:t>
      </w:r>
    </w:p>
    <w:p w14:paraId="7F987B6B" w14:textId="77777777" w:rsidR="00C8625A" w:rsidRDefault="00751C59">
      <w:pPr>
        <w:spacing w:before="280" w:after="120"/>
      </w:pPr>
      <w:r>
        <w:rPr>
          <w:rFonts w:ascii="Georgia" w:eastAsia="Georgia" w:hAnsi="Georgia"/>
          <w:b/>
        </w:rPr>
        <w:t>Pillar 1 — The First Ten Minutes</w:t>
      </w:r>
    </w:p>
    <w:p w14:paraId="17C3A5A5" w14:textId="77777777" w:rsidR="00C8625A" w:rsidRDefault="00751C59">
      <w:pPr>
        <w:spacing w:before="160"/>
        <w:ind w:left="360" w:right="360"/>
        <w:jc w:val="center"/>
      </w:pPr>
      <w:r>
        <w:rPr>
          <w:rFonts w:ascii="Georgia" w:eastAsia="Georgia" w:hAnsi="Georgia"/>
          <w:i/>
          <w:sz w:val="20"/>
        </w:rPr>
        <w:t>"Your voice in the morning, O LORD; in the morning I will direct my prayer to You, and watch" (Psalm 5:3, NKJV, adapted). "Very early in the morning, having risen, He went out and departed to a solitary place, and there He prayed" (Mark 1:35, NKJV)</w:t>
      </w:r>
    </w:p>
    <w:p w14:paraId="47B66277" w14:textId="77777777" w:rsidR="00C8625A" w:rsidRDefault="00751C59">
      <w:pPr>
        <w:spacing w:after="160"/>
        <w:ind w:firstLine="259"/>
      </w:pPr>
      <w:r>
        <w:rPr>
          <w:rFonts w:ascii="Georgia" w:eastAsia="Georgia" w:hAnsi="Georgia"/>
        </w:rPr>
        <w:t>. Ten minutes, before the phone: feet on the floor, one psalm read aloud, one specific thanksgiving, one surrender of the day's hardest thing. Do not underestimate how much of a day can be set by the first ten minutes.</w:t>
      </w:r>
    </w:p>
    <w:p w14:paraId="3AEC398F" w14:textId="77777777" w:rsidR="00C8625A" w:rsidRDefault="00751C59">
      <w:pPr>
        <w:spacing w:before="280" w:after="120"/>
      </w:pPr>
      <w:r>
        <w:rPr>
          <w:rFonts w:ascii="Georgia" w:eastAsia="Georgia" w:hAnsi="Georgia"/>
          <w:b/>
        </w:rPr>
        <w:t>Pillar 2 — The Posture of the Day (and the Habits That Shape It)</w:t>
      </w:r>
    </w:p>
    <w:p w14:paraId="136903FC" w14:textId="77777777" w:rsidR="00C8625A" w:rsidRDefault="00751C59">
      <w:pPr>
        <w:spacing w:after="160"/>
        <w:ind w:firstLine="259"/>
      </w:pPr>
      <w:r>
        <w:rPr>
          <w:rFonts w:ascii="Georgia" w:eastAsia="Georgia" w:hAnsi="Georgia"/>
        </w:rPr>
        <w:t xml:space="preserve">James K. A. Smith has made a helpful observation from Augustine through Pascal: we are shaped less by what we think than by what we love, and what we love is trained by routines — liturgies, repeated bodily practices. The mall, the stadium, and the phone all have liturgies; they are not </w:t>
      </w:r>
      <w:r>
        <w:rPr>
          <w:rFonts w:ascii="Georgia" w:eastAsia="Georgia" w:hAnsi="Georgia"/>
        </w:rPr>
        <w:lastRenderedPageBreak/>
        <w:t>neutral. They form you. So does the church. And so does your private habit of praise, which is why a book about the body is not a distraction in a book about worship (see Chapter 12). So design your day's liturgy deliberately:</w:t>
      </w:r>
    </w:p>
    <w:p w14:paraId="3ECA96A4" w14:textId="77777777" w:rsidR="00C8625A" w:rsidRDefault="00751C59">
      <w:pPr>
        <w:spacing w:after="80"/>
        <w:ind w:left="288"/>
      </w:pPr>
      <w:r>
        <w:rPr>
          <w:rFonts w:ascii="Georgia" w:eastAsia="Georgia" w:hAnsi="Georgia"/>
        </w:rPr>
        <w:t>• The commute: instead of the news first, play a worship song or an audio psalm on the</w:t>
      </w:r>
    </w:p>
    <w:p w14:paraId="7D01DEFA" w14:textId="77777777" w:rsidR="00C8625A" w:rsidRDefault="00751C59">
      <w:pPr>
        <w:spacing w:after="160"/>
        <w:ind w:firstLine="259"/>
      </w:pPr>
      <w:r>
        <w:rPr>
          <w:rFonts w:ascii="Georgia" w:eastAsia="Georgia" w:hAnsi="Georgia"/>
        </w:rPr>
        <w:t>way in, and one on the way home. You arrive at work having already been addressed by God rather than alarmed by the world.</w:t>
      </w:r>
    </w:p>
    <w:p w14:paraId="4BD40F03" w14:textId="77777777" w:rsidR="00C8625A" w:rsidRDefault="00751C59">
      <w:pPr>
        <w:spacing w:after="80"/>
        <w:ind w:left="288"/>
      </w:pPr>
      <w:r>
        <w:rPr>
          <w:rFonts w:ascii="Georgia" w:eastAsia="Georgia" w:hAnsi="Georgia"/>
        </w:rPr>
        <w:t>• The doorway: every time you go through a door this week, say one line — "The LORD is</w:t>
      </w:r>
    </w:p>
    <w:p w14:paraId="2150B90A" w14:textId="77777777" w:rsidR="00C8625A" w:rsidRDefault="00751C59">
      <w:pPr>
        <w:spacing w:after="160"/>
        <w:ind w:firstLine="259"/>
      </w:pPr>
      <w:r>
        <w:rPr>
          <w:rFonts w:ascii="Georgia" w:eastAsia="Georgia" w:hAnsi="Georgia"/>
        </w:rPr>
        <w:t>my helper" — or breathe one praise. Doorways make excellent habit triggers.</w:t>
      </w:r>
    </w:p>
    <w:p w14:paraId="30D76B08" w14:textId="77777777" w:rsidR="00C8625A" w:rsidRDefault="00751C59">
      <w:pPr>
        <w:spacing w:after="80"/>
        <w:ind w:left="288"/>
      </w:pPr>
      <w:r>
        <w:rPr>
          <w:rFonts w:ascii="Georgia" w:eastAsia="Georgia" w:hAnsi="Georgia"/>
        </w:rPr>
        <w:t>• The table: "the bread which we break... is it not the communion of the body of Christ?" (1</w:t>
      </w:r>
    </w:p>
    <w:p w14:paraId="5331E6CD" w14:textId="77777777" w:rsidR="00C8625A" w:rsidRDefault="00751C59">
      <w:pPr>
        <w:spacing w:after="160"/>
        <w:ind w:firstLine="259"/>
      </w:pPr>
      <w:r>
        <w:rPr>
          <w:rFonts w:ascii="Georgia" w:eastAsia="Georgia" w:hAnsi="Georgia"/>
        </w:rPr>
        <w:t>Corinthians 10:16, NKJV). Eat with thanks aloud, in front of your children, naming God rather than saying grace as a ritual reflex.</w:t>
      </w:r>
    </w:p>
    <w:p w14:paraId="3C701898" w14:textId="77777777" w:rsidR="00C8625A" w:rsidRDefault="00751C59">
      <w:pPr>
        <w:spacing w:after="80"/>
        <w:ind w:left="288"/>
      </w:pPr>
      <w:r>
        <w:rPr>
          <w:rFonts w:ascii="Georgia" w:eastAsia="Georgia" w:hAnsi="Georgia"/>
        </w:rPr>
        <w:t>• The bed: "when you lie down, and when you rise up" (Deuteronomy 6:9, NKJV). Psalm,</w:t>
      </w:r>
    </w:p>
    <w:p w14:paraId="336C5C0E" w14:textId="77777777" w:rsidR="00C8625A" w:rsidRDefault="00751C59">
      <w:pPr>
        <w:spacing w:after="160"/>
        <w:ind w:firstLine="259"/>
      </w:pPr>
      <w:r>
        <w:rPr>
          <w:rFonts w:ascii="Georgia" w:eastAsia="Georgia" w:hAnsi="Georgia"/>
        </w:rPr>
        <w:t>then sleep — see Chapter 13.</w:t>
      </w:r>
    </w:p>
    <w:p w14:paraId="5F1460F2" w14:textId="77777777" w:rsidR="00C8625A" w:rsidRDefault="00751C59">
      <w:pPr>
        <w:spacing w:before="280" w:after="120"/>
      </w:pPr>
      <w:r>
        <w:rPr>
          <w:rFonts w:ascii="Georgia" w:eastAsia="Georgia" w:hAnsi="Georgia"/>
          <w:b/>
        </w:rPr>
        <w:t>Pillar 3 — The Secret Place</w:t>
      </w:r>
    </w:p>
    <w:p w14:paraId="2BD81847" w14:textId="77777777" w:rsidR="00C8625A" w:rsidRDefault="00751C59">
      <w:pPr>
        <w:spacing w:after="160"/>
        <w:ind w:firstLine="259"/>
      </w:pPr>
      <w:r>
        <w:rPr>
          <w:rFonts w:ascii="Georgia" w:eastAsia="Georgia" w:hAnsi="Georgia"/>
        </w:rPr>
        <w:t>Luther, in his 1535 "Open Letter on Prayer" to Leo Jud, described a soldier of Christ going through the Psalter in one continuous prayer, using each psalm in four movements: teaching, thanksgiving, confession, and prayer for others. Whatever your tradition, the pattern is worth copying, because it prevents the two most common failures of private worship: a prayer life that is only a list, and a praise life that never gets personal. Build your own "prayer closet":</w:t>
      </w:r>
    </w:p>
    <w:p w14:paraId="1C283902" w14:textId="77777777" w:rsidR="00C8625A" w:rsidRDefault="00751C59">
      <w:pPr>
        <w:spacing w:after="80"/>
        <w:ind w:left="288"/>
      </w:pPr>
      <w:r>
        <w:rPr>
          <w:rFonts w:ascii="Georgia" w:eastAsia="Georgia" w:hAnsi="Georgia"/>
        </w:rPr>
        <w:lastRenderedPageBreak/>
        <w:t>• A chair, a Bible, a lamp. Nothing else required. ("The whole world would be glad to buy</w:t>
      </w:r>
    </w:p>
    <w:p w14:paraId="4E1FB3B4" w14:textId="77777777" w:rsidR="00C8625A" w:rsidRDefault="00751C59">
      <w:pPr>
        <w:spacing w:after="160"/>
        <w:ind w:firstLine="259"/>
      </w:pPr>
      <w:r>
        <w:rPr>
          <w:rFonts w:ascii="Georgia" w:eastAsia="Georgia" w:hAnsi="Georgia"/>
        </w:rPr>
        <w:t>one hour of this closet," as one old pastor put it.)</w:t>
      </w:r>
    </w:p>
    <w:p w14:paraId="313DE026" w14:textId="77777777" w:rsidR="00C8625A" w:rsidRDefault="00751C59">
      <w:pPr>
        <w:spacing w:after="80"/>
        <w:ind w:left="288"/>
      </w:pPr>
      <w:r>
        <w:rPr>
          <w:rFonts w:ascii="Georgia" w:eastAsia="Georgia" w:hAnsi="Georgia"/>
        </w:rPr>
        <w:t>• A fixed time, written on paper and not negotiable.</w:t>
      </w:r>
    </w:p>
    <w:p w14:paraId="2DCCF0E4" w14:textId="77777777" w:rsidR="00C8625A" w:rsidRDefault="00751C59">
      <w:pPr>
        <w:spacing w:after="80"/>
        <w:ind w:left="288"/>
      </w:pPr>
      <w:r>
        <w:rPr>
          <w:rFonts w:ascii="Georgia" w:eastAsia="Georgia" w:hAnsi="Georgia"/>
        </w:rPr>
        <w:t>• Four movements: praise (who He is), confession (where I am), thanks (what He has</w:t>
      </w:r>
    </w:p>
    <w:p w14:paraId="2A422190" w14:textId="77777777" w:rsidR="00C8625A" w:rsidRDefault="00751C59">
      <w:pPr>
        <w:spacing w:after="160"/>
        <w:ind w:firstLine="259"/>
      </w:pPr>
      <w:r>
        <w:rPr>
          <w:rFonts w:ascii="Georgia" w:eastAsia="Georgia" w:hAnsi="Georgia"/>
        </w:rPr>
        <w:t>done), intercession (who I carry). Twenty minutes covers all four; fifteen covers them shallowly, and shallow and daily beats deep and rare.</w:t>
      </w:r>
    </w:p>
    <w:p w14:paraId="460E56C5" w14:textId="77777777" w:rsidR="00C8625A" w:rsidRDefault="00751C59">
      <w:pPr>
        <w:spacing w:before="280" w:after="120"/>
      </w:pPr>
      <w:r>
        <w:rPr>
          <w:rFonts w:ascii="Georgia" w:eastAsia="Georgia" w:hAnsi="Georgia"/>
          <w:b/>
        </w:rPr>
        <w:t>Pillar 4 — The Assembly and the Calendar</w:t>
      </w:r>
    </w:p>
    <w:p w14:paraId="2F23AC05" w14:textId="77777777" w:rsidR="00C8625A" w:rsidRDefault="00751C59">
      <w:pPr>
        <w:spacing w:before="160"/>
        <w:ind w:left="360" w:right="360"/>
        <w:jc w:val="center"/>
      </w:pPr>
      <w:r>
        <w:rPr>
          <w:rFonts w:ascii="Georgia" w:eastAsia="Georgia" w:hAnsi="Georgia"/>
          <w:i/>
          <w:sz w:val="20"/>
        </w:rPr>
        <w:t>"Let us consider one another in order to stir up love and good works, not forsaking the assembling of ourselves together, as is the manner of some, but exhorting one another, and so much the more as you see the Day approaching" (Hebrews 10:24–25, NKJV)</w:t>
      </w:r>
    </w:p>
    <w:p w14:paraId="068AF73D" w14:textId="77777777" w:rsidR="00C8625A" w:rsidRDefault="00751C59">
      <w:pPr>
        <w:spacing w:after="160"/>
        <w:ind w:firstLine="259"/>
      </w:pPr>
      <w:r>
        <w:rPr>
          <w:rFonts w:ascii="Georgia" w:eastAsia="Georgia" w:hAnsi="Georgia"/>
        </w:rPr>
        <w:t>. Corporate praise is not an entertainment preference; it is a survival instruction. And mark time by God's calendar, not only your employer's. The Bible's praise calendar is instructive: weekly Sabbath (Exodus 20:8–11), monthly new moon (Isaiah 1:13–14; 66:23), and yearly feasts — Passover, Pentecost, Tabernacles — in which the whole nation stopped to praise together (Leviticus 23). Feasts were commanded celebrations: "You shall rejoice in your feast... because the LORD your God will bless you" (Deuteronom</w:t>
      </w:r>
      <w:r>
        <w:rPr>
          <w:rFonts w:ascii="Georgia" w:eastAsia="Georgia" w:hAnsi="Georgia"/>
        </w:rPr>
        <w:t>y 16:14–15, NKJV, adapted). Practically: keep a Lord's Day. Keep a monthly worship night with two or three friends. Keep an annual anniversary of what God did — your own Passover, the day you mark with food and a song because He brought you out (Exodus 12:26–27). Tell your children the story when they ask, as Israel did (Exodus 12:26–27).</w:t>
      </w:r>
    </w:p>
    <w:p w14:paraId="1C3B9436" w14:textId="77777777" w:rsidR="00C8625A" w:rsidRDefault="00751C59">
      <w:pPr>
        <w:spacing w:before="280" w:after="120"/>
      </w:pPr>
      <w:r>
        <w:rPr>
          <w:rFonts w:ascii="Georgia" w:eastAsia="Georgia" w:hAnsi="Georgia"/>
          <w:b/>
        </w:rPr>
        <w:t>When You Miss a Day (You Will)</w:t>
      </w:r>
    </w:p>
    <w:p w14:paraId="34B1A62C" w14:textId="77777777" w:rsidR="00C8625A" w:rsidRDefault="00751C59">
      <w:pPr>
        <w:spacing w:after="160"/>
        <w:ind w:firstLine="259"/>
      </w:pPr>
      <w:r>
        <w:rPr>
          <w:rFonts w:ascii="Georgia" w:eastAsia="Georgia" w:hAnsi="Georgia"/>
        </w:rPr>
        <w:lastRenderedPageBreak/>
        <w:t>Here is where most praise plans die: the fourth day. Guilt arrives, the enemy makes the missed day into an identity ("you're not really a worshipping person"), and it is easier to quit than to begin again badly. So write the rule down now: missed means mercy, not condemnation. "His compassions fail not. They are new every morning" (Lamentations 3:22–23, NKJV). Get up the next morning and do ten minutes. Nobody but God keeps a record of your failures; and on the day of judgement that record was already clear</w:t>
      </w:r>
      <w:r>
        <w:rPr>
          <w:rFonts w:ascii="Georgia" w:eastAsia="Georgia" w:hAnsi="Georgia"/>
        </w:rPr>
        <w:t>ed (Romans 8:1).</w:t>
      </w:r>
    </w:p>
    <w:p w14:paraId="1E40B590" w14:textId="77777777" w:rsidR="00C8625A" w:rsidRDefault="00751C59">
      <w:pPr>
        <w:spacing w:before="280" w:after="120"/>
      </w:pPr>
      <w:r>
        <w:rPr>
          <w:rFonts w:ascii="Georgia" w:eastAsia="Georgia" w:hAnsi="Georgia"/>
          <w:b/>
        </w:rPr>
        <w:t>Reflect and Respond</w:t>
      </w:r>
    </w:p>
    <w:p w14:paraId="3382050B" w14:textId="77777777" w:rsidR="00C8625A" w:rsidRDefault="00751C59">
      <w:pPr>
        <w:spacing w:after="80"/>
        <w:ind w:left="288"/>
      </w:pPr>
      <w:r>
        <w:rPr>
          <w:rFonts w:ascii="Georgia" w:eastAsia="Georgia" w:hAnsi="Georgia"/>
        </w:rPr>
        <w:t>1. Which of the four pillars does your life currently have? Which is missing?</w:t>
      </w:r>
    </w:p>
    <w:p w14:paraId="1E084586" w14:textId="77777777" w:rsidR="00C8625A" w:rsidRDefault="00751C59">
      <w:pPr>
        <w:spacing w:after="80"/>
        <w:ind w:left="288"/>
      </w:pPr>
      <w:r>
        <w:rPr>
          <w:rFonts w:ascii="Georgia" w:eastAsia="Georgia" w:hAnsi="Georgia"/>
        </w:rPr>
        <w:t>2. What is the competing liturgy that is actually shaping your love this month? (Name it</w:t>
      </w:r>
    </w:p>
    <w:p w14:paraId="3E5FE6F1" w14:textId="77777777" w:rsidR="00C8625A" w:rsidRDefault="00751C59">
      <w:pPr>
        <w:spacing w:after="160"/>
        <w:ind w:firstLine="259"/>
      </w:pPr>
      <w:r>
        <w:rPr>
          <w:rFonts w:ascii="Georgia" w:eastAsia="Georgia" w:hAnsi="Georgia"/>
        </w:rPr>
        <w:t>without shame, so you can replace it on purpose.)</w:t>
      </w:r>
    </w:p>
    <w:p w14:paraId="002B8D69" w14:textId="77777777" w:rsidR="00C8625A" w:rsidRDefault="00751C59">
      <w:pPr>
        <w:spacing w:after="80"/>
        <w:ind w:left="288"/>
      </w:pPr>
      <w:r>
        <w:rPr>
          <w:rFonts w:ascii="Georgia" w:eastAsia="Georgia" w:hAnsi="Georgia"/>
        </w:rPr>
        <w:t>3. Choose your anniversary celebration of deliverance and set the date now.</w:t>
      </w:r>
    </w:p>
    <w:p w14:paraId="21DCB12A" w14:textId="77777777" w:rsidR="00C8625A" w:rsidRDefault="00751C59">
      <w:pPr>
        <w:spacing w:before="240" w:after="80"/>
      </w:pPr>
      <w:r>
        <w:rPr>
          <w:rFonts w:ascii="Georgia" w:eastAsia="Georgia" w:hAnsi="Georgia"/>
          <w:b/>
          <w:color w:val="2C3E50"/>
          <w:sz w:val="20"/>
        </w:rPr>
        <w:t>DECLARATION</w:t>
      </w:r>
    </w:p>
    <w:p w14:paraId="2A855EB2" w14:textId="77777777" w:rsidR="00C8625A" w:rsidRDefault="00751C59">
      <w:pPr>
        <w:spacing w:after="160"/>
        <w:ind w:left="288"/>
      </w:pPr>
      <w:r>
        <w:rPr>
          <w:rFonts w:ascii="Georgia" w:eastAsia="Georgia" w:hAnsi="Georgia"/>
          <w:i/>
        </w:rPr>
        <w:t>"I will live in the morning of praise, the doorway of praise, the table of praise, and the bed of praise. Sunday is my feast; every day is my sanctuary."</w:t>
      </w:r>
    </w:p>
    <w:p w14:paraId="598E8AA2" w14:textId="77777777" w:rsidR="00C8625A" w:rsidRDefault="00751C59">
      <w:pPr>
        <w:spacing w:before="160" w:after="80"/>
      </w:pPr>
      <w:r>
        <w:rPr>
          <w:rFonts w:ascii="Georgia" w:eastAsia="Georgia" w:hAnsi="Georgia"/>
          <w:b/>
          <w:color w:val="2C3E50"/>
          <w:sz w:val="20"/>
        </w:rPr>
        <w:t>PRAYER</w:t>
      </w:r>
    </w:p>
    <w:p w14:paraId="4C695CFD" w14:textId="77777777" w:rsidR="00C8625A" w:rsidRDefault="00751C59">
      <w:pPr>
        <w:spacing w:after="240"/>
        <w:ind w:left="288"/>
      </w:pPr>
      <w:r>
        <w:rPr>
          <w:rFonts w:ascii="Georgia" w:eastAsia="Georgia" w:hAnsi="Georgia"/>
          <w:i/>
        </w:rPr>
        <w:t>Lord, make my life a room You can inhabit. Teach me to praise when no one sees, and to gather with those who do, until the habit becomes a heart. In Jesus' name, amen.</w:t>
      </w:r>
    </w:p>
    <w:p w14:paraId="01214495" w14:textId="77777777" w:rsidR="00C8625A" w:rsidRDefault="00751C59">
      <w:r>
        <w:br w:type="page"/>
      </w:r>
    </w:p>
    <w:p w14:paraId="7450C677" w14:textId="77777777" w:rsidR="00C8625A" w:rsidRDefault="00751C59">
      <w:pPr>
        <w:spacing w:before="960" w:after="80"/>
        <w:jc w:val="center"/>
      </w:pPr>
      <w:r>
        <w:rPr>
          <w:rFonts w:ascii="Georgia" w:eastAsia="Georgia" w:hAnsi="Georgia"/>
          <w:b/>
        </w:rPr>
        <w:lastRenderedPageBreak/>
        <w:t>CHAPTER 25</w:t>
      </w:r>
    </w:p>
    <w:p w14:paraId="59DAC83A" w14:textId="77777777" w:rsidR="00C8625A" w:rsidRDefault="00751C59">
      <w:pPr>
        <w:spacing w:after="280"/>
        <w:jc w:val="center"/>
      </w:pPr>
      <w:r>
        <w:rPr>
          <w:rFonts w:ascii="Georgia" w:eastAsia="Georgia" w:hAnsi="Georgia"/>
          <w:b/>
          <w:sz w:val="32"/>
        </w:rPr>
        <w:t>Entering Your Victory Through Praise</w:t>
      </w:r>
    </w:p>
    <w:p w14:paraId="39404E55" w14:textId="77777777" w:rsidR="00C8625A" w:rsidRDefault="00751C59">
      <w:pPr>
        <w:spacing w:before="160"/>
        <w:ind w:left="360" w:right="360"/>
        <w:jc w:val="center"/>
      </w:pPr>
      <w:r>
        <w:rPr>
          <w:rFonts w:ascii="Georgia" w:eastAsia="Georgia" w:hAnsi="Georgia"/>
          <w:i/>
          <w:sz w:val="20"/>
        </w:rPr>
        <w:t>"You will keep him in perfect peace whose mind is stayed on You, because he trusts in You." — Isaiah 26:3 (NKJV)</w:t>
      </w:r>
    </w:p>
    <w:p w14:paraId="7309F6FB" w14:textId="77777777" w:rsidR="00C8625A" w:rsidRDefault="00751C59">
      <w:pPr>
        <w:spacing w:before="280" w:after="120"/>
      </w:pPr>
      <w:r>
        <w:rPr>
          <w:rFonts w:ascii="Georgia" w:eastAsia="Georgia" w:hAnsi="Georgia"/>
          <w:b/>
        </w:rPr>
        <w:t>The Doorway</w:t>
      </w:r>
    </w:p>
    <w:p w14:paraId="6054EECC" w14:textId="77777777" w:rsidR="00C8625A" w:rsidRDefault="00751C59">
      <w:pPr>
        <w:spacing w:before="160"/>
        <w:ind w:left="360" w:right="360"/>
        <w:jc w:val="center"/>
      </w:pPr>
      <w:r>
        <w:rPr>
          <w:rFonts w:ascii="Georgia" w:eastAsia="Georgia" w:hAnsi="Georgia"/>
          <w:i/>
          <w:sz w:val="20"/>
        </w:rPr>
        <w:t>"Enter into His gates with thanksgiving, and into His courts with praise; be thankful to Him, and bless His name. For the LORD is good; His mercy is everlasting, and His truth endures to all generations" (Psalm 100:4–5, NKJV)</w:t>
      </w:r>
    </w:p>
    <w:p w14:paraId="3559EC70" w14:textId="77777777" w:rsidR="00C8625A" w:rsidRDefault="00751C59">
      <w:pPr>
        <w:spacing w:after="160"/>
        <w:ind w:firstLine="259"/>
      </w:pPr>
      <w:r>
        <w:rPr>
          <w:rFonts w:ascii="Georgia" w:eastAsia="Georgia" w:hAnsi="Georgia"/>
        </w:rPr>
        <w:t>. Two things about this. It is an entrance liturgy — you come in by thanksgiving, and you come further in by praise. And it is a goodness argument: the reason to enter is not your need but His character. The gate is opened by gratitude because pride cannot walk through it. Victory is not something you chase from outside; it is a place you enter with the right posture.</w:t>
      </w:r>
    </w:p>
    <w:p w14:paraId="55D066D8" w14:textId="77777777" w:rsidR="00C8625A" w:rsidRDefault="00751C59">
      <w:pPr>
        <w:spacing w:before="280" w:after="120"/>
      </w:pPr>
      <w:r>
        <w:rPr>
          <w:rFonts w:ascii="Georgia" w:eastAsia="Georgia" w:hAnsi="Georgia"/>
          <w:b/>
        </w:rPr>
        <w:t>Already, Not Yet</w:t>
      </w:r>
    </w:p>
    <w:p w14:paraId="3706445C" w14:textId="77777777" w:rsidR="00C8625A" w:rsidRDefault="00751C59">
      <w:pPr>
        <w:spacing w:after="160"/>
        <w:ind w:firstLine="259"/>
      </w:pPr>
      <w:r>
        <w:rPr>
          <w:rFonts w:ascii="Georgia" w:eastAsia="Georgia" w:hAnsi="Georgia"/>
        </w:rPr>
        <w:t>The New Testament's grammar of victory is double-tensed, and it must be kept doubletensed or people get hurt. Already. "Whoever is born of God overcomes the world; and this is the victory that overcomes the world — even our faith" (1 John 5:4, NKJV). "Yet in all these things we are more than conquerors through Him who loved us" (Romans 8:37, NKJV). "Thanks be to God, who gives us the victory through our Lord Jesus Christ" (1 Corinthians 15:57). Note the tense: He gives, not will give. Not yet. "We have this</w:t>
      </w:r>
      <w:r>
        <w:rPr>
          <w:rFonts w:ascii="Georgia" w:eastAsia="Georgia" w:hAnsi="Georgia"/>
        </w:rPr>
        <w:t xml:space="preserve"> treasure in earthen vessels... always carrying about the dying of the Lord Jesus in the body, that the life of Jesus also may be </w:t>
      </w:r>
      <w:r>
        <w:rPr>
          <w:rFonts w:ascii="Georgia" w:eastAsia="Georgia" w:hAnsi="Georgia"/>
        </w:rPr>
        <w:lastRenderedPageBreak/>
        <w:t>manifested in our body" (2 Corinthians 4:7, 10, NKJV). "We ourselves, who have the firstfruits of the Spirit, groan within ourselves" (Romans 8:23). "Beloved, now we are children of God, and it has not yet appeared what we shall be" (1 John 3:2, NKJV). So if you have praised and are still waiting, you are not outside God's will; you are standing inside New Testament orthodoxy. An</w:t>
      </w:r>
      <w:r>
        <w:rPr>
          <w:rFonts w:ascii="Georgia" w:eastAsia="Georgia" w:hAnsi="Georgia"/>
        </w:rPr>
        <w:t>d if you have seen the victory manifested, praise Him with one eye open: "the LORD is my strength and song... He has become my salvation" (Exodus 15:2), and He is still the same "yesterday, today, and forever" (Hebrews 13:8).</w:t>
      </w:r>
    </w:p>
    <w:p w14:paraId="067959BD" w14:textId="77777777" w:rsidR="00C8625A" w:rsidRDefault="00751C59">
      <w:pPr>
        <w:spacing w:before="280" w:after="120"/>
      </w:pPr>
      <w:r>
        <w:rPr>
          <w:rFonts w:ascii="Georgia" w:eastAsia="Georgia" w:hAnsi="Georgia"/>
          <w:b/>
        </w:rPr>
        <w:t>Five Doors into Your Victory</w:t>
      </w:r>
    </w:p>
    <w:p w14:paraId="787452BE" w14:textId="77777777" w:rsidR="00C8625A" w:rsidRDefault="00751C59">
      <w:pPr>
        <w:spacing w:after="160"/>
        <w:ind w:firstLine="259"/>
      </w:pPr>
      <w:r>
        <w:rPr>
          <w:rFonts w:ascii="Georgia" w:eastAsia="Georgia" w:hAnsi="Georgia"/>
        </w:rPr>
        <w:t>Use these as a ladder. Do not skip a rung to get to the shout.</w:t>
      </w:r>
    </w:p>
    <w:p w14:paraId="21972DE0" w14:textId="77777777" w:rsidR="00C8625A" w:rsidRDefault="00751C59">
      <w:pPr>
        <w:spacing w:after="80"/>
        <w:ind w:left="288"/>
      </w:pPr>
      <w:r>
        <w:rPr>
          <w:rFonts w:ascii="Georgia" w:eastAsia="Georgia" w:hAnsi="Georgia"/>
        </w:rPr>
        <w:t>1. Confession cleans the door. "If we confess our sins, He is faithful and just to forgive us</w:t>
      </w:r>
    </w:p>
    <w:p w14:paraId="3FC79EC0" w14:textId="77777777" w:rsidR="00C8625A" w:rsidRDefault="00751C59">
      <w:pPr>
        <w:spacing w:after="160"/>
        <w:ind w:firstLine="259"/>
      </w:pPr>
      <w:r>
        <w:rPr>
          <w:rFonts w:ascii="Georgia" w:eastAsia="Georgia" w:hAnsi="Georgia"/>
        </w:rPr>
        <w:t>our sins and to cleanse us from all unrighteousness" (1 John 1:9, NKJV). Also: unforgiveness. "Forgive them... that your Father may also forgive you" (Matthew 6:14–15, cf. Mark 11:25). A grudge is a chained door; you may not even be able to see how long you have held it.</w:t>
      </w:r>
    </w:p>
    <w:p w14:paraId="68220450" w14:textId="77777777" w:rsidR="00C8625A" w:rsidRDefault="00751C59">
      <w:pPr>
        <w:spacing w:after="80"/>
        <w:ind w:left="288"/>
      </w:pPr>
      <w:r>
        <w:rPr>
          <w:rFonts w:ascii="Georgia" w:eastAsia="Georgia" w:hAnsi="Georgia"/>
        </w:rPr>
        <w:t>2. Thanksgiving opens the door. "Rehearse His wonders; His mighty acts, and the</w:t>
      </w:r>
    </w:p>
    <w:p w14:paraId="7C0C65B9" w14:textId="77777777" w:rsidR="00C8625A" w:rsidRDefault="00751C59">
      <w:pPr>
        <w:spacing w:after="160"/>
        <w:ind w:firstLine="259"/>
      </w:pPr>
      <w:r>
        <w:rPr>
          <w:rFonts w:ascii="Georgia" w:eastAsia="Georgia" w:hAnsi="Georgia"/>
        </w:rPr>
        <w:t>judgments of His mouth" (1 Chronicles 16:9, NKJV, adapted). Write it down, and speak it aloud, before asking for the victory. Thanksgiving is praise that has looked at the record (Chapter 16).</w:t>
      </w:r>
    </w:p>
    <w:p w14:paraId="02A7634C" w14:textId="77777777" w:rsidR="00C8625A" w:rsidRDefault="00751C59">
      <w:pPr>
        <w:spacing w:after="80"/>
        <w:ind w:left="288"/>
      </w:pPr>
      <w:r>
        <w:rPr>
          <w:rFonts w:ascii="Georgia" w:eastAsia="Georgia" w:hAnsi="Georgia"/>
        </w:rPr>
        <w:t>3. Praise moves you into the place. "I have set the LORD always before me; because He</w:t>
      </w:r>
    </w:p>
    <w:p w14:paraId="6A98FC1A" w14:textId="77777777" w:rsidR="00C8625A" w:rsidRDefault="00751C59">
      <w:pPr>
        <w:spacing w:after="160"/>
        <w:ind w:firstLine="259"/>
      </w:pPr>
      <w:r>
        <w:rPr>
          <w:rFonts w:ascii="Georgia" w:eastAsia="Georgia" w:hAnsi="Georgia"/>
        </w:rPr>
        <w:t>is at my right hand, I shall not be moved. Therefore my heart is glad... my flesh also will rest in hope" (Psalm 16:8–</w:t>
      </w:r>
      <w:r>
        <w:rPr>
          <w:rFonts w:ascii="Georgia" w:eastAsia="Georgia" w:hAnsi="Georgia"/>
        </w:rPr>
        <w:lastRenderedPageBreak/>
        <w:t>9, NKJV, adapted). Praise relocates you. You are in a different position when you sing, and position is half of victory.</w:t>
      </w:r>
    </w:p>
    <w:p w14:paraId="0A0C52B5" w14:textId="77777777" w:rsidR="00C8625A" w:rsidRDefault="00751C59">
      <w:pPr>
        <w:spacing w:after="80"/>
        <w:ind w:left="288"/>
      </w:pPr>
      <w:r>
        <w:rPr>
          <w:rFonts w:ascii="Georgia" w:eastAsia="Georgia" w:hAnsi="Georgia"/>
        </w:rPr>
        <w:t>4. Proclamation holds the door. "Blow the trumpet in Zion... say to the righteous, 'It shall be</w:t>
      </w:r>
    </w:p>
    <w:p w14:paraId="15CDAB65" w14:textId="77777777" w:rsidR="00C8625A" w:rsidRDefault="00751C59">
      <w:pPr>
        <w:spacing w:after="160"/>
        <w:ind w:firstLine="259"/>
      </w:pPr>
      <w:r>
        <w:rPr>
          <w:rFonts w:ascii="Georgia" w:eastAsia="Georgia" w:hAnsi="Georgia"/>
        </w:rPr>
        <w:t>well with him'" (Isaiah 26:1–2; 3:10, NKJV, adapted). "Death and life are in the power of the tongue" (Proverbs 18:21, NKJV). Speak over the situation the thing God has already said about it — that is what "declaration" means. It is not creating reality; it is agreeing with heaven's verdict.</w:t>
      </w:r>
    </w:p>
    <w:p w14:paraId="0E34F9AB" w14:textId="77777777" w:rsidR="00C8625A" w:rsidRDefault="00751C59">
      <w:pPr>
        <w:spacing w:after="80"/>
        <w:ind w:left="288"/>
      </w:pPr>
      <w:r>
        <w:rPr>
          <w:rFonts w:ascii="Georgia" w:eastAsia="Georgia" w:hAnsi="Georgia"/>
        </w:rPr>
        <w:t>5. Obedience walks you through. "The LORD has said to me, 'You are My son; today I</w:t>
      </w:r>
    </w:p>
    <w:p w14:paraId="215ABC89" w14:textId="77777777" w:rsidR="00C8625A" w:rsidRDefault="00751C59">
      <w:pPr>
        <w:spacing w:after="160"/>
        <w:ind w:firstLine="259"/>
      </w:pPr>
      <w:r>
        <w:rPr>
          <w:rFonts w:ascii="Georgia" w:eastAsia="Georgia" w:hAnsi="Georgia"/>
        </w:rPr>
        <w:t>have begotten you... Ask of Me, and I will give You the nations for Your inheritance'" (Psalm 2:7–8, NKJV, adapted) — and the same psalm immediately adds, "Kiss the Son, lest He be angry" (v. 12, NKJV). Worship and submission belong together. The walls of Jericho fell to people who marched (Hebrews 11:30). Jehoshaphat's singers marched "at the break of morning" (2 Chronicles 20:20, NKJV). Hannah left the temple and "made no more a sad face... and she conceived" (1 Samuel 1:18–20, NKJV, adapted). Faith walks</w:t>
      </w:r>
      <w:r>
        <w:rPr>
          <w:rFonts w:ascii="Georgia" w:eastAsia="Georgia" w:hAnsi="Georgia"/>
        </w:rPr>
        <w:t>. Praise that does not obey is applause, not warfare.</w:t>
      </w:r>
    </w:p>
    <w:p w14:paraId="30FF9C14" w14:textId="77777777" w:rsidR="00C8625A" w:rsidRDefault="00751C59">
      <w:pPr>
        <w:spacing w:before="280" w:after="120"/>
      </w:pPr>
      <w:r>
        <w:rPr>
          <w:rFonts w:ascii="Georgia" w:eastAsia="Georgia" w:hAnsi="Georgia"/>
          <w:b/>
        </w:rPr>
        <w:t>Your Own Song of Ascent</w:t>
      </w:r>
    </w:p>
    <w:p w14:paraId="5913699B" w14:textId="77777777" w:rsidR="00C8625A" w:rsidRDefault="00751C59">
      <w:pPr>
        <w:spacing w:after="160"/>
        <w:ind w:firstLine="259"/>
      </w:pPr>
      <w:r>
        <w:rPr>
          <w:rFonts w:ascii="Georgia" w:eastAsia="Georgia" w:hAnsi="Georgia"/>
        </w:rPr>
        <w:t xml:space="preserve">Write one now, on the model of Scripture — four lines, one for each movement (see Psalm 13 as an example of the shape): Address: "O LORD, how long... " Complaint (honest): what is actually true about this situation Trust (the pivot): "But I have trusted in Your mercy" (Psalm 13:5, NKJV) Praise (the vow): "I will sing to the LORD, because He has dealt bountifully with me" (v. 6) Sing it this week, </w:t>
      </w:r>
      <w:r>
        <w:rPr>
          <w:rFonts w:ascii="Georgia" w:eastAsia="Georgia" w:hAnsi="Georgia"/>
        </w:rPr>
        <w:lastRenderedPageBreak/>
        <w:t>and tell it next year. "I will not die, but live, and declare the works of the LORD" (Psalm 118:17, NKJV).</w:t>
      </w:r>
    </w:p>
    <w:p w14:paraId="58C73DF1" w14:textId="77777777" w:rsidR="00C8625A" w:rsidRDefault="00751C59">
      <w:pPr>
        <w:spacing w:before="280" w:after="120"/>
      </w:pPr>
      <w:r>
        <w:rPr>
          <w:rFonts w:ascii="Georgia" w:eastAsia="Georgia" w:hAnsi="Georgia"/>
          <w:b/>
        </w:rPr>
        <w:t>If You Are at the Point of Giving Up</w:t>
      </w:r>
    </w:p>
    <w:p w14:paraId="6EA03032" w14:textId="77777777" w:rsidR="00C8625A" w:rsidRDefault="00751C59">
      <w:pPr>
        <w:spacing w:after="160"/>
        <w:ind w:firstLine="259"/>
      </w:pPr>
      <w:r>
        <w:rPr>
          <w:rFonts w:ascii="Georgia" w:eastAsia="Georgia" w:hAnsi="Georgia"/>
        </w:rPr>
        <w:t>Read Revelation 15:1–4 once more. In the vision, the saints who have "come victorious over the beast and his image and his mark" are standing on a sea of glass "having harps of God. They sang the song of Moses the servant of God and the song of the Lamb" (vv. 2–3, NKJV). Moses' song — Exodus 15, the one we read in Chapter 6 — is sung again at the end of history. Do you see it? The song that began at the Red Sea ends at the last sea. What you are singing now, in a cave or a cell or a hospital room, is the sa</w:t>
      </w:r>
      <w:r>
        <w:rPr>
          <w:rFonts w:ascii="Georgia" w:eastAsia="Georgia" w:hAnsi="Georgia"/>
        </w:rPr>
        <w:t>me melody the victorious church will sing on the far side. Praise, then, is not only your way to victory. It is victory's first instalment.</w:t>
      </w:r>
    </w:p>
    <w:p w14:paraId="1265F2B7" w14:textId="77777777" w:rsidR="00C8625A" w:rsidRDefault="00751C59">
      <w:pPr>
        <w:spacing w:before="280" w:after="120"/>
      </w:pPr>
      <w:r>
        <w:rPr>
          <w:rFonts w:ascii="Georgia" w:eastAsia="Georgia" w:hAnsi="Georgia"/>
          <w:b/>
        </w:rPr>
        <w:t>Reflect and Respond</w:t>
      </w:r>
    </w:p>
    <w:p w14:paraId="6C1D1664" w14:textId="77777777" w:rsidR="00C8625A" w:rsidRDefault="00751C59">
      <w:pPr>
        <w:spacing w:after="80"/>
        <w:ind w:left="288"/>
      </w:pPr>
      <w:r>
        <w:rPr>
          <w:rFonts w:ascii="Georgia" w:eastAsia="Georgia" w:hAnsi="Georgia"/>
        </w:rPr>
        <w:t>1. Which of the five doors is closed in your case right now? Confession? Thanksgiving?</w:t>
      </w:r>
    </w:p>
    <w:p w14:paraId="32F0F835" w14:textId="77777777" w:rsidR="00C8625A" w:rsidRDefault="00751C59">
      <w:pPr>
        <w:spacing w:after="160"/>
        <w:ind w:firstLine="259"/>
      </w:pPr>
      <w:r>
        <w:rPr>
          <w:rFonts w:ascii="Georgia" w:eastAsia="Georgia" w:hAnsi="Georgia"/>
        </w:rPr>
        <w:t>Praise? Proclamation? Obedience?</w:t>
      </w:r>
    </w:p>
    <w:p w14:paraId="616EE916" w14:textId="77777777" w:rsidR="00C8625A" w:rsidRDefault="00751C59">
      <w:pPr>
        <w:spacing w:after="80"/>
        <w:ind w:left="288"/>
      </w:pPr>
      <w:r>
        <w:rPr>
          <w:rFonts w:ascii="Georgia" w:eastAsia="Georgia" w:hAnsi="Georgia"/>
        </w:rPr>
        <w:t>2. Write your four-line song. Do not aim for beauty; aim for truth.</w:t>
      </w:r>
    </w:p>
    <w:p w14:paraId="76F0D70B" w14:textId="77777777" w:rsidR="00C8625A" w:rsidRDefault="00751C59">
      <w:pPr>
        <w:spacing w:after="80"/>
        <w:ind w:left="288"/>
      </w:pPr>
      <w:r>
        <w:rPr>
          <w:rFonts w:ascii="Georgia" w:eastAsia="Georgia" w:hAnsi="Georgia"/>
        </w:rPr>
        <w:t>3. What will you tell, and to whom, when the victory comes? (A promise to proclaim is</w:t>
      </w:r>
    </w:p>
    <w:p w14:paraId="1076A9F9" w14:textId="77777777" w:rsidR="00C8625A" w:rsidRDefault="00751C59">
      <w:pPr>
        <w:spacing w:after="160"/>
        <w:ind w:firstLine="259"/>
      </w:pPr>
      <w:r>
        <w:rPr>
          <w:rFonts w:ascii="Georgia" w:eastAsia="Georgia" w:hAnsi="Georgia"/>
        </w:rPr>
        <w:t>sometimes the thing that keeps you praising.)</w:t>
      </w:r>
    </w:p>
    <w:p w14:paraId="33637B5E" w14:textId="77777777" w:rsidR="00C8625A" w:rsidRDefault="00751C59">
      <w:pPr>
        <w:spacing w:before="240" w:after="80"/>
      </w:pPr>
      <w:r>
        <w:rPr>
          <w:rFonts w:ascii="Georgia" w:eastAsia="Georgia" w:hAnsi="Georgia"/>
          <w:b/>
          <w:color w:val="2C3E50"/>
          <w:sz w:val="20"/>
        </w:rPr>
        <w:t>DECLARATION</w:t>
      </w:r>
    </w:p>
    <w:p w14:paraId="0A808AAF" w14:textId="77777777" w:rsidR="00C8625A" w:rsidRDefault="00751C59">
      <w:pPr>
        <w:spacing w:after="160"/>
        <w:ind w:left="288"/>
      </w:pPr>
      <w:r>
        <w:rPr>
          <w:rFonts w:ascii="Georgia" w:eastAsia="Georgia" w:hAnsi="Georgia"/>
          <w:i/>
        </w:rPr>
        <w:t>"Already You have given me the victory through Christ; not yet do I see all things subjected. I will enter His gates with thanksgiving, hold the door with praise, and walk through with obedience."</w:t>
      </w:r>
    </w:p>
    <w:p w14:paraId="005524A2" w14:textId="77777777" w:rsidR="00C8625A" w:rsidRDefault="00751C59">
      <w:pPr>
        <w:spacing w:before="160" w:after="80"/>
      </w:pPr>
      <w:r>
        <w:rPr>
          <w:rFonts w:ascii="Georgia" w:eastAsia="Georgia" w:hAnsi="Georgia"/>
          <w:b/>
          <w:color w:val="2C3E50"/>
          <w:sz w:val="20"/>
        </w:rPr>
        <w:lastRenderedPageBreak/>
        <w:t>PRAYER</w:t>
      </w:r>
    </w:p>
    <w:p w14:paraId="5D6B1226" w14:textId="77777777" w:rsidR="00C8625A" w:rsidRDefault="00751C59">
      <w:pPr>
        <w:spacing w:after="240"/>
        <w:ind w:left="288"/>
      </w:pPr>
      <w:r>
        <w:rPr>
          <w:rFonts w:ascii="Georgia" w:eastAsia="Georgia" w:hAnsi="Georgia"/>
          <w:i/>
        </w:rPr>
        <w:t>Father, I do not want an emotional experience; I want the obedience of faith. Open my eyes to what You have already done, and steady my feet for what You have promised. In Jesus' name, amen.</w:t>
      </w:r>
    </w:p>
    <w:p w14:paraId="6FA41797" w14:textId="77777777" w:rsidR="00C8625A" w:rsidRDefault="00751C59">
      <w:r>
        <w:br w:type="page"/>
      </w:r>
    </w:p>
    <w:p w14:paraId="0529F7A4" w14:textId="77777777" w:rsidR="00C8625A" w:rsidRDefault="00751C59">
      <w:pPr>
        <w:spacing w:before="720" w:after="80"/>
        <w:jc w:val="center"/>
      </w:pPr>
      <w:r>
        <w:rPr>
          <w:rFonts w:ascii="Georgia" w:eastAsia="Georgia" w:hAnsi="Georgia"/>
          <w:b/>
          <w:sz w:val="32"/>
        </w:rPr>
        <w:lastRenderedPageBreak/>
        <w:t>CONCLUSION</w:t>
      </w:r>
    </w:p>
    <w:p w14:paraId="360E04C1" w14:textId="77777777" w:rsidR="00C8625A" w:rsidRDefault="00751C59">
      <w:pPr>
        <w:spacing w:after="280"/>
        <w:jc w:val="center"/>
      </w:pPr>
      <w:r>
        <w:rPr>
          <w:rFonts w:ascii="Georgia" w:eastAsia="Georgia" w:hAnsi="Georgia"/>
          <w:i/>
          <w:sz w:val="24"/>
        </w:rPr>
        <w:t>Your Song of Victory</w:t>
      </w:r>
    </w:p>
    <w:p w14:paraId="52D9201A" w14:textId="77777777" w:rsidR="00C8625A" w:rsidRDefault="00751C59">
      <w:pPr>
        <w:spacing w:before="160"/>
        <w:ind w:left="360" w:right="360"/>
        <w:jc w:val="center"/>
      </w:pPr>
      <w:r>
        <w:rPr>
          <w:rFonts w:ascii="Georgia" w:eastAsia="Georgia" w:hAnsi="Georgia"/>
          <w:i/>
          <w:sz w:val="20"/>
        </w:rPr>
        <w:t>"He has put a new song in my mouth — praise to our God." — Psalm 69:30a (NKJV)</w:t>
      </w:r>
    </w:p>
    <w:p w14:paraId="6EB163ED" w14:textId="77777777" w:rsidR="00C8625A" w:rsidRDefault="00751C59">
      <w:pPr>
        <w:spacing w:before="280" w:after="120"/>
      </w:pPr>
      <w:r>
        <w:rPr>
          <w:rFonts w:ascii="Georgia" w:eastAsia="Georgia" w:hAnsi="Georgia"/>
          <w:b/>
        </w:rPr>
        <w:t>The Whole Argument in One Page</w:t>
      </w:r>
    </w:p>
    <w:p w14:paraId="26537D2D" w14:textId="77777777" w:rsidR="00C8625A" w:rsidRDefault="00751C59">
      <w:pPr>
        <w:spacing w:after="80"/>
        <w:ind w:left="288"/>
      </w:pPr>
      <w:r>
        <w:rPr>
          <w:rFonts w:ascii="Georgia" w:eastAsia="Georgia" w:hAnsi="Georgia"/>
        </w:rPr>
        <w:t>129. Praise was born before the battle (Part 1). Heaven was worshipping before there</w:t>
      </w:r>
    </w:p>
    <w:p w14:paraId="6BF5E769" w14:textId="77777777" w:rsidR="00C8625A" w:rsidRDefault="00751C59">
      <w:pPr>
        <w:spacing w:after="160"/>
        <w:ind w:firstLine="259"/>
      </w:pPr>
      <w:r>
        <w:rPr>
          <w:rFonts w:ascii="Georgia" w:eastAsia="Georgia" w:hAnsi="Georgia"/>
        </w:rPr>
        <w:t>was a war, so worship is not a lifeboat; it is the design of the ship. God is worthy — that is the ground. We were created to praise — that is the reason. Sometimes it will be a sacrifice — that is the cost.</w:t>
      </w:r>
    </w:p>
    <w:p w14:paraId="53BB8C99" w14:textId="77777777" w:rsidR="00C8625A" w:rsidRDefault="00751C59">
      <w:pPr>
        <w:spacing w:after="80"/>
        <w:ind w:left="288"/>
      </w:pPr>
      <w:r>
        <w:rPr>
          <w:rFonts w:ascii="Georgia" w:eastAsia="Georgia" w:hAnsi="Georgia"/>
        </w:rPr>
        <w:t>130. Praise has a track record (Part 2). Jehoshaphat's choir, Miriam's timbrel, Deborah's</w:t>
      </w:r>
    </w:p>
    <w:p w14:paraId="5D0DA152" w14:textId="77777777" w:rsidR="00C8625A" w:rsidRDefault="00751C59">
      <w:pPr>
        <w:spacing w:after="160"/>
        <w:ind w:firstLine="259"/>
      </w:pPr>
      <w:r>
        <w:rPr>
          <w:rFonts w:ascii="Georgia" w:eastAsia="Georgia" w:hAnsi="Georgia"/>
        </w:rPr>
        <w:t>poem, David's cave, Hezekiah's throne-room prayer, Paul and Silas at midnight, Joshua's shout, Hannah's hymn, the furnace, the den. None of them worshipped because the situation improved. They worshipped, and the situation was met by God.</w:t>
      </w:r>
    </w:p>
    <w:p w14:paraId="6EF2BB86" w14:textId="77777777" w:rsidR="00C8625A" w:rsidRDefault="00751C59">
      <w:pPr>
        <w:spacing w:after="80"/>
        <w:ind w:left="288"/>
      </w:pPr>
      <w:r>
        <w:rPr>
          <w:rFonts w:ascii="Georgia" w:eastAsia="Georgia" w:hAnsi="Georgia"/>
        </w:rPr>
        <w:t>131. Praise touches your body (Part 3). Breath, voice, posture, company — God built</w:t>
      </w:r>
    </w:p>
    <w:p w14:paraId="711103BB" w14:textId="77777777" w:rsidR="00C8625A" w:rsidRDefault="00751C59">
      <w:pPr>
        <w:spacing w:after="160"/>
        <w:ind w:firstLine="259"/>
      </w:pPr>
      <w:r>
        <w:rPr>
          <w:rFonts w:ascii="Georgia" w:eastAsia="Georgia" w:hAnsi="Georgia"/>
        </w:rPr>
        <w:t>worship into our physiology. The research points modestly and consistently in one direction: a life of religious practice and gratitude is associated with better sleep, less reported stress, and healthier outcomes — and is never a substitute for care.</w:t>
      </w:r>
    </w:p>
    <w:p w14:paraId="34C9071C" w14:textId="77777777" w:rsidR="00C8625A" w:rsidRDefault="00751C59">
      <w:pPr>
        <w:spacing w:after="80"/>
        <w:ind w:left="288"/>
      </w:pPr>
      <w:r>
        <w:rPr>
          <w:rFonts w:ascii="Georgia" w:eastAsia="Georgia" w:hAnsi="Georgia"/>
        </w:rPr>
        <w:t>132. Praise touches your mind (Part 4). It breaks the loop, re-labels the facts, de-centres</w:t>
      </w:r>
    </w:p>
    <w:p w14:paraId="1F227F7C" w14:textId="77777777" w:rsidR="00C8625A" w:rsidRDefault="00751C59">
      <w:pPr>
        <w:spacing w:after="160"/>
        <w:ind w:firstLine="259"/>
      </w:pPr>
      <w:r>
        <w:rPr>
          <w:rFonts w:ascii="Georgia" w:eastAsia="Georgia" w:hAnsi="Georgia"/>
        </w:rPr>
        <w:t>the self, rebuilds hope, and renews the mind. Praise is not the denial of psychology; it is the sanctification of it.</w:t>
      </w:r>
    </w:p>
    <w:p w14:paraId="09818860" w14:textId="77777777" w:rsidR="00C8625A" w:rsidRDefault="00751C59">
      <w:pPr>
        <w:spacing w:after="80"/>
        <w:ind w:left="288"/>
      </w:pPr>
      <w:r>
        <w:rPr>
          <w:rFonts w:ascii="Georgia" w:eastAsia="Georgia" w:hAnsi="Georgia"/>
        </w:rPr>
        <w:lastRenderedPageBreak/>
        <w:t>133. Praise travels through the hard middle (Part 5). In the pit, in the unexplained, in the</w:t>
      </w:r>
    </w:p>
    <w:p w14:paraId="49597390" w14:textId="77777777" w:rsidR="00C8625A" w:rsidRDefault="00751C59">
      <w:pPr>
        <w:spacing w:after="160"/>
        <w:ind w:firstLine="259"/>
      </w:pPr>
      <w:r>
        <w:rPr>
          <w:rFonts w:ascii="Georgia" w:eastAsia="Georgia" w:hAnsi="Georgia"/>
        </w:rPr>
        <w:t>process, from complaint to song. Habakkuk's "yet" is the strongest word in the vocabulary of faith.</w:t>
      </w:r>
    </w:p>
    <w:p w14:paraId="07B326FE" w14:textId="77777777" w:rsidR="00C8625A" w:rsidRDefault="00751C59">
      <w:pPr>
        <w:spacing w:after="80"/>
        <w:ind w:left="288"/>
      </w:pPr>
      <w:r>
        <w:rPr>
          <w:rFonts w:ascii="Georgia" w:eastAsia="Georgia" w:hAnsi="Georgia"/>
        </w:rPr>
        <w:t>134. Praise is a way, not an event (Part 6). Weapon, lifestyle, doorway. "My way to</w:t>
      </w:r>
    </w:p>
    <w:p w14:paraId="7EEBA347" w14:textId="77777777" w:rsidR="00C8625A" w:rsidRDefault="00751C59">
      <w:pPr>
        <w:spacing w:after="160"/>
        <w:ind w:firstLine="259"/>
      </w:pPr>
      <w:r>
        <w:rPr>
          <w:rFonts w:ascii="Georgia" w:eastAsia="Georgia" w:hAnsi="Georgia"/>
        </w:rPr>
        <w:t>victory."</w:t>
      </w:r>
    </w:p>
    <w:p w14:paraId="30E3E629" w14:textId="77777777" w:rsidR="00C8625A" w:rsidRDefault="00751C59">
      <w:pPr>
        <w:spacing w:before="280" w:after="120"/>
      </w:pPr>
      <w:r>
        <w:rPr>
          <w:rFonts w:ascii="Georgia" w:eastAsia="Georgia" w:hAnsi="Georgia"/>
          <w:b/>
        </w:rPr>
        <w:t>What I Want to Leave You With</w:t>
      </w:r>
    </w:p>
    <w:p w14:paraId="3201870A" w14:textId="77777777" w:rsidR="00C8625A" w:rsidRDefault="00751C59">
      <w:pPr>
        <w:spacing w:after="160"/>
        <w:ind w:firstLine="259"/>
      </w:pPr>
      <w:r>
        <w:rPr>
          <w:rFonts w:ascii="Georgia" w:eastAsia="Georgia" w:hAnsi="Georgia"/>
        </w:rPr>
        <w:t xml:space="preserve">Three things, plainly. Do not wait. The single most damaging habit of our lives is waiting to feel like praising. The Israelites waited to feel joyfully before they would praise, and they murmured their way through a wilderness of blessings (Psalm 78:17–31). Open your mouth first; your heart follows, because that is how God wired a person. Do not measure God's love by your circumstances. "Does God love me because He healed me?" — that question has destroyed more faith than any tragedy. The cross answers it </w:t>
      </w:r>
      <w:r>
        <w:rPr>
          <w:rFonts w:ascii="Georgia" w:eastAsia="Georgia" w:hAnsi="Georgia"/>
        </w:rPr>
        <w:t>once and for all: "In this the love of God was manifested toward us, that God sent His only begotten Son" (1 John 4:9, NKJV). Your circumstances are not the evidence. Calvary is. And do not stop singing on the way out. Whatever this book changes in you, let the evidence be a mouth that stays busy. If nothing else is different about you next year, may people notice that you are harder to silence than your troubles.</w:t>
      </w:r>
    </w:p>
    <w:p w14:paraId="7FA663CB" w14:textId="77777777" w:rsidR="00C8625A" w:rsidRDefault="00751C59">
      <w:pPr>
        <w:spacing w:before="280" w:after="120"/>
      </w:pPr>
      <w:r>
        <w:rPr>
          <w:rFonts w:ascii="Georgia" w:eastAsia="Georgia" w:hAnsi="Georgia"/>
          <w:b/>
        </w:rPr>
        <w:t>An Invitation</w:t>
      </w:r>
    </w:p>
    <w:p w14:paraId="2D4F68CB" w14:textId="77777777" w:rsidR="00C8625A" w:rsidRDefault="00751C59">
      <w:pPr>
        <w:spacing w:after="160"/>
        <w:ind w:firstLine="259"/>
      </w:pPr>
      <w:r>
        <w:rPr>
          <w:rFonts w:ascii="Georgia" w:eastAsia="Georgia" w:hAnsi="Georgia"/>
        </w:rPr>
        <w:t xml:space="preserve">Put down this book and do one thing before the day is over: praise out loud, in private, for five minutes, about who God is. Then tell one person what you did. Then, if you want, write your victory down. Appendices A to C give you thirty days of declarations, psalms for every season, and a journal </w:t>
      </w:r>
      <w:r>
        <w:rPr>
          <w:rFonts w:ascii="Georgia" w:eastAsia="Georgia" w:hAnsi="Georgia"/>
        </w:rPr>
        <w:lastRenderedPageBreak/>
        <w:t>to record the mercies. Not as religious homework — as a memory that will outlast your fear.</w:t>
      </w:r>
    </w:p>
    <w:p w14:paraId="5A740BEF" w14:textId="77777777" w:rsidR="00C8625A" w:rsidRDefault="00751C59">
      <w:pPr>
        <w:spacing w:before="280" w:after="120"/>
      </w:pPr>
      <w:r>
        <w:rPr>
          <w:rFonts w:ascii="Georgia" w:eastAsia="Georgia" w:hAnsi="Georgia"/>
          <w:b/>
        </w:rPr>
        <w:t>A Closing Blessing</w:t>
      </w:r>
    </w:p>
    <w:p w14:paraId="30FAC803" w14:textId="77777777" w:rsidR="00C8625A" w:rsidRDefault="00751C59">
      <w:pPr>
        <w:spacing w:after="160"/>
        <w:ind w:firstLine="259"/>
      </w:pPr>
      <w:r>
        <w:rPr>
          <w:rFonts w:ascii="Georgia" w:eastAsia="Georgia" w:hAnsi="Georgia"/>
        </w:rPr>
        <w:t>May your mouth be opened, and may something answer it. May the God who numbers the stars number your tears, and put them in His bottle (Psalm 56:8). May you learn to sing at midnight, and may your co-prisoners hear. May your enemies be confounded without your drawing a sword, and may your rest be as real as your praise (2 Chronicles 20:30). May your soul be healed, your mind renewed, your body strengthened, your hope rebuilt — and may all of it be traced back, not to your technique, but to His worthiness. "</w:t>
      </w:r>
      <w:r>
        <w:rPr>
          <w:rFonts w:ascii="Georgia" w:eastAsia="Georgia" w:hAnsi="Georgia"/>
        </w:rPr>
        <w:t>Now to Him who is able to keep you from falling, and to present you faultless before the presence of His glory with exceeding joy — to God our Savior, who alone is wise, be glory and majesty, dominion and power, both now and forever. Amen." — Jude 24–25 (NKJV) Praise is my way to victory.</w:t>
      </w:r>
    </w:p>
    <w:p w14:paraId="1FD7DC0E" w14:textId="77777777" w:rsidR="00C8625A" w:rsidRDefault="00751C59">
      <w:r>
        <w:br w:type="page"/>
      </w:r>
    </w:p>
    <w:p w14:paraId="3721CB12" w14:textId="77777777" w:rsidR="00C8625A" w:rsidRDefault="00751C59">
      <w:pPr>
        <w:spacing w:before="720" w:after="80"/>
        <w:jc w:val="center"/>
      </w:pPr>
      <w:r>
        <w:rPr>
          <w:rFonts w:ascii="Georgia" w:eastAsia="Georgia" w:hAnsi="Georgia"/>
          <w:b/>
          <w:sz w:val="32"/>
        </w:rPr>
        <w:lastRenderedPageBreak/>
        <w:t>EPILOGUE</w:t>
      </w:r>
    </w:p>
    <w:p w14:paraId="26783E0B" w14:textId="77777777" w:rsidR="00C8625A" w:rsidRDefault="00751C59">
      <w:pPr>
        <w:spacing w:after="280"/>
        <w:jc w:val="center"/>
      </w:pPr>
      <w:r>
        <w:rPr>
          <w:rFonts w:ascii="Georgia" w:eastAsia="Georgia" w:hAnsi="Georgia"/>
          <w:i/>
          <w:sz w:val="24"/>
        </w:rPr>
        <w:t>Keep Singing</w:t>
      </w:r>
    </w:p>
    <w:p w14:paraId="6DF0F0ED" w14:textId="77777777" w:rsidR="00C8625A" w:rsidRDefault="00751C59">
      <w:pPr>
        <w:spacing w:before="160"/>
        <w:ind w:left="360" w:right="360"/>
        <w:jc w:val="center"/>
      </w:pPr>
      <w:r>
        <w:rPr>
          <w:rFonts w:ascii="Georgia" w:eastAsia="Georgia" w:hAnsi="Georgia"/>
          <w:i/>
          <w:sz w:val="20"/>
        </w:rPr>
        <w:t>"Weeping may endure for a night, but joy comes in the morning." — Psalm 30:5 (NKJV)</w:t>
      </w:r>
    </w:p>
    <w:p w14:paraId="4F57B87F" w14:textId="77777777" w:rsidR="00C8625A" w:rsidRDefault="00751C59">
      <w:pPr>
        <w:spacing w:after="160"/>
        <w:ind w:firstLine="259"/>
      </w:pPr>
      <w:r>
        <w:rPr>
          <w:rFonts w:ascii="Georgia" w:eastAsia="Georgia" w:hAnsi="Georgia"/>
        </w:rPr>
        <w:t>The battle will come back. That is not a pessimistic sentence; it is the plain teaching of Scripture — "be sober, be vigilant, because your adversary the devil walks about like a roaring lion" (1 Peter 5:8, NKJV) — and it is the plain experience of every honest believer. So here is one last instruction, and then I will let you go. Keep singing. Not louder. Not better. Longer. Sing when the answer takes years. Sing when the answer is "No, and here is something better." Sing when the answer is "Yes," and make</w:t>
      </w:r>
      <w:r>
        <w:rPr>
          <w:rFonts w:ascii="Georgia" w:eastAsia="Georgia" w:hAnsi="Georgia"/>
        </w:rPr>
        <w:t xml:space="preserve"> sure the yes does not silence you, because the man who only sings in deliverance has not learned deliverance's God. Sing in the shower, in the car, at the grave, in the waiting room, in the small hours when the house is silent and your chest is tight. Sing in the middle of the argument, the kind of song that ends one. Sing when your congregation has hurt you — that one costs the most, and it changes you the fastest. And when you are tired of singing, borrow a psalm, or borrow mine: "I waited patiently for </w:t>
      </w:r>
      <w:r>
        <w:rPr>
          <w:rFonts w:ascii="Georgia" w:eastAsia="Georgia" w:hAnsi="Georgia"/>
        </w:rPr>
        <w:t>the LORD, and He inclined to me and heard my cry. He brought me up also out of a horrible pit, out of the miry clay, and set my feet upon a rock, and established my goings. And He has put a new song in my mouth, even praise to our God." — Psalm 40:1–3 (NKJV) Notice: he was still in the pit when he began to wait. He was not lifted because the waiting was impressive. He was lifted, and then he sang a new song, and then — verse 3 continues — "many shall see it and fear, and shall trust in the LORD." That is th</w:t>
      </w:r>
      <w:r>
        <w:rPr>
          <w:rFonts w:ascii="Georgia" w:eastAsia="Georgia" w:hAnsi="Georgia"/>
        </w:rPr>
        <w:t xml:space="preserve">e last move of this book. Your song is not for you. Sing it where it can be heard, so that somebody in their own pit learns that the LORD can be trusted. Keep singing. Your </w:t>
      </w:r>
      <w:r>
        <w:rPr>
          <w:rFonts w:ascii="Georgia" w:eastAsia="Georgia" w:hAnsi="Georgia"/>
        </w:rPr>
        <w:lastRenderedPageBreak/>
        <w:t>victory is not only your rescue; it is somebody else's sermon. —Praise Him today. APPENDICES</w:t>
      </w:r>
    </w:p>
    <w:p w14:paraId="734DB879" w14:textId="77777777" w:rsidR="00C8625A" w:rsidRDefault="00751C59">
      <w:pPr>
        <w:spacing w:before="240" w:after="240"/>
        <w:ind w:left="504" w:right="504"/>
        <w:jc w:val="center"/>
      </w:pPr>
      <w:r>
        <w:rPr>
          <w:rFonts w:ascii="Georgia" w:eastAsia="Georgia" w:hAnsi="Georgia"/>
          <w:b/>
          <w:i/>
          <w:color w:val="2C3E50"/>
          <w:sz w:val="24"/>
        </w:rPr>
        <w:t>Keep singing. Not louder. Not better. Longer.</w:t>
      </w:r>
    </w:p>
    <w:p w14:paraId="07AB0015" w14:textId="77777777" w:rsidR="00C8625A" w:rsidRDefault="00751C59">
      <w:r>
        <w:br w:type="page"/>
      </w:r>
    </w:p>
    <w:p w14:paraId="462EDE80" w14:textId="77777777" w:rsidR="00C8625A" w:rsidRDefault="00751C59">
      <w:pPr>
        <w:spacing w:before="720" w:after="80"/>
        <w:jc w:val="center"/>
      </w:pPr>
      <w:r>
        <w:rPr>
          <w:rFonts w:ascii="Georgia" w:eastAsia="Georgia" w:hAnsi="Georgia"/>
          <w:b/>
          <w:sz w:val="32"/>
        </w:rPr>
        <w:lastRenderedPageBreak/>
        <w:t>APPENDIX A</w:t>
      </w:r>
    </w:p>
    <w:p w14:paraId="0F1AA92C" w14:textId="77777777" w:rsidR="00C8625A" w:rsidRDefault="00751C59">
      <w:pPr>
        <w:spacing w:after="280"/>
        <w:jc w:val="center"/>
      </w:pPr>
      <w:r>
        <w:rPr>
          <w:rFonts w:ascii="Georgia" w:eastAsia="Georgia" w:hAnsi="Georgia"/>
          <w:i/>
          <w:sz w:val="24"/>
        </w:rPr>
        <w:t>30 Days of Praise Declarations</w:t>
      </w:r>
    </w:p>
    <w:p w14:paraId="0CD8BA34" w14:textId="77777777" w:rsidR="00C8625A" w:rsidRDefault="00751C59">
      <w:pPr>
        <w:spacing w:after="160"/>
        <w:ind w:firstLine="259"/>
      </w:pPr>
      <w:r>
        <w:rPr>
          <w:rFonts w:ascii="Georgia" w:eastAsia="Georgia" w:hAnsi="Georgia"/>
        </w:rPr>
        <w:t xml:space="preserve">How to use this appendix. One day per morning for thirty days, for the first ten minutes of the day (see Chapter 24). Read the verse aloud. Then read the declaration aloud, in your own voice, slowly. Then pray the one-sentence response. Where the declaration names something you are actually trusting God for, say it. Praise that names the promise is not wishful thinking; it is agreement with God (Chapter 25, point 4). Copy each day into Appendix C. By day thirty you will have written thirty reasons to trust </w:t>
      </w:r>
      <w:r>
        <w:rPr>
          <w:rFonts w:ascii="Georgia" w:eastAsia="Georgia" w:hAnsi="Georgia"/>
        </w:rPr>
        <w:t>Him.</w:t>
      </w:r>
    </w:p>
    <w:p w14:paraId="716C1FB9" w14:textId="77777777" w:rsidR="00C8625A" w:rsidRDefault="00751C59">
      <w:pPr>
        <w:spacing w:before="280" w:after="120"/>
      </w:pPr>
      <w:r>
        <w:rPr>
          <w:rFonts w:ascii="Georgia" w:eastAsia="Georgia" w:hAnsi="Georgia"/>
          <w:b/>
        </w:rPr>
        <w:t>Week 1 — Who He Is</w:t>
      </w:r>
    </w:p>
    <w:p w14:paraId="5C09FD4F" w14:textId="77777777" w:rsidR="00C8625A" w:rsidRDefault="00751C59">
      <w:pPr>
        <w:spacing w:before="280" w:after="120"/>
      </w:pPr>
      <w:r>
        <w:rPr>
          <w:rFonts w:ascii="Georgia" w:eastAsia="Georgia" w:hAnsi="Georgia"/>
          <w:b/>
        </w:rPr>
        <w:t>Day 1 — He Is Worthy Before Anything Happens.</w:t>
      </w:r>
    </w:p>
    <w:p w14:paraId="06479858" w14:textId="77777777" w:rsidR="00C8625A" w:rsidRDefault="00751C59">
      <w:pPr>
        <w:spacing w:after="80"/>
        <w:ind w:left="288"/>
      </w:pPr>
      <w:r>
        <w:rPr>
          <w:rFonts w:ascii="Georgia" w:eastAsia="Georgia" w:hAnsi="Georgia"/>
        </w:rPr>
        <w:t>• Verse: Revelation 4:11 — "You are worthy, O Lord, to receive glory and honor and</w:t>
      </w:r>
    </w:p>
    <w:p w14:paraId="03AC16E1" w14:textId="77777777" w:rsidR="00C8625A" w:rsidRDefault="00751C59">
      <w:pPr>
        <w:spacing w:after="160"/>
        <w:ind w:firstLine="259"/>
      </w:pPr>
      <w:r>
        <w:rPr>
          <w:rFonts w:ascii="Georgia" w:eastAsia="Georgia" w:hAnsi="Georgia"/>
        </w:rPr>
        <w:t>power; for You created all things."</w:t>
      </w:r>
    </w:p>
    <w:p w14:paraId="7BF65DF9" w14:textId="77777777" w:rsidR="00C8625A" w:rsidRDefault="00751C59">
      <w:pPr>
        <w:spacing w:after="80"/>
        <w:ind w:left="288"/>
      </w:pPr>
      <w:r>
        <w:rPr>
          <w:rFonts w:ascii="Georgia" w:eastAsia="Georgia" w:hAnsi="Georgia"/>
        </w:rPr>
        <w:t>• Declaration: "You were worthy before this battle, and You will be worthy after it. I praise</w:t>
      </w:r>
    </w:p>
    <w:p w14:paraId="3580080D" w14:textId="77777777" w:rsidR="00C8625A" w:rsidRDefault="00751C59">
      <w:pPr>
        <w:spacing w:after="160"/>
        <w:ind w:firstLine="259"/>
      </w:pPr>
      <w:r>
        <w:rPr>
          <w:rFonts w:ascii="Georgia" w:eastAsia="Georgia" w:hAnsi="Georgia"/>
        </w:rPr>
        <w:t>You now, not because I understand."</w:t>
      </w:r>
    </w:p>
    <w:p w14:paraId="0BC1B876" w14:textId="77777777" w:rsidR="00C8625A" w:rsidRDefault="00751C59">
      <w:pPr>
        <w:spacing w:after="80"/>
        <w:ind w:left="288"/>
      </w:pPr>
      <w:r>
        <w:rPr>
          <w:rFonts w:ascii="Georgia" w:eastAsia="Georgia" w:hAnsi="Georgia"/>
        </w:rPr>
        <w:t>• Response: Lord, I give You the first words of this day.</w:t>
      </w:r>
    </w:p>
    <w:p w14:paraId="21CE4343" w14:textId="77777777" w:rsidR="00C8625A" w:rsidRDefault="00751C59">
      <w:pPr>
        <w:spacing w:before="280" w:after="120"/>
      </w:pPr>
      <w:r>
        <w:rPr>
          <w:rFonts w:ascii="Georgia" w:eastAsia="Georgia" w:hAnsi="Georgia"/>
          <w:b/>
        </w:rPr>
        <w:t>Day 2 — He Is Holy.</w:t>
      </w:r>
    </w:p>
    <w:p w14:paraId="00F72441" w14:textId="77777777" w:rsidR="00C8625A" w:rsidRDefault="00751C59">
      <w:pPr>
        <w:spacing w:after="80"/>
        <w:ind w:left="288"/>
      </w:pPr>
      <w:r>
        <w:rPr>
          <w:rFonts w:ascii="Georgia" w:eastAsia="Georgia" w:hAnsi="Georgia"/>
        </w:rPr>
        <w:t>• Verse: Isaiah 6:3 — "Holy, holy, holy is the LORD of hosts; the whole earth is full of His</w:t>
      </w:r>
    </w:p>
    <w:p w14:paraId="24368CF5" w14:textId="77777777" w:rsidR="00C8625A" w:rsidRDefault="00751C59">
      <w:pPr>
        <w:spacing w:after="160"/>
        <w:ind w:firstLine="259"/>
      </w:pPr>
      <w:r>
        <w:rPr>
          <w:rFonts w:ascii="Georgia" w:eastAsia="Georgia" w:hAnsi="Georgia"/>
        </w:rPr>
        <w:t>glory."</w:t>
      </w:r>
    </w:p>
    <w:p w14:paraId="5BCA6773" w14:textId="77777777" w:rsidR="00C8625A" w:rsidRDefault="00751C59">
      <w:pPr>
        <w:spacing w:after="80"/>
        <w:ind w:left="288"/>
      </w:pPr>
      <w:r>
        <w:rPr>
          <w:rFonts w:ascii="Georgia" w:eastAsia="Georgia" w:hAnsi="Georgia"/>
        </w:rPr>
        <w:t>• Declaration: "The LORD is holy. I will not treat Him casually, and I will not treat my</w:t>
      </w:r>
    </w:p>
    <w:p w14:paraId="7EEF80F3" w14:textId="77777777" w:rsidR="00C8625A" w:rsidRDefault="00751C59">
      <w:pPr>
        <w:spacing w:after="160"/>
        <w:ind w:firstLine="259"/>
      </w:pPr>
      <w:r>
        <w:rPr>
          <w:rFonts w:ascii="Georgia" w:eastAsia="Georgia" w:hAnsi="Georgia"/>
        </w:rPr>
        <w:t>problem as bigger than He is."</w:t>
      </w:r>
    </w:p>
    <w:p w14:paraId="4532EE73" w14:textId="77777777" w:rsidR="00C8625A" w:rsidRDefault="00751C59">
      <w:pPr>
        <w:spacing w:after="80"/>
        <w:ind w:left="288"/>
      </w:pPr>
      <w:r>
        <w:rPr>
          <w:rFonts w:ascii="Georgia" w:eastAsia="Georgia" w:hAnsi="Georgia"/>
        </w:rPr>
        <w:lastRenderedPageBreak/>
        <w:t>• Response: Teach me reverence today.</w:t>
      </w:r>
    </w:p>
    <w:p w14:paraId="4DF29B80" w14:textId="77777777" w:rsidR="00C8625A" w:rsidRDefault="00751C59">
      <w:pPr>
        <w:spacing w:before="280" w:after="120"/>
      </w:pPr>
      <w:r>
        <w:rPr>
          <w:rFonts w:ascii="Georgia" w:eastAsia="Georgia" w:hAnsi="Georgia"/>
          <w:b/>
        </w:rPr>
        <w:t>Day 3 — He Is Good.</w:t>
      </w:r>
    </w:p>
    <w:p w14:paraId="6F4462A7" w14:textId="77777777" w:rsidR="00C8625A" w:rsidRDefault="00751C59">
      <w:pPr>
        <w:spacing w:after="80"/>
        <w:ind w:left="288"/>
      </w:pPr>
      <w:r>
        <w:rPr>
          <w:rFonts w:ascii="Georgia" w:eastAsia="Georgia" w:hAnsi="Georgia"/>
        </w:rPr>
        <w:t>• Verse: Psalm 34:8 — "O taste and see that the LORD is good."</w:t>
      </w:r>
    </w:p>
    <w:p w14:paraId="2D8982C0" w14:textId="77777777" w:rsidR="00C8625A" w:rsidRDefault="00751C59">
      <w:pPr>
        <w:spacing w:after="80"/>
        <w:ind w:left="288"/>
      </w:pPr>
      <w:r>
        <w:rPr>
          <w:rFonts w:ascii="Georgia" w:eastAsia="Georgia" w:hAnsi="Georgia"/>
        </w:rPr>
        <w:t>• Declaration: "The LORD is good. I will look for His goodness today and name it when I</w:t>
      </w:r>
    </w:p>
    <w:p w14:paraId="0F69D0C0" w14:textId="77777777" w:rsidR="00C8625A" w:rsidRDefault="00751C59">
      <w:pPr>
        <w:spacing w:after="160"/>
        <w:ind w:firstLine="259"/>
      </w:pPr>
      <w:r>
        <w:rPr>
          <w:rFonts w:ascii="Georgia" w:eastAsia="Georgia" w:hAnsi="Georgia"/>
        </w:rPr>
        <w:t>find it."</w:t>
      </w:r>
    </w:p>
    <w:p w14:paraId="697A16C9" w14:textId="77777777" w:rsidR="00C8625A" w:rsidRDefault="00751C59">
      <w:pPr>
        <w:spacing w:after="80"/>
        <w:ind w:left="288"/>
      </w:pPr>
      <w:r>
        <w:rPr>
          <w:rFonts w:ascii="Georgia" w:eastAsia="Georgia" w:hAnsi="Georgia"/>
        </w:rPr>
        <w:t>• Response: Give me eyes that notice.</w:t>
      </w:r>
    </w:p>
    <w:p w14:paraId="0BC91056" w14:textId="77777777" w:rsidR="00C8625A" w:rsidRDefault="00751C59">
      <w:pPr>
        <w:spacing w:before="280" w:after="120"/>
      </w:pPr>
      <w:r>
        <w:rPr>
          <w:rFonts w:ascii="Georgia" w:eastAsia="Georgia" w:hAnsi="Georgia"/>
          <w:b/>
        </w:rPr>
        <w:t>Day 4 — He Is Unchanging.</w:t>
      </w:r>
    </w:p>
    <w:p w14:paraId="3B847BA0" w14:textId="77777777" w:rsidR="00C8625A" w:rsidRDefault="00751C59">
      <w:pPr>
        <w:spacing w:after="80"/>
        <w:ind w:left="288"/>
      </w:pPr>
      <w:r>
        <w:rPr>
          <w:rFonts w:ascii="Georgia" w:eastAsia="Georgia" w:hAnsi="Georgia"/>
        </w:rPr>
        <w:t>• Verse: Malachi 3:6; James 1:17 — "I am the LORD, I do not change... with whom there is</w:t>
      </w:r>
    </w:p>
    <w:p w14:paraId="64876E6F" w14:textId="77777777" w:rsidR="00C8625A" w:rsidRDefault="00751C59">
      <w:pPr>
        <w:spacing w:after="160"/>
        <w:ind w:firstLine="259"/>
      </w:pPr>
      <w:r>
        <w:rPr>
          <w:rFonts w:ascii="Georgia" w:eastAsia="Georgia" w:hAnsi="Georgia"/>
        </w:rPr>
        <w:t>no variation or shadow of turning."</w:t>
      </w:r>
    </w:p>
    <w:p w14:paraId="3AA472D7" w14:textId="77777777" w:rsidR="00C8625A" w:rsidRDefault="00751C59">
      <w:pPr>
        <w:spacing w:after="80"/>
        <w:ind w:left="288"/>
      </w:pPr>
      <w:r>
        <w:rPr>
          <w:rFonts w:ascii="Georgia" w:eastAsia="Georgia" w:hAnsi="Georgia"/>
        </w:rPr>
        <w:t>• Declaration: "My feelings change; God does not. I stand on what does not shift."</w:t>
      </w:r>
    </w:p>
    <w:p w14:paraId="51D665C4" w14:textId="77777777" w:rsidR="00C8625A" w:rsidRDefault="00751C59">
      <w:pPr>
        <w:spacing w:after="80"/>
        <w:ind w:left="288"/>
      </w:pPr>
      <w:r>
        <w:rPr>
          <w:rFonts w:ascii="Georgia" w:eastAsia="Georgia" w:hAnsi="Georgia"/>
        </w:rPr>
        <w:t>• Response: Hold me on the Rock today.</w:t>
      </w:r>
    </w:p>
    <w:p w14:paraId="290AEADE" w14:textId="77777777" w:rsidR="00C8625A" w:rsidRDefault="00751C59">
      <w:pPr>
        <w:spacing w:before="280" w:after="120"/>
      </w:pPr>
      <w:r>
        <w:rPr>
          <w:rFonts w:ascii="Georgia" w:eastAsia="Georgia" w:hAnsi="Georgia"/>
          <w:b/>
        </w:rPr>
        <w:t>Day 5 — He Is Faithful.</w:t>
      </w:r>
    </w:p>
    <w:p w14:paraId="22E1183F" w14:textId="77777777" w:rsidR="00C8625A" w:rsidRDefault="00751C59">
      <w:pPr>
        <w:spacing w:after="80"/>
        <w:ind w:left="288"/>
      </w:pPr>
      <w:r>
        <w:rPr>
          <w:rFonts w:ascii="Georgia" w:eastAsia="Georgia" w:hAnsi="Georgia"/>
        </w:rPr>
        <w:t>• Verse: Lamentations 3:22–23 — "His compassions fail not. They are new every morning;</w:t>
      </w:r>
    </w:p>
    <w:p w14:paraId="306BFB4F" w14:textId="77777777" w:rsidR="00C8625A" w:rsidRDefault="00751C59">
      <w:pPr>
        <w:spacing w:after="160"/>
        <w:ind w:firstLine="259"/>
      </w:pPr>
      <w:r>
        <w:rPr>
          <w:rFonts w:ascii="Georgia" w:eastAsia="Georgia" w:hAnsi="Georgia"/>
        </w:rPr>
        <w:t>great is Your faithfulness."</w:t>
      </w:r>
    </w:p>
    <w:p w14:paraId="3994D80C" w14:textId="77777777" w:rsidR="00C8625A" w:rsidRDefault="00751C59">
      <w:pPr>
        <w:spacing w:after="80"/>
        <w:ind w:left="288"/>
      </w:pPr>
      <w:r>
        <w:rPr>
          <w:rFonts w:ascii="Georgia" w:eastAsia="Georgia" w:hAnsi="Georgia"/>
        </w:rPr>
        <w:t>• Declaration: "I have a fresh supply of mercy this morning because He is faithful, and I will</w:t>
      </w:r>
    </w:p>
    <w:p w14:paraId="1E310FBD" w14:textId="77777777" w:rsidR="00C8625A" w:rsidRDefault="00751C59">
      <w:pPr>
        <w:spacing w:after="160"/>
        <w:ind w:firstLine="259"/>
      </w:pPr>
      <w:r>
        <w:rPr>
          <w:rFonts w:ascii="Georgia" w:eastAsia="Georgia" w:hAnsi="Georgia"/>
        </w:rPr>
        <w:t>not be late to use it."</w:t>
      </w:r>
    </w:p>
    <w:p w14:paraId="5B359528" w14:textId="77777777" w:rsidR="00C8625A" w:rsidRDefault="00751C59">
      <w:pPr>
        <w:spacing w:after="80"/>
        <w:ind w:left="288"/>
      </w:pPr>
      <w:r>
        <w:rPr>
          <w:rFonts w:ascii="Georgia" w:eastAsia="Georgia" w:hAnsi="Georgia"/>
        </w:rPr>
        <w:t>• Response: New mercies, new strength.</w:t>
      </w:r>
    </w:p>
    <w:p w14:paraId="31A81505" w14:textId="77777777" w:rsidR="00C8625A" w:rsidRDefault="00751C59">
      <w:pPr>
        <w:spacing w:before="280" w:after="120"/>
      </w:pPr>
      <w:r>
        <w:rPr>
          <w:rFonts w:ascii="Georgia" w:eastAsia="Georgia" w:hAnsi="Georgia"/>
          <w:b/>
        </w:rPr>
        <w:t>Day 6 — He Is Sovereign.</w:t>
      </w:r>
    </w:p>
    <w:p w14:paraId="183B3377" w14:textId="77777777" w:rsidR="00C8625A" w:rsidRDefault="00751C59">
      <w:pPr>
        <w:spacing w:after="80"/>
        <w:ind w:left="288"/>
      </w:pPr>
      <w:r>
        <w:rPr>
          <w:rFonts w:ascii="Georgia" w:eastAsia="Georgia" w:hAnsi="Georgia"/>
        </w:rPr>
        <w:t>• Verse: Psalm 103:19 — "His throne rules over all."</w:t>
      </w:r>
    </w:p>
    <w:p w14:paraId="32321D1F" w14:textId="77777777" w:rsidR="00C8625A" w:rsidRDefault="00751C59">
      <w:pPr>
        <w:spacing w:after="80"/>
        <w:ind w:left="288"/>
      </w:pPr>
      <w:r>
        <w:rPr>
          <w:rFonts w:ascii="Georgia" w:eastAsia="Georgia" w:hAnsi="Georgia"/>
        </w:rPr>
        <w:lastRenderedPageBreak/>
        <w:t>• Declaration: "No situation is outside my Father's jurisdiction. I will speak to this mountain,</w:t>
      </w:r>
    </w:p>
    <w:p w14:paraId="4793ED47" w14:textId="77777777" w:rsidR="00C8625A" w:rsidRDefault="00751C59">
      <w:pPr>
        <w:spacing w:after="160"/>
        <w:ind w:firstLine="259"/>
      </w:pPr>
      <w:r>
        <w:rPr>
          <w:rFonts w:ascii="Georgia" w:eastAsia="Georgia" w:hAnsi="Georgia"/>
        </w:rPr>
        <w:t>and I will look to my God."</w:t>
      </w:r>
    </w:p>
    <w:p w14:paraId="11028D6B" w14:textId="77777777" w:rsidR="00C8625A" w:rsidRDefault="00751C59">
      <w:pPr>
        <w:spacing w:after="80"/>
        <w:ind w:left="288"/>
      </w:pPr>
      <w:r>
        <w:rPr>
          <w:rFonts w:ascii="Georgia" w:eastAsia="Georgia" w:hAnsi="Georgia"/>
        </w:rPr>
        <w:t>• Response: Reign today in the place I cannot control.</w:t>
      </w:r>
    </w:p>
    <w:p w14:paraId="29F8066F" w14:textId="77777777" w:rsidR="00C8625A" w:rsidRDefault="00751C59">
      <w:pPr>
        <w:spacing w:before="280" w:after="120"/>
      </w:pPr>
      <w:r>
        <w:rPr>
          <w:rFonts w:ascii="Georgia" w:eastAsia="Georgia" w:hAnsi="Georgia"/>
          <w:b/>
        </w:rPr>
        <w:t>Day 7 — He Is Love.</w:t>
      </w:r>
    </w:p>
    <w:p w14:paraId="2B1B8B85" w14:textId="77777777" w:rsidR="00C8625A" w:rsidRDefault="00751C59">
      <w:pPr>
        <w:spacing w:after="80"/>
        <w:ind w:left="288"/>
      </w:pPr>
      <w:r>
        <w:rPr>
          <w:rFonts w:ascii="Georgia" w:eastAsia="Georgia" w:hAnsi="Georgia"/>
        </w:rPr>
        <w:t>• Verse: 1 John 4:9–10; Isaiah 54:10 — "My kindness shall not depart from you."</w:t>
      </w:r>
    </w:p>
    <w:p w14:paraId="5AC433D3" w14:textId="77777777" w:rsidR="00C8625A" w:rsidRDefault="00751C59">
      <w:pPr>
        <w:spacing w:after="80"/>
        <w:ind w:left="288"/>
      </w:pPr>
      <w:r>
        <w:rPr>
          <w:rFonts w:ascii="Georgia" w:eastAsia="Georgia" w:hAnsi="Georgia"/>
        </w:rPr>
        <w:t>• Declaration: "The cross is the evidence, and it is enough. I am loved with an everlasting</w:t>
      </w:r>
    </w:p>
    <w:p w14:paraId="3404FC92" w14:textId="77777777" w:rsidR="00C8625A" w:rsidRDefault="00751C59">
      <w:pPr>
        <w:spacing w:after="160"/>
        <w:ind w:firstLine="259"/>
      </w:pPr>
      <w:r>
        <w:rPr>
          <w:rFonts w:ascii="Georgia" w:eastAsia="Georgia" w:hAnsi="Georgia"/>
        </w:rPr>
        <w:t>love."</w:t>
      </w:r>
    </w:p>
    <w:p w14:paraId="3E5A3B7D" w14:textId="77777777" w:rsidR="00C8625A" w:rsidRDefault="00751C59">
      <w:pPr>
        <w:spacing w:after="80"/>
        <w:ind w:left="288"/>
      </w:pPr>
      <w:r>
        <w:rPr>
          <w:rFonts w:ascii="Georgia" w:eastAsia="Georgia" w:hAnsi="Georgia"/>
        </w:rPr>
        <w:t>• Response: Let me love others from that, today.</w:t>
      </w:r>
    </w:p>
    <w:p w14:paraId="26A90B12" w14:textId="77777777" w:rsidR="00C8625A" w:rsidRDefault="00751C59">
      <w:pPr>
        <w:spacing w:before="280" w:after="120"/>
      </w:pPr>
      <w:r>
        <w:rPr>
          <w:rFonts w:ascii="Georgia" w:eastAsia="Georgia" w:hAnsi="Georgia"/>
          <w:b/>
        </w:rPr>
        <w:t>Week 2 — What He Has Done</w:t>
      </w:r>
    </w:p>
    <w:p w14:paraId="3E1A7127" w14:textId="77777777" w:rsidR="00C8625A" w:rsidRDefault="00751C59">
      <w:pPr>
        <w:spacing w:before="280" w:after="120"/>
      </w:pPr>
      <w:r>
        <w:rPr>
          <w:rFonts w:ascii="Georgia" w:eastAsia="Georgia" w:hAnsi="Georgia"/>
          <w:b/>
        </w:rPr>
        <w:t>Day 8 — He Delivered Me At The Cross.</w:t>
      </w:r>
    </w:p>
    <w:p w14:paraId="1773C72D" w14:textId="77777777" w:rsidR="00C8625A" w:rsidRDefault="00751C59">
      <w:pPr>
        <w:spacing w:after="80"/>
        <w:ind w:left="288"/>
      </w:pPr>
      <w:r>
        <w:rPr>
          <w:rFonts w:ascii="Georgia" w:eastAsia="Georgia" w:hAnsi="Georgia"/>
        </w:rPr>
        <w:t>• Verse: Colossians 1:13 — "He has delivered us from the power of darkness and</w:t>
      </w:r>
    </w:p>
    <w:p w14:paraId="4FACD34D" w14:textId="77777777" w:rsidR="00C8625A" w:rsidRDefault="00751C59">
      <w:pPr>
        <w:spacing w:after="160"/>
        <w:ind w:firstLine="259"/>
      </w:pPr>
      <w:r>
        <w:rPr>
          <w:rFonts w:ascii="Georgia" w:eastAsia="Georgia" w:hAnsi="Georgia"/>
        </w:rPr>
        <w:t>conveyed us into the kingdom of the Son of His love."</w:t>
      </w:r>
    </w:p>
    <w:p w14:paraId="34331587" w14:textId="77777777" w:rsidR="00C8625A" w:rsidRDefault="00751C59">
      <w:pPr>
        <w:spacing w:after="80"/>
        <w:ind w:left="288"/>
      </w:pPr>
      <w:r>
        <w:rPr>
          <w:rFonts w:ascii="Georgia" w:eastAsia="Georgia" w:hAnsi="Georgia"/>
        </w:rPr>
        <w:t>• Declaration: "I am transferred. The kingdom I live in is not determined by the news."</w:t>
      </w:r>
    </w:p>
    <w:p w14:paraId="26CDACBE" w14:textId="77777777" w:rsidR="00C8625A" w:rsidRDefault="00751C59">
      <w:pPr>
        <w:spacing w:after="80"/>
        <w:ind w:left="288"/>
      </w:pPr>
      <w:r>
        <w:rPr>
          <w:rFonts w:ascii="Georgia" w:eastAsia="Georgia" w:hAnsi="Georgia"/>
        </w:rPr>
        <w:t>• Response: Thank You for the greater rescue.</w:t>
      </w:r>
    </w:p>
    <w:p w14:paraId="3B68C08D" w14:textId="77777777" w:rsidR="00C8625A" w:rsidRDefault="00751C59">
      <w:pPr>
        <w:spacing w:before="280" w:after="120"/>
      </w:pPr>
      <w:r>
        <w:rPr>
          <w:rFonts w:ascii="Georgia" w:eastAsia="Georgia" w:hAnsi="Georgia"/>
          <w:b/>
        </w:rPr>
        <w:t>Day 9 — He Has Forgiven Me.</w:t>
      </w:r>
    </w:p>
    <w:p w14:paraId="3CAFBEA9" w14:textId="77777777" w:rsidR="00C8625A" w:rsidRDefault="00751C59">
      <w:pPr>
        <w:spacing w:after="80"/>
        <w:ind w:left="288"/>
      </w:pPr>
      <w:r>
        <w:rPr>
          <w:rFonts w:ascii="Georgia" w:eastAsia="Georgia" w:hAnsi="Georgia"/>
        </w:rPr>
        <w:t>• Verse: Psalm 103:10–12 — "He has not dealt with us according to our sins."</w:t>
      </w:r>
    </w:p>
    <w:p w14:paraId="3D322047" w14:textId="77777777" w:rsidR="00C8625A" w:rsidRDefault="00751C59">
      <w:pPr>
        <w:spacing w:after="80"/>
        <w:ind w:left="288"/>
      </w:pPr>
      <w:r>
        <w:rPr>
          <w:rFonts w:ascii="Georgia" w:eastAsia="Georgia" w:hAnsi="Georgia"/>
        </w:rPr>
        <w:t>• Declaration: "As far as the east is from the west. I will stop re-imprisoning myself for what</w:t>
      </w:r>
    </w:p>
    <w:p w14:paraId="470D1730" w14:textId="77777777" w:rsidR="00C8625A" w:rsidRDefault="00751C59">
      <w:pPr>
        <w:spacing w:after="160"/>
        <w:ind w:firstLine="259"/>
      </w:pPr>
      <w:r>
        <w:rPr>
          <w:rFonts w:ascii="Georgia" w:eastAsia="Georgia" w:hAnsi="Georgia"/>
        </w:rPr>
        <w:t>God has released."</w:t>
      </w:r>
    </w:p>
    <w:p w14:paraId="5C3F6CA5" w14:textId="77777777" w:rsidR="00C8625A" w:rsidRDefault="00751C59">
      <w:pPr>
        <w:spacing w:after="80"/>
        <w:ind w:left="288"/>
      </w:pPr>
      <w:r>
        <w:rPr>
          <w:rFonts w:ascii="Georgia" w:eastAsia="Georgia" w:hAnsi="Georgia"/>
        </w:rPr>
        <w:t>• Response: Cleanse my conscience for service.</w:t>
      </w:r>
    </w:p>
    <w:p w14:paraId="0837D87A" w14:textId="77777777" w:rsidR="00C8625A" w:rsidRDefault="00751C59">
      <w:pPr>
        <w:spacing w:before="280" w:after="120"/>
      </w:pPr>
      <w:r>
        <w:rPr>
          <w:rFonts w:ascii="Georgia" w:eastAsia="Georgia" w:hAnsi="Georgia"/>
          <w:b/>
        </w:rPr>
        <w:lastRenderedPageBreak/>
        <w:t>Day 10 — He Healed Me.</w:t>
      </w:r>
    </w:p>
    <w:p w14:paraId="61786E53" w14:textId="77777777" w:rsidR="00C8625A" w:rsidRDefault="00751C59">
      <w:pPr>
        <w:spacing w:after="80"/>
        <w:ind w:left="288"/>
      </w:pPr>
      <w:r>
        <w:rPr>
          <w:rFonts w:ascii="Georgia" w:eastAsia="Georgia" w:hAnsi="Georgia"/>
        </w:rPr>
        <w:t>• Verse: Psalm 103:3 — "Who heals all your diseases."</w:t>
      </w:r>
    </w:p>
    <w:p w14:paraId="642D5438" w14:textId="77777777" w:rsidR="00C8625A" w:rsidRDefault="00751C59">
      <w:pPr>
        <w:spacing w:after="80"/>
        <w:ind w:left="288"/>
      </w:pPr>
      <w:r>
        <w:rPr>
          <w:rFonts w:ascii="Georgia" w:eastAsia="Georgia" w:hAnsi="Georgia"/>
        </w:rPr>
        <w:t>• Declaration: "My body is not abandoned by God. What He has done He can do again;</w:t>
      </w:r>
    </w:p>
    <w:p w14:paraId="3A04E207" w14:textId="77777777" w:rsidR="00C8625A" w:rsidRDefault="00751C59">
      <w:pPr>
        <w:spacing w:after="160"/>
        <w:ind w:firstLine="259"/>
      </w:pPr>
      <w:r>
        <w:rPr>
          <w:rFonts w:ascii="Georgia" w:eastAsia="Georgia" w:hAnsi="Georgia"/>
        </w:rPr>
        <w:t>and I will not panic while I wait."</w:t>
      </w:r>
    </w:p>
    <w:p w14:paraId="685FFFC8" w14:textId="77777777" w:rsidR="00C8625A" w:rsidRDefault="00751C59">
      <w:pPr>
        <w:spacing w:after="80"/>
        <w:ind w:left="288"/>
      </w:pPr>
      <w:r>
        <w:rPr>
          <w:rFonts w:ascii="Georgia" w:eastAsia="Georgia" w:hAnsi="Georgia"/>
        </w:rPr>
        <w:t>• Response: Lord, I claim healing and I trust Your timing.</w:t>
      </w:r>
    </w:p>
    <w:p w14:paraId="45E4824F" w14:textId="77777777" w:rsidR="00C8625A" w:rsidRDefault="00751C59">
      <w:pPr>
        <w:spacing w:before="280" w:after="120"/>
      </w:pPr>
      <w:r>
        <w:rPr>
          <w:rFonts w:ascii="Georgia" w:eastAsia="Georgia" w:hAnsi="Georgia"/>
          <w:b/>
        </w:rPr>
        <w:t>Day 11 — He Provided Then, And Will Now.</w:t>
      </w:r>
    </w:p>
    <w:p w14:paraId="6A67E4B1" w14:textId="77777777" w:rsidR="00C8625A" w:rsidRDefault="00751C59">
      <w:pPr>
        <w:spacing w:after="80"/>
        <w:ind w:left="288"/>
      </w:pPr>
      <w:r>
        <w:rPr>
          <w:rFonts w:ascii="Georgia" w:eastAsia="Georgia" w:hAnsi="Georgia"/>
        </w:rPr>
        <w:t>• Verse: Psalm 23:1; Philippians 4:19 — "The LORD is my shepherd; I shall not want."</w:t>
      </w:r>
    </w:p>
    <w:p w14:paraId="2EBD4BE5" w14:textId="77777777" w:rsidR="00C8625A" w:rsidRDefault="00751C59">
      <w:pPr>
        <w:spacing w:after="80"/>
        <w:ind w:left="288"/>
      </w:pPr>
      <w:r>
        <w:rPr>
          <w:rFonts w:ascii="Georgia" w:eastAsia="Georgia" w:hAnsi="Georgia"/>
        </w:rPr>
        <w:t>• Declaration: "My Shepherd supplies. I will not live like an orphan in a rich Father's</w:t>
      </w:r>
    </w:p>
    <w:p w14:paraId="2F1551C1" w14:textId="77777777" w:rsidR="00C8625A" w:rsidRDefault="00751C59">
      <w:pPr>
        <w:spacing w:after="160"/>
        <w:ind w:firstLine="259"/>
      </w:pPr>
      <w:r>
        <w:rPr>
          <w:rFonts w:ascii="Georgia" w:eastAsia="Georgia" w:hAnsi="Georgia"/>
        </w:rPr>
        <w:t>house."</w:t>
      </w:r>
    </w:p>
    <w:p w14:paraId="5FEE307A" w14:textId="77777777" w:rsidR="00C8625A" w:rsidRDefault="00751C59">
      <w:pPr>
        <w:spacing w:after="80"/>
        <w:ind w:left="288"/>
      </w:pPr>
      <w:r>
        <w:rPr>
          <w:rFonts w:ascii="Georgia" w:eastAsia="Georgia" w:hAnsi="Georgia"/>
        </w:rPr>
        <w:t>• Response: Give me today's bread and generosity with it.</w:t>
      </w:r>
    </w:p>
    <w:p w14:paraId="4FC6B094" w14:textId="77777777" w:rsidR="00C8625A" w:rsidRDefault="00751C59">
      <w:pPr>
        <w:spacing w:before="280" w:after="120"/>
      </w:pPr>
      <w:r>
        <w:rPr>
          <w:rFonts w:ascii="Georgia" w:eastAsia="Georgia" w:hAnsi="Georgia"/>
          <w:b/>
        </w:rPr>
        <w:t>Day 12 — He Kept My Family.</w:t>
      </w:r>
    </w:p>
    <w:p w14:paraId="14710C10" w14:textId="77777777" w:rsidR="00C8625A" w:rsidRDefault="00751C59">
      <w:pPr>
        <w:spacing w:after="80"/>
        <w:ind w:left="288"/>
      </w:pPr>
      <w:r>
        <w:rPr>
          <w:rFonts w:ascii="Georgia" w:eastAsia="Georgia" w:hAnsi="Georgia"/>
        </w:rPr>
        <w:t>• Verse: Joshua 24:15 — "As for me and my house, we will serve the LORD."</w:t>
      </w:r>
    </w:p>
    <w:p w14:paraId="4FE883AC" w14:textId="77777777" w:rsidR="00C8625A" w:rsidRDefault="00751C59">
      <w:pPr>
        <w:spacing w:after="80"/>
        <w:ind w:left="288"/>
      </w:pPr>
      <w:r>
        <w:rPr>
          <w:rFonts w:ascii="Georgia" w:eastAsia="Georgia" w:hAnsi="Georgia"/>
        </w:rPr>
        <w:t>• Declaration: "My home is a place where God is worshipped and where people are safe."</w:t>
      </w:r>
    </w:p>
    <w:p w14:paraId="261050BA" w14:textId="77777777" w:rsidR="00C8625A" w:rsidRDefault="00751C59">
      <w:pPr>
        <w:spacing w:after="80"/>
        <w:ind w:left="288"/>
      </w:pPr>
      <w:r>
        <w:rPr>
          <w:rFonts w:ascii="Georgia" w:eastAsia="Georgia" w:hAnsi="Georgia"/>
        </w:rPr>
        <w:t>• Response: Save the ones I love, and use me with them.</w:t>
      </w:r>
    </w:p>
    <w:p w14:paraId="5AF5B0FB" w14:textId="77777777" w:rsidR="00C8625A" w:rsidRDefault="00751C59">
      <w:pPr>
        <w:spacing w:before="280" w:after="120"/>
      </w:pPr>
      <w:r>
        <w:rPr>
          <w:rFonts w:ascii="Georgia" w:eastAsia="Georgia" w:hAnsi="Georgia"/>
          <w:b/>
        </w:rPr>
        <w:t>Day 13 — He Saved Me From Myself.</w:t>
      </w:r>
    </w:p>
    <w:p w14:paraId="1E937CFB" w14:textId="77777777" w:rsidR="00C8625A" w:rsidRDefault="00751C59">
      <w:pPr>
        <w:spacing w:after="80"/>
        <w:ind w:left="288"/>
      </w:pPr>
      <w:r>
        <w:rPr>
          <w:rFonts w:ascii="Georgia" w:eastAsia="Georgia" w:hAnsi="Georgia"/>
        </w:rPr>
        <w:t>• Verse: 1 Corinthians 6:11 — "And such were some of you. But you were washed."</w:t>
      </w:r>
    </w:p>
    <w:p w14:paraId="1B2E5CF6" w14:textId="77777777" w:rsidR="00C8625A" w:rsidRDefault="00751C59">
      <w:pPr>
        <w:spacing w:after="80"/>
        <w:ind w:left="288"/>
      </w:pPr>
      <w:r>
        <w:rPr>
          <w:rFonts w:ascii="Georgia" w:eastAsia="Georgia" w:hAnsi="Georgia"/>
        </w:rPr>
        <w:t>• Declaration: "I am not what I was, and I am not what I am afraid of becoming."</w:t>
      </w:r>
    </w:p>
    <w:p w14:paraId="5CB1108C" w14:textId="77777777" w:rsidR="00C8625A" w:rsidRDefault="00751C59">
      <w:pPr>
        <w:spacing w:after="80"/>
        <w:ind w:left="288"/>
      </w:pPr>
      <w:r>
        <w:rPr>
          <w:rFonts w:ascii="Georgia" w:eastAsia="Georgia" w:hAnsi="Georgia"/>
        </w:rPr>
        <w:t>• Response: Keep me in the freedom I already have.</w:t>
      </w:r>
    </w:p>
    <w:p w14:paraId="0FD4BA22" w14:textId="77777777" w:rsidR="00C8625A" w:rsidRDefault="00751C59">
      <w:pPr>
        <w:spacing w:before="280" w:after="120"/>
      </w:pPr>
      <w:r>
        <w:rPr>
          <w:rFonts w:ascii="Georgia" w:eastAsia="Georgia" w:hAnsi="Georgia"/>
          <w:b/>
        </w:rPr>
        <w:t>Day 14 — He Answered Prayer Before The Need.</w:t>
      </w:r>
    </w:p>
    <w:p w14:paraId="6EF553B6" w14:textId="77777777" w:rsidR="00C8625A" w:rsidRDefault="00751C59">
      <w:pPr>
        <w:spacing w:after="80"/>
        <w:ind w:left="288"/>
      </w:pPr>
      <w:r>
        <w:rPr>
          <w:rFonts w:ascii="Georgia" w:eastAsia="Georgia" w:hAnsi="Georgia"/>
        </w:rPr>
        <w:lastRenderedPageBreak/>
        <w:t>• Verse: Psalm 91:15 — "He shall call upon Me, and I will answer him."</w:t>
      </w:r>
    </w:p>
    <w:p w14:paraId="54995125" w14:textId="77777777" w:rsidR="00C8625A" w:rsidRDefault="00751C59">
      <w:pPr>
        <w:spacing w:after="80"/>
        <w:ind w:left="288"/>
      </w:pPr>
      <w:r>
        <w:rPr>
          <w:rFonts w:ascii="Georgia" w:eastAsia="Georgia" w:hAnsi="Georgia"/>
        </w:rPr>
        <w:t>• Declaration: "He is already answering. I will thank Him for the answer as much as for the</w:t>
      </w:r>
    </w:p>
    <w:p w14:paraId="18CAE52A" w14:textId="77777777" w:rsidR="00C8625A" w:rsidRDefault="00751C59">
      <w:pPr>
        <w:spacing w:after="160"/>
        <w:ind w:firstLine="259"/>
      </w:pPr>
      <w:r>
        <w:rPr>
          <w:rFonts w:ascii="Georgia" w:eastAsia="Georgia" w:hAnsi="Georgia"/>
        </w:rPr>
        <w:t>outcome."</w:t>
      </w:r>
    </w:p>
    <w:p w14:paraId="3AC6453D" w14:textId="77777777" w:rsidR="00C8625A" w:rsidRDefault="00751C59">
      <w:pPr>
        <w:spacing w:after="80"/>
        <w:ind w:left="288"/>
      </w:pPr>
      <w:r>
        <w:rPr>
          <w:rFonts w:ascii="Georgia" w:eastAsia="Georgia" w:hAnsi="Georgia"/>
        </w:rPr>
        <w:t>• Response: Let me pray and not faint.</w:t>
      </w:r>
    </w:p>
    <w:p w14:paraId="635B0BDA" w14:textId="77777777" w:rsidR="00C8625A" w:rsidRDefault="00751C59">
      <w:pPr>
        <w:spacing w:before="280" w:after="120"/>
      </w:pPr>
      <w:r>
        <w:rPr>
          <w:rFonts w:ascii="Georgia" w:eastAsia="Georgia" w:hAnsi="Georgia"/>
          <w:b/>
        </w:rPr>
        <w:t>Week 3 — Who I Am In Him</w:t>
      </w:r>
    </w:p>
    <w:p w14:paraId="36E28A1B" w14:textId="77777777" w:rsidR="00C8625A" w:rsidRDefault="00751C59">
      <w:pPr>
        <w:spacing w:before="280" w:after="120"/>
      </w:pPr>
      <w:r>
        <w:rPr>
          <w:rFonts w:ascii="Georgia" w:eastAsia="Georgia" w:hAnsi="Georgia"/>
          <w:b/>
        </w:rPr>
        <w:t>Day 15 — I Am A Temple.</w:t>
      </w:r>
    </w:p>
    <w:p w14:paraId="2BD8F478" w14:textId="77777777" w:rsidR="00C8625A" w:rsidRDefault="00751C59">
      <w:pPr>
        <w:spacing w:after="80"/>
        <w:ind w:left="288"/>
      </w:pPr>
      <w:r>
        <w:rPr>
          <w:rFonts w:ascii="Georgia" w:eastAsia="Georgia" w:hAnsi="Georgia"/>
        </w:rPr>
        <w:t>• Verse: 1 Corinthians 6:19 — "Your body is a temple of the Holy Spirit."</w:t>
      </w:r>
    </w:p>
    <w:p w14:paraId="3D275E16" w14:textId="77777777" w:rsidR="00C8625A" w:rsidRDefault="00751C59">
      <w:pPr>
        <w:spacing w:after="80"/>
        <w:ind w:left="288"/>
      </w:pPr>
      <w:r>
        <w:rPr>
          <w:rFonts w:ascii="Georgia" w:eastAsia="Georgia" w:hAnsi="Georgia"/>
        </w:rPr>
        <w:t>• Declaration: "God is not a guest in my life; He owns the building. I will honour Him in my</w:t>
      </w:r>
    </w:p>
    <w:p w14:paraId="2A513834" w14:textId="77777777" w:rsidR="00C8625A" w:rsidRDefault="00751C59">
      <w:pPr>
        <w:spacing w:after="160"/>
        <w:ind w:firstLine="259"/>
      </w:pPr>
      <w:r>
        <w:rPr>
          <w:rFonts w:ascii="Georgia" w:eastAsia="Georgia" w:hAnsi="Georgia"/>
        </w:rPr>
        <w:t>body today."</w:t>
      </w:r>
    </w:p>
    <w:p w14:paraId="08E5DDF0" w14:textId="77777777" w:rsidR="00C8625A" w:rsidRDefault="00751C59">
      <w:pPr>
        <w:spacing w:after="80"/>
        <w:ind w:left="288"/>
      </w:pPr>
      <w:r>
        <w:rPr>
          <w:rFonts w:ascii="Georgia" w:eastAsia="Georgia" w:hAnsi="Georgia"/>
        </w:rPr>
        <w:t>• Response: Rule in me, Holy Spirit.</w:t>
      </w:r>
    </w:p>
    <w:p w14:paraId="757FF8C1" w14:textId="77777777" w:rsidR="00C8625A" w:rsidRDefault="00751C59">
      <w:pPr>
        <w:spacing w:before="280" w:after="120"/>
      </w:pPr>
      <w:r>
        <w:rPr>
          <w:rFonts w:ascii="Georgia" w:eastAsia="Georgia" w:hAnsi="Georgia"/>
          <w:b/>
        </w:rPr>
        <w:t>Day 16 — I Am A Witness.</w:t>
      </w:r>
    </w:p>
    <w:p w14:paraId="497709A3" w14:textId="77777777" w:rsidR="00C8625A" w:rsidRDefault="00751C59">
      <w:pPr>
        <w:spacing w:after="80"/>
        <w:ind w:left="288"/>
      </w:pPr>
      <w:r>
        <w:rPr>
          <w:rFonts w:ascii="Georgia" w:eastAsia="Georgia" w:hAnsi="Georgia"/>
        </w:rPr>
        <w:t>• Verse: Isaiah 43:10, 12 — "You are My witnesses, says the LORD."</w:t>
      </w:r>
    </w:p>
    <w:p w14:paraId="76B98010" w14:textId="77777777" w:rsidR="00C8625A" w:rsidRDefault="00751C59">
      <w:pPr>
        <w:spacing w:after="80"/>
        <w:ind w:left="288"/>
      </w:pPr>
      <w:r>
        <w:rPr>
          <w:rFonts w:ascii="Georgia" w:eastAsia="Georgia" w:hAnsi="Georgia"/>
        </w:rPr>
        <w:t>• Declaration: "I have a job in this crisis: to testify. I will tell one person what God has</w:t>
      </w:r>
    </w:p>
    <w:p w14:paraId="4572DB73" w14:textId="77777777" w:rsidR="00C8625A" w:rsidRDefault="00751C59">
      <w:pPr>
        <w:spacing w:after="160"/>
        <w:ind w:firstLine="259"/>
      </w:pPr>
      <w:r>
        <w:rPr>
          <w:rFonts w:ascii="Georgia" w:eastAsia="Georgia" w:hAnsi="Georgia"/>
        </w:rPr>
        <w:t>done."</w:t>
      </w:r>
    </w:p>
    <w:p w14:paraId="6259AB82" w14:textId="77777777" w:rsidR="00C8625A" w:rsidRDefault="00751C59">
      <w:pPr>
        <w:spacing w:after="80"/>
        <w:ind w:left="288"/>
      </w:pPr>
      <w:r>
        <w:rPr>
          <w:rFonts w:ascii="Georgia" w:eastAsia="Georgia" w:hAnsi="Georgia"/>
        </w:rPr>
        <w:t>• Response: Open a mouth for me today.</w:t>
      </w:r>
    </w:p>
    <w:p w14:paraId="2515872D" w14:textId="77777777" w:rsidR="00C8625A" w:rsidRDefault="00751C59">
      <w:pPr>
        <w:spacing w:before="280" w:after="120"/>
      </w:pPr>
      <w:r>
        <w:rPr>
          <w:rFonts w:ascii="Georgia" w:eastAsia="Georgia" w:hAnsi="Georgia"/>
          <w:b/>
        </w:rPr>
        <w:t>Day 17 — I Am More Than A Conqueror.</w:t>
      </w:r>
    </w:p>
    <w:p w14:paraId="45EF80DF" w14:textId="77777777" w:rsidR="00C8625A" w:rsidRDefault="00751C59">
      <w:pPr>
        <w:spacing w:after="80"/>
        <w:ind w:left="288"/>
      </w:pPr>
      <w:r>
        <w:rPr>
          <w:rFonts w:ascii="Georgia" w:eastAsia="Georgia" w:hAnsi="Georgia"/>
        </w:rPr>
        <w:t>• Verse: Romans 8:37 — "In all these things we are more than conquerors through Him</w:t>
      </w:r>
    </w:p>
    <w:p w14:paraId="102FB558" w14:textId="77777777" w:rsidR="00C8625A" w:rsidRDefault="00751C59">
      <w:pPr>
        <w:spacing w:after="160"/>
        <w:ind w:firstLine="259"/>
      </w:pPr>
      <w:r>
        <w:rPr>
          <w:rFonts w:ascii="Georgia" w:eastAsia="Georgia" w:hAnsi="Georgia"/>
        </w:rPr>
        <w:t>who loved us."</w:t>
      </w:r>
    </w:p>
    <w:p w14:paraId="114CABA4" w14:textId="77777777" w:rsidR="00C8625A" w:rsidRDefault="00751C59">
      <w:pPr>
        <w:spacing w:after="80"/>
        <w:ind w:left="288"/>
      </w:pPr>
      <w:r>
        <w:rPr>
          <w:rFonts w:ascii="Georgia" w:eastAsia="Georgia" w:hAnsi="Georgia"/>
        </w:rPr>
        <w:lastRenderedPageBreak/>
        <w:t>• Declaration: "I am not scraping by; I am ruling with Christ in the place of my trouble."</w:t>
      </w:r>
    </w:p>
    <w:p w14:paraId="45616EAC" w14:textId="77777777" w:rsidR="00C8625A" w:rsidRDefault="00751C59">
      <w:pPr>
        <w:spacing w:after="80"/>
        <w:ind w:left="288"/>
      </w:pPr>
      <w:r>
        <w:rPr>
          <w:rFonts w:ascii="Georgia" w:eastAsia="Georgia" w:hAnsi="Georgia"/>
        </w:rPr>
        <w:t>• Response: Teach me to lead from the middle of it.</w:t>
      </w:r>
    </w:p>
    <w:p w14:paraId="45DF89E3" w14:textId="77777777" w:rsidR="00C8625A" w:rsidRDefault="00751C59">
      <w:pPr>
        <w:spacing w:before="280" w:after="120"/>
      </w:pPr>
      <w:r>
        <w:rPr>
          <w:rFonts w:ascii="Georgia" w:eastAsia="Georgia" w:hAnsi="Georgia"/>
          <w:b/>
        </w:rPr>
        <w:t>Day 18 — I Am A Son, A Daughter.</w:t>
      </w:r>
    </w:p>
    <w:p w14:paraId="2BB9954B" w14:textId="77777777" w:rsidR="00C8625A" w:rsidRDefault="00751C59">
      <w:pPr>
        <w:spacing w:after="80"/>
        <w:ind w:left="288"/>
      </w:pPr>
      <w:r>
        <w:rPr>
          <w:rFonts w:ascii="Georgia" w:eastAsia="Georgia" w:hAnsi="Georgia"/>
        </w:rPr>
        <w:t>• Verse: Romans 8:15–16 — "You have received the Spirit of adoption by whom we cry</w:t>
      </w:r>
    </w:p>
    <w:p w14:paraId="09A13132" w14:textId="77777777" w:rsidR="00C8625A" w:rsidRDefault="00751C59">
      <w:pPr>
        <w:spacing w:after="160"/>
        <w:ind w:firstLine="259"/>
      </w:pPr>
      <w:r>
        <w:rPr>
          <w:rFonts w:ascii="Georgia" w:eastAsia="Georgia" w:hAnsi="Georgia"/>
        </w:rPr>
        <w:t>out, 'Abba, Father.'"</w:t>
      </w:r>
    </w:p>
    <w:p w14:paraId="07E90191" w14:textId="77777777" w:rsidR="00C8625A" w:rsidRDefault="00751C59">
      <w:pPr>
        <w:spacing w:after="80"/>
        <w:ind w:left="288"/>
      </w:pPr>
      <w:r>
        <w:rPr>
          <w:rFonts w:ascii="Georgia" w:eastAsia="Georgia" w:hAnsi="Georgia"/>
        </w:rPr>
        <w:t>• Declaration: "I am not an employee hoping for a bonus. I am a child at a table."</w:t>
      </w:r>
    </w:p>
    <w:p w14:paraId="10EDC636" w14:textId="77777777" w:rsidR="00C8625A" w:rsidRDefault="00751C59">
      <w:pPr>
        <w:spacing w:after="80"/>
        <w:ind w:left="288"/>
      </w:pPr>
      <w:r>
        <w:rPr>
          <w:rFonts w:ascii="Georgia" w:eastAsia="Georgia" w:hAnsi="Georgia"/>
        </w:rPr>
        <w:t>• Response: Let me rest in being Yours.</w:t>
      </w:r>
    </w:p>
    <w:p w14:paraId="0CD9B161" w14:textId="77777777" w:rsidR="00C8625A" w:rsidRDefault="00751C59">
      <w:pPr>
        <w:spacing w:before="280" w:after="120"/>
      </w:pPr>
      <w:r>
        <w:rPr>
          <w:rFonts w:ascii="Georgia" w:eastAsia="Georgia" w:hAnsi="Georgia"/>
          <w:b/>
        </w:rPr>
        <w:t>Day 19 — I Am A New Creation.</w:t>
      </w:r>
    </w:p>
    <w:p w14:paraId="16768CB7" w14:textId="77777777" w:rsidR="00C8625A" w:rsidRDefault="00751C59">
      <w:pPr>
        <w:spacing w:after="80"/>
        <w:ind w:left="288"/>
      </w:pPr>
      <w:r>
        <w:rPr>
          <w:rFonts w:ascii="Georgia" w:eastAsia="Georgia" w:hAnsi="Georgia"/>
        </w:rPr>
        <w:t>• Verse: 2 Corinthians 5:17; Colossians 3:10 — "Old things have passed away."</w:t>
      </w:r>
    </w:p>
    <w:p w14:paraId="5D00FDFA" w14:textId="77777777" w:rsidR="00C8625A" w:rsidRDefault="00751C59">
      <w:pPr>
        <w:spacing w:after="80"/>
        <w:ind w:left="288"/>
      </w:pPr>
      <w:r>
        <w:rPr>
          <w:rFonts w:ascii="Georgia" w:eastAsia="Georgia" w:hAnsi="Georgia"/>
        </w:rPr>
        <w:t>• Declaration: "I will not live out of the wardrobe of the old self. My identity is in Christ."</w:t>
      </w:r>
    </w:p>
    <w:p w14:paraId="0A1C5430" w14:textId="77777777" w:rsidR="00C8625A" w:rsidRDefault="00751C59">
      <w:pPr>
        <w:spacing w:after="80"/>
        <w:ind w:left="288"/>
      </w:pPr>
      <w:r>
        <w:rPr>
          <w:rFonts w:ascii="Georgia" w:eastAsia="Georgia" w:hAnsi="Georgia"/>
        </w:rPr>
        <w:t>• Response: Renew me today into His image.</w:t>
      </w:r>
    </w:p>
    <w:p w14:paraId="7BD66C48" w14:textId="77777777" w:rsidR="00C8625A" w:rsidRDefault="00751C59">
      <w:pPr>
        <w:spacing w:before="280" w:after="120"/>
      </w:pPr>
      <w:r>
        <w:rPr>
          <w:rFonts w:ascii="Georgia" w:eastAsia="Georgia" w:hAnsi="Georgia"/>
          <w:b/>
        </w:rPr>
        <w:t>Day 20 — I Am Kept.</w:t>
      </w:r>
    </w:p>
    <w:p w14:paraId="6C0504DC" w14:textId="77777777" w:rsidR="00C8625A" w:rsidRDefault="00751C59">
      <w:pPr>
        <w:spacing w:after="80"/>
        <w:ind w:left="288"/>
      </w:pPr>
      <w:r>
        <w:rPr>
          <w:rFonts w:ascii="Georgia" w:eastAsia="Georgia" w:hAnsi="Georgia"/>
        </w:rPr>
        <w:t>• Verse: Psalm 121:5–8; Jude 24 — "The LORD will preserve you from all evil."</w:t>
      </w:r>
    </w:p>
    <w:p w14:paraId="17984BC2" w14:textId="77777777" w:rsidR="00C8625A" w:rsidRDefault="00751C59">
      <w:pPr>
        <w:spacing w:after="80"/>
        <w:ind w:left="288"/>
      </w:pPr>
      <w:r>
        <w:rPr>
          <w:rFonts w:ascii="Georgia" w:eastAsia="Georgia" w:hAnsi="Georgia"/>
        </w:rPr>
        <w:t>• Declaration: "I go out and come in under guard. My going out and my coming in are His</w:t>
      </w:r>
    </w:p>
    <w:p w14:paraId="489F113E" w14:textId="77777777" w:rsidR="00C8625A" w:rsidRDefault="00751C59">
      <w:pPr>
        <w:spacing w:after="160"/>
        <w:ind w:firstLine="259"/>
      </w:pPr>
      <w:r>
        <w:rPr>
          <w:rFonts w:ascii="Georgia" w:eastAsia="Georgia" w:hAnsi="Georgia"/>
        </w:rPr>
        <w:t>concern."</w:t>
      </w:r>
    </w:p>
    <w:p w14:paraId="1965411B" w14:textId="77777777" w:rsidR="00C8625A" w:rsidRDefault="00751C59">
      <w:pPr>
        <w:spacing w:after="80"/>
        <w:ind w:left="288"/>
      </w:pPr>
      <w:r>
        <w:rPr>
          <w:rFonts w:ascii="Georgia" w:eastAsia="Georgia" w:hAnsi="Georgia"/>
        </w:rPr>
        <w:t>• Response: Keep my going and my sitting still.</w:t>
      </w:r>
    </w:p>
    <w:p w14:paraId="5C7F6A85" w14:textId="77777777" w:rsidR="00C8625A" w:rsidRDefault="00751C59">
      <w:pPr>
        <w:spacing w:before="280" w:after="120"/>
      </w:pPr>
      <w:r>
        <w:rPr>
          <w:rFonts w:ascii="Georgia" w:eastAsia="Georgia" w:hAnsi="Georgia"/>
          <w:b/>
        </w:rPr>
        <w:t>Day 21 — I Am Never Alone.</w:t>
      </w:r>
    </w:p>
    <w:p w14:paraId="1F26559F" w14:textId="77777777" w:rsidR="00C8625A" w:rsidRDefault="00751C59">
      <w:pPr>
        <w:spacing w:after="80"/>
        <w:ind w:left="288"/>
      </w:pPr>
      <w:r>
        <w:rPr>
          <w:rFonts w:ascii="Georgia" w:eastAsia="Georgia" w:hAnsi="Georgia"/>
        </w:rPr>
        <w:t>• Verse: Matthew 28:20; Isaiah 43:2 — "When you pass through the waters, I will be with</w:t>
      </w:r>
    </w:p>
    <w:p w14:paraId="1CAF7E6B" w14:textId="77777777" w:rsidR="00C8625A" w:rsidRDefault="00751C59">
      <w:pPr>
        <w:spacing w:after="160"/>
        <w:ind w:firstLine="259"/>
      </w:pPr>
      <w:r>
        <w:rPr>
          <w:rFonts w:ascii="Georgia" w:eastAsia="Georgia" w:hAnsi="Georgia"/>
        </w:rPr>
        <w:lastRenderedPageBreak/>
        <w:t>you."</w:t>
      </w:r>
    </w:p>
    <w:p w14:paraId="1391978E" w14:textId="77777777" w:rsidR="00C8625A" w:rsidRDefault="00751C59">
      <w:pPr>
        <w:spacing w:after="80"/>
        <w:ind w:left="288"/>
      </w:pPr>
      <w:r>
        <w:rPr>
          <w:rFonts w:ascii="Georgia" w:eastAsia="Georgia" w:hAnsi="Georgia"/>
        </w:rPr>
        <w:t>• Declaration: "The waters are not the promise; His presence is. And the promise is better."</w:t>
      </w:r>
    </w:p>
    <w:p w14:paraId="536FDD67" w14:textId="77777777" w:rsidR="00C8625A" w:rsidRDefault="00751C59">
      <w:pPr>
        <w:spacing w:after="80"/>
        <w:ind w:left="288"/>
      </w:pPr>
      <w:r>
        <w:rPr>
          <w:rFonts w:ascii="Georgia" w:eastAsia="Georgia" w:hAnsi="Georgia"/>
        </w:rPr>
        <w:t>• Response: Walk with me where I must go alone.</w:t>
      </w:r>
    </w:p>
    <w:p w14:paraId="058DA8D0" w14:textId="77777777" w:rsidR="00C8625A" w:rsidRDefault="00751C59">
      <w:pPr>
        <w:spacing w:before="280" w:after="120"/>
      </w:pPr>
      <w:r>
        <w:rPr>
          <w:rFonts w:ascii="Georgia" w:eastAsia="Georgia" w:hAnsi="Georgia"/>
          <w:b/>
        </w:rPr>
        <w:t>Week 4 — What I Will Do In The Middle Of It</w:t>
      </w:r>
    </w:p>
    <w:p w14:paraId="2691F8B9" w14:textId="77777777" w:rsidR="00C8625A" w:rsidRDefault="00751C59">
      <w:pPr>
        <w:spacing w:before="280" w:after="120"/>
      </w:pPr>
      <w:r>
        <w:rPr>
          <w:rFonts w:ascii="Georgia" w:eastAsia="Georgia" w:hAnsi="Georgia"/>
          <w:b/>
        </w:rPr>
        <w:t>Day 22 — I Will Not Let My Mouth Go Silent.</w:t>
      </w:r>
    </w:p>
    <w:p w14:paraId="48FF9DC9" w14:textId="77777777" w:rsidR="00C8625A" w:rsidRDefault="00751C59">
      <w:pPr>
        <w:spacing w:after="80"/>
        <w:ind w:left="288"/>
      </w:pPr>
      <w:r>
        <w:rPr>
          <w:rFonts w:ascii="Georgia" w:eastAsia="Georgia" w:hAnsi="Georgia"/>
        </w:rPr>
        <w:t>• Verse: Psalm 34:1 — "His praise shall continually be in my mouth."</w:t>
      </w:r>
    </w:p>
    <w:p w14:paraId="1154F3ED" w14:textId="77777777" w:rsidR="00C8625A" w:rsidRDefault="00751C59">
      <w:pPr>
        <w:spacing w:after="80"/>
        <w:ind w:left="288"/>
      </w:pPr>
      <w:r>
        <w:rPr>
          <w:rFonts w:ascii="Georgia" w:eastAsia="Georgia" w:hAnsi="Georgia"/>
        </w:rPr>
        <w:t>• Declaration: "My complaint has a deadline; my praise does not."</w:t>
      </w:r>
    </w:p>
    <w:p w14:paraId="031E7EA7" w14:textId="77777777" w:rsidR="00C8625A" w:rsidRDefault="00751C59">
      <w:pPr>
        <w:spacing w:after="80"/>
        <w:ind w:left="288"/>
      </w:pPr>
      <w:r>
        <w:rPr>
          <w:rFonts w:ascii="Georgia" w:eastAsia="Georgia" w:hAnsi="Georgia"/>
        </w:rPr>
        <w:t>• Response: Set a guard over my mouth today.</w:t>
      </w:r>
    </w:p>
    <w:p w14:paraId="43ED7EF2" w14:textId="77777777" w:rsidR="00C8625A" w:rsidRDefault="00751C59">
      <w:pPr>
        <w:spacing w:before="280" w:after="120"/>
      </w:pPr>
      <w:r>
        <w:rPr>
          <w:rFonts w:ascii="Georgia" w:eastAsia="Georgia" w:hAnsi="Georgia"/>
          <w:b/>
        </w:rPr>
        <w:t>Day 23 — I Will Rejoice In The Lord Anyway.</w:t>
      </w:r>
    </w:p>
    <w:p w14:paraId="092BDF30" w14:textId="77777777" w:rsidR="00C8625A" w:rsidRDefault="00751C59">
      <w:pPr>
        <w:spacing w:after="80"/>
        <w:ind w:left="288"/>
      </w:pPr>
      <w:r>
        <w:rPr>
          <w:rFonts w:ascii="Georgia" w:eastAsia="Georgia" w:hAnsi="Georgia"/>
        </w:rPr>
        <w:t>• Verse: Habakkuk 3:17–18 — "Yet I will rejoice in the LORD."</w:t>
      </w:r>
    </w:p>
    <w:p w14:paraId="731DF3AD" w14:textId="77777777" w:rsidR="00C8625A" w:rsidRDefault="00751C59">
      <w:pPr>
        <w:spacing w:after="80"/>
        <w:ind w:left="288"/>
      </w:pPr>
      <w:r>
        <w:rPr>
          <w:rFonts w:ascii="Georgia" w:eastAsia="Georgia" w:hAnsi="Georgia"/>
        </w:rPr>
        <w:t>• Declaration: "My 'yet' is stronger than my 'because.' I will joy in the God of my salvation."</w:t>
      </w:r>
    </w:p>
    <w:p w14:paraId="5F1A1960" w14:textId="77777777" w:rsidR="00C8625A" w:rsidRDefault="00751C59">
      <w:pPr>
        <w:spacing w:after="80"/>
        <w:ind w:left="288"/>
      </w:pPr>
      <w:r>
        <w:rPr>
          <w:rFonts w:ascii="Georgia" w:eastAsia="Georgia" w:hAnsi="Georgia"/>
        </w:rPr>
        <w:t>• Response: Joy, not mood.</w:t>
      </w:r>
    </w:p>
    <w:p w14:paraId="074C5683" w14:textId="77777777" w:rsidR="00C8625A" w:rsidRDefault="00751C59">
      <w:pPr>
        <w:spacing w:before="280" w:after="120"/>
      </w:pPr>
      <w:r>
        <w:rPr>
          <w:rFonts w:ascii="Georgia" w:eastAsia="Georgia" w:hAnsi="Georgia"/>
          <w:b/>
        </w:rPr>
        <w:t>Day 24 — I Will Lift My Hands.</w:t>
      </w:r>
    </w:p>
    <w:p w14:paraId="169FA2E1" w14:textId="77777777" w:rsidR="00C8625A" w:rsidRDefault="00751C59">
      <w:pPr>
        <w:spacing w:after="80"/>
        <w:ind w:left="288"/>
      </w:pPr>
      <w:r>
        <w:rPr>
          <w:rFonts w:ascii="Georgia" w:eastAsia="Georgia" w:hAnsi="Georgia"/>
        </w:rPr>
        <w:t>• Verse: Exodus 17:11–12; Psalm 63:4 — "When Moses held up his hand, Israel</w:t>
      </w:r>
    </w:p>
    <w:p w14:paraId="05384990" w14:textId="77777777" w:rsidR="00C8625A" w:rsidRDefault="00751C59">
      <w:pPr>
        <w:spacing w:after="160"/>
        <w:ind w:firstLine="259"/>
      </w:pPr>
      <w:r>
        <w:rPr>
          <w:rFonts w:ascii="Georgia" w:eastAsia="Georgia" w:hAnsi="Georgia"/>
        </w:rPr>
        <w:t>prevailed."</w:t>
      </w:r>
    </w:p>
    <w:p w14:paraId="5B6AD926" w14:textId="77777777" w:rsidR="00C8625A" w:rsidRDefault="00751C59">
      <w:pPr>
        <w:spacing w:after="80"/>
        <w:ind w:left="288"/>
      </w:pPr>
      <w:r>
        <w:rPr>
          <w:rFonts w:ascii="Georgia" w:eastAsia="Georgia" w:hAnsi="Georgia"/>
        </w:rPr>
        <w:t>• Declaration: "I lift my hands when I cannot see the outcome, and I will hold them up with</w:t>
      </w:r>
    </w:p>
    <w:p w14:paraId="2D197DB8" w14:textId="77777777" w:rsidR="00C8625A" w:rsidRDefault="00751C59">
      <w:pPr>
        <w:spacing w:after="160"/>
        <w:ind w:firstLine="259"/>
      </w:pPr>
      <w:r>
        <w:rPr>
          <w:rFonts w:ascii="Georgia" w:eastAsia="Georgia" w:hAnsi="Georgia"/>
        </w:rPr>
        <w:t>other people's help."</w:t>
      </w:r>
    </w:p>
    <w:p w14:paraId="45F8B96F" w14:textId="77777777" w:rsidR="00C8625A" w:rsidRDefault="00751C59">
      <w:pPr>
        <w:spacing w:after="80"/>
        <w:ind w:left="288"/>
      </w:pPr>
      <w:r>
        <w:rPr>
          <w:rFonts w:ascii="Georgia" w:eastAsia="Georgia" w:hAnsi="Georgia"/>
        </w:rPr>
        <w:t>• Response: Give me endurance and a Hur and an Aaron.</w:t>
      </w:r>
    </w:p>
    <w:p w14:paraId="71EEBD00" w14:textId="77777777" w:rsidR="00C8625A" w:rsidRDefault="00751C59">
      <w:pPr>
        <w:spacing w:before="280" w:after="120"/>
      </w:pPr>
      <w:r>
        <w:rPr>
          <w:rFonts w:ascii="Georgia" w:eastAsia="Georgia" w:hAnsi="Georgia"/>
          <w:b/>
        </w:rPr>
        <w:lastRenderedPageBreak/>
        <w:t>Day 25 — I Will Sing At Midnight.</w:t>
      </w:r>
    </w:p>
    <w:p w14:paraId="6ED5957E" w14:textId="77777777" w:rsidR="00C8625A" w:rsidRDefault="00751C59">
      <w:pPr>
        <w:spacing w:after="80"/>
        <w:ind w:left="288"/>
      </w:pPr>
      <w:r>
        <w:rPr>
          <w:rFonts w:ascii="Georgia" w:eastAsia="Georgia" w:hAnsi="Georgia"/>
        </w:rPr>
        <w:t>• Verse: Acts 16:25 — "Paul and Silas were praying and singing hymns to God."</w:t>
      </w:r>
    </w:p>
    <w:p w14:paraId="12D50394" w14:textId="77777777" w:rsidR="00C8625A" w:rsidRDefault="00751C59">
      <w:pPr>
        <w:spacing w:after="80"/>
        <w:ind w:left="288"/>
      </w:pPr>
      <w:r>
        <w:rPr>
          <w:rFonts w:ascii="Georgia" w:eastAsia="Georgia" w:hAnsi="Georgia"/>
        </w:rPr>
        <w:t>• Declaration: "My midnight is a sanctuary. The prisoners are listening."</w:t>
      </w:r>
    </w:p>
    <w:p w14:paraId="10F70189" w14:textId="77777777" w:rsidR="00C8625A" w:rsidRDefault="00751C59">
      <w:pPr>
        <w:spacing w:after="80"/>
        <w:ind w:left="288"/>
      </w:pPr>
      <w:r>
        <w:rPr>
          <w:rFonts w:ascii="Georgia" w:eastAsia="Georgia" w:hAnsi="Georgia"/>
        </w:rPr>
        <w:t>• Response: Let someone find Christ because of how I sang.</w:t>
      </w:r>
    </w:p>
    <w:p w14:paraId="6F02A428" w14:textId="77777777" w:rsidR="00C8625A" w:rsidRDefault="00751C59">
      <w:pPr>
        <w:spacing w:before="280" w:after="120"/>
      </w:pPr>
      <w:r>
        <w:rPr>
          <w:rFonts w:ascii="Georgia" w:eastAsia="Georgia" w:hAnsi="Georgia"/>
          <w:b/>
        </w:rPr>
        <w:t>Day 26 — I Will Praise In The Waiting Room.</w:t>
      </w:r>
    </w:p>
    <w:p w14:paraId="536085FF" w14:textId="77777777" w:rsidR="00C8625A" w:rsidRDefault="00751C59">
      <w:pPr>
        <w:spacing w:after="80"/>
        <w:ind w:left="288"/>
      </w:pPr>
      <w:r>
        <w:rPr>
          <w:rFonts w:ascii="Georgia" w:eastAsia="Georgia" w:hAnsi="Georgia"/>
        </w:rPr>
        <w:t>• Verse: Psalm 40:1 — "I waited patiently for the LORD."</w:t>
      </w:r>
    </w:p>
    <w:p w14:paraId="39015E08" w14:textId="77777777" w:rsidR="00C8625A" w:rsidRDefault="00751C59">
      <w:pPr>
        <w:spacing w:after="80"/>
        <w:ind w:left="288"/>
      </w:pPr>
      <w:r>
        <w:rPr>
          <w:rFonts w:ascii="Georgia" w:eastAsia="Georgia" w:hAnsi="Georgia"/>
        </w:rPr>
        <w:t>• Declaration: "Waiting is work, and I will do it well. He hears my cry."</w:t>
      </w:r>
    </w:p>
    <w:p w14:paraId="04811CF2" w14:textId="77777777" w:rsidR="00C8625A" w:rsidRDefault="00751C59">
      <w:pPr>
        <w:spacing w:after="80"/>
        <w:ind w:left="288"/>
      </w:pPr>
      <w:r>
        <w:rPr>
          <w:rFonts w:ascii="Georgia" w:eastAsia="Georgia" w:hAnsi="Georgia"/>
        </w:rPr>
        <w:t>• Response: Teach me to wait without complaining.</w:t>
      </w:r>
    </w:p>
    <w:p w14:paraId="684020B1" w14:textId="77777777" w:rsidR="00C8625A" w:rsidRDefault="00751C59">
      <w:pPr>
        <w:spacing w:before="280" w:after="120"/>
      </w:pPr>
      <w:r>
        <w:rPr>
          <w:rFonts w:ascii="Georgia" w:eastAsia="Georgia" w:hAnsi="Georgia"/>
          <w:b/>
        </w:rPr>
        <w:t>Day 27 — I Will Bless The Lord For What I Cannot Explain.</w:t>
      </w:r>
    </w:p>
    <w:p w14:paraId="7F3309A7" w14:textId="77777777" w:rsidR="00C8625A" w:rsidRDefault="00751C59">
      <w:pPr>
        <w:spacing w:after="80"/>
        <w:ind w:left="288"/>
      </w:pPr>
      <w:r>
        <w:rPr>
          <w:rFonts w:ascii="Georgia" w:eastAsia="Georgia" w:hAnsi="Georgia"/>
        </w:rPr>
        <w:t>• Verse: 1 Thessalonians 5:18 — "In everything give thanks."</w:t>
      </w:r>
    </w:p>
    <w:p w14:paraId="64064653" w14:textId="77777777" w:rsidR="00C8625A" w:rsidRDefault="00751C59">
      <w:pPr>
        <w:spacing w:after="80"/>
        <w:ind w:left="288"/>
      </w:pPr>
      <w:r>
        <w:rPr>
          <w:rFonts w:ascii="Georgia" w:eastAsia="Georgia" w:hAnsi="Georgia"/>
        </w:rPr>
        <w:t>• Declaration: "I do not thank God for evil. I thank Him in it, for who He is and what He</w:t>
      </w:r>
    </w:p>
    <w:p w14:paraId="5FC4C554" w14:textId="77777777" w:rsidR="00C8625A" w:rsidRDefault="00751C59">
      <w:pPr>
        <w:spacing w:after="160"/>
        <w:ind w:firstLine="259"/>
      </w:pPr>
      <w:r>
        <w:rPr>
          <w:rFonts w:ascii="Georgia" w:eastAsia="Georgia" w:hAnsi="Georgia"/>
        </w:rPr>
        <w:t>promises."</w:t>
      </w:r>
    </w:p>
    <w:p w14:paraId="1AD305EE" w14:textId="77777777" w:rsidR="00C8625A" w:rsidRDefault="00751C59">
      <w:pPr>
        <w:spacing w:after="80"/>
        <w:ind w:left="288"/>
      </w:pPr>
      <w:r>
        <w:rPr>
          <w:rFonts w:ascii="Georgia" w:eastAsia="Georgia" w:hAnsi="Georgia"/>
        </w:rPr>
        <w:t>• Response: Show me one thing to thank You for today.</w:t>
      </w:r>
    </w:p>
    <w:p w14:paraId="2C9729D8" w14:textId="77777777" w:rsidR="00C8625A" w:rsidRDefault="00751C59">
      <w:pPr>
        <w:spacing w:before="280" w:after="120"/>
      </w:pPr>
      <w:r>
        <w:rPr>
          <w:rFonts w:ascii="Georgia" w:eastAsia="Georgia" w:hAnsi="Georgia"/>
          <w:b/>
        </w:rPr>
        <w:t>Day 28 — I Will Offer The Sacrifice Of Praise.</w:t>
      </w:r>
    </w:p>
    <w:p w14:paraId="3E2D07A7" w14:textId="77777777" w:rsidR="00C8625A" w:rsidRDefault="00751C59">
      <w:pPr>
        <w:spacing w:after="80"/>
        <w:ind w:left="288"/>
      </w:pPr>
      <w:r>
        <w:rPr>
          <w:rFonts w:ascii="Georgia" w:eastAsia="Georgia" w:hAnsi="Georgia"/>
        </w:rPr>
        <w:t>• Verse: Hebrews 13:15; 2 Samuel 24:24 — "I will not offer... which costs me nothing."</w:t>
      </w:r>
    </w:p>
    <w:p w14:paraId="608B76BF" w14:textId="77777777" w:rsidR="00C8625A" w:rsidRDefault="00751C59">
      <w:pPr>
        <w:spacing w:after="80"/>
        <w:ind w:left="288"/>
      </w:pPr>
      <w:r>
        <w:rPr>
          <w:rFonts w:ascii="Georgia" w:eastAsia="Georgia" w:hAnsi="Georgia"/>
        </w:rPr>
        <w:t>• Declaration: "I will praise when it is expensive. That is exactly the kind of praise heaven</w:t>
      </w:r>
    </w:p>
    <w:p w14:paraId="6157587F" w14:textId="77777777" w:rsidR="00C8625A" w:rsidRDefault="00751C59">
      <w:pPr>
        <w:spacing w:after="160"/>
        <w:ind w:firstLine="259"/>
      </w:pPr>
      <w:r>
        <w:rPr>
          <w:rFonts w:ascii="Georgia" w:eastAsia="Georgia" w:hAnsi="Georgia"/>
        </w:rPr>
        <w:t>records."</w:t>
      </w:r>
    </w:p>
    <w:p w14:paraId="6EEAFB8B" w14:textId="77777777" w:rsidR="00C8625A" w:rsidRDefault="00751C59">
      <w:pPr>
        <w:spacing w:after="80"/>
        <w:ind w:left="288"/>
      </w:pPr>
      <w:r>
        <w:rPr>
          <w:rFonts w:ascii="Georgia" w:eastAsia="Georgia" w:hAnsi="Georgia"/>
        </w:rPr>
        <w:t>• Response: Accept my costly song.</w:t>
      </w:r>
    </w:p>
    <w:p w14:paraId="47C0E38E" w14:textId="77777777" w:rsidR="00C8625A" w:rsidRDefault="00751C59">
      <w:pPr>
        <w:spacing w:before="280" w:after="120"/>
      </w:pPr>
      <w:r>
        <w:rPr>
          <w:rFonts w:ascii="Georgia" w:eastAsia="Georgia" w:hAnsi="Georgia"/>
          <w:b/>
        </w:rPr>
        <w:lastRenderedPageBreak/>
        <w:t>Day 29 — I Will Remember And Tell.</w:t>
      </w:r>
    </w:p>
    <w:p w14:paraId="4DE69354" w14:textId="77777777" w:rsidR="00C8625A" w:rsidRDefault="00751C59">
      <w:pPr>
        <w:spacing w:after="80"/>
        <w:ind w:left="288"/>
      </w:pPr>
      <w:r>
        <w:rPr>
          <w:rFonts w:ascii="Georgia" w:eastAsia="Georgia" w:hAnsi="Georgia"/>
        </w:rPr>
        <w:t>• Verse: Psalm 78:4–7; Psalm 118:17 — "I will not die, but live, and declare the works of</w:t>
      </w:r>
    </w:p>
    <w:p w14:paraId="21AEE811" w14:textId="77777777" w:rsidR="00C8625A" w:rsidRDefault="00751C59">
      <w:pPr>
        <w:spacing w:after="160"/>
        <w:ind w:firstLine="259"/>
      </w:pPr>
      <w:r>
        <w:rPr>
          <w:rFonts w:ascii="Georgia" w:eastAsia="Georgia" w:hAnsi="Georgia"/>
        </w:rPr>
        <w:t>the LORD."</w:t>
      </w:r>
    </w:p>
    <w:p w14:paraId="4E0992E4" w14:textId="77777777" w:rsidR="00C8625A" w:rsidRDefault="00751C59">
      <w:pPr>
        <w:spacing w:after="80"/>
        <w:ind w:left="288"/>
      </w:pPr>
      <w:r>
        <w:rPr>
          <w:rFonts w:ascii="Georgia" w:eastAsia="Georgia" w:hAnsi="Georgia"/>
        </w:rPr>
        <w:t>• Declaration: "I will rehearse His benefits out loud until my family believes the story."</w:t>
      </w:r>
    </w:p>
    <w:p w14:paraId="60550FF0" w14:textId="77777777" w:rsidR="00C8625A" w:rsidRDefault="00751C59">
      <w:pPr>
        <w:spacing w:after="80"/>
        <w:ind w:left="288"/>
      </w:pPr>
      <w:r>
        <w:rPr>
          <w:rFonts w:ascii="Georgia" w:eastAsia="Georgia" w:hAnsi="Georgia"/>
        </w:rPr>
        <w:t>• Response: Make me a reliable witness.</w:t>
      </w:r>
    </w:p>
    <w:p w14:paraId="3A516598" w14:textId="77777777" w:rsidR="00C8625A" w:rsidRDefault="00751C59">
      <w:pPr>
        <w:spacing w:before="280" w:after="120"/>
      </w:pPr>
      <w:r>
        <w:rPr>
          <w:rFonts w:ascii="Georgia" w:eastAsia="Georgia" w:hAnsi="Georgia"/>
          <w:b/>
        </w:rPr>
        <w:t>Day 30 — I Will Keep Singing.</w:t>
      </w:r>
    </w:p>
    <w:p w14:paraId="5FB35846" w14:textId="77777777" w:rsidR="00C8625A" w:rsidRDefault="00751C59">
      <w:pPr>
        <w:spacing w:after="80"/>
        <w:ind w:left="288"/>
      </w:pPr>
      <w:r>
        <w:rPr>
          <w:rFonts w:ascii="Georgia" w:eastAsia="Georgia" w:hAnsi="Georgia"/>
        </w:rPr>
        <w:t>• Verse: Psalm 104:33 — "I will sing to the LORD as long as I live."</w:t>
      </w:r>
    </w:p>
    <w:p w14:paraId="7E4E7062" w14:textId="77777777" w:rsidR="00C8625A" w:rsidRDefault="00751C59">
      <w:pPr>
        <w:spacing w:after="80"/>
        <w:ind w:left="288"/>
      </w:pPr>
      <w:r>
        <w:rPr>
          <w:rFonts w:ascii="Georgia" w:eastAsia="Georgia" w:hAnsi="Georgia"/>
        </w:rPr>
        <w:t>• Declaration: "This is not a thirty-day plan; this is a lifetime habit. When the battle comes</w:t>
      </w:r>
    </w:p>
    <w:p w14:paraId="223A6294" w14:textId="77777777" w:rsidR="00C8625A" w:rsidRDefault="00751C59">
      <w:pPr>
        <w:spacing w:after="160"/>
        <w:ind w:firstLine="259"/>
      </w:pPr>
      <w:r>
        <w:rPr>
          <w:rFonts w:ascii="Georgia" w:eastAsia="Georgia" w:hAnsi="Georgia"/>
        </w:rPr>
        <w:t>back, so does the song."</w:t>
      </w:r>
    </w:p>
    <w:p w14:paraId="34E48EB9" w14:textId="77777777" w:rsidR="00C8625A" w:rsidRDefault="00751C59">
      <w:pPr>
        <w:spacing w:after="80"/>
        <w:ind w:left="288"/>
      </w:pPr>
      <w:r>
        <w:rPr>
          <w:rFonts w:ascii="Georgia" w:eastAsia="Georgia" w:hAnsi="Georgia"/>
        </w:rPr>
        <w:t>• Response: Keep me a singer to the end.</w:t>
      </w:r>
    </w:p>
    <w:p w14:paraId="3F442992" w14:textId="77777777" w:rsidR="00C8625A" w:rsidRDefault="00751C59">
      <w:pPr>
        <w:spacing w:after="160"/>
        <w:ind w:firstLine="259"/>
      </w:pPr>
      <w:r>
        <w:rPr>
          <w:rFonts w:ascii="Georgia" w:eastAsia="Georgia" w:hAnsi="Georgia"/>
        </w:rPr>
        <w:t>After day thirty, begin again on day one. A circle, not a ladder.</w:t>
      </w:r>
    </w:p>
    <w:p w14:paraId="34FBA220" w14:textId="77777777" w:rsidR="00C8625A" w:rsidRDefault="00751C59">
      <w:r>
        <w:br w:type="page"/>
      </w:r>
    </w:p>
    <w:p w14:paraId="34878888" w14:textId="77777777" w:rsidR="00C8625A" w:rsidRDefault="00751C59">
      <w:pPr>
        <w:spacing w:before="720" w:after="80"/>
        <w:jc w:val="center"/>
      </w:pPr>
      <w:r>
        <w:rPr>
          <w:rFonts w:ascii="Georgia" w:eastAsia="Georgia" w:hAnsi="Georgia"/>
          <w:b/>
          <w:sz w:val="32"/>
        </w:rPr>
        <w:lastRenderedPageBreak/>
        <w:t>APPENDIX B</w:t>
      </w:r>
    </w:p>
    <w:p w14:paraId="4E8D9A41" w14:textId="77777777" w:rsidR="00C8625A" w:rsidRDefault="00751C59">
      <w:pPr>
        <w:spacing w:after="280"/>
        <w:jc w:val="center"/>
      </w:pPr>
      <w:r>
        <w:rPr>
          <w:rFonts w:ascii="Georgia" w:eastAsia="Georgia" w:hAnsi="Georgia"/>
          <w:i/>
          <w:sz w:val="24"/>
        </w:rPr>
        <w:t>Psalms to Pray in Every Season</w:t>
      </w:r>
    </w:p>
    <w:p w14:paraId="29638914" w14:textId="77777777" w:rsidR="00C8625A" w:rsidRDefault="00751C59">
      <w:pPr>
        <w:spacing w:after="160"/>
        <w:ind w:firstLine="259"/>
      </w:pPr>
      <w:r>
        <w:rPr>
          <w:rFonts w:ascii="Georgia" w:eastAsia="Georgia" w:hAnsi="Georgia"/>
        </w:rPr>
        <w:t>(A psalm — and a practice — for each condition you will actually find yourself in. Use these as a lectionary of the soul: not a reading list, but a prescription.) When You Are Afraid</w:t>
      </w:r>
    </w:p>
    <w:p w14:paraId="6A8E9975" w14:textId="77777777" w:rsidR="00C8625A" w:rsidRDefault="00751C59">
      <w:pPr>
        <w:spacing w:after="80"/>
        <w:ind w:left="288"/>
      </w:pPr>
      <w:r>
        <w:rPr>
          <w:rFonts w:ascii="Georgia" w:eastAsia="Georgia" w:hAnsi="Georgia"/>
        </w:rPr>
        <w:t>• Psalm 27 — "The LORD is my light and my salvation; whom shall I fear?... Though an</w:t>
      </w:r>
    </w:p>
    <w:p w14:paraId="7BA20B7F" w14:textId="77777777" w:rsidR="00C8625A" w:rsidRDefault="00751C59">
      <w:pPr>
        <w:spacing w:after="160"/>
        <w:ind w:firstLine="259"/>
      </w:pPr>
      <w:r>
        <w:rPr>
          <w:rFonts w:ascii="Georgia" w:eastAsia="Georgia" w:hAnsi="Georgia"/>
        </w:rPr>
        <w:t>army encamp against me, my heart shall not fear" (vv. 1, 3). Practice: read vv. 1–6 aloud standing up; then sit for v. 14 ("Wait on the LORD").</w:t>
      </w:r>
    </w:p>
    <w:p w14:paraId="129FF9DB" w14:textId="77777777" w:rsidR="00C8625A" w:rsidRDefault="00751C59">
      <w:pPr>
        <w:spacing w:after="80"/>
        <w:ind w:left="288"/>
      </w:pPr>
      <w:r>
        <w:rPr>
          <w:rFonts w:ascii="Georgia" w:eastAsia="Georgia" w:hAnsi="Georgia"/>
        </w:rPr>
        <w:t>• Psalm 56 — "When I am afraid, I will put my trust in You... In God I have put my trust; I</w:t>
      </w:r>
    </w:p>
    <w:p w14:paraId="1E40FDA2" w14:textId="77777777" w:rsidR="00C8625A" w:rsidRDefault="00751C59">
      <w:pPr>
        <w:spacing w:after="160"/>
        <w:ind w:firstLine="259"/>
      </w:pPr>
      <w:r>
        <w:rPr>
          <w:rFonts w:ascii="Georgia" w:eastAsia="Georgia" w:hAnsi="Georgia"/>
        </w:rPr>
        <w:t>will not be afraid" (vv. 3–4, 11). Practice: write the fear; turn the paper over; write verse 11.</w:t>
      </w:r>
    </w:p>
    <w:p w14:paraId="3E4EF6BC" w14:textId="77777777" w:rsidR="00C8625A" w:rsidRDefault="00751C59">
      <w:pPr>
        <w:spacing w:after="80"/>
        <w:ind w:left="288"/>
      </w:pPr>
      <w:r>
        <w:rPr>
          <w:rFonts w:ascii="Georgia" w:eastAsia="Georgia" w:hAnsi="Georgia"/>
        </w:rPr>
        <w:t>• Psalm 91 — the classic, but read it with the condition attached: "Because he has set his</w:t>
      </w:r>
    </w:p>
    <w:p w14:paraId="765C5DB0" w14:textId="77777777" w:rsidR="00C8625A" w:rsidRDefault="00751C59">
      <w:pPr>
        <w:spacing w:after="160"/>
        <w:ind w:firstLine="259"/>
      </w:pPr>
      <w:r>
        <w:rPr>
          <w:rFonts w:ascii="Georgia" w:eastAsia="Georgia" w:hAnsi="Georgia"/>
        </w:rPr>
        <w:t>love upon Me, therefore I will deliver him" (v. 14). When You Grieve</w:t>
      </w:r>
    </w:p>
    <w:p w14:paraId="50832F82" w14:textId="77777777" w:rsidR="00C8625A" w:rsidRDefault="00751C59">
      <w:pPr>
        <w:spacing w:after="80"/>
        <w:ind w:left="288"/>
      </w:pPr>
      <w:r>
        <w:rPr>
          <w:rFonts w:ascii="Georgia" w:eastAsia="Georgia" w:hAnsi="Georgia"/>
        </w:rPr>
        <w:t>• Psalm 34 — near to the brokenhearted (v. 18), an acrostic you can walk one letter at a</w:t>
      </w:r>
    </w:p>
    <w:p w14:paraId="53C270C2" w14:textId="77777777" w:rsidR="00C8625A" w:rsidRDefault="00751C59">
      <w:pPr>
        <w:spacing w:after="160"/>
        <w:ind w:firstLine="259"/>
      </w:pPr>
      <w:r>
        <w:rPr>
          <w:rFonts w:ascii="Georgia" w:eastAsia="Georgia" w:hAnsi="Georgia"/>
        </w:rPr>
        <w:t>time.</w:t>
      </w:r>
    </w:p>
    <w:p w14:paraId="656C96D8" w14:textId="77777777" w:rsidR="00C8625A" w:rsidRDefault="00751C59">
      <w:pPr>
        <w:spacing w:after="80"/>
        <w:ind w:left="288"/>
      </w:pPr>
      <w:r>
        <w:rPr>
          <w:rFonts w:ascii="Georgia" w:eastAsia="Georgia" w:hAnsi="Georgia"/>
        </w:rPr>
        <w:t>• Psalm 23 — "Though I walk through the valley of the shadow of death, I will fear no evil,</w:t>
      </w:r>
    </w:p>
    <w:p w14:paraId="11E3CA8B" w14:textId="77777777" w:rsidR="00C8625A" w:rsidRDefault="00751C59">
      <w:pPr>
        <w:spacing w:after="160"/>
        <w:ind w:firstLine="259"/>
      </w:pPr>
      <w:r>
        <w:rPr>
          <w:rFonts w:ascii="Georgia" w:eastAsia="Georgia" w:hAnsi="Georgia"/>
        </w:rPr>
        <w:t>for You are with me" (v. 4). Note it's through, not around.</w:t>
      </w:r>
    </w:p>
    <w:p w14:paraId="6ADDE373" w14:textId="77777777" w:rsidR="00C8625A" w:rsidRDefault="00751C59">
      <w:pPr>
        <w:spacing w:after="80"/>
        <w:ind w:left="288"/>
      </w:pPr>
      <w:r>
        <w:rPr>
          <w:rFonts w:ascii="Georgia" w:eastAsia="Georgia" w:hAnsi="Georgia"/>
        </w:rPr>
        <w:t>• Psalm 77 — for the sleepless, honest mourner; study the hinge at verse 10.</w:t>
      </w:r>
    </w:p>
    <w:p w14:paraId="5D6BB261" w14:textId="77777777" w:rsidR="00C8625A" w:rsidRDefault="00751C59">
      <w:pPr>
        <w:spacing w:after="80"/>
        <w:ind w:left="288"/>
      </w:pPr>
      <w:r>
        <w:rPr>
          <w:rFonts w:ascii="Georgia" w:eastAsia="Georgia" w:hAnsi="Georgia"/>
        </w:rPr>
        <w:t>• Psalm 116 — "I love the LORD, because He hears my voice... Return to your rest, O my</w:t>
      </w:r>
    </w:p>
    <w:p w14:paraId="07A719F8" w14:textId="77777777" w:rsidR="00C8625A" w:rsidRDefault="00751C59">
      <w:pPr>
        <w:spacing w:after="160"/>
        <w:ind w:firstLine="259"/>
      </w:pPr>
      <w:r>
        <w:rPr>
          <w:rFonts w:ascii="Georgia" w:eastAsia="Georgia" w:hAnsi="Georgia"/>
        </w:rPr>
        <w:lastRenderedPageBreak/>
        <w:t>soul" (vv. 1, 7). When You Are Sick Or Exhausted</w:t>
      </w:r>
    </w:p>
    <w:p w14:paraId="309BF3B2" w14:textId="77777777" w:rsidR="00C8625A" w:rsidRDefault="00751C59">
      <w:pPr>
        <w:spacing w:after="80"/>
        <w:ind w:left="288"/>
      </w:pPr>
      <w:r>
        <w:rPr>
          <w:rFonts w:ascii="Georgia" w:eastAsia="Georgia" w:hAnsi="Georgia"/>
        </w:rPr>
        <w:t>• Psalm 103 — "Bless the LORD, O my soul... Who heals all your diseases" (vv. 1–5).</w:t>
      </w:r>
    </w:p>
    <w:p w14:paraId="69E0BAC5" w14:textId="77777777" w:rsidR="00C8625A" w:rsidRDefault="00751C59">
      <w:pPr>
        <w:spacing w:after="160"/>
        <w:ind w:firstLine="259"/>
      </w:pPr>
      <w:r>
        <w:rPr>
          <w:rFonts w:ascii="Georgia" w:eastAsia="Georgia" w:hAnsi="Georgia"/>
        </w:rPr>
        <w:t>Read verse 14 as comfort: "He knows our frame; He remembers that we are dust."</w:t>
      </w:r>
    </w:p>
    <w:p w14:paraId="6D69FFDD" w14:textId="77777777" w:rsidR="00C8625A" w:rsidRDefault="00751C59">
      <w:pPr>
        <w:spacing w:after="80"/>
        <w:ind w:left="288"/>
      </w:pPr>
      <w:r>
        <w:rPr>
          <w:rFonts w:ascii="Georgia" w:eastAsia="Georgia" w:hAnsi="Georgia"/>
        </w:rPr>
        <w:t>• Psalm 41 — "The LORD will strengthen him on the bed of illness; You will sustain him on</w:t>
      </w:r>
    </w:p>
    <w:p w14:paraId="1689BB7F" w14:textId="77777777" w:rsidR="00C8625A" w:rsidRDefault="00751C59">
      <w:pPr>
        <w:spacing w:after="160"/>
        <w:ind w:firstLine="259"/>
      </w:pPr>
      <w:r>
        <w:rPr>
          <w:rFonts w:ascii="Georgia" w:eastAsia="Georgia" w:hAnsi="Georgia"/>
        </w:rPr>
        <w:t>his bed of lying down" (v. 3).</w:t>
      </w:r>
    </w:p>
    <w:p w14:paraId="3CEAB481" w14:textId="77777777" w:rsidR="00C8625A" w:rsidRDefault="00751C59">
      <w:pPr>
        <w:spacing w:after="80"/>
        <w:ind w:left="288"/>
      </w:pPr>
      <w:r>
        <w:rPr>
          <w:rFonts w:ascii="Georgia" w:eastAsia="Georgia" w:hAnsi="Georgia"/>
        </w:rPr>
        <w:t>• Psalm 6 — for a body worn out by weeping: "How long, O LORD?... My heart is greatly</w:t>
      </w:r>
    </w:p>
    <w:p w14:paraId="131B89A4" w14:textId="77777777" w:rsidR="00C8625A" w:rsidRDefault="00751C59">
      <w:pPr>
        <w:spacing w:after="160"/>
        <w:ind w:firstLine="259"/>
      </w:pPr>
      <w:r>
        <w:rPr>
          <w:rFonts w:ascii="Georgia" w:eastAsia="Georgia" w:hAnsi="Georgia"/>
        </w:rPr>
        <w:t>troubled" (vv. 2–3), ending in v. 9–10.</w:t>
      </w:r>
    </w:p>
    <w:p w14:paraId="227C04B7" w14:textId="77777777" w:rsidR="00C8625A" w:rsidRDefault="00751C59">
      <w:pPr>
        <w:spacing w:after="80"/>
        <w:ind w:left="288"/>
      </w:pPr>
      <w:r>
        <w:rPr>
          <w:rFonts w:ascii="Georgia" w:eastAsia="Georgia" w:hAnsi="Georgia"/>
        </w:rPr>
        <w:t>• Isaiah 38:10–20 (not a psalm, but Hezekiah's song of recovery) — "You have in love</w:t>
      </w:r>
    </w:p>
    <w:p w14:paraId="0ACD936F" w14:textId="77777777" w:rsidR="00C8625A" w:rsidRDefault="00751C59">
      <w:pPr>
        <w:spacing w:after="160"/>
        <w:ind w:firstLine="259"/>
      </w:pPr>
      <w:r>
        <w:rPr>
          <w:rFonts w:ascii="Georgia" w:eastAsia="Georgia" w:hAnsi="Georgia"/>
        </w:rPr>
        <w:t>delivered my soul from the pit of corruption." When You Are Repentant</w:t>
      </w:r>
    </w:p>
    <w:p w14:paraId="0B9DD096" w14:textId="77777777" w:rsidR="00C8625A" w:rsidRDefault="00751C59">
      <w:pPr>
        <w:spacing w:after="80"/>
        <w:ind w:left="288"/>
      </w:pPr>
      <w:r>
        <w:rPr>
          <w:rFonts w:ascii="Georgia" w:eastAsia="Georgia" w:hAnsi="Georgia"/>
        </w:rPr>
        <w:t>• Psalm 51 — the great one: "Create in me a clean heart, O God" (v. 10).</w:t>
      </w:r>
    </w:p>
    <w:p w14:paraId="4057B401" w14:textId="77777777" w:rsidR="00C8625A" w:rsidRDefault="00751C59">
      <w:pPr>
        <w:spacing w:after="80"/>
        <w:ind w:left="288"/>
      </w:pPr>
      <w:r>
        <w:rPr>
          <w:rFonts w:ascii="Georgia" w:eastAsia="Georgia" w:hAnsi="Georgia"/>
        </w:rPr>
        <w:t>• Psalm 32 — the joy of forgiveness: "I acknowledged my sin to You... and You forgave</w:t>
      </w:r>
    </w:p>
    <w:p w14:paraId="7FA155F6" w14:textId="77777777" w:rsidR="00C8625A" w:rsidRDefault="00751C59">
      <w:pPr>
        <w:spacing w:after="160"/>
        <w:ind w:firstLine="259"/>
      </w:pPr>
      <w:r>
        <w:rPr>
          <w:rFonts w:ascii="Georgia" w:eastAsia="Georgia" w:hAnsi="Georgia"/>
        </w:rPr>
        <w:t>the iniquity of my sin" (v. 5).</w:t>
      </w:r>
    </w:p>
    <w:p w14:paraId="6B6BC922" w14:textId="77777777" w:rsidR="00C8625A" w:rsidRDefault="00751C59">
      <w:pPr>
        <w:spacing w:after="80"/>
        <w:ind w:left="288"/>
      </w:pPr>
      <w:r>
        <w:rPr>
          <w:rFonts w:ascii="Georgia" w:eastAsia="Georgia" w:hAnsi="Georgia"/>
        </w:rPr>
        <w:t>• Psalm 130 — "There is forgiveness with You, that You may be feared" (v. 4).</w:t>
      </w:r>
    </w:p>
    <w:p w14:paraId="2110067A" w14:textId="77777777" w:rsidR="00C8625A" w:rsidRDefault="00751C59">
      <w:pPr>
        <w:spacing w:after="80"/>
        <w:ind w:left="288"/>
      </w:pPr>
      <w:r>
        <w:rPr>
          <w:rFonts w:ascii="Georgia" w:eastAsia="Georgia" w:hAnsi="Georgia"/>
        </w:rPr>
        <w:t>• Psalm 143 — "Teach me to do Your will, for You are my God" (v. 10).</w:t>
      </w:r>
    </w:p>
    <w:p w14:paraId="7ED54A29" w14:textId="77777777" w:rsidR="00C8625A" w:rsidRDefault="00751C59">
      <w:pPr>
        <w:spacing w:after="160"/>
        <w:ind w:firstLine="259"/>
      </w:pPr>
      <w:r>
        <w:rPr>
          <w:rFonts w:ascii="Georgia" w:eastAsia="Georgia" w:hAnsi="Georgia"/>
        </w:rPr>
        <w:t>When You Feel God Is Silent</w:t>
      </w:r>
    </w:p>
    <w:p w14:paraId="578B10E9" w14:textId="77777777" w:rsidR="00C8625A" w:rsidRDefault="00751C59">
      <w:pPr>
        <w:spacing w:after="80"/>
        <w:ind w:left="288"/>
      </w:pPr>
      <w:r>
        <w:rPr>
          <w:rFonts w:ascii="Georgia" w:eastAsia="Georgia" w:hAnsi="Georgia"/>
        </w:rPr>
        <w:t>• Psalm 13 — four "how longs," and then "But I have trusted in Your mercy" (v. 5).</w:t>
      </w:r>
    </w:p>
    <w:p w14:paraId="0D14AAF7" w14:textId="77777777" w:rsidR="00C8625A" w:rsidRDefault="00751C59">
      <w:pPr>
        <w:spacing w:after="80"/>
        <w:ind w:left="288"/>
      </w:pPr>
      <w:r>
        <w:rPr>
          <w:rFonts w:ascii="Georgia" w:eastAsia="Georgia" w:hAnsi="Georgia"/>
        </w:rPr>
        <w:t>• Psalm 22 — the cry and the confidence in one psalm; vv. 1–5, then "But You are holy"</w:t>
      </w:r>
    </w:p>
    <w:p w14:paraId="6CEF83EB" w14:textId="77777777" w:rsidR="00C8625A" w:rsidRDefault="00751C59">
      <w:pPr>
        <w:spacing w:after="160"/>
        <w:ind w:firstLine="259"/>
      </w:pPr>
      <w:r>
        <w:rPr>
          <w:rFonts w:ascii="Georgia" w:eastAsia="Georgia" w:hAnsi="Georgia"/>
        </w:rPr>
        <w:lastRenderedPageBreak/>
        <w:t>(v. 3), ending with "He has done this" (v. 31).</w:t>
      </w:r>
    </w:p>
    <w:p w14:paraId="3BA4C56F" w14:textId="77777777" w:rsidR="00C8625A" w:rsidRDefault="00751C59">
      <w:pPr>
        <w:spacing w:after="80"/>
        <w:ind w:left="288"/>
      </w:pPr>
      <w:r>
        <w:rPr>
          <w:rFonts w:ascii="Georgia" w:eastAsia="Georgia" w:hAnsi="Georgia"/>
        </w:rPr>
        <w:t>• Psalm 88 — read it to the end; it closes in darkness, and God kept it in the songbook</w:t>
      </w:r>
    </w:p>
    <w:p w14:paraId="3B36FEED" w14:textId="77777777" w:rsidR="00C8625A" w:rsidRDefault="00751C59">
      <w:pPr>
        <w:spacing w:after="160"/>
        <w:ind w:firstLine="259"/>
      </w:pPr>
      <w:r>
        <w:rPr>
          <w:rFonts w:ascii="Georgia" w:eastAsia="Georgia" w:hAnsi="Georgia"/>
        </w:rPr>
        <w:t>anyway. Lament has a legitimate home, even an unresolved one.</w:t>
      </w:r>
    </w:p>
    <w:p w14:paraId="47DEAE80" w14:textId="77777777" w:rsidR="00C8625A" w:rsidRDefault="00751C59">
      <w:pPr>
        <w:spacing w:after="80"/>
        <w:ind w:left="288"/>
      </w:pPr>
      <w:r>
        <w:rPr>
          <w:rFonts w:ascii="Georgia" w:eastAsia="Georgia" w:hAnsi="Georgia"/>
        </w:rPr>
        <w:t>• Psalm 42–43 — one psalm, three refrains: "Hope in God, for I shall yet praise Him"</w:t>
      </w:r>
    </w:p>
    <w:p w14:paraId="44D94DA0" w14:textId="77777777" w:rsidR="00C8625A" w:rsidRDefault="00751C59">
      <w:pPr>
        <w:spacing w:after="160"/>
        <w:ind w:firstLine="259"/>
      </w:pPr>
      <w:r>
        <w:rPr>
          <w:rFonts w:ascii="Georgia" w:eastAsia="Georgia" w:hAnsi="Georgia"/>
        </w:rPr>
        <w:t>(42:5, 11; 43:5). When You Are Under Attack</w:t>
      </w:r>
    </w:p>
    <w:p w14:paraId="5F83C6E5" w14:textId="77777777" w:rsidR="00C8625A" w:rsidRDefault="00751C59">
      <w:pPr>
        <w:spacing w:after="80"/>
        <w:ind w:left="288"/>
      </w:pPr>
      <w:r>
        <w:rPr>
          <w:rFonts w:ascii="Georgia" w:eastAsia="Georgia" w:hAnsi="Georgia"/>
        </w:rPr>
        <w:t>• Psalm 35 — "Plead my cause, O LORD, with those who strive with me" (v. 1). Pray it</w:t>
      </w:r>
    </w:p>
    <w:p w14:paraId="5D721BE0" w14:textId="77777777" w:rsidR="00C8625A" w:rsidRDefault="00751C59">
      <w:pPr>
        <w:spacing w:after="160"/>
        <w:ind w:firstLine="259"/>
      </w:pPr>
      <w:r>
        <w:rPr>
          <w:rFonts w:ascii="Georgia" w:eastAsia="Georgia" w:hAnsi="Georgia"/>
        </w:rPr>
        <w:t>only for real enemies, never for your brothers and sisters.</w:t>
      </w:r>
    </w:p>
    <w:p w14:paraId="7DA454A9" w14:textId="77777777" w:rsidR="00C8625A" w:rsidRDefault="00751C59">
      <w:pPr>
        <w:spacing w:after="80"/>
        <w:ind w:left="288"/>
      </w:pPr>
      <w:r>
        <w:rPr>
          <w:rFonts w:ascii="Georgia" w:eastAsia="Georgia" w:hAnsi="Georgia"/>
        </w:rPr>
        <w:t>• Psalm 91 — a garrison for the ones who "make the Most High their dwelling place" (v. 9,</w:t>
      </w:r>
    </w:p>
    <w:p w14:paraId="2450D401" w14:textId="77777777" w:rsidR="00C8625A" w:rsidRDefault="00751C59">
      <w:pPr>
        <w:spacing w:after="160"/>
        <w:ind w:firstLine="259"/>
      </w:pPr>
      <w:r>
        <w:rPr>
          <w:rFonts w:ascii="Georgia" w:eastAsia="Georgia" w:hAnsi="Georgia"/>
        </w:rPr>
        <w:t>adapted).</w:t>
      </w:r>
    </w:p>
    <w:p w14:paraId="4BE1E089" w14:textId="77777777" w:rsidR="00C8625A" w:rsidRDefault="00751C59">
      <w:pPr>
        <w:spacing w:after="80"/>
        <w:ind w:left="288"/>
      </w:pPr>
      <w:r>
        <w:rPr>
          <w:rFonts w:ascii="Georgia" w:eastAsia="Georgia" w:hAnsi="Georgia"/>
        </w:rPr>
        <w:t>• Psalm 60 — after defeat: "Who will bring me into the strong city?... With our God we will</w:t>
      </w:r>
    </w:p>
    <w:p w14:paraId="336FCE1F" w14:textId="77777777" w:rsidR="00C8625A" w:rsidRDefault="00751C59">
      <w:pPr>
        <w:spacing w:after="160"/>
        <w:ind w:firstLine="259"/>
      </w:pPr>
      <w:r>
        <w:rPr>
          <w:rFonts w:ascii="Georgia" w:eastAsia="Georgia" w:hAnsi="Georgia"/>
        </w:rPr>
        <w:t>do valiantly" (vv. 9, 12, adapted).</w:t>
      </w:r>
    </w:p>
    <w:p w14:paraId="634359BF" w14:textId="77777777" w:rsidR="00C8625A" w:rsidRDefault="00751C59">
      <w:pPr>
        <w:spacing w:after="80"/>
        <w:ind w:left="288"/>
      </w:pPr>
      <w:r>
        <w:rPr>
          <w:rFonts w:ascii="Georgia" w:eastAsia="Georgia" w:hAnsi="Georgia"/>
        </w:rPr>
        <w:t>• 2 Samuel 22 / Psalm 18 — the victory song of a man who was rescued out of the pit, not</w:t>
      </w:r>
    </w:p>
    <w:p w14:paraId="29D6D01A" w14:textId="77777777" w:rsidR="00C8625A" w:rsidRDefault="00751C59">
      <w:pPr>
        <w:spacing w:after="160"/>
        <w:ind w:firstLine="259"/>
      </w:pPr>
      <w:r>
        <w:rPr>
          <w:rFonts w:ascii="Georgia" w:eastAsia="Georgia" w:hAnsi="Georgia"/>
        </w:rPr>
        <w:t>kept above it. When You Are Anxious</w:t>
      </w:r>
    </w:p>
    <w:p w14:paraId="30FA3583" w14:textId="77777777" w:rsidR="00C8625A" w:rsidRDefault="00751C59">
      <w:pPr>
        <w:spacing w:after="80"/>
        <w:ind w:left="288"/>
      </w:pPr>
      <w:r>
        <w:rPr>
          <w:rFonts w:ascii="Georgia" w:eastAsia="Georgia" w:hAnsi="Georgia"/>
        </w:rPr>
        <w:t>• Psalm 4 — "In peace I will lie down and sleep" (v. 8), read at bed-time.</w:t>
      </w:r>
    </w:p>
    <w:p w14:paraId="09E3A1AF" w14:textId="77777777" w:rsidR="00C8625A" w:rsidRDefault="00751C59">
      <w:pPr>
        <w:spacing w:after="80"/>
        <w:ind w:left="288"/>
      </w:pPr>
      <w:r>
        <w:rPr>
          <w:rFonts w:ascii="Georgia" w:eastAsia="Georgia" w:hAnsi="Georgia"/>
        </w:rPr>
        <w:t>• Psalm 46 — "Be still, and know that I am God" (v. 10); three times the refrain repeats:</w:t>
      </w:r>
    </w:p>
    <w:p w14:paraId="7CBE67CC" w14:textId="77777777" w:rsidR="00C8625A" w:rsidRDefault="00751C59">
      <w:pPr>
        <w:spacing w:after="160"/>
        <w:ind w:firstLine="259"/>
      </w:pPr>
      <w:r>
        <w:rPr>
          <w:rFonts w:ascii="Georgia" w:eastAsia="Georgia" w:hAnsi="Georgia"/>
        </w:rPr>
        <w:t>"The LORD of hosts is with us; the God of Jacob is our refuge" (vv. 7, 11).</w:t>
      </w:r>
    </w:p>
    <w:p w14:paraId="2FA10A47" w14:textId="77777777" w:rsidR="00C8625A" w:rsidRDefault="00751C59">
      <w:pPr>
        <w:spacing w:after="80"/>
        <w:ind w:left="288"/>
      </w:pPr>
      <w:r>
        <w:rPr>
          <w:rFonts w:ascii="Georgia" w:eastAsia="Georgia" w:hAnsi="Georgia"/>
        </w:rPr>
        <w:t>• Psalm 55:22 — "Cast your burden on the LORD, and He shall sustain you."</w:t>
      </w:r>
    </w:p>
    <w:p w14:paraId="5014015C" w14:textId="77777777" w:rsidR="00C8625A" w:rsidRDefault="00751C59">
      <w:pPr>
        <w:spacing w:after="80"/>
        <w:ind w:left="288"/>
      </w:pPr>
      <w:r>
        <w:rPr>
          <w:rFonts w:ascii="Georgia" w:eastAsia="Georgia" w:hAnsi="Georgia"/>
        </w:rPr>
        <w:lastRenderedPageBreak/>
        <w:t>• Psalm 131 — the shortest remedy: "I have quieted and stilled my soul, like a weaned</w:t>
      </w:r>
    </w:p>
    <w:p w14:paraId="2A850FC6" w14:textId="77777777" w:rsidR="00C8625A" w:rsidRDefault="00751C59">
      <w:pPr>
        <w:spacing w:after="160"/>
        <w:ind w:firstLine="259"/>
      </w:pPr>
      <w:r>
        <w:rPr>
          <w:rFonts w:ascii="Georgia" w:eastAsia="Georgia" w:hAnsi="Georgia"/>
        </w:rPr>
        <w:t>child on its mother's arms" (v. 2, adapted). When You Are Grateful</w:t>
      </w:r>
    </w:p>
    <w:p w14:paraId="4DBAE13E" w14:textId="77777777" w:rsidR="00C8625A" w:rsidRDefault="00751C59">
      <w:pPr>
        <w:spacing w:after="80"/>
        <w:ind w:left="288"/>
      </w:pPr>
      <w:r>
        <w:rPr>
          <w:rFonts w:ascii="Georgia" w:eastAsia="Georgia" w:hAnsi="Georgia"/>
        </w:rPr>
        <w:t>• Psalm 100 — the entrance liturgy for every good day.</w:t>
      </w:r>
    </w:p>
    <w:p w14:paraId="155FD7D9" w14:textId="77777777" w:rsidR="00C8625A" w:rsidRDefault="00751C59">
      <w:pPr>
        <w:spacing w:after="80"/>
        <w:ind w:left="288"/>
      </w:pPr>
      <w:r>
        <w:rPr>
          <w:rFonts w:ascii="Georgia" w:eastAsia="Georgia" w:hAnsi="Georgia"/>
        </w:rPr>
        <w:t>• Psalm 65 — "You will crown the year with Your goodness; Your paths drop fatness" (v.</w:t>
      </w:r>
    </w:p>
    <w:p w14:paraId="18E86EE2" w14:textId="77777777" w:rsidR="00C8625A" w:rsidRDefault="00751C59">
      <w:pPr>
        <w:spacing w:after="160"/>
        <w:ind w:firstLine="259"/>
      </w:pPr>
      <w:r>
        <w:rPr>
          <w:rFonts w:ascii="Georgia" w:eastAsia="Georgia" w:hAnsi="Georgia"/>
        </w:rPr>
        <w:t>11).</w:t>
      </w:r>
    </w:p>
    <w:p w14:paraId="27F29FC8" w14:textId="77777777" w:rsidR="00C8625A" w:rsidRDefault="00751C59">
      <w:pPr>
        <w:spacing w:after="80"/>
        <w:ind w:left="288"/>
      </w:pPr>
      <w:r>
        <w:rPr>
          <w:rFonts w:ascii="Georgia" w:eastAsia="Georgia" w:hAnsi="Georgia"/>
        </w:rPr>
        <w:t>• Psalm 126 — "When the LORD brought back the captivity of Zion, we were like those</w:t>
      </w:r>
    </w:p>
    <w:p w14:paraId="21E880AB" w14:textId="77777777" w:rsidR="00C8625A" w:rsidRDefault="00751C59">
      <w:pPr>
        <w:spacing w:after="160"/>
        <w:ind w:firstLine="259"/>
      </w:pPr>
      <w:r>
        <w:rPr>
          <w:rFonts w:ascii="Georgia" w:eastAsia="Georgia" w:hAnsi="Georgia"/>
        </w:rPr>
        <w:t>who dream" (v. 1); then keep reading — v. 5 belongs to every harvest that took years.</w:t>
      </w:r>
    </w:p>
    <w:p w14:paraId="6F9CDEC2" w14:textId="77777777" w:rsidR="00C8625A" w:rsidRDefault="00751C59">
      <w:pPr>
        <w:spacing w:after="80"/>
        <w:ind w:left="288"/>
      </w:pPr>
      <w:r>
        <w:rPr>
          <w:rFonts w:ascii="Georgia" w:eastAsia="Georgia" w:hAnsi="Georgia"/>
        </w:rPr>
        <w:t>• Psalm 116 — "What shall I render to the LORD for all His benefits toward me?" (v. 12).</w:t>
      </w:r>
    </w:p>
    <w:p w14:paraId="701AB2FB" w14:textId="77777777" w:rsidR="00C8625A" w:rsidRDefault="00751C59">
      <w:pPr>
        <w:spacing w:after="160"/>
        <w:ind w:firstLine="259"/>
      </w:pPr>
      <w:r>
        <w:rPr>
          <w:rFonts w:ascii="Georgia" w:eastAsia="Georgia" w:hAnsi="Georgia"/>
        </w:rPr>
        <w:t>For Pure Praise (When There Is No Reason At All)</w:t>
      </w:r>
    </w:p>
    <w:p w14:paraId="4B5146C9" w14:textId="77777777" w:rsidR="00C8625A" w:rsidRDefault="00751C59">
      <w:pPr>
        <w:spacing w:after="80"/>
        <w:ind w:left="288"/>
      </w:pPr>
      <w:r>
        <w:rPr>
          <w:rFonts w:ascii="Georgia" w:eastAsia="Georgia" w:hAnsi="Georgia"/>
        </w:rPr>
        <w:t>• Psalm 8 — "Out of the mouth of babes and infants You have ordained strength."</w:t>
      </w:r>
    </w:p>
    <w:p w14:paraId="081573C0" w14:textId="77777777" w:rsidR="00C8625A" w:rsidRDefault="00751C59">
      <w:pPr>
        <w:spacing w:after="80"/>
        <w:ind w:left="288"/>
      </w:pPr>
      <w:r>
        <w:rPr>
          <w:rFonts w:ascii="Georgia" w:eastAsia="Georgia" w:hAnsi="Georgia"/>
        </w:rPr>
        <w:t>• Psalm 19 — the heavens and the Word.</w:t>
      </w:r>
    </w:p>
    <w:p w14:paraId="3A06415A" w14:textId="77777777" w:rsidR="00C8625A" w:rsidRDefault="00751C59">
      <w:pPr>
        <w:spacing w:after="80"/>
        <w:ind w:left="288"/>
      </w:pPr>
      <w:r>
        <w:rPr>
          <w:rFonts w:ascii="Georgia" w:eastAsia="Georgia" w:hAnsi="Georgia"/>
        </w:rPr>
        <w:t>• Psalm 29 — "Ascribe to the LORD... the glory of His name" (v. 1, adapted).</w:t>
      </w:r>
    </w:p>
    <w:p w14:paraId="1D05E0CE" w14:textId="77777777" w:rsidR="00C8625A" w:rsidRDefault="00751C59">
      <w:pPr>
        <w:spacing w:after="80"/>
        <w:ind w:left="288"/>
      </w:pPr>
      <w:r>
        <w:rPr>
          <w:rFonts w:ascii="Georgia" w:eastAsia="Georgia" w:hAnsi="Georgia"/>
        </w:rPr>
        <w:t>• Psalm 33 — "Let all the earth fear the LORD... For He spoke, and it was done" (vv. 8–9).</w:t>
      </w:r>
    </w:p>
    <w:p w14:paraId="058E00C7" w14:textId="77777777" w:rsidR="00C8625A" w:rsidRDefault="00751C59">
      <w:pPr>
        <w:spacing w:after="80"/>
        <w:ind w:left="288"/>
      </w:pPr>
      <w:r>
        <w:rPr>
          <w:rFonts w:ascii="Georgia" w:eastAsia="Georgia" w:hAnsi="Georgia"/>
        </w:rPr>
        <w:t>• Psalm 104 — creation praise; read it slowly in the morning.</w:t>
      </w:r>
    </w:p>
    <w:p w14:paraId="33C07FC7" w14:textId="77777777" w:rsidR="00C8625A" w:rsidRDefault="00751C59">
      <w:pPr>
        <w:spacing w:after="80"/>
        <w:ind w:left="288"/>
      </w:pPr>
      <w:r>
        <w:rPr>
          <w:rFonts w:ascii="Georgia" w:eastAsia="Georgia" w:hAnsi="Georgia"/>
        </w:rPr>
        <w:t>• Psalm 111 — "His work is honor and majesty, and His righteousness endures forever."</w:t>
      </w:r>
    </w:p>
    <w:p w14:paraId="7AF2B295" w14:textId="77777777" w:rsidR="00C8625A" w:rsidRDefault="00751C59">
      <w:pPr>
        <w:spacing w:after="80"/>
        <w:ind w:left="288"/>
      </w:pPr>
      <w:r>
        <w:rPr>
          <w:rFonts w:ascii="Georgia" w:eastAsia="Georgia" w:hAnsi="Georgia"/>
        </w:rPr>
        <w:t>• Psalm 113 — "Who is like the LORD our God, who dwells on high?"</w:t>
      </w:r>
    </w:p>
    <w:p w14:paraId="4BB9EE4C" w14:textId="77777777" w:rsidR="00C8625A" w:rsidRDefault="00751C59">
      <w:pPr>
        <w:spacing w:after="80"/>
        <w:ind w:left="288"/>
      </w:pPr>
      <w:r>
        <w:rPr>
          <w:rFonts w:ascii="Georgia" w:eastAsia="Georgia" w:hAnsi="Georgia"/>
        </w:rPr>
        <w:lastRenderedPageBreak/>
        <w:t>• Psalm 136 — twenty-six times one sentence: "His mercy endures forever."</w:t>
      </w:r>
    </w:p>
    <w:p w14:paraId="36F7B04D" w14:textId="77777777" w:rsidR="00C8625A" w:rsidRDefault="00751C59">
      <w:pPr>
        <w:spacing w:after="80"/>
        <w:ind w:left="288"/>
      </w:pPr>
      <w:r>
        <w:rPr>
          <w:rFonts w:ascii="Georgia" w:eastAsia="Georgia" w:hAnsi="Georgia"/>
        </w:rPr>
        <w:t>• Psalms 145–150 — the last five psalms of the Bible are five straight calls to praise. The</w:t>
      </w:r>
    </w:p>
    <w:p w14:paraId="573359E1" w14:textId="77777777" w:rsidR="00C8625A" w:rsidRDefault="00751C59">
      <w:pPr>
        <w:spacing w:after="160"/>
        <w:ind w:firstLine="259"/>
      </w:pPr>
      <w:r>
        <w:rPr>
          <w:rFonts w:ascii="Georgia" w:eastAsia="Georgia" w:hAnsi="Georgia"/>
        </w:rPr>
        <w:t>Book of Psalms ends in a doxology. That is the intended destination of every life. A One-Week Psalm Rhythm</w:t>
      </w:r>
    </w:p>
    <w:p w14:paraId="680BF9C2" w14:textId="77777777" w:rsidR="00C8625A" w:rsidRDefault="00751C59">
      <w:pPr>
        <w:spacing w:after="80"/>
        <w:ind w:left="288"/>
      </w:pPr>
      <w:r>
        <w:rPr>
          <w:rFonts w:ascii="Georgia" w:eastAsia="Georgia" w:hAnsi="Georgia"/>
        </w:rPr>
        <w:t>| Day | Psalm | Posture | Ask |</w:t>
      </w:r>
    </w:p>
    <w:p w14:paraId="2E796C55" w14:textId="77777777" w:rsidR="00C8625A" w:rsidRDefault="00751C59">
      <w:pPr>
        <w:spacing w:after="80"/>
        <w:ind w:left="288"/>
      </w:pPr>
      <w:r>
        <w:rPr>
          <w:rFonts w:ascii="Georgia" w:eastAsia="Georgia" w:hAnsi="Georgia"/>
        </w:rPr>
        <w:t>|---|---|---|---|</w:t>
      </w:r>
    </w:p>
    <w:p w14:paraId="033DBF17" w14:textId="77777777" w:rsidR="00C8625A" w:rsidRDefault="00751C59">
      <w:pPr>
        <w:spacing w:after="80"/>
        <w:ind w:left="288"/>
      </w:pPr>
      <w:r>
        <w:rPr>
          <w:rFonts w:ascii="Georgia" w:eastAsia="Georgia" w:hAnsi="Georgia"/>
        </w:rPr>
        <w:t>| 1 | 22 | Kneel | Open my eyes to who You are |</w:t>
      </w:r>
    </w:p>
    <w:p w14:paraId="72D89065" w14:textId="77777777" w:rsidR="00C8625A" w:rsidRDefault="00751C59">
      <w:pPr>
        <w:spacing w:after="80"/>
        <w:ind w:left="288"/>
      </w:pPr>
      <w:r>
        <w:rPr>
          <w:rFonts w:ascii="Georgia" w:eastAsia="Georgia" w:hAnsi="Georgia"/>
        </w:rPr>
        <w:t>| 2 | 23 | Stand | Walk with me through the valley |</w:t>
      </w:r>
    </w:p>
    <w:p w14:paraId="792877FD" w14:textId="77777777" w:rsidR="00C8625A" w:rsidRDefault="00751C59">
      <w:pPr>
        <w:spacing w:after="80"/>
        <w:ind w:left="288"/>
      </w:pPr>
      <w:r>
        <w:rPr>
          <w:rFonts w:ascii="Georgia" w:eastAsia="Georgia" w:hAnsi="Georgia"/>
        </w:rPr>
        <w:t>| 3 | 27 | Hands lifted | Whom shall I fear? |</w:t>
      </w:r>
    </w:p>
    <w:p w14:paraId="20901B13" w14:textId="77777777" w:rsidR="00C8625A" w:rsidRDefault="00751C59">
      <w:pPr>
        <w:spacing w:after="80"/>
        <w:ind w:left="288"/>
      </w:pPr>
      <w:r>
        <w:rPr>
          <w:rFonts w:ascii="Georgia" w:eastAsia="Georgia" w:hAnsi="Georgia"/>
        </w:rPr>
        <w:t>| 4 | 34 | Sit, then stand again | Teach me Your ways |</w:t>
      </w:r>
    </w:p>
    <w:p w14:paraId="536B6C9C" w14:textId="77777777" w:rsidR="00C8625A" w:rsidRDefault="00751C59">
      <w:pPr>
        <w:spacing w:after="80"/>
        <w:ind w:left="288"/>
      </w:pPr>
      <w:r>
        <w:rPr>
          <w:rFonts w:ascii="Georgia" w:eastAsia="Georgia" w:hAnsi="Georgia"/>
        </w:rPr>
        <w:t>| 5 | 40 | Wait in silence | Give me a new song |</w:t>
      </w:r>
    </w:p>
    <w:p w14:paraId="5B328C2A" w14:textId="77777777" w:rsidR="00C8625A" w:rsidRDefault="00751C59">
      <w:pPr>
        <w:spacing w:after="80"/>
        <w:ind w:left="288"/>
      </w:pPr>
      <w:r>
        <w:rPr>
          <w:rFonts w:ascii="Georgia" w:eastAsia="Georgia" w:hAnsi="Georgia"/>
        </w:rPr>
        <w:t>| 6 | 63 | Before sunrise, aloud | Satisfy me in the dry land |</w:t>
      </w:r>
    </w:p>
    <w:p w14:paraId="3D380BE3" w14:textId="77777777" w:rsidR="00C8625A" w:rsidRDefault="00751C59">
      <w:pPr>
        <w:spacing w:after="80"/>
        <w:ind w:left="288"/>
      </w:pPr>
      <w:r>
        <w:rPr>
          <w:rFonts w:ascii="Georgia" w:eastAsia="Georgia" w:hAnsi="Georgia"/>
        </w:rPr>
        <w:t>| 7 | 100 | With others, or a recording | Enter His gates with thanksgiving |</w:t>
      </w:r>
    </w:p>
    <w:p w14:paraId="2A2CDB22" w14:textId="77777777" w:rsidR="00C8625A" w:rsidRDefault="00751C59">
      <w:pPr>
        <w:spacing w:after="160"/>
        <w:ind w:firstLine="259"/>
      </w:pPr>
      <w:r>
        <w:rPr>
          <w:rFonts w:ascii="Georgia" w:eastAsia="Georgia" w:hAnsi="Georgia"/>
        </w:rPr>
        <w:t>Four-Week Memory Plan</w:t>
      </w:r>
    </w:p>
    <w:p w14:paraId="15DF6EC3" w14:textId="77777777" w:rsidR="00C8625A" w:rsidRDefault="00751C59">
      <w:pPr>
        <w:spacing w:after="80"/>
        <w:ind w:left="288"/>
      </w:pPr>
      <w:r>
        <w:rPr>
          <w:rFonts w:ascii="Georgia" w:eastAsia="Georgia" w:hAnsi="Georgia"/>
        </w:rPr>
        <w:t>• Week 1: Psalm 23:1–4.</w:t>
      </w:r>
    </w:p>
    <w:p w14:paraId="37A8E64A" w14:textId="77777777" w:rsidR="00C8625A" w:rsidRDefault="00751C59">
      <w:pPr>
        <w:spacing w:after="80"/>
        <w:ind w:left="288"/>
      </w:pPr>
      <w:r>
        <w:rPr>
          <w:rFonts w:ascii="Georgia" w:eastAsia="Georgia" w:hAnsi="Georgia"/>
        </w:rPr>
        <w:t>• Week 2: Psalm 46:1–2, 10.</w:t>
      </w:r>
    </w:p>
    <w:p w14:paraId="6597683E" w14:textId="77777777" w:rsidR="00C8625A" w:rsidRDefault="00751C59">
      <w:pPr>
        <w:spacing w:after="80"/>
        <w:ind w:left="288"/>
      </w:pPr>
      <w:r>
        <w:rPr>
          <w:rFonts w:ascii="Georgia" w:eastAsia="Georgia" w:hAnsi="Georgia"/>
        </w:rPr>
        <w:t>• Week 3: Psalm 103:1–5, 13–14.</w:t>
      </w:r>
    </w:p>
    <w:p w14:paraId="7C86F7AC" w14:textId="77777777" w:rsidR="00C8625A" w:rsidRDefault="00751C59">
      <w:pPr>
        <w:spacing w:after="80"/>
        <w:ind w:left="288"/>
      </w:pPr>
      <w:r>
        <w:rPr>
          <w:rFonts w:ascii="Georgia" w:eastAsia="Georgia" w:hAnsi="Georgia"/>
        </w:rPr>
        <w:t>• Week 4: Isaiah 40:28–31.</w:t>
      </w:r>
    </w:p>
    <w:p w14:paraId="60D889ED" w14:textId="77777777" w:rsidR="00C8625A" w:rsidRDefault="00751C59">
      <w:r>
        <w:br w:type="page"/>
      </w:r>
    </w:p>
    <w:p w14:paraId="6E304075" w14:textId="77777777" w:rsidR="00C8625A" w:rsidRDefault="00751C59">
      <w:pPr>
        <w:spacing w:before="720" w:after="80"/>
        <w:jc w:val="center"/>
      </w:pPr>
      <w:r>
        <w:rPr>
          <w:rFonts w:ascii="Georgia" w:eastAsia="Georgia" w:hAnsi="Georgia"/>
          <w:b/>
          <w:sz w:val="32"/>
        </w:rPr>
        <w:lastRenderedPageBreak/>
        <w:t>APPENDIX C</w:t>
      </w:r>
    </w:p>
    <w:p w14:paraId="4C25AFE8" w14:textId="77777777" w:rsidR="00C8625A" w:rsidRDefault="00751C59">
      <w:pPr>
        <w:spacing w:after="280"/>
        <w:jc w:val="center"/>
      </w:pPr>
      <w:r>
        <w:rPr>
          <w:rFonts w:ascii="Georgia" w:eastAsia="Georgia" w:hAnsi="Georgia"/>
          <w:i/>
          <w:sz w:val="24"/>
        </w:rPr>
        <w:t>A Personal Praise Journal</w:t>
      </w:r>
    </w:p>
    <w:p w14:paraId="5CDA243B" w14:textId="77777777" w:rsidR="00C8625A" w:rsidRDefault="00751C59">
      <w:pPr>
        <w:spacing w:after="160"/>
        <w:ind w:firstLine="259"/>
      </w:pPr>
      <w:r>
        <w:rPr>
          <w:rFonts w:ascii="Georgia" w:eastAsia="Georgia" w:hAnsi="Georgia"/>
        </w:rPr>
        <w:t>(Print this section, or copy it into a notebook. Keep the notebook for one year; then read it in a hard season. It will do more for your faith than any sermon.)</w:t>
      </w:r>
    </w:p>
    <w:p w14:paraId="37ACDA2E" w14:textId="77777777" w:rsidR="00C8625A" w:rsidRDefault="00751C59">
      <w:pPr>
        <w:spacing w:after="80"/>
        <w:ind w:left="288"/>
      </w:pPr>
      <w:r>
        <w:rPr>
          <w:rFonts w:ascii="Georgia" w:eastAsia="Georgia" w:hAnsi="Georgia"/>
        </w:rPr>
        <w:t>1. The Daily Page</w:t>
      </w:r>
    </w:p>
    <w:p w14:paraId="7D3ADC04" w14:textId="77777777" w:rsidR="00C8625A" w:rsidRDefault="00751C59">
      <w:pPr>
        <w:spacing w:after="160"/>
        <w:ind w:firstLine="259"/>
      </w:pPr>
      <w:r>
        <w:rPr>
          <w:rFonts w:ascii="Georgia" w:eastAsia="Georgia" w:hAnsi="Georgia"/>
        </w:rPr>
        <w:t>Use one page per day. Five short lines take four minutes. Date: ________ Season (circle): joyful weary grieving waiting under attack</w:t>
      </w:r>
    </w:p>
    <w:p w14:paraId="56178654" w14:textId="77777777" w:rsidR="00C8625A" w:rsidRDefault="00751C59">
      <w:pPr>
        <w:spacing w:after="80"/>
        <w:ind w:left="288"/>
      </w:pPr>
      <w:r>
        <w:rPr>
          <w:rFonts w:ascii="Georgia" w:eastAsia="Georgia" w:hAnsi="Georgia"/>
        </w:rPr>
        <w:t>1. Who God is today (one attribute):</w:t>
      </w:r>
    </w:p>
    <w:p w14:paraId="5F892E8A" w14:textId="77777777" w:rsidR="00C8625A" w:rsidRDefault="00751C59">
      <w:pPr>
        <w:spacing w:after="160"/>
        <w:ind w:firstLine="259"/>
      </w:pPr>
      <w:r>
        <w:rPr>
          <w:rFonts w:ascii="Georgia" w:eastAsia="Georgia" w:hAnsi="Georgia"/>
        </w:rPr>
        <w:t>______________________________________________</w:t>
      </w:r>
    </w:p>
    <w:p w14:paraId="2CCB3ECC" w14:textId="77777777" w:rsidR="00C8625A" w:rsidRDefault="00751C59">
      <w:pPr>
        <w:spacing w:after="80"/>
        <w:ind w:left="288"/>
      </w:pPr>
      <w:r>
        <w:rPr>
          <w:rFonts w:ascii="Georgia" w:eastAsia="Georgia" w:hAnsi="Georgia"/>
        </w:rPr>
        <w:t>2. One specific mercy (dated, named):</w:t>
      </w:r>
    </w:p>
    <w:p w14:paraId="0C34E9B6" w14:textId="77777777" w:rsidR="00C8625A" w:rsidRDefault="00751C59">
      <w:pPr>
        <w:spacing w:after="160"/>
        <w:ind w:firstLine="259"/>
      </w:pPr>
      <w:r>
        <w:rPr>
          <w:rFonts w:ascii="Georgia" w:eastAsia="Georgia" w:hAnsi="Georgia"/>
        </w:rPr>
        <w:t>______________________________________________</w:t>
      </w:r>
    </w:p>
    <w:p w14:paraId="64F6972C" w14:textId="77777777" w:rsidR="00C8625A" w:rsidRDefault="00751C59">
      <w:pPr>
        <w:spacing w:after="80"/>
        <w:ind w:left="288"/>
      </w:pPr>
      <w:r>
        <w:rPr>
          <w:rFonts w:ascii="Georgia" w:eastAsia="Georgia" w:hAnsi="Georgia"/>
        </w:rPr>
        <w:t>3. One honest complaint, addressed TO God (not about Him):</w:t>
      </w:r>
    </w:p>
    <w:p w14:paraId="63126BB1" w14:textId="77777777" w:rsidR="00C8625A" w:rsidRDefault="00751C59">
      <w:pPr>
        <w:spacing w:after="160"/>
        <w:ind w:firstLine="259"/>
      </w:pPr>
      <w:r>
        <w:rPr>
          <w:rFonts w:ascii="Georgia" w:eastAsia="Georgia" w:hAnsi="Georgia"/>
        </w:rPr>
        <w:t>______________________________________________</w:t>
      </w:r>
    </w:p>
    <w:p w14:paraId="54BA570A" w14:textId="77777777" w:rsidR="00C8625A" w:rsidRDefault="00751C59">
      <w:pPr>
        <w:spacing w:after="80"/>
        <w:ind w:left="288"/>
      </w:pPr>
      <w:r>
        <w:rPr>
          <w:rFonts w:ascii="Georgia" w:eastAsia="Georgia" w:hAnsi="Georgia"/>
        </w:rPr>
        <w:t>4. The "yet" sentence (Habakkuk 3:17-18 shape):</w:t>
      </w:r>
    </w:p>
    <w:p w14:paraId="0BAA1080" w14:textId="77777777" w:rsidR="00C8625A" w:rsidRDefault="00751C59">
      <w:pPr>
        <w:spacing w:after="160"/>
        <w:ind w:firstLine="259"/>
      </w:pPr>
      <w:r>
        <w:rPr>
          <w:rFonts w:ascii="Georgia" w:eastAsia="Georgia" w:hAnsi="Georgia"/>
        </w:rPr>
        <w:t>"Even though ______________________, yet I will rejoice in the LORD."</w:t>
      </w:r>
    </w:p>
    <w:p w14:paraId="1647A744" w14:textId="77777777" w:rsidR="00C8625A" w:rsidRDefault="00751C59">
      <w:pPr>
        <w:spacing w:after="80"/>
        <w:ind w:left="288"/>
      </w:pPr>
      <w:r>
        <w:rPr>
          <w:rFonts w:ascii="Georgia" w:eastAsia="Georgia" w:hAnsi="Georgia"/>
        </w:rPr>
        <w:t>5. One person I will tell what God has done:</w:t>
      </w:r>
    </w:p>
    <w:p w14:paraId="55E887FC" w14:textId="77777777" w:rsidR="00C8625A" w:rsidRDefault="00751C59">
      <w:pPr>
        <w:spacing w:after="160"/>
        <w:ind w:firstLine="259"/>
      </w:pPr>
      <w:r>
        <w:rPr>
          <w:rFonts w:ascii="Georgia" w:eastAsia="Georgia" w:hAnsi="Georgia"/>
        </w:rPr>
        <w:t>______________________________________________</w:t>
      </w:r>
    </w:p>
    <w:p w14:paraId="54B5B5CC" w14:textId="77777777" w:rsidR="00C8625A" w:rsidRDefault="00751C59">
      <w:pPr>
        <w:spacing w:after="80"/>
        <w:ind w:left="288"/>
      </w:pPr>
      <w:r>
        <w:rPr>
          <w:rFonts w:ascii="Georgia" w:eastAsia="Georgia" w:hAnsi="Georgia"/>
        </w:rPr>
        <w:t>2. The Complaint-To-Praise Worksheet (Psalm 77)</w:t>
      </w:r>
    </w:p>
    <w:p w14:paraId="5A0C387C" w14:textId="77777777" w:rsidR="00C8625A" w:rsidRDefault="00751C59">
      <w:pPr>
        <w:spacing w:after="160"/>
        <w:ind w:firstLine="259"/>
      </w:pPr>
      <w:r>
        <w:rPr>
          <w:rFonts w:ascii="Georgia" w:eastAsia="Georgia" w:hAnsi="Georgia"/>
        </w:rPr>
        <w:lastRenderedPageBreak/>
        <w:t>The thought I am stuck on: ______________________________________________</w:t>
      </w:r>
    </w:p>
    <w:p w14:paraId="21DFE409" w14:textId="77777777" w:rsidR="00C8625A" w:rsidRDefault="00751C59">
      <w:pPr>
        <w:spacing w:after="80"/>
        <w:ind w:left="288"/>
      </w:pPr>
      <w:r>
        <w:rPr>
          <w:rFonts w:ascii="Georgia" w:eastAsia="Georgia" w:hAnsi="Georgia"/>
        </w:rPr>
        <w:t>1. DIAGNOSE — name it as "my infirmity," not as reality:</w:t>
      </w:r>
    </w:p>
    <w:p w14:paraId="253BF1D5" w14:textId="77777777" w:rsidR="00C8625A" w:rsidRDefault="00751C59">
      <w:pPr>
        <w:spacing w:after="160"/>
        <w:ind w:firstLine="259"/>
      </w:pPr>
      <w:r>
        <w:rPr>
          <w:rFonts w:ascii="Georgia" w:eastAsia="Georgia" w:hAnsi="Georgia"/>
        </w:rPr>
        <w:t>"This is my infirmity: I am remembering __________ and forgetting __________."</w:t>
      </w:r>
    </w:p>
    <w:p w14:paraId="07B93393" w14:textId="77777777" w:rsidR="00C8625A" w:rsidRDefault="00751C59">
      <w:pPr>
        <w:spacing w:after="80"/>
        <w:ind w:left="288"/>
      </w:pPr>
      <w:r>
        <w:rPr>
          <w:rFonts w:ascii="Georgia" w:eastAsia="Georgia" w:hAnsi="Georgia"/>
        </w:rPr>
        <w:t>2. DECIDE — what I choose to recall:</w:t>
      </w:r>
    </w:p>
    <w:p w14:paraId="66FC54E8" w14:textId="77777777" w:rsidR="00C8625A" w:rsidRDefault="00751C59">
      <w:pPr>
        <w:spacing w:after="160"/>
        <w:ind w:firstLine="259"/>
      </w:pPr>
      <w:r>
        <w:rPr>
          <w:rFonts w:ascii="Georgia" w:eastAsia="Georgia" w:hAnsi="Georgia"/>
        </w:rPr>
        <w:t>"I will remember the years of the right hand of the Most High." The things I choose to recall: a. ____________________ b. ____________________ c. ____________________</w:t>
      </w:r>
    </w:p>
    <w:p w14:paraId="7952458F" w14:textId="77777777" w:rsidR="00C8625A" w:rsidRDefault="00751C59">
      <w:pPr>
        <w:spacing w:after="80"/>
        <w:ind w:left="288"/>
      </w:pPr>
      <w:r>
        <w:rPr>
          <w:rFonts w:ascii="Georgia" w:eastAsia="Georgia" w:hAnsi="Georgia"/>
        </w:rPr>
        <w:t>3. RECOUNT — say one act of God aloud, in front of me:</w:t>
      </w:r>
    </w:p>
    <w:p w14:paraId="644373C3" w14:textId="77777777" w:rsidR="00C8625A" w:rsidRDefault="00751C59">
      <w:pPr>
        <w:spacing w:after="160"/>
        <w:ind w:firstLine="259"/>
      </w:pPr>
      <w:r>
        <w:rPr>
          <w:rFonts w:ascii="Georgia" w:eastAsia="Georgia" w:hAnsi="Georgia"/>
        </w:rPr>
        <w:t>______________________________________________</w:t>
      </w:r>
    </w:p>
    <w:p w14:paraId="0ABCE093" w14:textId="77777777" w:rsidR="00C8625A" w:rsidRDefault="00751C59">
      <w:pPr>
        <w:spacing w:after="80"/>
        <w:ind w:left="288"/>
      </w:pPr>
      <w:r>
        <w:rPr>
          <w:rFonts w:ascii="Georgia" w:eastAsia="Georgia" w:hAnsi="Georgia"/>
        </w:rPr>
        <w:t>4. REST — what I will stop trying to control today:</w:t>
      </w:r>
    </w:p>
    <w:p w14:paraId="0B002DFD" w14:textId="77777777" w:rsidR="00C8625A" w:rsidRDefault="00751C59">
      <w:pPr>
        <w:spacing w:after="160"/>
        <w:ind w:firstLine="259"/>
      </w:pPr>
      <w:r>
        <w:rPr>
          <w:rFonts w:ascii="Georgia" w:eastAsia="Georgia" w:hAnsi="Georgia"/>
        </w:rPr>
        <w:t>______________________________________________</w:t>
      </w:r>
    </w:p>
    <w:p w14:paraId="20F0FA6F" w14:textId="77777777" w:rsidR="00C8625A" w:rsidRDefault="00751C59">
      <w:pPr>
        <w:spacing w:after="80"/>
        <w:ind w:left="288"/>
      </w:pPr>
      <w:r>
        <w:rPr>
          <w:rFonts w:ascii="Georgia" w:eastAsia="Georgia" w:hAnsi="Georgia"/>
        </w:rPr>
        <w:t>5. RETURN — the verse I will repeat until the pressure</w:t>
      </w:r>
    </w:p>
    <w:p w14:paraId="57C43EA7" w14:textId="77777777" w:rsidR="00C8625A" w:rsidRDefault="00751C59">
      <w:pPr>
        <w:spacing w:after="160"/>
        <w:ind w:firstLine="259"/>
      </w:pPr>
      <w:r>
        <w:rPr>
          <w:rFonts w:ascii="Georgia" w:eastAsia="Georgia" w:hAnsi="Georgia"/>
        </w:rPr>
        <w:t>in my chest changes: ____________________________</w:t>
      </w:r>
    </w:p>
    <w:p w14:paraId="1EA46DB4" w14:textId="77777777" w:rsidR="00C8625A" w:rsidRDefault="00751C59">
      <w:pPr>
        <w:spacing w:after="80"/>
        <w:ind w:left="288"/>
      </w:pPr>
      <w:r>
        <w:rPr>
          <w:rFonts w:ascii="Georgia" w:eastAsia="Georgia" w:hAnsi="Georgia"/>
        </w:rPr>
        <w:t>3. The Midnight Log (Acts 16:25)</w:t>
      </w:r>
    </w:p>
    <w:p w14:paraId="25114E7C" w14:textId="77777777" w:rsidR="00C8625A" w:rsidRDefault="00751C59">
      <w:pPr>
        <w:spacing w:after="160"/>
        <w:ind w:firstLine="259"/>
      </w:pPr>
      <w:r>
        <w:rPr>
          <w:rFonts w:ascii="Georgia" w:eastAsia="Georgia" w:hAnsi="Georgia"/>
        </w:rPr>
        <w:t>Date/time woke: _______ What the enemy was saying: ______________ What I said back (one line of praise): ______________________ Breathing: in 4 counts, out 6 counts, 6 cycles — done? Y / N One verse I read or recited: ____________________________________ Did I sleep after? Y / N Note to self, for next time: ______</w:t>
      </w:r>
    </w:p>
    <w:p w14:paraId="23FCB873" w14:textId="77777777" w:rsidR="00C8625A" w:rsidRDefault="00751C59">
      <w:pPr>
        <w:spacing w:after="80"/>
        <w:ind w:left="288"/>
      </w:pPr>
      <w:r>
        <w:rPr>
          <w:rFonts w:ascii="Georgia" w:eastAsia="Georgia" w:hAnsi="Georgia"/>
        </w:rPr>
        <w:t>4. The Testimony Ledger</w:t>
      </w:r>
    </w:p>
    <w:p w14:paraId="313CDF9B" w14:textId="77777777" w:rsidR="00C8625A" w:rsidRDefault="00751C59">
      <w:pPr>
        <w:spacing w:after="160"/>
        <w:ind w:firstLine="259"/>
      </w:pPr>
      <w:r>
        <w:rPr>
          <w:rFonts w:ascii="Georgia" w:eastAsia="Georgia" w:hAnsi="Georgia"/>
        </w:rPr>
        <w:lastRenderedPageBreak/>
        <w:t>One line per answer to prayer, since you began. This becomes the most valuable page in the book. # Date What I asked What God did Where I told it 1 _________ _____________________ ______________________ ______________ 2 _________ _____________________ ______________________ ______________ 3 _________ _____________________ ______________________ ______________ 4 _________ _____________________ ______________________ ______________ 5 _________ _____________________ ______________________ ______________ 6 ____</w:t>
      </w:r>
      <w:r>
        <w:rPr>
          <w:rFonts w:ascii="Georgia" w:eastAsia="Georgia" w:hAnsi="Georgia"/>
        </w:rPr>
        <w:t>_____ _____________________ ______________________ ______________ 7 _________ _____________________ ______________________ ______________ 8 _________ _____________________ ______________________ ______________ 9 _________ _____________________ ______________________ ______________ 10 _________ _____________________ ______________________ ______________</w:t>
      </w:r>
    </w:p>
    <w:p w14:paraId="075B1042" w14:textId="77777777" w:rsidR="00C8625A" w:rsidRDefault="00751C59">
      <w:pPr>
        <w:spacing w:after="80"/>
        <w:ind w:left="288"/>
      </w:pPr>
      <w:r>
        <w:rPr>
          <w:rFonts w:ascii="Georgia" w:eastAsia="Georgia" w:hAnsi="Georgia"/>
        </w:rPr>
        <w:t>5. The Thirty-Day Streak Grid</w:t>
      </w:r>
    </w:p>
    <w:p w14:paraId="4B8B6A60" w14:textId="77777777" w:rsidR="00C8625A" w:rsidRDefault="00751C59">
      <w:pPr>
        <w:spacing w:after="160"/>
        <w:ind w:firstLine="259"/>
      </w:pPr>
      <w:r>
        <w:rPr>
          <w:rFonts w:ascii="Georgia" w:eastAsia="Georgia" w:hAnsi="Georgia"/>
        </w:rPr>
        <w:t>Mark an X for each morning you praise before the phone. Nobody grades this. It is a mirror, not a scoreboard.</w:t>
      </w:r>
    </w:p>
    <w:p w14:paraId="3E7CB9C5" w14:textId="77777777" w:rsidR="00C8625A" w:rsidRDefault="00751C59">
      <w:pPr>
        <w:spacing w:before="280" w:after="120"/>
      </w:pPr>
      <w:r>
        <w:rPr>
          <w:rFonts w:ascii="Georgia" w:eastAsia="Georgia" w:hAnsi="Georgia"/>
          <w:b/>
        </w:rPr>
        <w:t>Week 1: _ _ _ _ _ _ _</w:t>
      </w:r>
    </w:p>
    <w:p w14:paraId="51EF8CB0" w14:textId="77777777" w:rsidR="00C8625A" w:rsidRDefault="00751C59">
      <w:pPr>
        <w:spacing w:before="280" w:after="120"/>
      </w:pPr>
      <w:r>
        <w:rPr>
          <w:rFonts w:ascii="Georgia" w:eastAsia="Georgia" w:hAnsi="Georgia"/>
          <w:b/>
        </w:rPr>
        <w:t>Week 2: _ _ _ _ _ _ _</w:t>
      </w:r>
    </w:p>
    <w:p w14:paraId="6DF518C5" w14:textId="77777777" w:rsidR="00C8625A" w:rsidRDefault="00751C59">
      <w:pPr>
        <w:spacing w:before="280" w:after="120"/>
      </w:pPr>
      <w:r>
        <w:rPr>
          <w:rFonts w:ascii="Georgia" w:eastAsia="Georgia" w:hAnsi="Georgia"/>
          <w:b/>
        </w:rPr>
        <w:t>Week 3: _ _ _ _ _ _ _</w:t>
      </w:r>
    </w:p>
    <w:p w14:paraId="6EC43FCA" w14:textId="77777777" w:rsidR="00C8625A" w:rsidRDefault="00751C59">
      <w:pPr>
        <w:spacing w:before="280" w:after="120"/>
      </w:pPr>
      <w:r>
        <w:rPr>
          <w:rFonts w:ascii="Georgia" w:eastAsia="Georgia" w:hAnsi="Georgia"/>
          <w:b/>
        </w:rPr>
        <w:t>Week 4: _ _ _ _ _ _ _</w:t>
      </w:r>
    </w:p>
    <w:p w14:paraId="79D01CE5" w14:textId="77777777" w:rsidR="00C8625A" w:rsidRDefault="00751C59">
      <w:pPr>
        <w:spacing w:before="280" w:after="120"/>
      </w:pPr>
      <w:r>
        <w:rPr>
          <w:rFonts w:ascii="Georgia" w:eastAsia="Georgia" w:hAnsi="Georgia"/>
          <w:b/>
        </w:rPr>
        <w:lastRenderedPageBreak/>
        <w:t>Week 5: _ _ _ (then start again at Week 1)</w:t>
      </w:r>
    </w:p>
    <w:p w14:paraId="3FF1686A" w14:textId="77777777" w:rsidR="00C8625A" w:rsidRDefault="00751C59">
      <w:pPr>
        <w:spacing w:after="80"/>
        <w:ind w:left="288"/>
      </w:pPr>
      <w:r>
        <w:rPr>
          <w:rFonts w:ascii="Georgia" w:eastAsia="Georgia" w:hAnsi="Georgia"/>
        </w:rPr>
        <w:t>6. Your Own Song Of Ascent</w:t>
      </w:r>
    </w:p>
    <w:p w14:paraId="2B3F81A7" w14:textId="77777777" w:rsidR="00C8625A" w:rsidRDefault="00751C59">
      <w:pPr>
        <w:spacing w:after="160"/>
        <w:ind w:firstLine="259"/>
      </w:pPr>
      <w:r>
        <w:rPr>
          <w:rFonts w:ascii="Georgia" w:eastAsia="Georgia" w:hAnsi="Georgia"/>
        </w:rPr>
        <w:t>Write your psalm on the biblical template (Conclusion, and Psalm 13 as the model): ADDRESS — "O LORD,..." ______________________________________________</w:t>
      </w:r>
    </w:p>
    <w:p w14:paraId="3E5DA0A9" w14:textId="77777777" w:rsidR="00C8625A" w:rsidRDefault="00751C59">
      <w:pPr>
        <w:spacing w:after="160"/>
        <w:ind w:firstLine="259"/>
      </w:pPr>
      <w:r>
        <w:rPr>
          <w:rFonts w:ascii="Georgia" w:eastAsia="Georgia" w:hAnsi="Georgia"/>
        </w:rPr>
        <w:t>COMPLAINT (honest, not exaggerated) — ______________________________________________ ______________________________________________</w:t>
      </w:r>
    </w:p>
    <w:p w14:paraId="28E947B1" w14:textId="77777777" w:rsidR="00C8625A" w:rsidRDefault="00751C59">
      <w:pPr>
        <w:spacing w:after="160"/>
        <w:ind w:firstLine="259"/>
      </w:pPr>
      <w:r>
        <w:rPr>
          <w:rFonts w:ascii="Georgia" w:eastAsia="Georgia" w:hAnsi="Georgia"/>
        </w:rPr>
        <w:t>TRUST (the pivot: "But You are...") — ______________________________________________</w:t>
      </w:r>
    </w:p>
    <w:p w14:paraId="1870120B" w14:textId="77777777" w:rsidR="00C8625A" w:rsidRDefault="00751C59">
      <w:pPr>
        <w:spacing w:after="160"/>
        <w:ind w:firstLine="259"/>
      </w:pPr>
      <w:r>
        <w:rPr>
          <w:rFonts w:ascii="Georgia" w:eastAsia="Georgia" w:hAnsi="Georgia"/>
        </w:rPr>
        <w:t>PRAISE (the vow: "I will sing...") — ______________________________________________</w:t>
      </w:r>
    </w:p>
    <w:p w14:paraId="1E70E114" w14:textId="77777777" w:rsidR="00C8625A" w:rsidRDefault="00751C59">
      <w:pPr>
        <w:spacing w:after="160"/>
        <w:ind w:firstLine="259"/>
      </w:pPr>
      <w:r>
        <w:rPr>
          <w:rFonts w:ascii="Georgia" w:eastAsia="Georgia" w:hAnsi="Georgia"/>
        </w:rPr>
        <w:t>(Then set it to a melody you know, or sing it to the tune of any familiar hymn, and use it this week.)</w:t>
      </w:r>
    </w:p>
    <w:p w14:paraId="6B776EC4" w14:textId="77777777" w:rsidR="00C8625A" w:rsidRDefault="00751C59">
      <w:pPr>
        <w:spacing w:after="80"/>
        <w:ind w:left="288"/>
      </w:pPr>
      <w:r>
        <w:rPr>
          <w:rFonts w:ascii="Georgia" w:eastAsia="Georgia" w:hAnsi="Georgia"/>
        </w:rPr>
        <w:t>7. The Household Praise Calendar</w:t>
      </w:r>
    </w:p>
    <w:p w14:paraId="5FE13F60" w14:textId="77777777" w:rsidR="00C8625A" w:rsidRDefault="00751C59">
      <w:pPr>
        <w:spacing w:after="160"/>
        <w:ind w:firstLine="259"/>
      </w:pPr>
      <w:r>
        <w:rPr>
          <w:rFonts w:ascii="Georgia" w:eastAsia="Georgia" w:hAnsi="Georgia"/>
        </w:rPr>
        <w:t>Sunday Public worship / gathering: ____________________ Monday First ten minutes, alone: ______________________ Wednesday The praise walk (awe + psalm): __________________ Friday Family testimony night (one thing God did): _____ Saturday Rest: no producing, only receiving: ____________ Annual Our "Passover" - the day God brought us out: ____</w:t>
      </w:r>
    </w:p>
    <w:p w14:paraId="5F492E8C" w14:textId="77777777" w:rsidR="00C8625A" w:rsidRDefault="00751C59">
      <w:pPr>
        <w:spacing w:after="80"/>
        <w:ind w:left="288"/>
      </w:pPr>
      <w:r>
        <w:rPr>
          <w:rFonts w:ascii="Georgia" w:eastAsia="Georgia" w:hAnsi="Georgia"/>
        </w:rPr>
        <w:t>8. My Praise Covenant</w:t>
      </w:r>
    </w:p>
    <w:p w14:paraId="158BA78C" w14:textId="77777777" w:rsidR="00C8625A" w:rsidRDefault="00751C59">
      <w:pPr>
        <w:spacing w:after="160"/>
        <w:ind w:firstLine="259"/>
      </w:pPr>
      <w:r>
        <w:rPr>
          <w:rFonts w:ascii="Georgia" w:eastAsia="Georgia" w:hAnsi="Georgia"/>
        </w:rPr>
        <w:lastRenderedPageBreak/>
        <w:t>Before God and (optionally) these witnesses, I set my heart on a lifestyle of praise.</w:t>
      </w:r>
    </w:p>
    <w:p w14:paraId="29A774E9" w14:textId="77777777" w:rsidR="00C8625A" w:rsidRDefault="00751C59">
      <w:pPr>
        <w:spacing w:after="160"/>
        <w:ind w:firstLine="259"/>
      </w:pPr>
      <w:r>
        <w:rPr>
          <w:rFonts w:ascii="Georgia" w:eastAsia="Georgia" w:hAnsi="Georgia"/>
        </w:rPr>
        <w:t>- I will not wait to feel before I worship. - I will not let fear or complaint own my mouth. - I will praise in the pit, in the process, and in the answer - and I will keep singing after. - I will tell someone what God has done.</w:t>
      </w:r>
    </w:p>
    <w:p w14:paraId="183CDA53" w14:textId="77777777" w:rsidR="00C8625A" w:rsidRDefault="00751C59">
      <w:pPr>
        <w:spacing w:after="160"/>
        <w:ind w:firstLine="259"/>
      </w:pPr>
      <w:r>
        <w:rPr>
          <w:rFonts w:ascii="Georgia" w:eastAsia="Georgia" w:hAnsi="Georgia"/>
        </w:rPr>
        <w:t>Signed: ____________________ Date: __________</w:t>
      </w:r>
    </w:p>
    <w:p w14:paraId="71906729" w14:textId="77777777" w:rsidR="00C8625A" w:rsidRDefault="00751C59">
      <w:pPr>
        <w:spacing w:after="160"/>
        <w:ind w:firstLine="259"/>
      </w:pPr>
      <w:r>
        <w:rPr>
          <w:rFonts w:ascii="Georgia" w:eastAsia="Georgia" w:hAnsi="Georgia"/>
        </w:rPr>
        <w:t>Witness: ___________________ Pastor / small group: ____</w:t>
      </w:r>
    </w:p>
    <w:p w14:paraId="4BD274E6" w14:textId="77777777" w:rsidR="00C8625A" w:rsidRDefault="00751C59">
      <w:r>
        <w:br w:type="page"/>
      </w:r>
    </w:p>
    <w:p w14:paraId="63DB6FB3" w14:textId="77777777" w:rsidR="00C8625A" w:rsidRDefault="00751C59">
      <w:pPr>
        <w:spacing w:before="720" w:after="80"/>
        <w:jc w:val="center"/>
      </w:pPr>
      <w:r>
        <w:rPr>
          <w:rFonts w:ascii="Georgia" w:eastAsia="Georgia" w:hAnsi="Georgia"/>
          <w:b/>
          <w:sz w:val="32"/>
        </w:rPr>
        <w:lastRenderedPageBreak/>
        <w:t>RESEARCH NOTES</w:t>
      </w:r>
    </w:p>
    <w:p w14:paraId="7458FF30" w14:textId="77777777" w:rsidR="00C8625A" w:rsidRDefault="00751C59">
      <w:pPr>
        <w:spacing w:after="280"/>
        <w:jc w:val="center"/>
      </w:pPr>
      <w:r>
        <w:rPr>
          <w:rFonts w:ascii="Georgia" w:eastAsia="Georgia" w:hAnsi="Georgia"/>
          <w:i/>
          <w:sz w:val="24"/>
        </w:rPr>
        <w:t>For Parts Three and Four</w:t>
      </w:r>
    </w:p>
    <w:p w14:paraId="1542DA7D" w14:textId="77777777" w:rsidR="00C8625A" w:rsidRDefault="00751C59">
      <w:pPr>
        <w:spacing w:after="160"/>
        <w:ind w:firstLine="259"/>
      </w:pPr>
      <w:r>
        <w:rPr>
          <w:rFonts w:ascii="Georgia" w:eastAsia="Georgia" w:hAnsi="Georgia"/>
        </w:rPr>
        <w:t>(Included so that readers can check, and so that nobody mistakes a devotional for a medical text.)</w:t>
      </w:r>
    </w:p>
    <w:p w14:paraId="40C49F3D" w14:textId="77777777" w:rsidR="00C8625A" w:rsidRDefault="00751C59">
      <w:pPr>
        <w:spacing w:after="80"/>
        <w:ind w:left="288"/>
      </w:pPr>
      <w:r>
        <w:rPr>
          <w:rFonts w:ascii="Georgia" w:eastAsia="Georgia" w:hAnsi="Georgia"/>
        </w:rPr>
        <w:t>135. Koenig, H. G. (2012). Religion, Spirituality, and Health: The Research and Clinical</w:t>
      </w:r>
    </w:p>
    <w:p w14:paraId="521DB8FB" w14:textId="77777777" w:rsidR="00C8625A" w:rsidRDefault="00751C59">
      <w:pPr>
        <w:spacing w:after="160"/>
        <w:ind w:firstLine="259"/>
      </w:pPr>
      <w:r>
        <w:rPr>
          <w:rFonts w:ascii="Georgia" w:eastAsia="Georgia" w:hAnsi="Georgia"/>
        </w:rPr>
        <w:t>Implications. BioMed Research International (formerly Evidence-Based Complementary and Alternative Medicine). A review of several thousand studies; the general direction of the evidence is favourable to religious involvement and well-being, with effect sizes usually modest, and the author is careful to note exceptions and null findings.</w:t>
      </w:r>
    </w:p>
    <w:p w14:paraId="594E5C82" w14:textId="77777777" w:rsidR="00C8625A" w:rsidRDefault="00751C59">
      <w:pPr>
        <w:spacing w:after="80"/>
        <w:ind w:left="288"/>
      </w:pPr>
      <w:r>
        <w:rPr>
          <w:rFonts w:ascii="Georgia" w:eastAsia="Georgia" w:hAnsi="Georgia"/>
        </w:rPr>
        <w:t>136. Emmons, R. A., &amp; McCullough, M. E. (2003). "Counting blessings versus burdens:</w:t>
      </w:r>
    </w:p>
    <w:p w14:paraId="2E3FD393" w14:textId="77777777" w:rsidR="00C8625A" w:rsidRDefault="00751C59">
      <w:pPr>
        <w:spacing w:after="160"/>
        <w:ind w:firstLine="259"/>
      </w:pPr>
      <w:r>
        <w:rPr>
          <w:rFonts w:ascii="Georgia" w:eastAsia="Georgia" w:hAnsi="Georgia"/>
        </w:rPr>
        <w:t>An experimental investigation of gratitude and subjective well-being in daily life." Journal of Personality and Social Psychology, 84(2), 377–389. Three randomised studies; benefits appeared across several — not all — outcomes, with positive affect the most robust.</w:t>
      </w:r>
    </w:p>
    <w:p w14:paraId="61A47AE7" w14:textId="77777777" w:rsidR="00C8625A" w:rsidRDefault="00751C59">
      <w:pPr>
        <w:spacing w:after="80"/>
        <w:ind w:left="288"/>
      </w:pPr>
      <w:r>
        <w:rPr>
          <w:rFonts w:ascii="Georgia" w:eastAsia="Georgia" w:hAnsi="Georgia"/>
        </w:rPr>
        <w:t>137. Wood, A. M., Joseph, S., Lloyd, J., &amp; Atkins, S. (2009). "Gratitude influences sleep</w:t>
      </w:r>
    </w:p>
    <w:p w14:paraId="7E0BDB36" w14:textId="77777777" w:rsidR="00C8625A" w:rsidRDefault="00751C59">
      <w:pPr>
        <w:spacing w:after="160"/>
        <w:ind w:firstLine="259"/>
      </w:pPr>
      <w:r>
        <w:rPr>
          <w:rFonts w:ascii="Georgia" w:eastAsia="Georgia" w:hAnsi="Georgia"/>
        </w:rPr>
        <w:t>through the mechanism of pre-sleep cognitions." Journal of Psychosomatic Research, 66(1), 43–48.</w:t>
      </w:r>
    </w:p>
    <w:p w14:paraId="27E5AB04" w14:textId="77777777" w:rsidR="00C8625A" w:rsidRDefault="00751C59">
      <w:pPr>
        <w:spacing w:after="80"/>
        <w:ind w:left="288"/>
      </w:pPr>
      <w:r>
        <w:rPr>
          <w:rFonts w:ascii="Georgia" w:eastAsia="Georgia" w:hAnsi="Georgia"/>
        </w:rPr>
        <w:t>138. Digdon, N. A., &amp; Koble, K. (2011). Gratitude and sleep in undergraduates;</w:t>
      </w:r>
    </w:p>
    <w:p w14:paraId="30DE90CB" w14:textId="77777777" w:rsidR="00C8625A" w:rsidRDefault="00751C59">
      <w:pPr>
        <w:spacing w:after="160"/>
        <w:ind w:firstLine="259"/>
      </w:pPr>
      <w:r>
        <w:rPr>
          <w:rFonts w:ascii="Georgia" w:eastAsia="Georgia" w:hAnsi="Georgia"/>
        </w:rPr>
        <w:t>associated with reduced pre-sleep anxiety and improved sleep.</w:t>
      </w:r>
    </w:p>
    <w:p w14:paraId="65659B81" w14:textId="77777777" w:rsidR="00C8625A" w:rsidRDefault="00751C59">
      <w:pPr>
        <w:spacing w:after="80"/>
        <w:ind w:left="288"/>
      </w:pPr>
      <w:r>
        <w:rPr>
          <w:rFonts w:ascii="Georgia" w:eastAsia="Georgia" w:hAnsi="Georgia"/>
        </w:rPr>
        <w:t>139. Music for sleep in hospitalised patients: a 2023 systematic review and meta-analysis</w:t>
      </w:r>
    </w:p>
    <w:p w14:paraId="060B82F3" w14:textId="77777777" w:rsidR="00C8625A" w:rsidRDefault="00751C59">
      <w:pPr>
        <w:spacing w:after="160"/>
        <w:ind w:firstLine="259"/>
      </w:pPr>
      <w:r>
        <w:rPr>
          <w:rFonts w:ascii="Georgia" w:eastAsia="Georgia" w:hAnsi="Georgia"/>
        </w:rPr>
        <w:lastRenderedPageBreak/>
        <w:t>reporting improved sleep quality with sessions typically of about 30 minutes at bedtime.</w:t>
      </w:r>
    </w:p>
    <w:p w14:paraId="02AB6B04" w14:textId="77777777" w:rsidR="00C8625A" w:rsidRDefault="00751C59">
      <w:pPr>
        <w:spacing w:after="80"/>
        <w:ind w:left="288"/>
      </w:pPr>
      <w:r>
        <w:rPr>
          <w:rFonts w:ascii="Georgia" w:eastAsia="Georgia" w:hAnsi="Georgia"/>
        </w:rPr>
        <w:t>140. Group singing, cortisol and oxytocin: controlled studies in 2013 and 2022</w:t>
      </w:r>
    </w:p>
    <w:p w14:paraId="0535178D" w14:textId="77777777" w:rsidR="00C8625A" w:rsidRDefault="00751C59">
      <w:pPr>
        <w:spacing w:after="160"/>
        <w:ind w:firstLine="259"/>
      </w:pPr>
      <w:r>
        <w:rPr>
          <w:rFonts w:ascii="Georgia" w:eastAsia="Georgia" w:hAnsi="Georgia"/>
        </w:rPr>
        <w:t>(Psychoneuroendocrinology) found cortisol falling after group singing, and oxytocin falling less after singing than after speaking — reported honestly above, in Chapter 13, because it did not go exactly the way the popular literature claims.</w:t>
      </w:r>
    </w:p>
    <w:p w14:paraId="60D53E4F" w14:textId="77777777" w:rsidR="00C8625A" w:rsidRDefault="00751C59">
      <w:pPr>
        <w:spacing w:after="80"/>
        <w:ind w:left="288"/>
      </w:pPr>
      <w:r>
        <w:rPr>
          <w:rFonts w:ascii="Georgia" w:eastAsia="Georgia" w:hAnsi="Georgia"/>
        </w:rPr>
        <w:t>141. Lally, P., et al. (2009). "How are habits formed: Modelling habit formation in the real</w:t>
      </w:r>
    </w:p>
    <w:p w14:paraId="6FC45579" w14:textId="77777777" w:rsidR="00C8625A" w:rsidRDefault="00751C59">
      <w:pPr>
        <w:spacing w:after="160"/>
        <w:ind w:firstLine="259"/>
      </w:pPr>
      <w:r>
        <w:rPr>
          <w:rFonts w:ascii="Georgia" w:eastAsia="Georgia" w:hAnsi="Georgia"/>
        </w:rPr>
        <w:t>world." European Journal of Social Psychology, 39(6), 998–1007. Mean 66 days to automaticity; range 18–254 days.</w:t>
      </w:r>
    </w:p>
    <w:p w14:paraId="5A0FEC61" w14:textId="77777777" w:rsidR="00C8625A" w:rsidRDefault="00751C59">
      <w:pPr>
        <w:spacing w:after="80"/>
        <w:ind w:left="288"/>
      </w:pPr>
      <w:r>
        <w:rPr>
          <w:rFonts w:ascii="Georgia" w:eastAsia="Georgia" w:hAnsi="Georgia"/>
        </w:rPr>
        <w:t>142. Two claims I could not verify and therefore did not state as fact: the frequently</w:t>
      </w:r>
    </w:p>
    <w:p w14:paraId="2FEC34F5" w14:textId="77777777" w:rsidR="00C8625A" w:rsidRDefault="00751C59">
      <w:pPr>
        <w:spacing w:after="160"/>
        <w:ind w:firstLine="259"/>
      </w:pPr>
      <w:r>
        <w:rPr>
          <w:rFonts w:ascii="Georgia" w:eastAsia="Georgia" w:hAnsi="Georgia"/>
        </w:rPr>
        <w:t>repeated figure of a "1,990-participant study of praise and worship music and sleep," and the popular sermon illustration that silver is finished when the refiner sees his own face in it. Where you have heard these from a trustworthy teacher, check the primary sources yourself before building a doctrine on them.</w:t>
      </w:r>
    </w:p>
    <w:p w14:paraId="13B86E2D" w14:textId="77777777" w:rsidR="00C8625A" w:rsidRDefault="00751C59">
      <w:pPr>
        <w:spacing w:after="80"/>
        <w:ind w:left="288"/>
      </w:pPr>
      <w:r>
        <w:rPr>
          <w:rFonts w:ascii="Georgia" w:eastAsia="Georgia" w:hAnsi="Georgia"/>
        </w:rPr>
        <w:t>143. Nothing in Parts 3 or 4 is medical advice, and nothing in this book replaces the care</w:t>
      </w:r>
    </w:p>
    <w:p w14:paraId="25677FA7" w14:textId="77777777" w:rsidR="00C8625A" w:rsidRDefault="00751C59">
      <w:pPr>
        <w:spacing w:after="160"/>
        <w:ind w:firstLine="259"/>
      </w:pPr>
      <w:r>
        <w:rPr>
          <w:rFonts w:ascii="Georgia" w:eastAsia="Georgia" w:hAnsi="Georgia"/>
        </w:rPr>
        <w:t>of a physician or a qualified mental-health professional. Praise is a gift from a good Father, not a technique for manufacturing outcomes.</w:t>
      </w:r>
    </w:p>
    <w:p w14:paraId="0E98F234" w14:textId="77777777" w:rsidR="00C8625A" w:rsidRDefault="00751C59">
      <w:r>
        <w:br w:type="page"/>
      </w:r>
    </w:p>
    <w:p w14:paraId="1C9061C6" w14:textId="77777777" w:rsidR="00C8625A" w:rsidRDefault="00751C59">
      <w:pPr>
        <w:spacing w:before="720" w:after="280"/>
        <w:jc w:val="center"/>
      </w:pPr>
      <w:r>
        <w:rPr>
          <w:rFonts w:ascii="Georgia" w:eastAsia="Georgia" w:hAnsi="Georgia"/>
          <w:b/>
          <w:sz w:val="32"/>
        </w:rPr>
        <w:lastRenderedPageBreak/>
        <w:t>ABOUT THE AUTHOR'S HEART</w:t>
      </w:r>
    </w:p>
    <w:p w14:paraId="6A03BB33" w14:textId="77777777" w:rsidR="00C8625A" w:rsidRDefault="00751C59">
      <w:pPr>
        <w:spacing w:after="160"/>
        <w:ind w:firstLine="259"/>
      </w:pPr>
      <w:r>
        <w:rPr>
          <w:rFonts w:ascii="Georgia" w:eastAsia="Georgia" w:hAnsi="Georgia"/>
        </w:rPr>
        <w:t>I did not write this book from a mountaintop. I wrote it from the middle — from waiting rooms, from unpaid bills, from nights when the ceiling was the only thing that would look at me. There was a season when I could do everything in religion except one thing: sing. I could pray. I could serve. I could even testify, in the past tense, about what God had done for someone else. But praise in my own present tense was a locked door. What changed was not a mood. It was a decision made in a small, unimpressive mo</w:t>
      </w:r>
      <w:r>
        <w:rPr>
          <w:rFonts w:ascii="Georgia" w:eastAsia="Georgia" w:hAnsi="Georgia"/>
        </w:rPr>
        <w:t>ment: I opened my mouth on a night when I had nothing to say, and I said the oldest sentence I knew — "The LORD is good; His mercy endures forever" — and I kept saying it until morning. Something shifted. Not my circumstances. Me. I have learned, slowly and expensively, that praise is not the decoration on the Christian life. It is the structure. It was born in heaven before there was a battle, and it will outlast every battle in this one. If you are reading this in a pit, I want three things for you. I wan</w:t>
      </w:r>
      <w:r>
        <w:rPr>
          <w:rFonts w:ascii="Georgia" w:eastAsia="Georgia" w:hAnsi="Georgia"/>
        </w:rPr>
        <w:t>t you to meet the God who does not waste pits. I want you to get up tomorrow morning and praise for ten minutes before you open your phone. And I want you to write down what He does, because in a year, that page will be the sermon nobody else could preach to you. One last thing, in candour: this book cannot be completed by its author. It is completed in the mouths of its readers. Somewhere in your life is a song you have not sung yet — the one that will be sung after the victory, at the table, with the peop</w:t>
      </w:r>
      <w:r>
        <w:rPr>
          <w:rFonts w:ascii="Georgia" w:eastAsia="Georgia" w:hAnsi="Georgia"/>
        </w:rPr>
        <w:t xml:space="preserve">le who stayed. Write it. Sing it. And when somebody asks you how you got through it, do not tell them about your strength. Tell them about His. — Praise, my way to victory. [Author's note: insert your name, congregation or ministry, family, and a three-to-four sentence biography here. Suggested line: "The author is the pastor of ______, </w:t>
      </w:r>
      <w:r>
        <w:rPr>
          <w:rFonts w:ascii="Georgia" w:eastAsia="Georgia" w:hAnsi="Georgia"/>
        </w:rPr>
        <w:lastRenderedPageBreak/>
        <w:t>serves with ______, and has walked through ______ with the God who brought him out."]</w:t>
      </w:r>
    </w:p>
    <w:p w14:paraId="2C317E4D" w14:textId="77777777" w:rsidR="00C8625A" w:rsidRDefault="00751C59">
      <w:r>
        <w:br w:type="page"/>
      </w:r>
    </w:p>
    <w:p w14:paraId="01C72399" w14:textId="77777777" w:rsidR="00C8625A" w:rsidRDefault="00751C59">
      <w:pPr>
        <w:spacing w:before="720" w:after="280"/>
        <w:jc w:val="center"/>
      </w:pPr>
      <w:r>
        <w:rPr>
          <w:rFonts w:ascii="Georgia" w:eastAsia="Georgia" w:hAnsi="Georgia"/>
          <w:b/>
          <w:sz w:val="32"/>
        </w:rPr>
        <w:lastRenderedPageBreak/>
        <w:t>SCRIPTURE INDEX</w:t>
      </w:r>
    </w:p>
    <w:p w14:paraId="4FAD4CF8" w14:textId="77777777" w:rsidR="00C8625A" w:rsidRDefault="00751C59">
      <w:pPr>
        <w:spacing w:after="160"/>
        <w:ind w:firstLine="259"/>
      </w:pPr>
      <w:r>
        <w:rPr>
          <w:rFonts w:ascii="Georgia" w:eastAsia="Georgia" w:hAnsi="Georgia"/>
        </w:rPr>
        <w:t xml:space="preserve">(Main passages and citations appearing in this book, in canonical order.) Old Testament Genesis — 1:27; 2:18; 37:24; 39:2, 21; 41:51–52; 50:20 Exodus — 12:26–27; 14:11, 13; 15 (whole); 15:2, 13, 16–17; 16:4; 17:11–12, 16; 20:8–11 Leviticus — 23 Numbers — 11–14 Deuteronomy — 6:9–12; 8:11–14; 16:14–15 Joshua — 1:8; 6:1–20; 6:1–16, 20–21; 10:12–13 Judges — 4–5; 4:2–3, 6–9, 14–15; 5:1–2, 4, 7, 10, 16, 19, 24, 27–28, 31; 7 1 Samuel — 1:6–7, 11, 15, 17–18, 20, 28; 2:1–10; 16:7–13; 17:46; 19:11–15; 24:3–7, 6, 10; </w:t>
      </w:r>
      <w:r>
        <w:rPr>
          <w:rFonts w:ascii="Georgia" w:eastAsia="Georgia" w:hAnsi="Georgia"/>
        </w:rPr>
        <w:t>26:9–11 2 Samuel — 5:4; 6:5, 14–16; 22 (whole); 22:1–3, 51; 23:1; 24:24 1 Kings — 18:28, 37 2 Kings — 18:13, 19–25, 31–35; 19:1–2, 4, 14–19, 28–30, 35, 37; 20:12–13, 17–19 1 Chronicles — 16:1–7, 9, 34, 41; 23:5; 25:1–6 2 Chronicles — 5:13; 7:3, 6; 20:1–4, 6, 11–13, 15–16, 18–24, 27, 29–30; 29:25–30; 32 (whole); 32:12, 23–31 Ezra — 3:11 Nehemiah — 4:9, 13, 15–20; 6:15–16; 8:10 Job — 1–2; 1:13–21; 2:9–10; 19:25–26; 38:7; 42:1–7 Psalms — 3:3; 4:8; 5:3, 7; 6; 6:2–3, 9–10; 8; 13; 13:1, 5–6; 16:8–9; 18; 19; 22; 2</w:t>
      </w:r>
      <w:r>
        <w:rPr>
          <w:rFonts w:ascii="Georgia" w:eastAsia="Georgia" w:hAnsi="Georgia"/>
        </w:rPr>
        <w:t>2:1, 3; 23; 23:1, 4; 27:1, 3, 14; 28:7; 29; 30:5, 11; 31; 32:5; 33:8–9; 34:1, 3, 8, 18; 35:1; 38:3–4; 40:1–3; 41:3; 42–43; 42:5, 11; 43:5; 44:8; 46:1–2, 10, 11; 51:10; 55:1, 22, 23; 56:3–4, 8, 11; 57:1, 8; 59:1–2; 60:9, 12; 62; 63:4, 6; 64; 65:11; 69:13, 15, 21, 30; 69:30–32; 71; 73:28; 77:1–4, 6, 9– 13, 19–20; 78:4–7, 17–31, 18–19; 88; 91:1–2, 4, 9, 14–15; 100:1–5; 103:1–5, 8, 10–14; 104; 105:8, 17–19; 111; 113; 116:1, 7, 12; 118:15–16, 17, 24; 119:7, 15, 48; 121:1–2, 5–8; 123:2, 4; 126:1, 5; 127:2; 130:1–</w:t>
      </w:r>
      <w:r>
        <w:rPr>
          <w:rFonts w:ascii="Georgia" w:eastAsia="Georgia" w:hAnsi="Georgia"/>
        </w:rPr>
        <w:t xml:space="preserve">2, 4; 131:2; 134; 136; 136:1–26; 139:14; 142:1–3; 145–150; 145:3; 146:1–2; 147:1–6, 10–11, 15; 148; 149:1–2, 6–8; 150; 150:6 Proverbs — 18:21; 27:6 Isaiah — 1:13–14; 3:10; 6:3; 12; 26:1–3; 36–37; 37:14–20; 38:9–20; 38:10–20, 19; 39:1–2; 40:12, 15, 26–31; 43:2, 7, 10–12, 21; 49:15–16; 54:10; 55:7, 9, 12; 58:8, 13; 61:3; 64:8; 66:23 Jeremiah — 18:1–6 Lamentations — 3:22–23 Daniel — 3:15, 17–18, 26; 4:35; </w:t>
      </w:r>
      <w:r>
        <w:rPr>
          <w:rFonts w:ascii="Georgia" w:eastAsia="Georgia" w:hAnsi="Georgia"/>
        </w:rPr>
        <w:lastRenderedPageBreak/>
        <w:t>6:7–10, 16–18, 23, 25–28 Hosea — 2:23 Joel — 2:28 Micah — 6:6–8 Nahum — 1:7 Habakkuk — 1:2, 5, 13; 2:1, 3–</w:t>
      </w:r>
      <w:r>
        <w:rPr>
          <w:rFonts w:ascii="Georgia" w:eastAsia="Georgia" w:hAnsi="Georgia"/>
        </w:rPr>
        <w:t>4; 3 (whole); 3:2–19; 3:16–19 Zephaniah — 3:17 Zechariah — 4:6; 9:9 New Testament Matthew — 5:44; 6:28, 34; 6:14–15; 8:8; 21:1–11; 21:15–16; 22:37; 26:38, 42; 28:20 Mark — 1:35; 11:25; 12:41–44 Luke — 1:46–55; 1:68–79; 2:13–14; 19:37–40 John — 3:3–6; 6:60–69; 9:1–3; 11:4, 35, 41; 13:7; 19:28, 30; 20:22 Acts — 2:17; 7:59–60; 8:3–4; 12:5, 24–25; 16 (whole); 16:16–40; 16:17–18, 22–26, 29–31, 34; 17:25–26; 20:35; 27:42 Romans — 1:17, 20; 3:23; 4:17; 5:3–4; 8:1, 15–16, 17–18, 23–25, 31, 36–37; 10:8–10, 17; 12:1–</w:t>
      </w:r>
      <w:r>
        <w:rPr>
          <w:rFonts w:ascii="Georgia" w:eastAsia="Georgia" w:hAnsi="Georgia"/>
        </w:rPr>
        <w:t>2; 13:12; 14:7–8 1 Corinthians — 6:11, 19–20; 10:1, 10–11, 16; 14:15; 15:50–58; 15:57 2 Corinthians — 2:14; 4:7, 8–9, 10, 16–18; 5:17; 10:3–5; 12:7–10 Galatians — 3:11; 5:22–23 Ephesians — 2:12, 18; 5:19, 20; 6:10–18 Philippians — 1:12–18; 2:14–15; 4:4–9; 4:4, 6–7, 8, 9, 13, 20 Colossians — 1:13, 19–20; 3:10, 15–16, 17 1 Thessalonians — 5:16–18, 23 2 Thessalonians — 3:3 1 Timothy — 2:8; 4:4–5 2 Timothy — 2:13 Hebrews — 3:12–13; 8:6; 10:24–25, 38–39; 11 (whole); 11:1, 30; 12:1–2, 28; 13:6, 8, 15 James — 1:2–</w:t>
      </w:r>
      <w:r>
        <w:rPr>
          <w:rFonts w:ascii="Georgia" w:eastAsia="Georgia" w:hAnsi="Georgia"/>
        </w:rPr>
        <w:t>4; 3:9–10; 5:7, 9 1 Peter — 1:3–4; 2:9, 15; 4:10–11; 5:7–8 1 John — 1:9; 3:2; 4:9–10; 5:4–5 Jude — 24–25 Revelation — 4–5; 4:9–11; 5:9–13; 6:9–11; 11:15–18; 12:10–11; 15:1–4; 19:6–9; 21:4; 22:17 End of manuscript.</w:t>
      </w:r>
    </w:p>
    <w:p w14:paraId="466E9C43" w14:textId="77777777" w:rsidR="00C8625A" w:rsidRDefault="00751C59">
      <w:r>
        <w:br w:type="page"/>
      </w:r>
    </w:p>
    <w:p w14:paraId="1C6DA2D7" w14:textId="77777777" w:rsidR="00C8625A" w:rsidRDefault="00751C59">
      <w:pPr>
        <w:spacing w:before="800" w:after="280"/>
        <w:jc w:val="center"/>
      </w:pPr>
      <w:r>
        <w:rPr>
          <w:rFonts w:ascii="Georgia" w:eastAsia="Georgia" w:hAnsi="Georgia"/>
          <w:b/>
          <w:sz w:val="32"/>
        </w:rPr>
        <w:lastRenderedPageBreak/>
        <w:t>ABOUT THE AUTHOR</w:t>
      </w:r>
    </w:p>
    <w:p w14:paraId="350CC62E" w14:textId="77777777" w:rsidR="00C8625A" w:rsidRDefault="00751C59">
      <w:pPr>
        <w:spacing w:after="160"/>
      </w:pPr>
      <w:r>
        <w:rPr>
          <w:rFonts w:ascii="Georgia" w:eastAsia="Georgia" w:hAnsi="Georgia"/>
        </w:rPr>
        <w:t>[AUTHOR INPUT NEEDED: Full name]</w:t>
      </w:r>
    </w:p>
    <w:p w14:paraId="461BB5C4" w14:textId="77777777" w:rsidR="00C8625A" w:rsidRDefault="00751C59">
      <w:pPr>
        <w:spacing w:after="160"/>
      </w:pPr>
      <w:r>
        <w:rPr>
          <w:rFonts w:ascii="Georgia" w:eastAsia="Georgia" w:hAnsi="Georgia"/>
        </w:rPr>
        <w:t>[AUTHOR INPUT NEEDED: 2–4 sentence biography — ministry role, church/organisation, family if desired, and why you wrote this book.]</w:t>
      </w:r>
    </w:p>
    <w:p w14:paraId="3018FEFD" w14:textId="77777777" w:rsidR="00C8625A" w:rsidRDefault="00751C59">
      <w:pPr>
        <w:spacing w:after="160"/>
      </w:pPr>
      <w:r>
        <w:rPr>
          <w:rFonts w:ascii="Georgia" w:eastAsia="Georgia" w:hAnsi="Georgia"/>
        </w:rPr>
        <w:t>[AUTHOR INPUT NEEDED: Website / social / booking contact]</w:t>
      </w:r>
    </w:p>
    <w:p w14:paraId="49FB0122" w14:textId="77777777" w:rsidR="00C8625A" w:rsidRDefault="00751C59">
      <w:r>
        <w:br w:type="page"/>
      </w:r>
    </w:p>
    <w:p w14:paraId="3D674B4B" w14:textId="77777777" w:rsidR="00C8625A" w:rsidRDefault="00751C59">
      <w:pPr>
        <w:spacing w:before="800" w:after="280"/>
        <w:jc w:val="center"/>
      </w:pPr>
      <w:r>
        <w:rPr>
          <w:rFonts w:ascii="Georgia" w:eastAsia="Georgia" w:hAnsi="Georgia"/>
          <w:b/>
          <w:sz w:val="32"/>
        </w:rPr>
        <w:lastRenderedPageBreak/>
        <w:t>ACKNOWLEDGEMENTS</w:t>
      </w:r>
    </w:p>
    <w:p w14:paraId="3EC06333" w14:textId="77777777" w:rsidR="00C8625A" w:rsidRDefault="00751C59">
      <w:pPr>
        <w:spacing w:after="160"/>
      </w:pPr>
      <w:r>
        <w:rPr>
          <w:rFonts w:ascii="Georgia" w:eastAsia="Georgia" w:hAnsi="Georgia"/>
        </w:rPr>
        <w:t>[AUTHOR INPUT NEEDED: Thank those who prayed, edited, supported, pastored, or walked with you through the battles that shaped this book.]</w:t>
      </w:r>
    </w:p>
    <w:p w14:paraId="75AA6507" w14:textId="77777777" w:rsidR="00C8625A" w:rsidRDefault="00751C59">
      <w:r>
        <w:br w:type="page"/>
      </w:r>
    </w:p>
    <w:p w14:paraId="24F2C504" w14:textId="77777777" w:rsidR="00C8625A" w:rsidRDefault="00751C59">
      <w:pPr>
        <w:spacing w:before="2400" w:after="160"/>
        <w:jc w:val="center"/>
      </w:pPr>
      <w:r>
        <w:rPr>
          <w:rFonts w:ascii="Georgia" w:eastAsia="Georgia" w:hAnsi="Georgia"/>
          <w:b/>
          <w:sz w:val="28"/>
        </w:rPr>
        <w:lastRenderedPageBreak/>
        <w:t>PRAISE, MY WAY TO VICTORY</w:t>
      </w:r>
    </w:p>
    <w:p w14:paraId="107CED84" w14:textId="77777777" w:rsidR="00C8625A" w:rsidRDefault="00751C59">
      <w:pPr>
        <w:spacing w:before="320" w:after="160"/>
        <w:jc w:val="center"/>
      </w:pPr>
      <w:r>
        <w:rPr>
          <w:rFonts w:ascii="Georgia" w:eastAsia="Georgia" w:hAnsi="Georgia"/>
          <w:i/>
          <w:sz w:val="24"/>
        </w:rPr>
        <w:t>Keep singing.</w:t>
      </w:r>
    </w:p>
    <w:sectPr w:rsidR="00C8625A" w:rsidSect="00034616">
      <w:pgSz w:w="7920" w:h="12240"/>
      <w:pgMar w:top="1008" w:right="1008" w:bottom="108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7176945">
    <w:abstractNumId w:val="8"/>
  </w:num>
  <w:num w:numId="2" w16cid:durableId="306470766">
    <w:abstractNumId w:val="6"/>
  </w:num>
  <w:num w:numId="3" w16cid:durableId="2133011943">
    <w:abstractNumId w:val="5"/>
  </w:num>
  <w:num w:numId="4" w16cid:durableId="811212647">
    <w:abstractNumId w:val="4"/>
  </w:num>
  <w:num w:numId="5" w16cid:durableId="234779357">
    <w:abstractNumId w:val="7"/>
  </w:num>
  <w:num w:numId="6" w16cid:durableId="1887524127">
    <w:abstractNumId w:val="3"/>
  </w:num>
  <w:num w:numId="7" w16cid:durableId="1349522765">
    <w:abstractNumId w:val="2"/>
  </w:num>
  <w:num w:numId="8" w16cid:durableId="1254241286">
    <w:abstractNumId w:val="1"/>
  </w:num>
  <w:num w:numId="9" w16cid:durableId="707952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1570"/>
    <w:rsid w:val="0029639D"/>
    <w:rsid w:val="00326F90"/>
    <w:rsid w:val="00751C59"/>
    <w:rsid w:val="00A478B8"/>
    <w:rsid w:val="00AA1D8D"/>
    <w:rsid w:val="00B47730"/>
    <w:rsid w:val="00C8625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DB147D"/>
  <w14:defaultImageDpi w14:val="300"/>
  <w15:docId w15:val="{82920B5B-AE97-42C1-A467-164FEF122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169</Pages>
  <Words>30471</Words>
  <Characters>173686</Characters>
  <Application>Microsoft Office Word</Application>
  <DocSecurity>0</DocSecurity>
  <Lines>1447</Lines>
  <Paragraphs>407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203750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Felix Akinny</cp:lastModifiedBy>
  <cp:revision>2</cp:revision>
  <dcterms:created xsi:type="dcterms:W3CDTF">2026-09-22T09:10:00Z</dcterms:created>
  <dcterms:modified xsi:type="dcterms:W3CDTF">2026-09-22T09:10:00Z</dcterms:modified>
  <cp:category/>
</cp:coreProperties>
</file>