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Book Title Not Available</w:t>
      </w:r>
    </w:p>
    <w:p>
      <w:pPr>
        <w:jc w:val="center"/>
      </w:pPr>
      <w:r>
        <w:rPr>
          <w:rFonts w:ascii="IM Fell English" w:hAnsi="IM Fell English"/>
          <w:color w:val="141414"/>
          <w:sz w:val="28"/>
        </w:rPr>
        <w:t>Christian Wilson</w:t>
      </w:r>
    </w:p>
    <w:p>
      <w:r>
        <w:br w:type="page"/>
      </w:r>
    </w:p>
    <w:p>
      <w:pPr>
        <w:pStyle w:val="Heading1"/>
        <w:jc w:val="center"/>
      </w:pPr>
      <w:r>
        <w:rPr>
          <w:rFonts w:ascii="IM Fell English" w:hAnsi="IM Fell English"/>
          <w:color w:val="0D0D0D"/>
        </w:rPr>
        <w:t>CHAPTER 1 — MORNING AFTER</w:t>
      </w:r>
    </w:p>
    <w:p>
      <w:r>
        <w:rPr>
          <w:rFonts w:ascii="IM Fell English" w:hAnsi="IM Fell English"/>
          <w:color w:val="141414"/>
          <w:sz w:val="24"/>
        </w:rPr>
        <w:t xml:space="preserve">Six weeks had passed since Saiya’s voice had cut across the cavernous soundstage with the finality of the words, “Cut, print.” </w:t>
      </w:r>
    </w:p>
    <w:p>
      <w:r>
        <w:rPr>
          <w:rFonts w:ascii="IM Fell English" w:hAnsi="IM Fell English"/>
          <w:color w:val="141414"/>
          <w:sz w:val="24"/>
        </w:rPr>
        <w:t xml:space="preserve">Six weeks of recovery followed—of bruises yellowing and fading, and of the studio lot quietly adjusting to Lena’s permanent presence in the director’s chair. By the third week, both women were back in rotation; by the fifth, the only marks they carried were those chosen for retention or the fresh evidence of recent play. The open porn-CCTV protocol had remained active throughout. The collar had been buckled back onto Jennifer’s throat the very night of their return to the mansion. Rentals resumed with the usual simple boundaries, while Katie and Lilith maintained their vigil over every feed from the shared estate. Marcus remained a fixture on the property, and Lena simply kept the chair. </w:t>
      </w:r>
    </w:p>
    <w:p>
      <w:r>
        <w:rPr>
          <w:rFonts w:ascii="IM Fell English" w:hAnsi="IM Fell English"/>
          <w:color w:val="141414"/>
          <w:sz w:val="24"/>
        </w:rPr>
        <w:t>Jackie woke first.</w:t>
      </w:r>
    </w:p>
    <w:p>
      <w:r>
        <w:rPr>
          <w:rFonts w:ascii="IM Fell English" w:hAnsi="IM Fell English"/>
          <w:color w:val="141414"/>
          <w:sz w:val="24"/>
        </w:rPr>
        <w:t xml:space="preserve">The bedroom was still swathed in dim morning light. Jennifer lay on her stomach, one arm tucked beneath the pillow, the sheet discarded at her waist. The legacy of last night’s session was vividly etched in the gloom—a precise set of cane welts from Lena across the backs of her thighs, deep handprints from Marcus, and the ghost of bruises from the twins’ last visit. Jackie rested a palm on the warm curve of her backside and gave it a slow, possessive squeeze. </w:t>
      </w:r>
    </w:p>
    <w:p>
      <w:r>
        <w:rPr>
          <w:rFonts w:ascii="IM Fell English" w:hAnsi="IM Fell English"/>
          <w:color w:val="141414"/>
          <w:sz w:val="24"/>
        </w:rPr>
        <w:t>Jennifer made a low, happy sound and pushed back into the hand without opening her eyes.</w:t>
      </w:r>
    </w:p>
    <w:p>
      <w:r>
        <w:rPr>
          <w:rFonts w:ascii="IM Fell English" w:hAnsi="IM Fell English"/>
          <w:color w:val="141414"/>
          <w:sz w:val="24"/>
        </w:rPr>
        <w:t xml:space="preserve">“Lena’s already on the lot,” Jackie said. “Director’s chair means she gets coffee before we do. Up.” </w:t>
      </w:r>
    </w:p>
    <w:p>
      <w:r>
        <w:rPr>
          <w:rFonts w:ascii="IM Fell English" w:hAnsi="IM Fell English"/>
          <w:color w:val="141414"/>
          <w:sz w:val="24"/>
        </w:rPr>
        <w:t>“Five more minutes. Your hand feels good.”</w:t>
      </w:r>
    </w:p>
    <w:p>
      <w:r>
        <w:rPr>
          <w:rFonts w:ascii="IM Fell English" w:hAnsi="IM Fell English"/>
          <w:color w:val="141414"/>
          <w:sz w:val="24"/>
        </w:rPr>
        <w:t>“My hand can feel good while you’re standing. Move, mouse.”</w:t>
      </w:r>
    </w:p>
    <w:p>
      <w:r>
        <w:rPr>
          <w:rFonts w:ascii="IM Fell English" w:hAnsi="IM Fell English"/>
          <w:color w:val="141414"/>
          <w:sz w:val="24"/>
        </w:rPr>
        <w:t xml:space="preserve">Jennifer rolled over, hair a mess, collar still buckled from the night before, and grinned up at her wife. “You’re bossy when the twins are coming over.” </w:t>
      </w:r>
    </w:p>
    <w:p>
      <w:r>
        <w:rPr>
          <w:rFonts w:ascii="IM Fell English" w:hAnsi="IM Fell English"/>
          <w:color w:val="141414"/>
          <w:sz w:val="24"/>
        </w:rPr>
        <w:t xml:space="preserve">Jackie leaned down and kissed her once, slow and filthy. “I’m bossy every day. Today I just have better reasons. Shower. Clothes. And leave the collar on. I like looking at it.” </w:t>
      </w:r>
    </w:p>
    <w:p>
      <w:r>
        <w:rPr>
          <w:rFonts w:ascii="IM Fell English" w:hAnsi="IM Fell English"/>
          <w:color w:val="141414"/>
          <w:sz w:val="24"/>
        </w:rPr>
        <w:t xml:space="preserve">They moved through the morning with the ease of habit, those hours when nothing ached too severely and the day still felt as if it belonged to them. Jennifer stood before the bathroom mirror, naked save for her collar, while Jackie buttoned a black shirt behind her. Periodically, Jackie’s hands strayed—a proprietary squeeze of a breast, a sharp pinch of a nipple, or a lingering stroke between Jennifer’s legs that left her hips twitching and her gaze heavy-lidded in the reflection. </w:t>
      </w:r>
    </w:p>
    <w:p>
      <w:r>
        <w:rPr>
          <w:rFonts w:ascii="IM Fell English" w:hAnsi="IM Fell English"/>
          <w:color w:val="141414"/>
          <w:sz w:val="24"/>
        </w:rPr>
        <w:t xml:space="preserve">“Jenna texted,” Jennifer said, a little breathless. “They’re coming tonight. Justin already asked if the heavy spreader bars are free.” </w:t>
      </w:r>
    </w:p>
    <w:p>
      <w:r>
        <w:rPr>
          <w:rFonts w:ascii="IM Fell English" w:hAnsi="IM Fell English"/>
          <w:color w:val="141414"/>
          <w:sz w:val="24"/>
        </w:rPr>
        <w:t>“They are. Lena cleared the dungeon herself.” Jackie’s fingers slid deeper for a second, just to hear the soft sound Jennifer made, then pulled away. “Justin wants to play rough. Jenna wants to watch him wreck both of us before she decides if she’s joining in. Same as always.”</w:t>
      </w:r>
    </w:p>
    <w:p>
      <w:r>
        <w:rPr>
          <w:rFonts w:ascii="IM Fell English" w:hAnsi="IM Fell English"/>
          <w:color w:val="141414"/>
          <w:sz w:val="24"/>
        </w:rPr>
        <w:t>Jennifer’s smile turned wicked. “She’s still trying to sit in your chair.”</w:t>
      </w:r>
    </w:p>
    <w:p>
      <w:r>
        <w:rPr>
          <w:rFonts w:ascii="IM Fell English" w:hAnsi="IM Fell English"/>
          <w:color w:val="141414"/>
          <w:sz w:val="24"/>
        </w:rPr>
        <w:t xml:space="preserve">“She’s been trying since the day I finished teaching the three of you how to hurt each other properly.” Jackie smacked her ass once, sharp and playful. “Skirt. Blouse that buttons all the way down. Easy access. The lot’s awake and the cameras are hungry.” </w:t>
      </w:r>
    </w:p>
    <w:p>
      <w:r>
        <w:rPr>
          <w:rFonts w:ascii="IM Fell English" w:hAnsi="IM Fell English"/>
          <w:color w:val="141414"/>
          <w:sz w:val="24"/>
        </w:rPr>
        <w:t xml:space="preserve">Jennifer dressed according to her instructions—a short black skirt that barely concealed the fresh cane marks, her blouse left unfastened to frame the collar against her skin. Jackie remained in black trousers and an open shirt. They made no effort to conceal the marks or the dynamic; the house cameras tracked their progress from bedroom to kitchen like silent, omnipresent guests. </w:t>
      </w:r>
    </w:p>
    <w:p>
      <w:r>
        <w:rPr>
          <w:rFonts w:ascii="IM Fell English" w:hAnsi="IM Fell English"/>
          <w:color w:val="141414"/>
          <w:sz w:val="24"/>
        </w:rPr>
        <w:t>At the door Jennifer grabbed the keys and nodded toward the living-room side table. A black packet sat facedown exactly where the last one had waited.</w:t>
      </w:r>
    </w:p>
    <w:p>
      <w:r>
        <w:rPr>
          <w:rFonts w:ascii="IM Fell English" w:hAnsi="IM Fell English"/>
          <w:color w:val="141414"/>
          <w:sz w:val="24"/>
        </w:rPr>
        <w:t>“She’s been sitting on that since yesterday.”</w:t>
      </w:r>
    </w:p>
    <w:p>
      <w:r>
        <w:rPr>
          <w:rFonts w:ascii="IM Fell English" w:hAnsi="IM Fell English"/>
          <w:color w:val="141414"/>
          <w:sz w:val="24"/>
        </w:rPr>
        <w:t xml:space="preserve">“And we’ll keep sitting on it until she says otherwise.” Jackie opened the door. “Car. Now. Before I decide to bend you over the hood in the driveway and give the neighbors a show.” </w:t>
      </w:r>
    </w:p>
    <w:p>
      <w:r>
        <w:rPr>
          <w:rFonts w:ascii="IM Fell English" w:hAnsi="IM Fell English"/>
          <w:color w:val="141414"/>
          <w:sz w:val="24"/>
        </w:rPr>
        <w:t>Jennifer laughed and went.</w:t>
      </w:r>
    </w:p>
    <w:p>
      <w:r>
        <w:rPr>
          <w:rFonts w:ascii="IM Fell English" w:hAnsi="IM Fell English"/>
          <w:color w:val="141414"/>
          <w:sz w:val="24"/>
        </w:rPr>
        <w:t xml:space="preserve">The lot was already moving when they arrived. Full open-grid rules. Eyes followed Jennifer’s legs and the visible marks without shame. A couple of grips on the second-floor landing openly watched her climb the stairs. Jackie let them look. That was half the fun. </w:t>
      </w:r>
    </w:p>
    <w:p>
      <w:r>
        <w:rPr>
          <w:rFonts w:ascii="IM Fell English" w:hAnsi="IM Fell English"/>
          <w:color w:val="141414"/>
          <w:sz w:val="24"/>
        </w:rPr>
        <w:t>Lisa met them with the tablet and a small smile.</w:t>
      </w:r>
    </w:p>
    <w:p>
      <w:r>
        <w:rPr>
          <w:rFonts w:ascii="IM Fell English" w:hAnsi="IM Fell English"/>
          <w:color w:val="141414"/>
          <w:sz w:val="24"/>
        </w:rPr>
        <w:t>“Director Lena’s in Conference Two. She wants you both at nine. And the twins cleared security overnight. Full access for tonight.”</w:t>
      </w:r>
    </w:p>
    <w:p>
      <w:r>
        <w:rPr>
          <w:rFonts w:ascii="IM Fell English" w:hAnsi="IM Fell English"/>
          <w:color w:val="141414"/>
          <w:sz w:val="24"/>
        </w:rPr>
        <w:t xml:space="preserve">Jackie took the tablet, checked the notes, and handed it back. “Tell her we’re on our way. Tell security the usual for Justin and Jenna—full run of the place, feeds open to the mansion. Katie and Lilith will be watching.” </w:t>
      </w:r>
    </w:p>
    <w:p>
      <w:r>
        <w:rPr>
          <w:rFonts w:ascii="IM Fell English" w:hAnsi="IM Fell English"/>
          <w:color w:val="141414"/>
          <w:sz w:val="24"/>
        </w:rPr>
        <w:t>Jennifer waited until Lisa was gone and then leaned in, voice low and amused. “She’s still our Lena. Just with the big chair.”</w:t>
      </w:r>
    </w:p>
    <w:p>
      <w:r>
        <w:rPr>
          <w:rFonts w:ascii="IM Fell English" w:hAnsi="IM Fell English"/>
          <w:color w:val="141414"/>
          <w:sz w:val="24"/>
        </w:rPr>
        <w:t xml:space="preserve">“She’s the director. Katie still owns the whole board. That’s the only hierarchy that matters.” Jackie hooked two fingers in Jennifer’s collar and tugged her toward the conference room. “Come on, mouse. Let’s go get our orders.” </w:t>
      </w:r>
    </w:p>
    <w:p>
      <w:r>
        <w:rPr>
          <w:rFonts w:ascii="IM Fell English" w:hAnsi="IM Fell English"/>
          <w:color w:val="141414"/>
          <w:sz w:val="24"/>
        </w:rPr>
        <w:t>Lena sat at the head of the table with her coffee and the black packet centered in front of her. Marcus leaned against the wall, quiet and present. Lena looked up when they entered and gave them the same warm, knowing look she had worn in their dungeon and their bed for years.</w:t>
      </w:r>
    </w:p>
    <w:p>
      <w:r>
        <w:rPr>
          <w:rFonts w:ascii="IM Fell English" w:hAnsi="IM Fell English"/>
          <w:color w:val="141414"/>
          <w:sz w:val="24"/>
        </w:rPr>
        <w:t>“Sit, both of you.”</w:t>
      </w:r>
    </w:p>
    <w:p>
      <w:r>
        <w:rPr>
          <w:rFonts w:ascii="IM Fell English" w:hAnsi="IM Fell English"/>
          <w:color w:val="141414"/>
          <w:sz w:val="24"/>
        </w:rPr>
        <w:t>They sat.</w:t>
      </w:r>
    </w:p>
    <w:p>
      <w:r>
        <w:rPr>
          <w:rFonts w:ascii="IM Fell English" w:hAnsi="IM Fell English"/>
          <w:color w:val="141414"/>
          <w:sz w:val="24"/>
        </w:rPr>
        <w:t>Lena slid the packet halfway across the table and left it there.</w:t>
      </w:r>
    </w:p>
    <w:p>
      <w:r>
        <w:rPr>
          <w:rFonts w:ascii="IM Fell English" w:hAnsi="IM Fell English"/>
          <w:color w:val="141414"/>
          <w:sz w:val="24"/>
        </w:rPr>
        <w:t xml:space="preserve">“New film packet. You don’t open it until I say. Until then the lot runs exactly like it has been—collar, rentals, open cameras, everything. The twins are coming tonight. I want you both functional and smiling when they get here. Katie already signed off on the schedule.” She smiled, small and real. “Questions?” </w:t>
      </w:r>
    </w:p>
    <w:p>
      <w:r>
        <w:rPr>
          <w:rFonts w:ascii="IM Fell English" w:hAnsi="IM Fell English"/>
          <w:color w:val="141414"/>
          <w:sz w:val="24"/>
        </w:rPr>
        <w:t>Jackie shook her head. “No, Director.”</w:t>
      </w:r>
    </w:p>
    <w:p>
      <w:r>
        <w:rPr>
          <w:rFonts w:ascii="IM Fell English" w:hAnsi="IM Fell English"/>
          <w:color w:val="141414"/>
          <w:sz w:val="24"/>
        </w:rPr>
        <w:t>Jennifer’s eyes were bright. “None.”</w:t>
      </w:r>
    </w:p>
    <w:p>
      <w:r>
        <w:rPr>
          <w:rFonts w:ascii="IM Fell English" w:hAnsi="IM Fell English"/>
          <w:color w:val="141414"/>
          <w:sz w:val="24"/>
        </w:rPr>
        <w:t xml:space="preserve">“Good.” Lena stood, and Marcus followed her out. At the door Lena glanced back, the same playful glint she always had when the night belonged to the family. “Dungeon at seven for a quick walk-through. Don’t wear yourselves out before then.” </w:t>
      </w:r>
    </w:p>
    <w:p>
      <w:r>
        <w:rPr>
          <w:rFonts w:ascii="IM Fell English" w:hAnsi="IM Fell English"/>
          <w:color w:val="141414"/>
          <w:sz w:val="24"/>
        </w:rPr>
        <w:t>The door closed.</w:t>
      </w:r>
    </w:p>
    <w:p>
      <w:r>
        <w:rPr>
          <w:rFonts w:ascii="IM Fell English" w:hAnsi="IM Fell English"/>
          <w:color w:val="141414"/>
          <w:sz w:val="24"/>
        </w:rPr>
        <w:t>Jackie looked at her wife and grinned.</w:t>
      </w:r>
    </w:p>
    <w:p>
      <w:r>
        <w:rPr>
          <w:rFonts w:ascii="IM Fell English" w:hAnsi="IM Fell English"/>
          <w:color w:val="141414"/>
          <w:sz w:val="24"/>
        </w:rPr>
        <w:t xml:space="preserve">“Tonight,” she said. “Justin, Jenna, the heavy bars, and whatever filthy ideas they’ve been saving up. We leave that packet right where she put it.” </w:t>
      </w:r>
    </w:p>
    <w:p>
      <w:r>
        <w:rPr>
          <w:rFonts w:ascii="IM Fell English" w:hAnsi="IM Fell English"/>
          <w:color w:val="141414"/>
          <w:sz w:val="24"/>
        </w:rPr>
        <w:t>Jennifer leaned over and bit Jackie’s shoulder through the shirt, soft and happy.</w:t>
      </w:r>
    </w:p>
    <w:p>
      <w:r>
        <w:rPr>
          <w:rFonts w:ascii="IM Fell English" w:hAnsi="IM Fell English"/>
          <w:color w:val="141414"/>
          <w:sz w:val="24"/>
        </w:rPr>
        <w:t>“Yes, boss.”</w:t>
      </w:r>
    </w:p>
    <w:p>
      <w:r>
        <w:rPr>
          <w:rFonts w:ascii="IM Fell English" w:hAnsi="IM Fell English"/>
          <w:color w:val="141414"/>
          <w:sz w:val="24"/>
        </w:rPr>
        <w:t xml:space="preserve">Outside, the lot kept moving under the open cameras. Somewhere, the twins were already on their way. Somewhere in the mansion, Katie and Lilith were settling in front of the feeds with drinks and the particular smile they always wore on nights like this. </w:t>
      </w:r>
    </w:p>
    <w:p>
      <w:r>
        <w:rPr>
          <w:rFonts w:ascii="IM Fell English" w:hAnsi="IM Fell English"/>
          <w:color w:val="141414"/>
          <w:sz w:val="24"/>
        </w:rPr>
        <w:t>And on the table the black packet waited, sealed and quiet.</w:t>
      </w:r>
    </w:p>
    <w:p>
      <w:r>
        <w:rPr>
          <w:rFonts w:ascii="IM Fell English" w:hAnsi="IM Fell English"/>
          <w:color w:val="141414"/>
          <w:sz w:val="24"/>
        </w:rPr>
        <w:t>The day was still light.</w:t>
      </w:r>
    </w:p>
    <w:p>
      <w:r>
        <w:rPr>
          <w:rFonts w:ascii="IM Fell English" w:hAnsi="IM Fell English"/>
          <w:color w:val="141414"/>
          <w:sz w:val="24"/>
        </w:rPr>
        <w:t>The fun had already started.</w:t>
      </w:r>
    </w:p>
    <w:p>
      <w:pPr>
        <w:pStyle w:val="Heading1"/>
        <w:jc w:val="center"/>
      </w:pPr>
      <w:r>
        <w:rPr>
          <w:rFonts w:ascii="IM Fell English" w:hAnsi="IM Fell English"/>
          <w:color w:val="0D0D0D"/>
        </w:rPr>
        <w:t>CHAPTER 2 — THE LOT</w:t>
      </w:r>
    </w:p>
    <w:p>
      <w:r>
        <w:rPr>
          <w:rFonts w:ascii="IM Fell English" w:hAnsi="IM Fell English"/>
          <w:color w:val="141414"/>
          <w:sz w:val="24"/>
        </w:rPr>
        <w:t xml:space="preserve">The black packet remained undisturbed where Lena had placed it. Jackie ignored its presence, but Jennifer cast it a final, curious glance before following her wife into the corridor. The network of open cameras captured every detail—the hem of the skirt, the vivid cane marks, the collar, and the possessive placement of Jackie’s hand at the small of Jennifer’s back. Jennifer savored the scrutiny of those they passed; Jackie savored Jennifer’s reaction. </w:t>
      </w:r>
    </w:p>
    <w:p>
      <w:r>
        <w:rPr>
          <w:rFonts w:ascii="IM Fell English" w:hAnsi="IM Fell English"/>
          <w:color w:val="141414"/>
          <w:sz w:val="24"/>
        </w:rPr>
        <w:t xml:space="preserve">Their morning routine followed the established pattern for open-lot days. Jackie handled the administrative duties and the paperwork Lena had prioritized, while Jennifer managed the floor and the informal rental schedule. The rules of engagement were ingrained in every staff member: log the duration, maintain her functionality, ensure no permanent damage, and release her promptly for her next scheduled appearance. While Jackie held veto power and Lena managed the daily operations, Katie’s ultimate authority remained absolute—a fact no one dared forget. </w:t>
      </w:r>
    </w:p>
    <w:p>
      <w:r>
        <w:rPr>
          <w:rFonts w:ascii="IM Fell English" w:hAnsi="IM Fell English"/>
          <w:color w:val="141414"/>
          <w:sz w:val="24"/>
        </w:rPr>
        <w:t xml:space="preserve">By eleven, Jennifer had already been bent over a lighting cart on Stage B while two grips took turns making her noisy. She came back to the office flushed, skirt wrinkled, grinning like she’d won something. Jackie glanced at the fresh handprints on her hips and smirked. </w:t>
      </w:r>
    </w:p>
    <w:p>
      <w:r>
        <w:rPr>
          <w:rFonts w:ascii="IM Fell English" w:hAnsi="IM Fell English"/>
          <w:color w:val="141414"/>
          <w:sz w:val="24"/>
        </w:rPr>
        <w:t>“Logged?”</w:t>
      </w:r>
    </w:p>
    <w:p>
      <w:r>
        <w:rPr>
          <w:rFonts w:ascii="IM Fell English" w:hAnsi="IM Fell English"/>
          <w:color w:val="141414"/>
          <w:sz w:val="24"/>
        </w:rPr>
        <w:t>“Logged. They said thank you. I said any time.”</w:t>
      </w:r>
    </w:p>
    <w:p>
      <w:r>
        <w:rPr>
          <w:rFonts w:ascii="IM Fell English" w:hAnsi="IM Fell English"/>
          <w:color w:val="141414"/>
          <w:sz w:val="24"/>
        </w:rPr>
        <w:t>“Good girl.” Jackie tossed her a water bottle. “Drink. The twins are going to want you hydrated and hungry, not half-asleep.”</w:t>
      </w:r>
    </w:p>
    <w:p>
      <w:r>
        <w:rPr>
          <w:rFonts w:ascii="IM Fell English" w:hAnsi="IM Fell English"/>
          <w:color w:val="141414"/>
          <w:sz w:val="24"/>
        </w:rPr>
        <w:t>Jennifer drank, wiped her mouth, and came around the desk to sit on Jackie’s lap like she belonged there. The corridor cameras kept recording. Neither of them cared.</w:t>
      </w:r>
    </w:p>
    <w:p>
      <w:r>
        <w:rPr>
          <w:rFonts w:ascii="IM Fell English" w:hAnsi="IM Fell English"/>
          <w:color w:val="141414"/>
          <w:sz w:val="24"/>
        </w:rPr>
        <w:t>“She’s going to watch,” Jennifer said, voice already lower. “Katie. Lilith. Same feeds. Same drinks. Same filthy commentary we never get to hear.”</w:t>
      </w:r>
    </w:p>
    <w:p>
      <w:r>
        <w:rPr>
          <w:rFonts w:ascii="IM Fell English" w:hAnsi="IM Fell English"/>
          <w:color w:val="141414"/>
          <w:sz w:val="24"/>
        </w:rPr>
        <w:t xml:space="preserve">“They always do.” Jackie’s hand slid up under the short skirt and squeezed. “That’s why the grid stays open. They get the show. We get to know they’re enjoying it.” </w:t>
      </w:r>
    </w:p>
    <w:p>
      <w:r>
        <w:rPr>
          <w:rFonts w:ascii="IM Fell English" w:hAnsi="IM Fell English"/>
          <w:color w:val="141414"/>
          <w:sz w:val="24"/>
        </w:rPr>
        <w:t xml:space="preserve">Marcus showed up at noon with food and the same calm, amused expression he always wore when the family was in a good mood. </w:t>
      </w:r>
    </w:p>
    <w:p>
      <w:r>
        <w:rPr>
          <w:rFonts w:ascii="IM Fell English" w:hAnsi="IM Fell English"/>
          <w:color w:val="141414"/>
          <w:sz w:val="24"/>
        </w:rPr>
        <w:t xml:space="preserve">“Eat. Lena wants you both in the dungeon at seven for a quick walk-through before the twins land. Justin sent a list: heavier bars, the valve hood, the usual suspects.” </w:t>
      </w:r>
    </w:p>
    <w:p>
      <w:r>
        <w:rPr>
          <w:rFonts w:ascii="IM Fell English" w:hAnsi="IM Fell English"/>
          <w:color w:val="141414"/>
          <w:sz w:val="24"/>
        </w:rPr>
        <w:t>Jackie ate with one hand and kept the other on Jennifer’s thigh. Jennifer stole bites off her plate and looked entirely too pleased with the world.</w:t>
      </w:r>
    </w:p>
    <w:p>
      <w:r>
        <w:rPr>
          <w:rFonts w:ascii="IM Fell English" w:hAnsi="IM Fell English"/>
          <w:color w:val="141414"/>
          <w:sz w:val="24"/>
        </w:rPr>
        <w:t xml:space="preserve">The afternoon continued in a vein of light, casual hedonism. As Jackie finalized the remaining paperwork, Jennifer accepted two additional brief rentals on the open floor—each logged and handled with enthusiasm, leaving her increasingly disheveled and primed for the evening ahead. By four, she had returned to the office, perched on the edge of Jackie’s desk with her blouse undone. There, under the watchful gaze of the cameras, Jackie’s mouth sought and found her, eliciting a series of wet sounds and a broken, breathless laugh as Jennifer reached her peak, tugging Jackie up by the hair to seal the moment with a kiss. </w:t>
      </w:r>
    </w:p>
    <w:p>
      <w:r>
        <w:rPr>
          <w:rFonts w:ascii="IM Fell English" w:hAnsi="IM Fell English"/>
          <w:color w:val="141414"/>
          <w:sz w:val="24"/>
        </w:rPr>
        <w:t>“Tonight,” Jackie said against her mouth.</w:t>
      </w:r>
    </w:p>
    <w:p>
      <w:r>
        <w:rPr>
          <w:rFonts w:ascii="IM Fell English" w:hAnsi="IM Fell English"/>
          <w:color w:val="141414"/>
          <w:sz w:val="24"/>
        </w:rPr>
        <w:t>“I know.”</w:t>
      </w:r>
    </w:p>
    <w:p>
      <w:r>
        <w:rPr>
          <w:rFonts w:ascii="IM Fell English" w:hAnsi="IM Fell English"/>
          <w:color w:val="141414"/>
          <w:sz w:val="24"/>
        </w:rPr>
        <w:t>“Justin’s going to be mean. Jenna’s going to watch every second of it and decide if she wants to climb on top when he’s done.”</w:t>
      </w:r>
    </w:p>
    <w:p>
      <w:r>
        <w:rPr>
          <w:rFonts w:ascii="IM Fell English" w:hAnsi="IM Fell English"/>
          <w:color w:val="141414"/>
          <w:sz w:val="24"/>
        </w:rPr>
        <w:t>Jennifer’s eyes sparkled. “She’s been deciding that since we were eighteen. You’re the one who taught her how to look at me like that.”</w:t>
      </w:r>
    </w:p>
    <w:p>
      <w:r>
        <w:rPr>
          <w:rFonts w:ascii="IM Fell English" w:hAnsi="IM Fell English"/>
          <w:color w:val="141414"/>
          <w:sz w:val="24"/>
        </w:rPr>
        <w:t xml:space="preserve">Jackie bit her lower lip and let her go. “Skirt down. We’ve still got two hours of honest work before we get to the fun part.” </w:t>
      </w:r>
    </w:p>
    <w:p>
      <w:r>
        <w:rPr>
          <w:rFonts w:ascii="IM Fell English" w:hAnsi="IM Fell English"/>
          <w:color w:val="141414"/>
          <w:sz w:val="24"/>
        </w:rPr>
        <w:t>They finished the day the same way they started it — under open cameras, under Lena’s easy authority, under Katie’s quiet protection, under the pleasant weight of a sealed packet they weren’t allowed to open yet. At six-thirty they walked the service corridor to the dungeon wing together. The heavier restraints were already laid out: leather, steel, Justin’s favorite spreader bars, the hood that looked dangerous and wasn’t. Lena stood at the far end of the room with a tablet, checking the mansion feeds. She looked up when they came in and smiled the same smile she used when she was about to ruin them in private.</w:t>
      </w:r>
    </w:p>
    <w:p>
      <w:r>
        <w:rPr>
          <w:rFonts w:ascii="IM Fell English" w:hAnsi="IM Fell English"/>
          <w:color w:val="141414"/>
          <w:sz w:val="24"/>
        </w:rPr>
        <w:t xml:space="preserve">“Channels are live. Katie and Lilith are already watching. Marcus is on safety. You two are going to be good and available from the second the twins walk through the door. Same rules as always. Clear?” </w:t>
      </w:r>
    </w:p>
    <w:p>
      <w:r>
        <w:rPr>
          <w:rFonts w:ascii="IM Fell English" w:hAnsi="IM Fell English"/>
          <w:color w:val="141414"/>
          <w:sz w:val="24"/>
        </w:rPr>
        <w:t>“Clear,” Jackie said, already smiling.</w:t>
      </w:r>
    </w:p>
    <w:p>
      <w:r>
        <w:rPr>
          <w:rFonts w:ascii="IM Fell English" w:hAnsi="IM Fell English"/>
          <w:color w:val="141414"/>
          <w:sz w:val="24"/>
        </w:rPr>
        <w:t>Jennifer only nodded, eyes bright, collar looking very much at home on her throat.</w:t>
      </w:r>
    </w:p>
    <w:p>
      <w:r>
        <w:rPr>
          <w:rFonts w:ascii="IM Fell English" w:hAnsi="IM Fell English"/>
          <w:color w:val="141414"/>
          <w:sz w:val="24"/>
        </w:rPr>
        <w:t xml:space="preserve">Lena checked the time, set the tablet down, and headed for the door. On the way out, she gave them the small, wicked look that always meant the night belonged to the family. “Forty minutes. Try not to start without them.” </w:t>
      </w:r>
    </w:p>
    <w:p>
      <w:r>
        <w:rPr>
          <w:rFonts w:ascii="IM Fell English" w:hAnsi="IM Fell English"/>
          <w:color w:val="141414"/>
          <w:sz w:val="24"/>
        </w:rPr>
        <w:t>The door sealed.</w:t>
      </w:r>
    </w:p>
    <w:p>
      <w:r>
        <w:rPr>
          <w:rFonts w:ascii="IM Fell English" w:hAnsi="IM Fell English"/>
          <w:color w:val="141414"/>
          <w:sz w:val="24"/>
        </w:rPr>
        <w:t>Jackie turned to Jennifer, hooked two fingers in the collar, and pulled her in.</w:t>
      </w:r>
    </w:p>
    <w:p>
      <w:r>
        <w:rPr>
          <w:rFonts w:ascii="IM Fell English" w:hAnsi="IM Fell English"/>
          <w:color w:val="141414"/>
          <w:sz w:val="24"/>
        </w:rPr>
        <w:t>“Clothes off, mouse. Let’s get you ready for company.”</w:t>
      </w:r>
    </w:p>
    <w:p>
      <w:r>
        <w:rPr>
          <w:rFonts w:ascii="IM Fell English" w:hAnsi="IM Fell English"/>
          <w:color w:val="141414"/>
          <w:sz w:val="24"/>
        </w:rPr>
        <w:t xml:space="preserve">Jennifer stripped without being asked twice. Skirt, blouse, nothing underneath. She stood in the middle of the dungeon floor wearing only the collar and the marks the day had left on her, looking entirely too pleased with herself. Jackie walked a slow circle around her, checking the cane welts, the newer handprints, and the way her breathing had already changed. </w:t>
      </w:r>
    </w:p>
    <w:p>
      <w:r>
        <w:rPr>
          <w:rFonts w:ascii="IM Fell English" w:hAnsi="IM Fell English"/>
          <w:color w:val="141414"/>
          <w:sz w:val="24"/>
        </w:rPr>
        <w:t>“You’re ready.”</w:t>
      </w:r>
    </w:p>
    <w:p>
      <w:r>
        <w:rPr>
          <w:rFonts w:ascii="IM Fell English" w:hAnsi="IM Fell English"/>
          <w:color w:val="141414"/>
          <w:sz w:val="24"/>
        </w:rPr>
        <w:t>“I’m always ready for them.”</w:t>
      </w:r>
    </w:p>
    <w:p>
      <w:r>
        <w:rPr>
          <w:rFonts w:ascii="IM Fell English" w:hAnsi="IM Fell English"/>
          <w:color w:val="141414"/>
          <w:sz w:val="24"/>
        </w:rPr>
        <w:t>“I know.” Jackie kissed her once, deep and proprietary, then rested her forehead against Jennifer’s. “Justin gets what he wants. Jenna gets to watch. I get to decide when you’ve had enough to still be smiling tomorrow. And Katie still sits above all of us if anything ever needs to stop. Clear?”</w:t>
      </w:r>
    </w:p>
    <w:p>
      <w:r>
        <w:rPr>
          <w:rFonts w:ascii="IM Fell English" w:hAnsi="IM Fell English"/>
          <w:color w:val="141414"/>
          <w:sz w:val="24"/>
        </w:rPr>
        <w:t>Jennifer’s smile was pure trouble and pure affection.</w:t>
      </w:r>
    </w:p>
    <w:p>
      <w:r>
        <w:rPr>
          <w:rFonts w:ascii="IM Fell English" w:hAnsi="IM Fell English"/>
          <w:color w:val="141414"/>
          <w:sz w:val="24"/>
        </w:rPr>
        <w:t>“Clear, boss.”</w:t>
      </w:r>
    </w:p>
    <w:p>
      <w:r>
        <w:rPr>
          <w:rFonts w:ascii="IM Fell English" w:hAnsi="IM Fell English"/>
          <w:color w:val="141414"/>
          <w:sz w:val="24"/>
        </w:rPr>
        <w:t xml:space="preserve">Outside, the lot kept moving under the open cameras. Somewhere at the main gate, the twins were clearing the final checkpoint. Somewhere in the mansion, Katie and Lilith had already settled in front of the biggest screen with drinks in hand and the particular hungry calm they always brought to nights like this. Marcus was doing the last safety checks. Lena was watching the clocks the same way she always had. </w:t>
      </w:r>
    </w:p>
    <w:p>
      <w:r>
        <w:rPr>
          <w:rFonts w:ascii="IM Fell English" w:hAnsi="IM Fell English"/>
          <w:color w:val="141414"/>
          <w:sz w:val="24"/>
        </w:rPr>
        <w:t xml:space="preserve">And in Conference Two, the black packet stayed exactly where it belonged—sealed, quiet, and waiting for the moment the director decided the next game could begin. </w:t>
      </w:r>
    </w:p>
    <w:p>
      <w:r>
        <w:rPr>
          <w:rFonts w:ascii="IM Fell English" w:hAnsi="IM Fell English"/>
          <w:color w:val="141414"/>
          <w:sz w:val="24"/>
        </w:rPr>
        <w:t>Jackie hooked her finger through the collar ring and led Jennifer toward the heavier restraints.</w:t>
      </w:r>
    </w:p>
    <w:p>
      <w:r>
        <w:rPr>
          <w:rFonts w:ascii="IM Fell English" w:hAnsi="IM Fell English"/>
          <w:color w:val="141414"/>
          <w:sz w:val="24"/>
        </w:rPr>
        <w:t>The night hadn’t started yet.</w:t>
      </w:r>
    </w:p>
    <w:p>
      <w:r>
        <w:rPr>
          <w:rFonts w:ascii="IM Fell English" w:hAnsi="IM Fell English"/>
          <w:color w:val="141414"/>
          <w:sz w:val="24"/>
        </w:rPr>
        <w:t>But the fun was already in the room.</w:t>
      </w:r>
    </w:p>
    <w:p>
      <w:pPr>
        <w:pStyle w:val="Heading1"/>
        <w:jc w:val="center"/>
      </w:pPr>
      <w:r>
        <w:rPr>
          <w:rFonts w:ascii="IM Fell English" w:hAnsi="IM Fell English"/>
          <w:color w:val="0D0D0D"/>
        </w:rPr>
        <w:t>CHAPTER 3 — THE TWINS</w:t>
      </w:r>
    </w:p>
    <w:p>
      <w:r>
        <w:rPr>
          <w:rFonts w:ascii="IM Fell English" w:hAnsi="IM Fell English"/>
          <w:color w:val="141414"/>
          <w:sz w:val="24"/>
        </w:rPr>
        <w:t>The twins arrived exactly on time.</w:t>
      </w:r>
    </w:p>
    <w:p>
      <w:r>
        <w:rPr>
          <w:rFonts w:ascii="IM Fell English" w:hAnsi="IM Fell English"/>
          <w:color w:val="141414"/>
          <w:sz w:val="24"/>
        </w:rPr>
        <w:t xml:space="preserve">Jackie heard the outer door of the dungeon wing open, then Justin’s low laugh and Jenna’s sharper, delighted one. Jennifer, already naked except for the collar and standing between the heavier spreader bars, lifted her head and smiled like someone had just brought her a present. </w:t>
      </w:r>
    </w:p>
    <w:p>
      <w:r>
        <w:rPr>
          <w:rFonts w:ascii="IM Fell English" w:hAnsi="IM Fell English"/>
          <w:color w:val="141414"/>
          <w:sz w:val="24"/>
        </w:rPr>
        <w:t xml:space="preserve">Justin came in first—tall, dark-haired, with the same sharp grin he’d worn since the day Jackie finished teaching him how to hurt people properly. Jenna followed a step behind, sleek and predatory, eyes already locked on Jennifer like she was deciding where to bite first. Both of them were dressed for the evening in the way the family preferred: easy to remove, with nothing that would get in the way. </w:t>
      </w:r>
    </w:p>
    <w:p>
      <w:r>
        <w:rPr>
          <w:rFonts w:ascii="IM Fell English" w:hAnsi="IM Fell English"/>
          <w:color w:val="141414"/>
          <w:sz w:val="24"/>
        </w:rPr>
        <w:t>“Look at you,” Justin said, voice warm and already rough. “Six weeks and you’re still wearing the same collar like you never took it off.”</w:t>
      </w:r>
    </w:p>
    <w:p>
      <w:r>
        <w:rPr>
          <w:rFonts w:ascii="IM Fell English" w:hAnsi="IM Fell English"/>
          <w:color w:val="141414"/>
          <w:sz w:val="24"/>
        </w:rPr>
        <w:t>Jennifer’s smile widened. “I didn’t. Boss’s orders.”</w:t>
      </w:r>
    </w:p>
    <w:p>
      <w:r>
        <w:rPr>
          <w:rFonts w:ascii="IM Fell English" w:hAnsi="IM Fell English"/>
          <w:color w:val="141414"/>
          <w:sz w:val="24"/>
        </w:rPr>
        <w:t>Jenna walked a slow circle around her, one hand trailing across the cane marks on Jennifer’s thighs. “Lena’s work. Nice and even. She’s still got the best swing on the lot.”</w:t>
      </w:r>
    </w:p>
    <w:p>
      <w:r>
        <w:rPr>
          <w:rFonts w:ascii="IM Fell English" w:hAnsi="IM Fell English"/>
          <w:color w:val="141414"/>
          <w:sz w:val="24"/>
        </w:rPr>
        <w:t xml:space="preserve">Jackie leaned against the wall, arms folded, watching them the same way she had watched them since they were eighteen and still learning. “She’s downstairs with Marcus. Katie and Lilith are already on the feeds. House rules still apply. You break her past functional, and you’ll answer to me first and Katie second.” </w:t>
      </w:r>
    </w:p>
    <w:p>
      <w:r>
        <w:rPr>
          <w:rFonts w:ascii="IM Fell English" w:hAnsi="IM Fell English"/>
          <w:color w:val="141414"/>
          <w:sz w:val="24"/>
        </w:rPr>
        <w:t>Justin held up both hands, grinning. “Wouldn’t dream of it. We just came to play.”</w:t>
      </w:r>
    </w:p>
    <w:p>
      <w:r>
        <w:rPr>
          <w:rFonts w:ascii="IM Fell English" w:hAnsi="IM Fell English"/>
          <w:color w:val="141414"/>
          <w:sz w:val="24"/>
        </w:rPr>
        <w:t>“Then play.”</w:t>
      </w:r>
    </w:p>
    <w:p>
      <w:r>
        <w:rPr>
          <w:rFonts w:ascii="IM Fell English" w:hAnsi="IM Fell English"/>
          <w:color w:val="141414"/>
          <w:sz w:val="24"/>
        </w:rPr>
        <w:t>They didn’t need further invitation.</w:t>
      </w:r>
    </w:p>
    <w:p>
      <w:r>
        <w:rPr>
          <w:rFonts w:ascii="IM Fell English" w:hAnsi="IM Fell English"/>
          <w:color w:val="141414"/>
          <w:sz w:val="24"/>
        </w:rPr>
        <w:t>Justin stepped in behind Jennifer, hooked his fingers in the collar, and pulled her head back for a deep, filthy kiss while Jenna dropped to her knees and put her mouth on her without preamble. Jennifer made a broken, happy sound and spread her legs wider for the spreader bars Jackie hadn’t even locked yet. Jackie pushed off the wall, locked the bars herself, and then stepped back to watch.</w:t>
      </w:r>
    </w:p>
    <w:p>
      <w:r>
        <w:rPr>
          <w:rFonts w:ascii="IM Fell English" w:hAnsi="IM Fell English"/>
          <w:color w:val="141414"/>
          <w:sz w:val="24"/>
        </w:rPr>
        <w:t>The next hour was exactly what the family did when no cameras were rolling for a film and the only audience that mattered was already watching from the mansion.</w:t>
      </w:r>
    </w:p>
    <w:p>
      <w:r>
        <w:rPr>
          <w:rFonts w:ascii="IM Fell English" w:hAnsi="IM Fell English"/>
          <w:color w:val="141414"/>
          <w:sz w:val="24"/>
        </w:rPr>
        <w:t xml:space="preserve">Justin was heavier than last time, just like he’d promised. He used Jennifer’s mouth until her eyes watered, then bent her over the padded bench and fucked her hard enough that the bench legs scraped across the concrete. Jenna stayed close, sometimes kissing her, sometimes biting, and sometimes just holding her hair so Justin could go deeper. Every time Jennifer came—loud, shameless, laughing through it—Jenna laughed with her and told her to give them another one. </w:t>
      </w:r>
    </w:p>
    <w:p>
      <w:r>
        <w:rPr>
          <w:rFonts w:ascii="IM Fell English" w:hAnsi="IM Fell English"/>
          <w:color w:val="141414"/>
          <w:sz w:val="24"/>
        </w:rPr>
        <w:t>Jackie only stepped in when she felt like it.</w:t>
      </w:r>
    </w:p>
    <w:p>
      <w:r>
        <w:rPr>
          <w:rFonts w:ascii="IM Fell English" w:hAnsi="IM Fell English"/>
          <w:color w:val="141414"/>
          <w:sz w:val="24"/>
        </w:rPr>
        <w:t xml:space="preserve">She took Jenna by the hair at one point and put her on her knees so Justin could use both of them at once. She let Justin bend her over the same bench and take her while Jennifer, still locked in the spreader bars, watched with bright, hungry eyes and a running mouth full of filthy encouragement. She let Jenna climb up behind her and add fingers and teeth until the whole room smelled like sex and sweat and the particular sharp joy the four of them always made together. </w:t>
      </w:r>
    </w:p>
    <w:p>
      <w:r>
        <w:rPr>
          <w:rFonts w:ascii="IM Fell English" w:hAnsi="IM Fell English"/>
          <w:color w:val="141414"/>
          <w:sz w:val="24"/>
        </w:rPr>
        <w:t>Katie and Lilith never said a word on the open channel, but the red light on the main monitor stayed steady. They were watching. They were enjoying it. That was enough.</w:t>
      </w:r>
    </w:p>
    <w:p>
      <w:r>
        <w:rPr>
          <w:rFonts w:ascii="IM Fell English" w:hAnsi="IM Fell English"/>
          <w:color w:val="141414"/>
          <w:sz w:val="24"/>
        </w:rPr>
        <w:t>Marcus came in once, checked the restraints, checked Jennifer’s color and breathing, and left again with a small nod. Lena appeared in the doorway near the end, leaned against the frame, and simply watched for a few minutes with the same warm, proprietary look she always wore when the family was happy and loud. She didn’t interfere. She didn’t need to.</w:t>
      </w:r>
    </w:p>
    <w:p>
      <w:r>
        <w:rPr>
          <w:rFonts w:ascii="IM Fell English" w:hAnsi="IM Fell English"/>
          <w:color w:val="141414"/>
          <w:sz w:val="24"/>
        </w:rPr>
        <w:t xml:space="preserve">By the time Justin finally pulled out and Jenna sat back on her heels, flushed and smiling, Jennifer was a beautiful mess—marked, wet, trembling, and still trying to push back for more. Jackie unlocked the spreader bars, caught her when her knees buckled, and lowered her to the floor between the four of them. </w:t>
      </w:r>
    </w:p>
    <w:p>
      <w:r>
        <w:rPr>
          <w:rFonts w:ascii="IM Fell English" w:hAnsi="IM Fell English"/>
          <w:color w:val="141414"/>
          <w:sz w:val="24"/>
        </w:rPr>
        <w:t>Jennifer looked up at Justin, then at Jenna, then at Jackie, and laughed the same rough, satisfied laugh she’d been giving them since she was eighteen.</w:t>
      </w:r>
    </w:p>
    <w:p>
      <w:r>
        <w:rPr>
          <w:rFonts w:ascii="IM Fell English" w:hAnsi="IM Fell English"/>
          <w:color w:val="141414"/>
          <w:sz w:val="24"/>
        </w:rPr>
        <w:t>“Missed you two.”</w:t>
      </w:r>
    </w:p>
    <w:p>
      <w:r>
        <w:rPr>
          <w:rFonts w:ascii="IM Fell English" w:hAnsi="IM Fell English"/>
          <w:color w:val="141414"/>
          <w:sz w:val="24"/>
        </w:rPr>
        <w:t>Justin leaned down and kissed her forehead, surprisingly gentle. “Missed you too, mutt.”</w:t>
      </w:r>
    </w:p>
    <w:p>
      <w:r>
        <w:rPr>
          <w:rFonts w:ascii="IM Fell English" w:hAnsi="IM Fell English"/>
          <w:color w:val="141414"/>
          <w:sz w:val="24"/>
        </w:rPr>
        <w:t>Jenna stroked her hair once, then looked at Jackie. “Same time next week?”</w:t>
      </w:r>
    </w:p>
    <w:p>
      <w:r>
        <w:rPr>
          <w:rFonts w:ascii="IM Fell English" w:hAnsi="IM Fell English"/>
          <w:color w:val="141414"/>
          <w:sz w:val="24"/>
        </w:rPr>
        <w:t>Jackie glanced at the wall clock, then at the open channel light that meant Katie and Lilith were still on the other end.</w:t>
      </w:r>
    </w:p>
    <w:p>
      <w:r>
        <w:rPr>
          <w:rFonts w:ascii="IM Fell English" w:hAnsi="IM Fell English"/>
          <w:color w:val="141414"/>
          <w:sz w:val="24"/>
        </w:rPr>
        <w:t>“Depends on the director,” she said. “And on whatever’s in that packet downstairs. For tonight you’re done. Get cleaned up. There’s food in the upstairs kitchen. Marcus already ordered enough for everyone.”</w:t>
      </w:r>
    </w:p>
    <w:p>
      <w:r>
        <w:rPr>
          <w:rFonts w:ascii="IM Fell English" w:hAnsi="IM Fell English"/>
          <w:color w:val="141414"/>
          <w:sz w:val="24"/>
        </w:rPr>
        <w:t xml:space="preserve">Justin stood, pulled Jenna up with him, and offered Jackie a hand. She took it. The four of them stayed there a moment longer in the middle of the dungeon floor—sweaty, marked, smiling, and completely at ease with one another—while the cameras kept recording and the mansion feeds kept watching. </w:t>
      </w:r>
    </w:p>
    <w:p>
      <w:r>
        <w:rPr>
          <w:rFonts w:ascii="IM Fell English" w:hAnsi="IM Fell English"/>
          <w:color w:val="141414"/>
          <w:sz w:val="24"/>
        </w:rPr>
        <w:t>Jennifer, still on the floor, rested her cheek against Jackie’s thigh and sighed like she had everything she wanted.</w:t>
      </w:r>
    </w:p>
    <w:p>
      <w:r>
        <w:rPr>
          <w:rFonts w:ascii="IM Fell English" w:hAnsi="IM Fell English"/>
          <w:color w:val="141414"/>
          <w:sz w:val="24"/>
        </w:rPr>
        <w:t>“Best family reunion ever.”</w:t>
      </w:r>
    </w:p>
    <w:p>
      <w:r>
        <w:rPr>
          <w:rFonts w:ascii="IM Fell English" w:hAnsi="IM Fell English"/>
          <w:color w:val="141414"/>
          <w:sz w:val="24"/>
        </w:rPr>
        <w:t>Jackie looked down at her, then at the twins, and felt the same quiet, dangerous affection she always felt when all four of them were in the same room and no one was trying to kill anyone yet.</w:t>
      </w:r>
    </w:p>
    <w:p>
      <w:r>
        <w:rPr>
          <w:rFonts w:ascii="IM Fell English" w:hAnsi="IM Fell English"/>
          <w:color w:val="141414"/>
          <w:sz w:val="24"/>
        </w:rPr>
        <w:t>“Yeah,” she said. “It is.”</w:t>
      </w:r>
    </w:p>
    <w:p>
      <w:r>
        <w:rPr>
          <w:rFonts w:ascii="IM Fell English" w:hAnsi="IM Fell English"/>
          <w:color w:val="141414"/>
          <w:sz w:val="24"/>
        </w:rPr>
        <w:t xml:space="preserve">Outside the dungeon wing, the lot had gone mostly quiet. Somewhere upstairs, food was waiting. Somewhere in the mansion, Katie and Lilith were probably pouring another drink and replaying the best parts. Somewhere in Conference Two, the black packet remained exactly where Lena had left it—sealed, patient, and still not theirs to open. </w:t>
      </w:r>
    </w:p>
    <w:p>
      <w:r>
        <w:rPr>
          <w:rFonts w:ascii="IM Fell English" w:hAnsi="IM Fell English"/>
          <w:color w:val="141414"/>
          <w:sz w:val="24"/>
        </w:rPr>
        <w:t>Jackie helped Jennifer to her feet, hooked two fingers through the collar, and led the way toward the showers.</w:t>
      </w:r>
    </w:p>
    <w:p>
      <w:r>
        <w:rPr>
          <w:rFonts w:ascii="IM Fell English" w:hAnsi="IM Fell English"/>
          <w:color w:val="141414"/>
          <w:sz w:val="24"/>
        </w:rPr>
        <w:t>The night was still light.</w:t>
      </w:r>
    </w:p>
    <w:p>
      <w:r>
        <w:rPr>
          <w:rFonts w:ascii="IM Fell English" w:hAnsi="IM Fell English"/>
          <w:color w:val="141414"/>
          <w:sz w:val="24"/>
        </w:rPr>
        <w:t>The fun was still easy.</w:t>
      </w:r>
    </w:p>
    <w:p>
      <w:r>
        <w:rPr>
          <w:rFonts w:ascii="IM Fell English" w:hAnsi="IM Fell English"/>
          <w:color w:val="141414"/>
          <w:sz w:val="24"/>
        </w:rPr>
        <w:t xml:space="preserve">And the horror, for now, was still locked inside a black rectangle no one had been given permission to touch. </w:t>
      </w:r>
    </w:p>
    <w:p>
      <w:r>
        <w:rPr>
          <w:rFonts w:ascii="IM Fell English" w:hAnsi="IM Fell English"/>
          <w:color w:val="141414"/>
          <w:sz w:val="24"/>
        </w:rPr>
        <w:t>Jennifer as the warm-up, left safely restrained and watching (or at least present) in the dungeon, while Justin and Jenna take Jackie as the main course and move the play out into the open studio spaces under the live feeds for Katie and Lilith, is pure series DNA. Jackie has always been the one with no practical limit, the one who was built for the extreme end of the family sport. Giving the twins full rein with her while Jennifer rests in restraints keeps the real-life section feeling owned, filthy, and still fundamentally safe under Katie’s protection.</w:t>
      </w:r>
    </w:p>
    <w:p>
      <w:pPr>
        <w:pStyle w:val="Heading1"/>
        <w:jc w:val="center"/>
      </w:pPr>
      <w:r>
        <w:rPr>
          <w:rFonts w:ascii="IM Fell English" w:hAnsi="IM Fell English"/>
          <w:color w:val="0D0D0D"/>
        </w:rPr>
        <w:t>CHAPTER 4 — MAIN COURSE</w:t>
      </w:r>
    </w:p>
    <w:p>
      <w:r>
        <w:rPr>
          <w:rFonts w:ascii="IM Fell English" w:hAnsi="IM Fell English"/>
          <w:color w:val="141414"/>
          <w:sz w:val="24"/>
        </w:rPr>
        <w:t>Jennifer was done.</w:t>
      </w:r>
    </w:p>
    <w:p>
      <w:r>
        <w:rPr>
          <w:rFonts w:ascii="IM Fell English" w:hAnsi="IM Fell English"/>
          <w:color w:val="141414"/>
          <w:sz w:val="24"/>
        </w:rPr>
        <w:t xml:space="preserve">Justin pulled out of her, breathing hard, and looked at Jackie over Jennifer’s shoulder with the particular sharp hunger he only ever got when the warm-up was finished and the real work could begin. Jenna was already unlocking the spreader bars, but only far enough to move Jennifer to the heavy wall rings at the far end of the dungeon. She cuffed Jennifer’s wrists high, ankles spread and locked, with her collar clipped short to the wall so she could watch but not interfere. Jennifer was flushed, marked, still dripping, and smiling like she’d been given exactly what she wanted. </w:t>
      </w:r>
    </w:p>
    <w:p>
      <w:r>
        <w:rPr>
          <w:rFonts w:ascii="IM Fell English" w:hAnsi="IM Fell English"/>
          <w:color w:val="141414"/>
          <w:sz w:val="24"/>
        </w:rPr>
        <w:t>“Stay,” Jenna told her, voice almost gentle. “You’ve had your turn. Now you get to watch the main course.”</w:t>
      </w:r>
    </w:p>
    <w:p>
      <w:r>
        <w:rPr>
          <w:rFonts w:ascii="IM Fell English" w:hAnsi="IM Fell English"/>
          <w:color w:val="141414"/>
          <w:sz w:val="24"/>
        </w:rPr>
        <w:t>Jennifer’s eyes flicked to Jackie and her smile turned feral. “Break her for me.”</w:t>
      </w:r>
    </w:p>
    <w:p>
      <w:r>
        <w:rPr>
          <w:rFonts w:ascii="IM Fell English" w:hAnsi="IM Fell English"/>
          <w:color w:val="141414"/>
          <w:sz w:val="24"/>
        </w:rPr>
        <w:t>Jackie cracked her neck once, rolled her shoulders, and looked at the twins the same way she had looked at them the first night she decided they were ready to learn what no meant and what it didn’t.</w:t>
      </w:r>
    </w:p>
    <w:p>
      <w:r>
        <w:rPr>
          <w:rFonts w:ascii="IM Fell English" w:hAnsi="IM Fell English"/>
          <w:color w:val="141414"/>
          <w:sz w:val="24"/>
        </w:rPr>
        <w:t>“Rules are off,” she said. “Katie’s watching. Lilith’s watching. You don’t stop until I say or until one of them calls it from the mansion. Clear?”</w:t>
      </w:r>
    </w:p>
    <w:p>
      <w:r>
        <w:rPr>
          <w:rFonts w:ascii="IM Fell English" w:hAnsi="IM Fell English"/>
          <w:color w:val="141414"/>
          <w:sz w:val="24"/>
        </w:rPr>
        <w:t>Justin’s grin was pure violence and pure affection. “Clear, teacher.”</w:t>
      </w:r>
    </w:p>
    <w:p>
      <w:r>
        <w:rPr>
          <w:rFonts w:ascii="IM Fell English" w:hAnsi="IM Fell English"/>
          <w:color w:val="141414"/>
          <w:sz w:val="24"/>
        </w:rPr>
        <w:t>Jenna only licked her teeth and pointed at the door.</w:t>
      </w:r>
    </w:p>
    <w:p>
      <w:r>
        <w:rPr>
          <w:rFonts w:ascii="IM Fell English" w:hAnsi="IM Fell English"/>
          <w:color w:val="141414"/>
          <w:sz w:val="24"/>
        </w:rPr>
        <w:t>They left Jennifer locked to the wall and took Jackie out into the studio proper.</w:t>
      </w:r>
    </w:p>
    <w:p>
      <w:r>
        <w:rPr>
          <w:rFonts w:ascii="IM Fell English" w:hAnsi="IM Fell English"/>
          <w:color w:val="141414"/>
          <w:sz w:val="24"/>
        </w:rPr>
        <w:t>The lot was mostly empty at this hour, but the cameras were live and the feeds to the mansion were wide open. Justin didn’t wait for a private room. He shoved Jackie against the first concrete support column in the main corridor, yanked her shirt open hard enough to pop the remaining buttons, and bit down on the side of her throat hard enough to draw blood. Jackie laughed, short and bright, and shoved back just to make him work for it. Jenna stepped in behind her, fist in her hair, and dragged her head back so Justin could paint a second bite mark on the other side.</w:t>
      </w:r>
    </w:p>
    <w:p>
      <w:r>
        <w:rPr>
          <w:rFonts w:ascii="IM Fell English" w:hAnsi="IM Fell English"/>
          <w:color w:val="141414"/>
          <w:sz w:val="24"/>
        </w:rPr>
        <w:t>They moved her through the building like a storm.</w:t>
      </w:r>
    </w:p>
    <w:p>
      <w:r>
        <w:rPr>
          <w:rFonts w:ascii="IM Fell English" w:hAnsi="IM Fell English"/>
          <w:color w:val="141414"/>
          <w:sz w:val="24"/>
        </w:rPr>
        <w:t>On Stage B Justin bent her over a lighting crate and fucked her hard enough that the crate skidded three feet across the floor while Jenna held her arms twisted behind her back and counted every time Jackie came like it was a score. In the open stairwell Jenna put her on her knees on the cold concrete and used her mouth until Jackie’s jaw ached, then let Justin take over while she kicked Jackie’s knees farther apart and marked the insides of her thighs with the toe of her boot. On the second-floor landing Justin pinned her face-first to the glass overlooking the main floor and fucked her while Jenna reached around and choked her in short, precise bursts timed to every thrust. Jackie came so hard her legs gave out. They didn’t let her fall. They dragged her to the next location by the hair and the open shirt and kept going.</w:t>
      </w:r>
    </w:p>
    <w:p>
      <w:r>
        <w:rPr>
          <w:rFonts w:ascii="IM Fell English" w:hAnsi="IM Fell English"/>
          <w:color w:val="141414"/>
          <w:sz w:val="24"/>
        </w:rPr>
        <w:t>Katie and Lilith never once spoke on the open channel, but the red monitor light in every room stayed steady. They were watching. They were enjoying the show. That was the entire point.</w:t>
      </w:r>
    </w:p>
    <w:p>
      <w:r>
        <w:rPr>
          <w:rFonts w:ascii="IM Fell English" w:hAnsi="IM Fell English"/>
          <w:color w:val="141414"/>
          <w:sz w:val="24"/>
        </w:rPr>
        <w:t xml:space="preserve">Jackie stopped keeping track of how many times she came. She stopped keeping track of the rooms. She let the twins use her the way she had taught them to use someone who had no upper limit—hard, fast, relentless, and completely without apology. Justin left bite marks, handprints, and deep, aching bruises. Jenna left scratches, boot marks, and the sharp, bright pain of hair pulled until the roots screamed. They traded her between them without ever letting her catch a full breath. When her voice started to break, they only went harder. When her knees finally gave out for real, they hauled her up and kept moving. </w:t>
      </w:r>
    </w:p>
    <w:p>
      <w:r>
        <w:rPr>
          <w:rFonts w:ascii="IM Fell English" w:hAnsi="IM Fell English"/>
          <w:color w:val="141414"/>
          <w:sz w:val="24"/>
        </w:rPr>
        <w:t>They ended on the open roof under the night air and the security lights.</w:t>
      </w:r>
    </w:p>
    <w:p>
      <w:r>
        <w:rPr>
          <w:rFonts w:ascii="IM Fell English" w:hAnsi="IM Fell English"/>
          <w:color w:val="141414"/>
          <w:sz w:val="24"/>
        </w:rPr>
        <w:t>Justin bent her over the low parapet, one hand on the back of her neck, and fucked her while the city lights blurred below. Jenna crouched in front of her, held her face, and made her look the entire time. Jackie came again with a raw, broken sound that the open mics carried straight to the mansion feeds. Justin followed a moment later, buried deep, forehead pressed to her spine. Jenna kissed Jackie’s open mouth and tasted blood and satisfaction.</w:t>
      </w:r>
    </w:p>
    <w:p>
      <w:r>
        <w:rPr>
          <w:rFonts w:ascii="IM Fell English" w:hAnsi="IM Fell English"/>
          <w:color w:val="141414"/>
          <w:sz w:val="24"/>
        </w:rPr>
        <w:t>For a long minute the only sound on the roof was the three of them breathing.</w:t>
      </w:r>
    </w:p>
    <w:p>
      <w:r>
        <w:rPr>
          <w:rFonts w:ascii="IM Fell English" w:hAnsi="IM Fell English"/>
          <w:color w:val="141414"/>
          <w:sz w:val="24"/>
        </w:rPr>
        <w:t xml:space="preserve">Justin pulled out slowly, steadying Jackie when her legs threatened to fold. Jenna produced a bottle of water from somewhere and held it while Jackie drank. Neither of them looked sorry; Jackie didn’t want them to. </w:t>
      </w:r>
    </w:p>
    <w:p>
      <w:r>
        <w:rPr>
          <w:rFonts w:ascii="IM Fell English" w:hAnsi="IM Fell English"/>
          <w:color w:val="141414"/>
          <w:sz w:val="24"/>
        </w:rPr>
        <w:t>“Functional?” Justin asked, voice rough.</w:t>
      </w:r>
    </w:p>
    <w:p>
      <w:r>
        <w:rPr>
          <w:rFonts w:ascii="IM Fell English" w:hAnsi="IM Fell English"/>
          <w:color w:val="141414"/>
          <w:sz w:val="24"/>
        </w:rPr>
        <w:t>Jackie wiped her mouth with the back of her hand and smiled the particular smile she only ever gave the two people she had personally taught how to do this.</w:t>
      </w:r>
    </w:p>
    <w:p>
      <w:r>
        <w:rPr>
          <w:rFonts w:ascii="IM Fell English" w:hAnsi="IM Fell English"/>
          <w:color w:val="141414"/>
          <w:sz w:val="24"/>
        </w:rPr>
        <w:t>“Still standing. Barely. That’s the point.”</w:t>
      </w:r>
    </w:p>
    <w:p>
      <w:r>
        <w:rPr>
          <w:rFonts w:ascii="IM Fell English" w:hAnsi="IM Fell English"/>
          <w:color w:val="141414"/>
          <w:sz w:val="24"/>
        </w:rPr>
        <w:t>Jenna glanced at the nearest camera, knowing Katie and Lilith were still on the other end, and then back at Jackie.</w:t>
      </w:r>
    </w:p>
    <w:p>
      <w:r>
        <w:rPr>
          <w:rFonts w:ascii="IM Fell English" w:hAnsi="IM Fell English"/>
          <w:color w:val="141414"/>
          <w:sz w:val="24"/>
        </w:rPr>
        <w:t>“Jennifer’s going to be insufferable when we unlock her.”</w:t>
      </w:r>
    </w:p>
    <w:p>
      <w:r>
        <w:rPr>
          <w:rFonts w:ascii="IM Fell English" w:hAnsi="IM Fell English"/>
          <w:color w:val="141414"/>
          <w:sz w:val="24"/>
        </w:rPr>
        <w:t xml:space="preserve">Jackie straightened, her shirt in ruins and her body a map of everything the twins had just done, and felt the deep, perfect ache that meant she had been used exactly the way she needed. “Come on. Let’s go get the warm-up off the wall before she starts yelling.” </w:t>
      </w:r>
    </w:p>
    <w:p>
      <w:r>
        <w:rPr>
          <w:rFonts w:ascii="IM Fell English" w:hAnsi="IM Fell English"/>
          <w:color w:val="141414"/>
          <w:sz w:val="24"/>
        </w:rPr>
        <w:t xml:space="preserve">They walked back through the studio together—slower now, quieter, the storm spent. Every camera tracked them. Every feed stayed open. Somewhere in the mansion, Katie and Lilith were almost certainly pouring another drink and replaying the roof. </w:t>
      </w:r>
    </w:p>
    <w:p>
      <w:r>
        <w:rPr>
          <w:rFonts w:ascii="IM Fell English" w:hAnsi="IM Fell English"/>
          <w:color w:val="141414"/>
          <w:sz w:val="24"/>
        </w:rPr>
        <w:t>Jennifer was exactly where they had left her, still locked to the wall, eyes bright, cheeks flushed, looking like she had enjoyed the show almost as much as the people on the other end of the feeds.</w:t>
      </w:r>
    </w:p>
    <w:p>
      <w:r>
        <w:rPr>
          <w:rFonts w:ascii="IM Fell English" w:hAnsi="IM Fell English"/>
          <w:color w:val="141414"/>
          <w:sz w:val="24"/>
        </w:rPr>
        <w:t>Jackie walked straight up to her, hooked two fingers through the collar, and kissed her once, deep and filthy and full of everything the twins had just left on her skin.</w:t>
      </w:r>
    </w:p>
    <w:p>
      <w:r>
        <w:rPr>
          <w:rFonts w:ascii="IM Fell English" w:hAnsi="IM Fell English"/>
          <w:color w:val="141414"/>
          <w:sz w:val="24"/>
        </w:rPr>
        <w:t>“Miss me?”</w:t>
      </w:r>
    </w:p>
    <w:p>
      <w:r>
        <w:rPr>
          <w:rFonts w:ascii="IM Fell English" w:hAnsi="IM Fell English"/>
          <w:color w:val="141414"/>
          <w:sz w:val="24"/>
        </w:rPr>
        <w:t>Jennifer’s laugh was pure delight and pure hunger.</w:t>
      </w:r>
    </w:p>
    <w:p>
      <w:r>
        <w:rPr>
          <w:rFonts w:ascii="IM Fell English" w:hAnsi="IM Fell English"/>
          <w:color w:val="141414"/>
          <w:sz w:val="24"/>
        </w:rPr>
        <w:t>“You’re dripping on the floor, boss. And you look like you got hit by a truck full of very attractive psychopaths.”</w:t>
      </w:r>
    </w:p>
    <w:p>
      <w:r>
        <w:rPr>
          <w:rFonts w:ascii="IM Fell English" w:hAnsi="IM Fell English"/>
          <w:color w:val="141414"/>
          <w:sz w:val="24"/>
        </w:rPr>
        <w:t xml:space="preserve">“I did.” Jackie unlocked the wall rings one-handed and caught Jennifer when she dropped. “Your turn to help me walk. Bathroom. Water. Then food. The packet can wait until Lena says otherwise.” </w:t>
      </w:r>
    </w:p>
    <w:p>
      <w:r>
        <w:rPr>
          <w:rFonts w:ascii="IM Fell English" w:hAnsi="IM Fell English"/>
          <w:color w:val="141414"/>
          <w:sz w:val="24"/>
        </w:rPr>
        <w:t>Justin and Jenna followed them out, quiet now, the particular calm that always came after they had been allowed to go as hard as they actually wanted.</w:t>
      </w:r>
    </w:p>
    <w:p>
      <w:r>
        <w:rPr>
          <w:rFonts w:ascii="IM Fell English" w:hAnsi="IM Fell English"/>
          <w:color w:val="141414"/>
          <w:sz w:val="24"/>
        </w:rPr>
        <w:t>The lot stayed silent around them.</w:t>
      </w:r>
    </w:p>
    <w:p>
      <w:r>
        <w:rPr>
          <w:rFonts w:ascii="IM Fell English" w:hAnsi="IM Fell English"/>
          <w:color w:val="141414"/>
          <w:sz w:val="24"/>
        </w:rPr>
        <w:t>The cameras kept recording.</w:t>
      </w:r>
    </w:p>
    <w:p>
      <w:r>
        <w:rPr>
          <w:rFonts w:ascii="IM Fell English" w:hAnsi="IM Fell English"/>
          <w:color w:val="141414"/>
          <w:sz w:val="24"/>
        </w:rPr>
        <w:t xml:space="preserve">And for the rest of the night, the only thing that mattered was the four of them, the open feeds, and the deep, satisfied knowledge that Jackie Voss had once again been allowed to live exactly the way she was built to live—hard, fast, and without a single limit that mattered. </w:t>
      </w:r>
    </w:p>
    <w:p>
      <w:pPr>
        <w:pStyle w:val="Heading1"/>
        <w:jc w:val="center"/>
      </w:pPr>
      <w:r>
        <w:rPr>
          <w:rFonts w:ascii="IM Fell English" w:hAnsi="IM Fell English"/>
          <w:color w:val="0D0D0D"/>
        </w:rPr>
        <w:t>CHAPTER 5 — AFTERMATH</w:t>
      </w:r>
    </w:p>
    <w:p>
      <w:r>
        <w:rPr>
          <w:rFonts w:ascii="IM Fell English" w:hAnsi="IM Fell English"/>
          <w:color w:val="141414"/>
          <w:sz w:val="24"/>
        </w:rPr>
        <w:t>They made it to the dungeon bathroom in a loose, limping pack.</w:t>
      </w:r>
    </w:p>
    <w:p>
      <w:r>
        <w:rPr>
          <w:rFonts w:ascii="IM Fell English" w:hAnsi="IM Fell English"/>
          <w:color w:val="141414"/>
          <w:sz w:val="24"/>
        </w:rPr>
        <w:t xml:space="preserve">Jackie went under the water first while Jennifer leaned against the tiled wall and watched the bruises bloom. Justin and Jenna stepped in after her without a word. The shower was built for this: big enough for four, strong enough to wash off a night like the one they had just finished, and wired into the same open grid that had carried every sound and image straight to the mansion. </w:t>
      </w:r>
    </w:p>
    <w:p>
      <w:r>
        <w:rPr>
          <w:rFonts w:ascii="IM Fell English" w:hAnsi="IM Fell English"/>
          <w:color w:val="141414"/>
          <w:sz w:val="24"/>
        </w:rPr>
        <w:t>Jennifer reached out and traced a particularly vicious bite mark on Jackie’s shoulder with one fingertip.</w:t>
      </w:r>
    </w:p>
    <w:p>
      <w:r>
        <w:rPr>
          <w:rFonts w:ascii="IM Fell English" w:hAnsi="IM Fell English"/>
          <w:color w:val="141414"/>
          <w:sz w:val="24"/>
        </w:rPr>
        <w:t>“He’s got better teeth than last time.”</w:t>
      </w:r>
    </w:p>
    <w:p>
      <w:r>
        <w:rPr>
          <w:rFonts w:ascii="IM Fell English" w:hAnsi="IM Fell English"/>
          <w:color w:val="141414"/>
          <w:sz w:val="24"/>
        </w:rPr>
        <w:t>Justin, already soaping Jackie’s back with the impersonal thoroughness of someone who had been taught by her, snorted. “She’s still standing. That’s the only review that matters.”</w:t>
      </w:r>
    </w:p>
    <w:p>
      <w:r>
        <w:rPr>
          <w:rFonts w:ascii="IM Fell English" w:hAnsi="IM Fell English"/>
          <w:color w:val="141414"/>
          <w:sz w:val="24"/>
        </w:rPr>
        <w:t>Jenna tilted Jackie’s head under the spray and kissed the corner of her mouth, tasting copper and satisfaction. “Katie’s going to replay the roof for a week. You know that, right?”</w:t>
      </w:r>
    </w:p>
    <w:p>
      <w:r>
        <w:rPr>
          <w:rFonts w:ascii="IM Fell English" w:hAnsi="IM Fell English"/>
          <w:color w:val="141414"/>
          <w:sz w:val="24"/>
        </w:rPr>
        <w:t>Jackie closed her eyes and let the hot water run over the worst of the marks. “She always does. It’s half the reason I let you two off the leash.”</w:t>
      </w:r>
    </w:p>
    <w:p>
      <w:r>
        <w:rPr>
          <w:rFonts w:ascii="IM Fell English" w:hAnsi="IM Fell English"/>
          <w:color w:val="141414"/>
          <w:sz w:val="24"/>
        </w:rPr>
        <w:t xml:space="preserve">They washed in comfortable silence for a while—hands moving over familiar skin, checking damage the same way they had checked it since the twins were eighteen and still learning the difference between enough and too much. Jennifer eventually stepped fully under the water, too, pressing herself to Jackie’s front while Justin and Jenna worked on the back. It was less about sex now and more about the quiet, possessive inventory the family always took after the limits came off. </w:t>
      </w:r>
    </w:p>
    <w:p>
      <w:r>
        <w:rPr>
          <w:rFonts w:ascii="IM Fell English" w:hAnsi="IM Fell English"/>
          <w:color w:val="141414"/>
          <w:sz w:val="24"/>
        </w:rPr>
        <w:t>When they finally shut the water off, Marcus was waiting outside with towels, water bottles, and the same calm expression he wore when everyone was still functional.</w:t>
      </w:r>
    </w:p>
    <w:p>
      <w:r>
        <w:rPr>
          <w:rFonts w:ascii="IM Fell English" w:hAnsi="IM Fell English"/>
          <w:color w:val="141414"/>
          <w:sz w:val="24"/>
        </w:rPr>
        <w:t>“Food’s upstairs,” he said. “Lena ordered enough for a small army. Katie sent a message through the open channel. Direct quote: ‘Tell the teacher she still sets the standard.’”</w:t>
      </w:r>
    </w:p>
    <w:p>
      <w:r>
        <w:rPr>
          <w:rFonts w:ascii="IM Fell English" w:hAnsi="IM Fell English"/>
          <w:color w:val="141414"/>
          <w:sz w:val="24"/>
        </w:rPr>
        <w:t>Jackie took the towel he handed her and smirked. “Tell her I said she’s welcome.”</w:t>
      </w:r>
    </w:p>
    <w:p>
      <w:r>
        <w:rPr>
          <w:rFonts w:ascii="IM Fell English" w:hAnsi="IM Fell English"/>
          <w:color w:val="141414"/>
          <w:sz w:val="24"/>
        </w:rPr>
        <w:t>They dried off, pulled on the soft black clothes Marcus had left stacked by the door, and moved as a group toward the upstairs kitchen. Jennifer stayed close enough that her shoulder kept brushing Jackie’s. Every so often she would glance at a fresh mark and make a low, appreciative sound like she was cataloguing them for later. Justin walked with the loose-limbed satisfaction of a man who had finally gotten the release he came for. Jenna looked like a cat that had been allowed to play with something sharp and was already thinking about the next round.</w:t>
      </w:r>
    </w:p>
    <w:p>
      <w:r>
        <w:rPr>
          <w:rFonts w:ascii="IM Fell English" w:hAnsi="IM Fell English"/>
          <w:color w:val="141414"/>
          <w:sz w:val="24"/>
        </w:rPr>
        <w:t>The kitchen smelled like garlic and roasted meat and fresh bread. Lena was already there, sleeves rolled up, setting containers out on the long island. She looked up when they came in, ran a practiced eye over Jackie’s visible bruises, and nodded once, satisfied.</w:t>
      </w:r>
    </w:p>
    <w:p>
      <w:r>
        <w:rPr>
          <w:rFonts w:ascii="IM Fell English" w:hAnsi="IM Fell English"/>
          <w:color w:val="141414"/>
          <w:sz w:val="24"/>
        </w:rPr>
        <w:t>“Still smiling. Good. Sit. Eat. Nobody’s opening any packets tonight.”</w:t>
      </w:r>
    </w:p>
    <w:p>
      <w:r>
        <w:rPr>
          <w:rFonts w:ascii="IM Fell English" w:hAnsi="IM Fell English"/>
          <w:color w:val="141414"/>
          <w:sz w:val="24"/>
        </w:rPr>
        <w:t xml:space="preserve">Jackie dropped onto a stool, pulled Jennifer between her knees, and started loading a plate one-handed. Jennifer stole bites without asking. Justin and Jenna took the other side of the island and ate like people who had burned through everything they had. The conversation stayed light and filthy—replaying favorite moments, arguing over who had left the better marks, and laughing when Jennifer described exactly how hard she had come just from watching the roof feed on the dungeon monitor. </w:t>
      </w:r>
    </w:p>
    <w:p>
      <w:r>
        <w:rPr>
          <w:rFonts w:ascii="IM Fell English" w:hAnsi="IM Fell English"/>
          <w:color w:val="141414"/>
          <w:sz w:val="24"/>
        </w:rPr>
        <w:t>Katie and Lilith never appeared on the open channel, but the red light on the kitchen monitor stayed steady. They were still watching. They were still enjoying the quieter aftermath the same way they had enjoyed the violence. That was part of the deal too.</w:t>
      </w:r>
    </w:p>
    <w:p>
      <w:r>
        <w:rPr>
          <w:rFonts w:ascii="IM Fell English" w:hAnsi="IM Fell English"/>
          <w:color w:val="141414"/>
          <w:sz w:val="24"/>
        </w:rPr>
        <w:t>Marcus poured drinks. Lena eventually stole a piece of bread off Jackie’s plate and ate it standing up, hip propped against the counter, looking for all the world like the same woman who had been in their bed and their dungeon for years instead of the director who now held the final say on the lot.</w:t>
      </w:r>
    </w:p>
    <w:p>
      <w:r>
        <w:rPr>
          <w:rFonts w:ascii="IM Fell English" w:hAnsi="IM Fell English"/>
          <w:color w:val="141414"/>
          <w:sz w:val="24"/>
        </w:rPr>
        <w:t>Jennifer, still tucked between Jackie’s knees, tilted her head back and looked up at her wife.</w:t>
      </w:r>
    </w:p>
    <w:p>
      <w:r>
        <w:rPr>
          <w:rFonts w:ascii="IM Fell English" w:hAnsi="IM Fell English"/>
          <w:color w:val="141414"/>
          <w:sz w:val="24"/>
        </w:rPr>
        <w:t>“You’re going to feel that tomorrow.”</w:t>
      </w:r>
    </w:p>
    <w:p>
      <w:r>
        <w:rPr>
          <w:rFonts w:ascii="IM Fell English" w:hAnsi="IM Fell English"/>
          <w:color w:val="141414"/>
          <w:sz w:val="24"/>
        </w:rPr>
        <w:t>“I’m going to feel it for three days.” Jackie kissed the tip of her nose. “That’s the point.”</w:t>
      </w:r>
    </w:p>
    <w:p>
      <w:r>
        <w:rPr>
          <w:rFonts w:ascii="IM Fell English" w:hAnsi="IM Fell English"/>
          <w:color w:val="141414"/>
          <w:sz w:val="24"/>
        </w:rPr>
        <w:t>Justin raised his glass. “To the teacher who still doesn’t know how to stay down.”</w:t>
      </w:r>
    </w:p>
    <w:p>
      <w:r>
        <w:rPr>
          <w:rFonts w:ascii="IM Fell English" w:hAnsi="IM Fell English"/>
          <w:color w:val="141414"/>
          <w:sz w:val="24"/>
        </w:rPr>
        <w:t>Jenna clinked her glass against his. “And to the mutt who gets off harder watching than she does participating.”</w:t>
      </w:r>
    </w:p>
    <w:p>
      <w:r>
        <w:rPr>
          <w:rFonts w:ascii="IM Fell English" w:hAnsi="IM Fell English"/>
          <w:color w:val="141414"/>
          <w:sz w:val="24"/>
        </w:rPr>
        <w:t>Jennifer laughed, unrepentant. “Guilty.”</w:t>
      </w:r>
    </w:p>
    <w:p>
      <w:r>
        <w:rPr>
          <w:rFonts w:ascii="IM Fell English" w:hAnsi="IM Fell English"/>
          <w:color w:val="141414"/>
          <w:sz w:val="24"/>
        </w:rPr>
        <w:t xml:space="preserve">They ate until the containers were empty and the sharp edge of the night had softened into the particular warm exhaustion the family always reached when everyone had gotten what they needed. Eventually, Justin stood, pulled Jenna up with him, and looked at Jackie the same way he had looked at her the night she decided he was ready. </w:t>
      </w:r>
    </w:p>
    <w:p>
      <w:r>
        <w:rPr>
          <w:rFonts w:ascii="IM Fell English" w:hAnsi="IM Fell English"/>
          <w:color w:val="141414"/>
          <w:sz w:val="24"/>
        </w:rPr>
        <w:t>“Same time next week?”</w:t>
      </w:r>
    </w:p>
    <w:p>
      <w:r>
        <w:rPr>
          <w:rFonts w:ascii="IM Fell English" w:hAnsi="IM Fell English"/>
          <w:color w:val="141414"/>
          <w:sz w:val="24"/>
        </w:rPr>
        <w:t>Jackie glanced at Lena. Lena gave a small, easy shrug that said the schedule was still open.</w:t>
      </w:r>
    </w:p>
    <w:p>
      <w:r>
        <w:rPr>
          <w:rFonts w:ascii="IM Fell English" w:hAnsi="IM Fell English"/>
          <w:color w:val="141414"/>
          <w:sz w:val="24"/>
        </w:rPr>
        <w:t>“We’ll see what the director decides,” Jackie said. “And what Katie wants. For now get out of here before Jennifer decides she’s ready for round two and none of us can walk tomorrow.”</w:t>
      </w:r>
    </w:p>
    <w:p>
      <w:r>
        <w:rPr>
          <w:rFonts w:ascii="IM Fell English" w:hAnsi="IM Fell English"/>
          <w:color w:val="141414"/>
          <w:sz w:val="24"/>
        </w:rPr>
        <w:t>Justin grinned, kissed Jennifer once on the forehead, then Jackie, then let Jenna drag him toward the door. At the threshold Jenna looked back, eyes bright.</w:t>
      </w:r>
    </w:p>
    <w:p>
      <w:r>
        <w:rPr>
          <w:rFonts w:ascii="IM Fell English" w:hAnsi="IM Fell English"/>
          <w:color w:val="141414"/>
          <w:sz w:val="24"/>
        </w:rPr>
        <w:t>“Tell Katie the roof was for her.”</w:t>
      </w:r>
    </w:p>
    <w:p>
      <w:r>
        <w:rPr>
          <w:rFonts w:ascii="IM Fell English" w:hAnsi="IM Fell English"/>
          <w:color w:val="141414"/>
          <w:sz w:val="24"/>
        </w:rPr>
        <w:t>“She already knows,” Jackie said.</w:t>
      </w:r>
    </w:p>
    <w:p>
      <w:r>
        <w:rPr>
          <w:rFonts w:ascii="IM Fell English" w:hAnsi="IM Fell English"/>
          <w:color w:val="141414"/>
          <w:sz w:val="24"/>
        </w:rPr>
        <w:t xml:space="preserve">The door closed. The sound of the twins’ car leaving the lot faded into the night. Marcus started clearing containers. Lena checked the time, then the open channel light, and then nodded to herself. </w:t>
      </w:r>
    </w:p>
    <w:p>
      <w:r>
        <w:rPr>
          <w:rFonts w:ascii="IM Fell English" w:hAnsi="IM Fell English"/>
          <w:color w:val="141414"/>
          <w:sz w:val="24"/>
        </w:rPr>
        <w:t>“Bed,” she said. “Both of you. No packets. No planning. No starting the next disaster before I say so. Clear?”</w:t>
      </w:r>
    </w:p>
    <w:p>
      <w:r>
        <w:rPr>
          <w:rFonts w:ascii="IM Fell English" w:hAnsi="IM Fell English"/>
          <w:color w:val="141414"/>
          <w:sz w:val="24"/>
        </w:rPr>
        <w:t>Jackie stood, pulled Jennifer up with her, and felt every fresh bruise announce itself in the best possible way.</w:t>
      </w:r>
    </w:p>
    <w:p>
      <w:r>
        <w:rPr>
          <w:rFonts w:ascii="IM Fell English" w:hAnsi="IM Fell English"/>
          <w:color w:val="141414"/>
          <w:sz w:val="24"/>
        </w:rPr>
        <w:t>“Clear, Director.”</w:t>
      </w:r>
    </w:p>
    <w:p>
      <w:r>
        <w:rPr>
          <w:rFonts w:ascii="IM Fell English" w:hAnsi="IM Fell English"/>
          <w:color w:val="141414"/>
          <w:sz w:val="24"/>
        </w:rPr>
        <w:t>Jennifer leaned into her side, collar still buckled, smile still wicked.</w:t>
      </w:r>
    </w:p>
    <w:p>
      <w:r>
        <w:rPr>
          <w:rFonts w:ascii="IM Fell English" w:hAnsi="IM Fell English"/>
          <w:color w:val="141414"/>
          <w:sz w:val="24"/>
        </w:rPr>
        <w:t>“Clear.”</w:t>
      </w:r>
    </w:p>
    <w:p>
      <w:r>
        <w:rPr>
          <w:rFonts w:ascii="IM Fell English" w:hAnsi="IM Fell English"/>
          <w:color w:val="141414"/>
          <w:sz w:val="24"/>
        </w:rPr>
        <w:t xml:space="preserve">They walked the hallway to their bedroom under the quiet eyes of the cameras and the distant, steady knowledge that Katie and Lilith were still on the other end of the feeds, finishing their drinks and their replay. </w:t>
      </w:r>
    </w:p>
    <w:p>
      <w:r>
        <w:rPr>
          <w:rFonts w:ascii="IM Fell English" w:hAnsi="IM Fell English"/>
          <w:color w:val="141414"/>
          <w:sz w:val="24"/>
        </w:rPr>
        <w:t>Jackie closed the bedroom door with her foot, steered Jennifer toward the bed, and followed her down.</w:t>
      </w:r>
    </w:p>
    <w:p>
      <w:r>
        <w:rPr>
          <w:rFonts w:ascii="IM Fell English" w:hAnsi="IM Fell English"/>
          <w:color w:val="141414"/>
          <w:sz w:val="24"/>
        </w:rPr>
        <w:t>The marks would be spectacular in the morning.</w:t>
      </w:r>
    </w:p>
    <w:p>
      <w:r>
        <w:rPr>
          <w:rFonts w:ascii="IM Fell English" w:hAnsi="IM Fell English"/>
          <w:color w:val="141414"/>
          <w:sz w:val="24"/>
        </w:rPr>
        <w:t>The packet would still be sealed.</w:t>
      </w:r>
    </w:p>
    <w:p>
      <w:r>
        <w:rPr>
          <w:rFonts w:ascii="IM Fell English" w:hAnsi="IM Fell English"/>
          <w:color w:val="141414"/>
          <w:sz w:val="24"/>
        </w:rPr>
        <w:t xml:space="preserve">And for one more night, the only thing that mattered was the two of them, the open grid, and the deep, satisfied knowledge that the family had once again played exactly as hard as it wanted—and everyone, from the dungeon to the mansion, had enjoyed the show. </w:t>
      </w:r>
    </w:p>
    <w:p>
      <w:pPr>
        <w:pStyle w:val="Heading1"/>
        <w:jc w:val="center"/>
      </w:pPr>
      <w:r>
        <w:rPr>
          <w:rFonts w:ascii="IM Fell English" w:hAnsi="IM Fell English"/>
          <w:color w:val="0D0D0D"/>
        </w:rPr>
        <w:t>CHAPTER 6 — THREE DAYS</w:t>
      </w:r>
    </w:p>
    <w:p>
      <w:r>
        <w:rPr>
          <w:rFonts w:ascii="IM Fell English" w:hAnsi="IM Fell English"/>
          <w:color w:val="141414"/>
          <w:sz w:val="24"/>
        </w:rPr>
        <w:t>Jackie woke up feeling every single mark.</w:t>
      </w:r>
    </w:p>
    <w:p>
      <w:r>
        <w:rPr>
          <w:rFonts w:ascii="IM Fell English" w:hAnsi="IM Fell English"/>
          <w:color w:val="141414"/>
          <w:sz w:val="24"/>
        </w:rPr>
        <w:t>The morning light that made it past the blackout curtains was enough to show the damage in high detail: deep bite bruises along both sides of her throat, a constellation of handprints and fingerprints across her hips and thighs, long scratches down her back, and the particular deep muscle ache that only came from being used without limits by two people who had learned their craft from her. She lay still for a minute, cataloguing, and decided the twins had done some of their best work.</w:t>
      </w:r>
    </w:p>
    <w:p>
      <w:r>
        <w:rPr>
          <w:rFonts w:ascii="IM Fell English" w:hAnsi="IM Fell English"/>
          <w:color w:val="141414"/>
          <w:sz w:val="24"/>
        </w:rPr>
        <w:t>Jennifer was already awake, propped on one elbow, studying the same map with open appreciation.</w:t>
      </w:r>
    </w:p>
    <w:p>
      <w:r>
        <w:rPr>
          <w:rFonts w:ascii="IM Fell English" w:hAnsi="IM Fell English"/>
          <w:color w:val="141414"/>
          <w:sz w:val="24"/>
        </w:rPr>
        <w:t>“You’re a walking crime scene,” she said, voice still rough from the night before. “Justin’s teeth are never coming near my shoulder again. I’m filing a formal complaint with the teacher.”</w:t>
      </w:r>
    </w:p>
    <w:p>
      <w:r>
        <w:rPr>
          <w:rFonts w:ascii="IM Fell English" w:hAnsi="IM Fell English"/>
          <w:color w:val="141414"/>
          <w:sz w:val="24"/>
        </w:rPr>
        <w:t>Jackie turned her head and gave her a slow, satisfied smirk. “File it with Katie. She already watched the whole thing and sent a compliment.”</w:t>
      </w:r>
    </w:p>
    <w:p>
      <w:r>
        <w:rPr>
          <w:rFonts w:ascii="IM Fell English" w:hAnsi="IM Fell English"/>
          <w:color w:val="141414"/>
          <w:sz w:val="24"/>
        </w:rPr>
        <w:t>Jennifer leaned down and licked a particularly dark bite mark on Jackie’s collarbone. “I’m serious. You look like you lost a fight with a very affectionate shark.”</w:t>
      </w:r>
    </w:p>
    <w:p>
      <w:r>
        <w:rPr>
          <w:rFonts w:ascii="IM Fell English" w:hAnsi="IM Fell English"/>
          <w:color w:val="141414"/>
          <w:sz w:val="24"/>
        </w:rPr>
        <w:t xml:space="preserve">“I won.” Jackie reached up, hooked two fingers in Jennifer’s collar, and pulled her into a lazy kiss. “Three days, mouse. That’s how long this is going to last. Enjoy the view while it’s fresh.” </w:t>
      </w:r>
    </w:p>
    <w:p>
      <w:r>
        <w:rPr>
          <w:rFonts w:ascii="IM Fell English" w:hAnsi="IM Fell English"/>
          <w:color w:val="141414"/>
          <w:sz w:val="24"/>
        </w:rPr>
        <w:t>They stayed in bed longer than usual. Jennifer mapped every bruise with her mouth and fingers, half inventory and half worship, while Jackie lay there and let her. Every so often Jennifer would find a spot that still made Jackie’s breath catch and laugh against her skin like she’d won a prize. The open bedroom cameras recorded all of it. Somewhere in the mansion Katie and Lilith were probably having breakfast and replaying the roof again. The thought only made Jackie settle deeper into the mattress.</w:t>
      </w:r>
    </w:p>
    <w:p>
      <w:r>
        <w:rPr>
          <w:rFonts w:ascii="IM Fell English" w:hAnsi="IM Fell English"/>
          <w:color w:val="141414"/>
          <w:sz w:val="24"/>
        </w:rPr>
        <w:t>Eventually hunger won.</w:t>
      </w:r>
    </w:p>
    <w:p>
      <w:r>
        <w:rPr>
          <w:rFonts w:ascii="IM Fell English" w:hAnsi="IM Fell English"/>
          <w:color w:val="141414"/>
          <w:sz w:val="24"/>
        </w:rPr>
        <w:t xml:space="preserve">They showered together, slower this time, with Jennifer insisting on washing every mark herself while delivering a running commentary on which ones were her favorites. Jackie let her, then returned the favor by pinning her to the tiled wall and making her come twice with her fingers before either of them were fully clean. Jennifer left the shower with wet hair, a fresh set of fingerprints, and the same wicked smile she had worn the night before. </w:t>
      </w:r>
    </w:p>
    <w:p>
      <w:r>
        <w:rPr>
          <w:rFonts w:ascii="IM Fell English" w:hAnsi="IM Fell English"/>
          <w:color w:val="141414"/>
          <w:sz w:val="24"/>
        </w:rPr>
        <w:t>Clothes were optional for most of the morning. Jackie pulled on one of the soft black shirts that still smelled faintly of the dungeon laundry and nothing else. Jennifer stayed in the collar and one of Jackie’s shirts that barely covered the tops of her thighs. They made coffee in comfortable silence, Jennifer perched on the kitchen counter while Jackie moved around her, every so often stopping to bite a new mark or soothe an old one with her tongue.</w:t>
      </w:r>
    </w:p>
    <w:p>
      <w:r>
        <w:rPr>
          <w:rFonts w:ascii="IM Fell English" w:hAnsi="IM Fell English"/>
          <w:color w:val="141414"/>
          <w:sz w:val="24"/>
        </w:rPr>
        <w:t>Marcus appeared just before ten with fresh pastries and the same calm, knowing look he always wore the morning after the twins visited.</w:t>
      </w:r>
    </w:p>
    <w:p>
      <w:r>
        <w:rPr>
          <w:rFonts w:ascii="IM Fell English" w:hAnsi="IM Fell English"/>
          <w:color w:val="141414"/>
          <w:sz w:val="24"/>
        </w:rPr>
        <w:t>“Lena says no one is expected on the lot until noon. Katie sent another message. Direct quote: ‘Three days is acceptable. Tell the teacher the roof is now in the family archive.’”</w:t>
      </w:r>
    </w:p>
    <w:p>
      <w:r>
        <w:rPr>
          <w:rFonts w:ascii="IM Fell English" w:hAnsi="IM Fell English"/>
          <w:color w:val="141414"/>
          <w:sz w:val="24"/>
        </w:rPr>
        <w:t>Jackie accepted a pastry and smirked. “Tell her I said she’s welcome to the high-definition copy.”</w:t>
      </w:r>
    </w:p>
    <w:p>
      <w:r>
        <w:rPr>
          <w:rFonts w:ascii="IM Fell English" w:hAnsi="IM Fell English"/>
          <w:color w:val="141414"/>
          <w:sz w:val="24"/>
        </w:rPr>
        <w:t>Jennifer stole half the pastry out of Jackie’s hand. “Tell her the mutt wants a copy of the dungeon monitor angle. Best seat in the house.”</w:t>
      </w:r>
    </w:p>
    <w:p>
      <w:r>
        <w:rPr>
          <w:rFonts w:ascii="IM Fell English" w:hAnsi="IM Fell English"/>
          <w:color w:val="141414"/>
          <w:sz w:val="24"/>
        </w:rPr>
        <w:t>Marcus shook his head, almost smiling, and left them to the rest of the morning.</w:t>
      </w:r>
    </w:p>
    <w:p>
      <w:r>
        <w:rPr>
          <w:rFonts w:ascii="IM Fell English" w:hAnsi="IM Fell English"/>
          <w:color w:val="141414"/>
          <w:sz w:val="24"/>
        </w:rPr>
        <w:t xml:space="preserve">They didn’t bother with the lot until well after noon. When they finally drove in, the open-grid cameras tracked every careful step Jackie took. People looked. A couple of the grips from the day before openly winced in sympathy and then grinned when Jennifer waved at them like nothing in the world was wrong. Jackie walked like the bruises were a trophy; in a way, they were. </w:t>
      </w:r>
    </w:p>
    <w:p>
      <w:r>
        <w:rPr>
          <w:rFonts w:ascii="IM Fell English" w:hAnsi="IM Fell English"/>
          <w:color w:val="141414"/>
          <w:sz w:val="24"/>
        </w:rPr>
        <w:t>Lena met them in the main corridor, tablet in hand, eyes flicking over Jackie’s visible marks with professional satisfaction and personal warmth.</w:t>
      </w:r>
    </w:p>
    <w:p>
      <w:r>
        <w:rPr>
          <w:rFonts w:ascii="IM Fell English" w:hAnsi="IM Fell English"/>
          <w:color w:val="141414"/>
          <w:sz w:val="24"/>
        </w:rPr>
        <w:t>“Still smiling. Good. Packet stays closed. Twins already requested next week’s slot. I told them it depends on how mobile the teacher is by then.” She reached out and gently tilted Jackie’s chin to examine a particularly dark bite. “Justin’s improving.”</w:t>
      </w:r>
    </w:p>
    <w:p>
      <w:r>
        <w:rPr>
          <w:rFonts w:ascii="IM Fell English" w:hAnsi="IM Fell English"/>
          <w:color w:val="141414"/>
          <w:sz w:val="24"/>
        </w:rPr>
        <w:t>“He had a good teacher,” Jackie said.</w:t>
      </w:r>
    </w:p>
    <w:p>
      <w:r>
        <w:rPr>
          <w:rFonts w:ascii="IM Fell English" w:hAnsi="IM Fell English"/>
          <w:color w:val="141414"/>
          <w:sz w:val="24"/>
        </w:rPr>
        <w:t>Lena’s mouth curved. “He did. Go be decorative in the office. Jennifer, you’re on light rental duty only — nothing that requires the teacher to chase you down a hallway. Clear?”</w:t>
      </w:r>
    </w:p>
    <w:p>
      <w:r>
        <w:rPr>
          <w:rFonts w:ascii="IM Fell English" w:hAnsi="IM Fell English"/>
          <w:color w:val="141414"/>
          <w:sz w:val="24"/>
        </w:rPr>
        <w:t>“Clear, Director,” they answered together.</w:t>
      </w:r>
    </w:p>
    <w:p>
      <w:r>
        <w:rPr>
          <w:rFonts w:ascii="IM Fell English" w:hAnsi="IM Fell English"/>
          <w:color w:val="141414"/>
          <w:sz w:val="24"/>
        </w:rPr>
        <w:t>The rest of the day stayed easy and filthy. Jackie spent most of it on the office couch with Jennifer in her lap, the two of them trading slow kisses and slower hands while the corridor cameras recorded everything. Jennifer took exactly one short rental after lunch, logged it, and came back even more pleased with herself. Every time Jackie shifted and a bruise made itself known, Jennifer made a low, happy sound like she was filing it away for later use.</w:t>
      </w:r>
    </w:p>
    <w:p>
      <w:r>
        <w:rPr>
          <w:rFonts w:ascii="IM Fell English" w:hAnsi="IM Fell English"/>
          <w:color w:val="141414"/>
          <w:sz w:val="24"/>
        </w:rPr>
        <w:t>By late afternoon the three-day countdown had become a running joke.</w:t>
      </w:r>
    </w:p>
    <w:p>
      <w:r>
        <w:rPr>
          <w:rFonts w:ascii="IM Fell English" w:hAnsi="IM Fell English"/>
          <w:color w:val="141414"/>
          <w:sz w:val="24"/>
        </w:rPr>
        <w:t>Jennifer would poke a bruise and whisper, “Two and a half days left, boss.”</w:t>
      </w:r>
    </w:p>
    <w:p>
      <w:r>
        <w:rPr>
          <w:rFonts w:ascii="IM Fell English" w:hAnsi="IM Fell English"/>
          <w:color w:val="141414"/>
          <w:sz w:val="24"/>
        </w:rPr>
        <w:t>Jackie would pin her to the nearest wall and remind her that the teacher still set the schedule.</w:t>
      </w:r>
    </w:p>
    <w:p>
      <w:r>
        <w:rPr>
          <w:rFonts w:ascii="IM Fell English" w:hAnsi="IM Fell English"/>
          <w:color w:val="141414"/>
          <w:sz w:val="24"/>
        </w:rPr>
        <w:t>The black packet remained exactly where Lena had left it — sealed, untouched, and no longer the most interesting thing in the building.</w:t>
      </w:r>
    </w:p>
    <w:p>
      <w:r>
        <w:rPr>
          <w:rFonts w:ascii="IM Fell English" w:hAnsi="IM Fell English"/>
          <w:color w:val="141414"/>
          <w:sz w:val="24"/>
        </w:rPr>
        <w:t>When they finally drove home, Jennifer kept one hand on Jackie’s thigh the entire way, fingers tracing idle patterns over the deepest marks.</w:t>
      </w:r>
    </w:p>
    <w:p>
      <w:r>
        <w:rPr>
          <w:rFonts w:ascii="IM Fell English" w:hAnsi="IM Fell English"/>
          <w:color w:val="141414"/>
          <w:sz w:val="24"/>
        </w:rPr>
        <w:t>“Same time next week?” she asked, echoing Justin’s question from the night before.</w:t>
      </w:r>
    </w:p>
    <w:p>
      <w:r>
        <w:rPr>
          <w:rFonts w:ascii="IM Fell English" w:hAnsi="IM Fell English"/>
          <w:color w:val="141414"/>
          <w:sz w:val="24"/>
        </w:rPr>
        <w:t>Jackie glanced at her, then at the open road, and felt the familiar deep satisfaction of a body that had been used exactly the way it was built to be used.</w:t>
      </w:r>
    </w:p>
    <w:p>
      <w:r>
        <w:rPr>
          <w:rFonts w:ascii="IM Fell English" w:hAnsi="IM Fell English"/>
          <w:color w:val="141414"/>
          <w:sz w:val="24"/>
        </w:rPr>
        <w:t>“If the director clears it. And if Katie doesn’t decide she wants a live sequel first.”</w:t>
      </w:r>
    </w:p>
    <w:p>
      <w:r>
        <w:rPr>
          <w:rFonts w:ascii="IM Fell English" w:hAnsi="IM Fell English"/>
          <w:color w:val="141414"/>
          <w:sz w:val="24"/>
        </w:rPr>
        <w:t>Jennifer’s smile was pure trouble.</w:t>
      </w:r>
    </w:p>
    <w:p>
      <w:r>
        <w:rPr>
          <w:rFonts w:ascii="IM Fell English" w:hAnsi="IM Fell English"/>
          <w:color w:val="141414"/>
          <w:sz w:val="24"/>
        </w:rPr>
        <w:t>“Best family ever.”</w:t>
      </w:r>
    </w:p>
    <w:p>
      <w:r>
        <w:rPr>
          <w:rFonts w:ascii="IM Fell English" w:hAnsi="IM Fell English"/>
          <w:color w:val="141414"/>
          <w:sz w:val="24"/>
        </w:rPr>
        <w:t>Jackie covered her hand, pressed down hard enough to make the bruises sing, and kept driving.</w:t>
      </w:r>
    </w:p>
    <w:p>
      <w:r>
        <w:rPr>
          <w:rFonts w:ascii="IM Fell English" w:hAnsi="IM Fell English"/>
          <w:color w:val="141414"/>
          <w:sz w:val="24"/>
        </w:rPr>
        <w:t>The marks would still be there in the morning.</w:t>
      </w:r>
    </w:p>
    <w:p>
      <w:r>
        <w:rPr>
          <w:rFonts w:ascii="IM Fell English" w:hAnsi="IM Fell English"/>
          <w:color w:val="141414"/>
          <w:sz w:val="24"/>
        </w:rPr>
        <w:t>The packet would still be sealed.</w:t>
      </w:r>
    </w:p>
    <w:p>
      <w:r>
        <w:rPr>
          <w:rFonts w:ascii="IM Fell English" w:hAnsi="IM Fell English"/>
          <w:color w:val="141414"/>
          <w:sz w:val="24"/>
        </w:rPr>
        <w:t xml:space="preserve">And for the next three days, the only thing that mattered was the two of them, the open feeds, and the quiet, filthy knowledge that the teacher had once again set the standard—and the whole family had been there to enjoy it. </w:t>
      </w:r>
    </w:p>
    <w:p>
      <w:pPr>
        <w:pStyle w:val="Heading1"/>
        <w:jc w:val="center"/>
      </w:pPr>
      <w:r>
        <w:rPr>
          <w:rFonts w:ascii="IM Fell English" w:hAnsi="IM Fell English"/>
          <w:color w:val="0D0D0D"/>
        </w:rPr>
        <w:t>CHAPTER 7 — TWO DAYS</w:t>
      </w:r>
    </w:p>
    <w:p>
      <w:r>
        <w:rPr>
          <w:rFonts w:ascii="IM Fell English" w:hAnsi="IM Fell English"/>
          <w:color w:val="141414"/>
          <w:sz w:val="24"/>
        </w:rPr>
        <w:t>By the second day the bruises had reached their full, spectacular color.</w:t>
      </w:r>
    </w:p>
    <w:p>
      <w:r>
        <w:rPr>
          <w:rFonts w:ascii="IM Fell English" w:hAnsi="IM Fell English"/>
          <w:color w:val="141414"/>
          <w:sz w:val="24"/>
        </w:rPr>
        <w:t xml:space="preserve">Jackie stood naked in front of the bathroom mirror and took inventory the way other people checked the weather. Deep purples and dirty reds bloomed along both sides of her throat where Justin’s teeth had owned her. A perfect set of fingerprints had darkened on her left hip, each digit clearly visible. Long scratches from Jenna’s nails had scabbed into neat, stinging lines down her back. The deeper muscle ache from being bent, held, and fucked without limits still lived in her thighs and lower back every time she shifted her weight. She turned slowly, watching the light catch every mark, and felt the familiar low thrum of satisfaction. The twins had outdone themselves. </w:t>
      </w:r>
    </w:p>
    <w:p>
      <w:r>
        <w:rPr>
          <w:rFonts w:ascii="IM Fell English" w:hAnsi="IM Fell English"/>
          <w:color w:val="141414"/>
          <w:sz w:val="24"/>
        </w:rPr>
        <w:t xml:space="preserve">Jennifer appeared in the mirror behind her, already collared, already naked, and set her chin on Jackie’s shoulder with a happy little sigh. Her hands slid around Jackie’s waist and settled directly on the worst of the fingerprints, thumbs stroking the bruised skin like she was reading braille. </w:t>
      </w:r>
    </w:p>
    <w:p>
      <w:r>
        <w:rPr>
          <w:rFonts w:ascii="IM Fell English" w:hAnsi="IM Fell English"/>
          <w:color w:val="141414"/>
          <w:sz w:val="24"/>
        </w:rPr>
        <w:t>“Two days left on the countdown, boss,” she murmured, voice still rough from the night before. “I’m taking pictures before they start fading. High-resolution. Multiple angles. Maybe a short video for the family archive.”</w:t>
      </w:r>
    </w:p>
    <w:p>
      <w:r>
        <w:rPr>
          <w:rFonts w:ascii="IM Fell English" w:hAnsi="IM Fell English"/>
          <w:color w:val="141414"/>
          <w:sz w:val="24"/>
        </w:rPr>
        <w:t xml:space="preserve">Jackie met her eyes in the glass and smirked. “You’re taking pictures because looking at them makes you wet.” </w:t>
      </w:r>
    </w:p>
    <w:p>
      <w:r>
        <w:rPr>
          <w:rFonts w:ascii="IM Fell English" w:hAnsi="IM Fell English"/>
          <w:color w:val="141414"/>
          <w:sz w:val="24"/>
        </w:rPr>
        <w:t xml:space="preserve">“That too.” Jennifer leaned in and licked a particularly dark bite mark on Jackie’s collarbone, slow and filthy, then soothed it with her tongue. “Katie already requested the stills from the roof cameras. Lena approved the transfer this morning. You’re officially permanent archive material again. Lilith asked for the dungeon-monitor angle of me watching. She said it was her favorite part.” </w:t>
      </w:r>
    </w:p>
    <w:p>
      <w:r>
        <w:rPr>
          <w:rFonts w:ascii="IM Fell English" w:hAnsi="IM Fell English"/>
          <w:color w:val="141414"/>
          <w:sz w:val="24"/>
        </w:rPr>
        <w:t xml:space="preserve">Jackie reached back, hooked two fingers in Jennifer’s collar, and pulled her closer until the front of Jennifer’s body pressed flush against all the sore places. “Tell Katie she already has the live version. She watched every second of it in real time while Lilith probably had a hand down her skirt.” </w:t>
      </w:r>
    </w:p>
    <w:p>
      <w:r>
        <w:rPr>
          <w:rFonts w:ascii="IM Fell English" w:hAnsi="IM Fell English"/>
          <w:color w:val="141414"/>
          <w:sz w:val="24"/>
        </w:rPr>
        <w:t xml:space="preserve">Jennifer laughed against her skin and bit the side of her neck, careful of the darkest bruise, then kissed it better. “You’re in a filthy good mood for someone who still walks like she got hit by a truck full of very attractive sadists.” </w:t>
      </w:r>
    </w:p>
    <w:p>
      <w:r>
        <w:rPr>
          <w:rFonts w:ascii="IM Fell English" w:hAnsi="IM Fell English"/>
          <w:color w:val="141414"/>
          <w:sz w:val="24"/>
        </w:rPr>
        <w:t xml:space="preserve">“I am a very attractive sadist.” Jackie turned in her arms, backed her into the bathroom counter, and kissed her slow and deep, letting Jennifer feel every bruise on purpose. “And I won. I always win.” </w:t>
      </w:r>
    </w:p>
    <w:p>
      <w:r>
        <w:rPr>
          <w:rFonts w:ascii="IM Fell English" w:hAnsi="IM Fell English"/>
          <w:color w:val="141414"/>
          <w:sz w:val="24"/>
        </w:rPr>
        <w:t xml:space="preserve">They stayed like that for a long time—forehead to forehead, breathing each other’s air, Jennifer’s hands roaming over every mark she could reach like she was trying to memorize them with her palms. Every so often, she would find a spot that still made Jackie’s breath hitch and grind against her in answer, soft and shameless. The open bathroom camera recorded all of it. Somewhere in the mansion, Katie and Lilith were almost certainly having breakfast and replaying the roof sequence again. The thought only made Jackie wetter. </w:t>
      </w:r>
    </w:p>
    <w:p>
      <w:r>
        <w:rPr>
          <w:rFonts w:ascii="IM Fell English" w:hAnsi="IM Fell English"/>
          <w:color w:val="141414"/>
          <w:sz w:val="24"/>
        </w:rPr>
        <w:t xml:space="preserve">Eventually, Jennifer slid down to her knees on the bath mat, pushed Jackie’s thighs apart, and put her mouth on her without asking. She licked and sucked like she had all morning and no other plans, one hand reaching up to press against the fingerprint bruises on Jackie’s hip just to feel her twitch. Jackie braced her hands on the counter, dropped her head back, and let her wife take what she wanted. When she came, it was low and drawn-out, more a deep roll of pleasure than a sharp peak, and Jennifer stayed right there through it, humming like she’d been given a gift. </w:t>
      </w:r>
    </w:p>
    <w:p>
      <w:r>
        <w:rPr>
          <w:rFonts w:ascii="IM Fell English" w:hAnsi="IM Fell English"/>
          <w:color w:val="141414"/>
          <w:sz w:val="24"/>
        </w:rPr>
        <w:t>Only then did they finally make it to the shower.</w:t>
      </w:r>
    </w:p>
    <w:p>
      <w:r>
        <w:rPr>
          <w:rFonts w:ascii="IM Fell English" w:hAnsi="IM Fell English"/>
          <w:color w:val="141414"/>
          <w:sz w:val="24"/>
        </w:rPr>
        <w:t xml:space="preserve">Jennifer insisted on washing every single mark herself. She soaped Jackie’s throat and shoulders with careful fingers, lingered on the bite marks, traced the scratches down her back with the soft side of the sponge, and spent extra time on the fingerprints and the aching muscles of her thighs. Every so often, she would lean in and bite a bruise that was already there, just hard enough to make Jackie hiss and then melt. Jackie returned the favor by pinning her to the tiled wall halfway through and fucking her with two fingers until Jennifer came with a broken little laugh and her forehead against Jackie’s shoulder. </w:t>
      </w:r>
    </w:p>
    <w:p>
      <w:r>
        <w:rPr>
          <w:rFonts w:ascii="IM Fell English" w:hAnsi="IM Fell English"/>
          <w:color w:val="141414"/>
          <w:sz w:val="24"/>
        </w:rPr>
        <w:t>They were late to the lot on purpose.</w:t>
      </w:r>
    </w:p>
    <w:p>
      <w:r>
        <w:rPr>
          <w:rFonts w:ascii="IM Fell English" w:hAnsi="IM Fell English"/>
          <w:color w:val="141414"/>
          <w:sz w:val="24"/>
        </w:rPr>
        <w:t xml:space="preserve">When they finally walked through the main entrance, the open-grid cameras tracked every careful, slightly stiff step Jackie took. People looked. A couple of the grips who had been on the floor the night of the twins openly grinned and gave her the respectful nod reserved for someone who had taken everything the family could throw and still shown up smiling. Jennifer, wearing nothing but the collar and one of Jackie’s shirts that barely covered her ass, waved at them like she was on a victory parade. Jackie simply walked like the bruises were part of the uniform—because they were. </w:t>
      </w:r>
    </w:p>
    <w:p>
      <w:r>
        <w:rPr>
          <w:rFonts w:ascii="IM Fell English" w:hAnsi="IM Fell English"/>
          <w:color w:val="141414"/>
          <w:sz w:val="24"/>
        </w:rPr>
        <w:t>Lena met them in the main corridor with coffee and the same warm, assessing look she always wore when the family had played hard the night before.</w:t>
      </w:r>
    </w:p>
    <w:p>
      <w:r>
        <w:rPr>
          <w:rFonts w:ascii="IM Fell English" w:hAnsi="IM Fell English"/>
          <w:color w:val="141414"/>
          <w:sz w:val="24"/>
        </w:rPr>
        <w:t xml:space="preserve">“Color’s perfect,” she said, tilting Jackie’s chin with two fingers to examine a particularly dark bite. Her thumb brushed the edge of it with familiar affection. “Justin’s improving. Jenna’s timing is getting vicious in the best way. Katie already filed the entire roof sequence under permanent family archive. Lilith requested the close-ups of your face when you came the last time.” She released Jackie’s chin and handed her the coffee. “Packet stays closed. You’re both on light duty. Jennifer, rentals only if the teacher is in the same room and supervising. Jackie, you’re decorative, available for inspection, and allowed to enjoy the attention. Clear?” </w:t>
      </w:r>
    </w:p>
    <w:p>
      <w:r>
        <w:rPr>
          <w:rFonts w:ascii="IM Fell English" w:hAnsi="IM Fell English"/>
          <w:color w:val="141414"/>
          <w:sz w:val="24"/>
        </w:rPr>
        <w:t>“Clear, Director,” they answered together, and Jackie meant it.</w:t>
      </w:r>
    </w:p>
    <w:p>
      <w:r>
        <w:rPr>
          <w:rFonts w:ascii="IM Fell English" w:hAnsi="IM Fell English"/>
          <w:color w:val="141414"/>
          <w:sz w:val="24"/>
        </w:rPr>
        <w:t>The day stretched slow and filthy in the best way.</w:t>
      </w:r>
    </w:p>
    <w:p>
      <w:r>
        <w:rPr>
          <w:rFonts w:ascii="IM Fell English" w:hAnsi="IM Fell English"/>
          <w:color w:val="141414"/>
          <w:sz w:val="24"/>
        </w:rPr>
        <w:t xml:space="preserve">Jackie spent most of it on the wide office couch with Jennifer draped across her lap, the two of them trading lazy, open-mouthed kisses and even lazier hands. Jennifer would shift every so often just to press against a bruise and then make a soft, pleased sound like she was collecting data for later. Jackie let her. She kept one hand under Jennifer’s borrowed shirt, stroking bare skin, and the other in her hair, holding her exactly where she wanted her. The corridor cameras recorded every wet sound and every low laugh. Neither of them cared. </w:t>
      </w:r>
    </w:p>
    <w:p>
      <w:r>
        <w:rPr>
          <w:rFonts w:ascii="IM Fell English" w:hAnsi="IM Fell English"/>
          <w:color w:val="141414"/>
          <w:sz w:val="24"/>
        </w:rPr>
        <w:t>Around mid-morning a pair of camera techs asked politely if they could have a short rental. Jackie stayed in the room, sat on a crate with her coffee, and watched with open ownership while they used her wife against the wall. They were gentle, almost careful, and Jennifer still came twice and thanked them with a grin when they finished. When they left she came straight back to Jackie’s lap, straddled her, and whispered against her mouth, “They were sweet. I miss the twins’ teeth already.”</w:t>
      </w:r>
    </w:p>
    <w:p>
      <w:r>
        <w:rPr>
          <w:rFonts w:ascii="IM Fell English" w:hAnsi="IM Fell English"/>
          <w:color w:val="141414"/>
          <w:sz w:val="24"/>
        </w:rPr>
        <w:t>Jackie bit her lower lip hard enough to sting. “Two days, mouse. Then we see what the director and Katie allow.”</w:t>
      </w:r>
    </w:p>
    <w:p>
      <w:r>
        <w:rPr>
          <w:rFonts w:ascii="IM Fell English" w:hAnsi="IM Fell English"/>
          <w:color w:val="141414"/>
          <w:sz w:val="24"/>
        </w:rPr>
        <w:t>Lunch arrived with Marcus and a short written message from the mansion that Jackie made Jennifer read aloud for the open mics:</w:t>
      </w:r>
    </w:p>
    <w:p>
      <w:r>
        <w:rPr>
          <w:rFonts w:ascii="IM Fell English" w:hAnsi="IM Fell English"/>
          <w:i/>
          <w:color w:val="141414"/>
          <w:sz w:val="24"/>
        </w:rPr>
        <w:t>Teacher still sets the standard. Roof sequence is now permanent. Tell the mutt her watching face is also archived. — K &amp; L</w:t>
      </w:r>
    </w:p>
    <w:p>
      <w:r>
        <w:rPr>
          <w:rFonts w:ascii="IM Fell English" w:hAnsi="IM Fell English"/>
          <w:color w:val="141414"/>
          <w:sz w:val="24"/>
        </w:rPr>
        <w:t>Jennifer read it with theatrical flair, then climbed back into Jackie’s lap and ground down against her just to feel the bruises respond. Somewhere on the other end of the feeds Katie and Lilith were almost certainly laughing and already queuing up another replay.</w:t>
      </w:r>
    </w:p>
    <w:p>
      <w:r>
        <w:rPr>
          <w:rFonts w:ascii="IM Fell English" w:hAnsi="IM Fell English"/>
          <w:color w:val="141414"/>
          <w:sz w:val="24"/>
        </w:rPr>
        <w:t xml:space="preserve">The black packet remained exactly where Lena had left it in Conference Two—sealed, untouched, and no longer competing for anyone’s attention. </w:t>
      </w:r>
    </w:p>
    <w:p>
      <w:r>
        <w:rPr>
          <w:rFonts w:ascii="IM Fell English" w:hAnsi="IM Fell English"/>
          <w:color w:val="141414"/>
          <w:sz w:val="24"/>
        </w:rPr>
        <w:t xml:space="preserve">By late afternoon, the countdown had become a slow, filthy house game. </w:t>
      </w:r>
    </w:p>
    <w:p>
      <w:r>
        <w:rPr>
          <w:rFonts w:ascii="IM Fell English" w:hAnsi="IM Fell English"/>
          <w:color w:val="141414"/>
          <w:sz w:val="24"/>
        </w:rPr>
        <w:t>Jennifer would lean in, press her thumb into a particularly dark mark, and murmur, “Thirty-six hours, boss. Still hurts?”</w:t>
      </w:r>
    </w:p>
    <w:p>
      <w:r>
        <w:rPr>
          <w:rFonts w:ascii="IM Fell English" w:hAnsi="IM Fell English"/>
          <w:color w:val="141414"/>
          <w:sz w:val="24"/>
        </w:rPr>
        <w:t xml:space="preserve">Jackie would pin her to the nearest wall, press every single bruise against her on purpose, and fuck her with her fingers until Jennifer was shaking and laughing and swearing she could feel the twins’ marks from the inside. </w:t>
      </w:r>
    </w:p>
    <w:p>
      <w:r>
        <w:rPr>
          <w:rFonts w:ascii="IM Fell English" w:hAnsi="IM Fell English"/>
          <w:color w:val="141414"/>
          <w:sz w:val="24"/>
        </w:rPr>
        <w:t>They drove home under the open evening light with Jennifer’s hand resting directly on the worst of the fingerprints on Jackie’s thigh, thumb stroking absently, possessively, like she owned the damage.</w:t>
      </w:r>
    </w:p>
    <w:p>
      <w:r>
        <w:rPr>
          <w:rFonts w:ascii="IM Fell English" w:hAnsi="IM Fell English"/>
          <w:color w:val="141414"/>
          <w:sz w:val="24"/>
        </w:rPr>
        <w:t>“Same time next week?” Jennifer asked again, voice softer now, almost hopeful.</w:t>
      </w:r>
    </w:p>
    <w:p>
      <w:r>
        <w:rPr>
          <w:rFonts w:ascii="IM Fell English" w:hAnsi="IM Fell English"/>
          <w:color w:val="141414"/>
          <w:sz w:val="24"/>
        </w:rPr>
        <w:t>Jackie covered her hand and pressed down hard enough to make the bruise ache in the best possible way.</w:t>
      </w:r>
    </w:p>
    <w:p>
      <w:r>
        <w:rPr>
          <w:rFonts w:ascii="IM Fell English" w:hAnsi="IM Fell English"/>
          <w:color w:val="141414"/>
          <w:sz w:val="24"/>
        </w:rPr>
        <w:t>“If Lena clears it. If Katie doesn’t decide she wants a live sequel first. And if I can still walk by then.”</w:t>
      </w:r>
    </w:p>
    <w:p>
      <w:r>
        <w:rPr>
          <w:rFonts w:ascii="IM Fell English" w:hAnsi="IM Fell English"/>
          <w:color w:val="141414"/>
          <w:sz w:val="24"/>
        </w:rPr>
        <w:t>Jennifer’s smile was pure affection and pure filth.</w:t>
      </w:r>
    </w:p>
    <w:p>
      <w:r>
        <w:rPr>
          <w:rFonts w:ascii="IM Fell English" w:hAnsi="IM Fell English"/>
          <w:color w:val="141414"/>
          <w:sz w:val="24"/>
        </w:rPr>
        <w:t>“You always walk. That’s why you’re the teacher. That’s why they all watch.”</w:t>
      </w:r>
    </w:p>
    <w:p>
      <w:r>
        <w:rPr>
          <w:rFonts w:ascii="IM Fell English" w:hAnsi="IM Fell English"/>
          <w:color w:val="141414"/>
          <w:sz w:val="24"/>
        </w:rPr>
        <w:t xml:space="preserve">Jackie kept her eyes on the road and her hand on Jennifer’s, feeling every mile in the marks the twins had left, already looking forward to the next time the limits came off. </w:t>
      </w:r>
    </w:p>
    <w:p>
      <w:r>
        <w:rPr>
          <w:rFonts w:ascii="IM Fell English" w:hAnsi="IM Fell English"/>
          <w:color w:val="141414"/>
          <w:sz w:val="24"/>
        </w:rPr>
        <w:t>Two days left on the visible countdown.</w:t>
      </w:r>
    </w:p>
    <w:p>
      <w:r>
        <w:rPr>
          <w:rFonts w:ascii="IM Fell English" w:hAnsi="IM Fell English"/>
          <w:color w:val="141414"/>
          <w:sz w:val="24"/>
        </w:rPr>
        <w:t>The packet still sealed.</w:t>
      </w:r>
    </w:p>
    <w:p>
      <w:r>
        <w:rPr>
          <w:rFonts w:ascii="IM Fell English" w:hAnsi="IM Fell English"/>
          <w:color w:val="141414"/>
          <w:sz w:val="24"/>
        </w:rPr>
        <w:t xml:space="preserve">And the family, from the lot to the mansion feeds, still enjoying every slow, filthy second of the show. </w:t>
      </w:r>
    </w:p>
    <w:p>
      <w:pPr>
        <w:pStyle w:val="Heading1"/>
        <w:jc w:val="center"/>
      </w:pPr>
      <w:r>
        <w:rPr>
          <w:rFonts w:ascii="IM Fell English" w:hAnsi="IM Fell English"/>
          <w:color w:val="0D0D0D"/>
        </w:rPr>
        <w:t>CHAPTER 8 — ONE DAY</w:t>
      </w:r>
    </w:p>
    <w:p>
      <w:r>
        <w:rPr>
          <w:rFonts w:ascii="IM Fell English" w:hAnsi="IM Fell English"/>
          <w:color w:val="141414"/>
          <w:sz w:val="24"/>
        </w:rPr>
        <w:t>By the third morning the bruises had started to shift from deep purple to a quieter blue-black, but they still hurt in the exact way Jackie liked.</w:t>
      </w:r>
    </w:p>
    <w:p>
      <w:r>
        <w:rPr>
          <w:rFonts w:ascii="IM Fell English" w:hAnsi="IM Fell English"/>
          <w:color w:val="141414"/>
          <w:sz w:val="24"/>
        </w:rPr>
        <w:t xml:space="preserve">She woke to the wet heat of Jennifer’s mouth already working along the fading bite marks on her throat, slow and greedy, tongue tracing every ridge of broken capillaries like she was trying to keep the color from leaving. One of Jennifer’s hands was pressed between Jackie’s legs, two fingers sliding in lazy, deliberate circles over her clit; the other hand was pinned to the mattress by Jackie’s own, as if she had been at it for a while and had no intention of stopping. Jackie lay still for a long moment, eyes half-open, feeling every sore muscle and every healing bruise announce itself under Jennifer’s attention, then reached down and tangled her fingers in her wife’s hair to hold her exactly where she was. </w:t>
      </w:r>
    </w:p>
    <w:p>
      <w:r>
        <w:rPr>
          <w:rFonts w:ascii="IM Fell English" w:hAnsi="IM Fell English"/>
          <w:color w:val="141414"/>
          <w:sz w:val="24"/>
        </w:rPr>
        <w:t>Jennifer made a low, pleased sound against her throat and kept licking.</w:t>
      </w:r>
    </w:p>
    <w:p>
      <w:r>
        <w:rPr>
          <w:rFonts w:ascii="IM Fell English" w:hAnsi="IM Fell English"/>
          <w:color w:val="141414"/>
          <w:sz w:val="24"/>
        </w:rPr>
        <w:t>“One day left on the official countdown, boss,” she murmured between slow passes of her tongue. “I’m going to miss the color. The way people looked at you on the lot like you might still be bleeding under the shirt. The way you walked like every step reminded you who put the marks there.”</w:t>
      </w:r>
    </w:p>
    <w:p>
      <w:r>
        <w:rPr>
          <w:rFonts w:ascii="IM Fell English" w:hAnsi="IM Fell English"/>
          <w:color w:val="141414"/>
          <w:sz w:val="24"/>
        </w:rPr>
        <w:t>Jackie pulled her up by the hair and kissed her, deep and filthy, tasting herself on Jennifer’s mouth. “They’ll fade. The twins will just make new ones. That’s how this family works. You know that better than anyone.”</w:t>
      </w:r>
    </w:p>
    <w:p>
      <w:r>
        <w:rPr>
          <w:rFonts w:ascii="IM Fell English" w:hAnsi="IM Fell English"/>
          <w:color w:val="141414"/>
          <w:sz w:val="24"/>
        </w:rPr>
        <w:t xml:space="preserve">Jennifer straddled her, collar still buckled from the night before, and reached down to guide Jackie inside her with the easy familiarity of years. She sank down slow, inch by inch, until she was fully seated and both of them had to breathe through the stretch and the lingering ache in Jackie’s thighs. Jackie’s hands settled on the remaining fingerprints on her own hips, pressing hard enough to make the bruises sing, and Jennifer shivered above her, eyes half-lidded and already wet. </w:t>
      </w:r>
    </w:p>
    <w:p>
      <w:r>
        <w:rPr>
          <w:rFonts w:ascii="IM Fell English" w:hAnsi="IM Fell English"/>
          <w:color w:val="141414"/>
          <w:sz w:val="24"/>
        </w:rPr>
        <w:t>“Katie’s going to be disappointed when the last of the purple is gone,” Jennifer said, rocking in small, filthy circles that kept Jackie deep. “She watched the roof sequence three more times last night. Lilith made her come during the part where Justin had you bent over the parapet and Jenna was holding your face so you had to look at the city the whole time. They sent another message. Lena read it to me this morning while you were still asleep. Direct quote: ‘Tell the teacher the archive sends its love. And tell the mutt her watching face is still the best part of the night.’”</w:t>
      </w:r>
    </w:p>
    <w:p>
      <w:r>
        <w:rPr>
          <w:rFonts w:ascii="IM Fell English" w:hAnsi="IM Fell English"/>
          <w:color w:val="141414"/>
          <w:sz w:val="24"/>
        </w:rPr>
        <w:t xml:space="preserve">Jackie laughed, low and rough, and thrust up hard enough to make Jennifer gasp. “Tell them both they’re welcome. And tell Lilith next time she can come down and hold my face herself if she wants the better angle.” </w:t>
      </w:r>
    </w:p>
    <w:p>
      <w:r>
        <w:rPr>
          <w:rFonts w:ascii="IM Fell English" w:hAnsi="IM Fell English"/>
          <w:color w:val="141414"/>
          <w:sz w:val="24"/>
        </w:rPr>
        <w:t>Jennifer leaned forward, braced her hands on the mattress on either side of Jackie’s head, and started riding her properly — slow at first, then deeper, grinding down so every movement dragged against the healing bruises on Jackie’s hips and thighs. The open bedroom cameras recorded every wet sound, every soft curse, every time Jennifer’s collar chain clinked. Jackie let her set the pace for a long time, watching the way her wife’s face changed when she got close, then flipped them in one careful, sore-muscle movement and fucked her through the next two orgasms with deliberate, rolling thrusts that kept both of them right on the edge of too much.</w:t>
      </w:r>
    </w:p>
    <w:p>
      <w:r>
        <w:rPr>
          <w:rFonts w:ascii="IM Fell English" w:hAnsi="IM Fell English"/>
          <w:color w:val="141414"/>
          <w:sz w:val="24"/>
        </w:rPr>
        <w:t>When they finally went still, Jennifer was laughing into Jackie’s shoulder and Jackie’s arms were shaking from the effort of holding herself up over the bruises.</w:t>
      </w:r>
    </w:p>
    <w:p>
      <w:r>
        <w:rPr>
          <w:rFonts w:ascii="IM Fell English" w:hAnsi="IM Fell English"/>
          <w:color w:val="141414"/>
          <w:sz w:val="24"/>
        </w:rPr>
        <w:t>“Best three days,” Jennifer murmured.</w:t>
      </w:r>
    </w:p>
    <w:p>
      <w:r>
        <w:rPr>
          <w:rFonts w:ascii="IM Fell English" w:hAnsi="IM Fell English"/>
          <w:color w:val="141414"/>
          <w:sz w:val="24"/>
        </w:rPr>
        <w:t>“Best three days,” Jackie agreed, and bit her once more for good measure.</w:t>
      </w:r>
    </w:p>
    <w:p>
      <w:r>
        <w:rPr>
          <w:rFonts w:ascii="IM Fell English" w:hAnsi="IM Fell English"/>
          <w:color w:val="141414"/>
          <w:sz w:val="24"/>
        </w:rPr>
        <w:t>They were late to the lot on purpose.</w:t>
      </w:r>
    </w:p>
    <w:p>
      <w:r>
        <w:rPr>
          <w:rFonts w:ascii="IM Fell English" w:hAnsi="IM Fell English"/>
          <w:color w:val="141414"/>
          <w:sz w:val="24"/>
        </w:rPr>
        <w:t xml:space="preserve">The shower took longer than it needed to. Jennifer insisted on washing every remaining mark herself, soaping Jackie’s throat and shoulders with careful fingers, lingering on the places that still made her breath catch, then dropping to her knees under the spray to suck her slow and filthy until Jackie had to brace a hand on the tiled wall. By the time they dressed—Jackie in an open black shirt that showed the fading bites, Jennifer in the collar and a short skirt with nothing underneath—the morning was already half gone. </w:t>
      </w:r>
    </w:p>
    <w:p>
      <w:r>
        <w:rPr>
          <w:rFonts w:ascii="IM Fell English" w:hAnsi="IM Fell English"/>
          <w:color w:val="141414"/>
          <w:sz w:val="24"/>
        </w:rPr>
        <w:t>Lena met them in the main corridor with two coffees and the same warm, knowing look she had worn all week.</w:t>
      </w:r>
    </w:p>
    <w:p>
      <w:r>
        <w:rPr>
          <w:rFonts w:ascii="IM Fell English" w:hAnsi="IM Fell English"/>
          <w:color w:val="141414"/>
          <w:sz w:val="24"/>
        </w:rPr>
        <w:t>“Color’s still good,” she said, eyes flicking over the visible marks on Jackie’s throat with open appreciation. “Katie asked for one final set of stills before they fade completely. I told her yes. Lilith wants the close-up of the fingerprints on your hip while they’re still distinct.” She handed Jackie a coffee, then Jennifer. “Packet stays closed one more day. You’re both on light duty. Enjoy the last of it.”</w:t>
      </w:r>
    </w:p>
    <w:p>
      <w:r>
        <w:rPr>
          <w:rFonts w:ascii="IM Fell English" w:hAnsi="IM Fell English"/>
          <w:color w:val="141414"/>
          <w:sz w:val="24"/>
        </w:rPr>
        <w:t>Jackie took the coffee and smirked. “Clear, Director.”</w:t>
      </w:r>
    </w:p>
    <w:p>
      <w:r>
        <w:rPr>
          <w:rFonts w:ascii="IM Fell English" w:hAnsi="IM Fell English"/>
          <w:color w:val="141414"/>
          <w:sz w:val="24"/>
        </w:rPr>
        <w:t>Jennifer leaned into Jackie’s side, eyes bright, collar glinting under the corridor lights. “Clear.”</w:t>
      </w:r>
    </w:p>
    <w:p>
      <w:r>
        <w:rPr>
          <w:rFonts w:ascii="IM Fell English" w:hAnsi="IM Fell English"/>
          <w:color w:val="141414"/>
          <w:sz w:val="24"/>
        </w:rPr>
        <w:t>The day moved slow and easy and filthy in the way the best days on the lot always did when no one was in a hurry and the cameras were hungry. Jackie spent most of it on the wide office couch with Jennifer draped across her lap or on her knees between her thighs, the two of them trading the kind of lazy, open pleasure that came after a hard week and before the next hard week. People walked past the open door and looked. Some lingered longer than necessary. Jennifer waved at a few of them with three of Jackie’s fingers still inside her and laughed when they blushed and kept watching anyway.</w:t>
      </w:r>
    </w:p>
    <w:p>
      <w:r>
        <w:rPr>
          <w:rFonts w:ascii="IM Fell English" w:hAnsi="IM Fell English"/>
          <w:color w:val="141414"/>
          <w:sz w:val="24"/>
        </w:rPr>
        <w:t>Around mid-morning a pair of camera techs asked politely if they could have a short rental. Jackie stayed in the room, sat on the edge of the desk with her coffee, and watched with open ownership while they bent Jennifer over the arm of the couch and took turns. They were careful with her, almost gentle, and Jennifer still came twice and thanked them with a wet, satisfied grin when they finished and logged the time. When they left she climbed straight back into Jackie’s lap, straddled her, and whispered against her mouth, “They were sweet. I miss the twins’ teeth already. One more day and then we see what Lena and Katie allow.”</w:t>
      </w:r>
    </w:p>
    <w:p>
      <w:r>
        <w:rPr>
          <w:rFonts w:ascii="IM Fell English" w:hAnsi="IM Fell English"/>
          <w:color w:val="141414"/>
          <w:sz w:val="24"/>
        </w:rPr>
        <w:t>Jackie bit her lower lip hard enough to sting and pulled her into a deeper kiss. “One more day, mouse. Then the countdown’s over.”</w:t>
      </w:r>
    </w:p>
    <w:p>
      <w:r>
        <w:rPr>
          <w:rFonts w:ascii="IM Fell English" w:hAnsi="IM Fell English"/>
          <w:color w:val="141414"/>
          <w:sz w:val="24"/>
        </w:rPr>
        <w:t>Lunch arrived with Marcus and another short written message from the mansion that Jackie made Jennifer read aloud for the open mics, voice theatrical and filthy:</w:t>
      </w:r>
    </w:p>
    <w:p>
      <w:r>
        <w:rPr>
          <w:rFonts w:ascii="IM Fell English" w:hAnsi="IM Fell English"/>
          <w:i/>
          <w:color w:val="141414"/>
          <w:sz w:val="24"/>
        </w:rPr>
        <w:t>Teacher still sets the standard. Final stills requested before the color goes. Tell the mutt her watching face remains archived under permanent favorites. — K &amp; L</w:t>
      </w:r>
    </w:p>
    <w:p>
      <w:r>
        <w:rPr>
          <w:rFonts w:ascii="IM Fell English" w:hAnsi="IM Fell English"/>
          <w:color w:val="141414"/>
          <w:sz w:val="24"/>
        </w:rPr>
        <w:t>Jennifer read it with flourish, then ground down against Jackie just to feel the remaining bruises respond. Somewhere on the other end of the feeds Katie and Lilith were almost certainly laughing and already queuing up the roof sequence one more time.</w:t>
      </w:r>
    </w:p>
    <w:p>
      <w:r>
        <w:rPr>
          <w:rFonts w:ascii="IM Fell English" w:hAnsi="IM Fell English"/>
          <w:color w:val="141414"/>
          <w:sz w:val="24"/>
        </w:rPr>
        <w:t xml:space="preserve">The black packet remained exactly where Lena had left it in Conference Two—sealed, untouched, and no longer competing for anyone’s attention while the last of the visible marks still held. </w:t>
      </w:r>
    </w:p>
    <w:p>
      <w:r>
        <w:rPr>
          <w:rFonts w:ascii="IM Fell English" w:hAnsi="IM Fell English"/>
          <w:color w:val="141414"/>
          <w:sz w:val="24"/>
        </w:rPr>
        <w:t xml:space="preserve">By late afternoon, the countdown had become a slow, private game between the two of them. </w:t>
      </w:r>
    </w:p>
    <w:p>
      <w:r>
        <w:rPr>
          <w:rFonts w:ascii="IM Fell English" w:hAnsi="IM Fell English"/>
          <w:color w:val="141414"/>
          <w:sz w:val="24"/>
        </w:rPr>
        <w:t>Jennifer would lean in, press her thumb into a particularly stubborn mark, and murmur, “Twelve hours, boss. Still hurts when I do this?”</w:t>
      </w:r>
    </w:p>
    <w:p>
      <w:r>
        <w:rPr>
          <w:rFonts w:ascii="IM Fell English" w:hAnsi="IM Fell English"/>
          <w:color w:val="141414"/>
          <w:sz w:val="24"/>
        </w:rPr>
        <w:t xml:space="preserve">Jackie would pin her to the nearest wall, press every remaining bruise against her on purpose, and fuck her with her fingers until Jennifer was shaking and laughing and swearing she could still feel the twins’ hands from the inside. </w:t>
      </w:r>
    </w:p>
    <w:p>
      <w:r>
        <w:rPr>
          <w:rFonts w:ascii="IM Fell English" w:hAnsi="IM Fell English"/>
          <w:color w:val="141414"/>
          <w:sz w:val="24"/>
        </w:rPr>
        <w:t>They drove home under the open evening light with Jennifer’s hand resting directly on the last clear set of fingerprints on Jackie’s thigh, thumb stroking absently, possessively, like she owned the damage and was already mourning its disappearance.</w:t>
      </w:r>
    </w:p>
    <w:p>
      <w:r>
        <w:rPr>
          <w:rFonts w:ascii="IM Fell English" w:hAnsi="IM Fell English"/>
          <w:color w:val="141414"/>
          <w:sz w:val="24"/>
        </w:rPr>
        <w:t>“Same time next week?” Jennifer asked again, voice softer now, almost hopeful.</w:t>
      </w:r>
    </w:p>
    <w:p>
      <w:r>
        <w:rPr>
          <w:rFonts w:ascii="IM Fell English" w:hAnsi="IM Fell English"/>
          <w:color w:val="141414"/>
          <w:sz w:val="24"/>
        </w:rPr>
        <w:t>Jackie covered her hand and pressed down hard enough to make the bruise ache one more time in the best possible way.</w:t>
      </w:r>
    </w:p>
    <w:p>
      <w:r>
        <w:rPr>
          <w:rFonts w:ascii="IM Fell English" w:hAnsi="IM Fell English"/>
          <w:color w:val="141414"/>
          <w:sz w:val="24"/>
        </w:rPr>
        <w:t>“If Lena clears it. If Katie doesn’t decide she wants a live sequel first. And if I can still walk by then.”</w:t>
      </w:r>
    </w:p>
    <w:p>
      <w:r>
        <w:rPr>
          <w:rFonts w:ascii="IM Fell English" w:hAnsi="IM Fell English"/>
          <w:color w:val="141414"/>
          <w:sz w:val="24"/>
        </w:rPr>
        <w:t>Jennifer’s smile was pure affection and pure filth.</w:t>
      </w:r>
    </w:p>
    <w:p>
      <w:r>
        <w:rPr>
          <w:rFonts w:ascii="IM Fell English" w:hAnsi="IM Fell English"/>
          <w:color w:val="141414"/>
          <w:sz w:val="24"/>
        </w:rPr>
        <w:t>“You always walk. That’s why you’re the teacher. That’s why they all watch. That’s why I get wet just looking at the marks.”</w:t>
      </w:r>
    </w:p>
    <w:p>
      <w:r>
        <w:rPr>
          <w:rFonts w:ascii="IM Fell English" w:hAnsi="IM Fell English"/>
          <w:color w:val="141414"/>
          <w:sz w:val="24"/>
        </w:rPr>
        <w:t xml:space="preserve">Jackie kept her eyes on the road and her hand on Jennifer’s, feeling every mile in the last of the color the twins had left, already looking forward to the next time the limits came off and the whole family was watching again. </w:t>
      </w:r>
    </w:p>
    <w:p>
      <w:r>
        <w:rPr>
          <w:rFonts w:ascii="IM Fell English" w:hAnsi="IM Fell English"/>
          <w:color w:val="141414"/>
          <w:sz w:val="24"/>
        </w:rPr>
        <w:t>One day left on the visible countdown.</w:t>
      </w:r>
    </w:p>
    <w:p>
      <w:r>
        <w:rPr>
          <w:rFonts w:ascii="IM Fell English" w:hAnsi="IM Fell English"/>
          <w:color w:val="141414"/>
          <w:sz w:val="24"/>
        </w:rPr>
        <w:t>The packet still sealed.</w:t>
      </w:r>
    </w:p>
    <w:p>
      <w:r>
        <w:rPr>
          <w:rFonts w:ascii="IM Fell English" w:hAnsi="IM Fell English"/>
          <w:color w:val="141414"/>
          <w:sz w:val="24"/>
        </w:rPr>
        <w:t xml:space="preserve">And the family, from the lot to the mansion feeds, still enjoying every slow, filthy second of the show while it lasted. </w:t>
      </w:r>
    </w:p>
    <w:p>
      <w:pPr>
        <w:jc w:val="center"/>
      </w:pPr>
      <w:r>
        <w:rPr>
          <w:color w:val="141414"/>
        </w:rPr>
        <w:t>———</w:t>
      </w:r>
    </w:p>
    <w:p>
      <w:r>
        <w:rPr>
          <w:rFonts w:ascii="IM Fell English" w:hAnsi="IM Fell English"/>
          <w:color w:val="141414"/>
          <w:sz w:val="24"/>
        </w:rPr>
        <w:t xml:space="preserve">The next morning, the last of the deep color had faded to yellow-green shadows that only hurt if you pressed them. </w:t>
      </w:r>
    </w:p>
    <w:p>
      <w:r>
        <w:rPr>
          <w:rFonts w:ascii="IM Fell English" w:hAnsi="IM Fell English"/>
          <w:color w:val="141414"/>
          <w:sz w:val="24"/>
        </w:rPr>
        <w:t>Jackie woke alone. Jennifer’s side of the bed was still warm. The collar was gone from the nightstand. The house felt different — quieter, tighter, like the air itself had changed while they slept.</w:t>
      </w:r>
    </w:p>
    <w:p>
      <w:r>
        <w:rPr>
          <w:rFonts w:ascii="IM Fell English" w:hAnsi="IM Fell English"/>
          <w:color w:val="141414"/>
          <w:sz w:val="24"/>
        </w:rPr>
        <w:t xml:space="preserve">She found Jennifer in the kitchen, already dressed in the plain black clothes they only wore when the light week was over, collar buckled, eyes bright with the particular hunger that always surfaced when the next disaster was about to open its mouth. Lena stood at the counter with the black packet in her hands, the seal already broken. Marcus waited by the door. The open channel light on the wall monitor glowed steady red—Katie and Lilith were already watching. </w:t>
      </w:r>
    </w:p>
    <w:p>
      <w:r>
        <w:rPr>
          <w:rFonts w:ascii="IM Fell English" w:hAnsi="IM Fell English"/>
          <w:color w:val="141414"/>
          <w:sz w:val="24"/>
        </w:rPr>
        <w:t>Lena looked up when Jackie entered and gave her the same warm, final smile she had worn the night she took the director’s chair for good.</w:t>
      </w:r>
    </w:p>
    <w:p>
      <w:r>
        <w:rPr>
          <w:rFonts w:ascii="IM Fell English" w:hAnsi="IM Fell English"/>
          <w:color w:val="141414"/>
          <w:sz w:val="24"/>
        </w:rPr>
        <w:t>“Three days are finished,” she said. “The archive is full. The marks are done. It’s time.”</w:t>
      </w:r>
    </w:p>
    <w:p>
      <w:r>
        <w:rPr>
          <w:rFonts w:ascii="IM Fell English" w:hAnsi="IM Fell English"/>
          <w:color w:val="141414"/>
          <w:sz w:val="24"/>
        </w:rPr>
        <w:t>She held the open packet out.</w:t>
      </w:r>
    </w:p>
    <w:p>
      <w:r>
        <w:rPr>
          <w:rFonts w:ascii="IM Fell English" w:hAnsi="IM Fell English"/>
          <w:color w:val="141414"/>
          <w:sz w:val="24"/>
        </w:rPr>
        <w:t>Jackie took it. The first page carried only the title in clean, sharp type:</w:t>
      </w:r>
    </w:p>
    <w:p>
      <w:r>
        <w:rPr>
          <w:rFonts w:ascii="IM Fell English" w:hAnsi="IM Fell English"/>
          <w:b/>
          <w:color w:val="141414"/>
          <w:sz w:val="24"/>
        </w:rPr>
        <w:t>Pure Death: Omertà</w:t>
      </w:r>
    </w:p>
    <w:p>
      <w:r>
        <w:rPr>
          <w:rFonts w:ascii="IM Fell English" w:hAnsi="IM Fell English"/>
          <w:color w:val="141414"/>
          <w:sz w:val="24"/>
        </w:rPr>
        <w:t>Jennifer’s hand found Jackie’s and held on.</w:t>
      </w:r>
    </w:p>
    <w:p>
      <w:r>
        <w:rPr>
          <w:rFonts w:ascii="IM Fell English" w:hAnsi="IM Fell English"/>
          <w:color w:val="141414"/>
          <w:sz w:val="24"/>
        </w:rPr>
        <w:t>Lena’s voice stayed even, quiet, and absolute.</w:t>
      </w:r>
    </w:p>
    <w:p>
      <w:r>
        <w:rPr>
          <w:rFonts w:ascii="IM Fell English" w:hAnsi="IM Fell English"/>
          <w:color w:val="141414"/>
          <w:sz w:val="24"/>
        </w:rPr>
        <w:t xml:space="preserve">“Full immersion starts now. No more light duty. No more countdown. You know the rules. Katie and Lilith will be watching from the first frame to the last. Marcus and I will be on-site the entire time. You don’t come out until I say the word or until the story is finished.” </w:t>
      </w:r>
    </w:p>
    <w:p>
      <w:r>
        <w:rPr>
          <w:rFonts w:ascii="IM Fell English" w:hAnsi="IM Fell English"/>
          <w:color w:val="141414"/>
          <w:sz w:val="24"/>
        </w:rPr>
        <w:t>She paused, and for a second the warm, familiar Lena from the dungeon and the kitchen was still there in her eyes.</w:t>
      </w:r>
    </w:p>
    <w:p>
      <w:r>
        <w:rPr>
          <w:rFonts w:ascii="IM Fell English" w:hAnsi="IM Fell English"/>
          <w:color w:val="141414"/>
          <w:sz w:val="24"/>
        </w:rPr>
        <w:t>“Enjoy the ride, both of you.”</w:t>
      </w:r>
    </w:p>
    <w:p>
      <w:r>
        <w:rPr>
          <w:rFonts w:ascii="IM Fell English" w:hAnsi="IM Fell English"/>
          <w:color w:val="141414"/>
          <w:sz w:val="24"/>
        </w:rPr>
        <w:t>Jackie closed the packet, felt the weight of it, and looked at her wife.</w:t>
      </w:r>
    </w:p>
    <w:p>
      <w:r>
        <w:rPr>
          <w:rFonts w:ascii="IM Fell English" w:hAnsi="IM Fell English"/>
          <w:color w:val="141414"/>
          <w:sz w:val="24"/>
        </w:rPr>
        <w:t>Jennifer’s smile was the same one she had worn at eighteen the first time Jackie showed her how deep the family could go — sharp, hungry, and already halfway into whatever came next.</w:t>
      </w:r>
    </w:p>
    <w:p>
      <w:r>
        <w:rPr>
          <w:rFonts w:ascii="IM Fell English" w:hAnsi="IM Fell English"/>
          <w:color w:val="141414"/>
          <w:sz w:val="24"/>
        </w:rPr>
        <w:t>“Yes, boss.”</w:t>
      </w:r>
    </w:p>
    <w:p>
      <w:r>
        <w:rPr>
          <w:rFonts w:ascii="IM Fell English" w:hAnsi="IM Fell English"/>
          <w:color w:val="141414"/>
          <w:sz w:val="24"/>
        </w:rPr>
        <w:t>Lena nodded once, turned, and left them alone with the open packet and the quiet hum of the cameras.</w:t>
      </w:r>
    </w:p>
    <w:p>
      <w:r>
        <w:rPr>
          <w:rFonts w:ascii="IM Fell English" w:hAnsi="IM Fell English"/>
          <w:color w:val="141414"/>
          <w:sz w:val="24"/>
        </w:rPr>
        <w:t>Outside the kitchen window the lot was already moving under the open grid.</w:t>
      </w:r>
    </w:p>
    <w:p>
      <w:r>
        <w:rPr>
          <w:rFonts w:ascii="IM Fell English" w:hAnsi="IM Fell English"/>
          <w:color w:val="141414"/>
          <w:sz w:val="24"/>
        </w:rPr>
        <w:t>Somewhere in the mansion Katie and Lilith leaned forward in their chairs.</w:t>
      </w:r>
    </w:p>
    <w:p>
      <w:r>
        <w:rPr>
          <w:rFonts w:ascii="IM Fell English" w:hAnsi="IM Fell English"/>
          <w:color w:val="141414"/>
          <w:sz w:val="24"/>
        </w:rPr>
        <w:t>Somewhere the twins would soon get the call that the light week was over.</w:t>
      </w:r>
    </w:p>
    <w:p>
      <w:r>
        <w:rPr>
          <w:rFonts w:ascii="IM Fell English" w:hAnsi="IM Fell English"/>
          <w:color w:val="141414"/>
          <w:sz w:val="24"/>
        </w:rPr>
        <w:t xml:space="preserve">And on the table between Jackie and Jennifer the first page of </w:t>
      </w:r>
      <w:r>
        <w:rPr>
          <w:rFonts w:ascii="IM Fell English" w:hAnsi="IM Fell English"/>
          <w:i/>
          <w:color w:val="141414"/>
          <w:sz w:val="24"/>
        </w:rPr>
        <w:t>Pure Death: Omertà</w:t>
      </w:r>
      <w:r>
        <w:rPr>
          <w:rFonts w:ascii="IM Fell English" w:hAnsi="IM Fell English"/>
          <w:color w:val="141414"/>
          <w:sz w:val="24"/>
        </w:rPr>
        <w:t xml:space="preserve"> waited, no longer sealed, no longer patient.</w:t>
      </w:r>
    </w:p>
    <w:p>
      <w:r>
        <w:rPr>
          <w:rFonts w:ascii="IM Fell English" w:hAnsi="IM Fell English"/>
          <w:color w:val="141414"/>
          <w:sz w:val="24"/>
        </w:rPr>
        <w:t>The three days were finished.</w:t>
      </w:r>
    </w:p>
    <w:p>
      <w:r>
        <w:rPr>
          <w:rFonts w:ascii="IM Fell English" w:hAnsi="IM Fell English"/>
          <w:color w:val="141414"/>
          <w:sz w:val="24"/>
        </w:rPr>
        <w:t>The fun had been real.</w:t>
      </w:r>
    </w:p>
    <w:p>
      <w:r>
        <w:rPr>
          <w:rFonts w:ascii="IM Fell English" w:hAnsi="IM Fell English"/>
          <w:color w:val="141414"/>
          <w:sz w:val="24"/>
        </w:rPr>
        <w:t>And the story had finally begun.</w:t>
      </w:r>
    </w:p>
    <w:p>
      <w:pPr>
        <w:pStyle w:val="Heading1"/>
        <w:jc w:val="center"/>
      </w:pPr>
      <w:r>
        <w:rPr>
          <w:rFonts w:ascii="IM Fell English" w:hAnsi="IM Fell English"/>
          <w:color w:val="0D0D0D"/>
        </w:rPr>
        <w:t>CHAPTER 9 —SIT-DOWN, 1927</w:t>
      </w:r>
    </w:p>
    <w:p>
      <w:r>
        <w:rPr>
          <w:rFonts w:ascii="IM Fell English" w:hAnsi="IM Fell English"/>
          <w:color w:val="141414"/>
          <w:sz w:val="24"/>
        </w:rPr>
        <w:t xml:space="preserve">The speakeasy's back room was thick with the scent of cigar smoke, bootleg whiskey, and gun oil, underscored by the lingering, sweet-rot aroma of old blood that had seeped permanently into the brickwork. </w:t>
      </w:r>
    </w:p>
    <w:p>
      <w:r>
        <w:rPr>
          <w:rFonts w:ascii="IM Fell English" w:hAnsi="IM Fell English"/>
          <w:color w:val="141414"/>
          <w:sz w:val="24"/>
        </w:rPr>
        <w:t xml:space="preserve">Seated at the head of the massive oak table, Jackie wore a black three-piece suit tailored to a razor's edge, a gold watch chain glinting across her vest and the family's heavy signet ring adorning her right hand. The slim black leather collar at her throat appeared almost ornamental against her crisp white shirt and tie—until one realized it was a vital piece of the uniform. To her right, Jennifer knelt on the bare floorboards, entirely naked save for a matching collar and the leather cuffs binding her wrists behind her back. She rested her cheek against Jackie’s thigh with the quiet submissiveness of a well-trained hound. The remaining seats were occupied by a collection of made men, bootleggers, and the two individuals who had arrived to challenge the status quo. </w:t>
      </w:r>
    </w:p>
    <w:p>
      <w:r>
        <w:rPr>
          <w:rFonts w:ascii="IM Fell English" w:hAnsi="IM Fell English"/>
          <w:color w:val="141414"/>
          <w:sz w:val="24"/>
        </w:rPr>
        <w:t>Justin sat halfway down the left side in a dark pinstripe suit, fedora on the table, eyes already hungry. Jenna sat beside him in a blood-red flapper dress that clung like sin, a silver stiletto turning slowly between her gloved fingers.</w:t>
      </w:r>
    </w:p>
    <w:p>
      <w:r>
        <w:rPr>
          <w:rFonts w:ascii="IM Fell English" w:hAnsi="IM Fell English"/>
          <w:color w:val="141414"/>
          <w:sz w:val="24"/>
        </w:rPr>
        <w:t>The sit-down had been called over a hijacked whiskey shipment and three dead soldiers on the docks. Jackie listened to the reports the way she listened to everything that belonged to the family — calm, absolute, already deciding who would pay. When the last capo finished speaking she tapped one manicured finger on the table once.</w:t>
      </w:r>
    </w:p>
    <w:p>
      <w:r>
        <w:rPr>
          <w:rFonts w:ascii="IM Fell English" w:hAnsi="IM Fell English"/>
          <w:color w:val="141414"/>
          <w:sz w:val="24"/>
        </w:rPr>
        <w:t>“Enough. The docks stay ours. Anyone who thinks otherwise can explain it to Justin personally with a pair of cement shoes. Meeting’s over. Everyone out except blood.”</w:t>
      </w:r>
    </w:p>
    <w:p>
      <w:r>
        <w:rPr>
          <w:rFonts w:ascii="IM Fell English" w:hAnsi="IM Fell English"/>
          <w:color w:val="141414"/>
          <w:sz w:val="24"/>
        </w:rPr>
        <w:t>Chairs scraped back. The soldiers left without a word. The heavy door sealed. Only the four of them remained under the low red lamps and the quiet eye of the hidden cameras that fed everything upstairs to the people who sat even higher than this table.</w:t>
      </w:r>
    </w:p>
    <w:p>
      <w:r>
        <w:rPr>
          <w:rFonts w:ascii="IM Fell English" w:hAnsi="IM Fell English"/>
          <w:color w:val="141414"/>
          <w:sz w:val="24"/>
        </w:rPr>
        <w:t>Justin leaned back and smiled the particular smile he only ever gave the woman who had taught him how far pain could go.</w:t>
      </w:r>
    </w:p>
    <w:p>
      <w:r>
        <w:rPr>
          <w:rFonts w:ascii="IM Fell English" w:hAnsi="IM Fell English"/>
          <w:color w:val="141414"/>
          <w:sz w:val="24"/>
        </w:rPr>
        <w:t>“You’re still the only one who can clear a room that fast, teacher.”</w:t>
      </w:r>
    </w:p>
    <w:p>
      <w:r>
        <w:rPr>
          <w:rFonts w:ascii="IM Fell English" w:hAnsi="IM Fell English"/>
          <w:color w:val="141414"/>
          <w:sz w:val="24"/>
        </w:rPr>
        <w:t>Jackie reached down and stroked Jennifer’s hair once, proprietary, the same way she might stroke the head of a favorite gun. “That’s why I sit at the head. You two didn’t come all this way through the rain just to watch me handle dock rats. Speak.”</w:t>
      </w:r>
    </w:p>
    <w:p>
      <w:r>
        <w:rPr>
          <w:rFonts w:ascii="IM Fell English" w:hAnsi="IM Fell English"/>
          <w:color w:val="141414"/>
          <w:sz w:val="24"/>
        </w:rPr>
        <w:t>Jenna stopped turning the stiletto. Her voice was soft, almost affectionate, the voice of a woman who had been waiting years for this exact night.</w:t>
      </w:r>
    </w:p>
    <w:p>
      <w:r>
        <w:rPr>
          <w:rFonts w:ascii="IM Fell English" w:hAnsi="IM Fell English"/>
          <w:color w:val="141414"/>
          <w:sz w:val="24"/>
        </w:rPr>
        <w:t>“We came because the family is changing, Jackie. You’re still the strongest thing at this table. Everyone from the docks to the church knows it. But strength isn’t the only currency in 1927. Justin and I are ready for more. I’m ready for your seat.”</w:t>
      </w:r>
    </w:p>
    <w:p>
      <w:r>
        <w:rPr>
          <w:rFonts w:ascii="IM Fell English" w:hAnsi="IM Fell English"/>
          <w:color w:val="141414"/>
          <w:sz w:val="24"/>
        </w:rPr>
        <w:t>Jennifer’s breath caught against Jackie’s thigh. Jackie’s hand tightened once in her hair — a silent order to stay quiet — then relaxed again.</w:t>
      </w:r>
    </w:p>
    <w:p>
      <w:r>
        <w:rPr>
          <w:rFonts w:ascii="IM Fell English" w:hAnsi="IM Fell English"/>
          <w:color w:val="141414"/>
          <w:sz w:val="24"/>
        </w:rPr>
        <w:t>“You’re family,” Jackie said. “You’ve always been family. That doesn’t mean you get the chair just because you ask nicely in a pretty dress.”</w:t>
      </w:r>
    </w:p>
    <w:p>
      <w:r>
        <w:rPr>
          <w:rFonts w:ascii="IM Fell English" w:hAnsi="IM Fell English"/>
          <w:color w:val="141414"/>
          <w:sz w:val="24"/>
        </w:rPr>
        <w:t>Justin stood, walked slowly around the table, and stopped behind Jennifer. He hooked two fingers under her collar and pulled her head back so she had to look up at him. The mutt’s eyes were already dark and wet.</w:t>
      </w:r>
    </w:p>
    <w:p>
      <w:r>
        <w:rPr>
          <w:rFonts w:ascii="IM Fell English" w:hAnsi="IM Fell English"/>
          <w:color w:val="141414"/>
          <w:sz w:val="24"/>
        </w:rPr>
        <w:t>“We’re not asking nicely,” he said. “We’re offering a demonstration. Tonight. Private rooms upstairs above the stills. You, me, Jenna, and the mutt. No limits. Same rules you taught us when we were kids learning how to make a body talk. If you’re still the best after that, the seat stays yours. If not…” He glanced at his wife. “Jenna takes it. And the mutt gets a new owner who knows how to put her to proper work on the street.”</w:t>
      </w:r>
    </w:p>
    <w:p>
      <w:r>
        <w:rPr>
          <w:rFonts w:ascii="IM Fell English" w:hAnsi="IM Fell English"/>
          <w:color w:val="141414"/>
          <w:sz w:val="24"/>
        </w:rPr>
        <w:t>Jackie looked at Jenna. Jenna looked back, calm and already certain, the stiletto now still in her hand.</w:t>
      </w:r>
    </w:p>
    <w:p>
      <w:r>
        <w:rPr>
          <w:rFonts w:ascii="IM Fell English" w:hAnsi="IM Fell English"/>
          <w:color w:val="141414"/>
          <w:sz w:val="24"/>
        </w:rPr>
        <w:t>“You’ve been trying to take my seat since the day I finished training the three of you,” Jackie said. The corner of her mouth lifted in the old, dangerous smile. “I’m not in the habit of losing. But I never say no to a proper demonstration.”</w:t>
      </w:r>
    </w:p>
    <w:p>
      <w:r>
        <w:rPr>
          <w:rFonts w:ascii="IM Fell English" w:hAnsi="IM Fell English"/>
          <w:color w:val="141414"/>
          <w:sz w:val="24"/>
        </w:rPr>
        <w:t>She stood, pulling Jennifer up by the collar as she rose. Jennifer came willingly, already flushed, already wet, the same way she always was when the family stopped pretending the violence was only business.</w:t>
      </w:r>
    </w:p>
    <w:p>
      <w:r>
        <w:rPr>
          <w:rFonts w:ascii="IM Fell English" w:hAnsi="IM Fell English"/>
          <w:color w:val="141414"/>
          <w:sz w:val="24"/>
        </w:rPr>
        <w:t>Justin’s smile widened, all teeth. Jenna slipped the silver stiletto back into the garter under her dress.</w:t>
      </w:r>
    </w:p>
    <w:p>
      <w:r>
        <w:rPr>
          <w:rFonts w:ascii="IM Fell English" w:hAnsi="IM Fell English"/>
          <w:color w:val="141414"/>
          <w:sz w:val="24"/>
        </w:rPr>
        <w:t>“Upstairs,” Jackie said. “Now. Show me what you think is worth my chair in this family.”</w:t>
      </w:r>
    </w:p>
    <w:p>
      <w:r>
        <w:rPr>
          <w:rFonts w:ascii="IM Fell English" w:hAnsi="IM Fell English"/>
          <w:color w:val="141414"/>
          <w:sz w:val="24"/>
        </w:rPr>
        <w:t xml:space="preserve">They exited the back room as a group—Jackie leading Jennifer by the collar like a prized show-dog, while Justin and Jenna followed in their wake, appearing like shadows of an ambition that had been waiting since the onset of the Volstead Act to emerge. The crowd on the speakeasy floor parted before them, the jazz stuttering for a brief, tense bar. No questions were asked; none were necessary. As the family leadership ascended the stairs with the naked woman on a lead, everyone present understood the night would conclude with blood spilled and a new order established. </w:t>
      </w:r>
    </w:p>
    <w:p>
      <w:r>
        <w:rPr>
          <w:rFonts w:ascii="IM Fell English" w:hAnsi="IM Fell English"/>
          <w:color w:val="141414"/>
          <w:sz w:val="24"/>
        </w:rPr>
        <w:t>The private room above the stills was already prepared the way the family prepared such rooms in 1927: brick walls sweating with heat from the boilers below, a single heavy wooden table scarred by previous lessons, iron restraints bolted to the floor and ceiling beams, a drain in the center of the concrete, and the quiet red glow of the cameras that fed everything straight to the people who sat even higher than any sit-down table in the city.</w:t>
      </w:r>
    </w:p>
    <w:p>
      <w:r>
        <w:rPr>
          <w:rFonts w:ascii="IM Fell English" w:hAnsi="IM Fell English"/>
          <w:color w:val="141414"/>
          <w:sz w:val="24"/>
        </w:rPr>
        <w:t>Jackie stepped inside first, still in the tailored suit, and turned to face the three people she had raised to be exactly this dangerous.</w:t>
      </w:r>
    </w:p>
    <w:p>
      <w:r>
        <w:rPr>
          <w:rFonts w:ascii="IM Fell English" w:hAnsi="IM Fell English"/>
          <w:color w:val="141414"/>
          <w:sz w:val="24"/>
        </w:rPr>
        <w:t>“Rules are the same ones I taught you when you were still learning how to hold a knife and a cock at the same time,” she said. “You don’t stop until I say, or until one of you is finished. The mutt stays functional enough to remember who she belongs to when it’s over. Clear?”</w:t>
      </w:r>
    </w:p>
    <w:p>
      <w:r>
        <w:rPr>
          <w:rFonts w:ascii="IM Fell English" w:hAnsi="IM Fell English"/>
          <w:color w:val="141414"/>
          <w:sz w:val="24"/>
        </w:rPr>
        <w:t>Justin was already taking off his jacket and rolling up his sleeves. Jenna was already watching Jennifer the way a straight razor watches a throat.</w:t>
      </w:r>
    </w:p>
    <w:p>
      <w:r>
        <w:rPr>
          <w:rFonts w:ascii="IM Fell English" w:hAnsi="IM Fell English"/>
          <w:color w:val="141414"/>
          <w:sz w:val="24"/>
        </w:rPr>
        <w:t>“Clear, teacher,” they said together.</w:t>
      </w:r>
    </w:p>
    <w:p>
      <w:r>
        <w:rPr>
          <w:rFonts w:ascii="IM Fell English" w:hAnsi="IM Fell English"/>
          <w:color w:val="141414"/>
          <w:sz w:val="24"/>
        </w:rPr>
        <w:t>Jennifer, still on her knees where Jackie had put her, looked up at the three of them and smiled the same sharp, hungry smile she had worn since she was eighteen and first learned what the family really was under all the suits and the scripture.</w:t>
      </w:r>
    </w:p>
    <w:p>
      <w:r>
        <w:rPr>
          <w:rFonts w:ascii="IM Fell English" w:hAnsi="IM Fell English"/>
          <w:color w:val="141414"/>
          <w:sz w:val="24"/>
        </w:rPr>
        <w:t>“Clear,” she whispered.</w:t>
      </w:r>
    </w:p>
    <w:p>
      <w:r>
        <w:rPr>
          <w:rFonts w:ascii="IM Fell English" w:hAnsi="IM Fell English"/>
          <w:color w:val="141414"/>
          <w:sz w:val="24"/>
        </w:rPr>
        <w:t>Jackie reached down, unbuckled Jennifer’s collar just long enough to transfer the lead to Justin’s hand, then stepped back and began unbuttoning her own waistcoat with deliberate calm.</w:t>
      </w:r>
    </w:p>
    <w:p>
      <w:r>
        <w:rPr>
          <w:rFonts w:ascii="IM Fell English" w:hAnsi="IM Fell English"/>
          <w:color w:val="141414"/>
          <w:sz w:val="24"/>
        </w:rPr>
        <w:t>“Then show me,” she said, voice low and almost fond.</w:t>
      </w:r>
    </w:p>
    <w:p>
      <w:r>
        <w:rPr>
          <w:rFonts w:ascii="IM Fell English" w:hAnsi="IM Fell English"/>
          <w:color w:val="141414"/>
          <w:sz w:val="24"/>
        </w:rPr>
        <w:t>“Show me why you think you’re ready for my seat in this family of pure Hell.”</w:t>
      </w:r>
    </w:p>
    <w:p>
      <w:r>
        <w:rPr>
          <w:rFonts w:ascii="IM Fell English" w:hAnsi="IM Fell English"/>
          <w:color w:val="141414"/>
          <w:sz w:val="24"/>
        </w:rPr>
        <w:t>The door sealed behind them with a heavy, final sound of oak and iron.</w:t>
      </w:r>
    </w:p>
    <w:p>
      <w:r>
        <w:rPr>
          <w:rFonts w:ascii="IM Fell English" w:hAnsi="IM Fell English"/>
          <w:color w:val="141414"/>
          <w:sz w:val="24"/>
        </w:rPr>
        <w:t>Outside, the speakeasy continued its ordinary night of jazz, whiskey, and loaded guns.</w:t>
      </w:r>
    </w:p>
    <w:p>
      <w:r>
        <w:rPr>
          <w:rFonts w:ascii="IM Fell English" w:hAnsi="IM Fell English"/>
          <w:color w:val="141414"/>
          <w:sz w:val="24"/>
        </w:rPr>
        <w:t>Inside, the demonstration began.</w:t>
      </w:r>
    </w:p>
    <w:p>
      <w:r>
        <w:rPr>
          <w:rFonts w:ascii="IM Fell English" w:hAnsi="IM Fell English"/>
          <w:color w:val="141414"/>
          <w:sz w:val="24"/>
        </w:rPr>
        <w:t>And somewhere far above the city, on screens that never slept, the real audience leaned forward in their chairs and watched the family do what the family had always done best when the blood started to run.</w:t>
      </w:r>
    </w:p>
    <w:p>
      <w:pPr>
        <w:pStyle w:val="Heading1"/>
        <w:jc w:val="center"/>
      </w:pPr>
      <w:r>
        <w:rPr>
          <w:rFonts w:ascii="IM Fell English" w:hAnsi="IM Fell English"/>
          <w:color w:val="0D0D0D"/>
        </w:rPr>
        <w:t>CHAPTER 10 — THE ROOM ABOVE THE STILLS, 1927</w:t>
      </w:r>
    </w:p>
    <w:p>
      <w:r>
        <w:rPr>
          <w:rFonts w:ascii="IM Fell English" w:hAnsi="IM Fell English"/>
          <w:color w:val="141414"/>
          <w:sz w:val="24"/>
        </w:rPr>
        <w:t>Justin dragged Jennifer only as far as the outer chamber.</w:t>
      </w:r>
    </w:p>
    <w:p>
      <w:r>
        <w:rPr>
          <w:rFonts w:ascii="IM Fell English" w:hAnsi="IM Fell English"/>
          <w:color w:val="141414"/>
          <w:sz w:val="24"/>
        </w:rPr>
        <w:t xml:space="preserve">He shoved her against the brick wall, locked her wrists high into the iron rings bolted there, and left her standing on the balls of her feet, collar clipped short, naked and already wet from the first round. Jennifer’s eyes followed them, wide and bright, but she didn’t speak. She knew when she had been dismissed. </w:t>
      </w:r>
    </w:p>
    <w:p>
      <w:r>
        <w:rPr>
          <w:rFonts w:ascii="IM Fell English" w:hAnsi="IM Fell English"/>
          <w:color w:val="141414"/>
          <w:sz w:val="24"/>
        </w:rPr>
        <w:t>Jenna pulled a heavy iron key from inside her dress and unlocked the inner door.</w:t>
      </w:r>
    </w:p>
    <w:p>
      <w:r>
        <w:rPr>
          <w:rFonts w:ascii="IM Fell English" w:hAnsi="IM Fell English"/>
          <w:color w:val="141414"/>
          <w:sz w:val="24"/>
        </w:rPr>
        <w:t xml:space="preserve">The room beyond was smaller, hotter, and older. No windows. Brick sweating from the boilers below. A single metal table bolted to the floor, a heavy metal chair with leather and iron restraints, a drain in the center, and nothing else. No knives. No guns. No bottles. The family had used this room for years when they needed information from people who were not allowed to die until they had talked. The only tools permitted were hands, weight, time, and will. </w:t>
      </w:r>
    </w:p>
    <w:p>
      <w:r>
        <w:rPr>
          <w:rFonts w:ascii="IM Fell English" w:hAnsi="IM Fell English"/>
          <w:color w:val="141414"/>
          <w:sz w:val="24"/>
        </w:rPr>
        <w:t>Jackie stepped inside first.</w:t>
      </w:r>
    </w:p>
    <w:p>
      <w:r>
        <w:rPr>
          <w:rFonts w:ascii="IM Fell English" w:hAnsi="IM Fell English"/>
          <w:color w:val="141414"/>
          <w:sz w:val="24"/>
        </w:rPr>
        <w:t>She turned in the center of the room, still in the open waistcoat and white shirt, gold watch chain glinting under the single red bulb, and looked at the two people she had raised.</w:t>
      </w:r>
    </w:p>
    <w:p>
      <w:r>
        <w:rPr>
          <w:rFonts w:ascii="IM Fell English" w:hAnsi="IM Fell English"/>
          <w:color w:val="141414"/>
          <w:sz w:val="24"/>
        </w:rPr>
        <w:t xml:space="preserve">“No blades,” she said quietly. “No guns. Only what you can do with what you were born with. You want my seat, Jenna? You take it. Temporarily. You run the docks, the whiskey, the books, the soldiers. You sit at the head of the table and see if the family still listens when the voice isn’t mine.” </w:t>
      </w:r>
    </w:p>
    <w:p>
      <w:r>
        <w:rPr>
          <w:rFonts w:ascii="IM Fell English" w:hAnsi="IM Fell English"/>
          <w:color w:val="141414"/>
          <w:sz w:val="24"/>
        </w:rPr>
        <w:t>She looked at Justin.</w:t>
      </w:r>
    </w:p>
    <w:p>
      <w:r>
        <w:rPr>
          <w:rFonts w:ascii="IM Fell English" w:hAnsi="IM Fell English"/>
          <w:color w:val="141414"/>
          <w:sz w:val="24"/>
        </w:rPr>
        <w:t>“And you. You get me. Every night, every other night, whatever schedule you decide. You work me over in this room until you either break me or learn the difference between a tantrum and real power. I will not call you off. I will not ask you to stop. I want to know if the black heart I tried to put in both of you is finally finished, or if you are still soft because you love me.”</w:t>
      </w:r>
    </w:p>
    <w:p>
      <w:r>
        <w:rPr>
          <w:rFonts w:ascii="IM Fell English" w:hAnsi="IM Fell English"/>
          <w:color w:val="141414"/>
          <w:sz w:val="24"/>
        </w:rPr>
        <w:t>Justin’s jaw tightened. Jenna’s eyes shone.</w:t>
      </w:r>
    </w:p>
    <w:p>
      <w:r>
        <w:rPr>
          <w:rFonts w:ascii="IM Fell English" w:hAnsi="IM Fell English"/>
          <w:color w:val="141414"/>
          <w:sz w:val="24"/>
        </w:rPr>
        <w:t>Jackie began unbuttoning the rest of her shirt.</w:t>
      </w:r>
    </w:p>
    <w:p>
      <w:r>
        <w:rPr>
          <w:rFonts w:ascii="IM Fell English" w:hAnsi="IM Fell English"/>
          <w:color w:val="141414"/>
          <w:sz w:val="24"/>
        </w:rPr>
        <w:t xml:space="preserve">“That is the final lesson,” she said. “You either become hard enough to keep the seat when I am gone, or you prove you were never ready. I do not care which. I only care that you stop holding back.” </w:t>
      </w:r>
    </w:p>
    <w:p>
      <w:r>
        <w:rPr>
          <w:rFonts w:ascii="IM Fell English" w:hAnsi="IM Fell English"/>
          <w:color w:val="141414"/>
          <w:sz w:val="24"/>
        </w:rPr>
        <w:t>She let the shirt fall, then the trousers, until she stood naked except for the collar and the gold ring of the family. She walked to the metal chair, sat, and placed her own wrists on the arms so Jenna could buckle the restraints.</w:t>
      </w:r>
    </w:p>
    <w:p>
      <w:r>
        <w:rPr>
          <w:rFonts w:ascii="IM Fell English" w:hAnsi="IM Fell English"/>
          <w:color w:val="141414"/>
          <w:sz w:val="24"/>
        </w:rPr>
        <w:t>Jenna did it slowly, almost reverently, then stepped back.</w:t>
      </w:r>
    </w:p>
    <w:p>
      <w:r>
        <w:rPr>
          <w:rFonts w:ascii="IM Fell English" w:hAnsi="IM Fell English"/>
          <w:color w:val="141414"/>
          <w:sz w:val="24"/>
        </w:rPr>
        <w:t>Justin locked the ankle irons himself. When he straightened, his voice was rough.</w:t>
      </w:r>
    </w:p>
    <w:p>
      <w:r>
        <w:rPr>
          <w:rFonts w:ascii="IM Fell English" w:hAnsi="IM Fell English"/>
          <w:color w:val="141414"/>
          <w:sz w:val="24"/>
        </w:rPr>
        <w:t>“You’re giving us the family.”</w:t>
      </w:r>
    </w:p>
    <w:p>
      <w:r>
        <w:rPr>
          <w:rFonts w:ascii="IM Fell English" w:hAnsi="IM Fell English"/>
          <w:color w:val="141414"/>
          <w:sz w:val="24"/>
        </w:rPr>
        <w:t>“I’m giving you the chance to take it,” Jackie corrected. “There is a difference. Jenna runs the business starting tonight. You come back to this room and show me what you are. The mutt stays outside until one of you decides she is useful again. Doctors will check me. Food, water, and the good whiskey will be brought. I am not to die until I decide the lesson is finished… or until you prove you can finish it yourselves.”</w:t>
      </w:r>
    </w:p>
    <w:p>
      <w:r>
        <w:rPr>
          <w:rFonts w:ascii="IM Fell English" w:hAnsi="IM Fell English"/>
          <w:color w:val="141414"/>
          <w:sz w:val="24"/>
        </w:rPr>
        <w:t>She leaned her head back against the metal and looked at them with the same calm, assessing stare that had shaped them since they were children.</w:t>
      </w:r>
    </w:p>
    <w:p>
      <w:r>
        <w:rPr>
          <w:rFonts w:ascii="IM Fell English" w:hAnsi="IM Fell English"/>
          <w:color w:val="141414"/>
          <w:sz w:val="24"/>
        </w:rPr>
        <w:t>“Now get out. Go sit at my table, Jenna. Make the captains listen. And Justin… come back when you are ready to stop being polite.”</w:t>
      </w:r>
    </w:p>
    <w:p>
      <w:r>
        <w:rPr>
          <w:rFonts w:ascii="IM Fell English" w:hAnsi="IM Fell English"/>
          <w:color w:val="141414"/>
          <w:sz w:val="24"/>
        </w:rPr>
        <w:t>Jenna stepped forward, cupped Jackie’s face with both hands, and kissed her once, hard and lingering.</w:t>
      </w:r>
    </w:p>
    <w:p>
      <w:r>
        <w:rPr>
          <w:rFonts w:ascii="IM Fell English" w:hAnsi="IM Fell English"/>
          <w:color w:val="141414"/>
          <w:sz w:val="24"/>
        </w:rPr>
        <w:t>“We won’t fail you, teacher.”</w:t>
      </w:r>
    </w:p>
    <w:p>
      <w:r>
        <w:rPr>
          <w:rFonts w:ascii="IM Fell English" w:hAnsi="IM Fell English"/>
          <w:color w:val="141414"/>
          <w:sz w:val="24"/>
        </w:rPr>
        <w:t>Justin didn’t kiss her. He only rested his forehead against hers for a second, breathing hard, then followed his wife out.</w:t>
      </w:r>
    </w:p>
    <w:p>
      <w:r>
        <w:rPr>
          <w:rFonts w:ascii="IM Fell English" w:hAnsi="IM Fell English"/>
          <w:color w:val="141414"/>
          <w:sz w:val="24"/>
        </w:rPr>
        <w:t>The heavy door closed. The iron key turned.</w:t>
      </w:r>
    </w:p>
    <w:p>
      <w:r>
        <w:rPr>
          <w:rFonts w:ascii="IM Fell English" w:hAnsi="IM Fell English"/>
          <w:color w:val="141414"/>
          <w:sz w:val="24"/>
        </w:rPr>
        <w:t>Jackie sat alone in the red light, wrists and ankles locked, naked, already bruised from the earlier demonstration, and listened to the sound of Jennifer shifting restlessly in the outer chamber.</w:t>
      </w:r>
    </w:p>
    <w:p>
      <w:r>
        <w:rPr>
          <w:rFonts w:ascii="IM Fell English" w:hAnsi="IM Fell English"/>
          <w:color w:val="141414"/>
          <w:sz w:val="24"/>
        </w:rPr>
        <w:t>Somewhere below, the speakeasy jazz played on.</w:t>
      </w:r>
    </w:p>
    <w:p>
      <w:r>
        <w:rPr>
          <w:rFonts w:ascii="IM Fell English" w:hAnsi="IM Fell English"/>
          <w:color w:val="141414"/>
          <w:sz w:val="24"/>
        </w:rPr>
        <w:t>Somewhere above, the real audience watched.</w:t>
      </w:r>
    </w:p>
    <w:p>
      <w:r>
        <w:rPr>
          <w:rFonts w:ascii="IM Fell English" w:hAnsi="IM Fell English"/>
          <w:color w:val="141414"/>
          <w:sz w:val="24"/>
        </w:rPr>
        <w:t xml:space="preserve">And in the quiet of the information-torture room, the final lesson of the family of pure Hell had officially begun. </w:t>
      </w:r>
    </w:p>
    <w:p>
      <w:pPr>
        <w:pStyle w:val="Heading1"/>
        <w:jc w:val="center"/>
      </w:pPr>
      <w:r>
        <w:rPr>
          <w:rFonts w:ascii="IM Fell English" w:hAnsi="IM Fell English"/>
          <w:color w:val="0D0D0D"/>
        </w:rPr>
        <w:t>CHAPTER 11 — THE HEAD OF THE TABLE, 1927</w:t>
      </w:r>
    </w:p>
    <w:p>
      <w:r>
        <w:rPr>
          <w:rFonts w:ascii="IM Fell English" w:hAnsi="IM Fell English"/>
          <w:color w:val="141414"/>
          <w:sz w:val="24"/>
        </w:rPr>
        <w:t>Jenna sat in Jackie’s chair like she had been born there.</w:t>
      </w:r>
    </w:p>
    <w:p>
      <w:r>
        <w:rPr>
          <w:rFonts w:ascii="IM Fell English" w:hAnsi="IM Fell English"/>
          <w:color w:val="141414"/>
          <w:sz w:val="24"/>
        </w:rPr>
        <w:t>The same back room, the same long oak table, the same cigar smoke and bootleg whiskey. The captains and soldiers watched her with careful eyes. Some of them had watched her grow up under the teacher’s hand. None of them were certain yet whether the red dress and the quiet voice carried the same weight as the woman currently locked in the room above the stills.</w:t>
      </w:r>
    </w:p>
    <w:p>
      <w:r>
        <w:rPr>
          <w:rFonts w:ascii="IM Fell English" w:hAnsi="IM Fell English"/>
          <w:color w:val="141414"/>
          <w:sz w:val="24"/>
        </w:rPr>
        <w:t>Jenna turned Jackie’s gold signet ring on her own finger once, then rested both hands flat on the table.</w:t>
      </w:r>
    </w:p>
    <w:p>
      <w:r>
        <w:rPr>
          <w:rFonts w:ascii="IM Fell English" w:hAnsi="IM Fell English"/>
          <w:color w:val="141414"/>
          <w:sz w:val="24"/>
        </w:rPr>
        <w:t>“The docks stay ours,” she said, calm and clear. “The shipment that went missing last week will be replaced by Friday or the men who lost it will answer to my husband personally. Any capo who thinks this is a temporary arrangement is welcome to say so now, while I’m still smiling.”</w:t>
      </w:r>
    </w:p>
    <w:p>
      <w:r>
        <w:rPr>
          <w:rFonts w:ascii="IM Fell English" w:hAnsi="IM Fell English"/>
          <w:color w:val="141414"/>
          <w:sz w:val="24"/>
        </w:rPr>
        <w:t>No one spoke.</w:t>
      </w:r>
    </w:p>
    <w:p>
      <w:r>
        <w:rPr>
          <w:rFonts w:ascii="IM Fell English" w:hAnsi="IM Fell English"/>
          <w:color w:val="141414"/>
          <w:sz w:val="24"/>
        </w:rPr>
        <w:t>Justin stood behind her left shoulder, silent, sleeves already rolled up, the look on his face making it clear that the smiling would not last long if anyone tested her. The meeting was short. Orders were given. Money was counted. A rival crew’s name was written down for later. When the last soldier left, Jenna leaned back in the chair and exhaled through her nose.</w:t>
      </w:r>
    </w:p>
    <w:p>
      <w:r>
        <w:rPr>
          <w:rFonts w:ascii="IM Fell English" w:hAnsi="IM Fell English"/>
          <w:color w:val="141414"/>
          <w:sz w:val="24"/>
        </w:rPr>
        <w:t>“They listened.”</w:t>
      </w:r>
    </w:p>
    <w:p>
      <w:r>
        <w:rPr>
          <w:rFonts w:ascii="IM Fell English" w:hAnsi="IM Fell English"/>
          <w:color w:val="141414"/>
          <w:sz w:val="24"/>
        </w:rPr>
        <w:t>Justin’s hand settled on the back of her neck, possessive. “They listened because they’re afraid of what’s upstairs. Let’s go remind them why.”</w:t>
      </w:r>
    </w:p>
    <w:p>
      <w:r>
        <w:rPr>
          <w:rFonts w:ascii="IM Fell English" w:hAnsi="IM Fell English"/>
          <w:color w:val="141414"/>
          <w:sz w:val="24"/>
        </w:rPr>
        <w:t>They left the back room together and climbed the narrow stairs to the chambers above the stills. Jennifer was still locked in the outer room exactly where they had left her — wrists high, toes barely touching the floor, collar tight, cheeks flushed, eyes following every movement. She made a small, hopeful sound when she saw them. Jenna paused long enough to stroke her cheek once, almost tender.</w:t>
      </w:r>
    </w:p>
    <w:p>
      <w:r>
        <w:rPr>
          <w:rFonts w:ascii="IM Fell English" w:hAnsi="IM Fell English"/>
          <w:color w:val="141414"/>
          <w:sz w:val="24"/>
        </w:rPr>
        <w:t>“Not yet, mutt. Stay.”</w:t>
      </w:r>
    </w:p>
    <w:p>
      <w:r>
        <w:rPr>
          <w:rFonts w:ascii="IM Fell English" w:hAnsi="IM Fell English"/>
          <w:color w:val="141414"/>
          <w:sz w:val="24"/>
        </w:rPr>
        <w:t>Jennifer’s breath hitched, but she stayed silent.</w:t>
      </w:r>
    </w:p>
    <w:p>
      <w:r>
        <w:rPr>
          <w:rFonts w:ascii="IM Fell English" w:hAnsi="IM Fell English"/>
          <w:color w:val="141414"/>
          <w:sz w:val="24"/>
        </w:rPr>
        <w:t>Justin unlocked the inner door.</w:t>
      </w:r>
    </w:p>
    <w:p>
      <w:r>
        <w:rPr>
          <w:rFonts w:ascii="IM Fell English" w:hAnsi="IM Fell English"/>
          <w:color w:val="141414"/>
          <w:sz w:val="24"/>
        </w:rPr>
        <w:t>Jackie was exactly as they had left her: naked, collared, wrists and ankles locked to the heavy metal chair, head tilted back against the iron, the red bulb painting every old and new bruise in deep color. She opened her eyes when they entered and gave them the same calm, measuring look she had always used when a lesson was in progress.</w:t>
      </w:r>
    </w:p>
    <w:p>
      <w:r>
        <w:rPr>
          <w:rFonts w:ascii="IM Fell English" w:hAnsi="IM Fell English"/>
          <w:color w:val="141414"/>
          <w:sz w:val="24"/>
        </w:rPr>
        <w:t>“Report,” she said, voice steady.</w:t>
      </w:r>
    </w:p>
    <w:p>
      <w:r>
        <w:rPr>
          <w:rFonts w:ascii="IM Fell English" w:hAnsi="IM Fell English"/>
          <w:color w:val="141414"/>
          <w:sz w:val="24"/>
        </w:rPr>
        <w:t>Jenna stepped close, still wearing the signet ring. “The captains listened. The docks are quiet. I gave them Friday to fix the missing shipment. No one challenged me out loud.”</w:t>
      </w:r>
    </w:p>
    <w:p>
      <w:r>
        <w:rPr>
          <w:rFonts w:ascii="IM Fell English" w:hAnsi="IM Fell English"/>
          <w:color w:val="141414"/>
          <w:sz w:val="24"/>
        </w:rPr>
        <w:t>Jackie nodded once. “And the ones who wanted to?”</w:t>
      </w:r>
    </w:p>
    <w:p>
      <w:r>
        <w:rPr>
          <w:rFonts w:ascii="IM Fell English" w:hAnsi="IM Fell English"/>
          <w:color w:val="141414"/>
          <w:sz w:val="24"/>
        </w:rPr>
        <w:t>“I know their names,” Justin answered. He was already removing his jacket, then his shirt. “I’ll deal with them after I’m finished here.”</w:t>
      </w:r>
    </w:p>
    <w:p>
      <w:r>
        <w:rPr>
          <w:rFonts w:ascii="IM Fell English" w:hAnsi="IM Fell English"/>
          <w:color w:val="141414"/>
          <w:sz w:val="24"/>
        </w:rPr>
        <w:t>Jackie looked at him for a long moment, reading everything he wasn’t saying, then settled back against the chair.</w:t>
      </w:r>
    </w:p>
    <w:p>
      <w:r>
        <w:rPr>
          <w:rFonts w:ascii="IM Fell English" w:hAnsi="IM Fell English"/>
          <w:color w:val="141414"/>
          <w:sz w:val="24"/>
        </w:rPr>
        <w:t>“Good. Then begin.”</w:t>
      </w:r>
    </w:p>
    <w:p>
      <w:r>
        <w:rPr>
          <w:rFonts w:ascii="IM Fell English" w:hAnsi="IM Fell English"/>
          <w:color w:val="141414"/>
          <w:sz w:val="24"/>
        </w:rPr>
        <w:t>Justin didn’t ask if she was sure. He simply stepped in front of her, gripped her jaw, and kissed her hard enough to reopen the split in her lip. Jackie kissed back until she tasted blood, then turned her face aside and waited.</w:t>
      </w:r>
    </w:p>
    <w:p>
      <w:r>
        <w:rPr>
          <w:rFonts w:ascii="IM Fell English" w:hAnsi="IM Fell English"/>
          <w:color w:val="141414"/>
          <w:sz w:val="24"/>
        </w:rPr>
        <w:t>He started with his hands.</w:t>
      </w:r>
    </w:p>
    <w:p>
      <w:r>
        <w:rPr>
          <w:rFonts w:ascii="IM Fell English" w:hAnsi="IM Fell English"/>
          <w:color w:val="141414"/>
          <w:sz w:val="24"/>
        </w:rPr>
        <w:t>Open-handed blows across her breasts, her stomach, the insides of her thighs — measured, heavy, designed to hurt without damaging anything that would keep her from speaking. When her breathing stayed too even he switched to fists, short and precise, the same places he had marked the night before. Jackie took every one in silence except for the controlled exhales she allowed herself. Sweat and blood began to run in thin lines down her skin and drip onto the concrete.</w:t>
      </w:r>
    </w:p>
    <w:p>
      <w:r>
        <w:rPr>
          <w:rFonts w:ascii="IM Fell English" w:hAnsi="IM Fell English"/>
          <w:color w:val="141414"/>
          <w:sz w:val="24"/>
        </w:rPr>
        <w:t>Jenna circled the chair slowly, watching both of them, occasionally reaching out to drag a fingernail through the fresh blood or to tighten the collar another notch so Jackie’s next breath had to work harder. She did not speak. She simply observed the way the teacher had once observed them.</w:t>
      </w:r>
    </w:p>
    <w:p>
      <w:r>
        <w:rPr>
          <w:rFonts w:ascii="IM Fell English" w:hAnsi="IM Fell English"/>
          <w:color w:val="141414"/>
          <w:sz w:val="24"/>
        </w:rPr>
        <w:t>Justin escalated.</w:t>
      </w:r>
    </w:p>
    <w:p>
      <w:r>
        <w:rPr>
          <w:rFonts w:ascii="IM Fell English" w:hAnsi="IM Fell English"/>
          <w:color w:val="141414"/>
          <w:sz w:val="24"/>
        </w:rPr>
        <w:t>He unlocked one ankle only long enough to force Jackie’s leg higher and lock it to a higher ring on the chair, opening her completely. Then he used his belt — folded, heavy, the buckle wrapped in his palm so only leather spoke. He worked the insides of her thighs and the softer skin of her hips until the welts rose thick and dark. Jackie’s jaw stayed tight. Her eyes stayed open and fixed on his face, still judging, still teaching even while she bled.</w:t>
      </w:r>
    </w:p>
    <w:p>
      <w:r>
        <w:rPr>
          <w:rFonts w:ascii="IM Fell English" w:hAnsi="IM Fell English"/>
          <w:color w:val="141414"/>
          <w:sz w:val="24"/>
        </w:rPr>
        <w:t>When he finally dropped the belt and stepped between her forced-open legs, Jenna moved behind the chair and braced Jackie’s shoulders so she couldn’t rock back. Justin fucked her hard and deep, one hand around her throat above the collar, the other braced on the iron arm of the chair. Every thrust drove the fresh welts against the metal. Every time Jackie came — silent, shaking, eyes still locked on his — Jenna’s fingers dug harder into her shoulders and Justin’s grip on her throat tightened another fraction.</w:t>
      </w:r>
    </w:p>
    <w:p>
      <w:r>
        <w:rPr>
          <w:rFonts w:ascii="IM Fell English" w:hAnsi="IM Fell English"/>
          <w:color w:val="141414"/>
          <w:sz w:val="24"/>
        </w:rPr>
        <w:t>He didn’t finish inside her.</w:t>
      </w:r>
    </w:p>
    <w:p>
      <w:r>
        <w:rPr>
          <w:rFonts w:ascii="IM Fell English" w:hAnsi="IM Fell English"/>
          <w:color w:val="141414"/>
          <w:sz w:val="24"/>
        </w:rPr>
        <w:t>He pulled out, spent across the fresh bruises on her stomach, and stood over her breathing hard, waiting to see if she would break the silence first.</w:t>
      </w:r>
    </w:p>
    <w:p>
      <w:r>
        <w:rPr>
          <w:rFonts w:ascii="IM Fell English" w:hAnsi="IM Fell English"/>
          <w:color w:val="141414"/>
          <w:sz w:val="24"/>
        </w:rPr>
        <w:t>Jackie licked blood from her split lip and looked up at both of them.</w:t>
      </w:r>
    </w:p>
    <w:p>
      <w:r>
        <w:rPr>
          <w:rFonts w:ascii="IM Fell English" w:hAnsi="IM Fell English"/>
          <w:color w:val="141414"/>
          <w:sz w:val="24"/>
        </w:rPr>
        <w:t>“Better,” she said, voice rough but steady. “Still soft in the places that matter. Come back tomorrow night. And Jenna — the captain who hesitated when you mentioned the docks. Make an example of him before the week is out. Public. The family needs to see that the hand wearing my ring can close into a fist.”</w:t>
      </w:r>
    </w:p>
    <w:p>
      <w:r>
        <w:rPr>
          <w:rFonts w:ascii="IM Fell English" w:hAnsi="IM Fell English"/>
          <w:color w:val="141414"/>
          <w:sz w:val="24"/>
        </w:rPr>
        <w:t>Jenna leaned down and kissed her bloodied mouth once, slow and proud.</w:t>
      </w:r>
    </w:p>
    <w:p>
      <w:r>
        <w:rPr>
          <w:rFonts w:ascii="IM Fell English" w:hAnsi="IM Fell English"/>
          <w:color w:val="141414"/>
          <w:sz w:val="24"/>
        </w:rPr>
        <w:t>“Yes, teacher.”</w:t>
      </w:r>
    </w:p>
    <w:p>
      <w:r>
        <w:rPr>
          <w:rFonts w:ascii="IM Fell English" w:hAnsi="IM Fell English"/>
          <w:color w:val="141414"/>
          <w:sz w:val="24"/>
        </w:rPr>
        <w:t>Justin unlocked nothing. He simply picked up his shirt, looked at the woman who had raised him, and nodded once.</w:t>
      </w:r>
    </w:p>
    <w:p>
      <w:r>
        <w:rPr>
          <w:rFonts w:ascii="IM Fell English" w:hAnsi="IM Fell English"/>
          <w:color w:val="141414"/>
          <w:sz w:val="24"/>
        </w:rPr>
        <w:t>They left her there — locked, marked, breathing, still unbroken — and closed the iron door behind them.</w:t>
      </w:r>
    </w:p>
    <w:p>
      <w:r>
        <w:rPr>
          <w:rFonts w:ascii="IM Fell English" w:hAnsi="IM Fell English"/>
          <w:color w:val="141414"/>
          <w:sz w:val="24"/>
        </w:rPr>
        <w:t>In the outer room Jennifer made a soft, needy sound as they passed. Jenna paused long enough to wipe a smear of Jackie’s blood across the mutt’s lips with her thumb.</w:t>
      </w:r>
    </w:p>
    <w:p>
      <w:r>
        <w:rPr>
          <w:rFonts w:ascii="IM Fell English" w:hAnsi="IM Fell English"/>
          <w:color w:val="141414"/>
          <w:sz w:val="24"/>
        </w:rPr>
        <w:t>“Soon,” she whispered. “Be patient.”</w:t>
      </w:r>
    </w:p>
    <w:p>
      <w:r>
        <w:rPr>
          <w:rFonts w:ascii="IM Fell English" w:hAnsi="IM Fell English"/>
          <w:color w:val="141414"/>
          <w:sz w:val="24"/>
        </w:rPr>
        <w:t>Then they went downstairs to finish the night’s business, the signet ring heavy on Jenna’s finger and the final lesson still unfolding in the red-lit room above the stills.</w:t>
      </w:r>
    </w:p>
    <w:p>
      <w:pPr>
        <w:pStyle w:val="Heading1"/>
        <w:jc w:val="center"/>
      </w:pPr>
      <w:r>
        <w:rPr>
          <w:rFonts w:ascii="IM Fell English" w:hAnsi="IM Fell English"/>
          <w:color w:val="0D0D0D"/>
        </w:rPr>
        <w:t>CHAPTER 12 — EXAMPLE, 1927</w:t>
      </w:r>
    </w:p>
    <w:p>
      <w:r>
        <w:rPr>
          <w:rFonts w:ascii="IM Fell English" w:hAnsi="IM Fell English"/>
          <w:color w:val="141414"/>
          <w:sz w:val="24"/>
        </w:rPr>
        <w:t>Jenna made the example on the third night.</w:t>
      </w:r>
    </w:p>
    <w:p>
      <w:r>
        <w:rPr>
          <w:rFonts w:ascii="IM Fell English" w:hAnsi="IM Fell English"/>
          <w:color w:val="141414"/>
          <w:sz w:val="24"/>
        </w:rPr>
        <w:t>The warehouse at the end of Pier 19 smelled of wet rope, diesel, and the cold salt wind coming off the river. Work lights hung from the rafters on long chains and swung gently whenever a truck passed outside, throwing slow yellow arcs across the concrete floor. The family stood in a loose semicircle — captains, soldiers, two bookkeepers who handled the whiskey money, and a handful of longshoremen who had been told to stay and watch. No one spoke. The only sound was the river slapping against the pilings and the soft clink of Jennifer’s collar chain as she shifted on her knees.</w:t>
      </w:r>
    </w:p>
    <w:p>
      <w:r>
        <w:rPr>
          <w:rFonts w:ascii="IM Fell English" w:hAnsi="IM Fell English"/>
          <w:color w:val="141414"/>
          <w:sz w:val="24"/>
        </w:rPr>
        <w:t>Jennifer had been brought down from the outer room for the occasion. She was naked except for the collar and the cuffs that kept her wrists in front of her so she could be led. A thin coat had been draped over her shoulders for the walk through the streets and then pulled away the moment they entered the warehouse. She knelt on the cold concrete at Jenna’s feet, back straight, eyes lowered, the way the mutt had been taught years ago. Every so often a shiver ran through her from the cold or from something else entirely. Jenna rested one gloved hand on her hair and left it there.</w:t>
      </w:r>
    </w:p>
    <w:p>
      <w:r>
        <w:rPr>
          <w:rFonts w:ascii="IM Fell English" w:hAnsi="IM Fell English"/>
          <w:color w:val="141414"/>
          <w:sz w:val="24"/>
        </w:rPr>
        <w:t>The captain who had hesitated at the docks was brought in through the side door between two soldiers. He still wore his good coat. His hands were tied in front of him with the same heavy cord the family used for crates. He looked at Jenna, at the ring on her finger, at Justin standing silent behind her, and at the naked woman kneeling on the floor, and something in his face closed.</w:t>
      </w:r>
    </w:p>
    <w:p>
      <w:r>
        <w:rPr>
          <w:rFonts w:ascii="IM Fell English" w:hAnsi="IM Fell English"/>
          <w:color w:val="141414"/>
          <w:sz w:val="24"/>
        </w:rPr>
        <w:t>Jenna did not raise her voice. She did not need to.</w:t>
      </w:r>
    </w:p>
    <w:p>
      <w:r>
        <w:rPr>
          <w:rFonts w:ascii="IM Fell English" w:hAnsi="IM Fell English"/>
          <w:color w:val="141414"/>
          <w:sz w:val="24"/>
        </w:rPr>
        <w:t>“This man cost us a shipment and then questioned whether my orders carried weight,” she said, clear enough for every man in the circle to hear. “The teacher is occupied with other matters. I am the hand that wears her ring. Watch carefully.”</w:t>
      </w:r>
    </w:p>
    <w:p>
      <w:r>
        <w:rPr>
          <w:rFonts w:ascii="IM Fell English" w:hAnsi="IM Fell English"/>
          <w:color w:val="141414"/>
          <w:sz w:val="24"/>
        </w:rPr>
        <w:t>She did not use a gun. She did not use a knife. She used the same tools the information room allowed — hands, time, and will — so that every man present would understand the rules had not changed, only the person enforcing them.</w:t>
      </w:r>
    </w:p>
    <w:p>
      <w:r>
        <w:rPr>
          <w:rFonts w:ascii="IM Fell English" w:hAnsi="IM Fell English"/>
          <w:color w:val="141414"/>
          <w:sz w:val="24"/>
        </w:rPr>
        <w:t>The captain lasted longer than most expected. Jenna was patient and precise. She worked in silence except for the soft instructions she gave Justin when she needed a man held or turned. Blood hit the concrete in thick, dark drops that steamed faintly in the cold air. Jennifer watched every second without blinking, cheeks flushed, thighs pressed together, the thin coat forgotten on the floor behind her. More than one soldier found somewhere else to look and then looked back anyway.</w:t>
      </w:r>
    </w:p>
    <w:p>
      <w:r>
        <w:rPr>
          <w:rFonts w:ascii="IM Fell English" w:hAnsi="IM Fell English"/>
          <w:color w:val="141414"/>
          <w:sz w:val="24"/>
        </w:rPr>
        <w:t>When the captain finally stopped moving, Jenna stepped back, accepted the handkerchief Justin held out, and wiped her hands with slow, deliberate care. She looked around the circle once.</w:t>
      </w:r>
    </w:p>
    <w:p>
      <w:r>
        <w:rPr>
          <w:rFonts w:ascii="IM Fell English" w:hAnsi="IM Fell English"/>
          <w:color w:val="141414"/>
          <w:sz w:val="24"/>
        </w:rPr>
        <w:t>“The docks stay ours. Friday’s replacement shipment will be on time. Anyone else who needs a reminder can speak now.”</w:t>
      </w:r>
    </w:p>
    <w:p>
      <w:r>
        <w:rPr>
          <w:rFonts w:ascii="IM Fell English" w:hAnsi="IM Fell English"/>
          <w:color w:val="141414"/>
          <w:sz w:val="24"/>
        </w:rPr>
        <w:t>No one spoke.</w:t>
      </w:r>
    </w:p>
    <w:p>
      <w:r>
        <w:rPr>
          <w:rFonts w:ascii="IM Fell English" w:hAnsi="IM Fell English"/>
          <w:color w:val="141414"/>
          <w:sz w:val="24"/>
        </w:rPr>
        <w:t>Jennifer’s breathing was audible in the sudden quiet — shallow, excited, almost reverent. Jenna reached down, stroked her hair once, and spoke softly, for her alone.</w:t>
      </w:r>
    </w:p>
    <w:p>
      <w:r>
        <w:rPr>
          <w:rFonts w:ascii="IM Fell English" w:hAnsi="IM Fell English"/>
          <w:color w:val="141414"/>
          <w:sz w:val="24"/>
        </w:rPr>
        <w:t>“Good girl. You see how business is done when the teacher is otherwise engaged.”</w:t>
      </w:r>
    </w:p>
    <w:p>
      <w:r>
        <w:rPr>
          <w:rFonts w:ascii="IM Fell English" w:hAnsi="IM Fell English"/>
          <w:color w:val="141414"/>
          <w:sz w:val="24"/>
        </w:rPr>
        <w:t>Justin and two soldiers hauled the body toward the river doors. The splash was brief and heavy. Jenna pulled the thin coat back over Jennifer’s shoulders, took the lead attached to her collar, and walked her out of the warehouse without another word. The family parted for them in silence. Snow had begun to fall again. It caught in Jennifer’s hair and melted against the heat of her skin.</w:t>
      </w:r>
    </w:p>
    <w:p>
      <w:r>
        <w:rPr>
          <w:rFonts w:ascii="IM Fell English" w:hAnsi="IM Fell English"/>
          <w:color w:val="141414"/>
          <w:sz w:val="24"/>
        </w:rPr>
        <w:t>They returned to the speakeasy through back alleys and service doors. Jennifer was returned to the outer rings of the chamber above the stills, coat removed, wrists locked high, toes barely touching the floor. She was already wet down the inside of her thighs. Jenna paused long enough to push three gloved fingers into her mouth and hold them there while Jennifer sucked them clean of the copper taste of the warehouse.</w:t>
      </w:r>
    </w:p>
    <w:p>
      <w:r>
        <w:rPr>
          <w:rFonts w:ascii="IM Fell English" w:hAnsi="IM Fell English"/>
          <w:color w:val="141414"/>
          <w:sz w:val="24"/>
        </w:rPr>
        <w:t>“Stay.”</w:t>
      </w:r>
    </w:p>
    <w:p>
      <w:r>
        <w:rPr>
          <w:rFonts w:ascii="IM Fell English" w:hAnsi="IM Fell English"/>
          <w:color w:val="141414"/>
          <w:sz w:val="24"/>
        </w:rPr>
        <w:t>The iron key turned in the inner door.</w:t>
      </w:r>
    </w:p>
    <w:p>
      <w:r>
        <w:rPr>
          <w:rFonts w:ascii="IM Fell English" w:hAnsi="IM Fell English"/>
          <w:color w:val="141414"/>
          <w:sz w:val="24"/>
        </w:rPr>
        <w:t>Jackie was exactly where they had left her after the previous night’s session — locked to the metal chair, body a deepening map of bruises and welts, breathing slow and even under the single red bulb. A thin line of dried blood ran from the corner of her mouth to her chin. The doctor’s bag sat in the corner; the trusted man had already come and gone. A fresh bottle of the family’s better whiskey waited on the floor.</w:t>
      </w:r>
    </w:p>
    <w:p>
      <w:r>
        <w:rPr>
          <w:rFonts w:ascii="IM Fell English" w:hAnsi="IM Fell English"/>
          <w:color w:val="141414"/>
          <w:sz w:val="24"/>
        </w:rPr>
        <w:t>Jackie opened her eyes when the door opened and took in the blood still under Jenna’s nails, the fresh marks on Justin’s knuckles, and the flushed, needy state of the mutt who had been left outside.</w:t>
      </w:r>
    </w:p>
    <w:p>
      <w:r>
        <w:rPr>
          <w:rFonts w:ascii="IM Fell English" w:hAnsi="IM Fell English"/>
          <w:color w:val="141414"/>
          <w:sz w:val="24"/>
        </w:rPr>
        <w:t>“Report.”</w:t>
      </w:r>
    </w:p>
    <w:p>
      <w:r>
        <w:rPr>
          <w:rFonts w:ascii="IM Fell English" w:hAnsi="IM Fell English"/>
          <w:color w:val="141414"/>
          <w:sz w:val="24"/>
        </w:rPr>
        <w:t>Jenna stood in front of her, still wearing the signet ring and the cold of the docks. “The captain who hesitated is no longer a problem. Public. No guns. No knives. The family watched. No one else spoke.”</w:t>
      </w:r>
    </w:p>
    <w:p>
      <w:r>
        <w:rPr>
          <w:rFonts w:ascii="IM Fell English" w:hAnsi="IM Fell English"/>
          <w:color w:val="141414"/>
          <w:sz w:val="24"/>
        </w:rPr>
        <w:t>Jackie studied her for a long moment, eyes moving over the blood on her cuffs and the calm in her face. Then she nodded once.</w:t>
      </w:r>
    </w:p>
    <w:p>
      <w:r>
        <w:rPr>
          <w:rFonts w:ascii="IM Fell English" w:hAnsi="IM Fell English"/>
          <w:color w:val="141414"/>
          <w:sz w:val="24"/>
        </w:rPr>
        <w:t>“Better. The hand that wears the ring has to be able to close. You closed it.” Her gaze shifted to Justin. “And you?”</w:t>
      </w:r>
    </w:p>
    <w:p>
      <w:r>
        <w:rPr>
          <w:rFonts w:ascii="IM Fell English" w:hAnsi="IM Fell English"/>
          <w:color w:val="141414"/>
          <w:sz w:val="24"/>
        </w:rPr>
        <w:t>Justin stepped forward, already removing his coat and shirt. The cold still clung to his skin. “I dealt with the two men who helped him lose the shipment. They’re in the river. I saved the rest of my hands for you.”</w:t>
      </w:r>
    </w:p>
    <w:p>
      <w:r>
        <w:rPr>
          <w:rFonts w:ascii="IM Fell English" w:hAnsi="IM Fell English"/>
          <w:color w:val="141414"/>
          <w:sz w:val="24"/>
        </w:rPr>
        <w:t>Jackie settled back against the iron as far as the restraints allowed, the old and new bruises shifting with the movement.</w:t>
      </w:r>
    </w:p>
    <w:p>
      <w:r>
        <w:rPr>
          <w:rFonts w:ascii="IM Fell English" w:hAnsi="IM Fell English"/>
          <w:color w:val="141414"/>
          <w:sz w:val="24"/>
        </w:rPr>
        <w:t>“Then use them.”</w:t>
      </w:r>
    </w:p>
    <w:p>
      <w:r>
        <w:rPr>
          <w:rFonts w:ascii="IM Fell English" w:hAnsi="IM Fell English"/>
          <w:color w:val="141414"/>
          <w:sz w:val="24"/>
        </w:rPr>
        <w:t>Justin worked her longer that night than the night before.</w:t>
      </w:r>
    </w:p>
    <w:p>
      <w:r>
        <w:rPr>
          <w:rFonts w:ascii="IM Fell English" w:hAnsi="IM Fell English"/>
          <w:color w:val="141414"/>
          <w:sz w:val="24"/>
        </w:rPr>
        <w:t>He started with open hands — heavy, measured blows across her breasts, her stomach, the insides of her thighs — watching the color rise and the way her breathing stayed deliberately even. When that no longer changed her expression he switched to fists, short and precise, the same places he had mapped the previous sessions. Jenna circled the chair slowly, sometimes tightening the collar until Jackie’s pulse fluttered under her thumb, sometimes releasing it just enough for a full breath, sometimes dragging a fingernail through a fresh split and painting the blood across Jackie’s lower lip like rouge.</w:t>
      </w:r>
    </w:p>
    <w:p>
      <w:r>
        <w:rPr>
          <w:rFonts w:ascii="IM Fell English" w:hAnsi="IM Fell English"/>
          <w:color w:val="141414"/>
          <w:sz w:val="24"/>
        </w:rPr>
        <w:t>The belt came next. Folded, heavy, buckle wrapped in Justin’s palm so only leather spoke. He worked the insides of her thighs and the softer skin of her hips until the welts rose thick and dark and began to open. Jackie’s jaw stayed tight. Her eyes stayed open and fixed on his face, still judging, still teaching even while the red bulb painted every new mark.</w:t>
      </w:r>
    </w:p>
    <w:p>
      <w:r>
        <w:rPr>
          <w:rFonts w:ascii="IM Fell English" w:hAnsi="IM Fell English"/>
          <w:color w:val="141414"/>
          <w:sz w:val="24"/>
        </w:rPr>
        <w:t>When he finally unlocked one ankle and forced her leg higher, locking it to a ring that opened her completely, Jackie’s breathing had gone deeper but her voice remained steady.</w:t>
      </w:r>
    </w:p>
    <w:p>
      <w:r>
        <w:rPr>
          <w:rFonts w:ascii="IM Fell English" w:hAnsi="IM Fell English"/>
          <w:color w:val="141414"/>
          <w:sz w:val="24"/>
        </w:rPr>
        <w:t>“You’re still counting the damage,” she said through her teeth as the next stroke landed. “Stop counting. Start meaning it.”</w:t>
      </w:r>
    </w:p>
    <w:p>
      <w:r>
        <w:rPr>
          <w:rFonts w:ascii="IM Fell English" w:hAnsi="IM Fell English"/>
          <w:color w:val="141414"/>
          <w:sz w:val="24"/>
        </w:rPr>
        <w:t>Justin’s next blow landed harder. The one after that harder still. He stepped between her forced-open legs and fucked her with the same controlled brutality he was still refining — deep, relentless, one hand braced on the iron arm of the chair, the other locked around her throat above the collar. Jenna held Jackie’s shoulders and watched her face the entire time, reading every controlled flicker the way the teacher had once read theirs.</w:t>
      </w:r>
    </w:p>
    <w:p>
      <w:r>
        <w:rPr>
          <w:rFonts w:ascii="IM Fell English" w:hAnsi="IM Fell English"/>
          <w:color w:val="141414"/>
          <w:sz w:val="24"/>
        </w:rPr>
        <w:t>Jackie came in near silence, shaking, eyes still open and measuring. Justin refused to ease off. She came a second time with a low, broken sound that made his rhythm falter for half a heartbeat before he forced it steady again. He finished across the fresh map of welts on her stomach, breathing hard, and rested his forehead against hers for the brief second that had become their private ritual.</w:t>
      </w:r>
    </w:p>
    <w:p>
      <w:r>
        <w:rPr>
          <w:rFonts w:ascii="IM Fell English" w:hAnsi="IM Fell English"/>
          <w:color w:val="141414"/>
          <w:sz w:val="24"/>
        </w:rPr>
        <w:t>Jackie licked blood from her teeth and spoke first, voice scraped raw but steady.</w:t>
      </w:r>
    </w:p>
    <w:p>
      <w:r>
        <w:rPr>
          <w:rFonts w:ascii="IM Fell English" w:hAnsi="IM Fell English"/>
          <w:color w:val="141414"/>
          <w:sz w:val="24"/>
        </w:rPr>
        <w:t>“Closer. You’re learning not to flinch when I make noise. Come back tomorrow. And Jenna — the replacement shipment. Be on the docks yourself when it lands. Let them see the ring in the open air.”</w:t>
      </w:r>
    </w:p>
    <w:p>
      <w:r>
        <w:rPr>
          <w:rFonts w:ascii="IM Fell English" w:hAnsi="IM Fell English"/>
          <w:color w:val="141414"/>
          <w:sz w:val="24"/>
        </w:rPr>
        <w:t>Jenna leaned down and kissed her bloodied mouth once, slow and proud and fierce.</w:t>
      </w:r>
    </w:p>
    <w:p>
      <w:r>
        <w:rPr>
          <w:rFonts w:ascii="IM Fell English" w:hAnsi="IM Fell English"/>
          <w:color w:val="141414"/>
          <w:sz w:val="24"/>
        </w:rPr>
        <w:t>“Yes, teacher.”</w:t>
      </w:r>
    </w:p>
    <w:p>
      <w:r>
        <w:rPr>
          <w:rFonts w:ascii="IM Fell English" w:hAnsi="IM Fell English"/>
          <w:color w:val="141414"/>
          <w:sz w:val="24"/>
        </w:rPr>
        <w:t>Justin unlocked nothing. He poured a measure of the whiskey into the glass, held it to Jackie’s lips, and let her drink. Then he set the glass down, picked up his shirt, and followed his wife to the door.</w:t>
      </w:r>
    </w:p>
    <w:p>
      <w:r>
        <w:rPr>
          <w:rFonts w:ascii="IM Fell English" w:hAnsi="IM Fell English"/>
          <w:color w:val="141414"/>
          <w:sz w:val="24"/>
        </w:rPr>
        <w:t>In the outer room Jennifer watched them pass with wide, dark eyes and the same flushed, patient hunger she had carried for days. Jenna stopped long enough to wipe a smear of Jackie’s blood across the mutt’s lips with her thumb.</w:t>
      </w:r>
    </w:p>
    <w:p>
      <w:r>
        <w:rPr>
          <w:rFonts w:ascii="IM Fell English" w:hAnsi="IM Fell English"/>
          <w:color w:val="141414"/>
          <w:sz w:val="24"/>
        </w:rPr>
        <w:t>“Soon,” she whispered. “Be patient.”</w:t>
      </w:r>
    </w:p>
    <w:p>
      <w:r>
        <w:rPr>
          <w:rFonts w:ascii="IM Fell English" w:hAnsi="IM Fell English"/>
          <w:color w:val="141414"/>
          <w:sz w:val="24"/>
        </w:rPr>
        <w:t>Jennifer sucked the blood from the thumb without being told and stayed silent when the outer door closed.</w:t>
      </w:r>
    </w:p>
    <w:p>
      <w:r>
        <w:rPr>
          <w:rFonts w:ascii="IM Fell English" w:hAnsi="IM Fell English"/>
          <w:color w:val="141414"/>
          <w:sz w:val="24"/>
        </w:rPr>
        <w:t>Downstairs the speakeasy jazz played on, muffled by brick and snow. Money changed hands. Guns were checked at the door. The family had seen the fist close around the ring.</w:t>
      </w:r>
    </w:p>
    <w:p>
      <w:r>
        <w:rPr>
          <w:rFonts w:ascii="IM Fell English" w:hAnsi="IM Fell English"/>
          <w:color w:val="141414"/>
          <w:sz w:val="24"/>
        </w:rPr>
        <w:t>And above the stills, in the room that smelled of iron and blood and the faint sweet ghost of whiskey, Jackie sat locked and breathing, the taste of copper and family liquor still on her tongue, while the final lesson continued — one night, one public example, one quiet order at a time.</w:t>
      </w:r>
    </w:p>
    <w:p>
      <w:pPr>
        <w:pStyle w:val="Heading1"/>
        <w:jc w:val="center"/>
      </w:pPr>
      <w:r>
        <w:rPr>
          <w:rFonts w:ascii="IM Fell English" w:hAnsi="IM Fell English"/>
          <w:color w:val="0D0D0D"/>
        </w:rPr>
        <w:t>CHAPTER 13 — THE RING AND THE RIVER, 1927</w:t>
      </w:r>
    </w:p>
    <w:p>
      <w:r>
        <w:rPr>
          <w:rFonts w:ascii="IM Fell English" w:hAnsi="IM Fell English"/>
          <w:color w:val="141414"/>
          <w:sz w:val="24"/>
        </w:rPr>
        <w:t>Jenna wore the signet ring to the docks at dawn.</w:t>
      </w:r>
    </w:p>
    <w:p>
      <w:r>
        <w:rPr>
          <w:rFonts w:ascii="IM Fell English" w:hAnsi="IM Fell English"/>
          <w:color w:val="141414"/>
          <w:sz w:val="24"/>
        </w:rPr>
        <w:t xml:space="preserve">The sky was the color of wet ash, and the river ran the same dirty steel grey as the freighter that had just tied up. Steam rose from the water where the warmer current met the winter air. Soldiers lined the pier in dark coats, hands in pockets or resting near waistbands. Bookkeepers waited with open ledgers and pencils that kept threatening to snap in the cold. Justin stood at Jenna’s right shoulder, silent, the collar of his coat turned up. Jennifer knelt on a folded tarp at Jenna’s feet, naked under an open wool coat that did nothing to hide the collar or the marks Justin and Jenna had left on her over the previous nights. Snowflakes caught in her hair and melted against her skin. She kept her back straight and her eyes lowered. The longshoremen looked once and then found somewhere else to look. </w:t>
      </w:r>
    </w:p>
    <w:p>
      <w:r>
        <w:rPr>
          <w:rFonts w:ascii="IM Fell English" w:hAnsi="IM Fell English"/>
          <w:color w:val="141414"/>
          <w:sz w:val="24"/>
        </w:rPr>
        <w:t>The senior bookkeeper approached with the ledger already open.</w:t>
      </w:r>
    </w:p>
    <w:p>
      <w:r>
        <w:rPr>
          <w:rFonts w:ascii="IM Fell English" w:hAnsi="IM Fell English"/>
          <w:color w:val="141414"/>
          <w:sz w:val="24"/>
        </w:rPr>
        <w:t>“Three months without a short crate,” he said. “The captains stopped asking when the teacher is coming back.”</w:t>
      </w:r>
    </w:p>
    <w:p>
      <w:r>
        <w:rPr>
          <w:rFonts w:ascii="IM Fell English" w:hAnsi="IM Fell English"/>
          <w:color w:val="141414"/>
          <w:sz w:val="24"/>
        </w:rPr>
        <w:t>Jenna took the ledger in one gloved hand, flipped two pages with her thumb, and handed it back. The gold signet ring caught the weak morning light.</w:t>
      </w:r>
    </w:p>
    <w:p>
      <w:r>
        <w:rPr>
          <w:rFonts w:ascii="IM Fell English" w:hAnsi="IM Fell English"/>
          <w:color w:val="141414"/>
          <w:sz w:val="24"/>
        </w:rPr>
        <w:t>“They stopped asking because they like breathing,” she said. “Tell them the Christmas bonuses come out of the river fund if another crate goes missing. And tell them I will be on this pier myself when the next shipment lands.”</w:t>
      </w:r>
    </w:p>
    <w:p>
      <w:r>
        <w:rPr>
          <w:rFonts w:ascii="IM Fell English" w:hAnsi="IM Fell English"/>
          <w:color w:val="141414"/>
          <w:sz w:val="24"/>
        </w:rPr>
        <w:t>The bookkeeper nodded once and retreated.</w:t>
      </w:r>
    </w:p>
    <w:p>
      <w:r>
        <w:rPr>
          <w:rFonts w:ascii="IM Fell English" w:hAnsi="IM Fell English"/>
          <w:color w:val="141414"/>
          <w:sz w:val="24"/>
        </w:rPr>
        <w:t>Justin watched a snowflake melt on Jennifer’s bare shoulder. “She’s holding up better than last month.”</w:t>
      </w:r>
    </w:p>
    <w:p>
      <w:r>
        <w:rPr>
          <w:rFonts w:ascii="IM Fell English" w:hAnsi="IM Fell English"/>
          <w:color w:val="141414"/>
          <w:sz w:val="24"/>
        </w:rPr>
        <w:t>“She’s learning,” Jenna answered, eyes still on the crates moving from ship to truck. “Same as we did.”</w:t>
      </w:r>
    </w:p>
    <w:p>
      <w:r>
        <w:rPr>
          <w:rFonts w:ascii="IM Fell English" w:hAnsi="IM Fell English"/>
          <w:color w:val="141414"/>
          <w:sz w:val="24"/>
        </w:rPr>
        <w:t>They stayed until the last crate was accounted for and the freighter began to pull away into the grey water. Only then did Jenna turn, tug Jennifer’s lead once, and walk back toward the waiting cars. Jennifer rose smoothly and followed on bare feet that left wet prints on the cold planks. The coat flapped open around her with every step. No one on the pier spoke until the cars had left the dock gates.</w:t>
      </w:r>
    </w:p>
    <w:p>
      <w:r>
        <w:rPr>
          <w:rFonts w:ascii="IM Fell English" w:hAnsi="IM Fell English"/>
          <w:color w:val="141414"/>
          <w:sz w:val="24"/>
        </w:rPr>
        <w:t>The ride back to the speakeasy was quiet. Jennifer knelt on the floorboards between their knees, head resting against Justin’s leg whenever the road allowed. The city outside the windows had gone white and hushed. Inside the club the jazz was softer than usual, the whiskey warmer, the soldiers more careful with their eyes when Jenna took the head of the table for the morning count of money and guns.</w:t>
      </w:r>
    </w:p>
    <w:p>
      <w:r>
        <w:rPr>
          <w:rFonts w:ascii="IM Fell English" w:hAnsi="IM Fell English"/>
          <w:color w:val="141414"/>
          <w:sz w:val="24"/>
        </w:rPr>
        <w:t>Three months.</w:t>
      </w:r>
    </w:p>
    <w:p>
      <w:r>
        <w:rPr>
          <w:rFonts w:ascii="IM Fell English" w:hAnsi="IM Fell English"/>
          <w:color w:val="141414"/>
          <w:sz w:val="24"/>
        </w:rPr>
        <w:t>The captains no longer looked at the empty chair that had once been Jackie’s. They looked at the ring on Jenna’s hand and at the silent man who stood behind her chair. Money moved across the oak in neat stacks. Guns were counted and logged. A small rival crew that had tried to tax one of their trucks in November had simply ceased to exist by early December. The family was quieter. Steadier. The name on the street was still Voss, but the voice that spoke for it was Jenna’s, and every man at the table had seen what that voice could do on a warehouse floor.</w:t>
      </w:r>
    </w:p>
    <w:p>
      <w:r>
        <w:rPr>
          <w:rFonts w:ascii="IM Fell English" w:hAnsi="IM Fell English"/>
          <w:color w:val="141414"/>
          <w:sz w:val="24"/>
        </w:rPr>
        <w:t>After the count Justin locked the door and looked at his wife.</w:t>
      </w:r>
    </w:p>
    <w:p>
      <w:r>
        <w:rPr>
          <w:rFonts w:ascii="IM Fell English" w:hAnsi="IM Fell English"/>
          <w:color w:val="141414"/>
          <w:sz w:val="24"/>
        </w:rPr>
        <w:t>“She’s waiting.”</w:t>
      </w:r>
    </w:p>
    <w:p>
      <w:r>
        <w:rPr>
          <w:rFonts w:ascii="IM Fell English" w:hAnsi="IM Fell English"/>
          <w:color w:val="141414"/>
          <w:sz w:val="24"/>
        </w:rPr>
        <w:t>Jenna turned the ring once around her finger, feeling the weight of it. “Then we don’t keep the teacher waiting.”</w:t>
      </w:r>
    </w:p>
    <w:p>
      <w:r>
        <w:rPr>
          <w:rFonts w:ascii="IM Fell English" w:hAnsi="IM Fell English"/>
          <w:color w:val="141414"/>
          <w:sz w:val="24"/>
        </w:rPr>
        <w:t>Jennifer was returned to the outer rings without protest. The long coat was removed. Her wrists were locked high into the iron rings so that she stood on the balls of her feet again, collar tight, the cold of the docks still faintly on her skin. She was already wet. Jenna paused long enough to push two fingers into her mouth and hold them there while Jennifer’s tongue worked, tasting salt and river wind and the faint copper that always seemed to cling to the family now.</w:t>
      </w:r>
    </w:p>
    <w:p>
      <w:r>
        <w:rPr>
          <w:rFonts w:ascii="IM Fell English" w:hAnsi="IM Fell English"/>
          <w:color w:val="141414"/>
          <w:sz w:val="24"/>
        </w:rPr>
        <w:t>“Stay.”</w:t>
      </w:r>
    </w:p>
    <w:p>
      <w:r>
        <w:rPr>
          <w:rFonts w:ascii="IM Fell English" w:hAnsi="IM Fell English"/>
          <w:color w:val="141414"/>
          <w:sz w:val="24"/>
        </w:rPr>
        <w:t>The iron key turned.</w:t>
      </w:r>
    </w:p>
    <w:p>
      <w:r>
        <w:rPr>
          <w:rFonts w:ascii="IM Fell English" w:hAnsi="IM Fell English"/>
          <w:color w:val="141414"/>
          <w:sz w:val="24"/>
        </w:rPr>
        <w:t>Jackie sat in the metal chair under the single red bulb exactly as she had for the last ninety-odd nights. The bruises had become a permanent language across her skin — some fading to yellow-green, some still deep purple, some fresh and black where Justin’s belt or fists had spoken the night before. The doctor had been and gone at dusk; a new bottle of the family’s better whiskey stood on the floor within Justin’s reach. Her eyes opened when they entered, still clear, still measuring, the same eyes that had once watched two children learn how to hold a knife and a secret at the same time.</w:t>
      </w:r>
    </w:p>
    <w:p>
      <w:r>
        <w:rPr>
          <w:rFonts w:ascii="IM Fell English" w:hAnsi="IM Fell English"/>
          <w:color w:val="141414"/>
          <w:sz w:val="24"/>
        </w:rPr>
        <w:t>“Report.”</w:t>
      </w:r>
    </w:p>
    <w:p>
      <w:r>
        <w:rPr>
          <w:rFonts w:ascii="IM Fell English" w:hAnsi="IM Fell English"/>
          <w:color w:val="141414"/>
          <w:sz w:val="24"/>
        </w:rPr>
        <w:t>Jenna stood in front of her, still in the black coat, the ring dark against her glove. “Three months clean on the docks. The November crew is gone. Christmas bonuses are set. The captains stopped asking for you.”</w:t>
      </w:r>
    </w:p>
    <w:p>
      <w:r>
        <w:rPr>
          <w:rFonts w:ascii="IM Fell English" w:hAnsi="IM Fell English"/>
          <w:color w:val="141414"/>
          <w:sz w:val="24"/>
        </w:rPr>
        <w:t>Jackie studied her face for a long moment, reading the calm and the quiet pride and the faint, lingering hunger that always lived under both. Then she nodded once.</w:t>
      </w:r>
    </w:p>
    <w:p>
      <w:r>
        <w:rPr>
          <w:rFonts w:ascii="IM Fell English" w:hAnsi="IM Fell English"/>
          <w:color w:val="141414"/>
          <w:sz w:val="24"/>
        </w:rPr>
        <w:t>“And the priest at St. Brigid’s?”</w:t>
      </w:r>
    </w:p>
    <w:p>
      <w:r>
        <w:rPr>
          <w:rFonts w:ascii="IM Fell English" w:hAnsi="IM Fell English"/>
          <w:color w:val="141414"/>
          <w:sz w:val="24"/>
        </w:rPr>
        <w:t>“Confessed what the bookkeeper told him. Then he forgot how to speak. The river is quiet.”</w:t>
      </w:r>
    </w:p>
    <w:p>
      <w:r>
        <w:rPr>
          <w:rFonts w:ascii="IM Fell English" w:hAnsi="IM Fell English"/>
          <w:color w:val="141414"/>
          <w:sz w:val="24"/>
        </w:rPr>
        <w:t>Jackie’s mouth curved the smallest fraction. “Better.” She looked at Justin. “You’re later than last week.”</w:t>
      </w:r>
    </w:p>
    <w:p>
      <w:r>
        <w:rPr>
          <w:rFonts w:ascii="IM Fell English" w:hAnsi="IM Fell English"/>
          <w:color w:val="141414"/>
          <w:sz w:val="24"/>
        </w:rPr>
        <w:t>“Christmas ledgers,” he said, already removing his coat and shirt. The cold of the docks still clung to his skin and the faint smell of the river. “I’m here now.”</w:t>
      </w:r>
    </w:p>
    <w:p>
      <w:r>
        <w:rPr>
          <w:rFonts w:ascii="IM Fell English" w:hAnsi="IM Fell English"/>
          <w:color w:val="141414"/>
          <w:sz w:val="24"/>
        </w:rPr>
        <w:t>Jackie settled back against the iron as far as the restraints allowed, the layered bruises shifting with the movement.</w:t>
      </w:r>
    </w:p>
    <w:p>
      <w:r>
        <w:rPr>
          <w:rFonts w:ascii="IM Fell English" w:hAnsi="IM Fell English"/>
          <w:color w:val="141414"/>
          <w:sz w:val="24"/>
        </w:rPr>
        <w:t>“Then work.”</w:t>
      </w:r>
    </w:p>
    <w:p>
      <w:r>
        <w:rPr>
          <w:rFonts w:ascii="IM Fell English" w:hAnsi="IM Fell English"/>
          <w:color w:val="141414"/>
          <w:sz w:val="24"/>
        </w:rPr>
        <w:t>Justin worked her with the controlled savagery he had spent three months refining.</w:t>
      </w:r>
    </w:p>
    <w:p>
      <w:r>
        <w:rPr>
          <w:rFonts w:ascii="IM Fell English" w:hAnsi="IM Fell English"/>
          <w:color w:val="141414"/>
          <w:sz w:val="24"/>
        </w:rPr>
        <w:t>He started with the belt — slower and heavier than the early nights, each stroke placed where the skin was already mapped and waiting. The sound of leather on flesh filled the small room, steady as a metronome. Jenna circled, tightening the collar in measured increments until Jackie’s pulse fluttered under her thumb, releasing it only when the next full breath was required, occasionally leaning in to bite a mark that had begun to fade as if to keep the lesson visible under the red light. No weapons. Only hands, leather, weight, and the long patience the room had taught them both.</w:t>
      </w:r>
    </w:p>
    <w:p>
      <w:r>
        <w:rPr>
          <w:rFonts w:ascii="IM Fell English" w:hAnsi="IM Fell English"/>
          <w:color w:val="141414"/>
          <w:sz w:val="24"/>
        </w:rPr>
        <w:t>When he finally unlocked one ankle and forced her leg higher, locking it to the ring that opened her completely, Jackie’s breathing had gone deeper but her eyes remained open and fixed on his face. Justin stepped between her thighs and fucked her with the same relentless, precise rhythm he now owned — deep, controlled, one hand locked around her throat above the collar, the other braced on the iron. Jenna held Jackie’s head steady so she could not look away from either of them. The wet sound of it mixed with the soft creak of the chair and the occasional low, broken noise Jackie allowed herself when the angle was exact.</w:t>
      </w:r>
    </w:p>
    <w:p>
      <w:r>
        <w:rPr>
          <w:rFonts w:ascii="IM Fell English" w:hAnsi="IM Fell English"/>
          <w:color w:val="141414"/>
          <w:sz w:val="24"/>
        </w:rPr>
        <w:t>She came in near silence, the sound scraped raw by the collar and by three months of deliberate control. Justin refused to ease off. She came a second time with a low, punched-out sound that made his hips stutter for half a second before he forced the rhythm steady again. He finished across the fresh welts on her stomach, breathing hard, and rested his forehead against hers for the brief second that had become their private ritual in this room.</w:t>
      </w:r>
    </w:p>
    <w:p>
      <w:r>
        <w:rPr>
          <w:rFonts w:ascii="IM Fell English" w:hAnsi="IM Fell English"/>
          <w:color w:val="141414"/>
          <w:sz w:val="24"/>
        </w:rPr>
        <w:t>Jackie licked blood from her lip and spoke first, voice ruined but steady.</w:t>
      </w:r>
    </w:p>
    <w:p>
      <w:r>
        <w:rPr>
          <w:rFonts w:ascii="IM Fell English" w:hAnsi="IM Fell English"/>
          <w:color w:val="141414"/>
          <w:sz w:val="24"/>
        </w:rPr>
        <w:t>“Closer. You’re almost finished learning how not to stop when I make noise. Come back in three nights. And Jenna — the New Year’s sit-down. Seat every captain yourself. Let them see the ring at the head of a full table.”</w:t>
      </w:r>
    </w:p>
    <w:p>
      <w:r>
        <w:rPr>
          <w:rFonts w:ascii="IM Fell English" w:hAnsi="IM Fell English"/>
          <w:color w:val="141414"/>
          <w:sz w:val="24"/>
        </w:rPr>
        <w:t>Jenna leaned down and kissed her bloodied mouth once, slow and proud.</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they left her locked and breathing under the red bulb, the taste of copper and family liquor still on her tongue.</w:t>
      </w:r>
    </w:p>
    <w:p>
      <w:r>
        <w:rPr>
          <w:rFonts w:ascii="IM Fell English" w:hAnsi="IM Fell English"/>
          <w:color w:val="141414"/>
          <w:sz w:val="24"/>
        </w:rPr>
        <w:t>In the outer room Jennifer watched them pass with the same dark, patient hunger she had carried for three months. Jenna stopped long enough to push the same two fingers into her mouth again, letting her taste the salt of the docks and the blood of the teacher.</w:t>
      </w:r>
    </w:p>
    <w:p>
      <w:r>
        <w:rPr>
          <w:rFonts w:ascii="IM Fell English" w:hAnsi="IM Fell English"/>
          <w:color w:val="141414"/>
          <w:sz w:val="24"/>
        </w:rPr>
        <w:t>“Soon,” she whispered. “The year is still young.”</w:t>
      </w:r>
    </w:p>
    <w:p>
      <w:r>
        <w:rPr>
          <w:rFonts w:ascii="IM Fell English" w:hAnsi="IM Fell English"/>
          <w:color w:val="141414"/>
          <w:sz w:val="24"/>
        </w:rPr>
        <w:t>Jennifer sucked the fingers clean and stayed silent when the outer door closed.</w:t>
      </w:r>
    </w:p>
    <w:p>
      <w:r>
        <w:rPr>
          <w:rFonts w:ascii="IM Fell English" w:hAnsi="IM Fell English"/>
          <w:color w:val="141414"/>
          <w:sz w:val="24"/>
        </w:rPr>
        <w:t>Downstairs the speakeasy glowed against the snow. Jazz muffled by weather. Money and guns moving under the new voice of the family.</w:t>
      </w:r>
    </w:p>
    <w:p>
      <w:r>
        <w:rPr>
          <w:rFonts w:ascii="IM Fell English" w:hAnsi="IM Fell English"/>
          <w:color w:val="141414"/>
          <w:sz w:val="24"/>
        </w:rPr>
        <w:t>And above the stills, in the room that had no windows and no calendar, Jackie sat in the iron chair and continued the long, deliberate test exactly as she had designed it — one night, one winter, one quiet order at a time — while higher eyes, still unseen, kept their own patient count of the year.</w:t>
      </w:r>
    </w:p>
    <w:p>
      <w:pPr>
        <w:pStyle w:val="Heading1"/>
        <w:jc w:val="center"/>
      </w:pPr>
      <w:r>
        <w:rPr>
          <w:rFonts w:ascii="IM Fell English" w:hAnsi="IM Fell English"/>
          <w:color w:val="0D0D0D"/>
        </w:rPr>
        <w:t>CHAPTER 14 — WINTER LEDGERS, 1927</w:t>
      </w:r>
    </w:p>
    <w:p>
      <w:r>
        <w:rPr>
          <w:rFonts w:ascii="IM Fell English" w:hAnsi="IM Fell English"/>
          <w:color w:val="141414"/>
          <w:sz w:val="24"/>
        </w:rPr>
        <w:t>Snow fell on the docks for the third day in a row.</w:t>
      </w:r>
    </w:p>
    <w:p>
      <w:r>
        <w:rPr>
          <w:rFonts w:ascii="IM Fell English" w:hAnsi="IM Fell English"/>
          <w:color w:val="141414"/>
          <w:sz w:val="24"/>
        </w:rPr>
        <w:t>Jenna stood under the warehouse eaves in a long black coat, Jackie’s signet ring dark against her glove, and watched the last of the whiskey crates move from ship to truck under the weak winter light. The river was the color of dirty steel. Ice had begun to form along the pilings. Justin waited at her shoulder, breath smoking in the cold, hands in the pockets of his coat. Jennifer knelt on a folded wool blanket at Jenna’s feet, naked beneath an open fur that had once belonged to a captain who no longer needed it. Snowflakes caught in her hair and on her lashes and melted against the heat of her skin. She kept her back straight and her eyes lowered. The longshoremen worked without looking directly at her. They had learned.</w:t>
      </w:r>
    </w:p>
    <w:p>
      <w:r>
        <w:rPr>
          <w:rFonts w:ascii="IM Fell English" w:hAnsi="IM Fell English"/>
          <w:color w:val="141414"/>
          <w:sz w:val="24"/>
        </w:rPr>
        <w:t>The senior bookkeeper approached with the ledger already open to the morning’s tally, pencil tucked behind his ear.</w:t>
      </w:r>
    </w:p>
    <w:p>
      <w:r>
        <w:rPr>
          <w:rFonts w:ascii="IM Fell English" w:hAnsi="IM Fell English"/>
          <w:color w:val="141414"/>
          <w:sz w:val="24"/>
        </w:rPr>
        <w:t>“Three months without a short crate,” he said. His voice was careful. “The captains stopped asking when the teacher is coming back. Some of them have stopped asking entirely.”</w:t>
      </w:r>
    </w:p>
    <w:p>
      <w:r>
        <w:rPr>
          <w:rFonts w:ascii="IM Fell English" w:hAnsi="IM Fell English"/>
          <w:color w:val="141414"/>
          <w:sz w:val="24"/>
        </w:rPr>
        <w:t>Jenna took the ledger, flipped two pages with her thumb, and handed it back. The gold ring caught what little light the sky offered.</w:t>
      </w:r>
    </w:p>
    <w:p>
      <w:r>
        <w:rPr>
          <w:rFonts w:ascii="IM Fell English" w:hAnsi="IM Fell English"/>
          <w:color w:val="141414"/>
          <w:sz w:val="24"/>
        </w:rPr>
        <w:t>“They stopped asking because they like breathing,” she said. “Tell them the Christmas bonuses come out of the river fund if another crate goes missing. And tell them I will be standing on this pier myself when the next shipment lands. I want every captain to see the ring in daylight.”</w:t>
      </w:r>
    </w:p>
    <w:p>
      <w:r>
        <w:rPr>
          <w:rFonts w:ascii="IM Fell English" w:hAnsi="IM Fell English"/>
          <w:color w:val="141414"/>
          <w:sz w:val="24"/>
        </w:rPr>
        <w:t>The bookkeeper nodded once, closed the ledger, and retreated into the warehouse.</w:t>
      </w:r>
    </w:p>
    <w:p>
      <w:r>
        <w:rPr>
          <w:rFonts w:ascii="IM Fell English" w:hAnsi="IM Fell English"/>
          <w:color w:val="141414"/>
          <w:sz w:val="24"/>
        </w:rPr>
        <w:t>Justin watched a snowflake melt on Jennifer’s bare shoulder and leave a clear drop running down her skin. “She’s holding up better than last month. Cold doesn’t even make her flinch anymore.”</w:t>
      </w:r>
    </w:p>
    <w:p>
      <w:r>
        <w:rPr>
          <w:rFonts w:ascii="IM Fell English" w:hAnsi="IM Fell English"/>
          <w:color w:val="141414"/>
          <w:sz w:val="24"/>
        </w:rPr>
        <w:t>“She’s learning,” Jenna answered, eyes still on the last crates. “Same as we did when the teacher first put us on our knees in a room like the one upstairs.”</w:t>
      </w:r>
    </w:p>
    <w:p>
      <w:r>
        <w:rPr>
          <w:rFonts w:ascii="IM Fell English" w:hAnsi="IM Fell English"/>
          <w:color w:val="141414"/>
          <w:sz w:val="24"/>
        </w:rPr>
        <w:t>They stayed until the final crate was loaded and the freighter began to pull away into the grey water, its horn low and mournful in the snow. Only then did Jenna tug the lead once. Jennifer rose smoothly and followed on bare feet that left wet, quickly fading prints on the cold planks. The fur coat flapped open with every step, showing the collar and the layered marks that had become as much a part of her uniform as the gold ring was of Jenna’s. No one on the pier spoke until the black cars had left the dock gates and turned back toward the city.</w:t>
      </w:r>
    </w:p>
    <w:p>
      <w:r>
        <w:rPr>
          <w:rFonts w:ascii="IM Fell English" w:hAnsi="IM Fell English"/>
          <w:color w:val="141414"/>
          <w:sz w:val="24"/>
        </w:rPr>
        <w:t>The ride to the speakeasy was quiet except for the soft sound of Jennifer’s breathing and the occasional thump of the tires through snow. She knelt on the floorboards between their knees, head resting against Justin’s leg when the road allowed, the fur pooled around her on the carpet. The city outside the windows had gone white and hushed. Streetlights burned in soft halos. Inside the club the jazz was lower than usual, the whiskey warmer, the soldiers more careful with their eyes when Jenna walked through the main room and took the head of the long oak table for the evening count.</w:t>
      </w:r>
    </w:p>
    <w:p>
      <w:r>
        <w:rPr>
          <w:rFonts w:ascii="IM Fell English" w:hAnsi="IM Fell English"/>
          <w:color w:val="141414"/>
          <w:sz w:val="24"/>
        </w:rPr>
        <w:t>Three months.</w:t>
      </w:r>
    </w:p>
    <w:p>
      <w:r>
        <w:rPr>
          <w:rFonts w:ascii="IM Fell English" w:hAnsi="IM Fell English"/>
          <w:color w:val="141414"/>
          <w:sz w:val="24"/>
        </w:rPr>
        <w:t>The captains no longer looked at the empty chair that had once been Jackie’s. They looked at the ring on Jenna’s hand and at the silent man who stood behind her chair like a loaded gun. Money moved across the scarred oak in neat, counted stacks. Guns were checked and logged. A small rival crew that had tried to tax one of their trucks in November had simply ceased to exist by early December; their names were no longer spoken. The family was quieter. Steadier. The name on the street was still Voss, but the voice that spoke for it in sit-downs and on docks and in warehouses that smelled of blood and whiskey was Jenna’s.</w:t>
      </w:r>
    </w:p>
    <w:p>
      <w:r>
        <w:rPr>
          <w:rFonts w:ascii="IM Fell English" w:hAnsi="IM Fell English"/>
          <w:color w:val="141414"/>
          <w:sz w:val="24"/>
        </w:rPr>
        <w:t>After the final numbers were entered and the last captain had left, Justin locked the heavy door and looked at his wife.</w:t>
      </w:r>
    </w:p>
    <w:p>
      <w:r>
        <w:rPr>
          <w:rFonts w:ascii="IM Fell English" w:hAnsi="IM Fell English"/>
          <w:color w:val="141414"/>
          <w:sz w:val="24"/>
        </w:rPr>
        <w:t>“She’s waiting.”</w:t>
      </w:r>
    </w:p>
    <w:p>
      <w:r>
        <w:rPr>
          <w:rFonts w:ascii="IM Fell English" w:hAnsi="IM Fell English"/>
          <w:color w:val="141414"/>
          <w:sz w:val="24"/>
        </w:rPr>
        <w:t>Jenna turned the signet ring once around her finger, feeling the weight of every decision it had already made. “Then we don’t keep the teacher waiting.”</w:t>
      </w:r>
    </w:p>
    <w:p>
      <w:r>
        <w:rPr>
          <w:rFonts w:ascii="IM Fell English" w:hAnsi="IM Fell English"/>
          <w:color w:val="141414"/>
          <w:sz w:val="24"/>
        </w:rPr>
        <w:t>Jennifer was returned to the outer chamber without protest. The fur was removed and folded. Her wrists were locked high into the iron rings so that she stood on the balls of her feet again, collar tight, the cold of the docks still faintly present on her skin. She was already wet down the insides of her thighs. Jenna paused long enough to push two fingers into her mouth and hold them there while Jennifer’s tongue worked, tasting salt, river wind, and the faint copper that seemed to cling to everyone who climbed these stairs now.</w:t>
      </w:r>
    </w:p>
    <w:p>
      <w:r>
        <w:rPr>
          <w:rFonts w:ascii="IM Fell English" w:hAnsi="IM Fell English"/>
          <w:color w:val="141414"/>
          <w:sz w:val="24"/>
        </w:rPr>
        <w:t>“Stay.”</w:t>
      </w:r>
    </w:p>
    <w:p>
      <w:r>
        <w:rPr>
          <w:rFonts w:ascii="IM Fell English" w:hAnsi="IM Fell English"/>
          <w:color w:val="141414"/>
          <w:sz w:val="24"/>
        </w:rPr>
        <w:t>The iron key turned in the inner door.</w:t>
      </w:r>
    </w:p>
    <w:p>
      <w:r>
        <w:rPr>
          <w:rFonts w:ascii="IM Fell English" w:hAnsi="IM Fell English"/>
          <w:color w:val="141414"/>
          <w:sz w:val="24"/>
        </w:rPr>
        <w:t>Jackie sat in the metal chair under the single red bulb exactly as she had for the last ninety-three nights. The bruises had become a permanent language across her skin — some fading to yellow-green shadows, some still deep purple, some fresh and almost black where Justin’s belt or fists had spoken most recently. The doctor had been and gone at dusk; the trusted man left no notes and asked no questions. A new bottle of the family’s better whiskey stood on the floor within Justin’s reach. Jackie’s eyes opened when they entered, still clear, still measuring, the same eyes that had once watched two children learn how to hold a knife, a secret, and a grudge at the same time.</w:t>
      </w:r>
    </w:p>
    <w:p>
      <w:r>
        <w:rPr>
          <w:rFonts w:ascii="IM Fell English" w:hAnsi="IM Fell English"/>
          <w:color w:val="141414"/>
          <w:sz w:val="24"/>
        </w:rPr>
        <w:t>“Report.”</w:t>
      </w:r>
    </w:p>
    <w:p>
      <w:r>
        <w:rPr>
          <w:rFonts w:ascii="IM Fell English" w:hAnsi="IM Fell English"/>
          <w:color w:val="141414"/>
          <w:sz w:val="24"/>
        </w:rPr>
        <w:t>Jenna stood in front of her, still in the black coat, snowmelt darkening the shoulders, the ring catching the red light. “Three months clean on the docks. The November crew is gone. Christmas bonuses are set. The captains stopped asking for you. Some of them have stopped looking at the empty chair entirely.”</w:t>
      </w:r>
    </w:p>
    <w:p>
      <w:r>
        <w:rPr>
          <w:rFonts w:ascii="IM Fell English" w:hAnsi="IM Fell English"/>
          <w:color w:val="141414"/>
          <w:sz w:val="24"/>
        </w:rPr>
        <w:t>Jackie studied her face for a long moment, reading the calm, the quiet pride, and the faint lingering hunger that always lived under both. Then she nodded once.</w:t>
      </w:r>
    </w:p>
    <w:p>
      <w:r>
        <w:rPr>
          <w:rFonts w:ascii="IM Fell English" w:hAnsi="IM Fell English"/>
          <w:color w:val="141414"/>
          <w:sz w:val="24"/>
        </w:rPr>
        <w:t>“And the priest at St. Brigid’s?”</w:t>
      </w:r>
    </w:p>
    <w:p>
      <w:r>
        <w:rPr>
          <w:rFonts w:ascii="IM Fell English" w:hAnsi="IM Fell English"/>
          <w:color w:val="141414"/>
          <w:sz w:val="24"/>
        </w:rPr>
        <w:t>“Confessed what the bookkeeper told him. Then he forgot how to speak. The river is quiet under the ice.”</w:t>
      </w:r>
    </w:p>
    <w:p>
      <w:r>
        <w:rPr>
          <w:rFonts w:ascii="IM Fell English" w:hAnsi="IM Fell English"/>
          <w:color w:val="141414"/>
          <w:sz w:val="24"/>
        </w:rPr>
        <w:t>Jackie’s mouth curved the smallest fraction. “Better.” She looked at Justin. “You’re later than last week.”</w:t>
      </w:r>
    </w:p>
    <w:p>
      <w:r>
        <w:rPr>
          <w:rFonts w:ascii="IM Fell English" w:hAnsi="IM Fell English"/>
          <w:color w:val="141414"/>
          <w:sz w:val="24"/>
        </w:rPr>
        <w:t>“Christmas ledgers and a late shipment in this weather,” he said, already removing his coat and shirt. The cold of the docks still clung to his skin and the faint smell of the river and snow. “I’m here now.”</w:t>
      </w:r>
    </w:p>
    <w:p>
      <w:r>
        <w:rPr>
          <w:rFonts w:ascii="IM Fell English" w:hAnsi="IM Fell English"/>
          <w:color w:val="141414"/>
          <w:sz w:val="24"/>
        </w:rPr>
        <w:t>Jackie settled back against the iron as far as the restraints allowed, the layered bruises shifting with the movement like a living map of the last three months.</w:t>
      </w:r>
    </w:p>
    <w:p>
      <w:r>
        <w:rPr>
          <w:rFonts w:ascii="IM Fell English" w:hAnsi="IM Fell English"/>
          <w:color w:val="141414"/>
          <w:sz w:val="24"/>
        </w:rPr>
        <w:t>“Then work.”</w:t>
      </w:r>
    </w:p>
    <w:p>
      <w:r>
        <w:rPr>
          <w:rFonts w:ascii="IM Fell English" w:hAnsi="IM Fell English"/>
          <w:color w:val="141414"/>
          <w:sz w:val="24"/>
        </w:rPr>
        <w:t>Justin worked her with the controlled savagery he had spent three months refining under her silent instruction.</w:t>
      </w:r>
    </w:p>
    <w:p>
      <w:r>
        <w:rPr>
          <w:rFonts w:ascii="IM Fell English" w:hAnsi="IM Fell English"/>
          <w:color w:val="141414"/>
          <w:sz w:val="24"/>
        </w:rPr>
        <w:t>He started with the belt — slower and heavier than the early nights, each stroke placed where the skin was already mapped and waiting for the next lesson. The sound of leather on flesh filled the small brick room, steady as a metronome, under the low red light. Jenna circled the chair, tightening the collar in measured increments until Jackie’s pulse fluttered under her thumb, releasing it only when the next full breath was required, occasionally leaning in to bite a mark that had begun to fade as if determined to keep every lesson visible. No weapons. Only hands, leather, weight, time, and the long patience the room had taught them both.</w:t>
      </w:r>
    </w:p>
    <w:p>
      <w:r>
        <w:rPr>
          <w:rFonts w:ascii="IM Fell English" w:hAnsi="IM Fell English"/>
          <w:color w:val="141414"/>
          <w:sz w:val="24"/>
        </w:rPr>
        <w:t>When he finally unlocked one ankle and forced her leg higher, locking it to the ring that opened her completely, Jackie’s breathing had gone deeper but her eyes remained open and fixed on his face. Justin stepped between her thighs and fucked her with the same relentless, precise rhythm he now owned — deep, controlled, one hand locked around her throat above the collar, the other braced on the iron arm of the chair. Jenna held Jackie’s head steady so she could not look away from either of them. The wet sound of it mixed with the soft creak of the chair and the occasional low, broken noise Jackie allowed herself when the angle was exact and the bruises sang in chorus.</w:t>
      </w:r>
    </w:p>
    <w:p>
      <w:r>
        <w:rPr>
          <w:rFonts w:ascii="IM Fell English" w:hAnsi="IM Fell English"/>
          <w:color w:val="141414"/>
          <w:sz w:val="24"/>
        </w:rPr>
        <w:t>She came in near silence, the sound scraped raw by the collar and by three months of deliberate control. Justin refused to ease off. She came a second time with a low, punched-out sound that made his hips stutter for half a second before he forced the rhythm steady again and kept going until he was finished. He spent himself across the fresh welts on her stomach, breathing hard, and rested his forehead against hers for the brief second that had become their private ritual in this windowless room.</w:t>
      </w:r>
    </w:p>
    <w:p>
      <w:r>
        <w:rPr>
          <w:rFonts w:ascii="IM Fell English" w:hAnsi="IM Fell English"/>
          <w:color w:val="141414"/>
          <w:sz w:val="24"/>
        </w:rPr>
        <w:t>Jackie licked blood from her lip and spoke first, voice ruined but still steady, still teaching.</w:t>
      </w:r>
    </w:p>
    <w:p>
      <w:r>
        <w:rPr>
          <w:rFonts w:ascii="IM Fell English" w:hAnsi="IM Fell English"/>
          <w:color w:val="141414"/>
          <w:sz w:val="24"/>
        </w:rPr>
        <w:t>“Closer. You’re almost finished learning how not to stop when I make noise. Come back in three nights. And Jenna — the New Year’s sit-down. Seat every captain yourself. Let them see the ring at the head of a full table while the year turns.”</w:t>
      </w:r>
    </w:p>
    <w:p>
      <w:r>
        <w:rPr>
          <w:rFonts w:ascii="IM Fell English" w:hAnsi="IM Fell English"/>
          <w:color w:val="141414"/>
          <w:sz w:val="24"/>
        </w:rPr>
        <w:t>Jenna leaned down and kissed her bloodied mouth once, slow and proud and fierce.</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 measure she was allowed. Then they left her locked and breathing under the red bulb, the taste of copper and family liquor still on her tongue, the snow still falling somewhere beyond the brick.</w:t>
      </w:r>
    </w:p>
    <w:p>
      <w:r>
        <w:rPr>
          <w:rFonts w:ascii="IM Fell English" w:hAnsi="IM Fell English"/>
          <w:color w:val="141414"/>
          <w:sz w:val="24"/>
        </w:rPr>
        <w:t>In the outer room Jennifer watched them pass with the same dark, patient hunger she had carried for three months of winter. Jenna stopped long enough to push the same two fingers into her mouth again, letting her taste the salt of the docks, the cold, and the blood of the teacher.</w:t>
      </w:r>
    </w:p>
    <w:p>
      <w:r>
        <w:rPr>
          <w:rFonts w:ascii="IM Fell English" w:hAnsi="IM Fell English"/>
          <w:color w:val="141414"/>
          <w:sz w:val="24"/>
        </w:rPr>
        <w:t>“Soon,” she whispered. “The year is still young. Be patient a little longer.”</w:t>
      </w:r>
    </w:p>
    <w:p>
      <w:r>
        <w:rPr>
          <w:rFonts w:ascii="IM Fell English" w:hAnsi="IM Fell English"/>
          <w:color w:val="141414"/>
          <w:sz w:val="24"/>
        </w:rPr>
        <w:t>Jennifer sucked the fingers clean and stayed silent when the outer door closed and the key turned.</w:t>
      </w:r>
    </w:p>
    <w:p>
      <w:r>
        <w:rPr>
          <w:rFonts w:ascii="IM Fell English" w:hAnsi="IM Fell English"/>
          <w:color w:val="141414"/>
          <w:sz w:val="24"/>
        </w:rPr>
        <w:t>Downstairs the speakeasy glowed against the snow like a warm, dangerous heart. Jazz muffled by weather and heavy curtains. Money and guns moving under the new voice of the family. Captains drinking to the ring and the river and the quiet that had settled over the docks.</w:t>
      </w:r>
    </w:p>
    <w:p>
      <w:r>
        <w:rPr>
          <w:rFonts w:ascii="IM Fell English" w:hAnsi="IM Fell English"/>
          <w:color w:val="141414"/>
          <w:sz w:val="24"/>
        </w:rPr>
        <w:t>And above the stills, in the room that had no windows, no calendar, and no clock except the slow accumulation of bruises and orders, Jackie sat in the iron chair and continued the long, deliberate test exactly as she had designed it — one night, one winter, one quiet order at a time — while higher eyes, still unseen and still patient, kept their own private count of the year that was already beginning to turn.</w:t>
      </w:r>
    </w:p>
    <w:p>
      <w:pPr>
        <w:pStyle w:val="Heading1"/>
        <w:jc w:val="center"/>
      </w:pPr>
      <w:r>
        <w:rPr>
          <w:rFonts w:ascii="IM Fell English" w:hAnsi="IM Fell English"/>
          <w:color w:val="0D0D0D"/>
        </w:rPr>
        <w:t>CHAPTER 15 — THE SEAL, 1928</w:t>
      </w:r>
    </w:p>
    <w:p>
      <w:r>
        <w:rPr>
          <w:rFonts w:ascii="IM Fell English" w:hAnsi="IM Fell English"/>
          <w:color w:val="141414"/>
          <w:sz w:val="24"/>
        </w:rPr>
        <w:t>New Year’s night the speakeasy closed its doors to the public and opened them only to blood.</w:t>
      </w:r>
    </w:p>
    <w:p>
      <w:r>
        <w:rPr>
          <w:rFonts w:ascii="IM Fell English" w:hAnsi="IM Fell English"/>
          <w:color w:val="141414"/>
          <w:sz w:val="24"/>
        </w:rPr>
        <w:t>The main floor had been cleared. A single heavy oak chair sat on a low raised platform at the far end — the teacher’s old chair, now Jenna’s for as long as the gold signet ring stayed on her hand. Captains and senior soldiers stood in a loose semicircle, coats off, collars open, the air already thick with cigar smoke, bootleg whiskey, and the low animal heat of men who knew they were about to be allowed something rare. Jennifer stood to the left of the platform, fully clothed in a simple black dress that did nothing to hide the collar at her throat, hands empty and unshackled at her sides. Everyone in the room knew what that meant. The Ghost was present. The Ghost was off-limits. If she said the word, everything stopped. If anyone failed to stop, they would not leave the floor alive. She had been the teacher’s pet, assassin, and enforcer. Now she was Jenna’s. And she loved her new mistress as much as she had ever loved the woman locked upstairs — perhaps more.</w:t>
      </w:r>
    </w:p>
    <w:p>
      <w:r>
        <w:rPr>
          <w:rFonts w:ascii="IM Fell English" w:hAnsi="IM Fell English"/>
          <w:color w:val="141414"/>
          <w:sz w:val="24"/>
        </w:rPr>
        <w:t>Justin was not in the room.</w:t>
      </w:r>
    </w:p>
    <w:p>
      <w:r>
        <w:rPr>
          <w:rFonts w:ascii="IM Fell English" w:hAnsi="IM Fell English"/>
          <w:color w:val="141414"/>
          <w:sz w:val="24"/>
        </w:rPr>
        <w:t>He was already upstairs in the information-torture chamber above the stills, sleeves rolled, working the teacher over with the controlled savagery she had spent months teaching him. The red bulb burned. The iron chair creaked. Jackie’s blood and breath and occasional raw sounds were for him alone tonight.</w:t>
      </w:r>
    </w:p>
    <w:p>
      <w:r>
        <w:rPr>
          <w:rFonts w:ascii="IM Fell English" w:hAnsi="IM Fell English"/>
          <w:color w:val="141414"/>
          <w:sz w:val="24"/>
        </w:rPr>
        <w:t>Downstairs Jenna wore the blood-red dress and the signet ring and nothing underneath.</w:t>
      </w:r>
    </w:p>
    <w:p>
      <w:r>
        <w:rPr>
          <w:rFonts w:ascii="IM Fell English" w:hAnsi="IM Fell English"/>
          <w:color w:val="141414"/>
          <w:sz w:val="24"/>
        </w:rPr>
        <w:t>She climbed the two steps, turned, and looked over the men who had once answered only to the woman currently locked and bleeding above them.</w:t>
      </w:r>
    </w:p>
    <w:p>
      <w:r>
        <w:rPr>
          <w:rFonts w:ascii="IM Fell English" w:hAnsi="IM Fell English"/>
          <w:color w:val="141414"/>
          <w:sz w:val="24"/>
        </w:rPr>
        <w:t>“The year turned,” she said, voice clear and almost conversational. “The docks are quiet. The books are clean. The river has taken what it needed. The teacher remains where she chooses to remain. Until the Headmistress says otherwise, this chair is mine to sit in and this family is mine to run.” She let the silence stretch until it hurt. “Some of you still need to feel that in your bones. Tonight you will. The Ghost is watching. You all know the rule. If she says enough, you stop. If you do not stop, you die on this floor by her hand. Clear?”</w:t>
      </w:r>
    </w:p>
    <w:p>
      <w:r>
        <w:rPr>
          <w:rFonts w:ascii="IM Fell English" w:hAnsi="IM Fell English"/>
          <w:color w:val="141414"/>
          <w:sz w:val="24"/>
        </w:rPr>
        <w:t>A low, respectful murmur moved through the circle.</w:t>
      </w:r>
    </w:p>
    <w:p>
      <w:r>
        <w:rPr>
          <w:rFonts w:ascii="IM Fell English" w:hAnsi="IM Fell English"/>
          <w:color w:val="141414"/>
          <w:sz w:val="24"/>
        </w:rPr>
        <w:t>Jenna unzipped the red dress herself and let it fall. She sat in the chair the way the teacher once had — legs open, spine straight, chin high — and nodded once.</w:t>
      </w:r>
    </w:p>
    <w:p>
      <w:r>
        <w:rPr>
          <w:rFonts w:ascii="IM Fell English" w:hAnsi="IM Fell English"/>
          <w:color w:val="141414"/>
          <w:sz w:val="24"/>
        </w:rPr>
        <w:t>“Begin.”</w:t>
      </w:r>
    </w:p>
    <w:p>
      <w:r>
        <w:rPr>
          <w:rFonts w:ascii="IM Fell English" w:hAnsi="IM Fell English"/>
          <w:color w:val="141414"/>
          <w:sz w:val="24"/>
        </w:rPr>
        <w:t>The first captain stepped onto the platform like a man approaching an altar.</w:t>
      </w:r>
    </w:p>
    <w:p>
      <w:r>
        <w:rPr>
          <w:rFonts w:ascii="IM Fell English" w:hAnsi="IM Fell English"/>
          <w:color w:val="141414"/>
          <w:sz w:val="24"/>
        </w:rPr>
        <w:t>He dropped his trousers and fucked her in the chair with short, grateful thrusts while she looked past his shoulder at the rest of the room. Jennifer watched without expression, arms loose at her sides, the collar at her throat the only ornament she needed. When the captain finished inside Jenna with a broken sound, he stepped back quickly, eyes flicking once to the Ghost to make certain the word had not been spoken. It had not.</w:t>
      </w:r>
    </w:p>
    <w:p>
      <w:r>
        <w:rPr>
          <w:rFonts w:ascii="IM Fell English" w:hAnsi="IM Fell English"/>
          <w:color w:val="141414"/>
          <w:sz w:val="24"/>
        </w:rPr>
        <w:t>The second captain was rougher. He slapped her breasts open-handed until the skin bloomed red and hot, then forced her mouth open and used her throat while another man took her cunt. Jenna’s eyes watered; she did not look away from the room. Spit ran down her chin and onto her chest. When they finished she wiped her mouth with the back of her hand, the gold ring flashing, and crooked two fingers.</w:t>
      </w:r>
    </w:p>
    <w:p>
      <w:r>
        <w:rPr>
          <w:rFonts w:ascii="IM Fell English" w:hAnsi="IM Fell English"/>
          <w:color w:val="141414"/>
          <w:sz w:val="24"/>
        </w:rPr>
        <w:t>“Next. Harder.”</w:t>
      </w:r>
    </w:p>
    <w:p>
      <w:r>
        <w:rPr>
          <w:rFonts w:ascii="IM Fell English" w:hAnsi="IM Fell English"/>
          <w:color w:val="141414"/>
          <w:sz w:val="24"/>
        </w:rPr>
        <w:t>They took her for a long time.</w:t>
      </w:r>
    </w:p>
    <w:p>
      <w:r>
        <w:rPr>
          <w:rFonts w:ascii="IM Fell English" w:hAnsi="IM Fell English"/>
          <w:color w:val="141414"/>
          <w:sz w:val="24"/>
        </w:rPr>
        <w:t>One after another, sometimes two or three at once when she allowed it. She was fucked in her cunt, her ass, her mouth, sometimes all three in rotation while the men waited their turn in a rough, breathing line. Open hands left bright, lasting prints on her thighs and breasts. Belts were used when she nodded permission — heavy leather across the insides of her legs and the softer flesh of her hips until welts rose, split, and bled in thin lines. Hair was pulled hard enough to force her back into deep arches. Throats were choked in short, controlled bursts that left her gasping and grinning. Blood from a split lip (one captain’s ring had caught her) smeared across her chin and was licked away by the next mouth that used her. Come ran down the chair legs and pooled on the platform in thick, wet puddles. Jenna came repeatedly, openly, sometimes laughing, sometimes snarling at a man to go deeper or slower or to use his teeth. She never looked like a victim. She looked like a woman sealing a throne with her body and her endurance while the only person in the room who could stop it stood silent and watchful at the edge of the light, loving her enough to let her take every bit of the hell she had asked for.</w:t>
      </w:r>
    </w:p>
    <w:p>
      <w:r>
        <w:rPr>
          <w:rFonts w:ascii="IM Fell English" w:hAnsi="IM Fell English"/>
          <w:color w:val="141414"/>
          <w:sz w:val="24"/>
        </w:rPr>
        <w:t>Jennifer did not move.</w:t>
      </w:r>
    </w:p>
    <w:p>
      <w:r>
        <w:rPr>
          <w:rFonts w:ascii="IM Fell English" w:hAnsi="IM Fell English"/>
          <w:color w:val="141414"/>
          <w:sz w:val="24"/>
        </w:rPr>
        <w:t>She watched every thrust, every slap, every time Jenna’s back arched or her voice cracked into a moan or a laugh. Her own breathing stayed even. Her hands stayed empty. The captains who glanced at her saw nothing but the calm, lethal patience the family had already learned to fear, and the deeper, private devotion that now belonged only to the woman in the chair. No one tested the rule. No one wanted to learn firsthand why the mutt had become the Ghost.</w:t>
      </w:r>
    </w:p>
    <w:p>
      <w:r>
        <w:rPr>
          <w:rFonts w:ascii="IM Fell English" w:hAnsi="IM Fell English"/>
          <w:color w:val="141414"/>
          <w:sz w:val="24"/>
        </w:rPr>
        <w:t>When the last man finished and staggered back into the semicircle, Jenna was already a magnificent ruin — come and blood and sweat shining under the low lights, bruises rising in dark blooms, red dress pooled at her feet like spilled wine, the gold signet ring still bright on her finger. She stayed seated, legs open, chest heaving, and looked over the spent men with the calm of a woman who had not yet been given enough.</w:t>
      </w:r>
    </w:p>
    <w:p>
      <w:r>
        <w:rPr>
          <w:rFonts w:ascii="IM Fell English" w:hAnsi="IM Fell English"/>
          <w:color w:val="141414"/>
          <w:sz w:val="24"/>
        </w:rPr>
        <w:t>Jennifer stepped onto the platform.</w:t>
      </w:r>
    </w:p>
    <w:p>
      <w:r>
        <w:rPr>
          <w:rFonts w:ascii="IM Fell English" w:hAnsi="IM Fell English"/>
          <w:color w:val="141414"/>
          <w:sz w:val="24"/>
        </w:rPr>
        <w:t>She did not look at the men. She looked only at her young mistress, reached out, and wiped a streak of come and blood from Jenna’s cheek with her thumb. Then she pushed the same thumb into Jenna’s mouth. Jenna sucked it clean, eyes dark and waiting.</w:t>
      </w:r>
    </w:p>
    <w:p>
      <w:r>
        <w:rPr>
          <w:rFonts w:ascii="IM Fell English" w:hAnsi="IM Fell English"/>
          <w:color w:val="141414"/>
          <w:sz w:val="24"/>
        </w:rPr>
        <w:t>Jennifer’s voice was soft, almost gentle, and absolute.</w:t>
      </w:r>
    </w:p>
    <w:p>
      <w:r>
        <w:rPr>
          <w:rFonts w:ascii="IM Fell English" w:hAnsi="IM Fell English"/>
          <w:color w:val="141414"/>
          <w:sz w:val="24"/>
        </w:rPr>
        <w:t>“Harder.”</w:t>
      </w:r>
    </w:p>
    <w:p>
      <w:r>
        <w:rPr>
          <w:rFonts w:ascii="IM Fell English" w:hAnsi="IM Fell English"/>
          <w:color w:val="141414"/>
          <w:sz w:val="24"/>
        </w:rPr>
        <w:t>Every man froze for half a second.</w:t>
      </w:r>
    </w:p>
    <w:p>
      <w:r>
        <w:rPr>
          <w:rFonts w:ascii="IM Fell English" w:hAnsi="IM Fell English"/>
          <w:color w:val="141414"/>
          <w:sz w:val="24"/>
        </w:rPr>
        <w:t>Jennifer turned her head and looked at them the way the Ghost looked at problems that needed solving.</w:t>
      </w:r>
    </w:p>
    <w:p>
      <w:r>
        <w:rPr>
          <w:rFonts w:ascii="IM Fell English" w:hAnsi="IM Fell English"/>
          <w:color w:val="141414"/>
          <w:sz w:val="24"/>
        </w:rPr>
        <w:t>“You heard me. Fuck her up. Bloody the chair. Bloody the platform. Treat her like a Voss. The teacher is upstairs getting the same right now. My mistress does not leave this floor until the room matches that one. Anyone who holds back answers to me.”</w:t>
      </w:r>
    </w:p>
    <w:p>
      <w:r>
        <w:rPr>
          <w:rFonts w:ascii="IM Fell English" w:hAnsi="IM Fell English"/>
          <w:color w:val="141414"/>
          <w:sz w:val="24"/>
        </w:rPr>
        <w:t>A ripple of raw, almost relieved hunger moved through the circle.</w:t>
      </w:r>
    </w:p>
    <w:p>
      <w:r>
        <w:rPr>
          <w:rFonts w:ascii="IM Fell English" w:hAnsi="IM Fell English"/>
          <w:color w:val="141414"/>
          <w:sz w:val="24"/>
        </w:rPr>
        <w:t>The men came back harder.</w:t>
      </w:r>
    </w:p>
    <w:p>
      <w:r>
        <w:rPr>
          <w:rFonts w:ascii="IM Fell English" w:hAnsi="IM Fell English"/>
          <w:color w:val="141414"/>
          <w:sz w:val="24"/>
        </w:rPr>
        <w:t>Belts came out without waiting for permission. Fists followed. Jenna was hauled half out of the chair, bent over it, lifted onto it, turned and used in every hole while open hands and leather opened fresh welts across her back, her thighs, her breasts. Blood ran freely from split skin and a reopened lip. Come mixed with it and dripped through the platform boards. Jenna took it all — laughing, snarling, ordering them deeper when they faltered, coming hard and openly while the Ghost stood two feet away and watched with calm, lethal pride. Jennifer never once looked soft. She watched her young mistress become a bloody, shaking, unbroken Voss in front of the entire local family, and the devotion in her eyes was the same devotion she had once given Jackie — only hotter, only more permanent.</w:t>
      </w:r>
    </w:p>
    <w:p>
      <w:r>
        <w:rPr>
          <w:rFonts w:ascii="IM Fell English" w:hAnsi="IM Fell English"/>
          <w:color w:val="141414"/>
          <w:sz w:val="24"/>
        </w:rPr>
        <w:t>Justin was upstairs doing exactly the same to the teacher. The two rooms, for a while, matched.</w:t>
      </w:r>
    </w:p>
    <w:p>
      <w:r>
        <w:rPr>
          <w:rFonts w:ascii="IM Fell English" w:hAnsi="IM Fell English"/>
          <w:color w:val="141414"/>
          <w:sz w:val="24"/>
        </w:rPr>
        <w:t>When the violence finally peaked and the last man collapsed back into the semicircle, the platform was slick with blood and come. Jenna was a wrecked, glowing, triumphant mess, still seated in the chair by sheer will, the gold ring the only clean thing left on her body. She looked at Jennifer through swollen, bright eyes and smiled the feral Voss smile that had nothing to do with mercy.</w:t>
      </w:r>
    </w:p>
    <w:p>
      <w:r>
        <w:rPr>
          <w:rFonts w:ascii="IM Fell English" w:hAnsi="IM Fell English"/>
          <w:color w:val="141414"/>
          <w:sz w:val="24"/>
        </w:rPr>
        <w:t>Jennifer stepped in, cupped her bloody face, and kissed her once, deep and claiming.</w:t>
      </w:r>
    </w:p>
    <w:p>
      <w:r>
        <w:rPr>
          <w:rFonts w:ascii="IM Fell English" w:hAnsi="IM Fell English"/>
          <w:color w:val="141414"/>
          <w:sz w:val="24"/>
        </w:rPr>
        <w:t>“Enough,” she said, very softly, and this time the word meant only that the seal was complete.</w:t>
      </w:r>
    </w:p>
    <w:p>
      <w:r>
        <w:rPr>
          <w:rFonts w:ascii="IM Fell English" w:hAnsi="IM Fell English"/>
          <w:color w:val="141414"/>
          <w:sz w:val="24"/>
        </w:rPr>
        <w:t>No one moved until the Ghost helped her young mistress stand, draped the ruined red dress over the blood and welts, and led her toward the stairs. Behind them the captains stayed silent, the lesson burned into their cocks and their bones.</w:t>
      </w:r>
    </w:p>
    <w:p>
      <w:r>
        <w:rPr>
          <w:rFonts w:ascii="IM Fell English" w:hAnsi="IM Fell English"/>
          <w:color w:val="141414"/>
          <w:sz w:val="24"/>
        </w:rPr>
        <w:t>A Voss had taken the chair.</w:t>
      </w:r>
    </w:p>
    <w:p>
      <w:r>
        <w:rPr>
          <w:rFonts w:ascii="IM Fell English" w:hAnsi="IM Fell English"/>
          <w:color w:val="141414"/>
          <w:sz w:val="24"/>
        </w:rPr>
        <w:t>A Voss had sealed it in blood.</w:t>
      </w:r>
    </w:p>
    <w:p>
      <w:r>
        <w:rPr>
          <w:rFonts w:ascii="IM Fell English" w:hAnsi="IM Fell English"/>
          <w:color w:val="141414"/>
          <w:sz w:val="24"/>
        </w:rPr>
        <w:t>And the Ghost had made certain the family never forgot what that looked like.</w:t>
      </w:r>
    </w:p>
    <w:p>
      <w:r>
        <w:rPr>
          <w:rFonts w:ascii="IM Fell English" w:hAnsi="IM Fell English"/>
          <w:color w:val="141414"/>
          <w:sz w:val="24"/>
        </w:rPr>
        <w:t>Upstairs the red bulb still burned.</w:t>
      </w:r>
    </w:p>
    <w:p>
      <w:r>
        <w:rPr>
          <w:rFonts w:ascii="IM Fell English" w:hAnsi="IM Fell English"/>
          <w:color w:val="141414"/>
          <w:sz w:val="24"/>
        </w:rPr>
        <w:t xml:space="preserve">Justin had not stopped working Jackie the entire time the seal was being made below. The belt had been replaced by fists, the fists by the relentless use of his cock and his hands and the iron chair itself. Jackie’s body was a wet, shaking map of the months and of this single long night. When the inner door finally opened and Jenna entered—naked under the red dress, marked, dripping, with the gold ring still on her finger—followed by the calm, lethal presence of the Ghost, Justin was buried deep inside the teacher, one hand locked around her throat and the other braced on the iron. He did not stop. He only looked over his shoulder, took in the state of his wife and the woman who now belonged under her feet, and kept thrusting until Jackie came with a raw, broken sound that was almost a sob. Only then did he pull out, spend across the fresh welts on her stomach, and step back, breathing hard. </w:t>
      </w:r>
    </w:p>
    <w:p>
      <w:r>
        <w:rPr>
          <w:rFonts w:ascii="IM Fell English" w:hAnsi="IM Fell English"/>
          <w:color w:val="141414"/>
          <w:sz w:val="24"/>
        </w:rPr>
        <w:t>Jackie lifted her head, blood and spit on her mouth, and looked at the two women who had just sealed a year of provisional power in the only language the family truly understood.</w:t>
      </w:r>
    </w:p>
    <w:p>
      <w:r>
        <w:rPr>
          <w:rFonts w:ascii="IM Fell English" w:hAnsi="IM Fell English"/>
          <w:color w:val="141414"/>
          <w:sz w:val="24"/>
        </w:rPr>
        <w:t>“Report.”</w:t>
      </w:r>
    </w:p>
    <w:p>
      <w:r>
        <w:rPr>
          <w:rFonts w:ascii="IM Fell English" w:hAnsi="IM Fell English"/>
          <w:color w:val="141414"/>
          <w:sz w:val="24"/>
        </w:rPr>
        <w:t>Jenna stepped close, still dripping onto the concrete, bruises already darkening, eyes bright with the aftermath and with devotion. “The New Year’s sit-down is finished. Every captain. In the chair. The Ghost watched the entire time. She ordered them harder. She made them bloody the room. I took it. The seal is made. No one tested the word until she gave it.”</w:t>
      </w:r>
    </w:p>
    <w:p>
      <w:r>
        <w:rPr>
          <w:rFonts w:ascii="IM Fell English" w:hAnsi="IM Fell English"/>
          <w:color w:val="141414"/>
          <w:sz w:val="24"/>
        </w:rPr>
        <w:t>Jackie studied the bruises rising on Jenna’s thighs, the come and blood still wet on her skin, the calm certainty in her eyes, and the silent, lethal, loving presence of Jennifer standing just behind her like a shadow that had chosen its new owner. Then the smallest, sharpest smile touched the teacher’s bloodied lips.</w:t>
      </w:r>
    </w:p>
    <w:p>
      <w:r>
        <w:rPr>
          <w:rFonts w:ascii="IM Fell English" w:hAnsi="IM Fell English"/>
          <w:color w:val="141414"/>
          <w:sz w:val="24"/>
        </w:rPr>
        <w:t>“Better. The hand that wears the ring has to be able to open as well as close. Tonight you opened and you endured everything a Voss is required to endure. And the Ghost remembered what she is — and who she belongs to now.” Her gaze shifted to Justin. “You stayed upstairs. You worked. That is also better.”</w:t>
      </w:r>
    </w:p>
    <w:p>
      <w:r>
        <w:rPr>
          <w:rFonts w:ascii="IM Fell English" w:hAnsi="IM Fell English"/>
          <w:color w:val="141414"/>
          <w:sz w:val="24"/>
        </w:rPr>
        <w:t>Justin wiped sweat and blood from his brow with the back of his wrist. “I saved everything for this room.”</w:t>
      </w:r>
    </w:p>
    <w:p>
      <w:r>
        <w:rPr>
          <w:rFonts w:ascii="IM Fell English" w:hAnsi="IM Fell English"/>
          <w:color w:val="141414"/>
          <w:sz w:val="24"/>
        </w:rPr>
        <w:t>Jackie settled back against the iron, the old and new bruises shifting, the lesson still unfinished and still exactly on the schedule she had designed.</w:t>
      </w:r>
    </w:p>
    <w:p>
      <w:r>
        <w:rPr>
          <w:rFonts w:ascii="IM Fell English" w:hAnsi="IM Fell English"/>
          <w:color w:val="141414"/>
          <w:sz w:val="24"/>
        </w:rPr>
        <w:t>“Then the year is properly begun. Come back in two nights. And Jenna — take your Ghost to the outer room and let her have you until she is calm again. She has earned the right to claim what is hers. Then send the doctor at dawn. I want the ledger of my own body kept clean enough to continue.”</w:t>
      </w:r>
    </w:p>
    <w:p>
      <w:r>
        <w:rPr>
          <w:rFonts w:ascii="IM Fell English" w:hAnsi="IM Fell English"/>
          <w:color w:val="141414"/>
          <w:sz w:val="24"/>
        </w:rPr>
        <w:t>Jenna leaned down and kissed her bloodied mouth once, slow and proud and shaking with the aftermath of the seal and with the deeper, private knowledge that the Ghost now stood under her feet by choice and by love.</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 three of them left her locked and breathing under the red bulb.</w:t>
      </w:r>
    </w:p>
    <w:p>
      <w:r>
        <w:rPr>
          <w:rFonts w:ascii="IM Fell English" w:hAnsi="IM Fell English"/>
          <w:color w:val="141414"/>
          <w:sz w:val="24"/>
        </w:rPr>
        <w:t>In the outer room Jennifer stripped Jenna of the red dress with careful, almost reverent hands and took her to the floor. She used her young mistress with the same controlled ferocity the Ghost was known for — mouth, fingers, teeth, the full weight of months of watching and waiting and loving — until Jenna was shaking and coming and whispering the same soft, broken praise she had once reserved only for the teacher. Justin watched from the doorway, arms folded, until it was finished and Jennifer had settled back into a quieter, lethal stillness at her new mistress’s feet.</w:t>
      </w:r>
    </w:p>
    <w:p>
      <w:r>
        <w:rPr>
          <w:rFonts w:ascii="IM Fell English" w:hAnsi="IM Fell English"/>
          <w:color w:val="141414"/>
          <w:sz w:val="24"/>
        </w:rPr>
        <w:t>Downstairs the captains drank in near silence, the seal still wet on their cocks and their minds, the word “enough” still hanging in the air like a loaded gun that had been allowed to remain holstered only because the head bitch had proven she could take the full hell of the family and remain a Voss.</w:t>
      </w:r>
    </w:p>
    <w:p>
      <w:r>
        <w:rPr>
          <w:rFonts w:ascii="IM Fell English" w:hAnsi="IM Fell English"/>
          <w:color w:val="141414"/>
          <w:sz w:val="24"/>
        </w:rPr>
        <w:t>Above the stills, in the room that had no windows and no calendar, Jackie sat in the iron chair and continued the long, deliberate test — one night, one savage, explicit hour at a time — while higher eyes, still unseen, kept their patient count of the year that had finally turned, and the Ghost stood watch over the new hand that wore the ring, loving her enough to make certain the blood was real.</w:t>
      </w:r>
    </w:p>
    <w:p>
      <w:pPr>
        <w:pStyle w:val="Heading1"/>
        <w:jc w:val="center"/>
      </w:pPr>
      <w:r>
        <w:rPr>
          <w:rFonts w:ascii="IM Fell English" w:hAnsi="IM Fell English"/>
          <w:color w:val="0D0D0D"/>
        </w:rPr>
        <w:t>CHAPTER 16 — AFTER THE SEAL, 1928</w:t>
      </w:r>
    </w:p>
    <w:p>
      <w:r>
        <w:rPr>
          <w:rFonts w:ascii="IM Fell English" w:hAnsi="IM Fell English"/>
          <w:color w:val="141414"/>
          <w:sz w:val="24"/>
        </w:rPr>
        <w:t xml:space="preserve">The morning after the seal, the speakeasy still smelled of blood, come, and spilled whiskey. </w:t>
      </w:r>
    </w:p>
    <w:p>
      <w:r>
        <w:rPr>
          <w:rFonts w:ascii="IM Fell English" w:hAnsi="IM Fell English"/>
          <w:color w:val="141414"/>
          <w:sz w:val="24"/>
        </w:rPr>
        <w:t>Jenna woke in the outer chamber above the stills with Jennifer’s mouth already between her thighs, slow and proprietary, the Ghost claiming what now belonged to her by right of the night before. The red dress lay ruined on the floor. Fresh bruises and belt welts mapped Jenna’s skin in the weak winter light that leaked under the door. Jennifer licked every one of them as if cataloguing property, two fingers sliding deep and unhurried while Jenna’s hand rested in her hair and the gold signet ring caught the dim glow.</w:t>
      </w:r>
    </w:p>
    <w:p>
      <w:r>
        <w:rPr>
          <w:rFonts w:ascii="IM Fell English" w:hAnsi="IM Fell English"/>
          <w:color w:val="141414"/>
          <w:sz w:val="24"/>
        </w:rPr>
        <w:t>“You’re still dripping captains,” Jennifer murmured against her cunt, voice rough with satisfaction. “They’ll walk carefully for months.”</w:t>
      </w:r>
    </w:p>
    <w:p>
      <w:r>
        <w:rPr>
          <w:rFonts w:ascii="IM Fell English" w:hAnsi="IM Fell English"/>
          <w:color w:val="141414"/>
          <w:sz w:val="24"/>
        </w:rPr>
        <w:t>Jenna’s laugh broke into a moan as Jennifer curled her fingers. “They’ll walk carefully because the Ghost was watching and the Ghost told them to bloody me like a Voss. Get up here.”</w:t>
      </w:r>
    </w:p>
    <w:p>
      <w:r>
        <w:rPr>
          <w:rFonts w:ascii="IM Fell English" w:hAnsi="IM Fell English"/>
          <w:color w:val="141414"/>
          <w:sz w:val="24"/>
        </w:rPr>
        <w:t>Jennifer climbed her body, kissed her deep, and shared the taste of the night before. They fucked slowly on the thin mattress the family kept for nights like this — Jenna on her back, Jennifer riding her thigh and then her fingers, both of them still marked, both of them still hungry. When Jenna came she bit Jennifer’s shoulder hard enough to add a new bruise to the collection the Ghost already wore. Jennifer came with a low, broken sound that was almost a sob of ownership and pressed her forehead to Jenna’s.</w:t>
      </w:r>
    </w:p>
    <w:p>
      <w:r>
        <w:rPr>
          <w:rFonts w:ascii="IM Fell English" w:hAnsi="IM Fell English"/>
          <w:color w:val="141414"/>
          <w:sz w:val="24"/>
        </w:rPr>
        <w:t>“Mine,” she whispered.</w:t>
      </w:r>
    </w:p>
    <w:p>
      <w:r>
        <w:rPr>
          <w:rFonts w:ascii="IM Fell English" w:hAnsi="IM Fell English"/>
          <w:color w:val="141414"/>
          <w:sz w:val="24"/>
        </w:rPr>
        <w:t>“Yours,” Jenna answered. “Same as you’re mine. The teacher gave me the chair. You gave me the blood. That’s the seal that matters.”</w:t>
      </w:r>
    </w:p>
    <w:p>
      <w:r>
        <w:rPr>
          <w:rFonts w:ascii="IM Fell English" w:hAnsi="IM Fell English"/>
          <w:color w:val="141414"/>
          <w:sz w:val="24"/>
        </w:rPr>
        <w:t>Justin found them like that when he unlocked the outer door at mid-morning, already dressed for the docks, the smell of Jackie’s blood and the iron room still faintly on his skin. He looked at the two women tangled together, at the state of his wife, and at the calm lethal devotion on Jennifer’s face, and nodded once.</w:t>
      </w:r>
    </w:p>
    <w:p>
      <w:r>
        <w:rPr>
          <w:rFonts w:ascii="IM Fell English" w:hAnsi="IM Fell English"/>
          <w:color w:val="141414"/>
          <w:sz w:val="24"/>
        </w:rPr>
        <w:t>“Doctor’s already seen the teacher. She’s asking for the morning report. And the captains are downstairs waiting to see if the woman who took the chair last night can still stand.”</w:t>
      </w:r>
    </w:p>
    <w:p>
      <w:r>
        <w:rPr>
          <w:rFonts w:ascii="IM Fell English" w:hAnsi="IM Fell English"/>
          <w:color w:val="141414"/>
          <w:sz w:val="24"/>
        </w:rPr>
        <w:t>Jenna sat up, wincing only a little as the welts pulled. “She can stand. Ghost — clothes. We have business.”</w:t>
      </w:r>
    </w:p>
    <w:p>
      <w:r>
        <w:rPr>
          <w:rFonts w:ascii="IM Fell English" w:hAnsi="IM Fell English"/>
          <w:color w:val="141414"/>
          <w:sz w:val="24"/>
        </w:rPr>
        <w:t>Jennifer dressed her carefully, almost tenderly, in a fresh black dress that covered most of the damage but left the collar of bruises on her throat visible above the neckline. The gold ring stayed on Jenna’s finger. The Ghost remained in her simple black dress and collar, hands empty, eyes calm. They went downstairs together.</w:t>
      </w:r>
    </w:p>
    <w:p>
      <w:r>
        <w:rPr>
          <w:rFonts w:ascii="IM Fell English" w:hAnsi="IM Fell English"/>
          <w:color w:val="141414"/>
          <w:sz w:val="24"/>
        </w:rPr>
        <w:t>The captains were already in the back room. They stood when Jenna entered. Every eye went first to the ring, then to the visible marks on her throat and the way she walked — stiff, proud, unbroken — and finally to the silent woman who followed one step behind and slightly to the left like a loaded gun that had chosen its owner. No one mentioned the platform or the blood that had been scrubbed from the floorboards at dawn. They didn’t need to. The seal was in the way Jenna sat in the chair and the way the Ghost stood at her shoulder.</w:t>
      </w:r>
    </w:p>
    <w:p>
      <w:r>
        <w:rPr>
          <w:rFonts w:ascii="IM Fell English" w:hAnsi="IM Fell English"/>
          <w:color w:val="141414"/>
          <w:sz w:val="24"/>
        </w:rPr>
        <w:t>The morning count was short and clean. Money moved. Guns were logged. A late shipment from the north was scheduled. When the last captain left, Justin locked the door and looked at his wife.</w:t>
      </w:r>
    </w:p>
    <w:p>
      <w:r>
        <w:rPr>
          <w:rFonts w:ascii="IM Fell English" w:hAnsi="IM Fell English"/>
          <w:color w:val="141414"/>
          <w:sz w:val="24"/>
        </w:rPr>
        <w:t>“She’s waiting.”</w:t>
      </w:r>
    </w:p>
    <w:p>
      <w:r>
        <w:rPr>
          <w:rFonts w:ascii="IM Fell English" w:hAnsi="IM Fell English"/>
          <w:color w:val="141414"/>
          <w:sz w:val="24"/>
        </w:rPr>
        <w:t>Jenna turned the ring once. “Then we don’t keep the teacher waiting.”</w:t>
      </w:r>
    </w:p>
    <w:p>
      <w:r>
        <w:rPr>
          <w:rFonts w:ascii="IM Fell English" w:hAnsi="IM Fell English"/>
          <w:color w:val="141414"/>
          <w:sz w:val="24"/>
        </w:rPr>
        <w:t>Jennifer was left in the outer chamber this time without being locked to the wall — a small, deliberate change. She sat on the floor with her back against the brick, collar loose, and watched the iron door close behind the twins with the patience of someone who now belonged on this side of it.</w:t>
      </w:r>
    </w:p>
    <w:p>
      <w:r>
        <w:rPr>
          <w:rFonts w:ascii="IM Fell English" w:hAnsi="IM Fell English"/>
          <w:color w:val="141414"/>
          <w:sz w:val="24"/>
        </w:rPr>
        <w:t>Inside the information-torture room the red bulb still burned.</w:t>
      </w:r>
    </w:p>
    <w:p>
      <w:r>
        <w:rPr>
          <w:rFonts w:ascii="IM Fell English" w:hAnsi="IM Fell English"/>
          <w:color w:val="141414"/>
          <w:sz w:val="24"/>
        </w:rPr>
        <w:t>Jackie sat in the metal chair exactly as she had for the long months of winter turning into early spring, the map of bruises and welts so layered and complex now that new marks simply wrote over the old in a living ledger of the test. The doctor had cleaned the worst of the splits at dawn and left fresh bandages and a new bottle of whiskey. Jackie’s eyes opened when they entered, still clear, still measuring, and took in the state of Jenna — the fresh bruises, the careful way she moved, the gold ring, and the absence of the Ghost from the room for the first time in months.</w:t>
      </w:r>
    </w:p>
    <w:p>
      <w:r>
        <w:rPr>
          <w:rFonts w:ascii="IM Fell English" w:hAnsi="IM Fell English"/>
          <w:color w:val="141414"/>
          <w:sz w:val="24"/>
        </w:rPr>
        <w:t>“Report.”</w:t>
      </w:r>
    </w:p>
    <w:p>
      <w:r>
        <w:rPr>
          <w:rFonts w:ascii="IM Fell English" w:hAnsi="IM Fell English"/>
          <w:color w:val="141414"/>
          <w:sz w:val="24"/>
        </w:rPr>
        <w:t>Jenna stood in front of her, spine straight despite the welts. “The seal held through the night and the morning. The captains saw me walk. The books are clean. The Ghost claimed what was hers afterward and is waiting outside. She loves me.”</w:t>
      </w:r>
    </w:p>
    <w:p>
      <w:r>
        <w:rPr>
          <w:rFonts w:ascii="IM Fell English" w:hAnsi="IM Fell English"/>
          <w:color w:val="141414"/>
          <w:sz w:val="24"/>
        </w:rPr>
        <w:t>Jackie’s mouth curved the smallest fraction. “I know. That was always the risk and the point.” She looked at Justin. “You stayed upstairs the entire time. You worked me while they worked her. Report.”</w:t>
      </w:r>
    </w:p>
    <w:p>
      <w:r>
        <w:rPr>
          <w:rFonts w:ascii="IM Fell English" w:hAnsi="IM Fell English"/>
          <w:color w:val="141414"/>
          <w:sz w:val="24"/>
        </w:rPr>
        <w:t>Justin was already removing his shirt, the cold of the morning still on his skin. “You took everything I gave. The doctor says you’re still within the line. I saved the rest for now.”</w:t>
      </w:r>
    </w:p>
    <w:p>
      <w:r>
        <w:rPr>
          <w:rFonts w:ascii="IM Fell English" w:hAnsi="IM Fell English"/>
          <w:color w:val="141414"/>
          <w:sz w:val="24"/>
        </w:rPr>
        <w:t>Jackie settled back against the iron, the old and new bruises shifting.</w:t>
      </w:r>
    </w:p>
    <w:p>
      <w:r>
        <w:rPr>
          <w:rFonts w:ascii="IM Fell English" w:hAnsi="IM Fell English"/>
          <w:color w:val="141414"/>
          <w:sz w:val="24"/>
        </w:rPr>
        <w:t>“Then stop talking and work. The year is no longer young. The lesson is not finished.”</w:t>
      </w:r>
    </w:p>
    <w:p>
      <w:r>
        <w:rPr>
          <w:rFonts w:ascii="IM Fell English" w:hAnsi="IM Fell English"/>
          <w:color w:val="141414"/>
          <w:sz w:val="24"/>
        </w:rPr>
        <w:t>Justin worked her longer and harder than he had since the night of the seal.</w:t>
      </w:r>
    </w:p>
    <w:p>
      <w:r>
        <w:rPr>
          <w:rFonts w:ascii="IM Fell English" w:hAnsi="IM Fell English"/>
          <w:color w:val="141414"/>
          <w:sz w:val="24"/>
        </w:rPr>
        <w:t>The belt first, heavy and relentless, each stroke laid over the accumulated map until the welts split again and bled in thin lines that ran down her thighs to the concrete. Jenna circled, sometimes tightening the collar until Jackie’s vision narrowed, sometimes releasing it, sometimes leaning in to lick blood and then spit it into Jackie’s open mouth the same way the Ghost had done to her only hours before. No weapons. Only the tools the room allowed and the long, savage patience the months had taught them.</w:t>
      </w:r>
    </w:p>
    <w:p>
      <w:r>
        <w:rPr>
          <w:rFonts w:ascii="IM Fell English" w:hAnsi="IM Fell English"/>
          <w:color w:val="141414"/>
          <w:sz w:val="24"/>
        </w:rPr>
        <w:t>When he finally unlocked both ankles and forced her legs wide over the arms of the chair, Jackie’s breathing was deep and ragged but her eyes stayed open and fixed on him. Justin fucked her with everything the night before had left in him — deep, punishing, one hand locked around her throat, the other braced on the iron. Jenna held her head and kissed her through it, sharing the taste of the captains and the blood and the whiskey and the Ghost’s devotion. Jackie came with a raw, broken sound that was almost a sob, then again when Justin refused to stop, then a third time when Jenna reached down and added her fingers alongside him.</w:t>
      </w:r>
    </w:p>
    <w:p>
      <w:r>
        <w:rPr>
          <w:rFonts w:ascii="IM Fell English" w:hAnsi="IM Fell English"/>
          <w:color w:val="141414"/>
          <w:sz w:val="24"/>
        </w:rPr>
        <w:t>Justin finished buried inside her, forehead pressed to hers, both of them shaking. He stayed there until his breathing slowed, then pulled out and spent the last of it across the fresh, bleeding welts on her stomach.</w:t>
      </w:r>
    </w:p>
    <w:p>
      <w:r>
        <w:rPr>
          <w:rFonts w:ascii="IM Fell English" w:hAnsi="IM Fell English"/>
          <w:color w:val="141414"/>
          <w:sz w:val="24"/>
        </w:rPr>
        <w:t>Jackie licked blood from her teeth and spoke first, voice almost gone.</w:t>
      </w:r>
    </w:p>
    <w:p>
      <w:r>
        <w:rPr>
          <w:rFonts w:ascii="IM Fell English" w:hAnsi="IM Fell English"/>
          <w:color w:val="141414"/>
          <w:sz w:val="24"/>
        </w:rPr>
        <w:t>“Closer. You’re almost ready to stop asking the damage for permission. Come back in two nights. And Jenna — bring the Ghost in next time. I want to see the three of you together under this light before the Headmistress finally speaks. The year is moving. So is the test.”</w:t>
      </w:r>
    </w:p>
    <w:p>
      <w:r>
        <w:rPr>
          <w:rFonts w:ascii="IM Fell English" w:hAnsi="IM Fell English"/>
          <w:color w:val="141414"/>
          <w:sz w:val="24"/>
        </w:rPr>
        <w:t>Jenna leaned down and kissed her bloodied mouth once, slow and proud and still shaking from the night and the morning and the deeper knowledge that the Ghost now stood under her feet by choice and by love.</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they left her locked and breathing under the red bulb.</w:t>
      </w:r>
    </w:p>
    <w:p>
      <w:r>
        <w:rPr>
          <w:rFonts w:ascii="IM Fell English" w:hAnsi="IM Fell English"/>
          <w:color w:val="141414"/>
          <w:sz w:val="24"/>
        </w:rPr>
        <w:t>In the outer room Jennifer rose the moment the door opened and went to her knees at Jenna’s feet without being told. Jenna rested a hand in her hair, the gold ring bright against the dark strands, and looked down at the woman who had ordered the family to bloody her and then claimed her afterward with the same mouth.</w:t>
      </w:r>
    </w:p>
    <w:p>
      <w:r>
        <w:rPr>
          <w:rFonts w:ascii="IM Fell English" w:hAnsi="IM Fell English"/>
          <w:color w:val="141414"/>
          <w:sz w:val="24"/>
        </w:rPr>
        <w:t>“Upstairs she wants the three of us next time,” Jenna said quietly. “You’ll come into the room. You’ll watch him work her. And when he’s finished you’ll show her how the Ghost loves the woman who wears the ring.”</w:t>
      </w:r>
    </w:p>
    <w:p>
      <w:r>
        <w:rPr>
          <w:rFonts w:ascii="IM Fell English" w:hAnsi="IM Fell English"/>
          <w:color w:val="141414"/>
          <w:sz w:val="24"/>
        </w:rPr>
        <w:t>Jennifer’s eyes were dark and shining and completely unafraid.</w:t>
      </w:r>
    </w:p>
    <w:p>
      <w:r>
        <w:rPr>
          <w:rFonts w:ascii="IM Fell English" w:hAnsi="IM Fell English"/>
          <w:color w:val="141414"/>
          <w:sz w:val="24"/>
        </w:rPr>
        <w:t>“Yes, mistress.”</w:t>
      </w:r>
    </w:p>
    <w:p>
      <w:r>
        <w:rPr>
          <w:rFonts w:ascii="IM Fell English" w:hAnsi="IM Fell English"/>
          <w:color w:val="141414"/>
          <w:sz w:val="24"/>
        </w:rPr>
        <w:t>Downstairs the speakeasy woke for the day. Money moved. Guns were checked. The captains walked carefully and drank to the woman who had taken the chair in blood and to the silent Ghost who had made certain the blood was real.</w:t>
      </w:r>
    </w:p>
    <w:p>
      <w:r>
        <w:rPr>
          <w:rFonts w:ascii="IM Fell English" w:hAnsi="IM Fell English"/>
          <w:color w:val="141414"/>
          <w:sz w:val="24"/>
        </w:rPr>
        <w:t>Above the stills, in the room that had no windows and no calendar, Jackie sat in the iron chair and continued the long, deliberate test — one night, one savage, explicit hour at a time — while higher eyes, still unseen, kept their patient count of the year that was no longer young, and the Ghost knelt at the feet of the new hand that wore the ring, loving her enough to make certain the family never forgot what a Voss looked like when she refused to break.</w:t>
      </w:r>
    </w:p>
    <w:p>
      <w:pPr>
        <w:pStyle w:val="Heading1"/>
        <w:jc w:val="center"/>
      </w:pPr>
      <w:r>
        <w:rPr>
          <w:rFonts w:ascii="IM Fell English" w:hAnsi="IM Fell English"/>
          <w:color w:val="0D0D0D"/>
        </w:rPr>
        <w:t>CHAPTER 17 — THREE UNDER THE RED BULB, 1928</w:t>
      </w:r>
    </w:p>
    <w:p>
      <w:r>
        <w:rPr>
          <w:rFonts w:ascii="IM Fell English" w:hAnsi="IM Fell English"/>
          <w:color w:val="141414"/>
          <w:sz w:val="24"/>
        </w:rPr>
        <w:t>Two nights later the iron key turned and all three of them entered the room together for the first time.</w:t>
      </w:r>
    </w:p>
    <w:p>
      <w:r>
        <w:rPr>
          <w:rFonts w:ascii="IM Fell English" w:hAnsi="IM Fell English"/>
          <w:color w:val="141414"/>
          <w:sz w:val="24"/>
        </w:rPr>
        <w:t>Jennifer came last, still in the simple black dress and collar, hands empty, eyes calm. She had not been locked in the outer chamber. She walked in at Jenna’s left shoulder the same way she had walked into the New Year’s seal — present, lethal, and chosen. Justin closed the door behind them and locked it. The red bulb hummed. The metal chair waited. Jackie sat exactly as she had for the long months of winter turning into spring, the living ledger of bruises and welts so dense now that the newest marks simply wrote over the old in layers of purple, black, and fading yellow-green. A fresh bottle of whiskey and the doctor’s bag stood in their usual places. Her eyes opened when the three of them stopped in front of her, and for a moment the only sound was the soft drip of condensation from the sweating brick.</w:t>
      </w:r>
    </w:p>
    <w:p>
      <w:r>
        <w:rPr>
          <w:rFonts w:ascii="IM Fell English" w:hAnsi="IM Fell English"/>
          <w:color w:val="141414"/>
          <w:sz w:val="24"/>
        </w:rPr>
        <w:t>“Report.”</w:t>
      </w:r>
    </w:p>
    <w:p>
      <w:r>
        <w:rPr>
          <w:rFonts w:ascii="IM Fell English" w:hAnsi="IM Fell English"/>
          <w:color w:val="141414"/>
          <w:sz w:val="24"/>
        </w:rPr>
        <w:t>Jenna stood closest, the gold signet ring catching the red light. “Two days clean. The captains are still walking carefully. The northern shipment landed without short crates. The Ghost has been at my feet and in my bed. She loves me. I love her. The seal holds.”</w:t>
      </w:r>
    </w:p>
    <w:p>
      <w:r>
        <w:rPr>
          <w:rFonts w:ascii="IM Fell English" w:hAnsi="IM Fell English"/>
          <w:color w:val="141414"/>
          <w:sz w:val="24"/>
        </w:rPr>
        <w:t>Jackie studied the three of them — the ring on Jenna’s hand, the controlled hunger on Justin’s face, the quiet, absolute devotion on Jennifer’s — and nodded once.</w:t>
      </w:r>
    </w:p>
    <w:p>
      <w:r>
        <w:rPr>
          <w:rFonts w:ascii="IM Fell English" w:hAnsi="IM Fell English"/>
          <w:color w:val="141414"/>
          <w:sz w:val="24"/>
        </w:rPr>
        <w:t>“Better. The year is moving. The Headmistress is still silent. That silence is part of the test.” Her gaze settled on Jennifer. “You ordered them to bloody her like a Voss. You watched her take it. You claimed her afterward. Come here.”</w:t>
      </w:r>
    </w:p>
    <w:p>
      <w:r>
        <w:rPr>
          <w:rFonts w:ascii="IM Fell English" w:hAnsi="IM Fell English"/>
          <w:color w:val="141414"/>
          <w:sz w:val="24"/>
        </w:rPr>
        <w:t>Jennifer stepped forward without hesitation and went to her knees between Jackie’s forced-open thighs, the black dress pooling on the concrete. She did not touch the restraints. She simply rested her cheek against the inside of Jackie’s bruised knee and waited.</w:t>
      </w:r>
    </w:p>
    <w:p>
      <w:r>
        <w:rPr>
          <w:rFonts w:ascii="IM Fell English" w:hAnsi="IM Fell English"/>
          <w:color w:val="141414"/>
          <w:sz w:val="24"/>
        </w:rPr>
        <w:t>Jackie looked down at her for a long moment, then at the twins.</w:t>
      </w:r>
    </w:p>
    <w:p>
      <w:r>
        <w:rPr>
          <w:rFonts w:ascii="IM Fell English" w:hAnsi="IM Fell English"/>
          <w:color w:val="141414"/>
          <w:sz w:val="24"/>
        </w:rPr>
        <w:t>“Justin. Work. Jenna — hold her head. I want the Ghost to see every stroke and every thrust. I want her to understand what the woman she now belongs to had to learn first.”</w:t>
      </w:r>
    </w:p>
    <w:p>
      <w:r>
        <w:rPr>
          <w:rFonts w:ascii="IM Fell English" w:hAnsi="IM Fell English"/>
          <w:color w:val="141414"/>
          <w:sz w:val="24"/>
        </w:rPr>
        <w:t>Justin removed his shirt and took the belt from the hook on the wall. He did not speak. He simply began.</w:t>
      </w:r>
    </w:p>
    <w:p>
      <w:r>
        <w:rPr>
          <w:rFonts w:ascii="IM Fell English" w:hAnsi="IM Fell English"/>
          <w:color w:val="141414"/>
          <w:sz w:val="24"/>
        </w:rPr>
        <w:t>The first stroke landed across the already ruined map of Jackie’s thighs with the heavy, measured force he had spent months refining. Jennifer flinched at the sound but did not look away. Jenna’s hands settled on either side of Jennifer’s head, holding her gently but firmly in place so that the Ghost’s eyes stayed on the teacher’s body. Stroke after stroke followed — methodical, savage, precise — until fresh welts split open and blood ran in thin lines down to the concrete near Jennifer’s knees. Jackie’s breathing stayed deliberately even. Her eyes stayed open and fixed on Justin’s face, still teaching, still measuring how close he was to the pure black heart she required.</w:t>
      </w:r>
    </w:p>
    <w:p>
      <w:r>
        <w:rPr>
          <w:rFonts w:ascii="IM Fell English" w:hAnsi="IM Fell English"/>
          <w:color w:val="141414"/>
          <w:sz w:val="24"/>
        </w:rPr>
        <w:t xml:space="preserve">When the belt was finally set aside, Justin unlocked both of Jackie’s ankles, forced her legs wider over the arms of the chair, and stepped between them. Jenna kept Jennifer’s head exactly where it was. Justin fucked the teacher with the same relentless, controlled brutality he now owned—deep, punishing, with one hand locked around her throat above the collar and the other braced on the iron. Every thrust drove the fresh bleeding welts against the metal. Every time Jackie came—raw, broken, and almost silent—Jennifer made a small sound in her throat that Jenna soothed with a stroke of her thumb. Blood, sweat, and the wet sound of it filled the small room under the single red bulb. </w:t>
      </w:r>
    </w:p>
    <w:p>
      <w:r>
        <w:rPr>
          <w:rFonts w:ascii="IM Fell English" w:hAnsi="IM Fell English"/>
          <w:color w:val="141414"/>
          <w:sz w:val="24"/>
        </w:rPr>
        <w:t>Justin finished buried inside her, forehead pressed to Jackie’s, both of them shaking. He stayed there until his breathing slowed, then pulled out and spent the last of it across the open welts on her stomach, painting the newest layer of the ledger.</w:t>
      </w:r>
    </w:p>
    <w:p>
      <w:r>
        <w:rPr>
          <w:rFonts w:ascii="IM Fell English" w:hAnsi="IM Fell English"/>
          <w:color w:val="141414"/>
          <w:sz w:val="24"/>
        </w:rPr>
        <w:t>Jackie licked blood from her teeth and looked down at the Ghost still kneeling between her thighs.</w:t>
      </w:r>
    </w:p>
    <w:p>
      <w:r>
        <w:rPr>
          <w:rFonts w:ascii="IM Fell English" w:hAnsi="IM Fell English"/>
          <w:color w:val="141414"/>
          <w:sz w:val="24"/>
        </w:rPr>
        <w:t>“Your turn,” she said, voice almost gone. “Show me how the Ghost loves the woman who wears the ring. And show me you still remember who taught you both.”</w:t>
      </w:r>
    </w:p>
    <w:p>
      <w:r>
        <w:rPr>
          <w:rFonts w:ascii="IM Fell English" w:hAnsi="IM Fell English"/>
          <w:color w:val="141414"/>
          <w:sz w:val="24"/>
        </w:rPr>
        <w:t>Jennifer rose only high enough to strip the black dress over her head. She was already wet, already marked from the nights spent under Jenna. She climbed into the chair carefully, straddling Jackie’s lap, and lowered herself onto the teacher’s thigh so that the fresh come and blood smeared across her own skin. Jenna released her head and stepped back beside Justin to watch. Jennifer kissed Jackie once, deep and filthy and reverent, tasting copper and whiskey and the months of the test, then reached down, guided Jackie’s fingers inside herself, and began to ride them with slow, deliberate rolls of her hips.</w:t>
      </w:r>
    </w:p>
    <w:p>
      <w:r>
        <w:rPr>
          <w:rFonts w:ascii="IM Fell English" w:hAnsi="IM Fell English"/>
          <w:color w:val="141414"/>
          <w:sz w:val="24"/>
        </w:rPr>
        <w:t>She fucked herself on the teacher’s hand while Justin and Jenna watched, while the red bulb painted every movement, while Jackie’s restrained body remained the altar beneath her. Jennifer came with a low, broken cry that was almost Jackie’s name and almost Jenna’s, forehead pressed to the teacher’s, tears cutting clean lines through the blood and sweat on both their faces. When the last tremor passed she stayed there, breathing, owned in two directions at once.</w:t>
      </w:r>
    </w:p>
    <w:p>
      <w:r>
        <w:rPr>
          <w:rFonts w:ascii="IM Fell English" w:hAnsi="IM Fell English"/>
          <w:color w:val="141414"/>
          <w:sz w:val="24"/>
        </w:rPr>
        <w:t>Jackie turned her head just enough to brush her bloodied lips against Jennifer’s ear.</w:t>
      </w:r>
    </w:p>
    <w:p>
      <w:r>
        <w:rPr>
          <w:rFonts w:ascii="IM Fell English" w:hAnsi="IM Fell English"/>
          <w:color w:val="141414"/>
          <w:sz w:val="24"/>
        </w:rPr>
        <w:t>“Good. Now get off me and go to your mistress. The lesson is still running. The year is still being counted.”</w:t>
      </w:r>
    </w:p>
    <w:p>
      <w:r>
        <w:rPr>
          <w:rFonts w:ascii="IM Fell English" w:hAnsi="IM Fell English"/>
          <w:color w:val="141414"/>
          <w:sz w:val="24"/>
        </w:rPr>
        <w:t>Jennifer climbed down carefully, retrieved her dress, and went to her knees at Jenna’s feet without being told. Jenna rested a hand in her hair, the gold ring bright against the dark strands, and looked at the teacher with something that was no longer only ambition.</w:t>
      </w:r>
    </w:p>
    <w:p>
      <w:r>
        <w:rPr>
          <w:rFonts w:ascii="IM Fell English" w:hAnsi="IM Fell English"/>
          <w:color w:val="141414"/>
          <w:sz w:val="24"/>
        </w:rPr>
        <w:t>Jackie settled back against the iron, the newest layer of the ledger already drying on her skin.</w:t>
      </w:r>
    </w:p>
    <w:p>
      <w:r>
        <w:rPr>
          <w:rFonts w:ascii="IM Fell English" w:hAnsi="IM Fell English"/>
          <w:color w:val="141414"/>
          <w:sz w:val="24"/>
        </w:rPr>
        <w:t>“Closer,” she said, voice ruined but steady. “All three of you. Come back in three nights. And Jenna — the spring sit-down with the uptown crews is in two weeks. Seat them yourself. Wear the ring in the open. Let the higher families begin to wonder when the Headmistress will finally speak.”</w:t>
      </w:r>
    </w:p>
    <w:p>
      <w:r>
        <w:rPr>
          <w:rFonts w:ascii="IM Fell English" w:hAnsi="IM Fell English"/>
          <w:color w:val="141414"/>
          <w:sz w:val="24"/>
        </w:rPr>
        <w:t>Jenna leaned down and kissed her bloodied mouth once, slow and proud and shaking with the weight of the year and the woman at her feet.</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 three of them left her locked and breathing under the red bulb, the taste of copper and family liquor and the Ghost’s tears still on her tongue.</w:t>
      </w:r>
    </w:p>
    <w:p>
      <w:r>
        <w:rPr>
          <w:rFonts w:ascii="IM Fell English" w:hAnsi="IM Fell English"/>
          <w:color w:val="141414"/>
          <w:sz w:val="24"/>
        </w:rPr>
        <w:t>In the outer room Jennifer dressed in silence and then went back to her knees the moment Jenna sat on the low bench. She rested her head against her young mistress’s thigh and closed her eyes while Justin locked the iron door behind them and the red bulb continued to burn on the other side.</w:t>
      </w:r>
    </w:p>
    <w:p>
      <w:r>
        <w:rPr>
          <w:rFonts w:ascii="IM Fell English" w:hAnsi="IM Fell English"/>
          <w:color w:val="141414"/>
          <w:sz w:val="24"/>
        </w:rPr>
        <w:t>Downstairs the speakeasy moved through another night of jazz, whiskey, and carefully counted money. The captains still walked carefully. The docks stayed quiet. The river ran its usual cold course under the thinning ice of early spring.</w:t>
      </w:r>
    </w:p>
    <w:p>
      <w:r>
        <w:rPr>
          <w:rFonts w:ascii="IM Fell English" w:hAnsi="IM Fell English"/>
          <w:color w:val="141414"/>
          <w:sz w:val="24"/>
        </w:rPr>
        <w:t>And above the stills, in the room that had no windows and no calendar, Jackie sat in the iron chair and continued the long, deliberate test — one night, one savage, explicit hour at a time — while higher eyes, still unseen, kept their patient count of the year that was no longer young, and the Ghost knelt at the feet of the new hand that wore the ring, loving her enough to bleed for the lesson and enough to wait for the Headmistress who had not yet spoken.</w:t>
      </w:r>
    </w:p>
    <w:p>
      <w:pPr>
        <w:pStyle w:val="Heading1"/>
        <w:jc w:val="center"/>
      </w:pPr>
      <w:r>
        <w:rPr>
          <w:rFonts w:ascii="IM Fell English" w:hAnsi="IM Fell English"/>
          <w:color w:val="0D0D0D"/>
        </w:rPr>
        <w:t>CHAPTER 18 — THE HEADMISTRESS, 1928</w:t>
      </w:r>
    </w:p>
    <w:p>
      <w:r>
        <w:rPr>
          <w:rFonts w:ascii="IM Fell English" w:hAnsi="IM Fell English"/>
          <w:color w:val="141414"/>
          <w:sz w:val="24"/>
        </w:rPr>
        <w:t>The year had turned fully into spring when the black car that no one on the street recognized stopped in front of the speakeasy.</w:t>
      </w:r>
    </w:p>
    <w:p>
      <w:r>
        <w:rPr>
          <w:rFonts w:ascii="IM Fell English" w:hAnsi="IM Fell English"/>
          <w:color w:val="141414"/>
          <w:sz w:val="24"/>
        </w:rPr>
        <w:t xml:space="preserve">No one announced her. No one needed to. The soldiers at the door simply stepped aside as if the air itself had ordered them to. Ashley Voss entered the main floor in a long black coat and gloves, hat brim low, with the same gold signet ring that Jenna now wore gleaming on her right hand—only older, heavier, and carved with the original family crest that only the Headmistress carried. She did not look at the jazz band or the whiskey or the men who suddenly found reasons to stand straighter. She walked straight through the back room door as if she had never left it. </w:t>
      </w:r>
    </w:p>
    <w:p>
      <w:r>
        <w:rPr>
          <w:rFonts w:ascii="IM Fell English" w:hAnsi="IM Fell English"/>
          <w:color w:val="141414"/>
          <w:sz w:val="24"/>
        </w:rPr>
        <w:t>Jenna was at the head of the table finishing the evening count. Justin stood behind her chair. Jennifer knelt at Jenna’s left side, collar loose, head resting lightly against her mistress’s thigh. The three of them looked up at the same moment.</w:t>
      </w:r>
    </w:p>
    <w:p>
      <w:r>
        <w:rPr>
          <w:rFonts w:ascii="IM Fell English" w:hAnsi="IM Fell English"/>
          <w:color w:val="141414"/>
          <w:sz w:val="24"/>
        </w:rPr>
        <w:t>Ashley stopped at the foot of the table and removed her gloves one finger at a time.</w:t>
      </w:r>
    </w:p>
    <w:p>
      <w:r>
        <w:rPr>
          <w:rFonts w:ascii="IM Fell English" w:hAnsi="IM Fell English"/>
          <w:color w:val="141414"/>
          <w:sz w:val="24"/>
        </w:rPr>
        <w:t>“Out,” she said, voice quiet and absolute. “Everyone except blood.”</w:t>
      </w:r>
    </w:p>
    <w:p>
      <w:r>
        <w:rPr>
          <w:rFonts w:ascii="IM Fell English" w:hAnsi="IM Fell English"/>
          <w:color w:val="141414"/>
          <w:sz w:val="24"/>
        </w:rPr>
        <w:t>The captains and bookkeepers left so quickly the chairs were still rocking when the door closed. Only the twins, the Ghost, and the Headmistress remained under the low lights.</w:t>
      </w:r>
    </w:p>
    <w:p>
      <w:r>
        <w:rPr>
          <w:rFonts w:ascii="IM Fell English" w:hAnsi="IM Fell English"/>
          <w:color w:val="141414"/>
          <w:sz w:val="24"/>
        </w:rPr>
        <w:t>Ashley’s eyes moved from the gold ring on Jenna’s hand to the collar on Jennifer’s throat to the controlled stillness on Justin’s face, and then she smiled the same small, sharp smile Jackie used when a lesson was about to turn.</w:t>
      </w:r>
    </w:p>
    <w:p>
      <w:r>
        <w:rPr>
          <w:rFonts w:ascii="IM Fell English" w:hAnsi="IM Fell English"/>
          <w:color w:val="141414"/>
          <w:sz w:val="24"/>
        </w:rPr>
        <w:t>“A full year,” she said. “I watched every dock, every ledger, every night in the room above the stills. I watched the seal. I watched the Ghost choose her new feet. I watched the teacher bleed and teach and bleed again.” She pulled out the chair at the foot of the table and sat as if the wood itself remembered her. “The provisional time is over.”</w:t>
      </w:r>
    </w:p>
    <w:p>
      <w:r>
        <w:rPr>
          <w:rFonts w:ascii="IM Fell English" w:hAnsi="IM Fell English"/>
          <w:color w:val="141414"/>
          <w:sz w:val="24"/>
        </w:rPr>
        <w:t>Jenna’s hand tightened once in Jennifer’s hair, then stilled. Justin did not move.</w:t>
      </w:r>
    </w:p>
    <w:p>
      <w:r>
        <w:rPr>
          <w:rFonts w:ascii="IM Fell English" w:hAnsi="IM Fell English"/>
          <w:color w:val="141414"/>
          <w:sz w:val="24"/>
        </w:rPr>
        <w:t>Ashley reached into her coat and placed a single folded sheet of paper on the table. The family crest was stamped in black wax at the bottom.</w:t>
      </w:r>
    </w:p>
    <w:p>
      <w:r>
        <w:rPr>
          <w:rFonts w:ascii="IM Fell English" w:hAnsi="IM Fell English"/>
          <w:color w:val="141414"/>
          <w:sz w:val="24"/>
        </w:rPr>
        <w:t>“Jackie’s protection is formally removed. Effective tonight. The higher table has signed it. I have signed it.” Her voice stayed calm, almost gentle. “The official story you will give the captains is that the teacher has been diverting family money and arranging private alliances outside the blood. Whether that story is true is no longer your concern. What matters is that the protection is gone and the test she designed for you both has entered its final phase.”</w:t>
      </w:r>
    </w:p>
    <w:p>
      <w:r>
        <w:rPr>
          <w:rFonts w:ascii="IM Fell English" w:hAnsi="IM Fell English"/>
          <w:color w:val="141414"/>
          <w:sz w:val="24"/>
        </w:rPr>
        <w:t>She looked at Justin first.</w:t>
      </w:r>
    </w:p>
    <w:p>
      <w:r>
        <w:rPr>
          <w:rFonts w:ascii="IM Fell English" w:hAnsi="IM Fell English"/>
          <w:color w:val="141414"/>
          <w:sz w:val="24"/>
        </w:rPr>
        <w:t>“You will continue the work in the room above the stills. You will not kill her. You will bring her to the absolute edge of what the doctor will still allow and you will hold her there until I say otherwise. She asked for this. She arranged it. You will give it to her.”</w:t>
      </w:r>
    </w:p>
    <w:p>
      <w:r>
        <w:rPr>
          <w:rFonts w:ascii="IM Fell English" w:hAnsi="IM Fell English"/>
          <w:color w:val="141414"/>
          <w:sz w:val="24"/>
        </w:rPr>
        <w:t>Then she looked at Jenna.</w:t>
      </w:r>
    </w:p>
    <w:p>
      <w:r>
        <w:rPr>
          <w:rFonts w:ascii="IM Fell English" w:hAnsi="IM Fell English"/>
          <w:color w:val="141414"/>
          <w:sz w:val="24"/>
        </w:rPr>
        <w:t>“You will stay visible. You will keep the table. You will wear the ring in every sit-down and on every dock. The higher families are already watching to see whether the hand that took the chair in blood can keep it when the teacher’s shadow is finally gone. Do not disappoint them. Do not disappoint me.”</w:t>
      </w:r>
    </w:p>
    <w:p>
      <w:r>
        <w:rPr>
          <w:rFonts w:ascii="IM Fell English" w:hAnsi="IM Fell English"/>
          <w:color w:val="141414"/>
          <w:sz w:val="24"/>
        </w:rPr>
        <w:t>Finally she looked at Jennifer, still kneeling, eyes lowered.</w:t>
      </w:r>
    </w:p>
    <w:p>
      <w:r>
        <w:rPr>
          <w:rFonts w:ascii="IM Fell English" w:hAnsi="IM Fell English"/>
          <w:color w:val="141414"/>
          <w:sz w:val="24"/>
        </w:rPr>
        <w:t>“And you, little Ghost. You already know what you are. When the final night comes you will be in the room. You will watch. You will not interfere unless Jenna or I give the order. Afterward you will remain exactly where you are now — at her feet, under his hand, the loyal hound of hell this family still requires. That is the only future she asked for you. That is the only future you will have.”</w:t>
      </w:r>
    </w:p>
    <w:p>
      <w:r>
        <w:rPr>
          <w:rFonts w:ascii="IM Fell English" w:hAnsi="IM Fell English"/>
          <w:color w:val="141414"/>
          <w:sz w:val="24"/>
        </w:rPr>
        <w:t>Jennifer’s breath caught once, almost soundlessly. She nodded.</w:t>
      </w:r>
    </w:p>
    <w:p>
      <w:r>
        <w:rPr>
          <w:rFonts w:ascii="IM Fell English" w:hAnsi="IM Fell English"/>
          <w:color w:val="141414"/>
          <w:sz w:val="24"/>
        </w:rPr>
        <w:t>Ashley stood, pulled her gloves back on, and looked at the three of them the way a woman looks at a blade she has spent a lifetime sharpening.</w:t>
      </w:r>
    </w:p>
    <w:p>
      <w:r>
        <w:rPr>
          <w:rFonts w:ascii="IM Fell English" w:hAnsi="IM Fell English"/>
          <w:color w:val="141414"/>
          <w:sz w:val="24"/>
        </w:rPr>
        <w:t>“The teacher is waiting upstairs. She already knows I am here. She asked the doctor to send for me three nights ago. Everything that happens from this moment forward is still her lesson. Fail it and the ring comes off Jenna’s hand before the week is out. Succeed and the chair becomes permanent. The higher table will not speak twice.”</w:t>
      </w:r>
    </w:p>
    <w:p>
      <w:r>
        <w:rPr>
          <w:rFonts w:ascii="IM Fell English" w:hAnsi="IM Fell English"/>
          <w:color w:val="141414"/>
          <w:sz w:val="24"/>
        </w:rPr>
        <w:t>She walked to the door, then paused with her hand on the wood without looking back.</w:t>
      </w:r>
    </w:p>
    <w:p>
      <w:r>
        <w:rPr>
          <w:rFonts w:ascii="IM Fell English" w:hAnsi="IM Fell English"/>
          <w:color w:val="141414"/>
          <w:sz w:val="24"/>
        </w:rPr>
        <w:t xml:space="preserve">“Justin, tonight you take her further than you ever have. Jenna—you watch. Ghost—you kneel where she can see you. That is the first order under the new protection rules.” </w:t>
      </w:r>
    </w:p>
    <w:p>
      <w:r>
        <w:rPr>
          <w:rFonts w:ascii="IM Fell English" w:hAnsi="IM Fell English"/>
          <w:color w:val="141414"/>
          <w:sz w:val="24"/>
        </w:rPr>
        <w:t>The door closed behind her with a soft, final click.</w:t>
      </w:r>
    </w:p>
    <w:p>
      <w:r>
        <w:rPr>
          <w:rFonts w:ascii="IM Fell English" w:hAnsi="IM Fell English"/>
          <w:color w:val="141414"/>
          <w:sz w:val="24"/>
        </w:rPr>
        <w:t>For a long moment the back room was silent except for the muffled jazz leaking through the walls and the sound of Jennifer’s careful breathing against Jenna’s leg.</w:t>
      </w:r>
    </w:p>
    <w:p>
      <w:r>
        <w:rPr>
          <w:rFonts w:ascii="IM Fell English" w:hAnsi="IM Fell English"/>
          <w:color w:val="141414"/>
          <w:sz w:val="24"/>
        </w:rPr>
        <w:t>Jenna looked down at the folded paper with the black wax seal, then at her husband, then at the woman kneeling beside her.</w:t>
      </w:r>
    </w:p>
    <w:p>
      <w:r>
        <w:rPr>
          <w:rFonts w:ascii="IM Fell English" w:hAnsi="IM Fell English"/>
          <w:color w:val="141414"/>
          <w:sz w:val="24"/>
        </w:rPr>
        <w:t>“She’s been watching the entire year,” she said quietly.</w:t>
      </w:r>
    </w:p>
    <w:p>
      <w:r>
        <w:rPr>
          <w:rFonts w:ascii="IM Fell English" w:hAnsi="IM Fell English"/>
          <w:color w:val="141414"/>
          <w:sz w:val="24"/>
        </w:rPr>
        <w:t>Justin’s jaw was tight, but his eyes were already darker, already calculating the work ahead. “She said the teacher asked for it. That means the lesson is still running exactly the way Jackie designed it.”</w:t>
      </w:r>
    </w:p>
    <w:p>
      <w:r>
        <w:rPr>
          <w:rFonts w:ascii="IM Fell English" w:hAnsi="IM Fell English"/>
          <w:color w:val="141414"/>
          <w:sz w:val="24"/>
        </w:rPr>
        <w:t>Jennifer lifted her head. Her voice was soft and steady and completely claimed.</w:t>
      </w:r>
    </w:p>
    <w:p>
      <w:r>
        <w:rPr>
          <w:rFonts w:ascii="IM Fell English" w:hAnsi="IM Fell English"/>
          <w:color w:val="141414"/>
          <w:sz w:val="24"/>
        </w:rPr>
        <w:t>“Then we give her what she asked for. All of it.”</w:t>
      </w:r>
    </w:p>
    <w:p>
      <w:r>
        <w:rPr>
          <w:rFonts w:ascii="IM Fell English" w:hAnsi="IM Fell English"/>
          <w:color w:val="141414"/>
          <w:sz w:val="24"/>
        </w:rPr>
        <w:t>Jenna’s fingers tightened once more in her hair, this time with something that was almost reverence and almost grief and entirely ownership.</w:t>
      </w:r>
    </w:p>
    <w:p>
      <w:r>
        <w:rPr>
          <w:rFonts w:ascii="IM Fell English" w:hAnsi="IM Fell English"/>
          <w:color w:val="141414"/>
          <w:sz w:val="24"/>
        </w:rPr>
        <w:t>“Upstairs,” she said. “All three of us. The Headmistress gave the first order under the new rules. We follow it.”</w:t>
      </w:r>
    </w:p>
    <w:p>
      <w:r>
        <w:rPr>
          <w:rFonts w:ascii="IM Fell English" w:hAnsi="IM Fell English"/>
          <w:color w:val="141414"/>
          <w:sz w:val="24"/>
        </w:rPr>
        <w:t>They left the back room together — Jenna still wearing the ring, Justin already rolling his sleeves, Jennifer rising to walk one step behind and to the left like the loaded gun she had always been. The captains in the main room watched them pass and saw something new in the way the three of them moved: the provisional year was over. The final phase had a name and a signature in black wax.</w:t>
      </w:r>
    </w:p>
    <w:p>
      <w:r>
        <w:rPr>
          <w:rFonts w:ascii="IM Fell English" w:hAnsi="IM Fell English"/>
          <w:color w:val="141414"/>
          <w:sz w:val="24"/>
        </w:rPr>
        <w:t>The iron key turned.</w:t>
      </w:r>
    </w:p>
    <w:p>
      <w:r>
        <w:rPr>
          <w:rFonts w:ascii="IM Fell English" w:hAnsi="IM Fell English"/>
          <w:color w:val="141414"/>
          <w:sz w:val="24"/>
        </w:rPr>
        <w:t>Jackie sat in the metal chair under the red bulb, exactly as she had for three hundred and sixty-some nights, the living ledger of the test written into every inch of her skin. She looked at the three of them, at the residual tension of Ashley’s visit still on their faces, and the smallest, sharpest smile of pure satisfaction touched her bloodied mouth.</w:t>
      </w:r>
    </w:p>
    <w:p>
      <w:r>
        <w:rPr>
          <w:rFonts w:ascii="IM Fell English" w:hAnsi="IM Fell English"/>
          <w:color w:val="141414"/>
          <w:sz w:val="24"/>
        </w:rPr>
        <w:t>“She came,” Jackie said. It was not a question.</w:t>
      </w:r>
    </w:p>
    <w:p>
      <w:r>
        <w:rPr>
          <w:rFonts w:ascii="IM Fell English" w:hAnsi="IM Fell English"/>
          <w:color w:val="141414"/>
          <w:sz w:val="24"/>
        </w:rPr>
        <w:t>“She came,” Jenna answered. “Protection is removed. The final phase is open. She gave the first orders.”</w:t>
      </w:r>
    </w:p>
    <w:p>
      <w:r>
        <w:rPr>
          <w:rFonts w:ascii="IM Fell English" w:hAnsi="IM Fell English"/>
          <w:color w:val="141414"/>
          <w:sz w:val="24"/>
        </w:rPr>
        <w:t>Jackie settled back against the iron, the old and new bruises shifting, the year of deliberate silence finally breaking into the endgame she had arranged with her own mother in a room the twins had never seen.</w:t>
      </w:r>
    </w:p>
    <w:p>
      <w:r>
        <w:rPr>
          <w:rFonts w:ascii="IM Fell English" w:hAnsi="IM Fell English"/>
          <w:color w:val="141414"/>
          <w:sz w:val="24"/>
        </w:rPr>
        <w:t>“Then stop talking,” she said, voice calm and absolute and almost fond, “and give me the first night under the new rules. Justin — further than you ever have. Jenna — you watch. Ghost — you kneel where I can see you. The Headmistress was clear. So am I.”</w:t>
      </w:r>
    </w:p>
    <w:p>
      <w:r>
        <w:rPr>
          <w:rFonts w:ascii="IM Fell English" w:hAnsi="IM Fell English"/>
          <w:color w:val="141414"/>
          <w:sz w:val="24"/>
        </w:rPr>
        <w:t>Justin locked the door.</w:t>
      </w:r>
    </w:p>
    <w:p>
      <w:r>
        <w:rPr>
          <w:rFonts w:ascii="IM Fell English" w:hAnsi="IM Fell English"/>
          <w:color w:val="141414"/>
          <w:sz w:val="24"/>
        </w:rPr>
        <w:t>Jennifer went to her knees in the exact place Jackie had indicated, black dress pooling on the concrete, eyes lifted and steady.</w:t>
      </w:r>
    </w:p>
    <w:p>
      <w:r>
        <w:rPr>
          <w:rFonts w:ascii="IM Fell English" w:hAnsi="IM Fell English"/>
          <w:color w:val="141414"/>
          <w:sz w:val="24"/>
        </w:rPr>
        <w:t>Jenna stood to the side, the gold ring heavy on her hand, and watched her husband take the belt from the wall.</w:t>
      </w:r>
    </w:p>
    <w:p>
      <w:r>
        <w:rPr>
          <w:rFonts w:ascii="IM Fell English" w:hAnsi="IM Fell English"/>
          <w:color w:val="141414"/>
          <w:sz w:val="24"/>
        </w:rPr>
        <w:t>The red bulb burned.</w:t>
      </w:r>
    </w:p>
    <w:p>
      <w:r>
        <w:rPr>
          <w:rFonts w:ascii="IM Fell English" w:hAnsi="IM Fell English"/>
          <w:color w:val="141414"/>
          <w:sz w:val="24"/>
        </w:rPr>
        <w:t>The final phase of the lesson began.</w:t>
      </w:r>
    </w:p>
    <w:p>
      <w:r>
        <w:rPr>
          <w:rFonts w:ascii="IM Fell English" w:hAnsi="IM Fell English"/>
          <w:color w:val="141414"/>
          <w:sz w:val="24"/>
        </w:rPr>
        <w:t>And somewhere in a black car already moving through the spring night, Ashley Voss — Headmistress, mother, original teacher — allowed herself one small, private smile before the city lights swallowed the car whole. The blade she had spent a lifetime sharpening was finally being put to use, exactly as her daughter had requested, and the family of pure Hell would never be the same once the cutting was finished.</w:t>
      </w:r>
    </w:p>
    <w:p>
      <w:pPr>
        <w:pStyle w:val="Heading1"/>
        <w:jc w:val="center"/>
      </w:pPr>
      <w:r>
        <w:rPr>
          <w:rFonts w:ascii="IM Fell English" w:hAnsi="IM Fell English"/>
          <w:color w:val="0D0D0D"/>
        </w:rPr>
        <w:t>CHAPTER 19 — FURTHER, 1928</w:t>
      </w:r>
    </w:p>
    <w:p>
      <w:r>
        <w:rPr>
          <w:rFonts w:ascii="IM Fell English" w:hAnsi="IM Fell English"/>
          <w:color w:val="141414"/>
          <w:sz w:val="24"/>
        </w:rPr>
        <w:t>The iron door locked behind them with a sound that felt heavier than any night before.</w:t>
      </w:r>
    </w:p>
    <w:p>
      <w:r>
        <w:rPr>
          <w:rFonts w:ascii="IM Fell English" w:hAnsi="IM Fell English"/>
          <w:color w:val="141414"/>
          <w:sz w:val="24"/>
        </w:rPr>
        <w:t>Justin did not speak. He simply took the belt from the wall, folded it once, and looked at the woman who had spent a year teaching him how to use it without mercy. Jackie sat in the metal chair under the red bulb, wrists and ankles already locked, the living ledger of bruises and welts so dense that the skin itself seemed to have become another kind of ledger paper. She met his eyes and gave the smallest nod.</w:t>
      </w:r>
    </w:p>
    <w:p>
      <w:r>
        <w:rPr>
          <w:rFonts w:ascii="IM Fell English" w:hAnsi="IM Fell English"/>
          <w:color w:val="141414"/>
          <w:sz w:val="24"/>
        </w:rPr>
        <w:t>“Further,” she said. “The Headmistress was clear. So was I.”</w:t>
      </w:r>
    </w:p>
    <w:p>
      <w:r>
        <w:rPr>
          <w:rFonts w:ascii="IM Fell English" w:hAnsi="IM Fell English"/>
          <w:color w:val="141414"/>
          <w:sz w:val="24"/>
        </w:rPr>
        <w:t>Jennifer was already on her knees in the exact place Jackie had indicated — three feet in front of the chair, black dress pooled around her, collar loose, hands resting open on her thighs. She kept her eyes on Jackie’s face. She did not look away when the first stroke landed.</w:t>
      </w:r>
    </w:p>
    <w:p>
      <w:r>
        <w:rPr>
          <w:rFonts w:ascii="IM Fell English" w:hAnsi="IM Fell English"/>
          <w:color w:val="141414"/>
          <w:sz w:val="24"/>
        </w:rPr>
        <w:t>Justin started lower than usual and worked upward with methodical, savage patience. The belt cracked across the already ruined map of Jackie’s thighs, then the softer skin of her hips, then the lower belly where older marks had only just begun to yellow. Each stroke was heavier than the last. Each one was placed with the precision of a man who had spent twelve months learning exactly how much the body in front of him could take before the doctor’s hard line was reached. Blood welled in thin, bright lines and ran down to the concrete near Jennifer’s knees. Jackie’s breathing stayed deliberately controlled. Her eyes stayed open and fixed on Justin’s face, still measuring, still teaching even as the final phase began.</w:t>
      </w:r>
    </w:p>
    <w:p>
      <w:r>
        <w:rPr>
          <w:rFonts w:ascii="IM Fell English" w:hAnsi="IM Fell English"/>
          <w:color w:val="141414"/>
          <w:sz w:val="24"/>
        </w:rPr>
        <w:t>Jenna stood to the side, the gold signet ring catching the red light every time she shifted her weight. She did not touch either of them yet. She only watched — her husband working, her Ghost kneeling, her teacher bleeding under the new rules Ashley had signed into being. The year of provisional power had ended the moment the Headmistress walked into the back room. What remained was the cutting.</w:t>
      </w:r>
    </w:p>
    <w:p>
      <w:r>
        <w:rPr>
          <w:rFonts w:ascii="IM Fell English" w:hAnsi="IM Fell English"/>
          <w:color w:val="141414"/>
          <w:sz w:val="24"/>
        </w:rPr>
        <w:t>Justin set the belt aside when the welts were open and weeping. He unlocked both of Jackie’s ankles, forced her legs wide over the arms of the chair until the joints protested, and locked them there. Then he stepped between her thighs and used his hands — open palms first, then fists, short and precise, mapping the places the belt had already opened. Jackie’s body jerked against the iron with every blow, but the sounds she allowed herself remained low and controlled. Jennifer’s breath had gone shallow. A single tear cut a clean line down her cheek, but she did not blink and she did not look away.</w:t>
      </w:r>
    </w:p>
    <w:p>
      <w:r>
        <w:rPr>
          <w:rFonts w:ascii="IM Fell English" w:hAnsi="IM Fell English"/>
          <w:color w:val="141414"/>
          <w:sz w:val="24"/>
        </w:rPr>
        <w:t xml:space="preserve">Justin fucked her with the same relentless, controlled brutality he now owned—deep, punishing, with one hand locked around Jackie’s throat above the collar and the other braced on the iron back of the chair. Jenna stepped in close enough that Jackie could see the ring on her finger while Justin used her. Jennifer remained on her knees, eyes locked on the teacher’s face, watching every flicker of expression as if she were memorizing the final lessons being written in blood and breath. </w:t>
      </w:r>
    </w:p>
    <w:p>
      <w:r>
        <w:rPr>
          <w:rFonts w:ascii="IM Fell English" w:hAnsi="IM Fell English"/>
          <w:color w:val="141414"/>
          <w:sz w:val="24"/>
        </w:rPr>
        <w:t>Jackie came the first time with a raw, broken sound that was almost a sob. Justin did not ease off. He kept the same savage pace until she came again, harder, the sound torn out of her by the hand at her throat and the months of deliberate control finally cracking. Only then did he follow, burying himself deep and spending inside her with a low, punched-out growl that sounded like both victory and grief. He stayed locked against her until the last tremor passed, forehead pressed to hers, both of them shaking.</w:t>
      </w:r>
    </w:p>
    <w:p>
      <w:r>
        <w:rPr>
          <w:rFonts w:ascii="IM Fell English" w:hAnsi="IM Fell English"/>
          <w:color w:val="141414"/>
          <w:sz w:val="24"/>
        </w:rPr>
        <w:t>Silence settled under the red bulb except for the sound of three people breathing and the soft drip of blood and come onto the concrete.</w:t>
      </w:r>
    </w:p>
    <w:p>
      <w:r>
        <w:rPr>
          <w:rFonts w:ascii="IM Fell English" w:hAnsi="IM Fell English"/>
          <w:color w:val="141414"/>
          <w:sz w:val="24"/>
        </w:rPr>
        <w:t>Jackie licked blood from her teeth and spoke first, voice almost gone.</w:t>
      </w:r>
    </w:p>
    <w:p>
      <w:r>
        <w:rPr>
          <w:rFonts w:ascii="IM Fell English" w:hAnsi="IM Fell English"/>
          <w:color w:val="141414"/>
          <w:sz w:val="24"/>
        </w:rPr>
        <w:t>“Further,” she managed. “She said further. You’re still stopping at the edge of what I can still teach through. Again.”</w:t>
      </w:r>
    </w:p>
    <w:p>
      <w:r>
        <w:rPr>
          <w:rFonts w:ascii="IM Fell English" w:hAnsi="IM Fell English"/>
          <w:color w:val="141414"/>
          <w:sz w:val="24"/>
        </w:rPr>
        <w:t>Justin lifted his head. For a moment something raw and almost reluctant moved through his eyes. Then he looked at Jenna. Jenna looked at the Ghost. Jennifer, still kneeling, gave the smallest nod — permission, devotion, acceptance of the new rules.</w:t>
      </w:r>
    </w:p>
    <w:p>
      <w:r>
        <w:rPr>
          <w:rFonts w:ascii="IM Fell English" w:hAnsi="IM Fell English"/>
          <w:color w:val="141414"/>
          <w:sz w:val="24"/>
        </w:rPr>
        <w:t>Justin pulled out, still hard, and began again.</w:t>
      </w:r>
    </w:p>
    <w:p>
      <w:r>
        <w:rPr>
          <w:rFonts w:ascii="IM Fell English" w:hAnsi="IM Fell English"/>
          <w:color w:val="141414"/>
          <w:sz w:val="24"/>
        </w:rPr>
        <w:t>The second round was slower and somehow worse. He used the belt on the open welts until Jackie’s controlled breathing finally broke into short, punched-out sounds she could no longer fully contain. He used his fists on the insides of her thighs until the skin was purple-black and shining. When he fucked her the second time Jenna stepped behind the chair and braced Jackie’s shoulders so she could not rock away from any of it. Jennifer crawled closer on her knees until she was near enough to see every detail — the way the teacher’s eyes stayed open, the way her mouth formed silent counts or silent orders even while the sounds were being forced out of her, the way the gold ring on Jenna’s hand caught the light above the ruin of the body that had taught them all.</w:t>
      </w:r>
    </w:p>
    <w:p>
      <w:r>
        <w:rPr>
          <w:rFonts w:ascii="IM Fell English" w:hAnsi="IM Fell English"/>
          <w:color w:val="141414"/>
          <w:sz w:val="24"/>
        </w:rPr>
        <w:t>Jackie came a third time with a sound that was pure broken animal, and a fourth when Justin refused to stop. Only when her pulse under his hand began to tell him the doctor’s hard line was approaching did he finally pull out and spend across the open, bleeding map of her stomach, marking the newest layer of the ledger with his own release.</w:t>
      </w:r>
    </w:p>
    <w:p>
      <w:r>
        <w:rPr>
          <w:rFonts w:ascii="IM Fell English" w:hAnsi="IM Fell English"/>
          <w:color w:val="141414"/>
          <w:sz w:val="24"/>
        </w:rPr>
        <w:t>He unlocked nothing. He simply stepped back, chest heaving, and waited.</w:t>
      </w:r>
    </w:p>
    <w:p>
      <w:r>
        <w:rPr>
          <w:rFonts w:ascii="IM Fell English" w:hAnsi="IM Fell English"/>
          <w:color w:val="141414"/>
          <w:sz w:val="24"/>
        </w:rPr>
        <w:t>Jackie hung in the restraints, shaking, blood and come running down her skin in thin rivers, and still managed to lift her head enough to look at the three of them. Her voice was scraped raw and almost gone, but the authority in it had not faded.</w:t>
      </w:r>
    </w:p>
    <w:p>
      <w:r>
        <w:rPr>
          <w:rFonts w:ascii="IM Fell English" w:hAnsi="IM Fell English"/>
          <w:color w:val="141414"/>
          <w:sz w:val="24"/>
        </w:rPr>
        <w:t>“Closer,” she whispered. “The Headmistress removed the protection. The final phase is open. You are almost ready to finish what I started when you were children. Come back tomorrow night. Further again. And Ghost — stay on your knees where I can see you until they lock the door. I want the last thing I see under this light tonight to be the woman who chose new feet and still remembers who taught her to kneel.”</w:t>
      </w:r>
    </w:p>
    <w:p>
      <w:r>
        <w:rPr>
          <w:rFonts w:ascii="IM Fell English" w:hAnsi="IM Fell English"/>
          <w:color w:val="141414"/>
          <w:sz w:val="24"/>
        </w:rPr>
        <w:t>Jennifer moved forward on her knees until her cheek rested against the inside of Jackie’s blood-slick thigh. She did not speak. She simply stayed there, eyes closed, breathing in the copper and sweat and the end of the year-long test, while Jenna poured the whiskey and Justin held the glass to the teacher’s lips.</w:t>
      </w:r>
    </w:p>
    <w:p>
      <w:r>
        <w:rPr>
          <w:rFonts w:ascii="IM Fell English" w:hAnsi="IM Fell English"/>
          <w:color w:val="141414"/>
          <w:sz w:val="24"/>
        </w:rPr>
        <w:t>Jackie drank. A thin line of whiskey and blood ran from the corner of her mouth. Jennifer leaned up and licked it away without being told.</w:t>
      </w:r>
    </w:p>
    <w:p>
      <w:r>
        <w:rPr>
          <w:rFonts w:ascii="IM Fell English" w:hAnsi="IM Fell English"/>
          <w:color w:val="141414"/>
          <w:sz w:val="24"/>
        </w:rPr>
        <w:t>Jenna’s hand settled in the Ghost’s hair, the gold ring bright against the dark strands, and her voice was soft and steady and claimed.</w:t>
      </w:r>
    </w:p>
    <w:p>
      <w:r>
        <w:rPr>
          <w:rFonts w:ascii="IM Fell English" w:hAnsi="IM Fell English"/>
          <w:color w:val="141414"/>
          <w:sz w:val="24"/>
        </w:rPr>
        <w:t>“Tomorrow night,” she said to Jackie. “Further. We won’t fail the final phase.”</w:t>
      </w:r>
    </w:p>
    <w:p>
      <w:r>
        <w:rPr>
          <w:rFonts w:ascii="IM Fell English" w:hAnsi="IM Fell English"/>
          <w:color w:val="141414"/>
          <w:sz w:val="24"/>
        </w:rPr>
        <w:t>Jackie settled back against the iron, the newest layer of the ledger already drying on her skin, and closed her eyes for the first time all night.</w:t>
      </w:r>
    </w:p>
    <w:p>
      <w:r>
        <w:rPr>
          <w:rFonts w:ascii="IM Fell English" w:hAnsi="IM Fell English"/>
          <w:color w:val="141414"/>
          <w:sz w:val="24"/>
        </w:rPr>
        <w:t>“I know,” she murmured. “That’s why I asked for it.”</w:t>
      </w:r>
    </w:p>
    <w:p>
      <w:r>
        <w:rPr>
          <w:rFonts w:ascii="IM Fell English" w:hAnsi="IM Fell English"/>
          <w:color w:val="141414"/>
          <w:sz w:val="24"/>
        </w:rPr>
        <w:t>They left her locked and breathing under the red bulb.</w:t>
      </w:r>
    </w:p>
    <w:p>
      <w:r>
        <w:rPr>
          <w:rFonts w:ascii="IM Fell English" w:hAnsi="IM Fell English"/>
          <w:color w:val="141414"/>
          <w:sz w:val="24"/>
        </w:rPr>
        <w:t>Jennifer was the last to rise. She kissed the inside of Jackie’s knee once, almost reverently, then followed her new owners out into the outer chamber. Justin locked the iron door. The three of them stood for a moment in the relative dark, listening to the faint sound of Jackie’s breathing on the other side of the brick,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Headmistress’s black car had been seen on the street. The provisional year was over. The final phase had a signature in black wax and a woman bleeding under a red bulb to prove it.</w:t>
      </w:r>
    </w:p>
    <w:p>
      <w:r>
        <w:rPr>
          <w:rFonts w:ascii="IM Fell English" w:hAnsi="IM Fell English"/>
          <w:color w:val="141414"/>
          <w:sz w:val="24"/>
        </w:rPr>
        <w:t>Above the stills, in the room that had no windows and no calendar, Jackie sat in the iron chair and continued the deliberate ending she had arranged with her own mother — one night, one savage, explicit hour at a time — while the twins and the Ghost carried the new rules downstairs, and higher eyes, no longer entirely unseen, kept their patient count of how much further the blade still needed to cut before the lesson was complete.</w:t>
      </w:r>
    </w:p>
    <w:p>
      <w:pPr>
        <w:pStyle w:val="Heading1"/>
        <w:jc w:val="center"/>
      </w:pPr>
      <w:r>
        <w:rPr>
          <w:rFonts w:ascii="IM Fell English" w:hAnsi="IM Fell English"/>
          <w:color w:val="0D0D0D"/>
        </w:rPr>
        <w:t>CHAPTER 20 — THE DOCTOR’S LINE, 1928</w:t>
      </w:r>
    </w:p>
    <w:p>
      <w:r>
        <w:rPr>
          <w:rFonts w:ascii="IM Fell English" w:hAnsi="IM Fell English"/>
          <w:color w:val="141414"/>
          <w:sz w:val="24"/>
        </w:rPr>
        <w:t>Dawn came grey and wet over the docks, but the real weather was inside the room above the stills.</w:t>
      </w:r>
    </w:p>
    <w:p>
      <w:r>
        <w:rPr>
          <w:rFonts w:ascii="IM Fell English" w:hAnsi="IM Fell English"/>
          <w:color w:val="141414"/>
          <w:sz w:val="24"/>
        </w:rPr>
        <w:t xml:space="preserve">The trusted family doctor—a thin, silent man who had served the Voss blood for thirty years—closed his bag and looked at Justin, Jenna, and the Ghost with the same flat expression he always wore when the ledger of the teacher’s body had been pushed close to the edge. </w:t>
      </w:r>
    </w:p>
    <w:p>
      <w:r>
        <w:rPr>
          <w:rFonts w:ascii="IM Fell English" w:hAnsi="IM Fell English"/>
          <w:color w:val="141414"/>
          <w:sz w:val="24"/>
        </w:rPr>
        <w:t>“Pulse is steady enough. No fever. The splits on the thighs and lower belly need another day before they can take the belt again. You can use hands, weight, and cock. You cannot open the same welts tonight without risking the hard line the Headmistress still expects me to enforce.” He glanced once at Jackie, who sat locked in the metal chair, awake, eyes open, the newest layer of the ledger still wet and shining under the red bulb. “She knows the limit. She will not ask you to cross it. Do not cross it anyway.”</w:t>
      </w:r>
    </w:p>
    <w:p>
      <w:r>
        <w:rPr>
          <w:rFonts w:ascii="IM Fell English" w:hAnsi="IM Fell English"/>
          <w:color w:val="141414"/>
          <w:sz w:val="24"/>
        </w:rPr>
        <w:t>Justin nodded once. Jenna touched the gold ring on her finger as if reminding herself it was still there. Jennifer, kneeling in her usual place, kept her eyes on Jackie and said nothing.</w:t>
      </w:r>
    </w:p>
    <w:p>
      <w:r>
        <w:rPr>
          <w:rFonts w:ascii="IM Fell English" w:hAnsi="IM Fell English"/>
          <w:color w:val="141414"/>
          <w:sz w:val="24"/>
        </w:rPr>
        <w:t>The doctor left the same way he always did — quietly, through the outer chamber, down the back stairs, into a city that did not know his name. When the iron door locked again, the four of them remained under the red light with the new rules Ashley had signed into being and the doctor’s hard line drawn cleanly across the night.</w:t>
      </w:r>
    </w:p>
    <w:p>
      <w:r>
        <w:rPr>
          <w:rFonts w:ascii="IM Fell English" w:hAnsi="IM Fell English"/>
          <w:color w:val="141414"/>
          <w:sz w:val="24"/>
        </w:rPr>
        <w:t>Jackie spoke first, voice still scraped raw from the night before.</w:t>
      </w:r>
    </w:p>
    <w:p>
      <w:r>
        <w:rPr>
          <w:rFonts w:ascii="IM Fell English" w:hAnsi="IM Fell English"/>
          <w:color w:val="141414"/>
          <w:sz w:val="24"/>
        </w:rPr>
        <w:t>“You heard him. Hands. Weight. Cock. No belt on the open welts. Further does not mean stupid. Begin.”</w:t>
      </w:r>
    </w:p>
    <w:p>
      <w:r>
        <w:rPr>
          <w:rFonts w:ascii="IM Fell English" w:hAnsi="IM Fell English"/>
          <w:color w:val="141414"/>
          <w:sz w:val="24"/>
        </w:rPr>
        <w:t>Justin stepped in.</w:t>
      </w:r>
    </w:p>
    <w:p>
      <w:r>
        <w:rPr>
          <w:rFonts w:ascii="IM Fell English" w:hAnsi="IM Fell English"/>
          <w:color w:val="141414"/>
          <w:sz w:val="24"/>
        </w:rPr>
        <w:t>He started with his hands — open palms across her breasts and the unmarked planes of her ribs, heavy enough to force air from her lungs in controlled bursts, precise enough that the doctor would find no new splits in the morning. Jenna circled the chair, sometimes tightening the collar until Jackie’s vision narrowed to a red tunnel, sometimes releasing it just enough for a full breath, sometimes leaning in to bite a place that had not yet been marked so the ledger would still grow even under the restrictions. Jennifer stayed on her knees where Jackie could see her, black dress pooled, eyes steady, the living reminder that the Ghost had chosen new feet and still remembered who had taught her to kneel.</w:t>
      </w:r>
    </w:p>
    <w:p>
      <w:r>
        <w:rPr>
          <w:rFonts w:ascii="IM Fell English" w:hAnsi="IM Fell English"/>
          <w:color w:val="141414"/>
          <w:sz w:val="24"/>
        </w:rPr>
        <w:t>When Justin finally unlocked Jackie’s ankles and forced her legs wide, the skin of her inner thighs was already dark with fresh handprints layered over the older, still-healing map. He stepped between them and fucked her with the same relentless control he had refined across the year — deep, punishing, one hand locked around her throat, the other braced on the iron. Every thrust drove the healing welts against the metal without reopening them. Every time Jackie came — raw, broken, almost silent — Jennifer’s breath hitched in sympathy and devotion, but she did not look away. Jenna held the teacher’s head steady so the eyes that had measured them since childhood stayed open and fixed on the man who was still learning how to finish the lesson.</w:t>
      </w:r>
    </w:p>
    <w:p>
      <w:r>
        <w:rPr>
          <w:rFonts w:ascii="IM Fell English" w:hAnsi="IM Fell English"/>
          <w:color w:val="141414"/>
          <w:sz w:val="24"/>
        </w:rPr>
        <w:t>Justin finished inside her with a low growl, stayed buried until the last tremor passed, then pulled out and marked the newest layer of the ledger across her stomach with his release. He unlocked nothing. He simply stepped back, chest heaving, and waited for the voice that still ruled the room even after protection had been formally removed.</w:t>
      </w:r>
    </w:p>
    <w:p>
      <w:r>
        <w:rPr>
          <w:rFonts w:ascii="IM Fell English" w:hAnsi="IM Fell English"/>
          <w:color w:val="141414"/>
          <w:sz w:val="24"/>
        </w:rPr>
        <w:t>Jackie licked blood from a reopened split in her lip and spoke, voice almost gone.</w:t>
      </w:r>
    </w:p>
    <w:p>
      <w:r>
        <w:rPr>
          <w:rFonts w:ascii="IM Fell English" w:hAnsi="IM Fell English"/>
          <w:color w:val="141414"/>
          <w:sz w:val="24"/>
        </w:rPr>
        <w:t>“Closer. The doctor’s line is not the end of the test. It is only the edge you learn to work against. Come back tomorrow. Same restrictions until he clears the welts. And Jenna — the uptown crews sit down in three days. You will seat them yourself. Wear the ring. Let them see the hand that took the chair in blood and the Ghost who stands at its shoulder. The Headmistress is watching how the higher families react. So am I.”</w:t>
      </w:r>
    </w:p>
    <w:p>
      <w:r>
        <w:rPr>
          <w:rFonts w:ascii="IM Fell English" w:hAnsi="IM Fell English"/>
          <w:color w:val="141414"/>
          <w:sz w:val="24"/>
        </w:rPr>
        <w:t>Jenna leaned down and kissed her bloodied mouth once, slow and proud and still shaking with the weight of the final phase.</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Jennifer crawled forward on her knees until her cheek rested against the inside of Jackie’s thigh, exactly as she had the night before, and stayed there while the three of them listened to the teacher’s breathing settle under the red bulb.</w:t>
      </w:r>
    </w:p>
    <w:p>
      <w:r>
        <w:rPr>
          <w:rFonts w:ascii="IM Fell English" w:hAnsi="IM Fell English"/>
          <w:color w:val="141414"/>
          <w:sz w:val="24"/>
        </w:rPr>
        <w:t>When they finally left the room, Jennifer was the last to rise. She kissed the blood-slick skin once, almost reverently, then followed her owners into the outer chamber. Justin locked the iron door. The three of them stood for a moment in the relative dark before Jenna took the Ghost by the collar and led her downstairs.</w:t>
      </w:r>
    </w:p>
    <w:p>
      <w:r>
        <w:rPr>
          <w:rFonts w:ascii="IM Fell English" w:hAnsi="IM Fell English"/>
          <w:color w:val="141414"/>
          <w:sz w:val="24"/>
        </w:rPr>
        <w:t>The speakeasy was already moving with morning business. Captains who had seen the Headmistress’s black car two nights before drank their coffee carefully and kept their eyes on the ring when Jenna took the head of the table for the daily count. Money moved. Guns were logged. A quiet message from an uptown crew was received and answered with a date and a time. No one asked about the teacher. No one needed to. The provisional year was over. The final phase had a signature in black wax and a woman bleeding under a red bulb to prove it.</w:t>
      </w:r>
    </w:p>
    <w:p>
      <w:r>
        <w:rPr>
          <w:rFonts w:ascii="IM Fell English" w:hAnsi="IM Fell English"/>
          <w:color w:val="141414"/>
          <w:sz w:val="24"/>
        </w:rPr>
        <w:t>Jennifer knelt at Jenna’s left side throughout the count, head resting lightly against her mistress’s thigh whenever the room allowed, the picture of the loyal hound of hell the family still required. Every so often Jenna’s fingers stroked her hair, the gold ring bright against the dark strands, and the captains watched the small gesture with the same careful attention they gave the ledgers.</w:t>
      </w:r>
    </w:p>
    <w:p>
      <w:r>
        <w:rPr>
          <w:rFonts w:ascii="IM Fell English" w:hAnsi="IM Fell English"/>
          <w:color w:val="141414"/>
          <w:sz w:val="24"/>
        </w:rPr>
        <w:t>When the last number was entered and the room emptied, Justin locked the door and looked at his wife and their Ghost.</w:t>
      </w:r>
    </w:p>
    <w:p>
      <w:r>
        <w:rPr>
          <w:rFonts w:ascii="IM Fell English" w:hAnsi="IM Fell English"/>
          <w:color w:val="141414"/>
          <w:sz w:val="24"/>
        </w:rPr>
        <w:t>“Three days until the uptown sit-down. The teacher wants the ring visible. The Headmistress wants to see how they react.”</w:t>
      </w:r>
    </w:p>
    <w:p>
      <w:r>
        <w:rPr>
          <w:rFonts w:ascii="IM Fell English" w:hAnsi="IM Fell English"/>
          <w:color w:val="141414"/>
          <w:sz w:val="24"/>
        </w:rPr>
        <w:t>Jenna turned the ring once on her finger, feeling the weight of every decision it had already made and every decision still to come.</w:t>
      </w:r>
    </w:p>
    <w:p>
      <w:r>
        <w:rPr>
          <w:rFonts w:ascii="IM Fell English" w:hAnsi="IM Fell English"/>
          <w:color w:val="141414"/>
          <w:sz w:val="24"/>
        </w:rPr>
        <w:t>“Then they will see it. And they will see her.” She tugged gently on Jennifer’s collar so the Ghost lifted her eyes. “You will stand at my shoulder the entire time. No kneeling in front of outsiders. Let them understand the Ghost now guards the hand that wears the ring.”</w:t>
      </w:r>
    </w:p>
    <w:p>
      <w:r>
        <w:rPr>
          <w:rFonts w:ascii="IM Fell English" w:hAnsi="IM Fell English"/>
          <w:color w:val="141414"/>
          <w:sz w:val="24"/>
        </w:rPr>
        <w:t>Jennifer’s voice was soft and steady and completely claimed.</w:t>
      </w:r>
    </w:p>
    <w:p>
      <w:r>
        <w:rPr>
          <w:rFonts w:ascii="IM Fell English" w:hAnsi="IM Fell English"/>
          <w:color w:val="141414"/>
          <w:sz w:val="24"/>
        </w:rPr>
        <w:t>“Yes, mistress.”</w:t>
      </w:r>
    </w:p>
    <w:p>
      <w:r>
        <w:rPr>
          <w:rFonts w:ascii="IM Fell English" w:hAnsi="IM Fell English"/>
          <w:color w:val="141414"/>
          <w:sz w:val="24"/>
        </w:rPr>
        <w:t>Justin’s hand settled on the back of Jenna’s neck, possessive and calm. “I’ll be at the door. Anyone who looks too long at either of you will answer upstairs after the teacher’s next session.”</w:t>
      </w:r>
    </w:p>
    <w:p>
      <w:r>
        <w:rPr>
          <w:rFonts w:ascii="IM Fell English" w:hAnsi="IM Fell English"/>
          <w:color w:val="141414"/>
          <w:sz w:val="24"/>
        </w:rPr>
        <w:t>Jenna leaned back into his touch for a brief second, then straightened.</w:t>
      </w:r>
    </w:p>
    <w:p>
      <w:r>
        <w:rPr>
          <w:rFonts w:ascii="IM Fell English" w:hAnsi="IM Fell English"/>
          <w:color w:val="141414"/>
          <w:sz w:val="24"/>
        </w:rPr>
        <w:t>“Business first. Pleasure and blood later. The final phase does not pause for the uptown crews.”</w:t>
      </w:r>
    </w:p>
    <w:p>
      <w:r>
        <w:rPr>
          <w:rFonts w:ascii="IM Fell English" w:hAnsi="IM Fell English"/>
          <w:color w:val="141414"/>
          <w:sz w:val="24"/>
        </w:rPr>
        <w:t>They left the back room together — Jenna wearing the ring, Justin already calculating the security for the sit-down, Jennifer walking one step behind and to the left like the loaded gun she had always been and the devoted hound she had chosen to remain. The captains in the main room watched them pass and saw the same new alignment they had seen since the Headmistress’s visit: the provisional year was finished. The blade was cutting. And the family of pure Hell was being reshaped under a red bulb and a gold ring while higher eyes kept their patient count of how much further the lesson still needed to go.</w:t>
      </w:r>
    </w:p>
    <w:p>
      <w:r>
        <w:rPr>
          <w:rFonts w:ascii="IM Fell English" w:hAnsi="IM Fell English"/>
          <w:color w:val="141414"/>
          <w:sz w:val="24"/>
        </w:rPr>
        <w:t>Above the stills, in the room that had no windows and no calendar, Jackie sat in the iron chair and continued the deliberate ending she had arranged with her own mother — one night, one savage, restricted, explicit hour at a time — while the twins and the Ghost carried the new rules into the daylight, and the doctor’s hard line remained the only mercy the final phase was still willing to allow.</w:t>
      </w:r>
    </w:p>
    <w:p>
      <w:pPr>
        <w:pStyle w:val="Heading1"/>
        <w:jc w:val="center"/>
      </w:pPr>
      <w:r>
        <w:rPr>
          <w:rFonts w:ascii="IM Fell English" w:hAnsi="IM Fell English"/>
          <w:color w:val="0D0D0D"/>
        </w:rPr>
        <w:t>CHAPTER 21 — THE GHOST UNLEASHED, 1928</w:t>
      </w:r>
    </w:p>
    <w:p>
      <w:r>
        <w:rPr>
          <w:rFonts w:ascii="IM Fell English" w:hAnsi="IM Fell English"/>
          <w:color w:val="141414"/>
          <w:sz w:val="24"/>
        </w:rPr>
        <w:t>The two days before the uptown sit-down passed in a tight, controlled rhythm of blood and business.</w:t>
      </w:r>
    </w:p>
    <w:p>
      <w:r>
        <w:rPr>
          <w:rFonts w:ascii="IM Fell English" w:hAnsi="IM Fell English"/>
          <w:color w:val="141414"/>
          <w:sz w:val="24"/>
        </w:rPr>
        <w:t>Each night Justin returned to the room above the stills and worked Jackie under the doctor’s shifting line — hands, weight, cock, and, once the welts closed, the belt again. Each night Jenna watched. Each night Jennifer knelt in the exact place the teacher required, eyes open, the living reminder that the Ghost had chosen new feet and still remembered who had taught her to kneel. The ledger of Jackie’s body continued to grow. The final phase did not pause.</w:t>
      </w:r>
    </w:p>
    <w:p>
      <w:r>
        <w:rPr>
          <w:rFonts w:ascii="IM Fell English" w:hAnsi="IM Fell English"/>
          <w:color w:val="141414"/>
          <w:sz w:val="24"/>
        </w:rPr>
        <w:t>By the afternoon of the third day Jennifer dressed Jenna herself in the outer chamber as the light faded into the blue-grey of early spring evening. A new black dress, cut severe and perfect. The gold signet ring. No jewelry except the collar the Ghost herself wore. Jenna stood still and allowed the hands of her hound to smooth every line.</w:t>
      </w:r>
    </w:p>
    <w:p>
      <w:r>
        <w:rPr>
          <w:rFonts w:ascii="IM Fell English" w:hAnsi="IM Fell English"/>
          <w:color w:val="141414"/>
          <w:sz w:val="24"/>
        </w:rPr>
        <w:t>“You’re quiet,” Jenna murmured.</w:t>
      </w:r>
    </w:p>
    <w:p>
      <w:r>
        <w:rPr>
          <w:rFonts w:ascii="IM Fell English" w:hAnsi="IM Fell English"/>
          <w:color w:val="141414"/>
          <w:sz w:val="24"/>
        </w:rPr>
        <w:t>Jennifer’s fingers lingered at the side of her mistress’s throat. “I’m listening to the room we haven’t entered yet. Tonight they learn the chair is not empty. And they learn who holds my leash.”</w:t>
      </w:r>
    </w:p>
    <w:p>
      <w:r>
        <w:rPr>
          <w:rFonts w:ascii="IM Fell English" w:hAnsi="IM Fell English"/>
          <w:color w:val="141414"/>
          <w:sz w:val="24"/>
        </w:rPr>
        <w:t>Jenna kissed her once, hard and brief. “Only me.”</w:t>
      </w:r>
    </w:p>
    <w:p>
      <w:r>
        <w:rPr>
          <w:rFonts w:ascii="IM Fell English" w:hAnsi="IM Fell English"/>
          <w:color w:val="141414"/>
          <w:sz w:val="24"/>
        </w:rPr>
        <w:t>“Only you.”</w:t>
      </w:r>
    </w:p>
    <w:p>
      <w:r>
        <w:rPr>
          <w:rFonts w:ascii="IM Fell English" w:hAnsi="IM Fell English"/>
          <w:color w:val="141414"/>
          <w:sz w:val="24"/>
        </w:rPr>
        <w:t>Justin waited at the foot of the stairs in a dark suit, the look on his face making it clear that anyone who tested the new arrangement would answer upstairs after the teacher’s next session. The three of them left the speakeasy through the back and rode in the closed car across the city to the neutral hotel the higher families preferred for sit-downs that required more polish than a dockside warehouse.</w:t>
      </w:r>
    </w:p>
    <w:p>
      <w:r>
        <w:rPr>
          <w:rFonts w:ascii="IM Fell English" w:hAnsi="IM Fell English"/>
          <w:color w:val="141414"/>
          <w:sz w:val="24"/>
        </w:rPr>
        <w:t>The private dining room on the third floor smelled of expensive tobacco, old money, and the faint sweet edge of fear that always appeared when the Voss name was spoken in mixed company. Three uptown crews had sent representatives — the silver-haired Moretti who had once drunk whiskey with Ashley herself, and two younger capos who had not yet learned how long old eyes could wait. They stood when Jenna entered. Their gazes went first to the gold ring, then to the silent man at her right shoulder, and finally to the woman who walked one step behind and to the left with empty hands and a collar at her throat.</w:t>
      </w:r>
    </w:p>
    <w:p>
      <w:r>
        <w:rPr>
          <w:rFonts w:ascii="IM Fell English" w:hAnsi="IM Fell English"/>
          <w:color w:val="141414"/>
          <w:sz w:val="24"/>
        </w:rPr>
        <w:t>No one sat until Jenna took the head of the table.</w:t>
      </w:r>
    </w:p>
    <w:p>
      <w:r>
        <w:rPr>
          <w:rFonts w:ascii="IM Fell English" w:hAnsi="IM Fell English"/>
          <w:color w:val="141414"/>
          <w:sz w:val="24"/>
        </w:rPr>
        <w:t>Jennifer did not kneel. She stood exactly where Jenna had told her to stand — at her mistress’s left shoulder, close enough to touch, far enough to draw a weapon if the room required it. The uptown men looked at her and then carefully looked away. The story of the New Year’s seal and the Ghost’s word had reached even these polished rooms.</w:t>
      </w:r>
    </w:p>
    <w:p>
      <w:r>
        <w:rPr>
          <w:rFonts w:ascii="IM Fell English" w:hAnsi="IM Fell English"/>
          <w:color w:val="141414"/>
          <w:sz w:val="24"/>
        </w:rPr>
        <w:t>Jenna rested both hands on the table, the signet ring dark against the white cloth.</w:t>
      </w:r>
    </w:p>
    <w:p>
      <w:r>
        <w:rPr>
          <w:rFonts w:ascii="IM Fell English" w:hAnsi="IM Fell English"/>
          <w:color w:val="141414"/>
          <w:sz w:val="24"/>
        </w:rPr>
        <w:t>“The docks remain ours. The river remains ours. The winter was clean. The spring will stay clean. Any crew that believes the teacher’s current absence creates an opening is welcome to test that belief. They will do so only once.”</w:t>
      </w:r>
    </w:p>
    <w:p>
      <w:r>
        <w:rPr>
          <w:rFonts w:ascii="IM Fell English" w:hAnsi="IM Fell English"/>
          <w:color w:val="141414"/>
          <w:sz w:val="24"/>
        </w:rPr>
        <w:t>Moretti studied Jenna for a long moment and then the Ghost at her shoulder.</w:t>
      </w:r>
    </w:p>
    <w:p>
      <w:r>
        <w:rPr>
          <w:rFonts w:ascii="IM Fell English" w:hAnsi="IM Fell English"/>
          <w:color w:val="141414"/>
          <w:sz w:val="24"/>
        </w:rPr>
        <w:t>“The Headmistress’s car was seen on your street,” he said mildly. “Protection removed, if the whispers are true. That is a large change to leave in the hands of a provisional chair.”</w:t>
      </w:r>
    </w:p>
    <w:p>
      <w:r>
        <w:rPr>
          <w:rFonts w:ascii="IM Fell English" w:hAnsi="IM Fell English"/>
          <w:color w:val="141414"/>
          <w:sz w:val="24"/>
        </w:rPr>
        <w:t>Jenna’s voice stayed calm, almost gentle.</w:t>
      </w:r>
    </w:p>
    <w:p>
      <w:r>
        <w:rPr>
          <w:rFonts w:ascii="IM Fell English" w:hAnsi="IM Fell English"/>
          <w:color w:val="141414"/>
          <w:sz w:val="24"/>
        </w:rPr>
        <w:t>“The chair is no longer provisional. The Headmistress removed the teacher’s protection and left the ring on my hand. The Ghost stands at my shoulder by choice and by order. If the higher table had wanted a different arrangement, the black car would have carried different instructions. It did not.”</w:t>
      </w:r>
    </w:p>
    <w:p>
      <w:r>
        <w:rPr>
          <w:rFonts w:ascii="IM Fell English" w:hAnsi="IM Fell English"/>
          <w:color w:val="141414"/>
          <w:sz w:val="24"/>
        </w:rPr>
        <w:t>One of the younger capos — a slick-haired man from the east-side crew who had been drinking too confidently since they arrived — chuckled under his breath.</w:t>
      </w:r>
    </w:p>
    <w:p>
      <w:r>
        <w:rPr>
          <w:rFonts w:ascii="IM Fell English" w:hAnsi="IM Fell English"/>
          <w:color w:val="141414"/>
          <w:sz w:val="24"/>
        </w:rPr>
        <w:t>“A collar and a dress don’t make a weapon,” he said. “And a year without the teacher doesn’t make a new Head. Maybe the Voss blood is thinner than it used to—”</w:t>
      </w:r>
    </w:p>
    <w:p>
      <w:r>
        <w:rPr>
          <w:rFonts w:ascii="IM Fell English" w:hAnsi="IM Fell English"/>
          <w:color w:val="141414"/>
          <w:sz w:val="24"/>
        </w:rPr>
        <w:t>He never finished the sentence.</w:t>
      </w:r>
    </w:p>
    <w:p>
      <w:r>
        <w:rPr>
          <w:rFonts w:ascii="IM Fell English" w:hAnsi="IM Fell English"/>
          <w:color w:val="141414"/>
          <w:sz w:val="24"/>
        </w:rPr>
        <w:t>Jennifer moved.</w:t>
      </w:r>
    </w:p>
    <w:p>
      <w:r>
        <w:rPr>
          <w:rFonts w:ascii="IM Fell English" w:hAnsi="IM Fell English"/>
          <w:color w:val="141414"/>
          <w:sz w:val="24"/>
        </w:rPr>
        <w:t>There was no warning, no drawn gun, no shout. One moment she stood at Jenna’s shoulder like a shadow. The next she was behind the east-side capo. Her hand snapped his neck with a single, precise twist that sounded like a green branch breaking. Before the second uptown man could rise from his chair she had already crossed the space between them, driven a steak knife from the place setting through the soft floor of his mouth and up into his brain, and stepped back. Both bodies hit the expensive carpet almost together. The crystal and silver did not even rattle.</w:t>
      </w:r>
    </w:p>
    <w:p>
      <w:r>
        <w:rPr>
          <w:rFonts w:ascii="IM Fell English" w:hAnsi="IM Fell English"/>
          <w:color w:val="141414"/>
          <w:sz w:val="24"/>
        </w:rPr>
        <w:t>Jennifer was once again standing at Jenna’s left shoulder, hands empty, breathing even, a single thin spray of blood across the bodice of her black dress like an accidental corsage. The entire action had taken less than four seconds.</w:t>
      </w:r>
    </w:p>
    <w:p>
      <w:r>
        <w:rPr>
          <w:rFonts w:ascii="IM Fell English" w:hAnsi="IM Fell English"/>
          <w:color w:val="141414"/>
          <w:sz w:val="24"/>
        </w:rPr>
        <w:t>Moretti had not moved. His glass of whiskey was still in his hand. The only change was the color that had left his face and the way his eyes now fixed on the Ghost with the absolute attention of a man who had just watched a story become flesh.</w:t>
      </w:r>
    </w:p>
    <w:p>
      <w:r>
        <w:rPr>
          <w:rFonts w:ascii="IM Fell English" w:hAnsi="IM Fell English"/>
          <w:color w:val="141414"/>
          <w:sz w:val="24"/>
        </w:rPr>
        <w:t>Jennifer’s voice was soft, almost polite, and absolute.</w:t>
      </w:r>
    </w:p>
    <w:p>
      <w:r>
        <w:rPr>
          <w:rFonts w:ascii="IM Fell English" w:hAnsi="IM Fell English"/>
          <w:color w:val="141414"/>
          <w:sz w:val="24"/>
        </w:rPr>
        <w:t>“The Voss family is as strong as it has always been under the teacher. The difference is that the Ghost now answers to only one person in this room. Head Jenna. No one else holds my leash. No one else gives me orders. No one else decides when I move.” She tilted her head a fraction, the collar at her throat catching the light. “You are still breathing because my mistress has not told me otherwise. Do you understand the family you are sitting with, Mr. Moretti?”</w:t>
      </w:r>
    </w:p>
    <w:p>
      <w:r>
        <w:rPr>
          <w:rFonts w:ascii="IM Fell English" w:hAnsi="IM Fell English"/>
          <w:color w:val="141414"/>
          <w:sz w:val="24"/>
        </w:rPr>
        <w:t>Moretti set his glass down with careful precision. When he spoke his voice was steady, but the fear under it was real and new.</w:t>
      </w:r>
    </w:p>
    <w:p>
      <w:r>
        <w:rPr>
          <w:rFonts w:ascii="IM Fell English" w:hAnsi="IM Fell English"/>
          <w:color w:val="141414"/>
          <w:sz w:val="24"/>
        </w:rPr>
        <w:t>“I understand. The chair is not empty. The Ghost is not a rumor. And the only hand that controls her is the one wearing that ring.” He looked at Jenna and inclined his head with the respect of a man who intended to keep living. “The spring stays clean. We will not test the ring or the Ghost. I will carry that message myself.”</w:t>
      </w:r>
    </w:p>
    <w:p>
      <w:r>
        <w:rPr>
          <w:rFonts w:ascii="IM Fell English" w:hAnsi="IM Fell English"/>
          <w:color w:val="141414"/>
          <w:sz w:val="24"/>
        </w:rPr>
        <w:t>Jenna’s mouth curved the smallest fraction.</w:t>
      </w:r>
    </w:p>
    <w:p>
      <w:r>
        <w:rPr>
          <w:rFonts w:ascii="IM Fell English" w:hAnsi="IM Fell English"/>
          <w:color w:val="141414"/>
          <w:sz w:val="24"/>
        </w:rPr>
        <w:t>“Wise. Leave the bodies. Our people will handle the carpet. You may go.”</w:t>
      </w:r>
    </w:p>
    <w:p>
      <w:r>
        <w:rPr>
          <w:rFonts w:ascii="IM Fell English" w:hAnsi="IM Fell English"/>
          <w:color w:val="141414"/>
          <w:sz w:val="24"/>
        </w:rPr>
        <w:t>Moretti rose, carefully did not look at the two cooling shapes on the floor, and left the room with the measured pace of a man who knew that running would only make the Ghost interested. When the door closed, the private dining room was silent except for the faint tick of an expensive clock and the soft sound of Jennifer’s breathing.</w:t>
      </w:r>
    </w:p>
    <w:p>
      <w:r>
        <w:rPr>
          <w:rFonts w:ascii="IM Fell English" w:hAnsi="IM Fell English"/>
          <w:color w:val="141414"/>
          <w:sz w:val="24"/>
        </w:rPr>
        <w:t>Justin exhaled through his nose, the first sound he had made since the killings. “Clean. Fast. He’ll have the story in every uptown parlor before midnight.”</w:t>
      </w:r>
    </w:p>
    <w:p>
      <w:r>
        <w:rPr>
          <w:rFonts w:ascii="IM Fell English" w:hAnsi="IM Fell English"/>
          <w:color w:val="141414"/>
          <w:sz w:val="24"/>
        </w:rPr>
        <w:t>Jenna turned her head and looked at the woman who stood at her shoulder with another man’s blood drying on her dress.</w:t>
      </w:r>
    </w:p>
    <w:p>
      <w:r>
        <w:rPr>
          <w:rFonts w:ascii="IM Fell English" w:hAnsi="IM Fell English"/>
          <w:color w:val="141414"/>
          <w:sz w:val="24"/>
        </w:rPr>
        <w:t>“Come here.”</w:t>
      </w:r>
    </w:p>
    <w:p>
      <w:r>
        <w:rPr>
          <w:rFonts w:ascii="IM Fell English" w:hAnsi="IM Fell English"/>
          <w:color w:val="141414"/>
          <w:sz w:val="24"/>
        </w:rPr>
        <w:t>Jennifer stepped closer. Jenna reached up, cupped the back of her neck, and pulled her down into a slow, deep kiss that tasted of copper and ownership. When she released her, Jennifer’s eyes were dark and shining and completely claimed.</w:t>
      </w:r>
    </w:p>
    <w:p>
      <w:r>
        <w:rPr>
          <w:rFonts w:ascii="IM Fell English" w:hAnsi="IM Fell English"/>
          <w:color w:val="141414"/>
          <w:sz w:val="24"/>
        </w:rPr>
        <w:t>“Only me,” Jenna said quietly.</w:t>
      </w:r>
    </w:p>
    <w:p>
      <w:r>
        <w:rPr>
          <w:rFonts w:ascii="IM Fell English" w:hAnsi="IM Fell English"/>
          <w:color w:val="141414"/>
          <w:sz w:val="24"/>
        </w:rPr>
        <w:t>“Only you,” Jennifer answered.</w:t>
      </w:r>
    </w:p>
    <w:p>
      <w:r>
        <w:rPr>
          <w:rFonts w:ascii="IM Fell English" w:hAnsi="IM Fell English"/>
          <w:color w:val="141414"/>
          <w:sz w:val="24"/>
        </w:rPr>
        <w:t>They left the two bodies where they had fallen and rode back across the city in the closed car. Jennifer sat between them with her head on Jenna’s shoulder, the blood on her dress already turning brown, the calm of a hound that had been allowed off the leash for exactly as long as her mistress required and was now content to return to heel. The speakeasy was already moving with night business when they entered through the back. Captains watched the three of them climb the stairs and saw the same new alignment — only sharper: the provisional year was finished, the higher families had been given a demonstration instead of a conversation, and the final phase was still being written in blood under a red bulb.</w:t>
      </w:r>
    </w:p>
    <w:p>
      <w:r>
        <w:rPr>
          <w:rFonts w:ascii="IM Fell English" w:hAnsi="IM Fell English"/>
          <w:color w:val="141414"/>
          <w:sz w:val="24"/>
        </w:rPr>
        <w:t>The iron key turned.</w:t>
      </w:r>
    </w:p>
    <w:p>
      <w:r>
        <w:rPr>
          <w:rFonts w:ascii="IM Fell English" w:hAnsi="IM Fell English"/>
          <w:color w:val="141414"/>
          <w:sz w:val="24"/>
        </w:rPr>
        <w:t>Jackie sat in the metal chair exactly as she had for the long months of the test, the living ledger of bruises and welts updated by two more nights of work. Her eyes opened when the three of them entered, still clear, still measuring, and took in the residual tension of the uptown sit-down, the blood on Jennifer’s dress, and the quiet, lethal pride that came with surviving it cleanly and leaving only one man breathing.</w:t>
      </w:r>
    </w:p>
    <w:p>
      <w:r>
        <w:rPr>
          <w:rFonts w:ascii="IM Fell English" w:hAnsi="IM Fell English"/>
          <w:color w:val="141414"/>
          <w:sz w:val="24"/>
        </w:rPr>
        <w:t>“Report.”</w:t>
      </w:r>
    </w:p>
    <w:p>
      <w:r>
        <w:rPr>
          <w:rFonts w:ascii="IM Fell English" w:hAnsi="IM Fell English"/>
          <w:color w:val="141414"/>
          <w:sz w:val="24"/>
        </w:rPr>
        <w:t>Jenna stood in front of her, the gold ring catching the red light. “The uptown crews sat. One of them spoke out of turn. The Ghost handled it. Two bodies. Moretti left alive to carry the message. He understands the chair is not empty, the Ghost answers only to me, and the Voss family is as strong as it ever was under you. The spring stays clean.”</w:t>
      </w:r>
    </w:p>
    <w:p>
      <w:r>
        <w:rPr>
          <w:rFonts w:ascii="IM Fell English" w:hAnsi="IM Fell English"/>
          <w:color w:val="141414"/>
          <w:sz w:val="24"/>
        </w:rPr>
        <w:t>Jackie studied the blood on Jennifer’s dress for a long moment, then the calm devotion in the Ghost’s eyes, then the controlled satisfaction on Justin’s face. The smallest, sharpest smile of pure approval touched her bloodied lips.</w:t>
      </w:r>
    </w:p>
    <w:p>
      <w:r>
        <w:rPr>
          <w:rFonts w:ascii="IM Fell English" w:hAnsi="IM Fell English"/>
          <w:color w:val="141414"/>
          <w:sz w:val="24"/>
        </w:rPr>
        <w:t>“Better. The higher families needed a reminder written in a language they still respect. You gave them one.” Her gaze shifted to Justin. “The doctor cleared everything this morning. Further. The final phase does not pause for polished rooms or sudden bodies on expensive carpet.”</w:t>
      </w:r>
    </w:p>
    <w:p>
      <w:r>
        <w:rPr>
          <w:rFonts w:ascii="IM Fell English" w:hAnsi="IM Fell English"/>
          <w:color w:val="141414"/>
          <w:sz w:val="24"/>
        </w:rPr>
        <w:t>Justin was already removing his shirt. The belt was already in his hand.</w:t>
      </w:r>
    </w:p>
    <w:p>
      <w:r>
        <w:rPr>
          <w:rFonts w:ascii="IM Fell English" w:hAnsi="IM Fell English"/>
          <w:color w:val="141414"/>
          <w:sz w:val="24"/>
        </w:rPr>
        <w:t>Jennifer went to her knees in the exact place the teacher required, black dress pooling, the dried blood on her bodice the only ornament she needed. Jenna took her position to the side, the ring bright, and watched her husband begin the night’s work under the new rules Ashley had signed into being.</w:t>
      </w:r>
    </w:p>
    <w:p>
      <w:r>
        <w:rPr>
          <w:rFonts w:ascii="IM Fell English" w:hAnsi="IM Fell English"/>
          <w:color w:val="141414"/>
          <w:sz w:val="24"/>
        </w:rPr>
        <w:t>The first stroke of the belt landed across the newly healed map of Jackie’s thighs with the heavy, measured force of a man who had spent a year learning exactly how to cut without ending the lesson too soon. Blood welled. Jackie’s breathing stayed deliberately controlled. Her eyes stayed open and fixed on Justin’s face while the Ghost knelt witness — still wearing another man’s blood — and the woman who wore the ring watched the blade of the final phase continue to cut, one savage, explicit hour at a time, under the single red bulb that had no interest in the spring night outside or the higher families who now had a story to carry home in the dark.</w:t>
      </w:r>
    </w:p>
    <w:p>
      <w:r>
        <w:rPr>
          <w:rFonts w:ascii="IM Fell English" w:hAnsi="IM Fell English"/>
          <w:color w:val="141414"/>
          <w:sz w:val="24"/>
        </w:rPr>
        <w:t>The year was no longer young.</w:t>
      </w:r>
    </w:p>
    <w:p>
      <w:r>
        <w:rPr>
          <w:rFonts w:ascii="IM Fell English" w:hAnsi="IM Fell English"/>
          <w:color w:val="141414"/>
          <w:sz w:val="24"/>
        </w:rPr>
        <w:t>The protection was gone.</w:t>
      </w:r>
    </w:p>
    <w:p>
      <w:r>
        <w:rPr>
          <w:rFonts w:ascii="IM Fell English" w:hAnsi="IM Fell English"/>
          <w:color w:val="141414"/>
          <w:sz w:val="24"/>
        </w:rPr>
        <w:t>The Ghost had been allowed off her leash for exactly as long as her mistress required and had returned to heel with blood on her dress and devotion in her eyes.</w:t>
      </w:r>
    </w:p>
    <w:p>
      <w:r>
        <w:rPr>
          <w:rFonts w:ascii="IM Fell English" w:hAnsi="IM Fell English"/>
          <w:color w:val="141414"/>
          <w:sz w:val="24"/>
        </w:rPr>
        <w:t>And the teacher who had arranged her own ending continued to measure how much further her children still needed to go before the lesson — and the chair — could finally be called complete.</w:t>
      </w:r>
    </w:p>
    <w:p>
      <w:r>
        <w:rPr>
          <w:rFonts w:ascii="IM Fell English" w:hAnsi="IM Fell English"/>
          <w:b/>
          <w:color w:val="141414"/>
          <w:sz w:val="24"/>
        </w:rPr>
        <w:t>CHAPTER 22 — THE WEIGHT OF THE RING, 1928</w:t>
      </w:r>
    </w:p>
    <w:p>
      <w:r>
        <w:rPr>
          <w:rFonts w:ascii="IM Fell English" w:hAnsi="IM Fell English"/>
          <w:color w:val="141414"/>
          <w:sz w:val="24"/>
        </w:rPr>
        <w:t>Moretti’s story did not travel like gossip. It travelled like a diagnosis.</w:t>
      </w:r>
    </w:p>
    <w:p>
      <w:r>
        <w:rPr>
          <w:rFonts w:ascii="IM Fell English" w:hAnsi="IM Fell English"/>
          <w:color w:val="141414"/>
          <w:sz w:val="24"/>
        </w:rPr>
        <w:t>By the second night every serious crew in the city knew the numbers and the order of events: two uptown capos dead in the time it took a man to lift a whiskey glass, the Ghost already back at Head Jenna’s shoulder with their blood drying on her dress, and the sole survivor left breathing so the rest of the higher families would hear it from a man who had watched it happen at arm’s length. No one sent condolences. No one requested a sit-down to discuss compensation. The docks stayed quiet. The books stayed clean. The spring simply accepted the new temperature and kept moving.</w:t>
      </w:r>
    </w:p>
    <w:p>
      <w:r>
        <w:rPr>
          <w:rFonts w:ascii="IM Fell English" w:hAnsi="IM Fell English"/>
          <w:color w:val="141414"/>
          <w:sz w:val="24"/>
        </w:rPr>
        <w:t>Inside the speakeasy the change was quieter and more permanent. Captains who had still carried a thin residue of doubt now looked at Jennifer the way men look at a loaded weapon that has already been fired once in their presence. She no longer needed to kneel during every count to make the point. Jenna allowed her to stand at her left shoulder in full view of the table, collar loose, hands empty, the gold signet ring on Jenna’s hand occasionally brushing the Ghost’s arm when she reached for a ledger. The message required no speech: the hound of hell answered to one voice only, and that voice sat at the head of the table.</w:t>
      </w:r>
    </w:p>
    <w:p>
      <w:r>
        <w:rPr>
          <w:rFonts w:ascii="IM Fell English" w:hAnsi="IM Fell English"/>
          <w:color w:val="141414"/>
          <w:sz w:val="24"/>
        </w:rPr>
        <w:t>Justin watched it all with the same controlled hunger he brought to the room above the stills, but the hunger had a new edge. The final phase was no longer only about how much the teacher could take. It was about how much the twins could carry once the teacher was gone.</w:t>
      </w:r>
    </w:p>
    <w:p>
      <w:r>
        <w:rPr>
          <w:rFonts w:ascii="IM Fell English" w:hAnsi="IM Fell English"/>
          <w:color w:val="141414"/>
          <w:sz w:val="24"/>
        </w:rPr>
        <w:t>They did not go upstairs immediately after the evening count.</w:t>
      </w:r>
    </w:p>
    <w:p>
      <w:r>
        <w:rPr>
          <w:rFonts w:ascii="IM Fell English" w:hAnsi="IM Fell English"/>
          <w:color w:val="141414"/>
          <w:sz w:val="24"/>
        </w:rPr>
        <w:t>Jenna dismissed the last captain, locked the back-room door, and poured three glasses of the family’s better whiskey. She set one in front of Justin, one in front of the empty chair that still somehow belonged to Jackie, and kept the third for herself. Jennifer remained standing at her shoulder until Jenna tugged the collar once, soft. Then the Ghost went to her knees between Jenna’s feet and rested her cheek against the inside of her mistress’s thigh the way she did when the public face was no longer required.</w:t>
      </w:r>
    </w:p>
    <w:p>
      <w:r>
        <w:rPr>
          <w:rFonts w:ascii="IM Fell English" w:hAnsi="IM Fell English"/>
          <w:color w:val="141414"/>
          <w:sz w:val="24"/>
        </w:rPr>
        <w:t>“She’s going to ask how the higher families are breathing,” Jenna said quietly. “I want to tell her the truth. They’re holding their breath.”</w:t>
      </w:r>
    </w:p>
    <w:p>
      <w:r>
        <w:rPr>
          <w:rFonts w:ascii="IM Fell English" w:hAnsi="IM Fell English"/>
          <w:color w:val="141414"/>
          <w:sz w:val="24"/>
        </w:rPr>
        <w:t>Justin turned his glass between his palms. “Moretti will keep them holding it. He saw her move. He won’t forget.”</w:t>
      </w:r>
    </w:p>
    <w:p>
      <w:r>
        <w:rPr>
          <w:rFonts w:ascii="IM Fell English" w:hAnsi="IM Fell English"/>
          <w:color w:val="141414"/>
          <w:sz w:val="24"/>
        </w:rPr>
        <w:t>Jennifer’s voice was soft against Jenna’s leg. “He looked at me the way the teacher used to look at a student who had finally stopped hesitating. I liked it.”</w:t>
      </w:r>
    </w:p>
    <w:p>
      <w:r>
        <w:rPr>
          <w:rFonts w:ascii="IM Fell English" w:hAnsi="IM Fell English"/>
          <w:color w:val="141414"/>
          <w:sz w:val="24"/>
        </w:rPr>
        <w:t>Jenna’s fingers stroked her hair, the gold ring bright against the dark strands. “I know. That’s why I let you off the leash. That’s why you’re still breathing the same air as the rest of us.” She lifted Jennifer’s chin until their eyes met. “Only me.”</w:t>
      </w:r>
    </w:p>
    <w:p>
      <w:r>
        <w:rPr>
          <w:rFonts w:ascii="IM Fell English" w:hAnsi="IM Fell English"/>
          <w:color w:val="141414"/>
          <w:sz w:val="24"/>
        </w:rPr>
        <w:t>“Only you.”</w:t>
      </w:r>
    </w:p>
    <w:p>
      <w:r>
        <w:rPr>
          <w:rFonts w:ascii="IM Fell English" w:hAnsi="IM Fell English"/>
          <w:color w:val="141414"/>
          <w:sz w:val="24"/>
        </w:rPr>
        <w:t>They finished the whiskey in silence. Then they climbed the stairs together.</w:t>
      </w:r>
    </w:p>
    <w:p>
      <w:r>
        <w:rPr>
          <w:rFonts w:ascii="IM Fell English" w:hAnsi="IM Fell English"/>
          <w:color w:val="141414"/>
          <w:sz w:val="24"/>
        </w:rPr>
        <w:t>The iron key turned.</w:t>
      </w:r>
    </w:p>
    <w:p>
      <w:r>
        <w:rPr>
          <w:rFonts w:ascii="IM Fell English" w:hAnsi="IM Fell English"/>
          <w:color w:val="141414"/>
          <w:sz w:val="24"/>
        </w:rPr>
        <w:t>Jackie sat in the metal chair under the red bulb, the living ledger of the test updated by another night of further work. The newest welts were still open and shining. The doctor had been and gone at dusk; the bottle of whiskey on the floor was already half empty. Her eyes opened when the three of them entered, still clear, still measuring, but there was a new exhaustion under the clarity that had not been there before Ashley’s visit. The final phase was beginning to cost her in ways the belt and the fists could not fully account for.</w:t>
      </w:r>
    </w:p>
    <w:p>
      <w:r>
        <w:rPr>
          <w:rFonts w:ascii="IM Fell English" w:hAnsi="IM Fell English"/>
          <w:color w:val="141414"/>
          <w:sz w:val="24"/>
        </w:rPr>
        <w:t>“Report.”</w:t>
      </w:r>
    </w:p>
    <w:p>
      <w:r>
        <w:rPr>
          <w:rFonts w:ascii="IM Fell English" w:hAnsi="IM Fell English"/>
          <w:color w:val="141414"/>
          <w:sz w:val="24"/>
        </w:rPr>
        <w:t>Jenna stood in front of her, the gold ring catching the light. “The story landed harder than the bodies. The higher families are holding their breath. Moretti is making sure they keep holding it. No one has tested the docks or the books. The Ghost stands at my shoulder in every room now. They look at her the way they used to look at you.”</w:t>
      </w:r>
    </w:p>
    <w:p>
      <w:r>
        <w:rPr>
          <w:rFonts w:ascii="IM Fell English" w:hAnsi="IM Fell English"/>
          <w:color w:val="141414"/>
          <w:sz w:val="24"/>
        </w:rPr>
        <w:t>Jackie studied the three of them for a long moment. Something that might have been pride and might have been grief moved through her bloodied face and was gone.</w:t>
      </w:r>
    </w:p>
    <w:p>
      <w:r>
        <w:rPr>
          <w:rFonts w:ascii="IM Fell English" w:hAnsi="IM Fell English"/>
          <w:color w:val="141414"/>
          <w:sz w:val="24"/>
        </w:rPr>
        <w:t>“Good. Fear is a cleaner currency than respect. It spends slower.” Her gaze shifted to Justin. “The doctor said the welts can take the belt again. Further. But tonight you will work differently. I want her hands on me while you do it. I want the Ghost to feel every stroke and every thrust the way she felt the necks break in that hotel room. The final phase is not only about how much I can take. It is about how much the three of you can carry together when I am no longer in the chair to measure it.”</w:t>
      </w:r>
    </w:p>
    <w:p>
      <w:r>
        <w:rPr>
          <w:rFonts w:ascii="IM Fell English" w:hAnsi="IM Fell English"/>
          <w:color w:val="141414"/>
          <w:sz w:val="24"/>
        </w:rPr>
        <w:t>Justin locked the door. Jennifer went to her knees in the usual place, but Jackie shook her head once.</w:t>
      </w:r>
    </w:p>
    <w:p>
      <w:r>
        <w:rPr>
          <w:rFonts w:ascii="IM Fell English" w:hAnsi="IM Fell English"/>
          <w:color w:val="141414"/>
          <w:sz w:val="24"/>
        </w:rPr>
        <w:t>“Closer. Between my legs. Hands on my thighs. You will not look away and you will not let go until I say.”</w:t>
      </w:r>
    </w:p>
    <w:p>
      <w:r>
        <w:rPr>
          <w:rFonts w:ascii="IM Fell English" w:hAnsi="IM Fell English"/>
          <w:color w:val="141414"/>
          <w:sz w:val="24"/>
        </w:rPr>
        <w:t>Jennifer moved forward on her knees until she was between the iron arms of the chair, palms resting lightly on the blood-slick map of Jackie’s inner thighs. She felt the heat of the open welts under her skin and the slow pulse of the woman who had taught her everything. Jenna took her position to the side, one hand resting on the Ghost’s shoulder, the gold ring a cool weight against bare skin. Justin took the belt from the wall.</w:t>
      </w:r>
    </w:p>
    <w:p>
      <w:r>
        <w:rPr>
          <w:rFonts w:ascii="IM Fell English" w:hAnsi="IM Fell English"/>
          <w:color w:val="141414"/>
          <w:sz w:val="24"/>
        </w:rPr>
        <w:t>The first stroke landed across the backs of Jackie’s thighs, just above Jennifer’s hands. The Ghost felt the impact travel through the muscle and the wet heat of fresh blood against her palms. She did not flinch. She kept her eyes on Jackie’s face while Justin worked the belt with the heavy, measured force of a man who had spent a year learning exactly how to cut without ending the lesson too soon. Each stroke opened new lines. Each one sent fresh blood running down over Jennifer’s fingers. Jackie’s breathing stayed deliberately controlled, but the sounds she allowed herself were rawer than they had been in months — the final phase was stripping the last of the silence out of her.</w:t>
      </w:r>
    </w:p>
    <w:p>
      <w:r>
        <w:rPr>
          <w:rFonts w:ascii="IM Fell English" w:hAnsi="IM Fell English"/>
          <w:color w:val="141414"/>
          <w:sz w:val="24"/>
        </w:rPr>
        <w:t>When the belt was finally set aside, Justin unlocked Jackie’s ankles, forced her legs wider, and stepped between them. Jennifer’s hands stayed where they had been ordered, now pressed between Jackie’s skin and Justin’s hips as he fucked the teacher with the full weight of the year and of Ashley’s orders. Every thrust drove the open welts against Jennifer’s palms. Every time Jackie came — broken, shaking, almost sobbing — the Ghost felt the convulsions under her hands and kept her eyes locked on the teacher’s face while Jenna’s fingers tightened on her shoulder hard enough to bruise.</w:t>
      </w:r>
    </w:p>
    <w:p>
      <w:r>
        <w:rPr>
          <w:rFonts w:ascii="IM Fell English" w:hAnsi="IM Fell English"/>
          <w:color w:val="141414"/>
          <w:sz w:val="24"/>
        </w:rPr>
        <w:t>Justin finished buried inside her, forehead pressed to Jackie’s, both of them shaking. He stayed there until the last tremor passed, then pulled out and spent across the open, bleeding map of her stomach and across Jennifer’s still-open hands. The Ghost did not pull away. She simply stayed in place, blood and come running over her fingers, until Jackie’s scraped voice gave the order.</w:t>
      </w:r>
    </w:p>
    <w:p>
      <w:r>
        <w:rPr>
          <w:rFonts w:ascii="IM Fell English" w:hAnsi="IM Fell English"/>
          <w:color w:val="141414"/>
          <w:sz w:val="24"/>
        </w:rPr>
        <w:t>“Enough for tonight. The doctor’s line is close. Ghost — lick your hands clean so you remember the taste. Then go to your mistress. The final phase is moving faster now. I can feel it.”</w:t>
      </w:r>
    </w:p>
    <w:p>
      <w:r>
        <w:rPr>
          <w:rFonts w:ascii="IM Fell English" w:hAnsi="IM Fell English"/>
          <w:color w:val="141414"/>
          <w:sz w:val="24"/>
        </w:rPr>
        <w:t>Jennifer lifted her blood-and-come-slick hands to her mouth and licked them clean with slow, deliberate care while Jackie watched. Then she rose, kissed the inside of the teacher’s knee once, and went to her knees at Jenna’s feet without being told. Jenna’s hand settled in her hair, the gold ring bright against the dark strands, and for a moment the three of them simply breathed under the red bulb while the newest layer of the ledger dried on Jackie’s skin.</w:t>
      </w:r>
    </w:p>
    <w:p>
      <w:r>
        <w:rPr>
          <w:rFonts w:ascii="IM Fell English" w:hAnsi="IM Fell English"/>
          <w:color w:val="141414"/>
          <w:sz w:val="24"/>
        </w:rPr>
        <w:t>Jackie settled back against the iron, eyes half-closed, the exhaustion no longer fully hidden.</w:t>
      </w:r>
    </w:p>
    <w:p>
      <w:r>
        <w:rPr>
          <w:rFonts w:ascii="IM Fell English" w:hAnsi="IM Fell English"/>
          <w:color w:val="141414"/>
          <w:sz w:val="24"/>
        </w:rPr>
        <w:t>“Tomorrow night,” she said, voice almost gone. “Further. And Jenna — the next time the Headmistress sends a car, you will not wait for it to reach the door. You will meet it in the street. The final phase is no longer only mine to carry. It is yours.”</w:t>
      </w:r>
    </w:p>
    <w:p>
      <w:r>
        <w:rPr>
          <w:rFonts w:ascii="IM Fell English" w:hAnsi="IM Fell English"/>
          <w:color w:val="141414"/>
          <w:sz w:val="24"/>
        </w:rPr>
        <w:t>Jenna leaned down and kissed her bloodied mouth once, slow and proud and shaking with the weight of the year and the woman at her feet and the teacher who was finally beginning to hand the full blade across.</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 three of them left her locked and breathing under the red bulb, the taste of copper and family liquor and the Ghost’s quiet devotion still thick in the air.</w:t>
      </w:r>
    </w:p>
    <w:p>
      <w:r>
        <w:rPr>
          <w:rFonts w:ascii="IM Fell English" w:hAnsi="IM Fell English"/>
          <w:color w:val="141414"/>
          <w:sz w:val="24"/>
        </w:rPr>
        <w:t>Downstairs the speakeasy moved through another night of jazz, whiskey, and carefully counted money. The higher families continued to hold their breath. The captains continued to watch the ring and the Ghost with the same careful respect they had once reserved only for the teacher.</w:t>
      </w:r>
    </w:p>
    <w:p>
      <w:r>
        <w:rPr>
          <w:rFonts w:ascii="IM Fell English" w:hAnsi="IM Fell English"/>
          <w:color w:val="141414"/>
          <w:sz w:val="24"/>
        </w:rPr>
        <w:t>Above the stills, in the room that had no windows and no calendar, Jackie sat in the iron chair and continued the deliberate ending she had arranged with her own mother — one night, one savage, explicit hour at a time — while the twins and the Ghost carried a heavier share of the final phase than they had the night before, and higher eyes, no longer entirely unseen, kept their patient count of how much further the blade still needed to cut before the lesson, and the chair, could finally be called complete.</w:t>
      </w:r>
    </w:p>
    <w:p>
      <w:pPr>
        <w:pStyle w:val="Heading1"/>
        <w:jc w:val="center"/>
      </w:pPr>
      <w:r>
        <w:rPr>
          <w:rFonts w:ascii="IM Fell English" w:hAnsi="IM Fell English"/>
          <w:color w:val="0D0D0D"/>
        </w:rPr>
        <w:t>CHAPTER 22 — THE WEIGHT OF THE RING, 1928</w:t>
      </w:r>
    </w:p>
    <w:p>
      <w:r>
        <w:rPr>
          <w:rFonts w:ascii="IM Fell English" w:hAnsi="IM Fell English"/>
          <w:color w:val="141414"/>
          <w:sz w:val="24"/>
        </w:rPr>
        <w:t>Moretti’s story did not travel like gossip. It travelled like a diagnosis.</w:t>
      </w:r>
    </w:p>
    <w:p>
      <w:r>
        <w:rPr>
          <w:rFonts w:ascii="IM Fell English" w:hAnsi="IM Fell English"/>
          <w:color w:val="141414"/>
          <w:sz w:val="24"/>
        </w:rPr>
        <w:t>By the second night every serious crew in the city knew the numbers and the order of events: two uptown capos dead in the time it took a man to lift a whiskey glass, the Ghost already back at Head Jenna’s shoulder with their blood drying on her dress, and the sole survivor left breathing so the rest of the higher families would hear it from a man who had watched it happen at arm’s length. No one sent condolences. No one requested a sit-down to discuss compensation. The docks stayed quiet. The books stayed clean. The spring simply accepted the new temperature and kept moving.</w:t>
      </w:r>
    </w:p>
    <w:p>
      <w:r>
        <w:rPr>
          <w:rFonts w:ascii="IM Fell English" w:hAnsi="IM Fell English"/>
          <w:color w:val="141414"/>
          <w:sz w:val="24"/>
        </w:rPr>
        <w:t>Inside the speakeasy the change was quieter and more permanent. Captains who had still carried a thin residue of doubt now looked at Jennifer the way men look at a loaded weapon that has already been fired once in their presence. She no longer needed to kneel during every count to make the point. Jenna allowed her to stand at her left shoulder in full view of the table, collar loose, hands empty, the gold signet ring on Jenna’s hand occasionally brushing the Ghost’s arm when she reached for a ledger. The message required no speech: the hound of hell answered to one voice only, and that voice sat at the head of the table.</w:t>
      </w:r>
    </w:p>
    <w:p>
      <w:r>
        <w:rPr>
          <w:rFonts w:ascii="IM Fell English" w:hAnsi="IM Fell English"/>
          <w:color w:val="141414"/>
          <w:sz w:val="24"/>
        </w:rPr>
        <w:t>Justin watched it all with the same controlled hunger he brought to the room above the stills, but the hunger had a new edge. The final phase was no longer only about how much the teacher could take. It was about how much the twins could carry once the teacher was gone.</w:t>
      </w:r>
    </w:p>
    <w:p>
      <w:r>
        <w:rPr>
          <w:rFonts w:ascii="IM Fell English" w:hAnsi="IM Fell English"/>
          <w:color w:val="141414"/>
          <w:sz w:val="24"/>
        </w:rPr>
        <w:t>They did not go upstairs immediately after the evening count.</w:t>
      </w:r>
    </w:p>
    <w:p>
      <w:r>
        <w:rPr>
          <w:rFonts w:ascii="IM Fell English" w:hAnsi="IM Fell English"/>
          <w:color w:val="141414"/>
          <w:sz w:val="24"/>
        </w:rPr>
        <w:t>Jenna dismissed the last captain, locked the back-room door, and poured three glasses of the family’s better whiskey. She set one in front of Justin, one in front of the empty chair that still somehow belonged to Jackie, and kept the third for herself. Jennifer remained standing at her shoulder until Jenna tugged the collar once, soft. Then the Ghost went to her knees between Jenna’s feet and rested her cheek against the inside of her mistress’s thigh the way she did when the public face was no longer required.</w:t>
      </w:r>
    </w:p>
    <w:p>
      <w:r>
        <w:rPr>
          <w:rFonts w:ascii="IM Fell English" w:hAnsi="IM Fell English"/>
          <w:color w:val="141414"/>
          <w:sz w:val="24"/>
        </w:rPr>
        <w:t>“She’s going to ask how the higher families are breathing,” Jenna said quietly. “I want to tell her the truth. They’re holding their breath.”</w:t>
      </w:r>
    </w:p>
    <w:p>
      <w:r>
        <w:rPr>
          <w:rFonts w:ascii="IM Fell English" w:hAnsi="IM Fell English"/>
          <w:color w:val="141414"/>
          <w:sz w:val="24"/>
        </w:rPr>
        <w:t>Justin turned his glass between his palms. “Moretti will keep them holding it. He saw her move. He won’t forget.”</w:t>
      </w:r>
    </w:p>
    <w:p>
      <w:r>
        <w:rPr>
          <w:rFonts w:ascii="IM Fell English" w:hAnsi="IM Fell English"/>
          <w:color w:val="141414"/>
          <w:sz w:val="24"/>
        </w:rPr>
        <w:t>Jennifer’s voice was soft against Jenna’s leg. “He looked at me the way the teacher used to look at a student who had finally stopped hesitating. I liked it.”</w:t>
      </w:r>
    </w:p>
    <w:p>
      <w:r>
        <w:rPr>
          <w:rFonts w:ascii="IM Fell English" w:hAnsi="IM Fell English"/>
          <w:color w:val="141414"/>
          <w:sz w:val="24"/>
        </w:rPr>
        <w:t>Jenna’s fingers stroked her hair, the gold ring bright against the dark strands. “I know. That’s why I let you off the leash. That’s why you’re still breathing the same air as the rest of us.” She lifted Jennifer’s chin until their eyes met. “Only me.”</w:t>
      </w:r>
    </w:p>
    <w:p>
      <w:r>
        <w:rPr>
          <w:rFonts w:ascii="IM Fell English" w:hAnsi="IM Fell English"/>
          <w:color w:val="141414"/>
          <w:sz w:val="24"/>
        </w:rPr>
        <w:t>“Only you.”</w:t>
      </w:r>
    </w:p>
    <w:p>
      <w:r>
        <w:rPr>
          <w:rFonts w:ascii="IM Fell English" w:hAnsi="IM Fell English"/>
          <w:color w:val="141414"/>
          <w:sz w:val="24"/>
        </w:rPr>
        <w:t>They finished the whiskey in silence. Then they climbed the stairs together.</w:t>
      </w:r>
    </w:p>
    <w:p>
      <w:r>
        <w:rPr>
          <w:rFonts w:ascii="IM Fell English" w:hAnsi="IM Fell English"/>
          <w:color w:val="141414"/>
          <w:sz w:val="24"/>
        </w:rPr>
        <w:t>The iron key turned.</w:t>
      </w:r>
    </w:p>
    <w:p>
      <w:r>
        <w:rPr>
          <w:rFonts w:ascii="IM Fell English" w:hAnsi="IM Fell English"/>
          <w:color w:val="141414"/>
          <w:sz w:val="24"/>
        </w:rPr>
        <w:t>Jackie sat in the metal chair under the red bulb, the living ledger of the test updated by another night of further work. The newest welts were still open and shining. The doctor had been and gone at dusk; the bottle of whiskey on the floor was already half empty. Her eyes opened when the three of them entered, still clear, still measuring, but there was a new exhaustion under the clarity that had not been there before Ashley’s visit. The final phase was beginning to cost her in ways the belt and the fists could not fully account for.</w:t>
      </w:r>
    </w:p>
    <w:p>
      <w:r>
        <w:rPr>
          <w:rFonts w:ascii="IM Fell English" w:hAnsi="IM Fell English"/>
          <w:color w:val="141414"/>
          <w:sz w:val="24"/>
        </w:rPr>
        <w:t>“Report.”</w:t>
      </w:r>
    </w:p>
    <w:p>
      <w:r>
        <w:rPr>
          <w:rFonts w:ascii="IM Fell English" w:hAnsi="IM Fell English"/>
          <w:color w:val="141414"/>
          <w:sz w:val="24"/>
        </w:rPr>
        <w:t>Jenna stood in front of her, the gold ring catching the light. “The story landed harder than the bodies. The higher families are holding their breath. Moretti is making sure they keep holding it. No one has tested the docks or the books. The Ghost stands at my shoulder in every room now. They look at her the way they used to look at you.”</w:t>
      </w:r>
    </w:p>
    <w:p>
      <w:r>
        <w:rPr>
          <w:rFonts w:ascii="IM Fell English" w:hAnsi="IM Fell English"/>
          <w:color w:val="141414"/>
          <w:sz w:val="24"/>
        </w:rPr>
        <w:t>Jackie studied the three of them for a long moment. Something that might have been pride and might have been grief moved through her bloodied face and was gone.</w:t>
      </w:r>
    </w:p>
    <w:p>
      <w:r>
        <w:rPr>
          <w:rFonts w:ascii="IM Fell English" w:hAnsi="IM Fell English"/>
          <w:color w:val="141414"/>
          <w:sz w:val="24"/>
        </w:rPr>
        <w:t>“Good. Fear is a cleaner currency than respect. It spends slower.” Her gaze shifted to Justin. “The doctor said the welts can take the belt again. Further. But tonight you will work differently. I want her hands on me while you do it. I want the Ghost to feel every stroke and every thrust the way she felt the necks break in that hotel room. The final phase is not only about how much I can take. It is about how much the three of you can carry together when I am no longer in the chair to measure it.”</w:t>
      </w:r>
    </w:p>
    <w:p>
      <w:r>
        <w:rPr>
          <w:rFonts w:ascii="IM Fell English" w:hAnsi="IM Fell English"/>
          <w:color w:val="141414"/>
          <w:sz w:val="24"/>
        </w:rPr>
        <w:t>Justin locked the door. Jennifer went to her knees in the usual place, but Jackie shook her head once.</w:t>
      </w:r>
    </w:p>
    <w:p>
      <w:r>
        <w:rPr>
          <w:rFonts w:ascii="IM Fell English" w:hAnsi="IM Fell English"/>
          <w:color w:val="141414"/>
          <w:sz w:val="24"/>
        </w:rPr>
        <w:t>“Closer. Between my legs. Hands on my thighs. You will not look away and you will not let go until I say.”</w:t>
      </w:r>
    </w:p>
    <w:p>
      <w:r>
        <w:rPr>
          <w:rFonts w:ascii="IM Fell English" w:hAnsi="IM Fell English"/>
          <w:color w:val="141414"/>
          <w:sz w:val="24"/>
        </w:rPr>
        <w:t>Jennifer moved forward on her knees until she was between the iron arms of the chair, palms resting lightly on the blood-slick map of Jackie’s inner thighs. She felt the heat of the open welts under her skin and the slow pulse of the woman who had taught her everything. Jenna took her position to the side, one hand resting on the Ghost’s shoulder, the gold ring a cool weight against bare skin. Justin took the belt from the wall.</w:t>
      </w:r>
    </w:p>
    <w:p>
      <w:r>
        <w:rPr>
          <w:rFonts w:ascii="IM Fell English" w:hAnsi="IM Fell English"/>
          <w:color w:val="141414"/>
          <w:sz w:val="24"/>
        </w:rPr>
        <w:t>The first stroke landed across the backs of Jackie’s thighs, just above Jennifer’s hands. The Ghost felt the impact travel through the muscle and the wet heat of fresh blood against her palms. She did not flinch. She kept her eyes on Jackie’s face while Justin worked the belt with the heavy, measured force of a man who had spent a year learning exactly how to cut without ending the lesson too soon. Each stroke opened new lines. Each one sent fresh blood running down over Jennifer’s fingers. Jackie’s breathing stayed deliberately controlled, but the sounds she allowed herself were rawer than they had been in months — the final phase was stripping the last of the silence out of her.</w:t>
      </w:r>
    </w:p>
    <w:p>
      <w:r>
        <w:rPr>
          <w:rFonts w:ascii="IM Fell English" w:hAnsi="IM Fell English"/>
          <w:color w:val="141414"/>
          <w:sz w:val="24"/>
        </w:rPr>
        <w:t>When the belt was finally set aside, Justin unlocked Jackie’s ankles, forced her legs wider, and stepped between them. Jennifer’s hands stayed where they had been ordered, now pressed between Jackie’s skin and Justin’s hips as he fucked the teacher with the full weight of the year and of Ashley’s orders. Every thrust drove the open welts against Jennifer’s palms. Every time Jackie came — broken, shaking, almost sobbing — the Ghost felt the convulsions under her hands and kept her eyes locked on the teacher’s face while Jenna’s fingers tightened on her shoulder hard enough to bruise.</w:t>
      </w:r>
    </w:p>
    <w:p>
      <w:r>
        <w:rPr>
          <w:rFonts w:ascii="IM Fell English" w:hAnsi="IM Fell English"/>
          <w:color w:val="141414"/>
          <w:sz w:val="24"/>
        </w:rPr>
        <w:t>Justin finished buried inside her, forehead pressed to Jackie’s, both of them shaking. He stayed there until the last tremor passed, then pulled out and spent across the open, bleeding map of her stomach and across Jennifer’s still-open hands. The Ghost did not pull away. She simply stayed in place, blood and come running over her fingers, until Jackie’s scraped voice gave the order.</w:t>
      </w:r>
    </w:p>
    <w:p>
      <w:r>
        <w:rPr>
          <w:rFonts w:ascii="IM Fell English" w:hAnsi="IM Fell English"/>
          <w:color w:val="141414"/>
          <w:sz w:val="24"/>
        </w:rPr>
        <w:t>“Enough for tonight. The doctor’s line is close. Ghost — lick your hands clean so you remember the taste. Then go to your mistress. The final phase is moving faster now. I can feel it.”</w:t>
      </w:r>
    </w:p>
    <w:p>
      <w:r>
        <w:rPr>
          <w:rFonts w:ascii="IM Fell English" w:hAnsi="IM Fell English"/>
          <w:color w:val="141414"/>
          <w:sz w:val="24"/>
        </w:rPr>
        <w:t>Jennifer lifted her blood-and-come-slick hands to her mouth and licked them clean with slow, deliberate care while Jackie watched. Then she rose, kissed the inside of the teacher’s knee once, and went to her knees at Jenna’s feet without being told. Jenna’s hand settled in her hair, the gold ring bright against the dark strands, and for a moment the three of them simply breathed under the red bulb while the newest layer of the ledger dried on Jackie’s skin.</w:t>
      </w:r>
    </w:p>
    <w:p>
      <w:r>
        <w:rPr>
          <w:rFonts w:ascii="IM Fell English" w:hAnsi="IM Fell English"/>
          <w:color w:val="141414"/>
          <w:sz w:val="24"/>
        </w:rPr>
        <w:t>Jackie settled back against the iron, eyes half-closed, the exhaustion no longer fully hidden.</w:t>
      </w:r>
    </w:p>
    <w:p>
      <w:r>
        <w:rPr>
          <w:rFonts w:ascii="IM Fell English" w:hAnsi="IM Fell English"/>
          <w:color w:val="141414"/>
          <w:sz w:val="24"/>
        </w:rPr>
        <w:t>“Tomorrow night,” she said, voice almost gone. “Further. And Jenna — the next time the Headmistress sends a car, you will not wait for it to reach the door. You will meet it in the street. The final phase is no longer only mine to carry. It is yours.”</w:t>
      </w:r>
    </w:p>
    <w:p>
      <w:r>
        <w:rPr>
          <w:rFonts w:ascii="IM Fell English" w:hAnsi="IM Fell English"/>
          <w:color w:val="141414"/>
          <w:sz w:val="24"/>
        </w:rPr>
        <w:t>Jenna leaned down and kissed her bloodied mouth once, slow and proud and shaking with the weight of the year and the woman at her feet and the teacher who was finally beginning to hand the full blade across.</w:t>
      </w:r>
    </w:p>
    <w:p>
      <w:r>
        <w:rPr>
          <w:rFonts w:ascii="IM Fell English" w:hAnsi="IM Fell English"/>
          <w:color w:val="141414"/>
          <w:sz w:val="24"/>
        </w:rPr>
        <w:t>“Yes, teacher.”</w:t>
      </w:r>
    </w:p>
    <w:p>
      <w:r>
        <w:rPr>
          <w:rFonts w:ascii="IM Fell English" w:hAnsi="IM Fell English"/>
          <w:color w:val="141414"/>
          <w:sz w:val="24"/>
        </w:rPr>
        <w:t>Justin poured the whiskey, held the glass to Jackie’s lips, and let her drink. Then the three of them left her locked and breathing under the red bulb, the taste of copper and family liquor and the Ghost’s quiet devotion still thick in the air.</w:t>
      </w:r>
    </w:p>
    <w:p>
      <w:r>
        <w:rPr>
          <w:rFonts w:ascii="IM Fell English" w:hAnsi="IM Fell English"/>
          <w:color w:val="141414"/>
          <w:sz w:val="24"/>
        </w:rPr>
        <w:t>Downstairs the speakeasy moved through another night of jazz, whiskey, and carefully counted money. The higher families continued to hold their breath. The captains continued to watch the ring and the Ghost with the same careful respect they had once reserved only for the teacher.</w:t>
      </w:r>
    </w:p>
    <w:p>
      <w:r>
        <w:rPr>
          <w:rFonts w:ascii="IM Fell English" w:hAnsi="IM Fell English"/>
          <w:color w:val="141414"/>
          <w:sz w:val="24"/>
        </w:rPr>
        <w:t>Above the stills, in the room that had no windows and no calendar, Jackie sat in the iron chair and continued the deliberate ending she had arranged with her own mother — one night, one savage, explicit hour at a time — while the twins and the Ghost carried a heavier share of the final phase than they had the night before, and higher eyes, no longer entirely unseen, kept their patient count of how much further the blade still needed to cut before the lesson, and the chair, could finally be called complete.</w:t>
      </w:r>
    </w:p>
    <w:p>
      <w:pPr>
        <w:pStyle w:val="Heading1"/>
        <w:jc w:val="center"/>
      </w:pPr>
      <w:r>
        <w:rPr>
          <w:rFonts w:ascii="IM Fell English" w:hAnsi="IM Fell English"/>
          <w:color w:val="0D0D0D"/>
        </w:rPr>
        <w:t>CHAPTER 23 — THE EDGE OF THE LEDGER, 1928</w:t>
      </w:r>
    </w:p>
    <w:p>
      <w:r>
        <w:rPr>
          <w:rFonts w:ascii="IM Fell English" w:hAnsi="IM Fell English"/>
          <w:color w:val="141414"/>
          <w:sz w:val="24"/>
        </w:rPr>
        <w:t>The doctor closed his bag with a sound that was softer than usual and did not immediately look at Justin or Jenna.</w:t>
      </w:r>
    </w:p>
    <w:p>
      <w:r>
        <w:rPr>
          <w:rFonts w:ascii="IM Fell English" w:hAnsi="IM Fell English"/>
          <w:color w:val="141414"/>
          <w:sz w:val="24"/>
        </w:rPr>
        <w:t>Jackie hung in the iron restraints under the red bulb, breathing in short, controlled pulls. The newest layer of the ledger was still wet. The belt had opened the same welts twice in three nights and the skin around them had begun to look shiny and tight in a way the doctor did not like. He checked her pupils again, pressed two fingers to the inside of her wrist, and finally spoke without turning around.</w:t>
      </w:r>
    </w:p>
    <w:p>
      <w:r>
        <w:rPr>
          <w:rFonts w:ascii="IM Fell English" w:hAnsi="IM Fell English"/>
          <w:color w:val="141414"/>
          <w:sz w:val="24"/>
        </w:rPr>
        <w:t>“This is the edge. One more night like the last two and we cross the hard line the Headmistress still expects me to enforce. She can take hands, weight, and careful use. She cannot take the belt or the fists on the open map again until these close. If you ignore me, I will have to send word upstairs. Neither of us wants that conversation.”</w:t>
      </w:r>
    </w:p>
    <w:p>
      <w:r>
        <w:rPr>
          <w:rFonts w:ascii="IM Fell English" w:hAnsi="IM Fell English"/>
          <w:color w:val="141414"/>
          <w:sz w:val="24"/>
        </w:rPr>
        <w:t>Justin nodded once. Jenna’s fingers brushed the gold ring as if checking it was still there. Jennifer, already on her knees in the place Jackie required, kept her eyes on the teacher’s face and said nothing.</w:t>
      </w:r>
    </w:p>
    <w:p>
      <w:r>
        <w:rPr>
          <w:rFonts w:ascii="IM Fell English" w:hAnsi="IM Fell English"/>
          <w:color w:val="141414"/>
          <w:sz w:val="24"/>
        </w:rPr>
        <w:t>The doctor left through the outer chamber. When the iron door locked again the red bulb hummed over a quieter, heavier silence than the night before.</w:t>
      </w:r>
    </w:p>
    <w:p>
      <w:r>
        <w:rPr>
          <w:rFonts w:ascii="IM Fell English" w:hAnsi="IM Fell English"/>
          <w:color w:val="141414"/>
          <w:sz w:val="24"/>
        </w:rPr>
        <w:t>Jackie lifted her head with visible effort. The exhaustion that had begun to show after Ashley’s visit was no longer fully hidden. The final phase was costing her in deeper currency than blood.</w:t>
      </w:r>
    </w:p>
    <w:p>
      <w:r>
        <w:rPr>
          <w:rFonts w:ascii="IM Fell English" w:hAnsi="IM Fell English"/>
          <w:color w:val="141414"/>
          <w:sz w:val="24"/>
        </w:rPr>
        <w:t>“You heard him,” she said, voice scraped almost to nothing. “Hands. Weight. Careful use. Further does not mean stupid. The lesson is still running. Begin.”</w:t>
      </w:r>
    </w:p>
    <w:p>
      <w:r>
        <w:rPr>
          <w:rFonts w:ascii="IM Fell English" w:hAnsi="IM Fell English"/>
          <w:color w:val="141414"/>
          <w:sz w:val="24"/>
        </w:rPr>
        <w:t>Justin stepped in.</w:t>
      </w:r>
    </w:p>
    <w:p>
      <w:r>
        <w:rPr>
          <w:rFonts w:ascii="IM Fell English" w:hAnsi="IM Fell English"/>
          <w:color w:val="141414"/>
          <w:sz w:val="24"/>
        </w:rPr>
        <w:t>He did not reach for the belt. He started with open hands, heavy and precise, working the unmarked planes of her ribs and the undersides of her breasts where the skin could still take color without splitting. Each impact forced air from Jackie’s lungs in short, controlled bursts. Jenna circled the chair, sometimes tightening the collar until the teacher’s vision narrowed, sometimes releasing it, sometimes leaning in to bite a clean place so the ledger would still grow even under the doctor’s restrictions. Jennifer stayed between Jackie’s thighs as she had been ordered the night before, palms resting lightly on the blood-slick map, feeling every tremor and every forced breath travel through the muscle under her hands.</w:t>
      </w:r>
    </w:p>
    <w:p>
      <w:r>
        <w:rPr>
          <w:rFonts w:ascii="IM Fell English" w:hAnsi="IM Fell English"/>
          <w:color w:val="141414"/>
          <w:sz w:val="24"/>
        </w:rPr>
        <w:t>When Justin finally unlocked Jackie’s ankles and forced her legs wider, the movement drew a raw sound from her that she could no longer fully swallow. He stepped between her thighs and fucked her with a slower, heavier rhythm than the previous nights — deep, measured, one hand locked around her throat, the other braced on the iron, while Jennifer’s hands stayed trapped between them and Jenna held the teacher’s head steady. The wet sound of it filled the small room under the red bulb. Jackie came the first time with a broken, almost startled cry, as if the careful pace had reached a place the savage nights had missed. Justin kept the same deliberate rhythm until she came again, shaking so hard the iron restraints rattled, before he finally buried himself deep and finished inside her with a low, punched-out sound that was more grief than triumph.</w:t>
      </w:r>
    </w:p>
    <w:p>
      <w:r>
        <w:rPr>
          <w:rFonts w:ascii="IM Fell English" w:hAnsi="IM Fell English"/>
          <w:color w:val="141414"/>
          <w:sz w:val="24"/>
        </w:rPr>
        <w:t>He stayed locked against her until the last tremor passed. Then he pulled out, marked the newest layer of the ledger across her stomach with his release, and stepped back, chest heaving. He unlocked nothing. He simply waited.</w:t>
      </w:r>
    </w:p>
    <w:p>
      <w:r>
        <w:rPr>
          <w:rFonts w:ascii="IM Fell English" w:hAnsi="IM Fell English"/>
          <w:color w:val="141414"/>
          <w:sz w:val="24"/>
        </w:rPr>
        <w:t>Jackie hung in the restraints, shaking, blood and come running down her skin in thin rivers, and for a long moment she did not speak. When she finally lifted her head the exhaustion was plain and unhidden.</w:t>
      </w:r>
    </w:p>
    <w:p>
      <w:r>
        <w:rPr>
          <w:rFonts w:ascii="IM Fell English" w:hAnsi="IM Fell English"/>
          <w:color w:val="141414"/>
          <w:sz w:val="24"/>
        </w:rPr>
        <w:t>“Closer,” she whispered. “The doctor’s line is not the end of the test. It is only the edge you learn to work against. The final phase is moving faster than the skin can keep up. That is also part of the lesson.” Her eyes found Jenna’s. “Tomorrow you will not come to me first. You will open the speakeasy. You will run the count. You will let the captains see the ring and the Ghost and the fact that the chair is still occupied even when the teacher is too damaged to receive reports. The family must learn to breathe without looking at this door every hour. That is the next cut.”</w:t>
      </w:r>
    </w:p>
    <w:p>
      <w:r>
        <w:rPr>
          <w:rFonts w:ascii="IM Fell English" w:hAnsi="IM Fell English"/>
          <w:color w:val="141414"/>
          <w:sz w:val="24"/>
        </w:rPr>
        <w:t>Jenna’s hand tightened once in Jennifer’s hair. “And you?”</w:t>
      </w:r>
    </w:p>
    <w:p>
      <w:r>
        <w:rPr>
          <w:rFonts w:ascii="IM Fell English" w:hAnsi="IM Fell English"/>
          <w:color w:val="141414"/>
          <w:sz w:val="24"/>
        </w:rPr>
        <w:t>Jackie’s mouth curved the smallest fraction, cracked and bloody and still sharp.</w:t>
      </w:r>
    </w:p>
    <w:p>
      <w:r>
        <w:rPr>
          <w:rFonts w:ascii="IM Fell English" w:hAnsi="IM Fell English"/>
          <w:color w:val="141414"/>
          <w:sz w:val="24"/>
        </w:rPr>
        <w:t>“I will still be here. The lesson does not pause because the body is loud. Come back tomorrow night after the count. Further. Careful. And Ghost — stay where you are until they lock the door. I want the last thing I feel under this light to be your hands on the ledger you helped write.”</w:t>
      </w:r>
    </w:p>
    <w:p>
      <w:r>
        <w:rPr>
          <w:rFonts w:ascii="IM Fell English" w:hAnsi="IM Fell English"/>
          <w:color w:val="141414"/>
          <w:sz w:val="24"/>
        </w:rPr>
        <w:t>Jennifer did not move. She kept her blood-and-come-slick palms exactly where they had been ordered, cheek resting against the inside of Jackie’s thigh, breathing in the copper and sweat and the accelerating end of the year-long test, while Jenna poured the whiskey and Justin held the glass to the teacher’s lips.</w:t>
      </w:r>
    </w:p>
    <w:p>
      <w:r>
        <w:rPr>
          <w:rFonts w:ascii="IM Fell English" w:hAnsi="IM Fell English"/>
          <w:color w:val="141414"/>
          <w:sz w:val="24"/>
        </w:rPr>
        <w:t>Jackie drank. A thin line of whiskey and blood ran from the corner of her mouth. Jennifer leaned up and licked it away without being told.</w:t>
      </w:r>
    </w:p>
    <w:p>
      <w:r>
        <w:rPr>
          <w:rFonts w:ascii="IM Fell English" w:hAnsi="IM Fell English"/>
          <w:color w:val="141414"/>
          <w:sz w:val="24"/>
        </w:rPr>
        <w:t>Jenna kissed the teacher once, slow and careful of the split lip, and rested her forehead against Jackie’s for a brief second.</w:t>
      </w:r>
    </w:p>
    <w:p>
      <w:r>
        <w:rPr>
          <w:rFonts w:ascii="IM Fell English" w:hAnsi="IM Fell English"/>
          <w:color w:val="141414"/>
          <w:sz w:val="24"/>
        </w:rPr>
        <w:t>“We won’t fail the final phase.”</w:t>
      </w:r>
    </w:p>
    <w:p>
      <w:r>
        <w:rPr>
          <w:rFonts w:ascii="IM Fell English" w:hAnsi="IM Fell English"/>
          <w:color w:val="141414"/>
          <w:sz w:val="24"/>
        </w:rPr>
        <w:t>“I know,” Jackie murmured. “That’s why the Ghost now answers only to you. That’s why the higher families are holding their breath. The lesson is running exactly as I designed it. Even the edge is part of the design.”</w:t>
      </w:r>
    </w:p>
    <w:p>
      <w:r>
        <w:rPr>
          <w:rFonts w:ascii="IM Fell English" w:hAnsi="IM Fell English"/>
          <w:color w:val="141414"/>
          <w:sz w:val="24"/>
        </w:rPr>
        <w:t>They left her locked and breathing under the red bulb.</w:t>
      </w:r>
    </w:p>
    <w:p>
      <w:r>
        <w:rPr>
          <w:rFonts w:ascii="IM Fell English" w:hAnsi="IM Fell English"/>
          <w:color w:val="141414"/>
          <w:sz w:val="24"/>
        </w:rPr>
        <w:t>Jennifer was the last to rise. She kissed the inside of Jackie’s knee once, almost reverently, then followed her owners out into the outer chamber. Justin locked the iron door. The three of them stood for a moment in the relative dark listening to the faint, rougher sound of Jackie’s breathing on the other side of the brick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teacher had not received a morning report in three days. The provisional year was over. The final phase had a signature in black wax, two bodies on expensive carpet, and a woman bleeding under a red bulb who was finally beginning to hand the full weight of the chair across the only way a Voss ever handed anything across — in blood, in silence, and on her own deliberate schedule.</w:t>
      </w:r>
    </w:p>
    <w:p>
      <w:r>
        <w:rPr>
          <w:rFonts w:ascii="IM Fell English" w:hAnsi="IM Fell English"/>
          <w:color w:val="141414"/>
          <w:sz w:val="24"/>
        </w:rPr>
        <w:t>Above the stills, in the room that had no windows and no calendar, Jackie sat in the iron chair and continued the ending she had arranged with her own mother — one night, one careful, savage, explicit hour at a time — while the twins and the Ghost carried a heavier share of the final phase than they had the night before, and higher eyes, no longer entirely unseen, kept their patient count of how much further the blade still needed to cut before the lesson, and the chair, could finally be called complete.</w:t>
      </w:r>
    </w:p>
    <w:p>
      <w:pPr>
        <w:pStyle w:val="Heading1"/>
        <w:jc w:val="center"/>
      </w:pPr>
      <w:r>
        <w:rPr>
          <w:rFonts w:ascii="IM Fell English" w:hAnsi="IM Fell English"/>
          <w:color w:val="0D0D0D"/>
        </w:rPr>
        <w:t>CHAPTER 24 — THE CHAIR BELOW, 1928</w:t>
      </w:r>
    </w:p>
    <w:p>
      <w:r>
        <w:rPr>
          <w:rFonts w:ascii="IM Fell English" w:hAnsi="IM Fell English"/>
          <w:color w:val="141414"/>
          <w:sz w:val="24"/>
        </w:rPr>
        <w:t>Jenna did not go upstairs at dusk.</w:t>
      </w:r>
    </w:p>
    <w:p>
      <w:r>
        <w:rPr>
          <w:rFonts w:ascii="IM Fell English" w:hAnsi="IM Fell English"/>
          <w:color w:val="141414"/>
          <w:sz w:val="24"/>
        </w:rPr>
        <w:t>She did exactly what the teacher had ordered. She opened the speakeasy. She took the head of the table. She ran the evening count with the gold signet ring visible on her hand and the Ghost standing at her left shoulder in full view of every captain. Justin remained near the back door, silent, the knowledge of the damaged woman in the room above the stills sitting behind his eyes like a second loaded gun.</w:t>
      </w:r>
    </w:p>
    <w:p>
      <w:r>
        <w:rPr>
          <w:rFonts w:ascii="IM Fell English" w:hAnsi="IM Fell English"/>
          <w:color w:val="141414"/>
          <w:sz w:val="24"/>
        </w:rPr>
        <w:t xml:space="preserve">Jenna took the head of the table and ran the count, issued the next day’s dock assignments, and settled a minor dispute between two bookkeepers without once glancing toward the ceiling. Jennifer stood at her shoulder the entire time—calm, empty-handed, and with the collar at her throat as the only ornament she required. When one of the younger soldiers let his eyes linger too long on the Ghost, Jenna simply turned her head and looked at him until he found a sudden interest in his own shoes. </w:t>
      </w:r>
    </w:p>
    <w:p>
      <w:r>
        <w:rPr>
          <w:rFonts w:ascii="IM Fell English" w:hAnsi="IM Fell English"/>
          <w:color w:val="141414"/>
          <w:sz w:val="24"/>
        </w:rPr>
        <w:t xml:space="preserve">The back-room door was locked, and the three of them stood in the sudden silence with the teacher’s order still hanging in the air between them. </w:t>
      </w:r>
    </w:p>
    <w:p>
      <w:r>
        <w:rPr>
          <w:rFonts w:ascii="IM Fell English" w:hAnsi="IM Fell English"/>
          <w:color w:val="141414"/>
          <w:sz w:val="24"/>
        </w:rPr>
        <w:t>“She wanted them to see the chair occupied without the door upstairs opening every hour,” Jenna said quietly. “They saw it.”</w:t>
      </w:r>
    </w:p>
    <w:p>
      <w:r>
        <w:rPr>
          <w:rFonts w:ascii="IM Fell English" w:hAnsi="IM Fell English"/>
          <w:color w:val="141414"/>
          <w:sz w:val="24"/>
        </w:rPr>
        <w:t>Justin’s jaw was tight. “She’s been alone up there since the doctor left at dawn. That’s the longest since the final phase started.”</w:t>
      </w:r>
    </w:p>
    <w:p>
      <w:r>
        <w:rPr>
          <w:rFonts w:ascii="IM Fell English" w:hAnsi="IM Fell English"/>
          <w:color w:val="141414"/>
          <w:sz w:val="24"/>
        </w:rPr>
        <w:t>Jennifer’s voice was soft. “She’s teaching them how to breathe without her. She’s teaching us the same thing.”</w:t>
      </w:r>
    </w:p>
    <w:p>
      <w:r>
        <w:rPr>
          <w:rFonts w:ascii="IM Fell English" w:hAnsi="IM Fell English"/>
          <w:color w:val="141414"/>
          <w:sz w:val="24"/>
        </w:rPr>
        <w:t>Jenna’s fingers brushed the gold ring, then the side of Jennifer’s throat above the collar. “Then we go learn the next part of the lesson.”</w:t>
      </w:r>
    </w:p>
    <w:p>
      <w:r>
        <w:rPr>
          <w:rFonts w:ascii="IM Fell English" w:hAnsi="IM Fell English"/>
          <w:color w:val="141414"/>
          <w:sz w:val="24"/>
        </w:rPr>
        <w:t>They climbed the stairs together. The outer chamber was darker than usual; no one had lit the secondary lamp. The iron key turned with its familiar heavy sound.</w:t>
      </w:r>
    </w:p>
    <w:p>
      <w:r>
        <w:rPr>
          <w:rFonts w:ascii="IM Fell English" w:hAnsi="IM Fell English"/>
          <w:color w:val="141414"/>
          <w:sz w:val="24"/>
        </w:rPr>
        <w:t xml:space="preserve">Jackie sat in the metal chair under the red bulb, exactly as they had left her the night before. The newest layer of the ledger had dried into a dark, shiny map across her thighs and lower belly. The bottle of whiskey on the floor was nearly empty. Her eyes opened when they entered, still clear, but the exhaustion under the clarity had deepened into something that looked almost like peace. The final phase was no longer only costing her; it was beginning to finish her, on the exact schedule she had arranged with her own mother. </w:t>
      </w:r>
    </w:p>
    <w:p>
      <w:r>
        <w:rPr>
          <w:rFonts w:ascii="IM Fell English" w:hAnsi="IM Fell English"/>
          <w:color w:val="141414"/>
          <w:sz w:val="24"/>
        </w:rPr>
        <w:t>“Report.”</w:t>
      </w:r>
    </w:p>
    <w:p>
      <w:r>
        <w:rPr>
          <w:rFonts w:ascii="IM Fell English" w:hAnsi="IM Fell English"/>
          <w:color w:val="141414"/>
          <w:sz w:val="24"/>
        </w:rPr>
        <w:t>Jenna stood in front of her, the gold ring catching the light. “The count ran without us leaving the table. The captains saw the ring and the Ghost and the chair occupied. No one asked about the door. No one looked at the ceiling. The family breathed without you for a full evening. The spring stayed clean.”</w:t>
      </w:r>
    </w:p>
    <w:p>
      <w:r>
        <w:rPr>
          <w:rFonts w:ascii="IM Fell English" w:hAnsi="IM Fell English"/>
          <w:color w:val="141414"/>
          <w:sz w:val="24"/>
        </w:rPr>
        <w:t>Jackie studied the three of them for a long moment. Something that might have been pride and might have been farewell moved through her bloodied face and was gone.</w:t>
      </w:r>
    </w:p>
    <w:p>
      <w:r>
        <w:rPr>
          <w:rFonts w:ascii="IM Fell English" w:hAnsi="IM Fell English"/>
          <w:color w:val="141414"/>
          <w:sz w:val="24"/>
        </w:rPr>
        <w:t>“Better. That was the cut I required.” Her voice was thinner than the night before, scraped almost to a whisper, but the authority in it had not faded. “The doctor’s line still holds. Hands. Weight. Careful use. Further does not mean stupid. Begin.”</w:t>
      </w:r>
    </w:p>
    <w:p>
      <w:r>
        <w:rPr>
          <w:rFonts w:ascii="IM Fell English" w:hAnsi="IM Fell English"/>
          <w:color w:val="141414"/>
          <w:sz w:val="24"/>
        </w:rPr>
        <w:t>Justin stepped in.</w:t>
      </w:r>
    </w:p>
    <w:p>
      <w:r>
        <w:rPr>
          <w:rFonts w:ascii="IM Fell English" w:hAnsi="IM Fell English"/>
          <w:color w:val="141414"/>
          <w:sz w:val="24"/>
        </w:rPr>
        <w:t>He worked her with the controlled, heavy precision the restrictions demanded — open hands across the unmarked planes of her ribs and breasts, measured weight against the places that could still take pressure without splitting the shiny, damaged map on her thighs. Jenna circled the chair, sometimes tightening the collar until Jackie’s breathing became a deliberate fight, sometimes releasing it, sometimes leaning in to bite a clean place so the ledger would still grow. Jennifer took her position between Jackie’s thighs without being told, palms resting lightly on the damaged skin, feeling every forced breath and every controlled tremor travel through the muscle under her hands.</w:t>
      </w:r>
    </w:p>
    <w:p>
      <w:r>
        <w:rPr>
          <w:rFonts w:ascii="IM Fell English" w:hAnsi="IM Fell English"/>
          <w:color w:val="141414"/>
          <w:sz w:val="24"/>
        </w:rPr>
        <w:t>When Justin finally unlocked Jackie’s ankles and forced her legs wider, the sound that left the teacher’s mouth was rawer than anything she had allowed in months. He stepped between her thighs and fucked her with a slow, relentless rhythm that was almost gentle compared to the savage nights of the previous weeks and somehow worse because of it. Every thrust was measured against the doctor’s line. Every time Jackie came — shaking, broken, no longer able to keep the sounds entirely swallowed — Jennifer’s hands tightened on her thighs and Jenna’s fingers tightened on the Ghost’s shoulder, the three of them locked together under the red bulb while the final phase cut deeper than the belt ever had.</w:t>
      </w:r>
    </w:p>
    <w:p>
      <w:r>
        <w:rPr>
          <w:rFonts w:ascii="IM Fell English" w:hAnsi="IM Fell English"/>
          <w:color w:val="141414"/>
          <w:sz w:val="24"/>
        </w:rPr>
        <w:t>Justin finished inside her with a low, punched-out sound that was more grief than release. He stayed buried until the last tremor passed, then pulled out, marked the newest layer of the ledger across her stomach with his come, and stepped back, chest heaving. He unlocked nothing. He simply waited.</w:t>
      </w:r>
    </w:p>
    <w:p>
      <w:r>
        <w:rPr>
          <w:rFonts w:ascii="IM Fell English" w:hAnsi="IM Fell English"/>
          <w:color w:val="141414"/>
          <w:sz w:val="24"/>
        </w:rPr>
        <w:t>Jackie hung in the restraints, shaking, blood and come and the thin sheen of exhaustion running down her skin. For a long moment she did not speak. When she finally lifted her head the peace under the pain was unmistakable.</w:t>
      </w:r>
    </w:p>
    <w:p>
      <w:r>
        <w:rPr>
          <w:rFonts w:ascii="IM Fell English" w:hAnsi="IM Fell English"/>
          <w:color w:val="141414"/>
          <w:sz w:val="24"/>
        </w:rPr>
        <w:t>“Closer,” she whispered. “The family breathed without me. You three carried the chair for a full evening and the sky did not fall. That is the cut that matters now.” Her eyes found Jenna’s. “Tomorrow you will do it again. And the night after. The final phase is no longer only about how much further this body can go. It is about how completely the three of you can hold what I built when the body is no longer in the chair at all.”</w:t>
      </w:r>
    </w:p>
    <w:p>
      <w:r>
        <w:rPr>
          <w:rFonts w:ascii="IM Fell English" w:hAnsi="IM Fell English"/>
          <w:color w:val="141414"/>
          <w:sz w:val="24"/>
        </w:rPr>
        <w:t>Jenna’s hand tightened once in Jennifer’s hair. The gold ring flashed.</w:t>
      </w:r>
    </w:p>
    <w:p>
      <w:r>
        <w:rPr>
          <w:rFonts w:ascii="IM Fell English" w:hAnsi="IM Fell English"/>
          <w:color w:val="141414"/>
          <w:sz w:val="24"/>
        </w:rPr>
        <w:t>“And you?”</w:t>
      </w:r>
    </w:p>
    <w:p>
      <w:r>
        <w:rPr>
          <w:rFonts w:ascii="IM Fell English" w:hAnsi="IM Fell English"/>
          <w:color w:val="141414"/>
          <w:sz w:val="24"/>
        </w:rPr>
        <w:t>Jackie’s mouth curved the smallest fraction, cracked and bloody and still sharp with the last of the teacher’s certainty.</w:t>
      </w:r>
    </w:p>
    <w:p>
      <w:r>
        <w:rPr>
          <w:rFonts w:ascii="IM Fell English" w:hAnsi="IM Fell English"/>
          <w:color w:val="141414"/>
          <w:sz w:val="24"/>
        </w:rPr>
        <w:t>“I will still be here until the exact moment I decide the lesson is finished. Or until the Headmistress decides it for me. Come back tomorrow night after the count. Further. Careful. And Ghost — stay where you are until they lock the door. I want the last thing I feel under this light to be the hands of the woman who will still be kneeling when the chair downstairs is the only chair left.”</w:t>
      </w:r>
    </w:p>
    <w:p>
      <w:r>
        <w:rPr>
          <w:rFonts w:ascii="IM Fell English" w:hAnsi="IM Fell English"/>
          <w:color w:val="141414"/>
          <w:sz w:val="24"/>
        </w:rPr>
        <w:t>Jennifer did not move. She kept her blood-and-come-slick palms exactly where they had been ordered, cheek resting against the inside of Jackie’s thigh, breathing in the copper and sweat and the deliberate, accelerating end of the year-long test, while Jenna poured the last of the whiskey and Justin held the glass to the teacher’s lips.</w:t>
      </w:r>
    </w:p>
    <w:p>
      <w:r>
        <w:rPr>
          <w:rFonts w:ascii="IM Fell English" w:hAnsi="IM Fell English"/>
          <w:color w:val="141414"/>
          <w:sz w:val="24"/>
        </w:rPr>
        <w:t>Jackie drank. A thin line of whiskey and blood ran from the corner of her mouth. Jennifer leaned up and licked it away without being told.</w:t>
      </w:r>
    </w:p>
    <w:p>
      <w:r>
        <w:rPr>
          <w:rFonts w:ascii="IM Fell English" w:hAnsi="IM Fell English"/>
          <w:color w:val="141414"/>
          <w:sz w:val="24"/>
        </w:rPr>
        <w:t>Jenna kissed her once, slow and careful of the split lip, and rested her forehead against Jackie’s for a brief second longer than usual.</w:t>
      </w:r>
    </w:p>
    <w:p>
      <w:r>
        <w:rPr>
          <w:rFonts w:ascii="IM Fell English" w:hAnsi="IM Fell English"/>
          <w:color w:val="141414"/>
          <w:sz w:val="24"/>
        </w:rPr>
        <w:t>“We won’t fail the final phase.”</w:t>
      </w:r>
    </w:p>
    <w:p>
      <w:r>
        <w:rPr>
          <w:rFonts w:ascii="IM Fell English" w:hAnsi="IM Fell English"/>
          <w:color w:val="141414"/>
          <w:sz w:val="24"/>
        </w:rPr>
        <w:t>“I know,” Jackie murmured. “That’s why the Ghost now answers only to you. That’s why the higher families are holding their breath. That’s why the captains no longer look at the ceiling. The lesson is running exactly as I designed it. Even the empty evening downstairs was part of the design.”</w:t>
      </w:r>
    </w:p>
    <w:p>
      <w:r>
        <w:rPr>
          <w:rFonts w:ascii="IM Fell English" w:hAnsi="IM Fell English"/>
          <w:color w:val="141414"/>
          <w:sz w:val="24"/>
        </w:rPr>
        <w:t>They left her locked and breathing under the red bulb.</w:t>
      </w:r>
    </w:p>
    <w:p>
      <w:r>
        <w:rPr>
          <w:rFonts w:ascii="IM Fell English" w:hAnsi="IM Fell English"/>
          <w:color w:val="141414"/>
          <w:sz w:val="24"/>
        </w:rPr>
        <w:t>Jennifer was the last to rise. She kissed the inside of Jackie’s knee once, almost reverently, then followed her owners out into the outer chamber. Justin locked the iron door. The three of them stood for a moment in the relative dark listening to the faint, rougher sound of Jackie’s breathing on the other side of the brick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teacher had now missed two full evening reports. The provisional year was over. The final phase had a signature in black wax, two bodies on expensive carpet, and a woman bleeding under a red bulb who was finally, deliberately, teaching the family how to live without her while she was still alive enough to watch them learn.</w:t>
      </w:r>
    </w:p>
    <w:p>
      <w:r>
        <w:rPr>
          <w:rFonts w:ascii="IM Fell English" w:hAnsi="IM Fell English"/>
          <w:color w:val="141414"/>
          <w:sz w:val="24"/>
        </w:rPr>
        <w:t>Above the stills, in the room that had no windows and no calendar, Jackie sat in the iron chair and continued the ending she had arranged with her own mother — one night, one careful, savage, explicit hour at a time — while the twins and the Ghost carried a heavier share of the chair than they had ever carried before, and higher eyes, no longer entirely unseen, kept their patient count of how much further the blade still needed to cut before the lesson, and the chair, could finally be called complete.</w:t>
      </w:r>
    </w:p>
    <w:p>
      <w:r>
        <w:rPr>
          <w:rFonts w:ascii="IM Fell English" w:hAnsi="IM Fell English"/>
          <w:b/>
          <w:color w:val="141414"/>
          <w:sz w:val="24"/>
        </w:rPr>
        <w:t>CHAPTER 25 — THE LAST FULL COUNT, 1928</w:t>
      </w:r>
    </w:p>
    <w:p>
      <w:r>
        <w:rPr>
          <w:rFonts w:ascii="IM Fell English" w:hAnsi="IM Fell English"/>
          <w:color w:val="141414"/>
          <w:sz w:val="24"/>
        </w:rPr>
        <w:t>For three consecutive evenings the stairs stayed empty.</w:t>
      </w:r>
    </w:p>
    <w:p>
      <w:r>
        <w:rPr>
          <w:rFonts w:ascii="IM Fell English" w:hAnsi="IM Fell English"/>
          <w:color w:val="141414"/>
          <w:sz w:val="24"/>
        </w:rPr>
        <w:t xml:space="preserve">Jenna opened the speakeasy, took the head of the table, ran the count, issued the dock orders, and closed the ledgers with the gold signet ring visible on her hand and the Ghost standing at her left shoulder. Justin remained near the back door or moved through the main floor like a silent guarantee. The captains stopped looking at the ceiling. The higher families continued to hold their breath. The spring stayed clean. On the third night Moretti himself sent a short sealed note that simply read: </w:t>
      </w:r>
      <w:r>
        <w:rPr>
          <w:rFonts w:ascii="IM Fell English" w:hAnsi="IM Fell English"/>
          <w:i/>
          <w:color w:val="141414"/>
          <w:sz w:val="24"/>
        </w:rPr>
        <w:t>The lesson is understood. We will wait.</w:t>
      </w:r>
    </w:p>
    <w:p>
      <w:r>
        <w:rPr>
          <w:rFonts w:ascii="IM Fell English" w:hAnsi="IM Fell English"/>
          <w:color w:val="141414"/>
          <w:sz w:val="24"/>
        </w:rPr>
        <w:t>Only after the last captain had gone and the back-room door was locked did the three of them climb the stairs.</w:t>
      </w:r>
    </w:p>
    <w:p>
      <w:r>
        <w:rPr>
          <w:rFonts w:ascii="IM Fell English" w:hAnsi="IM Fell English"/>
          <w:color w:val="141414"/>
          <w:sz w:val="24"/>
        </w:rPr>
        <w:t>The outer chamber smelled of dust and old whiskey. The iron key turned.</w:t>
      </w:r>
    </w:p>
    <w:p>
      <w:r>
        <w:rPr>
          <w:rFonts w:ascii="IM Fell English" w:hAnsi="IM Fell English"/>
          <w:color w:val="141414"/>
          <w:sz w:val="24"/>
        </w:rPr>
        <w:t>Jackie sat in the metal chair under the red bulb, but the posture was different. The deliberate, measuring stillness of the long months had thinned into something closer to waiting. The newest layer of the ledger had been allowed to close under the doctor’s restrictions; the shiny, damaged skin on her thighs and lower belly had begun to knit into dark, tight scars that would never fully fade. Her eyes opened when they entered, still clear, but the clarity sat on top of a deeper exhaustion that no longer tried to hide itself. The final phase was no longer only cutting her. It was finishing her, exactly on the schedule she had arranged.</w:t>
      </w:r>
    </w:p>
    <w:p>
      <w:r>
        <w:rPr>
          <w:rFonts w:ascii="IM Fell English" w:hAnsi="IM Fell English"/>
          <w:color w:val="141414"/>
          <w:sz w:val="24"/>
        </w:rPr>
        <w:t>“Report.”</w:t>
      </w:r>
    </w:p>
    <w:p>
      <w:r>
        <w:rPr>
          <w:rFonts w:ascii="IM Fell English" w:hAnsi="IM Fell English"/>
          <w:color w:val="141414"/>
          <w:sz w:val="24"/>
        </w:rPr>
        <w:t>Jenna stood in front of her, the gold ring catching the light. “Three full evenings. The count ran without us leaving the table. The captains no longer look at the ceiling. Moretti sent word that the lesson is understood and the higher families will wait. The docks are quiet. The books are clean. The Ghost stands at my shoulder in every room. The family is breathing without you.”</w:t>
      </w:r>
    </w:p>
    <w:p>
      <w:r>
        <w:rPr>
          <w:rFonts w:ascii="IM Fell English" w:hAnsi="IM Fell English"/>
          <w:color w:val="141414"/>
          <w:sz w:val="24"/>
        </w:rPr>
        <w:t>Jackie studied the three of them for a long moment. The pride and the farewell in her bloodied face were no longer separate expressions.</w:t>
      </w:r>
    </w:p>
    <w:p>
      <w:r>
        <w:rPr>
          <w:rFonts w:ascii="IM Fell English" w:hAnsi="IM Fell English"/>
          <w:color w:val="141414"/>
          <w:sz w:val="24"/>
        </w:rPr>
        <w:t>“Better. That was the cut that mattered most.” Her voice was thinner than it had ever been, scraped almost to a whisper, but the authority in it had not faded. “The doctor was here at dusk. The hard line has moved. The scars can take careful use. Hands. Weight. Cock. No belt. No fists on the closed map. Further does not mean stupid. Begin.”</w:t>
      </w:r>
    </w:p>
    <w:p>
      <w:r>
        <w:rPr>
          <w:rFonts w:ascii="IM Fell English" w:hAnsi="IM Fell English"/>
          <w:color w:val="141414"/>
          <w:sz w:val="24"/>
        </w:rPr>
        <w:t>Justin stepped in.</w:t>
      </w:r>
    </w:p>
    <w:p>
      <w:r>
        <w:rPr>
          <w:rFonts w:ascii="IM Fell English" w:hAnsi="IM Fell English"/>
          <w:color w:val="141414"/>
          <w:sz w:val="24"/>
        </w:rPr>
        <w:t>He worked her with the controlled, heavy precision the new restrictions demanded — open hands across the unmarked planes of her ribs and the undersides of her breasts, measured weight against the places that could still take pressure without reopening the tight, dark scars. Jenna circled the chair, sometimes tightening the collar until Jackie’s breathing became a deliberate, visible fight, sometimes releasing it, sometimes leaning in to bite a clean place so the ledger would still grow even at the edge of the end. Jennifer took her position between Jackie’s thighs without being told, palms resting lightly on the scarred skin, feeling every forced breath and every controlled tremor travel through the muscle under her hands.</w:t>
      </w:r>
    </w:p>
    <w:p>
      <w:r>
        <w:rPr>
          <w:rFonts w:ascii="IM Fell English" w:hAnsi="IM Fell English"/>
          <w:color w:val="141414"/>
          <w:sz w:val="24"/>
        </w:rPr>
        <w:t>When Justin finally unlocked Jackie’s ankles and forced her legs wider, the sound that left the teacher’s mouth was raw and unhidden. He stepped between her thighs and fucked her with a slow, relentless rhythm that was almost tender compared to the savage months behind them and somehow more final because of it. Every thrust was measured against the doctor’s new line. Every time Jackie came — shaking, broken, no longer able or willing to keep the sounds swallowed — Jennifer’s hands tightened on her thighs and Jenna’s fingers tightened on the Ghost’s shoulder, the three of them locked together under the red bulb while the final phase cut in the only currency that had ever mattered.</w:t>
      </w:r>
    </w:p>
    <w:p>
      <w:r>
        <w:rPr>
          <w:rFonts w:ascii="IM Fell English" w:hAnsi="IM Fell English"/>
          <w:color w:val="141414"/>
          <w:sz w:val="24"/>
        </w:rPr>
        <w:t>Justin finished inside her with a low, punched-out sound that was pure grief. He stayed buried until the last tremor passed, then pulled out, marked the newest and possibly last layer of the ledger across her stomach with his come, and stepped back, chest heaving. He unlocked nothing. He simply waited.</w:t>
      </w:r>
    </w:p>
    <w:p>
      <w:r>
        <w:rPr>
          <w:rFonts w:ascii="IM Fell English" w:hAnsi="IM Fell English"/>
          <w:color w:val="141414"/>
          <w:sz w:val="24"/>
        </w:rPr>
        <w:t>Jackie hung in the restraints, shaking, blood and come and the thin sheen of a deeper exhaustion running down her skin. For a long moment the only sound was the four of them breathing under the red bulb. When she finally lifted her head the peace under the pain was unmistakable and almost complete.</w:t>
      </w:r>
    </w:p>
    <w:p>
      <w:r>
        <w:rPr>
          <w:rFonts w:ascii="IM Fell English" w:hAnsi="IM Fell English"/>
          <w:color w:val="141414"/>
          <w:sz w:val="24"/>
        </w:rPr>
        <w:t>“Closer,” she whispered. “The family breathed without me for three full evenings and the sky did not fall. The higher families are waiting. The Ghost has chosen her feet and the feet have held. That is the cut that finishes the year.” Her eyes found Jenna’s and held them. “Tomorrow you will open the speakeasy again. You will run the count again. You will let the captains see that the chair downstairs is the only chair that still requires a body in it. And tomorrow night… tomorrow night you will bring the Headmistress’s order with you, or you will bring the decision that the order is no longer required. The final phase is at the edge of the ledger. I can feel it.”</w:t>
      </w:r>
    </w:p>
    <w:p>
      <w:r>
        <w:rPr>
          <w:rFonts w:ascii="IM Fell English" w:hAnsi="IM Fell English"/>
          <w:color w:val="141414"/>
          <w:sz w:val="24"/>
        </w:rPr>
        <w:t>Jenna’s hand tightened once in Jennifer’s hair. The gold ring flashed.</w:t>
      </w:r>
    </w:p>
    <w:p>
      <w:r>
        <w:rPr>
          <w:rFonts w:ascii="IM Fell English" w:hAnsi="IM Fell English"/>
          <w:color w:val="141414"/>
          <w:sz w:val="24"/>
        </w:rPr>
        <w:t>“And you?”</w:t>
      </w:r>
    </w:p>
    <w:p>
      <w:r>
        <w:rPr>
          <w:rFonts w:ascii="IM Fell English" w:hAnsi="IM Fell English"/>
          <w:color w:val="141414"/>
          <w:sz w:val="24"/>
        </w:rPr>
        <w:t>Jackie’s mouth curved the smallest fraction, cracked and bloody and still sharp with the last of the teacher’s certainty.</w:t>
      </w:r>
    </w:p>
    <w:p>
      <w:r>
        <w:rPr>
          <w:rFonts w:ascii="IM Fell English" w:hAnsi="IM Fell English"/>
          <w:color w:val="141414"/>
          <w:sz w:val="24"/>
        </w:rPr>
        <w:t>“I will still be here until the exact moment the lesson is finished. That moment is close enough to taste. Come back tomorrow night after the count. Further. Careful. And Ghost — stay where you are until they lock the door. I want the last thing I feel under this light tonight to be the hands of the woman who will still be kneeling when there is no longer a teacher left to measure the cut.”</w:t>
      </w:r>
    </w:p>
    <w:p>
      <w:r>
        <w:rPr>
          <w:rFonts w:ascii="IM Fell English" w:hAnsi="IM Fell English"/>
          <w:color w:val="141414"/>
          <w:sz w:val="24"/>
        </w:rPr>
        <w:t>Jennifer did not move. She kept her blood-and-come-slick palms exactly where they had been ordered, cheek resting against the inside of Jackie’s thigh, breathing in the copper and sweat and the deliberate, nearly finished end of the year-long test, while Jenna poured the last of the whiskey and Justin held the glass to the teacher’s lips.</w:t>
      </w:r>
    </w:p>
    <w:p>
      <w:r>
        <w:rPr>
          <w:rFonts w:ascii="IM Fell English" w:hAnsi="IM Fell English"/>
          <w:color w:val="141414"/>
          <w:sz w:val="24"/>
        </w:rPr>
        <w:t>Jackie drank. A thin line of whiskey and blood ran from the corner of her mouth. Jennifer leaned up and licked it away without being told.</w:t>
      </w:r>
    </w:p>
    <w:p>
      <w:r>
        <w:rPr>
          <w:rFonts w:ascii="IM Fell English" w:hAnsi="IM Fell English"/>
          <w:color w:val="141414"/>
          <w:sz w:val="24"/>
        </w:rPr>
        <w:t>Jenna kissed her once, slow and careful of the split lip, and rested her forehead against Jackie’s for a longer moment than she had ever allowed herself before.</w:t>
      </w:r>
    </w:p>
    <w:p>
      <w:r>
        <w:rPr>
          <w:rFonts w:ascii="IM Fell English" w:hAnsi="IM Fell English"/>
          <w:color w:val="141414"/>
          <w:sz w:val="24"/>
        </w:rPr>
        <w:t>“We won’t fail the final phase.”</w:t>
      </w:r>
    </w:p>
    <w:p>
      <w:r>
        <w:rPr>
          <w:rFonts w:ascii="IM Fell English" w:hAnsi="IM Fell English"/>
          <w:color w:val="141414"/>
          <w:sz w:val="24"/>
        </w:rPr>
        <w:t>“I know,” Jackie murmured. “That’s why the Ghost now answers only to you. That’s why the higher families are holding their breath. That’s why the captains no longer look at the ceiling. The lesson is running exactly as I designed it. Even the empty evenings downstairs were part of the design. Even this edge is part of the design.”</w:t>
      </w:r>
    </w:p>
    <w:p>
      <w:r>
        <w:rPr>
          <w:rFonts w:ascii="IM Fell English" w:hAnsi="IM Fell English"/>
          <w:color w:val="141414"/>
          <w:sz w:val="24"/>
        </w:rPr>
        <w:t>They left her locked and breathing under the red bulb.</w:t>
      </w:r>
    </w:p>
    <w:p>
      <w:r>
        <w:rPr>
          <w:rFonts w:ascii="IM Fell English" w:hAnsi="IM Fell English"/>
          <w:color w:val="141414"/>
          <w:sz w:val="24"/>
        </w:rPr>
        <w:t>Jennifer was the last to rise. She kissed the inside of Jackie’s knee once, almost reverently, then followed her owners out into the outer chamber. Justin locked the iron door. The three of them stood for a moment in the relative dark listening to the faint, rougher sound of Jackie’s breathing on the other side of the brick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teacher had now missed five full evening reports. The provisional year was over. The final phase had a signature in black wax, two bodies on expensive carpet, and a woman bleeding under a red bulb who was finally, deliberately, teaching the family how to live without her while she was still alive enough to watch them learn the last of the cut.</w:t>
      </w:r>
    </w:p>
    <w:p>
      <w:r>
        <w:rPr>
          <w:rFonts w:ascii="IM Fell English" w:hAnsi="IM Fell English"/>
          <w:color w:val="141414"/>
          <w:sz w:val="24"/>
        </w:rPr>
        <w:t>Above the stills, in the room that had no windows and no calendar, Jackie sat in the iron chair and continued the ending she had arranged with her own mother — one night, one careful, savage, explicit hour at a time — while the twins and the Ghost carried nearly the full weight of the chair, and higher eyes, no longer entirely unseen, kept their patient count of how much further the blade still needed to cut before the lesson, and the chair, could finally be called complete.</w:t>
      </w:r>
    </w:p>
    <w:p>
      <w:pPr>
        <w:pStyle w:val="Heading1"/>
        <w:jc w:val="center"/>
      </w:pPr>
      <w:r>
        <w:rPr>
          <w:rFonts w:ascii="IM Fell English" w:hAnsi="IM Fell English"/>
          <w:color w:val="0D0D0D"/>
        </w:rPr>
        <w:t>CHAPTER 25 — THE LAST FULL COUNT, 1928</w:t>
      </w:r>
    </w:p>
    <w:p>
      <w:r>
        <w:rPr>
          <w:rFonts w:ascii="IM Fell English" w:hAnsi="IM Fell English"/>
          <w:color w:val="141414"/>
          <w:sz w:val="24"/>
        </w:rPr>
        <w:t>For three consecutive evenings the stairs stayed empty.</w:t>
      </w:r>
    </w:p>
    <w:p>
      <w:r>
        <w:rPr>
          <w:rFonts w:ascii="IM Fell English" w:hAnsi="IM Fell English"/>
          <w:color w:val="141414"/>
          <w:sz w:val="24"/>
        </w:rPr>
        <w:t>Jenna opened the speakeasy, took the head of the table, ran the count, issued the dock orders, and closed the ledgers with the gold signet ring visible on her hand and the Ghost standing at her left shoulder. Justin remained near the back door or moved through the main floor like a silent guarantee. The captains stopped looking at the ceiling. The higher families continued to hold their breath. The spring stayed clean. On the third night Moretti himself sent a short sealed note that simply read: The lesson is understood. We will wait.</w:t>
      </w:r>
    </w:p>
    <w:p>
      <w:r>
        <w:rPr>
          <w:rFonts w:ascii="IM Fell English" w:hAnsi="IM Fell English"/>
          <w:color w:val="141414"/>
          <w:sz w:val="24"/>
        </w:rPr>
        <w:t>Only after the last captain had gone and the back-room door was locked did the three of them climb the stairs.</w:t>
      </w:r>
    </w:p>
    <w:p>
      <w:r>
        <w:rPr>
          <w:rFonts w:ascii="IM Fell English" w:hAnsi="IM Fell English"/>
          <w:color w:val="141414"/>
          <w:sz w:val="24"/>
        </w:rPr>
        <w:t>The outer chamber smelled of dust and old whiskey. The iron key turned.</w:t>
      </w:r>
    </w:p>
    <w:p>
      <w:r>
        <w:rPr>
          <w:rFonts w:ascii="IM Fell English" w:hAnsi="IM Fell English"/>
          <w:color w:val="141414"/>
          <w:sz w:val="24"/>
        </w:rPr>
        <w:t>Jackie sat in the metal chair under the red bulb, but the posture was different. The deliberate, measuring stillness of the long months had thinned into something closer to waiting. The newest layer of the ledger had been allowed to close under the doctor’s restrictions; the shiny, damaged skin on her thighs and lower belly had begun to knit into dark, tight scars that would never fully fade. Her eyes opened when they entered, still clear, but the clarity sat on top of a deeper exhaustion that no longer tried to hide itself. The final phase was no longer only cutting her. It was finishing her, exactly on the schedule she had arranged.</w:t>
      </w:r>
    </w:p>
    <w:p>
      <w:r>
        <w:rPr>
          <w:rFonts w:ascii="IM Fell English" w:hAnsi="IM Fell English"/>
          <w:color w:val="141414"/>
          <w:sz w:val="24"/>
        </w:rPr>
        <w:t>“Report.”</w:t>
      </w:r>
    </w:p>
    <w:p>
      <w:r>
        <w:rPr>
          <w:rFonts w:ascii="IM Fell English" w:hAnsi="IM Fell English"/>
          <w:color w:val="141414"/>
          <w:sz w:val="24"/>
        </w:rPr>
        <w:t>Jenna stood in front of her, the gold ring catching the light. “Three full evenings. The count ran without us leaving the table. The captains no longer look at the ceiling. Moretti sent word that the lesson is understood and the higher families will wait. The docks are quiet. The books are clean. The Ghost stands at my shoulder in every room. The family is breathing without you.”</w:t>
      </w:r>
    </w:p>
    <w:p>
      <w:r>
        <w:rPr>
          <w:rFonts w:ascii="IM Fell English" w:hAnsi="IM Fell English"/>
          <w:color w:val="141414"/>
          <w:sz w:val="24"/>
        </w:rPr>
        <w:t>Jackie studied the three of them for a long moment. The pride and the farewell in her bloodied face were no longer separate expressions.</w:t>
      </w:r>
    </w:p>
    <w:p>
      <w:r>
        <w:rPr>
          <w:rFonts w:ascii="IM Fell English" w:hAnsi="IM Fell English"/>
          <w:color w:val="141414"/>
          <w:sz w:val="24"/>
        </w:rPr>
        <w:t>“Better. That was the cut that mattered most.” Her voice was thinner than it had ever been, scraped almost to a whisper, but the authority in it had not faded. “The doctor was here at dusk. The hard line has moved. The scars can take careful use. Hands. Weight. Cock. No belt. No fists on the closed map. Further does not mean stupid. Begin.”</w:t>
      </w:r>
    </w:p>
    <w:p>
      <w:r>
        <w:rPr>
          <w:rFonts w:ascii="IM Fell English" w:hAnsi="IM Fell English"/>
          <w:color w:val="141414"/>
          <w:sz w:val="24"/>
        </w:rPr>
        <w:t>Justin stepped in.</w:t>
      </w:r>
    </w:p>
    <w:p>
      <w:r>
        <w:rPr>
          <w:rFonts w:ascii="IM Fell English" w:hAnsi="IM Fell English"/>
          <w:color w:val="141414"/>
          <w:sz w:val="24"/>
        </w:rPr>
        <w:t>He worked her with the controlled, heavy precision the new restrictions demanded — open hands across the unmarked planes of her ribs and the undersides of her breasts, measured weight against the places that could still take pressure without reopening the tight, dark scars. Jenna circled the chair, sometimes tightening the collar until Jackie’s breathing became a deliberate, visible fight, sometimes releasing it, sometimes leaning in to bite a clean place so the ledger would still grow even at the edge of the end. Jennifer took her position between Jackie’s thighs without being told, palms resting lightly on the scarred skin, feeling every forced breath and every controlled tremor travel through the muscle under her hands.</w:t>
      </w:r>
    </w:p>
    <w:p>
      <w:r>
        <w:rPr>
          <w:rFonts w:ascii="IM Fell English" w:hAnsi="IM Fell English"/>
          <w:color w:val="141414"/>
          <w:sz w:val="24"/>
        </w:rPr>
        <w:t>When Justin finally unlocked Jackie’s ankles and forced her legs wider, the sound that left the teacher’s mouth was raw and unhidden. He stepped between her thighs and fucked her with a slow, relentless rhythm that was almost tender compared to the savage months behind them and somehow more final because of it. Every thrust was measured against the doctor’s new line. Every time Jackie came — shaking, broken, no longer able or willing to keep the sounds swallowed — Jennifer’s hands tightened on her thighs and Jenna’s fingers tightened on the Ghost’s shoulder, the three of them locked together under the red bulb while the final phase cut in the only currency that had ever mattered.</w:t>
      </w:r>
    </w:p>
    <w:p>
      <w:r>
        <w:rPr>
          <w:rFonts w:ascii="IM Fell English" w:hAnsi="IM Fell English"/>
          <w:color w:val="141414"/>
          <w:sz w:val="24"/>
        </w:rPr>
        <w:t>Justin finished inside her with a low, punched-out sound that was pure grief. He stayed buried until the last tremor passed, then pulled out, marked the newest and possibly last layer of the ledger across her stomach with his come, and stepped back, chest heaving. He unlocked nothing. He simply waited.</w:t>
      </w:r>
    </w:p>
    <w:p>
      <w:r>
        <w:rPr>
          <w:rFonts w:ascii="IM Fell English" w:hAnsi="IM Fell English"/>
          <w:color w:val="141414"/>
          <w:sz w:val="24"/>
        </w:rPr>
        <w:t>Jackie hung in the restraints, shaking, blood and come and the thin sheen of a deeper exhaustion running down her skin. For a long moment the only sound was the four of them breathing under the red bulb. When she finally lifted her head the peace under the pain was unmistakable and almost complete.</w:t>
      </w:r>
    </w:p>
    <w:p>
      <w:r>
        <w:rPr>
          <w:rFonts w:ascii="IM Fell English" w:hAnsi="IM Fell English"/>
          <w:color w:val="141414"/>
          <w:sz w:val="24"/>
        </w:rPr>
        <w:t>“Closer,” she whispered. “The family breathed without me for three full evenings and the sky did not fall. The higher families are waiting. The Ghost has chosen her feet and the feet have held. That is the cut that finishes the year.” Her eyes found Jenna’s and held them. “Tomorrow you will open the speakeasy again. You will run the count again. You will let the captains see that the chair downstairs is the only chair that still requires a body in it. And tomorrow night… tomorrow night you will bring the Headmistress’s order with you, or you will bring the decision that the order is no longer required. The final phase is at the edge of the ledger. I can feel it.”</w:t>
      </w:r>
    </w:p>
    <w:p>
      <w:r>
        <w:rPr>
          <w:rFonts w:ascii="IM Fell English" w:hAnsi="IM Fell English"/>
          <w:color w:val="141414"/>
          <w:sz w:val="24"/>
        </w:rPr>
        <w:t>Jenna’s hand tightened once in Jennifer’s hair. The gold ring flashed.</w:t>
      </w:r>
    </w:p>
    <w:p>
      <w:r>
        <w:rPr>
          <w:rFonts w:ascii="IM Fell English" w:hAnsi="IM Fell English"/>
          <w:color w:val="141414"/>
          <w:sz w:val="24"/>
        </w:rPr>
        <w:t>“And you?”</w:t>
      </w:r>
    </w:p>
    <w:p>
      <w:r>
        <w:rPr>
          <w:rFonts w:ascii="IM Fell English" w:hAnsi="IM Fell English"/>
          <w:color w:val="141414"/>
          <w:sz w:val="24"/>
        </w:rPr>
        <w:t>Jackie’s mouth curved the smallest fraction, cracked and bloody and still sharp with the last of the teacher’s certainty.</w:t>
      </w:r>
    </w:p>
    <w:p>
      <w:r>
        <w:rPr>
          <w:rFonts w:ascii="IM Fell English" w:hAnsi="IM Fell English"/>
          <w:color w:val="141414"/>
          <w:sz w:val="24"/>
        </w:rPr>
        <w:t>“I will still be here until the exact moment the lesson is finished. That moment is close enough to taste. Come back tomorrow night after the count. Further. Careful. And Ghost — stay where you are until they lock the door. I want the last thing I feel under this light tonight to be the hands of the woman who will still be kneeling when there is no longer a teacher left to measure the cut.”</w:t>
      </w:r>
    </w:p>
    <w:p>
      <w:r>
        <w:rPr>
          <w:rFonts w:ascii="IM Fell English" w:hAnsi="IM Fell English"/>
          <w:color w:val="141414"/>
          <w:sz w:val="24"/>
        </w:rPr>
        <w:t>Jennifer did not move. She kept her blood-and-come-slick palms exactly where they had been ordered, cheek resting against the inside of Jackie’s thigh, breathing in the copper and sweat and the deliberate, nearly finished end of the year-long test, while Jenna poured the last of the whiskey and Justin held the glass to the teacher’s lips.</w:t>
      </w:r>
    </w:p>
    <w:p>
      <w:r>
        <w:rPr>
          <w:rFonts w:ascii="IM Fell English" w:hAnsi="IM Fell English"/>
          <w:color w:val="141414"/>
          <w:sz w:val="24"/>
        </w:rPr>
        <w:t>Jackie drank. A thin line of whiskey and blood ran from the corner of her mouth. Jennifer leaned up and licked it away without being told.</w:t>
      </w:r>
    </w:p>
    <w:p>
      <w:r>
        <w:rPr>
          <w:rFonts w:ascii="IM Fell English" w:hAnsi="IM Fell English"/>
          <w:color w:val="141414"/>
          <w:sz w:val="24"/>
        </w:rPr>
        <w:t>Jenna kissed her once, slow and careful of the split lip, and rested her forehead against Jackie’s for a longer moment than she had ever allowed herself before.</w:t>
      </w:r>
    </w:p>
    <w:p>
      <w:r>
        <w:rPr>
          <w:rFonts w:ascii="IM Fell English" w:hAnsi="IM Fell English"/>
          <w:color w:val="141414"/>
          <w:sz w:val="24"/>
        </w:rPr>
        <w:t>“We won’t fail the final phase.”</w:t>
      </w:r>
    </w:p>
    <w:p>
      <w:r>
        <w:rPr>
          <w:rFonts w:ascii="IM Fell English" w:hAnsi="IM Fell English"/>
          <w:color w:val="141414"/>
          <w:sz w:val="24"/>
        </w:rPr>
        <w:t>“I know,” Jackie murmured. “That’s why the Ghost now answers only to you. That’s why the higher families are holding their breath. That’s why the captains no longer look at the ceiling. The lesson is running exactly as I designed it. Even the empty evenings downstairs were part of the design. Even this edge is part of the design.”</w:t>
      </w:r>
    </w:p>
    <w:p>
      <w:r>
        <w:rPr>
          <w:rFonts w:ascii="IM Fell English" w:hAnsi="IM Fell English"/>
          <w:color w:val="141414"/>
          <w:sz w:val="24"/>
        </w:rPr>
        <w:t>They left her locked and breathing under the red bulb.</w:t>
      </w:r>
    </w:p>
    <w:p>
      <w:r>
        <w:rPr>
          <w:rFonts w:ascii="IM Fell English" w:hAnsi="IM Fell English"/>
          <w:color w:val="141414"/>
          <w:sz w:val="24"/>
        </w:rPr>
        <w:t>Jennifer was the last to rise. She kissed the inside of Jackie’s knee once, almost reverently, then followed her owners out into the outer chamber. Justin locked the iron door. The three of them stood for a moment in the relative dark listening to the faint, rougher sound of Jackie’s breathing on the other side of the brick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teacher had now missed five full evening reports. The provisional year was over. The final phase had a signature in black wax, two bodies on expensive carpet, and a woman bleeding under a red bulb who was finally, deliberately, teaching the family how to live without her while she was still alive enough to watch them learn the last of the cut.</w:t>
      </w:r>
    </w:p>
    <w:p>
      <w:r>
        <w:rPr>
          <w:rFonts w:ascii="IM Fell English" w:hAnsi="IM Fell English"/>
          <w:color w:val="141414"/>
          <w:sz w:val="24"/>
        </w:rPr>
        <w:t>Above the stills, in the room that had no windows and no calendar, Jackie sat in the iron chair and continued the ending she had arranged with her own mother — one night, one careful, savage, explicit hour at a time — while the twins and the Ghost carried nearly the full weight of the chair, and higher eyes, no longer entirely unseen, kept their patient count of how much further the blade still needed to cut before the lesson, and the chair, could finally be called complete.</w:t>
      </w:r>
    </w:p>
    <w:p>
      <w:pPr>
        <w:pStyle w:val="Heading1"/>
        <w:jc w:val="center"/>
      </w:pPr>
      <w:r>
        <w:rPr>
          <w:rFonts w:ascii="IM Fell English" w:hAnsi="IM Fell English"/>
          <w:color w:val="0D0D0D"/>
        </w:rPr>
        <w:t>CHAPTER 26 — THE MASTER BEDROOM, 1928</w:t>
      </w:r>
    </w:p>
    <w:p>
      <w:r>
        <w:rPr>
          <w:rFonts w:ascii="IM Fell English" w:hAnsi="IM Fell English"/>
          <w:color w:val="141414"/>
          <w:sz w:val="24"/>
        </w:rPr>
        <w:t>The black car returned at dusk on the fourth day of empty stairs.</w:t>
      </w:r>
    </w:p>
    <w:p>
      <w:r>
        <w:rPr>
          <w:rFonts w:ascii="IM Fell English" w:hAnsi="IM Fell English"/>
          <w:color w:val="141414"/>
          <w:sz w:val="24"/>
        </w:rPr>
        <w:t>It stopped in the middle of the street, engine idling. Jenna saw it through the front windows while the evening count was still being tallied. She closed the ledger without finishing, stood, and walked out through the main doors with the gold signet ring visible on her hand and the Ghost one step behind and to the left. Justin followed as far as the threshold and stopped.</w:t>
      </w:r>
    </w:p>
    <w:p>
      <w:r>
        <w:rPr>
          <w:rFonts w:ascii="IM Fell English" w:hAnsi="IM Fell English"/>
          <w:color w:val="141414"/>
          <w:sz w:val="24"/>
        </w:rPr>
        <w:t>Ashley Voss did not get out of the car. The rear window lowered just enough for the Headmistress’s voice to reach the sidewalk, quiet and absolute under the spring evening noise of the city.</w:t>
      </w:r>
    </w:p>
    <w:p>
      <w:r>
        <w:rPr>
          <w:rFonts w:ascii="IM Fell English" w:hAnsi="IM Fell English"/>
          <w:color w:val="141414"/>
          <w:sz w:val="24"/>
        </w:rPr>
        <w:t>“The final phase ends tomorrow night. She asked for the blade to be hers until the last possible cut. Tonight you will move her. Take her out of the chair and into the master bedroom you now occupy with Justin and the Ghost. Prepare the room. Prepare her. Tomorrow night she will have her last threesome exactly as she requested — the Ghost will kill her extremely slowly while making love to her, under your control, while Justin pleasures the Ghost. She has one final order she will give with her last breath. You will obey it. Afterward the Ghost remains at your feet. That is the only future she asked for her. That is the only future she will have.”</w:t>
      </w:r>
    </w:p>
    <w:p>
      <w:r>
        <w:rPr>
          <w:rFonts w:ascii="IM Fell English" w:hAnsi="IM Fell English"/>
          <w:color w:val="141414"/>
          <w:sz w:val="24"/>
        </w:rPr>
        <w:t>Jenna’s voice was steady. “We understand.”</w:t>
      </w:r>
    </w:p>
    <w:p>
      <w:r>
        <w:rPr>
          <w:rFonts w:ascii="IM Fell English" w:hAnsi="IM Fell English"/>
          <w:color w:val="141414"/>
          <w:sz w:val="24"/>
        </w:rPr>
        <w:t>Ashley’s eyes rested on Jennifer for a moment longer. “She trained you to kill like the wind. Tomorrow you will slow the wind until it becomes a lifetime of pain in a single night. Give her that. Do not make it fast. Do not make it clean. She wants to feel every second of the last cut she ever taught.”</w:t>
      </w:r>
    </w:p>
    <w:p>
      <w:r>
        <w:rPr>
          <w:rFonts w:ascii="IM Fell English" w:hAnsi="IM Fell English"/>
          <w:color w:val="141414"/>
          <w:sz w:val="24"/>
        </w:rPr>
        <w:t>The window closed. The black car pulled away into the traffic and was gone.</w:t>
      </w:r>
    </w:p>
    <w:p>
      <w:r>
        <w:rPr>
          <w:rFonts w:ascii="IM Fell English" w:hAnsi="IM Fell English"/>
          <w:color w:val="141414"/>
          <w:sz w:val="24"/>
        </w:rPr>
        <w:t>Jenna stood on the sidewalk for a long moment with the Ghost silent at her shoulder and the gold ring heavy on her hand. Then she turned and walked back inside. The captains were still waiting at the table. She finished the count without comment, issued the next day’s orders, and dismissed them. Only when the back-room door was locked and the three of them were alone did she speak.</w:t>
      </w:r>
    </w:p>
    <w:p>
      <w:r>
        <w:rPr>
          <w:rFonts w:ascii="IM Fell English" w:hAnsi="IM Fell English"/>
          <w:color w:val="141414"/>
          <w:sz w:val="24"/>
        </w:rPr>
        <w:t xml:space="preserve">“Tonight you will move her,” she said. “Tomorrow night, you finish it exactly as the Headmistress ordered and exactly as the teacher requested. The Ghost kills her slowly while making love to her. Justin pleasures the Ghost. I control the room. Her last breath will carry one final order; we will obey it.” </w:t>
      </w:r>
    </w:p>
    <w:p>
      <w:r>
        <w:rPr>
          <w:rFonts w:ascii="IM Fell English" w:hAnsi="IM Fell English"/>
          <w:color w:val="141414"/>
          <w:sz w:val="24"/>
        </w:rPr>
        <w:t>Justin’s jaw was tight, but he nodded. Jennifer’s eyes were dark and shining and completely claimed. She went to her knees between Jenna’s feet without being told and rested her cheek against her mistress’s thigh. Jenna’s fingers stroked her hair once, the gold ring bright against the dark strands, and the three of them stayed like that until the jazz downstairs had softened into the late-night set.</w:t>
      </w:r>
    </w:p>
    <w:p>
      <w:r>
        <w:rPr>
          <w:rFonts w:ascii="IM Fell English" w:hAnsi="IM Fell English"/>
          <w:color w:val="141414"/>
          <w:sz w:val="24"/>
        </w:rPr>
        <w:t>They climbed the stairs together.</w:t>
      </w:r>
    </w:p>
    <w:p>
      <w:r>
        <w:rPr>
          <w:rFonts w:ascii="IM Fell English" w:hAnsi="IM Fell English"/>
          <w:color w:val="141414"/>
          <w:sz w:val="24"/>
        </w:rPr>
        <w:t>The iron key turned.</w:t>
      </w:r>
    </w:p>
    <w:p>
      <w:r>
        <w:rPr>
          <w:rFonts w:ascii="IM Fell English" w:hAnsi="IM Fell English"/>
          <w:color w:val="141414"/>
          <w:sz w:val="24"/>
        </w:rPr>
        <w:t>Jackie sat in the metal chair under the red bulb, the living ledger of the test almost finished. The scars on her thighs and lower belly had closed into dark, tight maps that would never fully fade. The exhaustion in her face had settled into something quieter and almost peaceful. Her eyes opened when they entered, still clear, and for the first time in months she did not ask for the report.</w:t>
      </w:r>
    </w:p>
    <w:p>
      <w:r>
        <w:rPr>
          <w:rFonts w:ascii="IM Fell English" w:hAnsi="IM Fell English"/>
          <w:color w:val="141414"/>
          <w:sz w:val="24"/>
        </w:rPr>
        <w:t>“She came,” Jackie said. It was not a question.</w:t>
      </w:r>
    </w:p>
    <w:p>
      <w:r>
        <w:rPr>
          <w:rFonts w:ascii="IM Fell English" w:hAnsi="IM Fell English"/>
          <w:color w:val="141414"/>
          <w:sz w:val="24"/>
        </w:rPr>
        <w:t>“She came,” Jenna answered. “Tonight we move you. Tomorrow night you get the last threesome you asked for. The Ghost will kill you extremely slowly while making love to you. Justin will pleasure the Ghost while she does it. I will control the room. Your last breath will carry one final order. We will obey it. Afterward the Ghost remains at my feet. That is the only future you asked for her.”</w:t>
      </w:r>
    </w:p>
    <w:p>
      <w:r>
        <w:rPr>
          <w:rFonts w:ascii="IM Fell English" w:hAnsi="IM Fell English"/>
          <w:color w:val="141414"/>
          <w:sz w:val="24"/>
        </w:rPr>
        <w:t>Jackie studied the three of them for a long moment. The pride and the farewell in her bloodied face were complete and calm.</w:t>
      </w:r>
    </w:p>
    <w:p>
      <w:r>
        <w:rPr>
          <w:rFonts w:ascii="IM Fell English" w:hAnsi="IM Fell English"/>
          <w:color w:val="141414"/>
          <w:sz w:val="24"/>
        </w:rPr>
        <w:t>“Better. That is exactly the ending I requested.” Her voice was thinner than it had ever been, but the authority in it had not faded. “Unlock me. I want to walk to the bedroom on my own feet while I still can.”</w:t>
      </w:r>
    </w:p>
    <w:p>
      <w:r>
        <w:rPr>
          <w:rFonts w:ascii="IM Fell English" w:hAnsi="IM Fell English"/>
          <w:color w:val="141414"/>
          <w:sz w:val="24"/>
        </w:rPr>
        <w:t>Justin unlocked the wrists and ankles. Jackie’s body folded forward for a moment under its own weight, then straightened with the last of the teacher’s will. She stepped out of the iron chair on unsteady legs. Jennifer stripped the black dress over her head without being told and draped it around the teacher’s shoulders like a cloak. Jenna took Jackie’s left arm. Justin took her right. The Ghost walked ahead and opened every door.</w:t>
      </w:r>
    </w:p>
    <w:p>
      <w:r>
        <w:rPr>
          <w:rFonts w:ascii="IM Fell English" w:hAnsi="IM Fell English"/>
          <w:color w:val="141414"/>
          <w:sz w:val="24"/>
        </w:rPr>
        <w:t>They moved her slowly through the outer chamber, down the short private corridor the family kept for blood only, and into the master bedroom that had once been Jackie’s and now belonged to Jenna, Justin, and the Ghost. The room was large, dark-wooded, and already prepared: heavy curtains drawn, a single lamp burning low, the wide bed stripped to black sheets, restraints ready at the posts but not yet used, a bottle of the family’s better whiskey and three glasses on the side table, a basin of clean water and cloths. The air smelled of polish, old smoke, and the faint copper memory of the year that was ending.</w:t>
      </w:r>
    </w:p>
    <w:p>
      <w:r>
        <w:rPr>
          <w:rFonts w:ascii="IM Fell English" w:hAnsi="IM Fell English"/>
          <w:color w:val="141414"/>
          <w:sz w:val="24"/>
        </w:rPr>
        <w:t>Jackie stood in the center of the room on her own feet for a long moment, the black dress open over the living ledger of scars and bruises, and looked at the bed that had once been hers.</w:t>
      </w:r>
    </w:p>
    <w:p>
      <w:r>
        <w:rPr>
          <w:rFonts w:ascii="IM Fell English" w:hAnsi="IM Fell English"/>
          <w:color w:val="141414"/>
          <w:sz w:val="24"/>
        </w:rPr>
        <w:t>“This is better than the chair,” she said quietly. “This is where the last cut should happen.”</w:t>
      </w:r>
    </w:p>
    <w:p>
      <w:r>
        <w:rPr>
          <w:rFonts w:ascii="IM Fell English" w:hAnsi="IM Fell English"/>
          <w:color w:val="141414"/>
          <w:sz w:val="24"/>
        </w:rPr>
        <w:t>Jenna guided her to the edge of the bed and helped her sit. Justin poured whiskey into one of the glasses and held it to the teacher’s lips. Jackie drank. A thin line of liquor and blood ran from the corner of her mouth. Jennifer leaned in and licked it away without being told.</w:t>
      </w:r>
    </w:p>
    <w:p>
      <w:r>
        <w:rPr>
          <w:rFonts w:ascii="IM Fell English" w:hAnsi="IM Fell English"/>
          <w:color w:val="141414"/>
          <w:sz w:val="24"/>
        </w:rPr>
        <w:t>Jackie lifted a hand that still trembled from the long months in iron and rested it against the Ghost’s cheek.</w:t>
      </w:r>
    </w:p>
    <w:p>
      <w:r>
        <w:rPr>
          <w:rFonts w:ascii="IM Fell English" w:hAnsi="IM Fell English"/>
          <w:color w:val="141414"/>
          <w:sz w:val="24"/>
        </w:rPr>
        <w:t>“Tomorrow,” she whispered. “You will kill me extremely slowly while you make love to me. You will use everything I taught you, but you will slow the wind until every second hurts the way I want it to hurt. Justin will be inside you the entire time. Jenna will watch and control the room. When I can no longer speak, you will still not finish me until Jenna gives the order. Do you understand?”</w:t>
      </w:r>
    </w:p>
    <w:p>
      <w:r>
        <w:rPr>
          <w:rFonts w:ascii="IM Fell English" w:hAnsi="IM Fell English"/>
          <w:color w:val="141414"/>
          <w:sz w:val="24"/>
        </w:rPr>
        <w:t>Jennifer’s eyes were wet and shining and completely claimed.</w:t>
      </w:r>
    </w:p>
    <w:p>
      <w:r>
        <w:rPr>
          <w:rFonts w:ascii="IM Fell English" w:hAnsi="IM Fell English"/>
          <w:color w:val="141414"/>
          <w:sz w:val="24"/>
        </w:rPr>
        <w:t>“Yes, teacher. Yes, mistress.” She glanced at Jenna for confirmation. Jenna nodded once. “Only her word ends it.”</w:t>
      </w:r>
    </w:p>
    <w:p>
      <w:r>
        <w:rPr>
          <w:rFonts w:ascii="IM Fell English" w:hAnsi="IM Fell English"/>
          <w:color w:val="141414"/>
          <w:sz w:val="24"/>
        </w:rPr>
        <w:t>Jackie settled back against the pillows Jenna arranged behind her, the black dress open, the ledger of the test on full display under the low lamp. The exhaustion in her face had become almost peaceful.</w:t>
      </w:r>
    </w:p>
    <w:p>
      <w:r>
        <w:rPr>
          <w:rFonts w:ascii="IM Fell English" w:hAnsi="IM Fell English"/>
          <w:color w:val="141414"/>
          <w:sz w:val="24"/>
        </w:rPr>
        <w:t>“Then leave me here tonight. No more work. No more belt. No more hands. I want this body quiet and ready for the last threesome. Tomorrow night you will give me the cut I asked for, exactly as the Headmistress ordered and exactly as I designed it. Afterward the Ghost remains at Jenna’s feet. That is the only future I asked for her. That is the only future she will have.”</w:t>
      </w:r>
    </w:p>
    <w:p>
      <w:r>
        <w:rPr>
          <w:rFonts w:ascii="IM Fell English" w:hAnsi="IM Fell English"/>
          <w:color w:val="141414"/>
          <w:sz w:val="24"/>
        </w:rPr>
        <w:t>Jenna leaned down and kissed her bloodied mouth once, slow and careful of the split lip, and rested her forehead against Jackie’s for a longer moment than she had ever allowed herself before.</w:t>
      </w:r>
    </w:p>
    <w:p>
      <w:r>
        <w:rPr>
          <w:rFonts w:ascii="IM Fell English" w:hAnsi="IM Fell English"/>
          <w:color w:val="141414"/>
          <w:sz w:val="24"/>
        </w:rPr>
        <w:t>“We won’t fail the final phase.”</w:t>
      </w:r>
    </w:p>
    <w:p>
      <w:r>
        <w:rPr>
          <w:rFonts w:ascii="IM Fell English" w:hAnsi="IM Fell English"/>
          <w:color w:val="141414"/>
          <w:sz w:val="24"/>
        </w:rPr>
        <w:t>“I know,” Jackie murmured. “That’s why the Ghost now answers only to you. That’s why the higher families are holding their breath. That’s why the captains no longer look at the ceiling. The lesson is running exactly as I designed it. Even this quiet night in my old bed is part of the design.”</w:t>
      </w:r>
    </w:p>
    <w:p>
      <w:r>
        <w:rPr>
          <w:rFonts w:ascii="IM Fell English" w:hAnsi="IM Fell English"/>
          <w:color w:val="141414"/>
          <w:sz w:val="24"/>
        </w:rPr>
        <w:t>They left her there — unlocked, breathing, resting on the black sheets of the master bedroom that no longer belonged to her — and closed the door softly behind them.</w:t>
      </w:r>
    </w:p>
    <w:p>
      <w:r>
        <w:rPr>
          <w:rFonts w:ascii="IM Fell English" w:hAnsi="IM Fell English"/>
          <w:color w:val="141414"/>
          <w:sz w:val="24"/>
        </w:rPr>
        <w:t>In the outer corridor Jennifer went to her knees at Jenna’s feet without being told and rested her cheek against her mistress’s thigh. Justin locked the bedroom door from the outside so the teacher would not be disturbed. The three of them stood for a moment in the relative dark listening to the faint, quieter sound of Jackie’s breathing on the other side of the wood before Jenna took the Ghost by the collar and led her downstairs.</w:t>
      </w:r>
    </w:p>
    <w:p>
      <w:r>
        <w:rPr>
          <w:rFonts w:ascii="IM Fell English" w:hAnsi="IM Fell English"/>
          <w:color w:val="141414"/>
          <w:sz w:val="24"/>
        </w:rPr>
        <w:t>The speakeasy was still open. Jazz leaked up the stairwell. Captains drank and counted money and carefully did not ask why the Headmistress’s black car had been seen in the street again or why the twins and the Ghost came down the stairs with the quiet finality of a lesson that had reached its last night of preparation.</w:t>
      </w:r>
    </w:p>
    <w:p>
      <w:r>
        <w:rPr>
          <w:rFonts w:ascii="IM Fell English" w:hAnsi="IM Fell English"/>
          <w:color w:val="141414"/>
          <w:sz w:val="24"/>
        </w:rPr>
        <w:t>Above the stills the iron chair stood empty.</w:t>
      </w:r>
    </w:p>
    <w:p>
      <w:r>
        <w:rPr>
          <w:rFonts w:ascii="IM Fell English" w:hAnsi="IM Fell English"/>
          <w:color w:val="141414"/>
          <w:sz w:val="24"/>
        </w:rPr>
        <w:t>In the master bedroom the teacher who had arranged her own ending rested on black sheets and waited for the last threesome of her life — the slow, intimate, extremely painful cut she had requested from the hound she had trained, under the control of the new hand that wore the ring, while the final phase of the family of pure Hell prepared to close exactly as she had designed it.</w:t>
      </w:r>
    </w:p>
    <w:p>
      <w:r>
        <w:rPr>
          <w:rFonts w:ascii="IM Fell English" w:hAnsi="IM Fell English"/>
          <w:color w:val="141414"/>
          <w:sz w:val="24"/>
        </w:rPr>
        <w:t>The Ghost remained at Jenna’s feet.</w:t>
      </w:r>
    </w:p>
    <w:p>
      <w:r>
        <w:rPr>
          <w:rFonts w:ascii="IM Fell English" w:hAnsi="IM Fell English"/>
          <w:color w:val="141414"/>
          <w:sz w:val="24"/>
        </w:rPr>
        <w:t>The chair downstairs was the only chair left that still required a living body.</w:t>
      </w:r>
    </w:p>
    <w:p>
      <w:r>
        <w:rPr>
          <w:rFonts w:ascii="IM Fell English" w:hAnsi="IM Fell English"/>
          <w:color w:val="141414"/>
          <w:sz w:val="24"/>
        </w:rPr>
        <w:t>And the higher eyes that had watched the entire year kept their patient count of the single night that still remained.</w:t>
      </w:r>
    </w:p>
    <w:p>
      <w:pPr>
        <w:pStyle w:val="Heading1"/>
        <w:jc w:val="center"/>
      </w:pPr>
      <w:r>
        <w:rPr>
          <w:rFonts w:ascii="IM Fell English" w:hAnsi="IM Fell English"/>
          <w:color w:val="0D0D0D"/>
        </w:rPr>
        <w:t>CHAPTER 27 — THE LAST THREESOME, 1928</w:t>
      </w:r>
    </w:p>
    <w:p>
      <w:r>
        <w:rPr>
          <w:rFonts w:ascii="IM Fell English" w:hAnsi="IM Fell English"/>
          <w:color w:val="141414"/>
          <w:sz w:val="24"/>
        </w:rPr>
        <w:t>The master bedroom was already prepared when they entered at dusk.</w:t>
      </w:r>
    </w:p>
    <w:p>
      <w:r>
        <w:rPr>
          <w:rFonts w:ascii="IM Fell English" w:hAnsi="IM Fell English"/>
          <w:color w:val="141414"/>
          <w:sz w:val="24"/>
        </w:rPr>
        <w:t>Black sheets. Low lamp. Whiskey and clean cloths on the side table. The heavy curtains drawn against the spring evening. Jackie rested exactly where they had left her the night before — unlocked, breathing, the living ledger of scars and bruises on full display against the dark linen. Her eyes opened when the three of them stepped inside, still clear, and the smallest, sharpest smile of pure satisfaction touched her bloodied mouth.</w:t>
      </w:r>
    </w:p>
    <w:p>
      <w:r>
        <w:rPr>
          <w:rFonts w:ascii="IM Fell English" w:hAnsi="IM Fell English"/>
          <w:color w:val="141414"/>
          <w:sz w:val="24"/>
        </w:rPr>
        <w:t>“Tonight,” she said. It was not a question.</w:t>
      </w:r>
    </w:p>
    <w:p>
      <w:r>
        <w:rPr>
          <w:rFonts w:ascii="IM Fell English" w:hAnsi="IM Fell English"/>
          <w:color w:val="141414"/>
          <w:sz w:val="24"/>
        </w:rPr>
        <w:t>“Tonight,” Jenna answered. The gold signet ring caught the lamplight. “Exactly as you requested. Exactly as the Headmistress ordered.”</w:t>
      </w:r>
    </w:p>
    <w:p>
      <w:r>
        <w:rPr>
          <w:rFonts w:ascii="IM Fell English" w:hAnsi="IM Fell English"/>
          <w:color w:val="141414"/>
          <w:sz w:val="24"/>
        </w:rPr>
        <w:t>Jennifer stripped the black dress over her head without being told and stood naked except for the collar. Justin closed and locked the door. Jenna took her position in the armchair at the foot of the bed, spine straight, the ring bright on her hand, the full control of the room already settled into her posture.</w:t>
      </w:r>
    </w:p>
    <w:p>
      <w:r>
        <w:rPr>
          <w:rFonts w:ascii="IM Fell English" w:hAnsi="IM Fell English"/>
          <w:color w:val="141414"/>
          <w:sz w:val="24"/>
        </w:rPr>
        <w:t>Jackie looked at Justin first.</w:t>
      </w:r>
    </w:p>
    <w:p>
      <w:r>
        <w:rPr>
          <w:rFonts w:ascii="IM Fell English" w:hAnsi="IM Fell English"/>
          <w:color w:val="141414"/>
          <w:sz w:val="24"/>
        </w:rPr>
        <w:t>“Make love to me. Not the belt. Not the fists. The way you did in the beginning, before the final phase started cutting so deep. I want to feel that once more before the Ghost begins.”</w:t>
      </w:r>
    </w:p>
    <w:p>
      <w:r>
        <w:rPr>
          <w:rFonts w:ascii="IM Fell English" w:hAnsi="IM Fell English"/>
          <w:color w:val="141414"/>
          <w:sz w:val="24"/>
        </w:rPr>
        <w:t>Justin undressed in silence. He climbed onto the black sheets carefully, as if the body beneath him were already sacred and still dangerous. He kissed her slow and deep, tasting copper and whiskey and the full year of the test. Jackie’s hands — thin, scarred, still steady enough — rose to his shoulders and held on. He entered her with a single, measured thrust and then made love to her the way she had asked: deep, unhurried, almost tender, one hand braced beside her head, the other stroking the dark map of scars on her thigh. Jackie came once with a raw, broken sound that was almost a laugh and almost a sob. Justin kept the same slow rhythm until she came again, shaking, before he buried himself deep and finished inside her with a low, punched-out groan that carried every night of the room above the stills.</w:t>
      </w:r>
    </w:p>
    <w:p>
      <w:r>
        <w:rPr>
          <w:rFonts w:ascii="IM Fell English" w:hAnsi="IM Fell English"/>
          <w:color w:val="141414"/>
          <w:sz w:val="24"/>
        </w:rPr>
        <w:t>He stayed inside her until the last tremor passed. Then he pulled out, kissed the corner of her bloodied mouth, and moved aside.</w:t>
      </w:r>
    </w:p>
    <w:p>
      <w:r>
        <w:rPr>
          <w:rFonts w:ascii="IM Fell English" w:hAnsi="IM Fell English"/>
          <w:color w:val="141414"/>
          <w:sz w:val="24"/>
        </w:rPr>
        <w:t>Jackie turned her head on the pillow and looked at the Ghost.</w:t>
      </w:r>
    </w:p>
    <w:p>
      <w:r>
        <w:rPr>
          <w:rFonts w:ascii="IM Fell English" w:hAnsi="IM Fell English"/>
          <w:color w:val="141414"/>
          <w:sz w:val="24"/>
        </w:rPr>
        <w:t>“Now,” she whispered. “Kill me extremely slowly while you make love to me. Use everything I taught you. Slow the wind until every second hurts the way I want it to hurt. Justin will be inside you the entire time. Jenna controls the room. You do not finish me until she gives the order. Do you understand?”</w:t>
      </w:r>
    </w:p>
    <w:p>
      <w:r>
        <w:rPr>
          <w:rFonts w:ascii="IM Fell English" w:hAnsi="IM Fell English"/>
          <w:color w:val="141414"/>
          <w:sz w:val="24"/>
        </w:rPr>
        <w:t>Jennifer’s eyes were wet and shining and completely claimed.</w:t>
      </w:r>
    </w:p>
    <w:p>
      <w:r>
        <w:rPr>
          <w:rFonts w:ascii="IM Fell English" w:hAnsi="IM Fell English"/>
          <w:color w:val="141414"/>
          <w:sz w:val="24"/>
        </w:rPr>
        <w:t>“Yes, teacher. Yes, mistress.”</w:t>
      </w:r>
    </w:p>
    <w:p>
      <w:r>
        <w:rPr>
          <w:rFonts w:ascii="IM Fell English" w:hAnsi="IM Fell English"/>
          <w:color w:val="141414"/>
          <w:sz w:val="24"/>
        </w:rPr>
        <w:t>She climbed onto the bed and settled between Jackie’s thighs. She kissed her former owner deep and filthy and reverent, tasting the copper and the whiskey and the come Justin had left inside her. Then she began to make love to her exactly as ordered — mouth on her throat, her breasts, the scarred map of her stomach, two fingers sliding into the wet heat Justin had already filled — while her other hand began the cut.</w:t>
      </w:r>
    </w:p>
    <w:p>
      <w:r>
        <w:rPr>
          <w:rFonts w:ascii="IM Fell English" w:hAnsi="IM Fell English"/>
          <w:color w:val="141414"/>
          <w:sz w:val="24"/>
        </w:rPr>
        <w:t>She did it extremely slowly.</w:t>
      </w:r>
    </w:p>
    <w:p>
      <w:r>
        <w:rPr>
          <w:rFonts w:ascii="IM Fell English" w:hAnsi="IM Fell English"/>
          <w:color w:val="141414"/>
          <w:sz w:val="24"/>
        </w:rPr>
        <w:t>The hands Jackie had trained to kill like the wind moved with deliberate, almost loving precision. Pressure on the sides of the throat just shy of the end, then release, then deeper pressure. Fingers finding the places under the ribs and along the neck and the inner thighs that the teacher herself had once mapped on traitors and rivals. The slow, careful theft of breath and blood while Jennifer’s mouth and free hand continued to make love to every inch of the body she was ending. Jackie’s back arched. Fresh blood ran from the corner of her mouth and from the new, precise wounds the Ghost opened one by one. She came against Jennifer’s fingers with a raw, broken cry that was pure pain and pure pleasure and pure farewell.</w:t>
      </w:r>
    </w:p>
    <w:p>
      <w:r>
        <w:rPr>
          <w:rFonts w:ascii="IM Fell English" w:hAnsi="IM Fell English"/>
          <w:color w:val="141414"/>
          <w:sz w:val="24"/>
        </w:rPr>
        <w:t>Justin moved behind the Ghost, gripped her hips, and pushed into her in one slow, deep thrust. Jennifer’s breath left her in a soft, punched-out sound against Jackie’s throat, but her hands never stopped the cut and never stopped the lovemaking. Justin fucked her with the same measured rhythm she was using to kill — deep, relentless, one hand locked in her hair so every thrust pushed her forward into the work of the death, the other braced on the bed beside Jackie’s shoulder. Jenna watched from the armchair without speaking, the gold ring bright on her hand, controlling the room by presence alone.</w:t>
      </w:r>
    </w:p>
    <w:p>
      <w:r>
        <w:rPr>
          <w:rFonts w:ascii="IM Fell English" w:hAnsi="IM Fell English"/>
          <w:color w:val="141414"/>
          <w:sz w:val="24"/>
        </w:rPr>
        <w:t>The cut lasted a long time.</w:t>
      </w:r>
    </w:p>
    <w:p>
      <w:r>
        <w:rPr>
          <w:rFonts w:ascii="IM Fell English" w:hAnsi="IM Fell English"/>
          <w:color w:val="141414"/>
          <w:sz w:val="24"/>
        </w:rPr>
        <w:t>Jackie took it the way she had taken every night of the final phase — open-eyed, measuring, teaching even while the life was being taken from her one controlled, agonizing second at a time. She came again against Jennifer’s mouth. She came a third time when Justin’s rhythm forced the Ghost harder against her and the slow pressure on her throat and under her ribs deepened into something that could no longer be survived. Blood soaked the black sheets in widening maps. Jennifer licked it away from the teacher’s mouth and breasts and scarred stomach without breaking the rhythm of the kill or the rhythm of the cock inside her.</w:t>
      </w:r>
    </w:p>
    <w:p>
      <w:r>
        <w:rPr>
          <w:rFonts w:ascii="IM Fell English" w:hAnsi="IM Fell English"/>
          <w:color w:val="141414"/>
          <w:sz w:val="24"/>
        </w:rPr>
        <w:t>Jackie’s eyes stayed open until the very end.</w:t>
      </w:r>
    </w:p>
    <w:p>
      <w:r>
        <w:rPr>
          <w:rFonts w:ascii="IM Fell English" w:hAnsi="IM Fell English"/>
          <w:color w:val="141414"/>
          <w:sz w:val="24"/>
        </w:rPr>
        <w:t>When the last light finally began to leave them she lifted one trembling hand, rested it against the Ghost’s cheek, and forced the last words out on a thread of breath that was almost gone.</w:t>
      </w:r>
    </w:p>
    <w:p>
      <w:r>
        <w:rPr>
          <w:rFonts w:ascii="IM Fell English" w:hAnsi="IM Fell English"/>
          <w:color w:val="141414"/>
          <w:sz w:val="24"/>
        </w:rPr>
        <w:t>“Justin… pregnant the Ghost… Jenna will approve… teacher’s last… request…”</w:t>
      </w:r>
    </w:p>
    <w:p>
      <w:r>
        <w:rPr>
          <w:rFonts w:ascii="IM Fell English" w:hAnsi="IM Fell English"/>
          <w:color w:val="141414"/>
          <w:sz w:val="24"/>
        </w:rPr>
        <w:t>The final word dissolved into a wet, broken sound. Jennifer felt the exact moment the teacher stopped being a teacher and became only a body. She held the pressure for three more heartbeats to be certain, then looked at Jenna.</w:t>
      </w:r>
    </w:p>
    <w:p>
      <w:r>
        <w:rPr>
          <w:rFonts w:ascii="IM Fell English" w:hAnsi="IM Fell English"/>
          <w:color w:val="141414"/>
          <w:sz w:val="24"/>
        </w:rPr>
        <w:t>Jenna’s voice was soft, almost gentle, and absolute.</w:t>
      </w:r>
    </w:p>
    <w:p>
      <w:r>
        <w:rPr>
          <w:rFonts w:ascii="IM Fell English" w:hAnsi="IM Fell English"/>
          <w:color w:val="141414"/>
          <w:sz w:val="24"/>
        </w:rPr>
        <w:t>“Finish it.”</w:t>
      </w:r>
    </w:p>
    <w:p>
      <w:r>
        <w:rPr>
          <w:rFonts w:ascii="IM Fell English" w:hAnsi="IM Fell English"/>
          <w:color w:val="141414"/>
          <w:sz w:val="24"/>
        </w:rPr>
        <w:t>Jennifer finished it.</w:t>
      </w:r>
    </w:p>
    <w:p>
      <w:r>
        <w:rPr>
          <w:rFonts w:ascii="IM Fell English" w:hAnsi="IM Fell English"/>
          <w:color w:val="141414"/>
          <w:sz w:val="24"/>
        </w:rPr>
        <w:t>Jackie’s last breath left her in a long, slow exhale against the Ghost’s mouth. The smallest, sharpest smile of pure satisfaction was still on her bloodied lips when the light went out completely. Jennifer stayed over her, forehead pressed to the teacher’s, breathing hard, Justin still buried deep inside her from behind, until Jenna spoke again.</w:t>
      </w:r>
    </w:p>
    <w:p>
      <w:r>
        <w:rPr>
          <w:rFonts w:ascii="IM Fell English" w:hAnsi="IM Fell English"/>
          <w:color w:val="141414"/>
          <w:sz w:val="24"/>
        </w:rPr>
        <w:t>“She’s gone. Now obey her last request.”</w:t>
      </w:r>
    </w:p>
    <w:p>
      <w:r>
        <w:rPr>
          <w:rFonts w:ascii="IM Fell English" w:hAnsi="IM Fell English"/>
          <w:color w:val="141414"/>
          <w:sz w:val="24"/>
        </w:rPr>
        <w:t>Justin pulled out of the Ghost, still hard, and looked at the two living women and the corpse of the woman who had raised them. Jenna stood, stripped the black dress over her head, and climbed onto the bed on one side of Jackie’s body. Jennifer stayed on the other side. The gold signet ring and the collar were the only things either of them still wore.</w:t>
      </w:r>
    </w:p>
    <w:p>
      <w:r>
        <w:rPr>
          <w:rFonts w:ascii="IM Fell English" w:hAnsi="IM Fell English"/>
          <w:color w:val="141414"/>
          <w:sz w:val="24"/>
        </w:rPr>
        <w:t>Justin moved between them on his knees, the black sheets already soaked with the teacher’s blood. He pushed into Jennifer first — deep, claiming, one hand braced on the cooling corpse beside them — and fucked the Ghost with the full weight of the year and the final order while Jenna watched and stroked the dead woman’s scarred thigh as if still learning the last lesson. Jennifer came with a raw, broken cry that was almost Jackie’s name and almost Jenna’s. Justin followed hard, emptying the first of himself deep into the Ghost, flooding her while the teacher’s blood slicked both their skin.</w:t>
      </w:r>
    </w:p>
    <w:p>
      <w:r>
        <w:rPr>
          <w:rFonts w:ascii="IM Fell English" w:hAnsi="IM Fell English"/>
          <w:color w:val="141414"/>
          <w:sz w:val="24"/>
        </w:rPr>
        <w:t>He pulled out, still hard, and turned to Jenna.</w:t>
      </w:r>
    </w:p>
    <w:p>
      <w:r>
        <w:rPr>
          <w:rFonts w:ascii="IM Fell English" w:hAnsi="IM Fell English"/>
          <w:color w:val="141414"/>
          <w:sz w:val="24"/>
        </w:rPr>
        <w:t>He pushed into his wife with the same deep, claiming force, one hand locked around the back of her neck, the other still resting on Jackie’s blood-slick hip. Jenna took him the way she had taken the entire final phase — open, fierce, unbroken — and came with a low, guttural sound while the Ghost leaned across the corpse and kissed her through it. Justin emptied the second of himself deep into Jenna, flooding her while the teacher’s blood soaked higher on all three of them.</w:t>
      </w:r>
    </w:p>
    <w:p>
      <w:r>
        <w:rPr>
          <w:rFonts w:ascii="IM Fell English" w:hAnsi="IM Fell English"/>
          <w:color w:val="141414"/>
          <w:sz w:val="24"/>
        </w:rPr>
        <w:t>He was not finished.</w:t>
      </w:r>
    </w:p>
    <w:p>
      <w:r>
        <w:rPr>
          <w:rFonts w:ascii="IM Fell English" w:hAnsi="IM Fell English"/>
          <w:color w:val="141414"/>
          <w:sz w:val="24"/>
        </w:rPr>
        <w:t>He pulled out, breathing like a man who had run for years without stopping, and looked at the two women and the body between them. Jennifer and Jenna moved together without being told — the Ghost straddling Jackie’s blood-soaked hips facing Jenna, Jenna rising onto her knees so the two of them could share Justin’s cock while they knelt over the corpse of their teacher. He pushed into Jennifer again, then into Jenna, alternating with short, savage thrusts while both women ground down against the cooling body and against each other. Blood covered their thighs, their stomachs, their breasts, their hands. It painted Justin’s cock and stomach and chest every time he moved from one to the other. Jennifer came first, shaking and crying out against Jenna’s mouth. Jenna followed, biting the Ghost’s shoulder hard enough to draw fresh blood that mixed with the teacher’s. Justin lasted only a few more thrusts before he buried himself to the hilt in Jenna, emptied the last of himself in a long, broken groan, then pulled out and pushed the final pulses into Jennifer so that both of his beloved whores carried the teacher’s last request.</w:t>
      </w:r>
    </w:p>
    <w:p>
      <w:r>
        <w:rPr>
          <w:rFonts w:ascii="IM Fell English" w:hAnsi="IM Fell English"/>
          <w:color w:val="141414"/>
          <w:sz w:val="24"/>
        </w:rPr>
        <w:t>He collapsed forward across all three of them — the two living and the one dead — chest heaving, spent completely, his skin and theirs and the black sheets beneath them a single wet map of Jackie’s blood and his come and the year-long test that had finally reached its last cut.</w:t>
      </w:r>
    </w:p>
    <w:p>
      <w:r>
        <w:rPr>
          <w:rFonts w:ascii="IM Fell English" w:hAnsi="IM Fell English"/>
          <w:color w:val="141414"/>
          <w:sz w:val="24"/>
        </w:rPr>
        <w:t>Silence settled over the master bedroom except for the sound of three people breathing and the soft, steady drip of blood from the soaked sheets onto the floorboards.</w:t>
      </w:r>
    </w:p>
    <w:p>
      <w:r>
        <w:rPr>
          <w:rFonts w:ascii="IM Fell English" w:hAnsi="IM Fell English"/>
          <w:color w:val="141414"/>
          <w:sz w:val="24"/>
        </w:rPr>
        <w:t>Jenna’s hand found the Ghost’s hair, the gold ring bright even through the red.</w:t>
      </w:r>
    </w:p>
    <w:p>
      <w:r>
        <w:rPr>
          <w:rFonts w:ascii="IM Fell English" w:hAnsi="IM Fell English"/>
          <w:color w:val="141414"/>
          <w:sz w:val="24"/>
        </w:rPr>
        <w:t>“Only me,” she whispered.</w:t>
      </w:r>
    </w:p>
    <w:p>
      <w:r>
        <w:rPr>
          <w:rFonts w:ascii="IM Fell English" w:hAnsi="IM Fell English"/>
          <w:color w:val="141414"/>
          <w:sz w:val="24"/>
        </w:rPr>
        <w:t>“Only you,” Jennifer answered, voice soft and steady and completely claimed, the teacher’s blood still on her mouth and the teacher’s last request already taking root inside her.</w:t>
      </w:r>
    </w:p>
    <w:p>
      <w:r>
        <w:rPr>
          <w:rFonts w:ascii="IM Fell English" w:hAnsi="IM Fell English"/>
          <w:color w:val="141414"/>
          <w:sz w:val="24"/>
        </w:rPr>
        <w:t>Justin lay across them, empty, the final phase closed exactly as the dead whore had designed it — one last threesome, one extremely slow and painful kill by the hound she had trained, one final order obeyed on top of her own corpse, and the family of pure Hell left in the hands of the new Head, the man who had learned the black heart, and the loyal Ghost who would never kneel for anyone else again.</w:t>
      </w:r>
    </w:p>
    <w:p>
      <w:r>
        <w:rPr>
          <w:rFonts w:ascii="IM Fell English" w:hAnsi="IM Fell English"/>
          <w:color w:val="141414"/>
          <w:sz w:val="24"/>
        </w:rPr>
        <w:t>The higher eyes that had watched the entire year finally closed the ledger.</w:t>
      </w:r>
    </w:p>
    <w:p>
      <w:r>
        <w:rPr>
          <w:rFonts w:ascii="IM Fell English" w:hAnsi="IM Fell English"/>
          <w:color w:val="141414"/>
          <w:sz w:val="24"/>
        </w:rPr>
        <w:t>The teacher was gone.</w:t>
      </w:r>
    </w:p>
    <w:p>
      <w:r>
        <w:rPr>
          <w:rFonts w:ascii="IM Fell English" w:hAnsi="IM Fell English"/>
          <w:color w:val="141414"/>
          <w:sz w:val="24"/>
        </w:rPr>
        <w:t>The chair downstairs was the only chair left.</w:t>
      </w:r>
    </w:p>
    <w:p>
      <w:r>
        <w:rPr>
          <w:rFonts w:ascii="IM Fell English" w:hAnsi="IM Fell English"/>
          <w:color w:val="141414"/>
          <w:sz w:val="24"/>
        </w:rPr>
        <w:t>And the three who remained stayed tangled in her blood until the lamp burned low and the spring night outside the heavy curtains moved on without her.</w:t>
      </w:r>
    </w:p>
    <w:p>
      <w:pPr>
        <w:pStyle w:val="Heading1"/>
        <w:jc w:val="center"/>
      </w:pPr>
      <w:r>
        <w:rPr>
          <w:rFonts w:ascii="IM Fell English" w:hAnsi="IM Fell English"/>
          <w:color w:val="0D0D0D"/>
        </w:rPr>
        <w:t>CHAPTER 28 — CUT, PRINT</w:t>
      </w:r>
    </w:p>
    <w:p>
      <w:r>
        <w:rPr>
          <w:rFonts w:ascii="IM Fell English" w:hAnsi="IM Fell English"/>
          <w:color w:val="141414"/>
          <w:sz w:val="24"/>
        </w:rPr>
        <w:t xml:space="preserve">The stage blood was still gleaming on the black sheets when a sharp, authoritative voice sliced through the intensity of the room. </w:t>
      </w:r>
    </w:p>
    <w:p>
      <w:r>
        <w:rPr>
          <w:rFonts w:ascii="IM Fell English" w:hAnsi="IM Fell English"/>
          <w:color w:val="141414"/>
          <w:sz w:val="24"/>
        </w:rPr>
        <w:t>“Cut, print.”</w:t>
      </w:r>
    </w:p>
    <w:p>
      <w:r>
        <w:rPr>
          <w:rFonts w:ascii="IM Fell English" w:hAnsi="IM Fell English"/>
          <w:color w:val="141414"/>
          <w:sz w:val="24"/>
        </w:rPr>
        <w:t xml:space="preserve">For several heartbeats, the set remained frozen. The red practical lights hummed, and the heavy atmosphere—a mix of artificial blood, genuine perspiration, and prop spirits—clung to the master-bedroom set. Then, as the production lights rose in gradual banks, the world of 1928 dissolved like a discarded garment. </w:t>
      </w:r>
    </w:p>
    <w:p>
      <w:r>
        <w:rPr>
          <w:rFonts w:ascii="IM Fell English" w:hAnsi="IM Fell English"/>
          <w:color w:val="141414"/>
          <w:sz w:val="24"/>
        </w:rPr>
        <w:t xml:space="preserve">Ashley Voss—one of Lilith’s twin daughters, still in the severe black coat and gloves she had worn as the Headmistress—pulled the hat off, ran a hand through her hair, and laughed once, sharp and disbelieving. </w:t>
      </w:r>
    </w:p>
    <w:p>
      <w:r>
        <w:rPr>
          <w:rFonts w:ascii="IM Fell English" w:hAnsi="IM Fell English"/>
          <w:color w:val="141414"/>
          <w:sz w:val="24"/>
        </w:rPr>
        <w:t>“Damn, I still cannot believe you wrote this script. Jenna and Jackie demanded that we actually film it, holy shit. I am glad you guys asked me to be part of it.”</w:t>
      </w:r>
    </w:p>
    <w:p>
      <w:r>
        <w:rPr>
          <w:rFonts w:ascii="IM Fell English" w:hAnsi="IM Fell English"/>
          <w:color w:val="141414"/>
          <w:sz w:val="24"/>
        </w:rPr>
        <w:t>Lena’s voice came from the director’s chair at the edge of the stage, calm and final.</w:t>
      </w:r>
    </w:p>
    <w:p>
      <w:r>
        <w:rPr>
          <w:rFonts w:ascii="IM Fell English" w:hAnsi="IM Fell English"/>
          <w:color w:val="141414"/>
          <w:sz w:val="24"/>
        </w:rPr>
        <w:t xml:space="preserve">“That’s a wrap on </w:t>
      </w:r>
      <w:r>
        <w:rPr>
          <w:rFonts w:ascii="IM Fell English" w:hAnsi="IM Fell English"/>
          <w:i/>
          <w:color w:val="141414"/>
          <w:sz w:val="24"/>
        </w:rPr>
        <w:t>Pure Death: Omertà</w:t>
      </w:r>
      <w:r>
        <w:rPr>
          <w:rFonts w:ascii="IM Fell English" w:hAnsi="IM Fell English"/>
          <w:color w:val="141414"/>
          <w:sz w:val="24"/>
        </w:rPr>
        <w:t>. Medical team in. Practical effects, start the breakdown. Nobody leaves until I have eyes on every principal.”</w:t>
      </w:r>
    </w:p>
    <w:p>
      <w:r>
        <w:rPr>
          <w:rFonts w:ascii="IM Fell English" w:hAnsi="IM Fell English"/>
          <w:color w:val="141414"/>
          <w:sz w:val="24"/>
        </w:rPr>
        <w:t>The crew moved.</w:t>
      </w:r>
    </w:p>
    <w:p>
      <w:r>
        <w:rPr>
          <w:rFonts w:ascii="IM Fell English" w:hAnsi="IM Fell English"/>
          <w:color w:val="141414"/>
          <w:sz w:val="24"/>
        </w:rPr>
        <w:t>Jackie was the first to sit up on the black sheets, the heavy layers of prosthetic scarring and dried fake blood cracking across her thighs and stomach. Real bruises lived underneath — the ones Justin and the schedule had put there over the long shoot — but nothing that required more than the usual post-scene check. She looked at Jennifer, who was still straddling her hips in character residue, naked except for the collar, real and prop blood smeared across both of them, and the smallest, sharpest real-world smile touched Jackie’s mouth.</w:t>
      </w:r>
    </w:p>
    <w:p>
      <w:r>
        <w:rPr>
          <w:rFonts w:ascii="IM Fell English" w:hAnsi="IM Fell English"/>
          <w:color w:val="141414"/>
          <w:sz w:val="24"/>
        </w:rPr>
        <w:t>“You actually killed me that slow,” she said, voice rough from the last takes. “Show-off.”</w:t>
      </w:r>
    </w:p>
    <w:p>
      <w:r>
        <w:rPr>
          <w:rFonts w:ascii="IM Fell English" w:hAnsi="IM Fell English"/>
          <w:color w:val="141414"/>
          <w:sz w:val="24"/>
        </w:rPr>
        <w:t>Jennifer’s answering grin was pure mutt and pure relief. “You asked for it, boss. Teacher’s last request and everything.”</w:t>
      </w:r>
    </w:p>
    <w:p>
      <w:r>
        <w:rPr>
          <w:rFonts w:ascii="IM Fell English" w:hAnsi="IM Fell English"/>
          <w:color w:val="141414"/>
          <w:sz w:val="24"/>
        </w:rPr>
        <w:t>Justin rolled off the far side of the bed, already accepting a water bottle and a towel from a waiting PA. Jenna stood from the armchair, the gold prop signet ring still on her finger, and stretched until her spine cracked. The real ownership dynamic settled back over the four of them as easily as the blood was beginning to dry — Jackie and Jennifer still belonging to each other first, the twins still the dangerous, beloved extension of the same family, and Lena’s authority sitting above the set the same way Katie’s sat above the whole machine.</w:t>
      </w:r>
    </w:p>
    <w:p>
      <w:r>
        <w:rPr>
          <w:rFonts w:ascii="IM Fell English" w:hAnsi="IM Fell English"/>
          <w:color w:val="141414"/>
          <w:sz w:val="24"/>
        </w:rPr>
        <w:t>Ashley stepped closer to the bed, still riding the high of the final scene, and looked down at the wreckage of the last threesome with open appreciation.</w:t>
      </w:r>
    </w:p>
    <w:p>
      <w:r>
        <w:rPr>
          <w:rFonts w:ascii="IM Fell English" w:hAnsi="IM Fell English"/>
          <w:color w:val="141414"/>
          <w:sz w:val="24"/>
        </w:rPr>
        <w:t>“I’m serious. When Jenna sent me the pages I thought she was fucking with me. Then Jackie called and said, ‘We’re shooting it as written, and you’re playing my mother.’ Who says no to that?” She glanced at Lena. “You got the coverage you needed?”</w:t>
      </w:r>
    </w:p>
    <w:p>
      <w:r>
        <w:rPr>
          <w:rFonts w:ascii="IM Fell English" w:hAnsi="IM Fell English"/>
          <w:color w:val="141414"/>
          <w:sz w:val="24"/>
        </w:rPr>
        <w:t>“I got everything,” Lena answered, already reviewing the last slate on a monitor. “Including the collapse across the body. We’ll clean the edges in post if the blood gag ran too heavy, but the performances are locked. Good work. All of you.”</w:t>
      </w:r>
    </w:p>
    <w:p>
      <w:r>
        <w:rPr>
          <w:rFonts w:ascii="IM Fell English" w:hAnsi="IM Fell English"/>
          <w:color w:val="141414"/>
          <w:sz w:val="24"/>
        </w:rPr>
        <w:t>Medical moved in with the quiet efficiency the studio always used after a heavy practical day. Jackie was checked first — pulse, pupils, the real contusions layered under the prosthetics — then Jennifer, then the twins. Nothing life-threatening. Nothing that wouldn’t be handled by the usual aftercare protocols, the open porn-CCTV recovery feeds, and the private attention waiting for them once they cleared the stage.</w:t>
      </w:r>
    </w:p>
    <w:p>
      <w:r>
        <w:rPr>
          <w:rFonts w:ascii="IM Fell English" w:hAnsi="IM Fell English"/>
          <w:color w:val="141414"/>
          <w:sz w:val="24"/>
        </w:rPr>
        <w:t>Katie’s voice came over the open channel from the mansion feeds, warm and amused.</w:t>
      </w:r>
    </w:p>
    <w:p>
      <w:r>
        <w:rPr>
          <w:rFonts w:ascii="IM Fell English" w:hAnsi="IM Fell English"/>
          <w:color w:val="141414"/>
          <w:sz w:val="24"/>
        </w:rPr>
        <w:t>“Tell my daughter she still has the best timing in the family. And tell the Ghost she can stop looking like she’s about to be sent back to 1928. You’re wrapped. Come home when Lena releases you.”</w:t>
      </w:r>
    </w:p>
    <w:p>
      <w:r>
        <w:rPr>
          <w:rFonts w:ascii="IM Fell English" w:hAnsi="IM Fell English"/>
          <w:color w:val="141414"/>
          <w:sz w:val="24"/>
        </w:rPr>
        <w:t>Lilith’s softer laugh followed. “Ashley, baby, you can keep the coat if you want. It suits you. Jackie, Jennifer — you two look like you need a shower and about three days of not dying on camera. The twins know the way.”</w:t>
      </w:r>
    </w:p>
    <w:p>
      <w:r>
        <w:rPr>
          <w:rFonts w:ascii="IM Fell English" w:hAnsi="IM Fell English"/>
          <w:color w:val="141414"/>
          <w:sz w:val="24"/>
        </w:rPr>
        <w:t>Jackie accepted a wet towel from Jennifer and wiped a streak of fake blood off her wife’s mouth with careful, proprietary fingers.</w:t>
      </w:r>
    </w:p>
    <w:p>
      <w:r>
        <w:rPr>
          <w:rFonts w:ascii="IM Fell English" w:hAnsi="IM Fell English"/>
          <w:color w:val="141414"/>
          <w:sz w:val="24"/>
        </w:rPr>
        <w:t>“Shower. Food. Then home,” she said quietly. “Marcus already has the truck ready. Lena?”</w:t>
      </w:r>
    </w:p>
    <w:p>
      <w:r>
        <w:rPr>
          <w:rFonts w:ascii="IM Fell English" w:hAnsi="IM Fell English"/>
          <w:color w:val="141414"/>
          <w:sz w:val="24"/>
        </w:rPr>
        <w:t>Lena looked up from the monitor and gave the small, familiar nod that meant the director was satisfied and the family could have its people back.</w:t>
      </w:r>
    </w:p>
    <w:p>
      <w:r>
        <w:rPr>
          <w:rFonts w:ascii="IM Fell English" w:hAnsi="IM Fell English"/>
          <w:color w:val="141414"/>
          <w:sz w:val="24"/>
        </w:rPr>
        <w:t>“You’re clear. Practical team will finish the breakdown. Ashley, you’re welcome to stay for the wrap drinks or ride with them. Your mother already cleared it.”</w:t>
      </w:r>
    </w:p>
    <w:p>
      <w:r>
        <w:rPr>
          <w:rFonts w:ascii="IM Fell English" w:hAnsi="IM Fell English"/>
          <w:color w:val="141414"/>
          <w:sz w:val="24"/>
        </w:rPr>
        <w:t>Ashley grinned, still buzzing. “I’ll ride with them. I want to hear how much of that slow kill was scripted and how much was Jennifer just being a menace.”</w:t>
      </w:r>
    </w:p>
    <w:p>
      <w:r>
        <w:rPr>
          <w:rFonts w:ascii="IM Fell English" w:hAnsi="IM Fell English"/>
          <w:color w:val="141414"/>
          <w:sz w:val="24"/>
        </w:rPr>
        <w:t>Jennifer, still collared, still half-covered in the evidence of the last scene, leaned into Jackie’s side and smiled the same wicked, devoted smile she had worn since the real-life chapters began.</w:t>
      </w:r>
    </w:p>
    <w:p>
      <w:r>
        <w:rPr>
          <w:rFonts w:ascii="IM Fell English" w:hAnsi="IM Fell English"/>
          <w:color w:val="141414"/>
          <w:sz w:val="24"/>
        </w:rPr>
        <w:t>“Mostly scripted,” she said. “The rest was love.”</w:t>
      </w:r>
    </w:p>
    <w:p>
      <w:r>
        <w:rPr>
          <w:rFonts w:ascii="IM Fell English" w:hAnsi="IM Fell English"/>
          <w:color w:val="141414"/>
          <w:sz w:val="24"/>
        </w:rPr>
        <w:t>Jackie hooked two fingers through the collar, pulled her in, and kissed her once, slow and real and filthy enough that a couple of the grips looked away out of habit.</w:t>
      </w:r>
    </w:p>
    <w:p>
      <w:r>
        <w:rPr>
          <w:rFonts w:ascii="IM Fell English" w:hAnsi="IM Fell English"/>
          <w:color w:val="141414"/>
          <w:sz w:val="24"/>
        </w:rPr>
        <w:t>“Come on, mouse. Let’s get the dead whore off the set before Lena changes her mind and asks for coverage of the cleanup.”</w:t>
      </w:r>
    </w:p>
    <w:p>
      <w:r>
        <w:rPr>
          <w:rFonts w:ascii="IM Fell English" w:hAnsi="IM Fell English"/>
          <w:color w:val="141414"/>
          <w:sz w:val="24"/>
        </w:rPr>
        <w:t>They left the master-bedroom set together — Jackie and Jennifer, Justin and Jenna, Ashley still in the Headmistress coat — while the crew began the long, ordinary work of turning 1928 back into a soundstage. The open feeds to the mansion stayed live. Katie and Lilith kept watching. Marcus waited with the truck. Lena stayed in the director’s chair until the last practical light went down.</w:t>
      </w:r>
    </w:p>
    <w:p>
      <w:r>
        <w:rPr>
          <w:rFonts w:ascii="IM Fell English" w:hAnsi="IM Fell English"/>
          <w:color w:val="141414"/>
          <w:sz w:val="24"/>
        </w:rPr>
        <w:t>Outside the stage doors the real night was cool and ordinary and full of the low hum of the lot. The film was finished. The blood was fake and real in the exact proportions the studio preferred. The family was intact.</w:t>
      </w:r>
    </w:p>
    <w:p>
      <w:r>
        <w:rPr>
          <w:rFonts w:ascii="IM Fell English" w:hAnsi="IM Fell English"/>
          <w:color w:val="141414"/>
          <w:sz w:val="24"/>
        </w:rPr>
        <w:t>And somewhere in the mansion, already queuing the final sequence for another viewing, the two oldest women in the bloodline smiled the same sharp, satisfied smile the teacher had worn on the black sheets when the light finally left her eyes.</w:t>
      </w:r>
    </w:p>
    <w:p>
      <w:r>
        <w:rPr>
          <w:rFonts w:ascii="IM Fell English" w:hAnsi="IM Fell English"/>
          <w:color w:val="141414"/>
          <w:sz w:val="24"/>
        </w:rPr>
        <w:t>The lesson was over.</w:t>
      </w:r>
    </w:p>
    <w:p>
      <w:r>
        <w:rPr>
          <w:rFonts w:ascii="IM Fell English" w:hAnsi="IM Fell English"/>
          <w:color w:val="141414"/>
          <w:sz w:val="24"/>
        </w:rPr>
        <w:t>The chair on the set was empty.</w:t>
      </w:r>
    </w:p>
    <w:p>
      <w:r>
        <w:rPr>
          <w:rFonts w:ascii="IM Fell English" w:hAnsi="IM Fell English"/>
          <w:color w:val="141414"/>
          <w:sz w:val="24"/>
        </w:rPr>
        <w:t>The real chairs — and the real collars, and the real ownership — were still exactly where they belonged.</w:t>
      </w:r>
    </w:p>
    <w:p>
      <w:pPr>
        <w:pStyle w:val="Heading1"/>
        <w:jc w:val="center"/>
      </w:pPr>
      <w:r>
        <w:rPr>
          <w:rFonts w:ascii="IM Fell English" w:hAnsi="IM Fell English"/>
          <w:color w:val="0D0D0D"/>
        </w:rPr>
        <w:t>CHAPTER 29 — AFTER THE PRINT</w:t>
      </w:r>
    </w:p>
    <w:p>
      <w:r>
        <w:rPr>
          <w:rFonts w:ascii="IM Fell English" w:hAnsi="IM Fell English"/>
          <w:color w:val="141414"/>
          <w:sz w:val="24"/>
        </w:rPr>
        <w:t>The truck smelled like warm vinyl, residual stage blood, and the faint metallic edge of adrenaline that always clung to them after a heavy wrap.</w:t>
      </w:r>
    </w:p>
    <w:p>
      <w:r>
        <w:rPr>
          <w:rFonts w:ascii="IM Fell English" w:hAnsi="IM Fell English"/>
          <w:color w:val="141414"/>
          <w:sz w:val="24"/>
        </w:rPr>
        <w:t>Marcus drove. Jackie sat in the front passenger seat with Jennifer half in her lap, still collared, still wearing one of the studio robes that did almost nothing to hide the real bruises under the smears of fake blood they hadn’t fully scrubbed off. Justin and Jenna took the back bench. Ashley, still in the Headmistress coat she had decided to keep for the night, sat between them with her boots on the transmission hump and a bottle of water she kept offering around like a very stylish PA.</w:t>
      </w:r>
    </w:p>
    <w:p>
      <w:r>
        <w:rPr>
          <w:rFonts w:ascii="IM Fell English" w:hAnsi="IM Fell English"/>
          <w:color w:val="141414"/>
          <w:sz w:val="24"/>
        </w:rPr>
        <w:t>Nobody spoke for the first ten minutes. The lot lights fell away. The city opened up in the usual late-night scatter of neon and streetlamps. Jennifer’s fingers traced idle, proprietary circles over the worst of the real contusions on Jackie’s thigh, and every so often Jackie answered the touch with a low sound that was half pain and half satisfaction.</w:t>
      </w:r>
    </w:p>
    <w:p>
      <w:r>
        <w:rPr>
          <w:rFonts w:ascii="IM Fell English" w:hAnsi="IM Fell English"/>
          <w:color w:val="141414"/>
          <w:sz w:val="24"/>
        </w:rPr>
        <w:t>Ashley broke the silence first, voice still carrying the bright edge of someone who had just watched herself order a slow-motion family assassination on camera.</w:t>
      </w:r>
    </w:p>
    <w:p>
      <w:r>
        <w:rPr>
          <w:rFonts w:ascii="IM Fell English" w:hAnsi="IM Fell English"/>
          <w:color w:val="141414"/>
          <w:sz w:val="24"/>
        </w:rPr>
        <w:t>“I’m serious. When the pages hit my inbox I thought Jenna was fucking with me. Then Jackie called and said, ‘You’re playing my mother, and we’re shooting the death as written.’ Who says no to that?” She twisted in the seat to look at Jennifer. “That slow kill. How much of the pressure work was pure technique and how much were you just enjoying yourself?”</w:t>
      </w:r>
    </w:p>
    <w:p>
      <w:r>
        <w:rPr>
          <w:rFonts w:ascii="IM Fell English" w:hAnsi="IM Fell English"/>
          <w:color w:val="141414"/>
          <w:sz w:val="24"/>
        </w:rPr>
        <w:t>Jennifer’s smile was pure mutt. “About sixty-forty. Teacher asked for extremely slow. I delivered extremely slow. The rest was love.”</w:t>
      </w:r>
    </w:p>
    <w:p>
      <w:r>
        <w:rPr>
          <w:rFonts w:ascii="IM Fell English" w:hAnsi="IM Fell English"/>
          <w:color w:val="141414"/>
          <w:sz w:val="24"/>
        </w:rPr>
        <w:t>Jackie snorted softly and pinched her side. “The rest was you being a menace with a collar and a license to finish the scene.”</w:t>
      </w:r>
    </w:p>
    <w:p>
      <w:r>
        <w:rPr>
          <w:rFonts w:ascii="IM Fell English" w:hAnsi="IM Fell English"/>
          <w:color w:val="141414"/>
          <w:sz w:val="24"/>
        </w:rPr>
        <w:t>Jenna leaned forward between the seats, the real gold band she wore on her right hand catching the dashboard light. “Ashley still has the best entrance timing in the bloodline. That black car rolling up mid-count? Lena almost smiled on camera.”</w:t>
      </w:r>
    </w:p>
    <w:p>
      <w:r>
        <w:rPr>
          <w:rFonts w:ascii="IM Fell English" w:hAnsi="IM Fell English"/>
          <w:color w:val="141414"/>
          <w:sz w:val="24"/>
        </w:rPr>
        <w:t>“I saw that,” Ashley said, pleased. “I’m framing the still.”</w:t>
      </w:r>
    </w:p>
    <w:p>
      <w:r>
        <w:rPr>
          <w:rFonts w:ascii="IM Fell English" w:hAnsi="IM Fell English"/>
          <w:color w:val="141414"/>
          <w:sz w:val="24"/>
        </w:rPr>
        <w:t>Marcus glanced in the rearview. “Mansion or the house first? Katie said either is fine as long as the principals eat and the medical notes get filed before anyone starts a second shift in the dungeon.”</w:t>
      </w:r>
    </w:p>
    <w:p>
      <w:r>
        <w:rPr>
          <w:rFonts w:ascii="IM Fell English" w:hAnsi="IM Fell English"/>
          <w:color w:val="141414"/>
          <w:sz w:val="24"/>
        </w:rPr>
        <w:t>Jackie considered the feel of Jennifer’s weight across her legs and the deep, ordinary ache that lived under the prosthetics they had already peeled away.</w:t>
      </w:r>
    </w:p>
    <w:p>
      <w:r>
        <w:rPr>
          <w:rFonts w:ascii="IM Fell English" w:hAnsi="IM Fell English"/>
          <w:color w:val="141414"/>
          <w:sz w:val="24"/>
        </w:rPr>
        <w:t>“House,” she decided. “Shower. Real food. Then we can decide if anyone still has the legs for Katie’s version of aftercare.”</w:t>
      </w:r>
    </w:p>
    <w:p>
      <w:r>
        <w:rPr>
          <w:rFonts w:ascii="IM Fell English" w:hAnsi="IM Fell English"/>
          <w:color w:val="141414"/>
          <w:sz w:val="24"/>
        </w:rPr>
        <w:t>Jennifer made a soft, happy noise against her shoulder. “I vote yes to Katie’s version.”</w:t>
      </w:r>
    </w:p>
    <w:p>
      <w:r>
        <w:rPr>
          <w:rFonts w:ascii="IM Fell English" w:hAnsi="IM Fell English"/>
          <w:color w:val="141414"/>
          <w:sz w:val="24"/>
        </w:rPr>
        <w:t>“You always vote yes to Katie’s version,” Justin said from the back, dry. “That’s why you’re the Ghost and the rest of us need ice packs.”</w:t>
      </w:r>
    </w:p>
    <w:p>
      <w:r>
        <w:rPr>
          <w:rFonts w:ascii="IM Fell English" w:hAnsi="IM Fell English"/>
          <w:color w:val="141414"/>
          <w:sz w:val="24"/>
        </w:rPr>
        <w:t>The house was dark when they pulled in except for the porch light and the low glow of the open porn-CCTV monitors that never really slept. Marcus killed the engine. They climbed out in a loose, limping cluster — stage blood flaking onto the driveway, robes gaping, the real ownership dynamic settling back over them as easily as the night air. Ashley carried her coat over one arm like a trophy. Jenna kept one hand on the back of Jennifer’s neck in a gesture that was half affection and half residual character. Jackie simply walked like the bruises were a trophy she had earned fair and square.</w:t>
      </w:r>
    </w:p>
    <w:p>
      <w:r>
        <w:rPr>
          <w:rFonts w:ascii="IM Fell English" w:hAnsi="IM Fell English"/>
          <w:color w:val="141414"/>
          <w:sz w:val="24"/>
        </w:rPr>
        <w:t>Inside, the first order of business was water, then the long upstairs shower that had been built for exactly this kind of return. Jackie pulled Jennifer in with her under the hot spray while the twins took the second shower head and Ashley, laughing, claimed the guest bath before anyone could argue. Fake blood and real sweat swirled down the drains in long pink ribbons. Jennifer washed every real mark on Jackie’s body with slow, proprietary care, mouth following her hands until Jackie had to brace a forearm against the tile and come once, quiet and shuddering, under the water. In the other shower Jenna had Jennifer’s counterpart in Justin pinned the same way, biting the side of his neck hard enough to leave a fresh claim while the water beat against both of them.</w:t>
      </w:r>
    </w:p>
    <w:p>
      <w:r>
        <w:rPr>
          <w:rFonts w:ascii="IM Fell English" w:hAnsi="IM Fell English"/>
          <w:color w:val="141414"/>
          <w:sz w:val="24"/>
        </w:rPr>
        <w:t>They dried off, pulled on the soft black clothes that lived in the bedroom drawers for post-wrap nights, and drifted downstairs to the kitchen where Marcus had already set out containers of actual food — garlic, roasted meat, bread still warm from the mansion’s kitchen, the kind of meal Katie always sent when the shoot had been particularly thorough. Ashley joined them barefoot, hair wet, still riding the high of the final scene, and stole a piece of bread off Justin’s plate without apology.</w:t>
      </w:r>
    </w:p>
    <w:p>
      <w:r>
        <w:rPr>
          <w:rFonts w:ascii="IM Fell English" w:hAnsi="IM Fell English"/>
          <w:color w:val="141414"/>
          <w:sz w:val="24"/>
        </w:rPr>
        <w:t>“Lilith already texted,” she reported. “She and Katie watched the last sequence live. Twice. They’re expecting all of us at the mansion tomorrow for the official debrief and whatever version of aftercare Katie has decided you’ve earned. Tonight is yours.”</w:t>
      </w:r>
    </w:p>
    <w:p>
      <w:r>
        <w:rPr>
          <w:rFonts w:ascii="IM Fell English" w:hAnsi="IM Fell English"/>
          <w:color w:val="141414"/>
          <w:sz w:val="24"/>
        </w:rPr>
        <w:t>Jackie nodded, chewing, one hand resting on the back of Jennifer’s neck while her wife ate perched on her thigh. The open monitors on the kitchen counter showed the usual quiet feeds — empty hallways, the dark dungeon, the porch, the driveway. Somewhere across the city the mansion monitors would be showing the same images in reverse, Katie and Lilith still awake, still watching, still smiling the particular smile that meant the family had gotten exactly the film it wanted and the people it loved were home in one piece.</w:t>
      </w:r>
    </w:p>
    <w:p>
      <w:r>
        <w:rPr>
          <w:rFonts w:ascii="IM Fell English" w:hAnsi="IM Fell English"/>
          <w:color w:val="141414"/>
          <w:sz w:val="24"/>
        </w:rPr>
        <w:t>Jennifer leaned back against Jackie’s shoulder and spoke around a mouthful of bread.</w:t>
      </w:r>
    </w:p>
    <w:p>
      <w:r>
        <w:rPr>
          <w:rFonts w:ascii="IM Fell English" w:hAnsi="IM Fell English"/>
          <w:color w:val="141414"/>
          <w:sz w:val="24"/>
        </w:rPr>
        <w:t>“You realize we have to do the slow-kill coverage again in the special-features version, right? Lena already flagged it.”</w:t>
      </w:r>
    </w:p>
    <w:p>
      <w:r>
        <w:rPr>
          <w:rFonts w:ascii="IM Fell English" w:hAnsi="IM Fell English"/>
          <w:color w:val="141414"/>
          <w:sz w:val="24"/>
        </w:rPr>
        <w:t>Jackie pinched her hip. “You’re not killing me twice in one week, mouse. Once was enough for the teacher’s last request.”</w:t>
      </w:r>
    </w:p>
    <w:p>
      <w:r>
        <w:rPr>
          <w:rFonts w:ascii="IM Fell English" w:hAnsi="IM Fell English"/>
          <w:color w:val="141414"/>
          <w:sz w:val="24"/>
        </w:rPr>
        <w:t>“Coward,” Jennifer said, fond.</w:t>
      </w:r>
    </w:p>
    <w:p>
      <w:r>
        <w:rPr>
          <w:rFonts w:ascii="IM Fell English" w:hAnsi="IM Fell English"/>
          <w:color w:val="141414"/>
          <w:sz w:val="24"/>
        </w:rPr>
        <w:t>“Practical,” Jackie corrected, and kissed the side of her throat just above the collar.</w:t>
      </w:r>
    </w:p>
    <w:p>
      <w:r>
        <w:rPr>
          <w:rFonts w:ascii="IM Fell English" w:hAnsi="IM Fell English"/>
          <w:color w:val="141414"/>
          <w:sz w:val="24"/>
        </w:rPr>
        <w:t>Ashley watched them over the rim of her water glass with the open, slightly stunned affection of someone who had just spent weeks playing the mother of the woman currently being mouthed by her own collared wife.</w:t>
      </w:r>
    </w:p>
    <w:p>
      <w:r>
        <w:rPr>
          <w:rFonts w:ascii="IM Fell English" w:hAnsi="IM Fell English"/>
          <w:color w:val="141414"/>
          <w:sz w:val="24"/>
        </w:rPr>
        <w:t>“You people are exhausting,” she said. “And I say that as someone who just ordered your on-camera death and then watched the Ghost carry it out in one take.”</w:t>
      </w:r>
    </w:p>
    <w:p>
      <w:r>
        <w:rPr>
          <w:rFonts w:ascii="IM Fell English" w:hAnsi="IM Fell English"/>
          <w:color w:val="141414"/>
          <w:sz w:val="24"/>
        </w:rPr>
        <w:t>Jenna reached across the island and clinked her bottle against Ashley’s. “Welcome to the working side of the bloodline. The coats are better. The hours are worse.”</w:t>
      </w:r>
    </w:p>
    <w:p>
      <w:r>
        <w:rPr>
          <w:rFonts w:ascii="IM Fell English" w:hAnsi="IM Fell English"/>
          <w:color w:val="141414"/>
          <w:sz w:val="24"/>
        </w:rPr>
        <w:t>They ate until the containers were empty and the sharp edge of the wrap had softened into the particular warm exhaustion that always followed a finished film. Marcus cleared the island without being asked. Justin stretched until his shoulders cracked and looked at Jackie across the quiet kitchen.</w:t>
      </w:r>
    </w:p>
    <w:p>
      <w:r>
        <w:rPr>
          <w:rFonts w:ascii="IM Fell English" w:hAnsi="IM Fell English"/>
          <w:color w:val="141414"/>
          <w:sz w:val="24"/>
        </w:rPr>
        <w:t>“Medical notes are already filed. Lena signed off. Katie knows we’re at the house. You want the dungeon lights left off tonight or do we pretend we’re capable of restraint?”</w:t>
      </w:r>
    </w:p>
    <w:p>
      <w:r>
        <w:rPr>
          <w:rFonts w:ascii="IM Fell English" w:hAnsi="IM Fell English"/>
          <w:color w:val="141414"/>
          <w:sz w:val="24"/>
        </w:rPr>
        <w:t>Jackie glanced down at Jennifer, still curled in her lap, collar warm against her fingers, eyes half-lidded and already drifting toward the kind of sleep that only came after a slow kill and a long shower and the knowledge that the cameras had finally stopped rolling on 1928.</w:t>
      </w:r>
    </w:p>
    <w:p>
      <w:r>
        <w:rPr>
          <w:rFonts w:ascii="IM Fell English" w:hAnsi="IM Fell English"/>
          <w:color w:val="141414"/>
          <w:sz w:val="24"/>
        </w:rPr>
        <w:t>“Lights off,” she decided. “Everyone sleeps. Tomorrow we let Katie and Lilith have their debrief and their aftercare. Tonight the only thing anyone is allowed to kill is the rest of that bread.”</w:t>
      </w:r>
    </w:p>
    <w:p>
      <w:r>
        <w:rPr>
          <w:rFonts w:ascii="IM Fell English" w:hAnsi="IM Fell English"/>
          <w:color w:val="141414"/>
          <w:sz w:val="24"/>
        </w:rPr>
        <w:t>Jennifer made a small, protesting noise but didn’t argue. Ashley saluted with the last crust. Jenna leaned into Justin’s side and closed her eyes for a moment, the real gold band on her hand catching the low kitchen light the same way the prop ring had caught the practicals on set.</w:t>
      </w:r>
    </w:p>
    <w:p>
      <w:r>
        <w:rPr>
          <w:rFonts w:ascii="IM Fell English" w:hAnsi="IM Fell English"/>
          <w:color w:val="141414"/>
          <w:sz w:val="24"/>
        </w:rPr>
        <w:t>Marcus killed the remaining overheads until only the open monitors glowed. The house settled around them — old wood, residual stage blood in the shower drains, the quiet electronic hum of the feeds that still connected them to the mansion and to the two women who had watched every frame.</w:t>
      </w:r>
    </w:p>
    <w:p>
      <w:r>
        <w:rPr>
          <w:rFonts w:ascii="IM Fell English" w:hAnsi="IM Fell English"/>
          <w:color w:val="141414"/>
          <w:sz w:val="24"/>
        </w:rPr>
        <w:t>Jackie stood, lifting Jennifer with her, and headed for the stairs. The twins followed. Ashley claimed the guest room with a final, muttered “holy shit” that sounded half like a prayer and half like a promise to read the next script the moment it landed.</w:t>
      </w:r>
    </w:p>
    <w:p>
      <w:r>
        <w:rPr>
          <w:rFonts w:ascii="IM Fell English" w:hAnsi="IM Fell English"/>
          <w:color w:val="141414"/>
          <w:sz w:val="24"/>
        </w:rPr>
        <w:t>In the master bedroom Jackie set Jennifer down on the real sheets, hooked two fingers through the collar, and pulled her in until their foreheads touched.</w:t>
      </w:r>
    </w:p>
    <w:p>
      <w:r>
        <w:rPr>
          <w:rFonts w:ascii="IM Fell English" w:hAnsi="IM Fell English"/>
          <w:color w:val="141414"/>
          <w:sz w:val="24"/>
        </w:rPr>
        <w:t>“You good, mouse?”</w:t>
      </w:r>
    </w:p>
    <w:p>
      <w:r>
        <w:rPr>
          <w:rFonts w:ascii="IM Fell English" w:hAnsi="IM Fell English"/>
          <w:color w:val="141414"/>
          <w:sz w:val="24"/>
        </w:rPr>
        <w:t>Jennifer’s smile was soft and wicked and completely present.</w:t>
      </w:r>
    </w:p>
    <w:p>
      <w:r>
        <w:rPr>
          <w:rFonts w:ascii="IM Fell English" w:hAnsi="IM Fell English"/>
          <w:color w:val="141414"/>
          <w:sz w:val="24"/>
        </w:rPr>
        <w:t>“I’m good, boss. Teacher’s last request is in the can. The Ghost is off the clock. And you’re still breathing. That’s a wrap I can live with.”</w:t>
      </w:r>
    </w:p>
    <w:p>
      <w:r>
        <w:rPr>
          <w:rFonts w:ascii="IM Fell English" w:hAnsi="IM Fell English"/>
          <w:color w:val="141414"/>
          <w:sz w:val="24"/>
        </w:rPr>
        <w:t>Jackie kissed her once, slow and real and proprietary, then reached over and killed the bedside lamp.</w:t>
      </w:r>
    </w:p>
    <w:p>
      <w:r>
        <w:rPr>
          <w:rFonts w:ascii="IM Fell English" w:hAnsi="IM Fell English"/>
          <w:color w:val="141414"/>
          <w:sz w:val="24"/>
        </w:rPr>
        <w:t>Outside the open curtains the city kept moving. Across it the mansion feeds stayed live. On the lot the practical effects team was still scrubbing fake blood out of black sheets and resetting the master-bedroom set for the next production that would need it.</w:t>
      </w:r>
    </w:p>
    <w:p>
      <w:r>
        <w:rPr>
          <w:rFonts w:ascii="IM Fell English" w:hAnsi="IM Fell English"/>
          <w:color w:val="141414"/>
          <w:sz w:val="24"/>
        </w:rPr>
        <w:t>And in the quiet house the family of pure Hell — the ones who had just finished filming their own legend and the ones who had watched it happen — finally slept, collars and rings and residual bruises and all, while the night after the print settled over them like a held breath that no longer needed to be released on camera.</w:t>
      </w:r>
    </w:p>
    <w:p>
      <w:pPr>
        <w:pStyle w:val="Heading1"/>
        <w:jc w:val="center"/>
      </w:pPr>
      <w:r>
        <w:rPr>
          <w:rFonts w:ascii="IM Fell English" w:hAnsi="IM Fell English"/>
          <w:color w:val="0D0D0D"/>
        </w:rPr>
        <w:t>CHAPTER 30 — MANSION LIGHTS</w:t>
      </w:r>
    </w:p>
    <w:p>
      <w:r>
        <w:rPr>
          <w:rFonts w:ascii="IM Fell English" w:hAnsi="IM Fell English"/>
          <w:color w:val="141414"/>
          <w:sz w:val="24"/>
        </w:rPr>
        <w:t>Morning came soft and ordinary and full of the low ache that always followed a wrap.</w:t>
      </w:r>
    </w:p>
    <w:p>
      <w:r>
        <w:rPr>
          <w:rFonts w:ascii="IM Fell English" w:hAnsi="IM Fell English"/>
          <w:color w:val="141414"/>
          <w:sz w:val="24"/>
        </w:rPr>
        <w:t>Jackie woke first. Jennifer was a warm, collared weight against her side, one leg thrown over Jackie’s thighs, mouth open against her shoulder. The real bruises from the long shoot had settled into their full color overnight — deep purples and dirty reds across Jackie’s hips and thighs, a matching set of fingerprints on Jennifer’s waist where Justin or Jenna or both had held on during the final sequence. Jackie catalogued them the way she always did: inventory, souvenir, proof of work.</w:t>
      </w:r>
    </w:p>
    <w:p>
      <w:r>
        <w:rPr>
          <w:rFonts w:ascii="IM Fell English" w:hAnsi="IM Fell English"/>
          <w:color w:val="141414"/>
          <w:sz w:val="24"/>
        </w:rPr>
        <w:t>She kissed the top of Jennifer’s head and got a sleepy, proprietary grumble in answer.</w:t>
      </w:r>
    </w:p>
    <w:p>
      <w:r>
        <w:rPr>
          <w:rFonts w:ascii="IM Fell English" w:hAnsi="IM Fell English"/>
          <w:color w:val="141414"/>
          <w:sz w:val="24"/>
        </w:rPr>
        <w:t>“Mansion today,” Jackie said against her hair. “Katie’s debrief. Lilith’s version of aftercare. Ashley’s already texting from the guest room about coffee.”</w:t>
      </w:r>
    </w:p>
    <w:p>
      <w:r>
        <w:rPr>
          <w:rFonts w:ascii="IM Fell English" w:hAnsi="IM Fell English"/>
          <w:color w:val="141414"/>
          <w:sz w:val="24"/>
        </w:rPr>
        <w:t>Jennifer cracked one eye open, collar shifting against Jackie’s skin. “Tell Ashley the Ghost requires coffee before she answers any questions about pressure technique.”</w:t>
      </w:r>
    </w:p>
    <w:p>
      <w:r>
        <w:rPr>
          <w:rFonts w:ascii="IM Fell English" w:hAnsi="IM Fell English"/>
          <w:color w:val="141414"/>
          <w:sz w:val="24"/>
        </w:rPr>
        <w:t>“Tell her yourself. You’re the one who killed me on camera.”</w:t>
      </w:r>
    </w:p>
    <w:p>
      <w:r>
        <w:rPr>
          <w:rFonts w:ascii="IM Fell English" w:hAnsi="IM Fell English"/>
          <w:color w:val="141414"/>
          <w:sz w:val="24"/>
        </w:rPr>
        <w:t>Jennifer’s mouth curved. She bit Jackie’s shoulder, soft and claiming, then rolled out of bed with the loose-limbed satisfaction of someone who had finished a difficult job and intended to be paid in caffeine and attention.</w:t>
      </w:r>
    </w:p>
    <w:p>
      <w:r>
        <w:rPr>
          <w:rFonts w:ascii="IM Fell English" w:hAnsi="IM Fell English"/>
          <w:color w:val="141414"/>
          <w:sz w:val="24"/>
        </w:rPr>
        <w:t>The house filled with the usual post-wrap noises: showers, the smell of coffee Marcus had already started, Ashley’s bright voice carrying down the hall as she argued with Justin about whether the black car entrance should get its own special-feature interview. Jenna appeared in the kitchen doorway wearing one of Justin’s shirts and the real gold band, hair still wet, and stole Jackie’s mug without apology.</w:t>
      </w:r>
    </w:p>
    <w:p>
      <w:r>
        <w:rPr>
          <w:rFonts w:ascii="IM Fell English" w:hAnsi="IM Fell English"/>
          <w:color w:val="141414"/>
          <w:sz w:val="24"/>
        </w:rPr>
        <w:t>“Katie called the landline,” she reported. “She wants all principals at the mansion by eleven. Medical notes are already in her hands. Lena’s driving separately with the first cut of the death sequence. We’re expected to eat, talk, and then submit to whatever version of recovery she and Lilith have decided we’ve earned.”</w:t>
      </w:r>
    </w:p>
    <w:p>
      <w:r>
        <w:rPr>
          <w:rFonts w:ascii="IM Fell English" w:hAnsi="IM Fell English"/>
          <w:color w:val="141414"/>
          <w:sz w:val="24"/>
        </w:rPr>
        <w:t>Jennifer, collared and wearing one of Jackie’s shirts that barely reached mid-thigh, accepted a fresh mug from Marcus and leaned into Jackie’s side. “I vote for the version that includes the good whiskey and the soft restraints.”</w:t>
      </w:r>
    </w:p>
    <w:p>
      <w:r>
        <w:rPr>
          <w:rFonts w:ascii="IM Fell English" w:hAnsi="IM Fell English"/>
          <w:color w:val="141414"/>
          <w:sz w:val="24"/>
        </w:rPr>
        <w:t>“You always vote for that version,” Justin said, entering with Ashley on his heels. “That’s why Katie keeps a separate ledger with your name on it.”</w:t>
      </w:r>
    </w:p>
    <w:p>
      <w:r>
        <w:rPr>
          <w:rFonts w:ascii="IM Fell English" w:hAnsi="IM Fell English"/>
          <w:color w:val="141414"/>
          <w:sz w:val="24"/>
        </w:rPr>
        <w:t>Ashley, barefoot and still slightly glowing from the previous night’s residual high, raised both hands. “I’m only here for the coffee and the chance to watch Lilith pretend she didn’t already rewatch the final sequence three times before breakfast.”</w:t>
      </w:r>
    </w:p>
    <w:p>
      <w:r>
        <w:rPr>
          <w:rFonts w:ascii="IM Fell English" w:hAnsi="IM Fell English"/>
          <w:color w:val="141414"/>
          <w:sz w:val="24"/>
        </w:rPr>
        <w:t>Marcus set a plate of toast in the middle of the island. “Truck’s fueled. I’ll drive. Lena texted; she’s twenty minutes behind us with the drive and the notes.”</w:t>
      </w:r>
    </w:p>
    <w:p>
      <w:r>
        <w:rPr>
          <w:rFonts w:ascii="IM Fell English" w:hAnsi="IM Fell English"/>
          <w:color w:val="141414"/>
          <w:sz w:val="24"/>
        </w:rPr>
        <w:t>They ate standing up, the way they always did on mornings when the mansion was waiting. Jackie’s hand stayed on the back of Jennifer’s neck, thumb stroking the warm leather of the collar. Jenna’s fingers kept finding Justin’s wrist. Ashley stole toast from every plate she could reach and looked like a woman who had decided the working side of the bloodline suited her.</w:t>
      </w:r>
    </w:p>
    <w:p>
      <w:r>
        <w:rPr>
          <w:rFonts w:ascii="IM Fell English" w:hAnsi="IM Fell English"/>
          <w:color w:val="141414"/>
          <w:sz w:val="24"/>
        </w:rPr>
        <w:t>The drive to the mansion was quiet in the way post-wrap drives always were — residual adrenaline, real bruises, the low electronic hum of the open feeds that still connected the truck to the house monitors and the mansion’s larger grid. Jennifer sat between Jackie and the door, bare legs tucked up, head on Jackie’s shoulder. Every so often Jackie’s hand slid under the borrowed shirt and rested against bare skin, proprietary and calm. In the back, Jenna’s boot rested against Justin’s. Ashley watched the city slide past and hummed something that might have been the jazz cue from the speakeasy set.</w:t>
      </w:r>
    </w:p>
    <w:p>
      <w:r>
        <w:rPr>
          <w:rFonts w:ascii="IM Fell English" w:hAnsi="IM Fell English"/>
          <w:color w:val="141414"/>
          <w:sz w:val="24"/>
        </w:rPr>
        <w:t>The mansion gates opened for them without a radio check. The circular drive was already occupied by Lena’s car and the discreet medical van that appeared whenever Katie decided the principals needed more than the studio’s standard aftercare. Marcus parked. They climbed out into the late-morning light as a loose, marked, collared unit and walked up the steps together.</w:t>
      </w:r>
    </w:p>
    <w:p>
      <w:r>
        <w:rPr>
          <w:rFonts w:ascii="IM Fell English" w:hAnsi="IM Fell English"/>
          <w:color w:val="141414"/>
          <w:sz w:val="24"/>
        </w:rPr>
        <w:t>Katie was waiting in the main foyer in black trousers and an open shirt, hair loose, the particular expression she wore when a film had landed exactly the way she wanted and the people she loved were about to be fed, examined, and thoroughly handled. Lilith stood beside her in a dark wrap dress, eyes warm and sharp, one hand already extended toward Ashley.</w:t>
      </w:r>
    </w:p>
    <w:p>
      <w:r>
        <w:rPr>
          <w:rFonts w:ascii="IM Fell English" w:hAnsi="IM Fell English"/>
          <w:color w:val="141414"/>
          <w:sz w:val="24"/>
        </w:rPr>
        <w:t>“There’s my girl,” Lilith said, pulling her daughter into a brief, fierce hug. “You kept the coat. Good. It looked better on you than it did on the hanger.”</w:t>
      </w:r>
    </w:p>
    <w:p>
      <w:r>
        <w:rPr>
          <w:rFonts w:ascii="IM Fell English" w:hAnsi="IM Fell English"/>
          <w:color w:val="141414"/>
          <w:sz w:val="24"/>
        </w:rPr>
        <w:t>Ashley laughed against her shoulder. “I’m keeping it. Jackie said I could.”</w:t>
      </w:r>
    </w:p>
    <w:p>
      <w:r>
        <w:rPr>
          <w:rFonts w:ascii="IM Fell English" w:hAnsi="IM Fell English"/>
          <w:color w:val="141414"/>
          <w:sz w:val="24"/>
        </w:rPr>
        <w:t>“Jackie doesn’t get to decide what my daughter keeps,” Lilith said, but she was smiling. “Come in. All of you. Lena’s already in the screening room with the first assembly of the death sequence. Medical wants ten minutes with each principal before anyone sits down for the formal debrief. And someone feed Jennifer before she starts chewing on the furniture.”</w:t>
      </w:r>
    </w:p>
    <w:p>
      <w:r>
        <w:rPr>
          <w:rFonts w:ascii="IM Fell English" w:hAnsi="IM Fell English"/>
          <w:color w:val="141414"/>
          <w:sz w:val="24"/>
        </w:rPr>
        <w:t>Jennifer, still in Jackie’s shirt and the collar, gave Lilith a look of pure injured innocence that fooled no one. “I would never chew on the furniture. I’d chew on Jackie.”</w:t>
      </w:r>
    </w:p>
    <w:p>
      <w:r>
        <w:rPr>
          <w:rFonts w:ascii="IM Fell English" w:hAnsi="IM Fell English"/>
          <w:color w:val="141414"/>
          <w:sz w:val="24"/>
        </w:rPr>
        <w:t>“That’s what the medical notes are for,” Katie said dryly. She stepped in, cupped Jackie’s face with both hands, and kissed her once, slow and claiming, the way she always did when the work was finished and the ownership needed reminding. Then she did the same to Jennifer, lingering long enough that the Ghost made a soft, happy sound against her mouth. “Both of you look like you earned the next three days. Twins — same. Ashley, you’re staying for the debrief and the first round of aftercare. Your mother already cleared it.”</w:t>
      </w:r>
    </w:p>
    <w:p>
      <w:r>
        <w:rPr>
          <w:rFonts w:ascii="IM Fell English" w:hAnsi="IM Fell English"/>
          <w:color w:val="141414"/>
          <w:sz w:val="24"/>
        </w:rPr>
        <w:t>They moved deeper into the mansion as a pack. Medical claimed them one by one in the quiet side room that always smelled of antiseptic and the expensive lotion Katie preferred for post-scene bruises. Jackie sat through the examination with her usual patience while the real contusions were photographed, measured, and noted against the prosthetic map that had already been removed. Jennifer endured the same with less patience and more editorial commentary. The twins were cleared with the expected collection of bite marks, handprints, and the deep muscle ache that came from weeks of controlled violence on camera. Ashley, who had mostly ordered deaths rather than received them, still got a once-over and a raised eyebrow from the medic when the residual adrenaline tremor in her hands was noted.</w:t>
      </w:r>
    </w:p>
    <w:p>
      <w:r>
        <w:rPr>
          <w:rFonts w:ascii="IM Fell English" w:hAnsi="IM Fell English"/>
          <w:color w:val="141414"/>
          <w:sz w:val="24"/>
        </w:rPr>
        <w:t>By the time they reconvened in the screening room, Lena had the death sequence cued on the main monitor and the first assembly notes open on her tablet. Katie and Lilith took the center couch. Jackie settled into the deep armchair with Jennifer curled in her lap, collar warm under her fingers. Justin and Jenna took the opposite couch. Ashley claimed the floor cushion at Lilith’s feet like she had never left home. Marcus closed the door and leaned against it, the quiet guardian he always became when the family was all in one room and the feeds were recording for the archive.</w:t>
      </w:r>
    </w:p>
    <w:p>
      <w:r>
        <w:rPr>
          <w:rFonts w:ascii="IM Fell English" w:hAnsi="IM Fell English"/>
          <w:color w:val="141414"/>
          <w:sz w:val="24"/>
        </w:rPr>
        <w:t>Lena didn’t waste time.</w:t>
      </w:r>
    </w:p>
    <w:p>
      <w:r>
        <w:rPr>
          <w:rFonts w:ascii="IM Fell English" w:hAnsi="IM Fell English"/>
          <w:color w:val="141414"/>
          <w:sz w:val="24"/>
        </w:rPr>
        <w:t>“We wrapped clean. Coverage on the slow kill is excellent. Ashley’s entrance and the sidewalk order are clean. The final collapse across the body is usable as-is. Practical blood ran heavier than scripted in the last two minutes; we’ll decide in post whether to trim or lean into it. Performances are locked. No pickups required.” She looked at Jackie. “You still want the slow-kill special-feature version, or do we let the theatrical cut stand alone?”</w:t>
      </w:r>
    </w:p>
    <w:p>
      <w:r>
        <w:rPr>
          <w:rFonts w:ascii="IM Fell English" w:hAnsi="IM Fell English"/>
          <w:color w:val="141414"/>
          <w:sz w:val="24"/>
        </w:rPr>
        <w:t>Jackie glanced down at Jennifer, who was watching the paused frame of her own hands on Jackie’s throat with open, proprietary satisfaction.</w:t>
      </w:r>
    </w:p>
    <w:p>
      <w:r>
        <w:rPr>
          <w:rFonts w:ascii="IM Fell English" w:hAnsi="IM Fell English"/>
          <w:color w:val="141414"/>
          <w:sz w:val="24"/>
        </w:rPr>
        <w:t>“Theatrical stands alone,” Jackie said. “Special feature can have the alternate angle coverage and the interview with Ashley about the black car. No second death for me this cycle.”</w:t>
      </w:r>
    </w:p>
    <w:p>
      <w:r>
        <w:rPr>
          <w:rFonts w:ascii="IM Fell English" w:hAnsi="IM Fell English"/>
          <w:color w:val="141414"/>
          <w:sz w:val="24"/>
        </w:rPr>
        <w:t>Jennifer made a small, disappointed sound. Jackie pinched her hip.</w:t>
      </w:r>
    </w:p>
    <w:p>
      <w:r>
        <w:rPr>
          <w:rFonts w:ascii="IM Fell English" w:hAnsi="IM Fell English"/>
          <w:color w:val="141414"/>
          <w:sz w:val="24"/>
        </w:rPr>
        <w:t>Katie’s mouth curved. “Agreed. The theatrical cut already does what it needs to do. Lena, move the assembly to the archive once the color pass is done. Now.” She leaned forward, elbows on her knees, and looked at the six of them with the particular intensity she reserved for the moments after a film had been put to bed. “Talk to me about the real cost. Not the scripted bruises. The residual ones. The headspace. The fact that Jackie spent weeks in a chair getting methodically taken apart while Jenna ran a 1928 family and the Ghost learned how to stand at a new shoulder.”</w:t>
      </w:r>
    </w:p>
    <w:p>
      <w:r>
        <w:rPr>
          <w:rFonts w:ascii="IM Fell English" w:hAnsi="IM Fell English"/>
          <w:color w:val="141414"/>
          <w:sz w:val="24"/>
        </w:rPr>
        <w:t>The room went quieter.</w:t>
      </w:r>
    </w:p>
    <w:p>
      <w:r>
        <w:rPr>
          <w:rFonts w:ascii="IM Fell English" w:hAnsi="IM Fell English"/>
          <w:color w:val="141414"/>
          <w:sz w:val="24"/>
        </w:rPr>
        <w:t>Jackie answered first, thumb stroking the side of Jennifer’s collar. “The chair work was exactly as hard as we designed it. Justin stayed inside the doctor’s line until the final phase. The twins carried the political weight the way they were supposed to. Jennifer’s switch from mutt to Ghost under Jenna’s hand was cleaner than I expected. I’m sore. I’m tired. I’m not broken. And the teacher’s last request landed the way I wanted it to land.”</w:t>
      </w:r>
    </w:p>
    <w:p>
      <w:r>
        <w:rPr>
          <w:rFonts w:ascii="IM Fell English" w:hAnsi="IM Fell English"/>
          <w:color w:val="141414"/>
          <w:sz w:val="24"/>
        </w:rPr>
        <w:t>Jennifer tilted her head back against Jackie’s shoulder. “I liked killing her slowly. I liked that Jenna controlled the room. I liked that Justin was inside me while I did it. I like that the only future the script gave me was the one I already have.” She turned her face enough to kiss the underside of Jackie’s jaw. “I’m good, Mistress Katie. Better than good.”</w:t>
      </w:r>
    </w:p>
    <w:p>
      <w:r>
        <w:rPr>
          <w:rFonts w:ascii="IM Fell English" w:hAnsi="IM Fell English"/>
          <w:color w:val="141414"/>
          <w:sz w:val="24"/>
        </w:rPr>
        <w:t>Jenna’s voice was calm. “The provisional year on-screen felt longer than the shoot days. Running the table while Jackie was locked away… it sat heavier than I thought it would. Ashley’s arrival helped. The Ghost at my shoulder helped more. I’m clear.”</w:t>
      </w:r>
    </w:p>
    <w:p>
      <w:r>
        <w:rPr>
          <w:rFonts w:ascii="IM Fell English" w:hAnsi="IM Fell English"/>
          <w:color w:val="141414"/>
          <w:sz w:val="24"/>
        </w:rPr>
        <w:t>Justin simply nodded once. “Same. The black-heart work was the point. We got there.”</w:t>
      </w:r>
    </w:p>
    <w:p>
      <w:r>
        <w:rPr>
          <w:rFonts w:ascii="IM Fell English" w:hAnsi="IM Fell English"/>
          <w:color w:val="141414"/>
          <w:sz w:val="24"/>
        </w:rPr>
        <w:t>Ashley, from the floor, lifted one shoulder. “I ordered my on-screen daughter’s death and then watched the Ghost carry it out while my actual mother watched from the feeds. I’m going to need therapy or another role. Possibly both. Also, the coat is mine now.”</w:t>
      </w:r>
    </w:p>
    <w:p>
      <w:r>
        <w:rPr>
          <w:rFonts w:ascii="IM Fell English" w:hAnsi="IM Fell English"/>
          <w:color w:val="141414"/>
          <w:sz w:val="24"/>
        </w:rPr>
        <w:t>Lilith’s hand settled on her daughter’s hair, affectionate and amused. “Therapy can wait. The coat is yours. The next role will find you when Lena finishes the color pass.”</w:t>
      </w:r>
    </w:p>
    <w:p>
      <w:r>
        <w:rPr>
          <w:rFonts w:ascii="IM Fell English" w:hAnsi="IM Fell English"/>
          <w:color w:val="141414"/>
          <w:sz w:val="24"/>
        </w:rPr>
        <w:t>Katie let the silence sit for a moment longer, reading all of them the way she always did, then sat back with the small, satisfied exhale that meant the debrief had given her what she needed.</w:t>
      </w:r>
    </w:p>
    <w:p>
      <w:r>
        <w:rPr>
          <w:rFonts w:ascii="IM Fell English" w:hAnsi="IM Fell English"/>
          <w:color w:val="141414"/>
          <w:sz w:val="24"/>
        </w:rPr>
        <w:t>“Good. Medical is clear. Lena is clear. The archive will take the cut. Tonight you’re all staying here. Soft restraints if anyone wants them, good whiskey either way, and the feeds stay open so the rest of the bloodline can watch you recover like the exhibitionists you are. Tomorrow we talk about the next project only if someone asks. Until then—” she looked at Jackie and Jennifer in particular, “—you belong to the house, the collars, and whoever I decide gets to put hands on you. Clear?”</w:t>
      </w:r>
    </w:p>
    <w:p>
      <w:r>
        <w:rPr>
          <w:rFonts w:ascii="IM Fell English" w:hAnsi="IM Fell English"/>
          <w:color w:val="141414"/>
          <w:sz w:val="24"/>
        </w:rPr>
        <w:t>“Clear,” Jackie said.</w:t>
      </w:r>
    </w:p>
    <w:p>
      <w:r>
        <w:rPr>
          <w:rFonts w:ascii="IM Fell English" w:hAnsi="IM Fell English"/>
          <w:color w:val="141414"/>
          <w:sz w:val="24"/>
        </w:rPr>
        <w:t>Jennifer’s smile was pure, collared contentment. “Clear, Mistress.”</w:t>
      </w:r>
    </w:p>
    <w:p>
      <w:r>
        <w:rPr>
          <w:rFonts w:ascii="IM Fell English" w:hAnsi="IM Fell English"/>
          <w:color w:val="141414"/>
          <w:sz w:val="24"/>
        </w:rPr>
        <w:t>The twins answered in the same breath. Ashley saluted from the floor with her coffee mug. Lena closed the tablet. Marcus opened the door.</w:t>
      </w:r>
    </w:p>
    <w:p>
      <w:r>
        <w:rPr>
          <w:rFonts w:ascii="IM Fell English" w:hAnsi="IM Fell English"/>
          <w:color w:val="141414"/>
          <w:sz w:val="24"/>
        </w:rPr>
        <w:t>Outside the screening room the mansion continued its quiet daytime rhythm — staff moving, monitors glowing, the low electronic pulse of the open grid that still connected every room to every other room and to the two women who had built the entire machine. Katie stood, offered Jackie a hand up, and kept possession of it while Jennifer slid to her feet and leaned into both of them. Lilith claimed Ashley and the twins with a single glance. The pack moved deeper into the house toward the long afternoon of food, careful hands, open feeds, and the particular brand of aftercare that only ever happened when a Pure Death film had been put to bed and the people who made it were finally allowed to stop performing for anyone except each other.</w:t>
      </w:r>
    </w:p>
    <w:p>
      <w:r>
        <w:rPr>
          <w:rFonts w:ascii="IM Fell English" w:hAnsi="IM Fell English"/>
          <w:color w:val="141414"/>
          <w:sz w:val="24"/>
        </w:rPr>
        <w:t>The lesson on-screen was over.</w:t>
      </w:r>
    </w:p>
    <w:p>
      <w:r>
        <w:rPr>
          <w:rFonts w:ascii="IM Fell English" w:hAnsi="IM Fell English"/>
          <w:color w:val="141414"/>
          <w:sz w:val="24"/>
        </w:rPr>
        <w:t>The real chairs, the real collars, and the real ownership had never left.</w:t>
      </w:r>
    </w:p>
    <w:p>
      <w:pPr>
        <w:pStyle w:val="Heading1"/>
        <w:jc w:val="center"/>
      </w:pPr>
      <w:r>
        <w:rPr>
          <w:rFonts w:ascii="IM Fell English" w:hAnsi="IM Fell English"/>
          <w:color w:val="0D0D0D"/>
        </w:rPr>
        <w:t>CHAPTER 31 — HOUSE RULES</w:t>
      </w:r>
    </w:p>
    <w:p>
      <w:r>
        <w:rPr>
          <w:rFonts w:ascii="IM Fell English" w:hAnsi="IM Fell English"/>
          <w:color w:val="141414"/>
          <w:sz w:val="24"/>
        </w:rPr>
        <w:t>The mansion’s private recovery wing smelled of clean linen, the expensive lotion medical preferred for deep bruising, and the faint residual copper that always clung to them after a practical-heavy wrap.</w:t>
      </w:r>
    </w:p>
    <w:p>
      <w:r>
        <w:rPr>
          <w:rFonts w:ascii="IM Fell English" w:hAnsi="IM Fell English"/>
          <w:color w:val="141414"/>
          <w:sz w:val="24"/>
        </w:rPr>
        <w:t>Katie had claimed the largest of the low-lit rooms. The bed was wide enough for six, the restraints soft and already threaded through the headboard, the open feeds glowing quietly on the wall monitors so the rest of the bloodline could watch if they wanted. Lilith occupied the opposite couch with Ashley half-asleep against her side, the Headmistress coat draped over both of them like a shared trophy. Lena had taken the armchair near the door, tablet closed, director’s authority set aside for the afternoon. Marcus remained a silent shape near the window, present the way he always was when the principals were under the house’s hands.</w:t>
      </w:r>
    </w:p>
    <w:p>
      <w:r>
        <w:rPr>
          <w:rFonts w:ascii="IM Fell English" w:hAnsi="IM Fell English"/>
          <w:color w:val="141414"/>
          <w:sz w:val="24"/>
        </w:rPr>
        <w:t>Jackie sat on the edge of the bed while Jennifer, still collared and wearing only the collar, knelt between her spread knees and carefully smoothed lotion into the worst of the real contusions on Jackie’s thighs. The Ghost’s hands were proprietary and slow. Every so often she leaned in and bit the edge of a bruise just hard enough to make Jackie’s breath catch, then soothed it with her tongue. Justin and Jenna occupied the far side of the mattress in a similar tangle — Jenna’s mouth on a bite mark she had left on Justin’s shoulder during the final sequence, his hand resting heavy on the back of her neck.</w:t>
      </w:r>
    </w:p>
    <w:p>
      <w:r>
        <w:rPr>
          <w:rFonts w:ascii="IM Fell English" w:hAnsi="IM Fell English"/>
          <w:color w:val="141414"/>
          <w:sz w:val="24"/>
        </w:rPr>
        <w:t>Katie watched them the way she watched all post-wrap recoveries: open, assessing, and already deciding how much further the afternoon would go.</w:t>
      </w:r>
    </w:p>
    <w:p>
      <w:r>
        <w:rPr>
          <w:rFonts w:ascii="IM Fell English" w:hAnsi="IM Fell English"/>
          <w:color w:val="141414"/>
          <w:sz w:val="24"/>
        </w:rPr>
        <w:t>“Medical is satisfied,” she said. “Lena is satisfied. The archive has the cut. That leaves the part I care about.” She stepped closer, cupped Jennifer’s jaw, and tilted the Ghost’s face up until their eyes met. “You killed her slowly on my stage, under my daughter’s orders, with my director’s cameras rolling. How’s the head after that?”</w:t>
      </w:r>
    </w:p>
    <w:p>
      <w:r>
        <w:rPr>
          <w:rFonts w:ascii="IM Fell English" w:hAnsi="IM Fell English"/>
          <w:color w:val="141414"/>
          <w:sz w:val="24"/>
        </w:rPr>
        <w:t>Jennifer’s smile was soft and wicked and completely present. “Quiet. Happy. A little smug. She asked for extremely slow. I gave her extremely slow. Then I got fucked on top of the body while the new Head watched. I’m not carrying anything I don’t want.”</w:t>
      </w:r>
    </w:p>
    <w:p>
      <w:r>
        <w:rPr>
          <w:rFonts w:ascii="IM Fell English" w:hAnsi="IM Fell English"/>
          <w:color w:val="141414"/>
          <w:sz w:val="24"/>
        </w:rPr>
        <w:t>Katie’s thumb stroked the corner of her mouth. “Good. Because the house is claiming the rest of the day. Soft restraints if you need the weight, open hands if you don’t. Whiskey either way. The feeds stay live. Clear?”</w:t>
      </w:r>
    </w:p>
    <w:p>
      <w:r>
        <w:rPr>
          <w:rFonts w:ascii="IM Fell English" w:hAnsi="IM Fell English"/>
          <w:color w:val="141414"/>
          <w:sz w:val="24"/>
        </w:rPr>
        <w:t>“Clear, Mistress.”</w:t>
      </w:r>
    </w:p>
    <w:p>
      <w:r>
        <w:rPr>
          <w:rFonts w:ascii="IM Fell English" w:hAnsi="IM Fell English"/>
          <w:color w:val="141414"/>
          <w:sz w:val="24"/>
        </w:rPr>
        <w:t>Katie repeated the same quiet inventory with Jackie — fingers under the chin, eyes reading the residual exhaustion and the deeper satisfaction that lived under it — then with each of the twins. Ashley received a softer version that ended with Lilith’s hand tightening in her hair and a murmured, “You’re staying until morning. Your mother wants the full debrief version that includes the coat and the black car.”</w:t>
      </w:r>
    </w:p>
    <w:p>
      <w:r>
        <w:rPr>
          <w:rFonts w:ascii="IM Fell English" w:hAnsi="IM Fell English"/>
          <w:color w:val="141414"/>
          <w:sz w:val="24"/>
        </w:rPr>
        <w:t>Ashley made a sleepy, pleased sound and didn’t argue.</w:t>
      </w:r>
    </w:p>
    <w:p>
      <w:r>
        <w:rPr>
          <w:rFonts w:ascii="IM Fell English" w:hAnsi="IM Fell English"/>
          <w:color w:val="141414"/>
          <w:sz w:val="24"/>
        </w:rPr>
        <w:t>The afternoon settled into the particular rhythm the mansion used when a Pure Death film had been put to bed and the people who made it were allowed to stop performing for anyone except the bloodline. Jackie was guided onto her back in the center of the bed. Jennifer was cuffed loosely to the headboard above her — soft leather, enough give to move, not enough to leave. Justin and Jenna took the outer edges. Katie and Lilith moved between all of them with the unhurried authority of women who had done this after every major wrap since the first lethal college film.</w:t>
      </w:r>
    </w:p>
    <w:p>
      <w:r>
        <w:rPr>
          <w:rFonts w:ascii="IM Fell English" w:hAnsi="IM Fell English"/>
          <w:color w:val="141414"/>
          <w:sz w:val="24"/>
        </w:rPr>
        <w:t>Hands first. Lotion worked into real bruises with firm, knowing pressure. Mouths following the lotion. Jennifer’s breath hitching every time Katie’s fingers found a particularly deep mark on Jackie’s hip and pressed. Jackie’s low, steady sounds when Lilith bit the inside of her thigh hard enough to layer a fresh claim over the fading stage damage. The twins receiving the same thorough, proprietary attention until Jenna was shaking and Justin’s hand had tightened in her hair hard enough to make her eyes go dark and happy.</w:t>
      </w:r>
    </w:p>
    <w:p>
      <w:r>
        <w:rPr>
          <w:rFonts w:ascii="IM Fell English" w:hAnsi="IM Fell English"/>
          <w:color w:val="141414"/>
          <w:sz w:val="24"/>
        </w:rPr>
        <w:t>Whiskey appeared in crystal glasses. Katie held one to Jackie’s mouth and let her drink. Lilith did the same for Jennifer, then for the twins. Ashley was given a smaller measure and a look that said she was still on the soft version of the curriculum. The open monitors on the wall showed the room from three angles, the images already routing to the archive and to whatever private screens the wider bloodline kept for nights like this.</w:t>
      </w:r>
    </w:p>
    <w:p>
      <w:r>
        <w:rPr>
          <w:rFonts w:ascii="IM Fell English" w:hAnsi="IM Fell English"/>
          <w:color w:val="141414"/>
          <w:sz w:val="24"/>
        </w:rPr>
        <w:t>When Katie finally climbed onto the bed and straddled Jackie’s waist, the residual stage blood was long gone and only the real marks remained. She braced one hand beside Jackie’s head, the other wrapped loosely around the throat above Jennifer’s collar, and kissed her the way she always kissed the people she intended to keep.</w:t>
      </w:r>
    </w:p>
    <w:p>
      <w:r>
        <w:rPr>
          <w:rFonts w:ascii="IM Fell English" w:hAnsi="IM Fell English"/>
          <w:color w:val="141414"/>
          <w:sz w:val="24"/>
        </w:rPr>
        <w:t>“You spent weeks in a chair getting taken apart so the twins could learn the black heart and the Ghost could learn a new set of feet,” Katie murmured against her mouth. “You wrote your own death and then let Jennifer deliver it on my stage. I’m proud of the work. I’m proud of the four of you. And I’m still going to remind every one of you who the house belongs to before the sun goes down.”</w:t>
      </w:r>
    </w:p>
    <w:p>
      <w:r>
        <w:rPr>
          <w:rFonts w:ascii="IM Fell English" w:hAnsi="IM Fell English"/>
          <w:color w:val="141414"/>
          <w:sz w:val="24"/>
        </w:rPr>
        <w:t>Jackie’s answering smile was pure, bruised satisfaction. “Wouldn’t have it any other way, Mistress.”</w:t>
      </w:r>
    </w:p>
    <w:p>
      <w:r>
        <w:rPr>
          <w:rFonts w:ascii="IM Fell English" w:hAnsi="IM Fell English"/>
          <w:color w:val="141414"/>
          <w:sz w:val="24"/>
        </w:rPr>
        <w:t>Katie looked at Jennifer, still loosely cuffed and watching with open hunger. “Ghost. You get her mouth while I remind her. Twins — sort yourselves out. Ashley, you may watch or you may help Lilith. Choose.”</w:t>
      </w:r>
    </w:p>
    <w:p>
      <w:r>
        <w:rPr>
          <w:rFonts w:ascii="IM Fell English" w:hAnsi="IM Fell English"/>
          <w:color w:val="141414"/>
          <w:sz w:val="24"/>
        </w:rPr>
        <w:t>Ashley chose helping Lilith. The twins sorted themselves out with the easy violence of people who had spent the entire shoot learning each other’s limits. Jennifer strained upward against the soft cuffs and took Jackie’s mouth with the same proprietary hunger she had brought to the slow kill. Katie fucked Jackie with her fingers first, then with the strap that Marcus had quietly set on the side table, deep and unhurried and exactly as hard as the residual bruises would allow. Every thrust drove Jackie up into Jennifer’s mouth. Every time Jackie came — low, controlled, shaking — Jennifer swallowed the sound and the shaking and the quiet, broken praise that followed.</w:t>
      </w:r>
    </w:p>
    <w:p>
      <w:r>
        <w:rPr>
          <w:rFonts w:ascii="IM Fell English" w:hAnsi="IM Fell English"/>
          <w:color w:val="141414"/>
          <w:sz w:val="24"/>
        </w:rPr>
        <w:t>Lilith had Jenna on her back on the outer edge of the mattress, one hand in her hair, the other working between her thighs with the same methodical patience she brought to every post-wrap recovery. Justin was behind Lilith, mouth on the side of her throat, hands on her hips, the three of them moving in a slow, filthy rhythm that made the soft restraints on Jennifer’s wrists creak when she tried to watch and participate at the same time. Ashley, flushed and bright-eyed, was used as an extra set of hands and an extra mouth wherever Lilith directed her, learning the house version of aftercare the same way she had learned the Headmistress’s coat and the black-car entrance.</w:t>
      </w:r>
    </w:p>
    <w:p>
      <w:r>
        <w:rPr>
          <w:rFonts w:ascii="IM Fell English" w:hAnsi="IM Fell English"/>
          <w:color w:val="141414"/>
          <w:sz w:val="24"/>
        </w:rPr>
        <w:t>The afternoon stretched.</w:t>
      </w:r>
    </w:p>
    <w:p>
      <w:r>
        <w:rPr>
          <w:rFonts w:ascii="IM Fell English" w:hAnsi="IM Fell English"/>
          <w:color w:val="141414"/>
          <w:sz w:val="24"/>
        </w:rPr>
        <w:t>Whiskey was refilled. Lotion was reapplied to marks that had been bitten or gripped too hard in the intensity of the recovery. The open feeds recorded everything for the archive and for the private screens that Katie and Lilith would rewatch later with the same attention they had given the death sequence. Lena eventually left the armchair long enough to claim a slow, thorough turn with Jennifer while Jackie watched and held the Ghost’s cuffed hands. Marcus remained at the window until Katie crooked a finger, then joined the bed long enough to put Jennifer on her knees between his thighs and remind the hound that the house had more than one set of hands that could claim her.</w:t>
      </w:r>
    </w:p>
    <w:p>
      <w:r>
        <w:rPr>
          <w:rFonts w:ascii="IM Fell English" w:hAnsi="IM Fell English"/>
          <w:color w:val="141414"/>
          <w:sz w:val="24"/>
        </w:rPr>
        <w:t>By the time the light outside the heavy curtains had gone gold and low, the entire pack was a single tangled, marked, satisfied weight across the wide bed. Soft restraints had been loosened. Empty whiskey glasses sat on every available surface. The open monitors still glowed, but the images had gone quieter — slow breathing, the occasional shift of a limb, Katie’s fingers stroking idly through Jackie’s hair while Jennifer slept with her mouth against Jackie’s collarbone and the twins formed a matching pair on the other side of Lilith.</w:t>
      </w:r>
    </w:p>
    <w:p>
      <w:r>
        <w:rPr>
          <w:rFonts w:ascii="IM Fell English" w:hAnsi="IM Fell English"/>
          <w:color w:val="141414"/>
          <w:sz w:val="24"/>
        </w:rPr>
        <w:t>Ashley was half-sprawled across her mother’s lap, the Headmistress coat pulled over both of them like a blanket, already drifting.</w:t>
      </w:r>
    </w:p>
    <w:p>
      <w:r>
        <w:rPr>
          <w:rFonts w:ascii="IM Fell English" w:hAnsi="IM Fell English"/>
          <w:color w:val="141414"/>
          <w:sz w:val="24"/>
        </w:rPr>
        <w:t>Katie’s voice was soft enough that it didn’t wake anyone who had already slipped under.</w:t>
      </w:r>
    </w:p>
    <w:p>
      <w:r>
        <w:rPr>
          <w:rFonts w:ascii="IM Fell English" w:hAnsi="IM Fell English"/>
          <w:color w:val="141414"/>
          <w:sz w:val="24"/>
        </w:rPr>
        <w:t>“Lena, the cut stays locked. No pickups. No second death sequence this cycle. Marcus, the truck can remain here overnight. Tomorrow we feed them again, check the residual marks, and decide whether anyone is cleared for the dungeon or whether the house keeps them another night.” Her hand settled on the back of Jennifer’s neck, proprietary and calm. “Ghost. Teacher. Twins. You did the work. You carried the final phase. You brought the film home in one piece. Tonight you belong to the feeds and the bed and whoever still has the energy to put a mouth on you. Clear?”</w:t>
      </w:r>
    </w:p>
    <w:p>
      <w:r>
        <w:rPr>
          <w:rFonts w:ascii="IM Fell English" w:hAnsi="IM Fell English"/>
          <w:color w:val="141414"/>
          <w:sz w:val="24"/>
        </w:rPr>
        <w:t>Jackie, eyes closed, mouth curved against Jennifer’s hair, answered for all of them.</w:t>
      </w:r>
    </w:p>
    <w:p>
      <w:r>
        <w:rPr>
          <w:rFonts w:ascii="IM Fell English" w:hAnsi="IM Fell English"/>
          <w:color w:val="141414"/>
          <w:sz w:val="24"/>
        </w:rPr>
        <w:t>“Clear, Mistress.”</w:t>
      </w:r>
    </w:p>
    <w:p>
      <w:r>
        <w:rPr>
          <w:rFonts w:ascii="IM Fell English" w:hAnsi="IM Fell English"/>
          <w:color w:val="141414"/>
          <w:sz w:val="24"/>
        </w:rPr>
        <w:t>The mansion settled around the recovery wing the way it always did after a Pure Death wrap — monitors live, staff quiet, the low electronic pulse of the open grid carrying the images of the tangled, breathing pack to whatever private screens the wider bloodline kept for nights when the work was finished and the only thing left to do was keep the people who had made it.</w:t>
      </w:r>
    </w:p>
    <w:p>
      <w:r>
        <w:rPr>
          <w:rFonts w:ascii="IM Fell English" w:hAnsi="IM Fell English"/>
          <w:color w:val="141414"/>
          <w:sz w:val="24"/>
        </w:rPr>
        <w:t>Outside, the spring evening moved on without 1928.</w:t>
      </w:r>
    </w:p>
    <w:p>
      <w:r>
        <w:rPr>
          <w:rFonts w:ascii="IM Fell English" w:hAnsi="IM Fell English"/>
          <w:color w:val="141414"/>
          <w:sz w:val="24"/>
        </w:rPr>
        <w:t>Inside, the real collars, the real rings, and the real ownership remained exactly where they belonged, and the house kept them until the last of the stage blood had been washed away and the last of the residual bruises had been properly claimed.</w:t>
      </w:r>
    </w:p>
    <w:p>
      <w:pPr>
        <w:pStyle w:val="Heading1"/>
        <w:jc w:val="center"/>
      </w:pPr>
      <w:r>
        <w:rPr>
          <w:rFonts w:ascii="IM Fell English" w:hAnsi="IM Fell English"/>
          <w:color w:val="0D0D0D"/>
        </w:rPr>
        <w:t>CHAPTER 32 — SECOND MORNING</w:t>
      </w:r>
    </w:p>
    <w:p>
      <w:r>
        <w:rPr>
          <w:rFonts w:ascii="IM Fell English" w:hAnsi="IM Fell English"/>
          <w:color w:val="141414"/>
          <w:sz w:val="24"/>
        </w:rPr>
        <w:t>Morning light moved slowly across the recovery wing, thin and gold where it slipped past the heavy curtains.</w:t>
      </w:r>
    </w:p>
    <w:p>
      <w:r>
        <w:rPr>
          <w:rFonts w:ascii="IM Fell English" w:hAnsi="IM Fell English"/>
          <w:color w:val="141414"/>
          <w:sz w:val="24"/>
        </w:rPr>
        <w:t>Jackie woke to the familiar weight of Jennifer’s collared body half on top of her, one of Katie’s hands still resting possessively at the back of her neck, and the low electronic hum of the open feeds that had recorded everything through the night. The soft restraints had been loosened hours earlier; only the faint pink memory of them remained around Jennifer’s wrists. Somewhere on the far side of the wide bed Lilith was a dark curve under the Headmistress coat with Ashley still tucked against her. The twins formed their own tangled shape near the edge, Jenna’s mouth open against Justin’s shoulder, his arm locked around her waist even in sleep.</w:t>
      </w:r>
    </w:p>
    <w:p>
      <w:r>
        <w:rPr>
          <w:rFonts w:ascii="IM Fell English" w:hAnsi="IM Fell English"/>
          <w:color w:val="141414"/>
          <w:sz w:val="24"/>
        </w:rPr>
        <w:t>The residual bruises had deepened overnight into their full post-wrap spectrum. Jackie catalogued the ones she could see without moving — the deep fingerprints on Jennifer’s hips, the bite marks Katie and Lilith had layered over the fading stage damage, the matching set of claims the twins had left on each other. Her own body answered with the usual deep, satisfied ache. Nothing that required medical. Everything that required the house’s continued attention.</w:t>
      </w:r>
    </w:p>
    <w:p>
      <w:r>
        <w:rPr>
          <w:rFonts w:ascii="IM Fell English" w:hAnsi="IM Fell English"/>
          <w:color w:val="141414"/>
          <w:sz w:val="24"/>
        </w:rPr>
        <w:t>Katie’s eyes opened a moment later, already clear, already assessing. She didn’t remove her hand from Jackie’s neck.</w:t>
      </w:r>
    </w:p>
    <w:p>
      <w:r>
        <w:rPr>
          <w:rFonts w:ascii="IM Fell English" w:hAnsi="IM Fell English"/>
          <w:color w:val="141414"/>
          <w:sz w:val="24"/>
        </w:rPr>
        <w:t>“Morning, Kitten,” she murmured, voice still rough from sleep and the previous day’s thorough work. “Medical will want another look after breakfast. Lena already texted; the color pass on the death sequence is clean. Archive is locked. No one is cleared for the dungeon until I say so.”</w:t>
      </w:r>
    </w:p>
    <w:p>
      <w:r>
        <w:rPr>
          <w:rFonts w:ascii="IM Fell English" w:hAnsi="IM Fell English"/>
          <w:color w:val="141414"/>
          <w:sz w:val="24"/>
        </w:rPr>
        <w:t>Jennifer made a small, protesting sound against Jackie’s collarbone and bit down gently in answer. Katie’s mouth curved. She reached over with her free hand, hooked two fingers through the Ghost’s collar, and tugged until Jennifer’s sleepy eyes opened.</w:t>
      </w:r>
    </w:p>
    <w:p>
      <w:r>
        <w:rPr>
          <w:rFonts w:ascii="IM Fell English" w:hAnsi="IM Fell English"/>
          <w:color w:val="141414"/>
          <w:sz w:val="24"/>
        </w:rPr>
        <w:t>“That includes you, mouse. Soft recovery only. The hard work is finished. Today you eat, you submit to lotion and open hands, and you let the feeds watch you be owned without having to kill anyone on camera. Clear?”</w:t>
      </w:r>
    </w:p>
    <w:p>
      <w:r>
        <w:rPr>
          <w:rFonts w:ascii="IM Fell English" w:hAnsi="IM Fell English"/>
          <w:color w:val="141414"/>
          <w:sz w:val="24"/>
        </w:rPr>
        <w:t>Jennifer’s smile was slow and wicked and completely present. “Clear, Mistress. Does soft recovery still include your fingers?”</w:t>
      </w:r>
    </w:p>
    <w:p>
      <w:r>
        <w:rPr>
          <w:rFonts w:ascii="IM Fell English" w:hAnsi="IM Fell English"/>
          <w:color w:val="141414"/>
          <w:sz w:val="24"/>
        </w:rPr>
        <w:t>“It includes whatever I decide it includes.” Katie kissed her once, claiming and unhurried, then released the collar and sat up. The shift of the mattress woke the rest of the pack in stages. Lilith stretched under the coat with a low, satisfied sound. Ashley surfaced looking like someone who had learned more about the working side of the bloodline in twenty-four hours than most people learned in a year. The twins came awake the way they always did after a shared night — Jenna first, already reaching for Justin, Justin answering with a hand in her hair and a quiet “still here.”</w:t>
      </w:r>
    </w:p>
    <w:p>
      <w:r>
        <w:rPr>
          <w:rFonts w:ascii="IM Fell English" w:hAnsi="IM Fell English"/>
          <w:color w:val="141414"/>
          <w:sz w:val="24"/>
        </w:rPr>
        <w:t>Marcus appeared in the doorway with coffee and the news that breakfast was waiting in the smaller dining room that overlooked the east garden. No one bothered with real clothes. Robes, open shirts, Jennifer in the collar and one of Katie’s button-downs that smelled like the house. They moved through the mansion as a loose, marked, half-dressed unit while the open feeds tracked every step for the archive and for whoever in the wider bloodline was still watching the recovery.</w:t>
      </w:r>
    </w:p>
    <w:p>
      <w:r>
        <w:rPr>
          <w:rFonts w:ascii="IM Fell English" w:hAnsi="IM Fell English"/>
          <w:color w:val="141414"/>
          <w:sz w:val="24"/>
        </w:rPr>
        <w:t>Breakfast was the kind of meal Katie ordered when she intended to keep people on the property all day: eggs, fruit, roasted tomatoes, bread still warm, the good coffee, and enough protein to remind every body that the shoot was over and the real work of staying functional had begun again. Lena joined them halfway through, tablet under one arm, director’s eye already scanning residual marks the same way she scanned coverage.</w:t>
      </w:r>
    </w:p>
    <w:p>
      <w:r>
        <w:rPr>
          <w:rFonts w:ascii="IM Fell English" w:hAnsi="IM Fell English"/>
          <w:color w:val="141414"/>
          <w:sz w:val="24"/>
        </w:rPr>
        <w:t>“Color pass is locked,” she reported, accepting coffee from Marcus. “Death sequence sits exactly where we want it. Ashley’s sidewalk order is already generating internal notes about using her again. No pickups. No second unit. You’re all clear of the production schedule until the premiere cycle.” She looked at Jackie. “You still certain about no special-feature reshoot of the slow kill?”</w:t>
      </w:r>
    </w:p>
    <w:p>
      <w:r>
        <w:rPr>
          <w:rFonts w:ascii="IM Fell English" w:hAnsi="IM Fell English"/>
          <w:color w:val="141414"/>
          <w:sz w:val="24"/>
        </w:rPr>
        <w:t>Jackie, with Jennifer draped across her lap and stealing bites from her plate, shook her head. “Theatrical stands. The interview with Ashley about the coat and the black car is enough. I’m not dying twice for the same film.”</w:t>
      </w:r>
    </w:p>
    <w:p>
      <w:r>
        <w:rPr>
          <w:rFonts w:ascii="IM Fell English" w:hAnsi="IM Fell English"/>
          <w:color w:val="141414"/>
          <w:sz w:val="24"/>
        </w:rPr>
        <w:t>Jennifer made a quiet, disappointed noise. Jackie pinched her hip. Katie watched the exchange with open amusement and final authority.</w:t>
      </w:r>
    </w:p>
    <w:p>
      <w:r>
        <w:rPr>
          <w:rFonts w:ascii="IM Fell English" w:hAnsi="IM Fell English"/>
          <w:color w:val="141414"/>
          <w:sz w:val="24"/>
        </w:rPr>
        <w:t>“Teacher’s decision holds. Lena, move on. Everyone else — medical after you finish eating. Then the east lounge. Soft restraints optional. Lotion mandatory. Feeds stay live. The house keeps you until I’m satisfied the residual headspace and the residual bruises are both where they belong.”</w:t>
      </w:r>
    </w:p>
    <w:p>
      <w:r>
        <w:rPr>
          <w:rFonts w:ascii="IM Fell English" w:hAnsi="IM Fell English"/>
          <w:color w:val="141414"/>
          <w:sz w:val="24"/>
        </w:rPr>
        <w:t>No one argued.</w:t>
      </w:r>
    </w:p>
    <w:p>
      <w:r>
        <w:rPr>
          <w:rFonts w:ascii="IM Fell English" w:hAnsi="IM Fell English"/>
          <w:color w:val="141414"/>
          <w:sz w:val="24"/>
        </w:rPr>
        <w:t>Medical was brief and professional. The real contusions were photographed again, measured against the previous day’s baseline, and cleared for continued soft handling. Nothing had worsened. Everything was healing on the exact schedule the studio’s protocols and the family’s private habits preferred. Ashley received a clean bill and a quiet suggestion from the medic that the residual adrenaline tremor would fade faster if she stopped replaying the sidewalk order in her head every ten minutes. She grinned and promised nothing.</w:t>
      </w:r>
    </w:p>
    <w:p>
      <w:r>
        <w:rPr>
          <w:rFonts w:ascii="IM Fell English" w:hAnsi="IM Fell English"/>
          <w:color w:val="141414"/>
          <w:sz w:val="24"/>
        </w:rPr>
        <w:t>By late morning the pack had re-formed in the east lounge — low couches, open curtains, the garden visible beyond the glass, monitors glowing with the live feeds of the room itself so the archive and the wider bloodline could watch the recovery continue in natural light. Jackie settled into the corner of the largest couch with Jennifer between her knees, back against Jackie’s chest, collar warm under Jackie’s fingers. The twins took the opposite couch. Lilith claimed the long chaise and pulled Ashley down beside her. Katie moved between all of them with lotion, open hands, and the unhurried certainty of a woman who had already decided the shape of the day.</w:t>
      </w:r>
    </w:p>
    <w:p>
      <w:r>
        <w:rPr>
          <w:rFonts w:ascii="IM Fell English" w:hAnsi="IM Fell English"/>
          <w:color w:val="141414"/>
          <w:sz w:val="24"/>
        </w:rPr>
        <w:t>Lotion first — firm, knowing pressure into every residual bruise, every bite mark, every place the previous day’s aftercare had layered fresh claims over the stage damage. Jennifer melted under it, head tipped back against Jackie’s shoulder, making soft, unguarded sounds every time Katie’s thumbs found a particularly deep mark on her inner thigh. Jackie endured the same thorough attention with her usual controlled stillness, only the occasional low exhale betraying how deep the residual ache still sat. The twins received matching care until Jenna was pliant and Justin’s eyes had gone dark and quiet. Ashley was handled more gently, Lilith’s hands doing most of the work while Katie supervised and occasionally corrected a pressure point.</w:t>
      </w:r>
    </w:p>
    <w:p>
      <w:r>
        <w:rPr>
          <w:rFonts w:ascii="IM Fell English" w:hAnsi="IM Fell English"/>
          <w:color w:val="141414"/>
          <w:sz w:val="24"/>
        </w:rPr>
        <w:t>When the lotion had been worked in thoroughly, Katie hooked two fingers through Jennifer’s collar and tugged her forward onto her hands and knees on the wide ottoman. Soft cuffs were offered; Jennifer nodded and accepted them, wrists secured loosely to the ottoman’s legs so she could still move but not leave. Jackie stayed on the couch, watching with open ownership while Katie took her time with the Ghost — fingers, mouth, the strap brought from the side table, deep and unhurried and exactly as hard as soft recovery allowed. Every time Jennifer came, shaking and loud enough for the open feeds to catch every sound, Jackie’s hand tightened on the couch cushion and Katie’s voice stayed calm, almost instructional.</w:t>
      </w:r>
    </w:p>
    <w:p>
      <w:r>
        <w:rPr>
          <w:rFonts w:ascii="IM Fell English" w:hAnsi="IM Fell English"/>
          <w:color w:val="141414"/>
          <w:sz w:val="24"/>
        </w:rPr>
        <w:t>“Good. Again. The house isn’t finished with you yet.”</w:t>
      </w:r>
    </w:p>
    <w:p>
      <w:r>
        <w:rPr>
          <w:rFonts w:ascii="IM Fell English" w:hAnsi="IM Fell English"/>
          <w:color w:val="141414"/>
          <w:sz w:val="24"/>
        </w:rPr>
        <w:t>Lilith had Jenna in a similar position on the chaise, Ashley pressed close as an extra set of hands and an extra mouth wherever she was directed. Justin was used thoroughly by both older women until his usual controlled silence broke into the low, rough sounds he rarely let anyone except the bloodline hear. Lena eventually set the tablet aside and claimed a turn with Jackie — slow, deep, fingers hooked in Jackie’s mouth to keep her quiet while the feeds recorded every controlled tremor. Marcus remained near the glass until Katie crooked a finger, then put Jennifer’s mouth to work while the Ghost was still cuffed and open and already oversensitive from Katie’s attention.</w:t>
      </w:r>
    </w:p>
    <w:p>
      <w:r>
        <w:rPr>
          <w:rFonts w:ascii="IM Fell English" w:hAnsi="IM Fell English"/>
          <w:color w:val="141414"/>
          <w:sz w:val="24"/>
        </w:rPr>
        <w:t>The afternoon stretched in the particular golden, filthy rhythm the mansion preferred when no cameras were rolling for a film and the only audience that mattered was the open grid and the people inside it. Whiskey appeared in crystal glasses. Residual marks were bitten again, soothed again, claimed again. Jennifer was released from the soft cuffs only long enough to be rearranged across Jackie’s lap and held there while Katie and Lilith took turns with both of them. The twins ended up on the floor in a slow, interlocking tangle that Lilith directed with occasional quiet orders and the press of her bare foot against Jenna’s hip. Ashley fell asleep twice and was woken both times with a mouth on her throat and a murmured reminder that the working side of the bloodline did not get to skip the recovery curriculum.</w:t>
      </w:r>
    </w:p>
    <w:p>
      <w:r>
        <w:rPr>
          <w:rFonts w:ascii="IM Fell English" w:hAnsi="IM Fell English"/>
          <w:color w:val="141414"/>
          <w:sz w:val="24"/>
        </w:rPr>
        <w:t>By the time the light outside the garden windows had gone soft and late, the entire pack was a single satisfied, marked, half-dressed weight across the couches and the ottoman and the floor. Empty glasses sat on every low table. The open feeds continued to glow, carrying the images of ownership and aftercare to whatever private screens the wider bloodline kept for days when the work was finished and the only thing left was to keep the people who had made it.</w:t>
      </w:r>
    </w:p>
    <w:p>
      <w:r>
        <w:rPr>
          <w:rFonts w:ascii="IM Fell English" w:hAnsi="IM Fell English"/>
          <w:color w:val="141414"/>
          <w:sz w:val="24"/>
        </w:rPr>
        <w:t>Katie stood, stretched, and looked over the wreckage with the particular expression that meant the house was satisfied for the moment.</w:t>
      </w:r>
    </w:p>
    <w:p>
      <w:r>
        <w:rPr>
          <w:rFonts w:ascii="IM Fell English" w:hAnsi="IM Fell English"/>
          <w:color w:val="141414"/>
          <w:sz w:val="24"/>
        </w:rPr>
        <w:t>“Dinner in an hour. Real clothes optional. No one is cleared for the dungeon tonight. Tomorrow we reassess residual marks and residual headspace. If everyone is still carrying the final phase cleanly, we discuss whether the next project gets a preliminary conversation or whether the bloodline takes another full week of soft ownership first.” Her eyes found Jackie and Jennifer in particular. “You two especially. The teacher wrote her own death and the Ghost delivered it. The house is proud. The house is also not finished reminding you who you belong to when the cameras stop. Clear?”</w:t>
      </w:r>
    </w:p>
    <w:p>
      <w:r>
        <w:rPr>
          <w:rFonts w:ascii="IM Fell English" w:hAnsi="IM Fell English"/>
          <w:color w:val="141414"/>
          <w:sz w:val="24"/>
        </w:rPr>
        <w:t>Jackie, with Jennifer warm and pliant and thoroughly handled against her chest, answered for both of them.</w:t>
      </w:r>
    </w:p>
    <w:p>
      <w:r>
        <w:rPr>
          <w:rFonts w:ascii="IM Fell English" w:hAnsi="IM Fell English"/>
          <w:color w:val="141414"/>
          <w:sz w:val="24"/>
        </w:rPr>
        <w:t>“Clear, Mistress.”</w:t>
      </w:r>
    </w:p>
    <w:p>
      <w:r>
        <w:rPr>
          <w:rFonts w:ascii="IM Fell English" w:hAnsi="IM Fell English"/>
          <w:color w:val="141414"/>
          <w:sz w:val="24"/>
        </w:rPr>
        <w:t>Jennifer’s voice was softer, almost sleepy, and completely claimed. “Clear. The Ghost is off the clock. The only leash left is yours.”</w:t>
      </w:r>
    </w:p>
    <w:p>
      <w:r>
        <w:rPr>
          <w:rFonts w:ascii="IM Fell English" w:hAnsi="IM Fell English"/>
          <w:color w:val="141414"/>
          <w:sz w:val="24"/>
        </w:rPr>
        <w:t>Katie’s mouth curved. She leaned down, kissed each of them once, slow and proprietary, then did the same to the twins, to Ashley, to Lena, and finally to Marcus at the glass.</w:t>
      </w:r>
    </w:p>
    <w:p>
      <w:r>
        <w:rPr>
          <w:rFonts w:ascii="IM Fell English" w:hAnsi="IM Fell English"/>
          <w:color w:val="141414"/>
          <w:sz w:val="24"/>
        </w:rPr>
        <w:t>“Good. Then rest until dinner. The feeds stay live. The house stays open. And no one dies on camera again until I say so.”</w:t>
      </w:r>
    </w:p>
    <w:p>
      <w:r>
        <w:rPr>
          <w:rFonts w:ascii="IM Fell English" w:hAnsi="IM Fell English"/>
          <w:color w:val="141414"/>
          <w:sz w:val="24"/>
        </w:rPr>
        <w:t>The mansion settled around the east lounge the way it always did after a Pure Death recovery day — monitors live, staff quiet, the low electronic pulse of the open grid carrying the tangled, breathing, thoroughly owned pack into the archive and into the private screens of everyone who had ever watched the bloodline keep what it had made.</w:t>
      </w:r>
    </w:p>
    <w:p>
      <w:r>
        <w:rPr>
          <w:rFonts w:ascii="IM Fell English" w:hAnsi="IM Fell English"/>
          <w:color w:val="141414"/>
          <w:sz w:val="24"/>
        </w:rPr>
        <w:t>Outside, the spring evening moved on without 1928 and without any further need for a red bulb or an iron chair.</w:t>
      </w:r>
    </w:p>
    <w:p>
      <w:r>
        <w:rPr>
          <w:rFonts w:ascii="IM Fell English" w:hAnsi="IM Fell English"/>
          <w:color w:val="141414"/>
          <w:sz w:val="24"/>
        </w:rPr>
        <w:t>Inside, the real collars, the real rings, and the real ownership remained exactly where they belonged, and the house kept them until the last of the residual bruises had been properly claimed and the last of the final phase had been thoroughly, carefully, and completely put to bed.</w:t>
      </w:r>
    </w:p>
    <w:p>
      <w:pPr>
        <w:pStyle w:val="Heading1"/>
        <w:jc w:val="center"/>
      </w:pPr>
      <w:r>
        <w:rPr>
          <w:rFonts w:ascii="IM Fell English" w:hAnsi="IM Fell English"/>
          <w:color w:val="0D0D0D"/>
        </w:rPr>
        <w:t>CHAPTER 33 — SOFT OWNERSHIP</w:t>
      </w:r>
    </w:p>
    <w:p>
      <w:r>
        <w:rPr>
          <w:rFonts w:ascii="IM Fell English" w:hAnsi="IM Fell English"/>
          <w:color w:val="141414"/>
          <w:sz w:val="24"/>
        </w:rPr>
        <w:t>The third morning at the mansion arrived quieter than the two before it.</w:t>
      </w:r>
    </w:p>
    <w:p>
      <w:r>
        <w:rPr>
          <w:rFonts w:ascii="IM Fell English" w:hAnsi="IM Fell English"/>
          <w:color w:val="141414"/>
          <w:sz w:val="24"/>
        </w:rPr>
        <w:t>Residual bruises had begun the slow shift from deep purple to a mottled blue-black that no longer looked like fresh work. Jackie stood at the east-lounge windows in an open shirt and nothing else, coffee in one hand, Jennifer’s collar looped loosely through the fingers of the other while the Ghost knelt at her feet and rested a cheek against her bare thigh. Outside, the garden was already bright with late-spring light. Inside, the open feeds continued their low electronic pulse, carrying the ordinary image of ownership into the archive and onto whatever private screens the wider bloodline still kept open.</w:t>
      </w:r>
    </w:p>
    <w:p>
      <w:r>
        <w:rPr>
          <w:rFonts w:ascii="IM Fell English" w:hAnsi="IM Fell English"/>
          <w:color w:val="141414"/>
          <w:sz w:val="24"/>
        </w:rPr>
        <w:t>Katie entered barefoot, hair loose, the particular expression she wore when the house had almost finished what it intended to do with a post-wrap pack. Lilith followed with Ashley half-awake and still wearing the Headmistress coat like a security blanket. The twins appeared last, Jenna’s fingers laced through Justin’s, both of them moving with the loose, satisfied residual ache that meant soft recovery had done its job.</w:t>
      </w:r>
    </w:p>
    <w:p>
      <w:r>
        <w:rPr>
          <w:rFonts w:ascii="IM Fell English" w:hAnsi="IM Fell English"/>
          <w:color w:val="141414"/>
          <w:sz w:val="24"/>
        </w:rPr>
        <w:t>“Medical cleared everyone at dawn,” Katie said without preamble. “No infections, no complications, no lingering headspace flags. Lena’s color pass is already with the archive. The death sequence is locked. Ashley’s sidewalk order is generating more internal interest than the black car itself.” She stopped in front of Jackie and Jennifer, looked down at the Ghost, and then up at the teacher. “The house is satisfied. That means you get a choice.”</w:t>
      </w:r>
    </w:p>
    <w:p>
      <w:r>
        <w:rPr>
          <w:rFonts w:ascii="IM Fell English" w:hAnsi="IM Fell English"/>
          <w:color w:val="141414"/>
          <w:sz w:val="24"/>
        </w:rPr>
        <w:t>Jackie’s thumb stroked the edge of Jennifer’s collar. “What kind of choice?”</w:t>
      </w:r>
    </w:p>
    <w:p>
      <w:r>
        <w:rPr>
          <w:rFonts w:ascii="IM Fell English" w:hAnsi="IM Fell English"/>
          <w:color w:val="141414"/>
          <w:sz w:val="24"/>
        </w:rPr>
        <w:t>“Another full week of soft ownership here — feeds live, lotion mandatory, dungeon still dark, no project conversation until I reopen it — or clearance to return to the house and the lot with the understanding that the next preliminary discussion happens only when someone asks for it.” Katie’s mouth curved. “I’m inclined to keep you. Lilith is inclined to keep Ashley another night regardless. The twins can speak for themselves.”</w:t>
      </w:r>
    </w:p>
    <w:p>
      <w:r>
        <w:rPr>
          <w:rFonts w:ascii="IM Fell English" w:hAnsi="IM Fell English"/>
          <w:color w:val="141414"/>
          <w:sz w:val="24"/>
        </w:rPr>
        <w:t>Jenna answered first, calm and clear. “We’ll stay the extra week if the teacher and the Ghost do. If they go home, we go with them. The final phase sat heavier than the shoot days. I’m not finished letting the house handle the weight.”</w:t>
      </w:r>
    </w:p>
    <w:p>
      <w:r>
        <w:rPr>
          <w:rFonts w:ascii="IM Fell English" w:hAnsi="IM Fell English"/>
          <w:color w:val="141414"/>
          <w:sz w:val="24"/>
        </w:rPr>
        <w:t>Justin simply nodded once in agreement.</w:t>
      </w:r>
    </w:p>
    <w:p>
      <w:r>
        <w:rPr>
          <w:rFonts w:ascii="IM Fell English" w:hAnsi="IM Fell English"/>
          <w:color w:val="141414"/>
          <w:sz w:val="24"/>
        </w:rPr>
        <w:t>Ashley, from the partial shelter of the coat and her mother’s arm, raised a hand. “I’m staying either way. I still haven’t heard the full version of how much of the slow kill was pure technique versus Jennifer enjoying herself. And Lilith promised me the advanced curriculum if I stayed through the week.”</w:t>
      </w:r>
    </w:p>
    <w:p>
      <w:r>
        <w:rPr>
          <w:rFonts w:ascii="IM Fell English" w:hAnsi="IM Fell English"/>
          <w:color w:val="141414"/>
          <w:sz w:val="24"/>
        </w:rPr>
        <w:t>Lilith’s smile was slow and proprietary. “I did. And I keep my promises.”</w:t>
      </w:r>
    </w:p>
    <w:p>
      <w:r>
        <w:rPr>
          <w:rFonts w:ascii="IM Fell English" w:hAnsi="IM Fell English"/>
          <w:color w:val="141414"/>
          <w:sz w:val="24"/>
        </w:rPr>
        <w:t>Jennifer tilted her head back against Jackie’s thigh and looked up at her wife with the particular open hunger that meant the Ghost was off the clock but still very much on the leash.</w:t>
      </w:r>
    </w:p>
    <w:p>
      <w:r>
        <w:rPr>
          <w:rFonts w:ascii="IM Fell English" w:hAnsi="IM Fell English"/>
          <w:color w:val="141414"/>
          <w:sz w:val="24"/>
        </w:rPr>
        <w:t>“I vote stay,” she said. “The house still has soft restraints I haven’t worn yet. And Katie still hasn’t let me thank her properly for letting me kill you on her stage.”</w:t>
      </w:r>
    </w:p>
    <w:p>
      <w:r>
        <w:rPr>
          <w:rFonts w:ascii="IM Fell English" w:hAnsi="IM Fell English"/>
          <w:color w:val="141414"/>
          <w:sz w:val="24"/>
        </w:rPr>
        <w:t>Jackie exhaled a quiet laugh and tugged the collar once, affectionate and claiming. “Of course you vote stay. You always vote for the version that includes more of Katie’s hands and fewer clothes.” She looked at Katie. “We stay. One more week. Soft ownership. Feeds live. Dungeon dark until you say otherwise. Preliminary project conversation only if someone asks after the residual marks have finished fading.”</w:t>
      </w:r>
    </w:p>
    <w:p>
      <w:r>
        <w:rPr>
          <w:rFonts w:ascii="IM Fell English" w:hAnsi="IM Fell English"/>
          <w:color w:val="141414"/>
          <w:sz w:val="24"/>
        </w:rPr>
        <w:t>Katie’s expression did not change, but the satisfaction in it deepened.</w:t>
      </w:r>
    </w:p>
    <w:p>
      <w:r>
        <w:rPr>
          <w:rFonts w:ascii="IM Fell English" w:hAnsi="IM Fell English"/>
          <w:color w:val="141414"/>
          <w:sz w:val="24"/>
        </w:rPr>
        <w:t>“Good. Then the house keeps you. Marcus will move whatever you need from the other property. Lena remains on-site for the archive notes and any interview coverage Ashley still owes us about the coat. Medical will check residual marks every forty-eight hours. Soft restraints are available in every room. Whiskey after sunset. And no one dies on camera, on the lot, or in the dungeon until I reopen the schedule. Clear?”</w:t>
      </w:r>
    </w:p>
    <w:p>
      <w:r>
        <w:rPr>
          <w:rFonts w:ascii="IM Fell English" w:hAnsi="IM Fell English"/>
          <w:color w:val="141414"/>
          <w:sz w:val="24"/>
        </w:rPr>
        <w:t>A low chorus of agreement moved through the lounge.</w:t>
      </w:r>
    </w:p>
    <w:p>
      <w:r>
        <w:rPr>
          <w:rFonts w:ascii="IM Fell English" w:hAnsi="IM Fell English"/>
          <w:color w:val="141414"/>
          <w:sz w:val="24"/>
        </w:rPr>
        <w:t>The day that followed settled into the particular golden, filthy, unhurried rhythm the mansion reserved for extended soft ownership after a heavy film. No one bothered with real schedules. Breakfast bled into lotion sessions on the wide couches of the east lounge. Jackie spent a long stretch on her back with Jennifer loosely cuffed above her while Katie and Lilith took turns with both of them, open hands and mouths and the occasional soft strap, the open feeds recording every controlled tremor and every unguarded sound. The twins were claimed on the adjacent chaise until Jenna was shaking and Justin’s usual silence had broken into the low, rough noises that only the bloodline ever heard. Ashley received the first real installment of the advanced curriculum Lilith had promised — thorough, patient, and exactly as intense as soft recovery allowed — while the Headmistress coat ended up on the floor and stayed there.</w:t>
      </w:r>
    </w:p>
    <w:p>
      <w:r>
        <w:rPr>
          <w:rFonts w:ascii="IM Fell English" w:hAnsi="IM Fell English"/>
          <w:color w:val="141414"/>
          <w:sz w:val="24"/>
        </w:rPr>
        <w:t>Lunch was eaten half-dressed in the garden courtyard while the open grid tracked them through the outdoor cameras. Residual bruises were examined in natural light, kissed, bitten lightly, soothed again. Jennifer spent most of the meal on her knees between Jackie’s feet, accepting bites from Jackie’s fingers and Katie’s, the collar warm and ordinary and exactly where it belonged. Marcus kept the whiskey locked until sunset and the coffee flowing until then.</w:t>
      </w:r>
    </w:p>
    <w:p>
      <w:r>
        <w:rPr>
          <w:rFonts w:ascii="IM Fell English" w:hAnsi="IM Fell English"/>
          <w:color w:val="141414"/>
          <w:sz w:val="24"/>
        </w:rPr>
        <w:t>Afternoon blurred into more of the same. Lena claimed a slow, deep turn with Jackie in the library while the Ghost watched from a cushion at their feet, hands cuffed loosely in her lap, eyes dark and patient. The twins disappeared into one of the private upstairs rooms with Lilith for two hours and returned marked with fresh, careful claims that would fade by the end of the week. Ashley fell asleep twice in shafts of sunlight and was woken both times with a mouth on her throat and a quiet reminder that the working side of the bloodline did not get to skip the curriculum she had requested.</w:t>
      </w:r>
    </w:p>
    <w:p>
      <w:r>
        <w:rPr>
          <w:rFonts w:ascii="IM Fell English" w:hAnsi="IM Fell English"/>
          <w:color w:val="141414"/>
          <w:sz w:val="24"/>
        </w:rPr>
        <w:t>By the time the light outside had gone gold and low, the pack had re-formed in the main recovery room — soft restraints in use on Jennifer and Jenna, residual marks thoroughly tended, whiskey finally poured, the open feeds still live and still carrying every image into the archive. Katie moved between all of them with the unhurried certainty of a woman who had gotten exactly the post-wrap week she preferred. Lilith kept Ashley close. Lena reviewed one last internal note on her tablet and then set it aside for the night. Marcus remained near the door until Katie crooked a finger and put him to work reminding the Ghost that the house had more than one set of hands that could keep her.</w:t>
      </w:r>
    </w:p>
    <w:p>
      <w:r>
        <w:rPr>
          <w:rFonts w:ascii="IM Fell English" w:hAnsi="IM Fell English"/>
          <w:color w:val="141414"/>
          <w:sz w:val="24"/>
        </w:rPr>
        <w:t>Jackie, with Jennifer warm and loosely restrained and thoroughly handled against her side, watched the ordinary domestic filth of the bloodline settling around them and felt the last of the final phase loosen its grip. The iron chair was gone. The red bulb was gone. The teacher’s last request had been delivered on camera and then carefully, thoroughly put to bed in the real rooms of the house that owned them.</w:t>
      </w:r>
    </w:p>
    <w:p>
      <w:r>
        <w:rPr>
          <w:rFonts w:ascii="IM Fell English" w:hAnsi="IM Fell English"/>
          <w:color w:val="141414"/>
          <w:sz w:val="24"/>
        </w:rPr>
        <w:t>Katie stopped beside the bed, looked down at the two of them, and rested a hand on the back of Jackie’s neck the same way she had the morning after the print.</w:t>
      </w:r>
    </w:p>
    <w:p>
      <w:r>
        <w:rPr>
          <w:rFonts w:ascii="IM Fell English" w:hAnsi="IM Fell English"/>
          <w:color w:val="141414"/>
          <w:sz w:val="24"/>
        </w:rPr>
        <w:t>“One more week,” she said quietly. “Soft. Owned. No cameras for the next death, whenever it comes. The house is proud of the work. The house is also keeping you until the residual bruises finish fading and the residual headspace is completely quiet. After that, if someone asks for the next preliminary conversation, we have it. If no one asks, we take another week. Clear?”</w:t>
      </w:r>
    </w:p>
    <w:p>
      <w:r>
        <w:rPr>
          <w:rFonts w:ascii="IM Fell English" w:hAnsi="IM Fell English"/>
          <w:color w:val="141414"/>
          <w:sz w:val="24"/>
        </w:rPr>
        <w:t>Jackie turned her face into Katie’s wrist and kissed the pulse there once, proprietary and calm.</w:t>
      </w:r>
    </w:p>
    <w:p>
      <w:r>
        <w:rPr>
          <w:rFonts w:ascii="IM Fell English" w:hAnsi="IM Fell English"/>
          <w:color w:val="141414"/>
          <w:sz w:val="24"/>
        </w:rPr>
        <w:t>“Clear, Mistress. The Ghost is off the clock. The teacher is off the clock. The only schedule left is yours.”</w:t>
      </w:r>
    </w:p>
    <w:p>
      <w:r>
        <w:rPr>
          <w:rFonts w:ascii="IM Fell English" w:hAnsi="IM Fell English"/>
          <w:color w:val="141414"/>
          <w:sz w:val="24"/>
        </w:rPr>
        <w:t>Jennifer, eyes half-lidded, voice soft and completely claimed, added the only thing that still needed saying.</w:t>
      </w:r>
    </w:p>
    <w:p>
      <w:r>
        <w:rPr>
          <w:rFonts w:ascii="IM Fell English" w:hAnsi="IM Fell English"/>
          <w:color w:val="141414"/>
          <w:sz w:val="24"/>
        </w:rPr>
        <w:t>“Only you.”</w:t>
      </w:r>
    </w:p>
    <w:p>
      <w:r>
        <w:rPr>
          <w:rFonts w:ascii="IM Fell English" w:hAnsi="IM Fell English"/>
          <w:color w:val="141414"/>
          <w:sz w:val="24"/>
        </w:rPr>
        <w:t>Katie’s mouth curved. She leaned down, kissed each of them once, slow and final for the night, then did the same to the twins, to Ashley, to Lena, and to Marcus at the door.</w:t>
      </w:r>
    </w:p>
    <w:p>
      <w:r>
        <w:rPr>
          <w:rFonts w:ascii="IM Fell English" w:hAnsi="IM Fell English"/>
          <w:color w:val="141414"/>
          <w:sz w:val="24"/>
        </w:rPr>
        <w:t>“Good. Then rest. The feeds stay live. The house stays open. And no one dies on camera again until the bloodline decides the next story is ready.”</w:t>
      </w:r>
    </w:p>
    <w:p>
      <w:r>
        <w:rPr>
          <w:rFonts w:ascii="IM Fell English" w:hAnsi="IM Fell English"/>
          <w:color w:val="141414"/>
          <w:sz w:val="24"/>
        </w:rPr>
        <w:t>The mansion settled around the recovery room the way it always did when soft ownership had been chosen and the work was finished — monitors glowing, staff quiet, the low electronic pulse of the open grid carrying the tangled, breathing, thoroughly kept pack into the archive and into the private screens of everyone who had ever watched the bloodline keep what it had made.</w:t>
      </w:r>
    </w:p>
    <w:p>
      <w:r>
        <w:rPr>
          <w:rFonts w:ascii="IM Fell English" w:hAnsi="IM Fell English"/>
          <w:color w:val="141414"/>
          <w:sz w:val="24"/>
        </w:rPr>
        <w:t>Outside, the spring night moved on without 1928 and without any further need for a red bulb, an iron chair, or a slow kill on black sheets.</w:t>
      </w:r>
    </w:p>
    <w:p>
      <w:r>
        <w:rPr>
          <w:rFonts w:ascii="IM Fell English" w:hAnsi="IM Fell English"/>
          <w:color w:val="141414"/>
          <w:sz w:val="24"/>
        </w:rPr>
        <w:t xml:space="preserve">Inside, the real collars, the real rings, and the real ownership remained exactly where they belonged, and the house kept them for the full week they had chosen — residual bruises fading, residual headspace quieting, and the next story waiting, unasked for, until someone in the bloodline decided it was time to open a new packet and begin again. </w:t>
      </w:r>
    </w:p>
    <w:p>
      <w:pPr>
        <w:pStyle w:val="Heading1"/>
        <w:jc w:val="center"/>
      </w:pPr>
      <w:r>
        <w:rPr>
          <w:rFonts w:ascii="IM Fell English" w:hAnsi="IM Fell English"/>
          <w:color w:val="0D0D0D"/>
        </w:rPr>
        <w:t>CHAPTER 34 — THE ONLY SCHEDULE LEFT</w:t>
      </w:r>
    </w:p>
    <w:p>
      <w:r>
        <w:rPr>
          <w:rFonts w:ascii="IM Fell English" w:hAnsi="IM Fell English"/>
          <w:color w:val="141414"/>
          <w:sz w:val="24"/>
        </w:rPr>
        <w:t>The week of soft ownership ended the way the bloodline preferred: without ceremony, without a final slate, and without anyone asking for the next packet.</w:t>
      </w:r>
    </w:p>
    <w:p>
      <w:r>
        <w:rPr>
          <w:rFonts w:ascii="IM Fell English" w:hAnsi="IM Fell English"/>
          <w:color w:val="141414"/>
          <w:sz w:val="24"/>
        </w:rPr>
        <w:t>On the seventh morning, the residual bruises had begun the slow shift from deep purple to a mottled blue-black that no longer looked like fresh work.  at the same east-lounge windows with coffee in one hand and Jennifer’s collar looped through the fingers of the other, the Ghost kneeling at her feet in the ordinary posture of a hound that had been thoroughly kept and was in no hurry to leave. Outside, the garden was thick with late-spring green. Inside, the open feeds continued their low electronic pulse, but the images they carried had grown quieter — ordinary ownership, ordinary morning, the last of the final phase already filed in the archive beside the death sequence and Ashley’s sidewalk order.</w:t>
      </w:r>
    </w:p>
    <w:p>
      <w:r>
        <w:rPr>
          <w:rFonts w:ascii="IM Fell English" w:hAnsi="IM Fell English"/>
          <w:color w:val="141414"/>
          <w:sz w:val="24"/>
        </w:rPr>
        <w:t>Katie entered barefoot and calm, the particular expression she wore when the house had finished what it intended and was prepared to release its people back to their own walls if they still wanted them. Lilith followed with Ashley, the Headmistress coat now permanently claimed and worn open over one of Lilith’s shirts. The twins came last, moving easily, the deep muscle ache of the shoot and the recovery week resolved into the ordinary residual readiness the bloodline always carried between films.</w:t>
      </w:r>
    </w:p>
    <w:p>
      <w:r>
        <w:rPr>
          <w:rFonts w:ascii="IM Fell English" w:hAnsi="IM Fell English"/>
          <w:color w:val="141414"/>
          <w:sz w:val="24"/>
        </w:rPr>
        <w:t>“Medical signed the final clearance at dawn,” Katie said. “Archive has everything. Lena is already off-site starting the preliminary notes for whatever comes next whenever someone asks for it. The dungeon stays dark until a new packet is opened. Soft ownership is complete.” She stopped in front of Jackie and Jennifer and looked down at both of them with the open, proprietary satisfaction of a woman who had gotten exactly the post-wrap week she preferred. “You’re cleared to go home. Or you’re cleared to stay another week. The house does not care which, as long as the answer is honest.”</w:t>
      </w:r>
    </w:p>
    <w:p>
      <w:r>
        <w:rPr>
          <w:rFonts w:ascii="IM Fell English" w:hAnsi="IM Fell English"/>
          <w:color w:val="141414"/>
          <w:sz w:val="24"/>
        </w:rPr>
        <w:t>Jackie glanced down at the Ghost. Jennifer tilted her head back against Jackie’s thigh, eyes clear, collar warm under Jackie’s fingers, and gave the smallest smile.</w:t>
      </w:r>
    </w:p>
    <w:p>
      <w:r>
        <w:rPr>
          <w:rFonts w:ascii="IM Fell English" w:hAnsi="IM Fell English"/>
          <w:color w:val="141414"/>
          <w:sz w:val="24"/>
        </w:rPr>
        <w:t>“Home,” Jennifer said. “The house did its work. The residual is quiet. I want our bed and our monitors and the chance to sleep without five other people deciding when I get to come.” She paused, then added, softer, “And I want to be the one who puts lotion on the last of the yellow marks before they disappear completely.”</w:t>
      </w:r>
    </w:p>
    <w:p>
      <w:r>
        <w:rPr>
          <w:rFonts w:ascii="IM Fell English" w:hAnsi="IM Fell English"/>
          <w:color w:val="141414"/>
          <w:sz w:val="24"/>
        </w:rPr>
        <w:t>Jackie’s  thumb stroked the edge of the collar once. “Home,” she agreed. “We’ll come back when someone opens a new packet or when Katie decides the bloodline needs another reminder. Until then, the only schedule left is the ordinary one.”</w:t>
      </w:r>
    </w:p>
    <w:p>
      <w:r>
        <w:rPr>
          <w:rFonts w:ascii="IM Fell English" w:hAnsi="IM Fell English"/>
          <w:color w:val="141414"/>
          <w:sz w:val="24"/>
        </w:rPr>
        <w:t>Katie’s mouth curved. She leaned down, kissed Jennifer once, then Jackie, lingering just long enough to make the ownership clear even in release.</w:t>
      </w:r>
    </w:p>
    <w:p>
      <w:r>
        <w:rPr>
          <w:rFonts w:ascii="IM Fell English" w:hAnsi="IM Fell English"/>
          <w:color w:val="141414"/>
          <w:sz w:val="24"/>
        </w:rPr>
        <w:t>“Good. Marcus already moved your things back to the house. The truck is out front. Lena left a sealed note on the passenger seat in case either of you changes your mind about preliminary conversations before the premiere cycle. Twins?”</w:t>
      </w:r>
    </w:p>
    <w:p>
      <w:r>
        <w:rPr>
          <w:rFonts w:ascii="IM Fell English" w:hAnsi="IM Fell English"/>
          <w:color w:val="141414"/>
          <w:sz w:val="24"/>
        </w:rPr>
        <w:t>Jenna answered for both of them. “We’re going with the teacher and the Ghost. The final phase is finished. We can carry the rest from our own walls.”</w:t>
      </w:r>
    </w:p>
    <w:p>
      <w:r>
        <w:rPr>
          <w:rFonts w:ascii="IM Fell English" w:hAnsi="IM Fell English"/>
          <w:color w:val="141414"/>
          <w:sz w:val="24"/>
        </w:rPr>
        <w:t>Ashley, from the partial shelter of the coat and her mother’s arm, raised a hand. “I’m staying through the weekend. Lilith still has two installments of the advanced curriculum left, and I still haven’t gotten the full breakdown of how much of the slow kill was pure technique.” She glanced at Jennifer. “You’re not leaving until you give me the real numbers.”</w:t>
      </w:r>
    </w:p>
    <w:p>
      <w:r>
        <w:rPr>
          <w:rFonts w:ascii="IM Fell English" w:hAnsi="IM Fell English"/>
          <w:color w:val="141414"/>
          <w:sz w:val="24"/>
        </w:rPr>
        <w:t>Jennifer’s smile was pure mutt. “Sixty-forty, technique to enjoyment. Same answer as the night we wrapped. The rest is proprietary.”</w:t>
      </w:r>
    </w:p>
    <w:p>
      <w:r>
        <w:rPr>
          <w:rFonts w:ascii="IM Fell English" w:hAnsi="IM Fell English"/>
          <w:color w:val="141414"/>
          <w:sz w:val="24"/>
        </w:rPr>
        <w:t>Ashley sighed, theatrical and fond. “I’m going to get that percentage down to something more honest eventually.”</w:t>
      </w:r>
    </w:p>
    <w:p>
      <w:r>
        <w:rPr>
          <w:rFonts w:ascii="IM Fell English" w:hAnsi="IM Fell English"/>
          <w:color w:val="141414"/>
          <w:sz w:val="24"/>
        </w:rPr>
        <w:t>Lilith kissed the top of her daughter’s head. “Eventually. After the curriculum.”</w:t>
      </w:r>
    </w:p>
    <w:p>
      <w:r>
        <w:rPr>
          <w:rFonts w:ascii="IM Fell English" w:hAnsi="IM Fell English"/>
          <w:color w:val="141414"/>
          <w:sz w:val="24"/>
        </w:rPr>
        <w:t>Jackie’s  of the morning moved in the unhurried rhythm of people who no longer had to be anywhere for cameras or recovery protocols. Breakfast in the garden courtyard. Final medical notes signed and filed. Residual yellow marks examined one last time in natural light and pronounced uninteresting by everyone except Jennifer, who still insisted on cataloguing them with her mouth while Jackie held her collar and let her. Lena appeared long enough to hand Jackie the sealed note, accept a slow, thorough kiss from both the teacher and the Ghost as payment for the clean color pass, and then disappear back toward the lot. Marcus brought the truck around and loaded the last of the soft bags without comment.</w:t>
      </w:r>
    </w:p>
    <w:p>
      <w:r>
        <w:rPr>
          <w:rFonts w:ascii="IM Fell English" w:hAnsi="IM Fell English"/>
          <w:color w:val="141414"/>
          <w:sz w:val="24"/>
        </w:rPr>
        <w:t>When the pack finally gathered in the circular drive, the spring light was high and clear and completely ordinary. Katie and Lilith stood on the steps. Ashley remained between them, coat open, already looking like a permanent fixture of the working side of the bloodline. The twins climbed into the back of the truck. Jennifer took her usual place against Jackie’s side in the front passenger seat, collar warm, head already settling onto Jackie’s shoulder. Marcus started the engine.</w:t>
      </w:r>
    </w:p>
    <w:p>
      <w:r>
        <w:rPr>
          <w:rFonts w:ascii="IM Fell English" w:hAnsi="IM Fell English"/>
          <w:color w:val="141414"/>
          <w:sz w:val="24"/>
        </w:rPr>
        <w:t>Katie leaned in through the open window, one hand resting on the frame, and looked at the four of them the way she always did when she was releasing people she intended to keep.</w:t>
      </w:r>
    </w:p>
    <w:p>
      <w:r>
        <w:rPr>
          <w:rFonts w:ascii="IM Fell English" w:hAnsi="IM Fell English"/>
          <w:color w:val="141414"/>
          <w:sz w:val="24"/>
        </w:rPr>
        <w:t>“You wrote your own death, delivered it on my stage, and then let the house put the residual to bed properly. The bloodline is proud. The archive is clean. The only schedule left is the ordinary one until someone asks for the next story.” Her eyes found Jennifer’s. “Ghost. You remain at her feet. That was the only future the script gave you and the only one the house will allow. Clear?”</w:t>
      </w:r>
    </w:p>
    <w:p>
      <w:r>
        <w:rPr>
          <w:rFonts w:ascii="IM Fell English" w:hAnsi="IM Fell English"/>
          <w:color w:val="141414"/>
          <w:sz w:val="24"/>
        </w:rPr>
        <w:t>Jennifer’s voice was soft and steady and completely claimed. “Clear, Mistress. Only her. And you when you call.”</w:t>
      </w:r>
    </w:p>
    <w:p>
      <w:r>
        <w:rPr>
          <w:rFonts w:ascii="IM Fell English" w:hAnsi="IM Fell English"/>
          <w:color w:val="141414"/>
          <w:sz w:val="24"/>
        </w:rPr>
        <w:t>Katie’s mouth curved. She kissed each of them once more — Jackie, Jennifer, Jenna, Justin — then stepped back and let Lilith do the same. Ashley leaned in long enough to tug Jennifer’s collar once and mutter, “Sixty-forty is bullshit and we both know it,” before the Ghost bit her fingers and made her laugh.</w:t>
      </w:r>
    </w:p>
    <w:p>
      <w:r>
        <w:rPr>
          <w:rFonts w:ascii="IM Fell English" w:hAnsi="IM Fell English"/>
          <w:color w:val="141414"/>
          <w:sz w:val="24"/>
        </w:rPr>
        <w:t>Marcus put the truck in gear.</w:t>
      </w:r>
    </w:p>
    <w:p>
      <w:r>
        <w:rPr>
          <w:rFonts w:ascii="IM Fell English" w:hAnsi="IM Fell English"/>
          <w:color w:val="141414"/>
          <w:sz w:val="24"/>
        </w:rPr>
        <w:t>The mansion gates opened. The circular drive fell away. The city opened up in the ordinary late-morning scatter of light and traffic. Jennifer’s fingers traced the last of the yellow marks on Jackie’s thigh with proprietary satisfaction. In the back, Jenna’s boot rested against Justin’s and the real gold band on her hand caught the sun the same way the prop ring had once caught the practicals. No one spoke for a long time. The open feeds in the truck still connected them to the mansion monitors, but the images they carried now were only the road and the four of them going home.</w:t>
      </w:r>
    </w:p>
    <w:p>
      <w:r>
        <w:rPr>
          <w:rFonts w:ascii="IM Fell English" w:hAnsi="IM Fell English"/>
          <w:color w:val="141414"/>
          <w:sz w:val="24"/>
        </w:rPr>
        <w:t>At the house, the porch light was off and the ordinary monitors glowed with the quiet feeds of empty rooms that had been waiting. Marcus killed the engine. They climbed out in a loose, unmarked-by-stage-blood, still-owned cluster and walked inside together. The door closed on the spring light. Jennifer’s collar was the first thing Jackie unbuckled and the first thing she buckled back again, ordinary and permanent and exactly where it belonged. The twins disappeared toward the guest wing they always used when they stayed. Marcus set the last bag down and left them to the quiet.</w:t>
      </w:r>
    </w:p>
    <w:p>
      <w:r>
        <w:rPr>
          <w:rFonts w:ascii="IM Fell English" w:hAnsi="IM Fell English"/>
          <w:color w:val="141414"/>
          <w:sz w:val="24"/>
        </w:rPr>
        <w:t>Jackie’s tood in the middle of their actual bedroom with Jennifer’s hands already working open the buttons of her shirt and felt the final phase finish its last quiet calculation. The iron chair was gone. The red bulb was gone. The teacher’s last request had been delivered, archived, and thoroughly put to bed. The only schedule left was the ordinary one — open feeds, residual yellow marks that would be gone in another few days, the Ghost at her feet, the twins within reach, Katie and Lilith a single call away, and the next sealed packet waiting somewhere in Lena’s office until someone in the bloodline decided it was time to open it.</w:t>
      </w:r>
    </w:p>
    <w:p>
      <w:r>
        <w:rPr>
          <w:rFonts w:ascii="IM Fell English" w:hAnsi="IM Fell English"/>
          <w:color w:val="141414"/>
          <w:sz w:val="24"/>
        </w:rPr>
        <w:t>Jennifer pushed the shirt off Jackie’s shoulders, leaned in, and bit the edge of the last yellow bruise hard enough to make it matter again.</w:t>
      </w:r>
    </w:p>
    <w:p>
      <w:r>
        <w:rPr>
          <w:rFonts w:ascii="IM Fell English" w:hAnsi="IM Fell English"/>
          <w:color w:val="141414"/>
          <w:sz w:val="24"/>
        </w:rPr>
        <w:t>“Home,” she said against Jackie’s skin. “Ghost off the clock. Teacher off the clock. The only leash left is yours until Katie calls or Lena sends a new envelope.”</w:t>
      </w:r>
    </w:p>
    <w:p>
      <w:r>
        <w:rPr>
          <w:rFonts w:ascii="IM Fell English" w:hAnsi="IM Fell English"/>
          <w:color w:val="141414"/>
          <w:sz w:val="24"/>
        </w:rPr>
        <w:t>Jackie hooked two fingers through the collar, pulled her in, and kissed her once, slow and real and proprietary, the way she had on the black sheets when the light was still on and the way she would every ordinary morning after.</w:t>
      </w:r>
    </w:p>
    <w:p>
      <w:r>
        <w:rPr>
          <w:rFonts w:ascii="IM Fell English" w:hAnsi="IM Fell English"/>
          <w:color w:val="141414"/>
          <w:sz w:val="24"/>
        </w:rPr>
        <w:t>“Home,” she agreed. “And the only schedule left is the one we keep until the bloodline decides the next story is ready.”</w:t>
      </w:r>
    </w:p>
    <w:p>
      <w:r>
        <w:rPr>
          <w:rFonts w:ascii="IM Fell English" w:hAnsi="IM Fell English"/>
          <w:color w:val="141414"/>
          <w:sz w:val="24"/>
        </w:rPr>
        <w:t>Outside, the city kept moving. Across it the mansion feeds stayed live, quieter now, carrying the ordinary images of an empty recovery wing and a Headmistress coat draped over a chair. On the lot the master-bedroom set had already been reset for whatever production needed black sheets and practical blood next. The archive held the death sequence and the sidewalk order and the full year of the final phase in clean, locked color.</w:t>
      </w:r>
    </w:p>
    <w:p>
      <w:r>
        <w:rPr>
          <w:rFonts w:ascii="IM Fell English" w:hAnsi="IM Fell English"/>
          <w:color w:val="141414"/>
          <w:sz w:val="24"/>
        </w:rPr>
        <w:t>And in the quiet house the four of them — teacher, Ghost, and the twins who had learned the black heart — settled back into the ordinary ownership that had always been waiting underneath the 1928 suits and the iron chair and the slow kill on black sheets.</w:t>
      </w:r>
    </w:p>
    <w:p>
      <w:r>
        <w:rPr>
          <w:rFonts w:ascii="IM Fell English" w:hAnsi="IM Fell English"/>
          <w:color w:val="141414"/>
          <w:sz w:val="24"/>
        </w:rPr>
        <w:t>The lesson was over.</w:t>
      </w:r>
    </w:p>
    <w:p>
      <w:r>
        <w:rPr>
          <w:rFonts w:ascii="IM Fell English" w:hAnsi="IM Fell English"/>
          <w:color w:val="141414"/>
          <w:sz w:val="24"/>
        </w:rPr>
        <w:t>The film was finished.</w:t>
      </w:r>
    </w:p>
    <w:p>
      <w:r>
        <w:rPr>
          <w:rFonts w:ascii="IM Fell English" w:hAnsi="IM Fell English"/>
          <w:color w:val="141414"/>
          <w:sz w:val="24"/>
        </w:rPr>
        <w:t>The real collars, the real rings, and the real ownership remained exactly where they belonged.</w:t>
      </w:r>
    </w:p>
    <w:p>
      <w:r>
        <w:rPr>
          <w:rFonts w:ascii="IM Fell English" w:hAnsi="IM Fell English"/>
          <w:color w:val="141414"/>
          <w:sz w:val="24"/>
        </w:rPr>
        <w:t>No one asked for the next packet that night.</w:t>
      </w:r>
    </w:p>
    <w:p>
      <w:r>
        <w:rPr>
          <w:rFonts w:ascii="IM Fell English" w:hAnsi="IM Fell English"/>
          <w:color w:val="141414"/>
          <w:sz w:val="24"/>
        </w:rPr>
        <w:t>They would ask when the residual yellow marks had disappeared completely and the residual quiet had lasted long enough to become its own kind of hunger.</w:t>
      </w:r>
    </w:p>
    <w:p>
      <w:r>
        <w:rPr>
          <w:rFonts w:ascii="IM Fell English" w:hAnsi="IM Fell English"/>
          <w:color w:val="141414"/>
          <w:sz w:val="24"/>
        </w:rPr>
        <w:t>Until then, the only schedule left was the one they kept with hands and mouths and open feeds and the ordinary, filthy, permanent knowledge that the bloodline of pure Hell was still intact, still owned, and still exactly where it had chosen to be when the cameras finally stopped rolling.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